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Work stresses me</w:t>
      </w:r>
    </w:p>
    <w:p>
      <w:r>
        <w:rPr>
          <w:sz w:val="18"/>
        </w:rPr>
        <w:t>Q&amp;A, lecture moments and clips · full transcripts with timestamps · exported 2026-09-21</w:t>
      </w:r>
    </w:p>
    <w:p>
      <w:pPr>
        <w:pStyle w:val="Heading1"/>
      </w:pPr>
      <w:r>
        <w:t>Maulana was asked (30)</w:t>
      </w:r>
    </w:p>
    <w:p>
      <w:pPr>
        <w:pStyle w:val="Heading2"/>
      </w:pPr>
      <w:r>
        <w:t>Balancing work with spiritual development</w:t>
      </w:r>
    </w:p>
    <w:p>
      <w:r>
        <w:rPr>
          <w:color w:val="666666"/>
          <w:sz w:val="18"/>
        </w:rPr>
        <w:t>Nation Building On India's Republic Day Jan 26, 2020 Maulana Wahiduddin Khan · 1m 21s · at 52:12 · https://youtu.be/58CVocbLAb8?t=3132</w:t>
      </w:r>
    </w:p>
    <w:p>
      <w:r>
        <w:rPr>
          <w:i/>
        </w:rPr>
        <w:t>“My work is full of responsibility. Even when I come back home I bring work from office. All this makes it difficult for me to think about God and find some time for reading Quran and do contemplation. I get only Sundays and I do not miss your class. So I make use of only Sundays for my spiritual development.”</w:t>
      </w:r>
    </w:p>
    <w:p>
      <w:r>
        <w:rPr>
          <w:sz w:val="20"/>
        </w:rPr>
        <w:t>52:12  molana agla sawal aa aa hai imran siddiqui sahab ka gwalior se. unhon ne likha hai: "molana my work is full of responsibility.</w:t>
      </w:r>
      <w:r>
        <w:br/>
      </w:r>
      <w:r>
        <w:rPr>
          <w:sz w:val="20"/>
        </w:rPr>
        <w:t>52:24  even when i come back home i bring work from office. all this makes it difficult for me to think about god and find some time for reading quran or do contemplation.</w:t>
      </w:r>
      <w:r>
        <w:br/>
      </w:r>
      <w:r>
        <w:rPr>
          <w:sz w:val="20"/>
        </w:rPr>
        <w:t>52:38  i get only sundays and i do not miss your class. so i make use of only sundays for my spiritual development.</w:t>
      </w:r>
      <w:r>
        <w:br/>
      </w:r>
      <w:r>
        <w:rPr>
          <w:sz w:val="20"/>
        </w:rPr>
        <w:t>52:47  please tell me how can i connect with god even during my work time as i feel guilty all the time." nahin is mein guilty ki koi baat nahin hai.</w:t>
      </w:r>
      <w:r>
        <w:br/>
      </w:r>
      <w:r>
        <w:rPr>
          <w:sz w:val="20"/>
        </w:rPr>
        <w:t>52:59  islam mein sochna bhi ibadat hai. islam mein sochna bhi ibadat hai. to nation ke liye sochna bhi ibadat hai ibadat hai.</w:t>
      </w:r>
      <w:r>
        <w:br/>
      </w:r>
      <w:r>
        <w:rPr>
          <w:sz w:val="20"/>
        </w:rPr>
        <w:t>53:12  nation ke liye sochna. sare insaniyon insanon ke liye sochna. sari dunya</w:t>
      </w:r>
      <w:r>
        <w:br/>
      </w:r>
      <w:r>
        <w:rPr>
          <w:sz w:val="20"/>
        </w:rPr>
        <w:t>53:22  se mohabbat karna yeh sab ibadat hai. yeh sab mazhab ka hissa hai.</w:t>
      </w:r>
    </w:p>
    <w:p>
      <w:pPr>
        <w:pStyle w:val="Heading2"/>
      </w:pPr>
      <w:r>
        <w:t>Managing stress and work-life balance</w:t>
      </w:r>
    </w:p>
    <w:p>
      <w:r>
        <w:rPr>
          <w:color w:val="666666"/>
          <w:sz w:val="18"/>
        </w:rPr>
        <w:t>Discovery of God (In Conversation with Maulana) December 25, 2011 · 6m 25s · at 9:47 · https://youtu.be/-1c1d7cFj0s?t=587</w:t>
      </w:r>
    </w:p>
    <w:p>
      <w:r>
        <w:rPr>
          <w:i/>
        </w:rPr>
        <w:t>“In today's stressful times, please share your views on how we all can manage our stress levels and be able to maintain a good work-life balance and always maintain positive thinking.”</w:t>
      </w:r>
    </w:p>
    <w:p>
      <w:r>
        <w:rPr>
          <w:sz w:val="20"/>
        </w:rPr>
        <w:t>9:47  maulana, agla sawal aaya hai mr suleash malhotra ka, singapore se. unhon ne likha hai: "in today stressfull times, please share your views on how we all can manage our stress levels and are able to maintain a good work life balance and always maintain positive thinking."</w:t>
      </w:r>
      <w:r>
        <w:br/>
      </w:r>
      <w:r>
        <w:rPr>
          <w:sz w:val="20"/>
        </w:rPr>
        <w:t>10:12  dekhein, jahan tak maine samjha hai, stress stress kya hai? us ko us ki analysis kijiye.</w:t>
      </w:r>
      <w:r>
        <w:br/>
      </w:r>
      <w:r>
        <w:rPr>
          <w:sz w:val="20"/>
        </w:rPr>
        <w:t>10:23  stress mein jahan tak maine samjha hai, stress naam hai is baat ka ke aadmi</w:t>
      </w:r>
      <w:r>
        <w:br/>
      </w:r>
      <w:r>
        <w:rPr>
          <w:sz w:val="20"/>
        </w:rPr>
        <w:t>10:31  is se zyada paana chahe jo woh apni capacity ke aitbaar se pa sakta hai. agar aap apni capacity ko jaanein aur usi par aap aap contentment ho jayein, to na koi tension hai, na koi stress hai.</w:t>
      </w:r>
      <w:r>
        <w:br/>
      </w:r>
      <w:r>
        <w:rPr>
          <w:sz w:val="20"/>
        </w:rPr>
        <w:t>10:48  lekin har aadmi more and more ka target banaya rehta hai. yeh more and more ka jo jo target hai, yahi wajah hai stress ki aur tension ki.</w:t>
      </w:r>
      <w:r>
        <w:br/>
      </w:r>
      <w:r>
        <w:rPr>
          <w:sz w:val="20"/>
        </w:rPr>
        <w:t>11:04  isi liye islam mein jo hal bataya gaya hai, woh hai qanaat. qanaat ka matlab hai contentment.</w:t>
      </w:r>
      <w:r>
        <w:br/>
      </w:r>
      <w:r>
        <w:rPr>
          <w:sz w:val="20"/>
        </w:rPr>
        <w:t>11:14  qadfun min rozay ka kafaaf wa kana Allah ma ata. to contentment jo hai, us ka matlab kya hai?</w:t>
      </w:r>
      <w:r>
        <w:br/>
      </w:r>
      <w:r>
        <w:rPr>
          <w:sz w:val="20"/>
        </w:rPr>
        <w:t>11:23  yaani qanaat ya contentment ka matlab kya hai? woh yeh matlab nahi kam par raazi hona, possible par raazi hona.</w:t>
      </w:r>
      <w:r>
        <w:br/>
      </w:r>
      <w:r>
        <w:rPr>
          <w:sz w:val="20"/>
        </w:rPr>
        <w:t>11:34  yeh matlab hai qanaat ka. aadmi possible aur impossible mein farq kare, achievable aur non achievable mein farq kare.</w:t>
      </w:r>
      <w:r>
        <w:br/>
      </w:r>
      <w:r>
        <w:rPr>
          <w:sz w:val="20"/>
        </w:rPr>
        <w:t>11:45  to har aadmi ko stress free life mil jayegi, koi mushkil nahi. dekhein, is duniya mein koi super power bhi afford nahi kar sakta is ko ke woh apne apne taqat se aage chhalang lagaye.</w:t>
      </w:r>
      <w:r>
        <w:br/>
      </w:r>
      <w:r>
        <w:rPr>
          <w:sz w:val="20"/>
        </w:rPr>
        <w:t>12:01  to woh afford nahi kar sakta. misaal ke taur par communist roos ko dekhiye, woh daakhil ho gaya afghanistan mein, fauj ne daakhil kar diya apni. to is ke liye phir affordable nahi tha, shikast kha kar wapas jaana pada un ko.</w:t>
      </w:r>
      <w:r>
        <w:br/>
      </w:r>
      <w:r>
        <w:rPr>
          <w:sz w:val="20"/>
        </w:rPr>
        <w:t>12:16  aise hi america jo hai, iraq mein daakhil ho gaya, woh bhi mein bataoon ke affordable nahi tha woh, aur wapas jaana pada is ko das saal ke baad vietnam se das saal wapas aana pada.</w:t>
      </w:r>
      <w:r>
        <w:br/>
      </w:r>
      <w:r>
        <w:rPr>
          <w:sz w:val="20"/>
        </w:rPr>
        <w:t>12:28  to chahe koi individual ho, chahe koi super power ho, woh is ko is baat ko jaanna chahiye, is had ko ke is kya cheez is ke liye yaani achievable hai, kya achievable nahi.</w:t>
      </w:r>
      <w:r>
        <w:br/>
      </w:r>
      <w:r>
        <w:rPr>
          <w:sz w:val="20"/>
        </w:rPr>
        <w:t>12:46  jo achievable na ho, us ko kabhi target na kare, woh kabhi na kare. jo achievable hai, us ko usi ko target kare. magar mushkil yeh hai ke na fard is ko yaani is par dhyan deta, na na bari bari hukoomatein jo bhi dhyan de paati hain.</w:t>
      </w:r>
      <w:r>
        <w:br/>
      </w:r>
      <w:r>
        <w:rPr>
          <w:sz w:val="20"/>
        </w:rPr>
        <w:t>13:09  natija yeh hai ke sab pareshan hain. jis ko dekho, sab pareshan hain. jo bare bare jo president aur prime minister hain, woh sleeping pe sleeping pe kha kar sote hain.</w:t>
      </w:r>
      <w:r>
        <w:br/>
      </w:r>
      <w:r>
        <w:rPr>
          <w:sz w:val="20"/>
        </w:rPr>
        <w:t>13:21  isi liye ke woh har ek chhalang lagai hui hai, har ek jump ki hui hai more and more ki taraf. to main sochta hoon ke is ke liye ek prize deni pare gi.</w:t>
      </w:r>
      <w:r>
        <w:br/>
      </w:r>
      <w:r>
        <w:rPr>
          <w:sz w:val="20"/>
        </w:rPr>
        <w:t>13:33  woh yeh hai ke more and more ka jo concept hai, is ko khatam karna, is ko aur contentment par apne aap ko le ana. koi doosra option nahi is ke liye, is ke siwa.</w:t>
      </w:r>
      <w:r>
        <w:br/>
      </w:r>
      <w:r>
        <w:rPr>
          <w:sz w:val="20"/>
        </w:rPr>
        <w:t>13:44  united states jo hai, super power banaya jata hai. dekhiye, first world war aur second world war ke darmiyan jo hai, bohat hi zyada peace tha america mein.</w:t>
      </w:r>
      <w:r>
        <w:br/>
      </w:r>
      <w:r>
        <w:rPr>
          <w:sz w:val="20"/>
        </w:rPr>
        <w:t>13:53  bohat khush thay log, kyunke us waqt kya nazariya tha un ka ke "da business of america is business". yeh tha un ka nazariya.</w:t>
      </w:r>
      <w:r>
        <w:br/>
      </w:r>
      <w:r>
        <w:rPr>
          <w:sz w:val="20"/>
        </w:rPr>
        <w:t>14:03  yani first world war aur second world war ke darmiyan jo tha, motto usa ka bas itna hi tha ke "da business of america is business".</w:t>
      </w:r>
      <w:r>
        <w:br/>
      </w:r>
      <w:r>
        <w:rPr>
          <w:sz w:val="20"/>
        </w:rPr>
        <w:t>14:12  second world war ke baad badal gaya. woh unhon ne kaha ke hum leadership, world leadership un ka target bana liya. unhon ne tab se sare problem mein ghira hua hai america.</w:t>
      </w:r>
      <w:r>
        <w:br/>
      </w:r>
      <w:r>
        <w:rPr>
          <w:sz w:val="20"/>
        </w:rPr>
        <w:t>14:25  to woh is ke bas mein tha ke product tayyar karo aur duniya mein becho. to possible tha is ke liye, lekin sari duniya ko ke upar woh leadership qaim karo, yeh to possible nahi tha.</w:t>
      </w:r>
      <w:r>
        <w:br/>
      </w:r>
      <w:r>
        <w:rPr>
          <w:sz w:val="20"/>
        </w:rPr>
        <w:t>14:39  to bas hoga, is ka is ki economy tabah ho gayi. har har har aitbar se nuqsan hua is ko. yeh individual ka muamla hai.</w:t>
      </w:r>
      <w:r>
        <w:br/>
      </w:r>
      <w:r>
        <w:rPr>
          <w:sz w:val="20"/>
        </w:rPr>
        <w:t>14:52  main Allah ke fazl se bilkul meri zindagi peaceful zindagi meri hai, kyunke meri koi zaroorat hi nahi. main to need se bhi kam par jeeta hoon, jo jo real need hai, us se bhi kam par jeene ki koshish karta hoon.</w:t>
      </w:r>
      <w:r>
        <w:br/>
      </w:r>
      <w:r>
        <w:rPr>
          <w:sz w:val="20"/>
        </w:rPr>
        <w:t>15:06  to mujhe sleep, yani sound sleep aati hai, mashallah, aur koi mujhe pareshani nahi hai. to dekhiye, stress free life ke liye ek prize dena hai.</w:t>
      </w:r>
      <w:r>
        <w:br/>
      </w:r>
      <w:r>
        <w:rPr>
          <w:sz w:val="20"/>
        </w:rPr>
        <w:t>15:22  woh prize kya hai? more and more se apne ko bachana, contentment par apne ko razi karna. bas,</w:t>
      </w:r>
      <w:r>
        <w:br/>
      </w:r>
      <w:r>
        <w:rPr>
          <w:sz w:val="20"/>
        </w:rPr>
        <w:t>15:34  aur koi hal hai ke nahi? married life ho, chahe company ki zindagi ho ya kahin bhi ho, har aadmi is cheez ko chahne lagta hai jo is ke liye achievable nahi hai.</w:t>
      </w:r>
      <w:r>
        <w:br/>
      </w:r>
      <w:r>
        <w:rPr>
          <w:sz w:val="20"/>
        </w:rPr>
        <w:t>15:47  woh chahne lagta hai. to aap is ko soch kar daryaft kijiye ke woh kaun si cheez hai jo aap ke liye achievable hai aur kaun si cheez hai jo aap ke liye achievable nahi hai, aur us par razi ho jaiye.</w:t>
      </w:r>
      <w:r>
        <w:br/>
      </w:r>
      <w:r>
        <w:rPr>
          <w:sz w:val="20"/>
        </w:rPr>
        <w:t>16:01  to bas, is ke baad peace hi peace hai. mera tajurba to yahi hai. mera mera jo experience hai, woh yahi hai.</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Youngsters distracted by career and earning pressure</w:t>
      </w:r>
    </w:p>
    <w:p>
      <w:r>
        <w:rPr>
          <w:color w:val="666666"/>
          <w:sz w:val="18"/>
        </w:rPr>
        <w:t>Dars-e-Quran, Chapter 2, Verse 35 | December 17, 2017 · 4m 15s · at 1:05:22 · https://youtu.be/Cd8MlWM7B9w?t=3922</w:t>
      </w:r>
    </w:p>
    <w:p>
      <w:r>
        <w:rPr>
          <w:i/>
        </w:rPr>
        <w:t>“Today's youngsters are distracted by the pressure they face in terms of career, future planning, and earning more and more. What should they do?”</w:t>
      </w:r>
    </w:p>
    <w:p>
      <w:r>
        <w:rPr>
          <w:sz w:val="20"/>
        </w:rPr>
        <w:t>1:05:22  مولانا، اگلا سوال بھیجا ہے قصیب رضا صاحب نے گیا بہار سے اور انہوں نے لکھا ہے، مولانا، today's youngsters</w:t>
      </w:r>
      <w:r>
        <w:br/>
      </w:r>
      <w:r>
        <w:rPr>
          <w:sz w:val="20"/>
        </w:rPr>
        <w:t>1:05:30  are in the distraction of the pressure that they face in terms of their career, future planning and</w:t>
      </w:r>
      <w:r>
        <w:br/>
      </w:r>
      <w:r>
        <w:rPr>
          <w:sz w:val="20"/>
        </w:rPr>
        <w:t>1:05:36  to earn more and more.</w:t>
      </w:r>
      <w:r>
        <w:br/>
      </w:r>
      <w:r>
        <w:rPr>
          <w:sz w:val="20"/>
        </w:rPr>
        <w:t>1:05:42  What is your guidance and what is your opinion for all these youngsters? Main samajhta hoon ke yahan woh</w:t>
      </w:r>
      <w:r>
        <w:br/>
      </w:r>
      <w:r>
        <w:rPr>
          <w:sz w:val="20"/>
        </w:rPr>
        <w:t>1:05:48  hadith apply hoti hai.</w:t>
      </w:r>
      <w:r>
        <w:br/>
      </w:r>
      <w:r>
        <w:rPr>
          <w:sz w:val="20"/>
        </w:rPr>
        <w:t>1:05:54  ek hadith mein hai ke insan</w:t>
      </w:r>
      <w:r>
        <w:br/>
      </w:r>
      <w:r>
        <w:rPr>
          <w:sz w:val="20"/>
        </w:rPr>
        <w:t>1:06:00  paida hota hai nature par, al fitrat par.</w:t>
      </w:r>
      <w:r>
        <w:br/>
      </w:r>
      <w:r>
        <w:rPr>
          <w:sz w:val="20"/>
        </w:rPr>
        <w:t>1:06:06  phir is ke maa baap us ko daal dete hain doosre raaste par.</w:t>
      </w:r>
      <w:r>
        <w:br/>
      </w:r>
      <w:r>
        <w:rPr>
          <w:sz w:val="20"/>
        </w:rPr>
        <w:t>1:06:12  to main samajhta hoon ke is zamane mein taqreeban har ghar mein hi yahi ho raha hai ke</w:t>
      </w:r>
      <w:r>
        <w:br/>
      </w:r>
      <w:r>
        <w:rPr>
          <w:sz w:val="20"/>
        </w:rPr>
        <w:t>1:06:18  maa baap ke ambitions hoti hain ke mera beta yeh bane, mera beta woh bane, mera beta falan</w:t>
      </w:r>
      <w:r>
        <w:br/>
      </w:r>
      <w:r>
        <w:rPr>
          <w:sz w:val="20"/>
        </w:rPr>
        <w:t>1:06:24  idhar pahunche, mera beta yeh paisa kam</w:t>
      </w:r>
      <w:r>
        <w:br/>
      </w:r>
      <w:r>
        <w:rPr>
          <w:sz w:val="20"/>
        </w:rPr>
        <w:t>1:06:30  aaye.</w:t>
      </w:r>
      <w:r>
        <w:br/>
      </w:r>
      <w:r>
        <w:rPr>
          <w:sz w:val="20"/>
        </w:rPr>
        <w:t>1:06:35  to maa baap apne ambitions ko thopte hain apni aulaad par.</w:t>
      </w:r>
      <w:r>
        <w:br/>
      </w:r>
      <w:r>
        <w:rPr>
          <w:sz w:val="20"/>
        </w:rPr>
        <w:t>1:06:40  main samajhta hoon ke agar maa baap jo hai fitrat par qaaim rahe to bete aur aulaad apne</w:t>
      </w:r>
      <w:r>
        <w:br/>
      </w:r>
      <w:r>
        <w:rPr>
          <w:sz w:val="20"/>
        </w:rPr>
        <w:t>1:06:45  aap hi fitrat par qaaim ho sakte hain.</w:t>
      </w:r>
      <w:r>
        <w:br/>
      </w:r>
      <w:r>
        <w:rPr>
          <w:sz w:val="20"/>
        </w:rPr>
        <w:t>1:06:50  yeh badi mushkil masla hai ke maa baap ka zehan itna bigad chuka hai, itna money oriented ho</w:t>
      </w:r>
      <w:r>
        <w:br/>
      </w:r>
      <w:r>
        <w:rPr>
          <w:sz w:val="20"/>
        </w:rPr>
        <w:t>1:06:56  gaye hain ke apne bete ko sirf ek hi chahte hain ke woh</w:t>
      </w:r>
      <w:r>
        <w:br/>
      </w:r>
      <w:r>
        <w:rPr>
          <w:sz w:val="20"/>
        </w:rPr>
        <w:t>1:07:01  money haarne ki machine bane.</w:t>
      </w:r>
      <w:r>
        <w:br/>
      </w:r>
      <w:r>
        <w:rPr>
          <w:sz w:val="20"/>
        </w:rPr>
        <w:t>1:07:07  ab hum is baare mein main sochta rehta hoon ke kya kya jaaye aur hum likhte rehte hain.</w:t>
      </w:r>
      <w:r>
        <w:br/>
      </w:r>
      <w:r>
        <w:rPr>
          <w:sz w:val="20"/>
        </w:rPr>
        <w:t>1:07:13  aa'indah bhi insha'Allah koshish karte rahenge.</w:t>
      </w:r>
      <w:r>
        <w:br/>
      </w:r>
      <w:r>
        <w:rPr>
          <w:sz w:val="20"/>
        </w:rPr>
        <w:t>1:07:19  maulana, ek comment aaya hai Azhar Rizvi sahib ka Pakistan se.</w:t>
      </w:r>
      <w:r>
        <w:br/>
      </w:r>
      <w:r>
        <w:rPr>
          <w:sz w:val="20"/>
        </w:rPr>
        <w:t>1:07:25  unhon ne likha hai isi comment mein woh jaanna bhi yeh chahte hain ke kya inka yeh</w:t>
      </w:r>
      <w:r>
        <w:br/>
      </w:r>
      <w:r>
        <w:rPr>
          <w:sz w:val="20"/>
        </w:rPr>
        <w:t>1:07:31  sochna sahi hai.</w:t>
      </w:r>
      <w:r>
        <w:br/>
      </w:r>
      <w:r>
        <w:rPr>
          <w:sz w:val="20"/>
        </w:rPr>
        <w:t>1:07:36  انہوں نے لکھا ہے کہ مولانا، if I have understood correctly, we all have worldly responsibilities and there</w:t>
      </w:r>
      <w:r>
        <w:br/>
      </w:r>
      <w:r>
        <w:rPr>
          <w:sz w:val="20"/>
        </w:rPr>
        <w:t>1:07:41  are two way to address them.</w:t>
      </w:r>
      <w:r>
        <w:br/>
      </w:r>
      <w:r>
        <w:rPr>
          <w:sz w:val="20"/>
        </w:rPr>
        <w:t>1:07:46  first through halal halal way and the other through the haram way.</w:t>
      </w:r>
      <w:r>
        <w:br/>
      </w:r>
      <w:r>
        <w:rPr>
          <w:sz w:val="20"/>
        </w:rPr>
        <w:t>1:07:51  one take you to qanaat and sabr, that is the halal way, and the other which is the</w:t>
      </w:r>
      <w:r>
        <w:br/>
      </w:r>
      <w:r>
        <w:rPr>
          <w:sz w:val="20"/>
        </w:rPr>
        <w:t>1:07:56  haste and the distraction is through the haram wa</w:t>
      </w:r>
      <w:r>
        <w:br/>
      </w:r>
      <w:r>
        <w:rPr>
          <w:sz w:val="20"/>
        </w:rPr>
        <w:t>1:08:01  ye. am i right in my understanding it? haan, baat to aap ki theek hai lekin yeh ek side hai. yaani sirf yahi cheez ke haram se bachna yeh aap ko jannat ka mustaghni bana dega. aap sirf khanzir na khayen, is tarah sharab na piyen. yeh ek yahi kafi nahi hai. aap ko jannat</w:t>
      </w:r>
      <w:r>
        <w:br/>
      </w:r>
      <w:r>
        <w:rPr>
          <w:sz w:val="20"/>
        </w:rPr>
        <w:t>1:08:31  کو ڈسکور کرنا ہے، internal جو abode ہے آپ کا، اس کو ڈسکور کرنا ہے۔</w:t>
      </w:r>
      <w:r>
        <w:br/>
      </w:r>
      <w:r>
        <w:rPr>
          <w:sz w:val="20"/>
        </w:rPr>
        <w:t>1:08:39  sirf halal gosht aur haram gosht jaanna yeh kaafi nahi mere khayal se.</w:t>
      </w:r>
      <w:r>
        <w:br/>
      </w:r>
      <w:r>
        <w:rPr>
          <w:sz w:val="20"/>
        </w:rPr>
        <w:t>1:08:46  jannat ki discovery zaroori hai aur God Almighty ki discovery zaroori hai.</w:t>
      </w:r>
      <w:r>
        <w:br/>
      </w:r>
      <w:r>
        <w:rPr>
          <w:sz w:val="20"/>
        </w:rPr>
        <w:t>1:08:54  sab se pehle God Almighty ki discovery, phir jannat ki discovery.</w:t>
      </w:r>
      <w:r>
        <w:br/>
      </w:r>
      <w:r>
        <w:rPr>
          <w:sz w:val="20"/>
        </w:rPr>
        <w:t>1:09:02  main Europe America mein jaata hoon to wahan sab se zyada inka rehta hai halal gosht aur haram gosht.</w:t>
      </w:r>
      <w:r>
        <w:br/>
      </w:r>
      <w:r>
        <w:rPr>
          <w:sz w:val="20"/>
        </w:rPr>
        <w:t>1:09:08  yeh kaafi nahi hai.</w:t>
      </w:r>
      <w:r>
        <w:br/>
      </w:r>
      <w:r>
        <w:rPr>
          <w:sz w:val="20"/>
        </w:rPr>
        <w:t>1:09:14  maulana, agla comment bheja hai Abdus Salam Umri sahib ne Hyderabad se.</w:t>
      </w:r>
      <w:r>
        <w:br/>
      </w:r>
      <w:r>
        <w:rPr>
          <w:sz w:val="20"/>
        </w:rPr>
        <w:t>1:09:20  unhon ne likha hai, maulana, aaj maine apni kamzori ko pakda, woh yeh hai ke marifat ki</w:t>
      </w:r>
      <w:r>
        <w:br/>
      </w:r>
      <w:r>
        <w:rPr>
          <w:sz w:val="20"/>
        </w:rPr>
        <w:t>1:09:26  raah mein meri tar</w:t>
      </w:r>
      <w:r>
        <w:br/>
      </w:r>
      <w:r>
        <w:rPr>
          <w:sz w:val="20"/>
        </w:rPr>
        <w:t>1:09:32  aqi na hone ka reason shajar ممنوعہ hai, yani distraction hai.</w:t>
      </w:r>
    </w:p>
    <w:p>
      <w:pPr>
        <w:pStyle w:val="Heading2"/>
      </w:pPr>
      <w:r>
        <w:t>Managing stress from unmet expectations</w:t>
      </w:r>
    </w:p>
    <w:p>
      <w:r>
        <w:rPr>
          <w:color w:val="666666"/>
          <w:sz w:val="18"/>
        </w:rPr>
        <w:t>Islam &amp; Prophet of Islam 21 Oct, 2012 - Maulana Wahiduddin Khan · 2m 32s · at 1:18:45 · https://youtu.be/2hwtfOyNeS0?t=4725</w:t>
      </w:r>
    </w:p>
    <w:p>
      <w:r>
        <w:rPr>
          <w:i/>
        </w:rPr>
        <w:t>“This world is for test, we get less than ideal, but our nature wants ideal. This results in stress. How can we manage stress? Please guide us.”</w:t>
      </w:r>
    </w:p>
    <w:p>
      <w:r>
        <w:rPr>
          <w:sz w:val="20"/>
        </w:rPr>
        <w:t>1:18:45  maulana, agla sawal hai dilli se miss naghma siddiqui ka. unhon ne likha hai: "as this world is for test, we get less than ideal, but our nature wants ideal."</w:t>
      </w:r>
      <w:r>
        <w:br/>
      </w:r>
      <w:r>
        <w:rPr>
          <w:sz w:val="20"/>
        </w:rPr>
        <w:t>1:18:59  das results in stress. how can we manage stress? please guide us." dekhiye, maine jahan tak samjha apne tajrube se, woh yeh hai ke stress ya tension naam hai over expectation ka.</w:t>
      </w:r>
      <w:r>
        <w:br/>
      </w:r>
      <w:r>
        <w:rPr>
          <w:sz w:val="20"/>
        </w:rPr>
        <w:t>1:19:19  over expectation. chahe woh shohar biwi ki baat ho, chahe government ki baat ho.</w:t>
      </w:r>
      <w:r>
        <w:br/>
      </w:r>
      <w:r>
        <w:rPr>
          <w:sz w:val="20"/>
        </w:rPr>
        <w:t>1:19:28  jab shadi hoti hai aur husband wife ekatha hote hain ek ghar mein, to dono ek doosre se over expect karne lagte hain.</w:t>
      </w:r>
      <w:r>
        <w:br/>
      </w:r>
      <w:r>
        <w:rPr>
          <w:sz w:val="20"/>
        </w:rPr>
        <w:t>1:19:38  wahin se shikayat paida ho jati hai. yaani husband chahta hai jo us se zyada chahta hai, jo jo chahta hai woh us se zyada hota hai jo biwi de sakti hai us ko.</w:t>
      </w:r>
      <w:r>
        <w:br/>
      </w:r>
      <w:r>
        <w:rPr>
          <w:sz w:val="20"/>
        </w:rPr>
        <w:t>1:19:49  biwi jo chahti hai woh us se zyada hota hai jo shohar us ko de sakta hai. to married life mein jitne bhi conflict hain, woh paida hote hain over expectation ki wajah se.</w:t>
      </w:r>
      <w:r>
        <w:br/>
      </w:r>
      <w:r>
        <w:rPr>
          <w:sz w:val="20"/>
        </w:rPr>
        <w:t>1:19:59  aisi mamla government ka hai. government se sab log shikayat karte hain, aap jante hain. jis ko dekhein, woh government ki shikayat hi bole ga. kyun?</w:t>
      </w:r>
      <w:r>
        <w:br/>
      </w:r>
      <w:r>
        <w:rPr>
          <w:sz w:val="20"/>
        </w:rPr>
        <w:t>1:20:09  woh over expect kar raha hai. to over expectation jo hai, woh kabhi bhi aap ko shikayat se khali nahi kar sakta.</w:t>
      </w:r>
      <w:r>
        <w:br/>
      </w:r>
      <w:r>
        <w:rPr>
          <w:sz w:val="20"/>
        </w:rPr>
        <w:t>1:20:18  to sahi tareeqa kya hai? ke aap realist banen. realist. aap yeh janen ke kaun kya kuch de sakta hai aap ko. balkeh mera tareeqa to yeh hai ke main kisi se expect hi nahi karta.</w:t>
      </w:r>
      <w:r>
        <w:br/>
      </w:r>
      <w:r>
        <w:rPr>
          <w:sz w:val="20"/>
        </w:rPr>
        <w:t>1:20:30  jo us ne de diya to bara acha. hamare gaon mein, jahan UP ka rehne wala hoon main, to bachpan mein mujhe yaad aata hai ke ek ek faqeer aata aata tha.</w:t>
      </w:r>
      <w:r>
        <w:br/>
      </w:r>
      <w:r>
        <w:rPr>
          <w:sz w:val="20"/>
        </w:rPr>
        <w:t>1:20:39  ek faqeer. boodha faqeer tha. to woh awaz lagata tha ke jo de us ka hi bhala, jo na de us ka hi bhala.</w:t>
      </w:r>
      <w:r>
        <w:br/>
      </w:r>
      <w:r>
        <w:rPr>
          <w:sz w:val="20"/>
        </w:rPr>
        <w:t>1:20:51  jo de us ka bhi bhala, jo na de us ka bhi bhala. best formula yeh hai. best formula hai. doosron se jo kuch mil gaya aap ko, bohat acha.</w:t>
      </w:r>
      <w:r>
        <w:br/>
      </w:r>
      <w:r>
        <w:rPr>
          <w:sz w:val="20"/>
        </w:rPr>
        <w:t>1:21:01  nahi mila tab bhi acha. doosron se agar mil gaya kuch to tab bhi acha hai. nahi mila tab bhi acha hai. yahi wahid cheez hai jis se aap stress free reh sakte hain.</w:t>
      </w:r>
      <w:r>
        <w:br/>
      </w:r>
      <w:r>
        <w:rPr>
          <w:sz w:val="20"/>
        </w:rPr>
        <w:t>1:21:12  aur koi doosra formula nahi.</w:t>
      </w:r>
    </w:p>
    <w:p>
      <w:pPr>
        <w:pStyle w:val="Heading2"/>
      </w:pPr>
      <w:r>
        <w:t>Managing Stress and Maintaining Positive Thinking</w:t>
      </w:r>
    </w:p>
    <w:p>
      <w:r>
        <w:rPr>
          <w:color w:val="666666"/>
          <w:sz w:val="18"/>
        </w:rPr>
        <w:t>Religion and Democracy December 25, 2011 · 6m 23s · at 1:10:49 · https://youtu.be/8Mf_yvDA8ik?t=4249</w:t>
      </w:r>
    </w:p>
    <w:p>
      <w:r>
        <w:rPr>
          <w:i/>
        </w:rPr>
        <w:t>“In today's stressful times, please share your views on how we can all manage our stress levels, maintain a good work-life balance, and always maintain positive thinking.”</w:t>
      </w:r>
    </w:p>
    <w:p>
      <w:r>
        <w:rPr>
          <w:sz w:val="20"/>
        </w:rPr>
        <w:t>1:10:49  maulana, agla sawal aya hai mr. slish malhotra ka, singapore se. unhon ne likha hai: "in today's stressful times, please share your views on how we all can manage our stress levels and are able to maintain a good work life balance and always maintain positive thinking."</w:t>
      </w:r>
      <w:r>
        <w:br/>
      </w:r>
      <w:r>
        <w:rPr>
          <w:sz w:val="20"/>
        </w:rPr>
        <w:t>1:11:15  dekhein, jahan tak maine samjha hai, stress, stress kya hai? us ko us ki analysis kijiye.</w:t>
      </w:r>
      <w:r>
        <w:br/>
      </w:r>
      <w:r>
        <w:rPr>
          <w:sz w:val="20"/>
        </w:rPr>
        <w:t>1:11:25  stress mein jahan tak maine samjha hai, stress naam hai is baat ka ke aadmi</w:t>
      </w:r>
      <w:r>
        <w:br/>
      </w:r>
      <w:r>
        <w:rPr>
          <w:sz w:val="20"/>
        </w:rPr>
        <w:t>1:11:34  is se zyada paana chahe jo woh apni capacity ke aitbar se pa sakta hai.</w:t>
      </w:r>
      <w:r>
        <w:br/>
      </w:r>
      <w:r>
        <w:rPr>
          <w:sz w:val="20"/>
        </w:rPr>
        <w:t>1:11:42  agar aap apni capacity ko jaanein aur usi par aap aap ka determinant ho jaye to na koi tension hai, na koi stress hai.</w:t>
      </w:r>
      <w:r>
        <w:br/>
      </w:r>
      <w:r>
        <w:rPr>
          <w:sz w:val="20"/>
        </w:rPr>
        <w:t>1:11:50  phir har aadmi more and more par target banaye rehta hai. yeh more and more ka jo jo target hai, yahi wajah hai stress ke aur tension ki.</w:t>
      </w:r>
      <w:r>
        <w:br/>
      </w:r>
      <w:r>
        <w:rPr>
          <w:sz w:val="20"/>
        </w:rPr>
        <w:t>1:12:06  isi liye islam mein jo hal bataya gaya hai, woh hai qanaat. qanaat ka matlab hai contentment.</w:t>
      </w:r>
      <w:r>
        <w:br/>
      </w:r>
      <w:r>
        <w:rPr>
          <w:sz w:val="20"/>
        </w:rPr>
        <w:t>1:12:16  qad aflaha man roza ka kafafa wa kana Allah ma ata. to contentment jo hai, is ka matlab kya hai?</w:t>
      </w:r>
      <w:r>
        <w:br/>
      </w:r>
      <w:r>
        <w:rPr>
          <w:sz w:val="20"/>
        </w:rPr>
        <w:t>1:12:26  yaani qanaat ya contentment ka matlab kya hai? woh yeh matlab nahi kam par raazi hona, possible par raazi hona.</w:t>
      </w:r>
      <w:r>
        <w:br/>
      </w:r>
      <w:r>
        <w:rPr>
          <w:sz w:val="20"/>
        </w:rPr>
        <w:t>1:12:36  yeh matlab hai qanaat ka.</w:t>
      </w:r>
      <w:r>
        <w:br/>
      </w:r>
      <w:r>
        <w:rPr>
          <w:sz w:val="20"/>
        </w:rPr>
        <w:t>1:12:40  aadmi possible aur impossible mein farq kare, achievable aur non-achievable mein farq kare to har aadmi ko stress-free life mil jayegi, koi mushkil nahi.</w:t>
      </w:r>
      <w:r>
        <w:br/>
      </w:r>
      <w:r>
        <w:rPr>
          <w:sz w:val="20"/>
        </w:rPr>
        <w:t>1:12:55  dekhein, is dunya mein koi superpower bhi afford nahi kar sakta us ko ke woh apne apne taqat se aage chhalang lagaye to woh afford nahi kar sakta.</w:t>
      </w:r>
      <w:r>
        <w:br/>
      </w:r>
      <w:r>
        <w:rPr>
          <w:sz w:val="20"/>
        </w:rPr>
        <w:t>1:13:05  misal ke taur par, communist Russia ko dekhiye, woh daakhil ho gaya Afghanistan mein, fauj ne daakhil kar diya apni to us ke liye phir affordable nahi tha.</w:t>
      </w:r>
      <w:r>
        <w:br/>
      </w:r>
      <w:r>
        <w:rPr>
          <w:sz w:val="20"/>
        </w:rPr>
        <w:t>1:13:15  shikast kha kar wapas jana pada un ko. aise hi America jo hai, Iraq mein daakhil ho gaya, woh bhi bas affordable nahi tha, woh</w:t>
      </w:r>
      <w:r>
        <w:br/>
      </w:r>
      <w:r>
        <w:rPr>
          <w:sz w:val="20"/>
        </w:rPr>
        <w:t>1:13:24  aur wapas jana pada us ko das saal ke baad Vietnam se das saal wapas aana pada. to chahe ke individual ho, chahe koi superpower ho, woh us ko is baat ko jaanna chahiye, is had ko ke us kya cheez us ke liye yaani achievable hai ya achievable nahi.</w:t>
      </w:r>
      <w:r>
        <w:br/>
      </w:r>
      <w:r>
        <w:rPr>
          <w:sz w:val="20"/>
        </w:rPr>
        <w:t>1:13:48  jo</w:t>
      </w:r>
      <w:r>
        <w:br/>
      </w:r>
      <w:r>
        <w:rPr>
          <w:sz w:val="20"/>
        </w:rPr>
        <w:t>1:13:49  achievable na ho, us ko kabhi target na kare, woh kabhi na kare. jo achievable hai, us ko usi ko target kare. magar mushkil yeh hai ke na fard us ko yaani is par dhyan deta, na na bari bari hukumatain jo bhi dhyan de pati hain.</w:t>
      </w:r>
      <w:r>
        <w:br/>
      </w:r>
      <w:r>
        <w:rPr>
          <w:sz w:val="20"/>
        </w:rPr>
        <w:t>1:14:11  natija yeh hai ke sab pareshan hain. jis ko dekho, sab pareshan hain.</w:t>
      </w:r>
      <w:r>
        <w:br/>
      </w:r>
      <w:r>
        <w:rPr>
          <w:sz w:val="20"/>
        </w:rPr>
        <w:t>1:14:14  jo baray baray jo president aur prime minister hain, woh sleeping pill kha ke sote hain. isi liye ke woh har ek chhalang lagai hui hai, har ek jump ki hui hai more and more ki taraf.</w:t>
      </w:r>
      <w:r>
        <w:br/>
      </w:r>
      <w:r>
        <w:rPr>
          <w:sz w:val="20"/>
        </w:rPr>
        <w:t>1:14:32  to main sochta hoon ke is ke liye ek prize deni paray gi. woh yeh hai ke more and more ka jo concept hai, is ko khatam karna, is ko aur contentment par apne aap ko le aana.</w:t>
      </w:r>
      <w:r>
        <w:br/>
      </w:r>
      <w:r>
        <w:rPr>
          <w:sz w:val="20"/>
        </w:rPr>
        <w:t>1:14:42  koi doosra option nahi is ke liye, is ke siwa.</w:t>
      </w:r>
      <w:r>
        <w:br/>
      </w:r>
      <w:r>
        <w:rPr>
          <w:sz w:val="20"/>
        </w:rPr>
        <w:t>1:14:46  united states jo hai, super power banaya jata hai. dekhiye, first world war aur second world war ke darmiyan jo hai, bohat hi zyada peace tha america mein.</w:t>
      </w:r>
      <w:r>
        <w:br/>
      </w:r>
      <w:r>
        <w:rPr>
          <w:sz w:val="20"/>
        </w:rPr>
        <w:t>1:14:55  bohat khush thay log, kyunke is waqt kya nazariya tha un ka ke "da business of america is business" yeh tha un ka nazariya.</w:t>
      </w:r>
      <w:r>
        <w:br/>
      </w:r>
      <w:r>
        <w:rPr>
          <w:sz w:val="20"/>
        </w:rPr>
        <w:t>1:15:05  yani first world war aur second world war ke darmiyan jo tha, motto usa ka bas itna hi tha ke "da business of america is bus</w:t>
      </w:r>
      <w:r>
        <w:br/>
      </w:r>
      <w:r>
        <w:rPr>
          <w:sz w:val="20"/>
        </w:rPr>
        <w:t>1:15:14  ness". second world war ke baad badal gaya. woh unhon ne kaha ke hum leadership, world leadership un ka target bana liya. unhon ne tab se sare problem mein ghira hua hai america.</w:t>
      </w:r>
      <w:r>
        <w:br/>
      </w:r>
      <w:r>
        <w:rPr>
          <w:sz w:val="20"/>
        </w:rPr>
        <w:t>1:15:27  to woh is ke bas mein tha ke product tayyar karo aur dunya mein becho. to possible tha is ke liye, lekin sare dunya ko ke ooper woh leadership qaim karo, yeh to possible nahi tha.</w:t>
      </w:r>
      <w:r>
        <w:br/>
      </w:r>
      <w:r>
        <w:rPr>
          <w:sz w:val="20"/>
        </w:rPr>
        <w:t>1:15:41  to bas hoga is ka, is ki economy tabah ho gayi. har har har aitbar se nuqsan hua is ko. yeh individual ka muamla hai.</w:t>
      </w:r>
      <w:r>
        <w:br/>
      </w:r>
      <w:r>
        <w:rPr>
          <w:sz w:val="20"/>
        </w:rPr>
        <w:t>1:15:54  main Allah ke fazal se bilkul meri zindagi peaceful zindagi meri hai, kyunke meri koi zaroorat hi nahi. main to need se bhi kam par jeeta hoon, jo jo real need hai, us se bhi kam par jeene ki koshish karta hoon.</w:t>
      </w:r>
      <w:r>
        <w:br/>
      </w:r>
      <w:r>
        <w:rPr>
          <w:sz w:val="20"/>
        </w:rPr>
        <w:t>1:16:08  to mujhe sleep, yani sound sleep aati hai, masha Allah, aur koi mujhe pareshani nahi hai. to dekhiye, stress free life ke liye ek prize dena hai.</w:t>
      </w:r>
      <w:r>
        <w:br/>
      </w:r>
      <w:r>
        <w:rPr>
          <w:sz w:val="20"/>
        </w:rPr>
        <w:t>1:16:22  woh prize kya hai? more and more se apne ko bachana, contentment par apne ko razi karna. bas</w:t>
      </w:r>
      <w:r>
        <w:br/>
      </w:r>
      <w:r>
        <w:rPr>
          <w:sz w:val="20"/>
        </w:rPr>
        <w:t>1:16:34  aur koi hal kaha nahi.</w:t>
      </w:r>
      <w:r>
        <w:br/>
      </w:r>
      <w:r>
        <w:rPr>
          <w:sz w:val="20"/>
        </w:rPr>
        <w:t>1:16:37  married life ho, chahe company ki zindagi ho ya kahin bhi ho, har aadmi is cheez ko chahne lagta hai jo is ke liye pass achievable nahi hai. woh chahne lagta hai.</w:t>
      </w:r>
      <w:r>
        <w:br/>
      </w:r>
      <w:r>
        <w:rPr>
          <w:sz w:val="20"/>
        </w:rPr>
        <w:t>1:16:50  to aap is ko soch kar daryaft kijiye ke woh kon si cheez hai jo aap ke liye achievable hai aur kon si cheez hai jo aap ke liye achievable nahi hai, aur is par razi ho jaiye.</w:t>
      </w:r>
      <w:r>
        <w:br/>
      </w:r>
      <w:r>
        <w:rPr>
          <w:sz w:val="20"/>
        </w:rPr>
        <w:t>1:17:01  to bas is ke baad peace hi peace hai. mera tajurba to yahi hai.</w:t>
      </w:r>
      <w:r>
        <w:br/>
      </w:r>
      <w:r>
        <w:rPr>
          <w:sz w:val="20"/>
        </w:rPr>
        <w:t>1:17:07  mera mera jo experience hai, woh yahi hai.</w:t>
      </w:r>
    </w:p>
    <w:p>
      <w:pPr>
        <w:pStyle w:val="Heading2"/>
      </w:pPr>
      <w:r>
        <w:t>Way to de-stress and reduce stress</w:t>
      </w:r>
    </w:p>
    <w:p>
      <w:r>
        <w:rPr>
          <w:color w:val="666666"/>
          <w:sz w:val="18"/>
        </w:rPr>
        <w:t>Dars-e-Quran, Chapter 2, Verses 67-73, May 6, 2018 · 2m 34s · at 46:50 · https://youtu.be/JAsg4SpiVDU?t=2810</w:t>
      </w:r>
    </w:p>
    <w:p>
      <w:r>
        <w:rPr>
          <w:i/>
        </w:rPr>
        <w:t>“What according to you is the way to de-stress oneself? I have personally attended many workshops which were organized by my company, but I did not benefit, and I am still under a lot of stress. Please give me your guidance as to how can I reduce my stress.”</w:t>
      </w:r>
    </w:p>
    <w:p>
      <w:r>
        <w:rPr>
          <w:sz w:val="20"/>
        </w:rPr>
        <w:t>46:50  Maulana, agla sawal lete hain jo Feroz Khan sahab ne bheja hai Dubai se. Unhone likha hai: "Maulana, what according to you is the way to de-stress oneself? I have personally attended many workshops which were organized by my company,</w:t>
      </w:r>
      <w:r>
        <w:br/>
      </w:r>
      <w:r>
        <w:rPr>
          <w:sz w:val="20"/>
        </w:rPr>
        <w:t>47:12  but I did not benefit, and I am still under a lot of stress. Please give me your guidance as to how can I reduce my stress.</w:t>
      </w:r>
      <w:r>
        <w:br/>
      </w:r>
      <w:r>
        <w:rPr>
          <w:sz w:val="20"/>
        </w:rPr>
        <w:t>47:23  Bhai, yeh company ki baat kahi hai unhone, to aap bataiye ke kya kya matlab hai is ka? Main to company ka aadmi nahi hoon. Ji, to bataiye kya matlab hai is ka?</w:t>
      </w:r>
      <w:r>
        <w:br/>
      </w:r>
      <w:r>
        <w:rPr>
          <w:sz w:val="20"/>
        </w:rPr>
        <w:t>47:34  Maulana, generally logon ko work related stress hota hai ke bohat zyada kaam hai ya bohat zyada time. Kya unka company ke reference mein unka masla kya hai?</w:t>
      </w:r>
      <w:r>
        <w:br/>
      </w:r>
      <w:r>
        <w:rPr>
          <w:sz w:val="20"/>
        </w:rPr>
        <w:t>47:48  Haan, unka Maulana sawal se to unka reference company ke stress se lag raha hai. W</w:t>
      </w:r>
      <w:r>
        <w:br/>
      </w:r>
      <w:r>
        <w:rPr>
          <w:sz w:val="20"/>
        </w:rPr>
        <w:t>47:54  ork, work stress! Work stress se! Wahi bataiye na, aap to company se taluq rakhte hain. Ji, bataiye. Unhone Maulana elaborate nahi kiya hai, but it seems ke woh ah yeh janna cha rahe hain aapse ke jo bhi main mere ko work se related, mere ko pareshani hoti hai, tension hoti hai, ya woh bohat zyada ah ah stress mehsoos karte hain, to us ko kaise manage karein?</w:t>
      </w:r>
      <w:r>
        <w:br/>
      </w:r>
      <w:r>
        <w:rPr>
          <w:sz w:val="20"/>
        </w:rPr>
        <w:t>48:18  To aaj kal Maulana companies kafi workshops karati hain, ah how to reduce stress. To woh dekhiye, dekhiye!</w:t>
      </w:r>
      <w:r>
        <w:br/>
      </w:r>
      <w:r>
        <w:rPr>
          <w:sz w:val="20"/>
        </w:rPr>
        <w:t>48:26  Sanjidgi! Ji, sara masla ek hai, yeh khud to blame others par chal rahe hain, aur company, company jo hai unko blame de rahi hai.</w:t>
      </w:r>
      <w:r>
        <w:br/>
      </w:r>
      <w:r>
        <w:rPr>
          <w:sz w:val="20"/>
        </w:rPr>
        <w:t>48:38  yeh takrao hai. company ke nazdeek in ko apne ko correct karna chahiye. yeh chahte hain company apne ko correct kare,</w:t>
      </w:r>
      <w:r>
        <w:br/>
      </w:r>
      <w:r>
        <w:rPr>
          <w:sz w:val="20"/>
        </w:rPr>
        <w:t>48:52  to woh in ko mein yahi kahunga ke aap is false hold se bahar aaiye ke ghalati doosron ki, ghalati doosron ki, aap ki ghalati nahi hai.</w:t>
      </w:r>
      <w:r>
        <w:br/>
      </w:r>
      <w:r>
        <w:rPr>
          <w:sz w:val="20"/>
        </w:rPr>
        <w:t>49:03  aap bhi ghalati ko daryaft kijiye, apni ghalati ko ko ko correct kijiye, phir sab maamla durust ho jayega.</w:t>
      </w:r>
      <w:r>
        <w:br/>
      </w:r>
      <w:r>
        <w:rPr>
          <w:sz w:val="20"/>
        </w:rPr>
        <w:t>49:11  ji, yeh isi mein mubtala hain ke blame others ki ghalati mein. mein mein yahan tak samajh paya hoon.</w:t>
      </w:r>
    </w:p>
    <w:p>
      <w:pPr>
        <w:pStyle w:val="Heading2"/>
      </w:pPr>
      <w:r>
        <w:t>Stress caused by negative thinking</w:t>
      </w:r>
    </w:p>
    <w:p>
      <w:r>
        <w:rPr>
          <w:color w:val="666666"/>
          <w:sz w:val="18"/>
        </w:rPr>
        <w:t>Stress and Spirituality January 1, 2012 · 8m 39s · at 1:21:45 · https://youtu.be/TPhXL9-g6ME?t=4905</w:t>
      </w:r>
    </w:p>
    <w:p>
      <w:r>
        <w:rPr>
          <w:i/>
        </w:rPr>
        <w:t>“How much stress is caused by negative thinking? Please explain.”</w:t>
      </w:r>
    </w:p>
    <w:p>
      <w:r>
        <w:rPr>
          <w:sz w:val="20"/>
        </w:rPr>
        <w:t>1:21:45  gulbargah se maulana fiyazuddin umri ne sawal kiya hai. unhon ne likha hai: "manfi soch se kitna zyada stress hota hai?</w:t>
      </w:r>
      <w:r>
        <w:br/>
      </w:r>
      <w:r>
        <w:rPr>
          <w:sz w:val="20"/>
        </w:rPr>
        <w:t>1:21:55  is ke bare mein bataein."</w:t>
      </w:r>
      <w:r>
        <w:br/>
      </w:r>
      <w:r>
        <w:rPr>
          <w:sz w:val="20"/>
        </w:rPr>
        <w:t>1:22:02  manfi soch hi ke to nateejay ke naam hi stress hai.</w:t>
      </w:r>
      <w:r>
        <w:br/>
      </w:r>
      <w:r>
        <w:rPr>
          <w:sz w:val="20"/>
        </w:rPr>
        <w:t>1:22:09  yani negative thinking jo hai always negative thing leads to stress.</w:t>
      </w:r>
      <w:r>
        <w:br/>
      </w:r>
      <w:r>
        <w:rPr>
          <w:sz w:val="20"/>
        </w:rPr>
        <w:t>1:22:18  negative thinking jahan hogi wahan zaroor stress hoga. zaroor wahan tension hoga.</w:t>
      </w:r>
      <w:r>
        <w:br/>
      </w:r>
      <w:r>
        <w:rPr>
          <w:sz w:val="20"/>
        </w:rPr>
        <w:t>1:22:26  to stress se bahar aane ka sabab formula aa jata hai positive thinking.</w:t>
      </w:r>
      <w:r>
        <w:br/>
      </w:r>
      <w:r>
        <w:rPr>
          <w:sz w:val="20"/>
        </w:rPr>
        <w:t>1:22:33  lekin negative thinking aur positive thinking koi updesh ki baat nahi hai. ke aap kisi ko kahein ke are bhai negative mat bano. is se nahi kuch hota.</w:t>
      </w:r>
      <w:r>
        <w:br/>
      </w:r>
      <w:r>
        <w:rPr>
          <w:sz w:val="20"/>
        </w:rPr>
        <w:t>1:22:43  ek is ke liye ek ideology chahiye. ek ideology.</w:t>
      </w:r>
      <w:r>
        <w:br/>
      </w:r>
      <w:r>
        <w:rPr>
          <w:sz w:val="20"/>
        </w:rPr>
        <w:t>1:22:50  ek insan jis ke insan expression chahta hai cheezon ki. insan ka jo dimagh hai wo is waqt mutmaeen hota hai jab kisi cheez ka wo explain kar le.</w:t>
      </w:r>
      <w:r>
        <w:br/>
      </w:r>
      <w:r>
        <w:rPr>
          <w:sz w:val="20"/>
        </w:rPr>
        <w:t>1:23:01  is ki tawjeeh dhoond le. jab tak tawjeeh na paye tab tak wo mutmaeen nahi hota. to dunya mein hamein dekhiye sad experience hote hain.</w:t>
      </w:r>
      <w:r>
        <w:br/>
      </w:r>
      <w:r>
        <w:rPr>
          <w:sz w:val="20"/>
        </w:rPr>
        <w:t>1:23:13  yani hamari khwahishon ke khilaf waqeat hote rehte hain. takleef deh tajrubaat hote rehte hain. koi hum ko provoke kar deta hai.</w:t>
      </w:r>
      <w:r>
        <w:br/>
      </w:r>
      <w:r>
        <w:rPr>
          <w:sz w:val="20"/>
        </w:rPr>
        <w:t>1:23:22  koi bura kehta hai. koi nuqsan kar deta hai. yeh sab hota hi hota hai. aur yeh quran mein likha hua hai ke zaroor hoga.</w:t>
      </w:r>
      <w:r>
        <w:br/>
      </w:r>
      <w:r>
        <w:rPr>
          <w:sz w:val="20"/>
        </w:rPr>
        <w:t>1:23:31  wla nblwkm bshyy mnn lkhwf wljwh wnnqsp mnn l'amwl wlnfsp sbrt wbsr Sbrn llzhn 'z' Sbtm mspbh qlw 'nn' llh w'nn 'lhy rjwn.</w:t>
      </w:r>
      <w:r>
        <w:br/>
      </w:r>
      <w:r>
        <w:rPr>
          <w:sz w:val="20"/>
        </w:rPr>
        <w:t>1:23:46  yeh jo tukra hai is ka. inna lillahi wa inna ilaihi raji'un. yeh jo hai formula of de-stressing hai.</w:t>
      </w:r>
      <w:r>
        <w:br/>
      </w:r>
      <w:r>
        <w:rPr>
          <w:sz w:val="20"/>
        </w:rPr>
        <w:t>1:23:56  yeh formula of de-stressing hai yeh.</w:t>
      </w:r>
      <w:r>
        <w:br/>
      </w:r>
      <w:r>
        <w:rPr>
          <w:sz w:val="20"/>
        </w:rPr>
        <w:t>1:24:01  to yeh bilkul hona hi hona hai ke dunya mein aap ko sad experiences hon. unwanted situations se aap ko samna pesh aaye.</w:t>
      </w:r>
      <w:r>
        <w:br/>
      </w:r>
      <w:r>
        <w:rPr>
          <w:sz w:val="20"/>
        </w:rPr>
        <w:t>1:24:12  to aap ke paas ideology honi chahiye is ko explain karne ki. is ki tawjeeh karne ki. jaise main apne bare mein batata hoon.</w:t>
      </w:r>
      <w:r>
        <w:br/>
      </w:r>
      <w:r>
        <w:rPr>
          <w:sz w:val="20"/>
        </w:rPr>
        <w:t>1:24:22  mujhe bohat logon ne sataya. aaj bhi sata rahe hain.</w:t>
      </w:r>
      <w:r>
        <w:br/>
      </w:r>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Reason for Tension Despite Being a Shopkeeper</w:t>
      </w:r>
    </w:p>
    <w:p>
      <w:r>
        <w:rPr>
          <w:color w:val="666666"/>
          <w:sz w:val="18"/>
        </w:rPr>
        <w:t>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Overcoming tension from lust as shopkeeper</w:t>
      </w:r>
    </w:p>
    <w:p>
      <w:r>
        <w:rPr>
          <w:color w:val="666666"/>
          <w:sz w:val="18"/>
        </w:rPr>
        <w:t>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How to handle stress of Quran propagation?</w:t>
      </w:r>
    </w:p>
    <w:p>
      <w:r>
        <w:rPr>
          <w:color w:val="666666"/>
          <w:sz w:val="18"/>
        </w:rPr>
        <w:t>Quran for All Mankind June 3, 2012 · 46s · at 1:13:43 · https://youtu.be/Gp-53Zjugcg?t=4423</w:t>
      </w:r>
    </w:p>
    <w:p>
      <w:r>
        <w:rPr>
          <w:i/>
        </w:rPr>
        <w:t>“The task of reaching Quran to all mankind is such a big task that no matter how much we do, we fall short. This makes us live in constant stress. What should we do?”</w:t>
      </w:r>
    </w:p>
    <w:p>
      <w:r>
        <w:rPr>
          <w:sz w:val="20"/>
        </w:rPr>
        <w:t>1:13:43  Maulana, agla sawal Ms Naghma Siddiqui ka hai, Delhi se. unhon ne likha hai: "The task of reaching Quran to all humankind is such a big task that no matter how much we do, we fall short.</w:t>
      </w:r>
      <w:r>
        <w:br/>
      </w:r>
      <w:r>
        <w:rPr>
          <w:sz w:val="20"/>
        </w:rPr>
        <w:t>1:13:57  This makes us live in constant stress. What should we do?" nahin, stress ka lafz sahi nahin hai. sense of responsibility sahi hai.</w:t>
      </w:r>
      <w:r>
        <w:br/>
      </w:r>
      <w:r>
        <w:rPr>
          <w:sz w:val="20"/>
        </w:rPr>
        <w:t>1:14:10  stress kis liye</w:t>
      </w:r>
      <w:r>
        <w:br/>
      </w:r>
      <w:r>
        <w:rPr>
          <w:sz w:val="20"/>
        </w:rPr>
        <w:t>1:14:12  ? stress koi zaroorat hi nahin hai. sense of responsibility hona chahiye ke hamein yeh duty hamari hai, yeh hamein yeh duty poori karna hai.</w:t>
      </w:r>
      <w:r>
        <w:br/>
      </w:r>
      <w:r>
        <w:rPr>
          <w:sz w:val="20"/>
        </w:rPr>
        <w:t>1:14:21  to sense of responsibility ka lafz sahi hai, stress ka lafz yahan pe sahi nahi hai.</w:t>
      </w:r>
    </w:p>
    <w:p>
      <w:pPr>
        <w:pStyle w:val="Heading2"/>
      </w:pPr>
      <w:r>
        <w:t>Balancing home with dual working professionals</w:t>
      </w:r>
    </w:p>
    <w:p>
      <w:r>
        <w:rPr>
          <w:color w:val="666666"/>
          <w:sz w:val="18"/>
        </w:rPr>
        <w:t>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How to become stress free and calm</w:t>
      </w:r>
    </w:p>
    <w:p>
      <w:r>
        <w:rPr>
          <w:color w:val="666666"/>
          <w:sz w:val="18"/>
        </w:rPr>
        <w:t>Contemplation on The Quran December 16, 2018 Maulana Wahiduddin Khan · 1m 14s · at 1:03:44 · https://youtu.be/bSOe1_KKEYk?t=3824</w:t>
      </w:r>
    </w:p>
    <w:p>
      <w:r>
        <w:rPr>
          <w:i/>
        </w:rPr>
        <w:t>“My mind always remains restless, and that makes me impatient in decision making. I want to change my nature, but I am not able to succeed. Please guide me as to how can I become stress free and free myself from restlessness.”</w:t>
      </w:r>
    </w:p>
    <w:p>
      <w:r>
        <w:rPr>
          <w:sz w:val="20"/>
        </w:rPr>
        <w:t>1:03:44  molana, agla sawal bheja hai mus shabana ne ahmedabad se. unhone likha hai: "molana, my mind always remains restless, and that makes me impatient in decision making.</w:t>
      </w:r>
      <w:r>
        <w:br/>
      </w:r>
      <w:r>
        <w:rPr>
          <w:sz w:val="20"/>
        </w:rPr>
        <w:t>1:03:59  aai want to change my nature, but i am not able to succeed. please guide me as to how can i become stress free and free myself from restlessness. " bhai, restlessness jo hai,</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Balancing work and spiritual goals</w:t>
      </w:r>
    </w:p>
    <w:p>
      <w:r>
        <w:rPr>
          <w:color w:val="666666"/>
          <w:sz w:val="18"/>
        </w:rPr>
        <w:t>Man and The Paradise August 11, 2013 Maulana Wahiduddin Khan · 4m 52s · at 1:26:50 · https://youtu.be/m8XdpnaS95U?t=5210</w:t>
      </w:r>
    </w:p>
    <w:p>
      <w:r>
        <w:rPr>
          <w:i/>
        </w:rPr>
        <w:t>“How can a working person still aim for the forward group of Paradise, and what does 'working' mean? Can one psychologically keep oneself in this world while working?”</w:t>
      </w:r>
    </w:p>
    <w:p>
      <w:r>
        <w:rPr>
          <w:sz w:val="20"/>
        </w:rPr>
        <w:t>1:26:50  molana, agla sawal dilli se hai miss sethi malhotra ka. unhon ne likha hai: being a working person, we are not able to give hundred percent, but at the same time we wish to qualify for the forward group of paradise.</w:t>
      </w:r>
      <w:r>
        <w:br/>
      </w:r>
      <w:r>
        <w:rPr>
          <w:sz w:val="20"/>
        </w:rPr>
        <w:t>1:27:07  molana sahib, my question is: how can a person while working still aim for the forward group? bhai, working ka matlab kya hai?</w:t>
      </w:r>
      <w:r>
        <w:br/>
      </w:r>
      <w:r>
        <w:rPr>
          <w:sz w:val="20"/>
        </w:rPr>
        <w:t>1:27:21  jab aap work kar rahe hain, tab bhi aap, yani psychologically, aap apne ko isi duniya mein rakh sakte hain.</w:t>
      </w:r>
      <w:r>
        <w:br/>
      </w:r>
      <w:r>
        <w:rPr>
          <w:sz w:val="20"/>
        </w:rPr>
        <w:t>1:27:32  is ka matlab nahi jo jo job na kar raha ho, kahin door jayega to wahan paradise kaam karega. nahi, kuch bhi aap kar rahe hain, job kar rahe hain ya business kar rahe hain, kuch bhi kar rahe hain, isi mein aap ko paradise wali psychology mein jeena hai, paradise wali nafsiyat mein jeena hai,</w:t>
      </w:r>
      <w:r>
        <w:br/>
      </w:r>
      <w:r>
        <w:rPr>
          <w:sz w:val="20"/>
        </w:rPr>
        <w:t>1:27:50  isi mein jeena hai. yeh yeh farq nahi hai. islam mein yeh farq nahi hai ke jo job mein hai ya business mein hai, itni der tak woh alag hai aur phir us ke baad woh jab aata hai duniya mein to woh alag hai.</w:t>
      </w:r>
      <w:r>
        <w:br/>
      </w:r>
      <w:r>
        <w:rPr>
          <w:sz w:val="20"/>
        </w:rPr>
        <w:t>1:28:07  har halat mein isi liye dekhen, sab se bada amal jo bataya gaya hai, woh kya hai? allah ki yaad.</w:t>
      </w:r>
      <w:r>
        <w:br/>
      </w:r>
      <w:r>
        <w:rPr>
          <w:sz w:val="20"/>
        </w:rPr>
        <w:t>1:28:19  allah ki yaad sab se bada amal hai. to woh woh kaun kaun job hai ya kaun business jo rokta hai aap ko allah ki yaad se? kaun rokta hai?</w:t>
      </w:r>
      <w:r>
        <w:br/>
      </w:r>
      <w:r>
        <w:rPr>
          <w:sz w:val="20"/>
        </w:rPr>
        <w:t>1:28:35  koi koi rokta nahi. aap farz kijiye ke aap ek glass ki ki industry khole hue hain, ek factory khole hain glass ki,</w:t>
      </w:r>
      <w:r>
        <w:br/>
      </w:r>
      <w:r>
        <w:rPr>
          <w:sz w:val="20"/>
        </w:rPr>
        <w:t>1:28:45  to aap dekhte hain ke yeh yeh yeh yeh aap jante hain, ek pathar hota hai jis ko khaas tarah ke process se guzarne ke baad woh glass ban jata hai.</w:t>
      </w:r>
      <w:r>
        <w:br/>
      </w:r>
      <w:r>
        <w:rPr>
          <w:sz w:val="20"/>
        </w:rPr>
        <w:t>1:28:55  to aap us waqt dekhen ke kaisa ajeeb muamla hai allah taala ka ke nature mein woh cheez pathar thi. nature mein phir allah taala ne insan ko aisi technology batai,</w:t>
      </w:r>
      <w:r>
        <w:br/>
      </w:r>
      <w:r>
        <w:rPr>
          <w:sz w:val="20"/>
        </w:rPr>
        <w:t>1:29:10  is technology ko apply kar ke woh pathar ko glass bana deta hai.</w:t>
      </w:r>
      <w:r>
        <w:br/>
      </w:r>
      <w:r>
        <w:rPr>
          <w:sz w:val="20"/>
        </w:rPr>
        <w:t>1:29:15  to bas yahi to amal hai, yahi to jannat ka certificate hai. to kuch bhi aap kar rahe hain, kuch bhi aap kar rahe hain, kuch bhi aap kar rahe hain, aap computer par hain, computer par kaam kar rahe hain,</w:t>
      </w:r>
      <w:r>
        <w:br/>
      </w:r>
      <w:r>
        <w:rPr>
          <w:sz w:val="20"/>
        </w:rPr>
        <w:t>1:29:29  aap sochiye ke matter ko allah taala ne, yani insan ke liye yeh kaha hai ke matter move kar raha hai, matter hawa mein ud raha hai, matter insan information de raha hai,</w:t>
      </w:r>
      <w:r>
        <w:br/>
      </w:r>
      <w:r>
        <w:rPr>
          <w:sz w:val="20"/>
        </w:rPr>
        <w:t>1:29:43  matter convert ho gaya hai computer mein. to kaisi ajeeb allah taala ki blessing hai ke sab kuch matter hi to hai.</w:t>
      </w:r>
      <w:r>
        <w:br/>
      </w:r>
      <w:r>
        <w:rPr>
          <w:sz w:val="20"/>
        </w:rPr>
        <w:t>1:29:52  matter hi convert ho kar ke camera ban gaya, matter convert ho ke car ban gaya, matter convert ho ke hawa jahaz ban gaya, matter convert ho kar ke computer ban gaya.</w:t>
      </w:r>
      <w:r>
        <w:br/>
      </w:r>
      <w:r>
        <w:rPr>
          <w:sz w:val="20"/>
        </w:rPr>
        <w:t>1:30:04  to kaisi ajeeb allah taala ki blessing hai insan ke liye ke us ne in aisi aqal di, aisa insan ko mind diya ke is technology ko woh daryaft kare, is technology ke zariye woh matter ko convert kar ke itni sari cheezein bana sake.</w:t>
      </w:r>
      <w:r>
        <w:br/>
      </w:r>
      <w:r>
        <w:rPr>
          <w:sz w:val="20"/>
        </w:rPr>
        <w:t>1:30:22  to bas yeh baat ho gayi, Allah ka zikr ho gaya aur jannat ka certificate mil gaya aap ko. to Islam mein dekhiye, dono cheezein alag alag nahi hain,</w:t>
      </w:r>
      <w:r>
        <w:br/>
      </w:r>
      <w:r>
        <w:rPr>
          <w:sz w:val="20"/>
        </w:rPr>
        <w:t>1:30:37  dono cheezein ek saath chalti hain.</w:t>
      </w:r>
      <w:r>
        <w:br/>
      </w:r>
      <w:r>
        <w:rPr>
          <w:sz w:val="20"/>
        </w:rPr>
        <w:t>1:30:42  okay, we will end the session now. thank you.</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Understanding the true meaning of stress</w:t>
      </w:r>
    </w:p>
    <w:p>
      <w:r>
        <w:rPr>
          <w:color w:val="666666"/>
          <w:sz w:val="18"/>
        </w:rPr>
        <w:t>Studying The Quran with Open Mind October 20, 2019 Maulana Wahiduddin Khan · 2m 40s · at 53:25 · https://youtu.be/OPyJO5TP_wI?t=3205</w:t>
      </w:r>
    </w:p>
    <w:p>
      <w:r>
        <w:rPr>
          <w:i/>
        </w:rPr>
        <w:t>“Science says stress causes problems and should be avoided, but you teach that stress makes us more aware and strong. How can I understand the true meaning of stress?”</w:t>
      </w:r>
    </w:p>
    <w:p>
      <w:r>
        <w:rPr>
          <w:sz w:val="20"/>
        </w:rPr>
        <w:t>53:25  Maulana yeh sawal Karachi Pakistan se Daniya Miss Daniya Mustafa ne bheja hai unhon ne likha hai Maulana sahib today science says that stress creates lot of problems for human body and that stress and depression should be avoided but your teaching is that stress makes us more aware and strong</w:t>
      </w:r>
      <w:r>
        <w:br/>
      </w:r>
      <w:r>
        <w:rPr>
          <w:sz w:val="20"/>
        </w:rPr>
        <w:t>53:52  molana how can I understand the true meaning of stress</w:t>
      </w:r>
      <w:r>
        <w:br/>
      </w:r>
      <w:r>
        <w:rPr>
          <w:sz w:val="20"/>
        </w:rPr>
        <w:t>53:57  nahi aap ne yeh farmaya ke science aisa kehti hai ke galat bilkul galat baat hai kaha kaun</w:t>
      </w:r>
      <w:r>
        <w:br/>
      </w:r>
      <w:r>
        <w:rPr>
          <w:sz w:val="20"/>
        </w:rPr>
        <w:t>54:03  sa science aisa kehti hai mujhe bataiye is ka is ka reference bataiye bataiye koi aisi science nahi</w:t>
      </w:r>
      <w:r>
        <w:br/>
      </w:r>
      <w:r>
        <w:rPr>
          <w:sz w:val="20"/>
        </w:rPr>
        <w:t>54:11  hai jo aisa kehti ho</w:t>
      </w:r>
      <w:r>
        <w:br/>
      </w:r>
      <w:r>
        <w:rPr>
          <w:sz w:val="20"/>
        </w:rPr>
        <w:t>54:15  kuch log aisa kehte hain yeh yeh kahiye aa miss famida khan ne aa comment bheja hai noida</w:t>
      </w:r>
      <w:r>
        <w:br/>
      </w:r>
      <w:r>
        <w:rPr>
          <w:sz w:val="20"/>
        </w:rPr>
        <w:t>54:24  se unhon ne likha hai molana aaj ke lecture se quran ke hawale se bohat bari baat samajh</w:t>
      </w:r>
      <w:r>
        <w:br/>
      </w:r>
      <w:r>
        <w:rPr>
          <w:sz w:val="20"/>
        </w:rPr>
        <w:t>54:31  mein aayi molana mein ne hamesha quran padha lekin kabhi bhi mein is se kuch</w:t>
      </w:r>
      <w:r>
        <w:br/>
      </w:r>
      <w:r>
        <w:rPr>
          <w:sz w:val="20"/>
        </w:rPr>
        <w:t>54:37  na seekh paayi lekin jab se tazkir ul quran parhna shuru kiya mujhe mujhe samajh aane laga hai quran hum se kya chahta hai molana aap ne jis tarah science aur universe ko samajh kar tazkir ul quran likha hai jo sab ke mind ko address karta hai aur ab koi bhi aasani se samajh sakta hai ke quran hum se kya chahta hai okay we will end this sess</w:t>
      </w:r>
      <w:r>
        <w:br/>
      </w:r>
      <w:r>
        <w:rPr>
          <w:sz w:val="20"/>
        </w:rPr>
        <w:t>55:06  ion now thank you.</w:t>
      </w:r>
    </w:p>
    <w:p>
      <w:pPr>
        <w:pStyle w:val="Heading2"/>
      </w:pPr>
      <w:r>
        <w:t>Feeling dejected despite working</w:t>
      </w:r>
    </w:p>
    <w:p>
      <w:r>
        <w:rPr>
          <w:color w:val="666666"/>
          <w:sz w:val="18"/>
        </w:rPr>
        <w:t>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Applying Quran in daily high-pressure job</w:t>
      </w:r>
    </w:p>
    <w:p>
      <w:r>
        <w:rPr>
          <w:color w:val="666666"/>
          <w:sz w:val="18"/>
        </w:rPr>
        <w:t>Message of the Quran August 20, 2017 · 1m 30s · at 18:12 · https://youtu.be/BrbrZxP37pk?t=1092</w:t>
      </w:r>
    </w:p>
    <w:p>
      <w:r>
        <w:rPr>
          <w:i/>
        </w:rPr>
        <w:t>“How to apply the Quran in my daily life as I have a high-pressure job in Lucknow? Kindly advise me.”</w:t>
      </w:r>
    </w:p>
    <w:p>
      <w:r>
        <w:rPr>
          <w:sz w:val="20"/>
        </w:rPr>
        <w:t>18:12  Maulana, pehla sawal bheja hai Lucknow se Shehzad sahib ne.</w:t>
      </w:r>
      <w:r>
        <w:br/>
      </w:r>
      <w:r>
        <w:rPr>
          <w:sz w:val="20"/>
        </w:rPr>
        <w:t>18:21  unhon ne likha hai: "Maulana sahib, my question is how to apply Quran in my daily life as I have a high pressure job in Lucknow?</w:t>
      </w:r>
      <w:r>
        <w:br/>
      </w:r>
      <w:r>
        <w:rPr>
          <w:sz w:val="20"/>
        </w:rPr>
        <w:t>18:34  Kindly advise me." dekhen, Quran yaani Allah ke deen ko apnana, yeh bohat hi aasan hai,</w:t>
      </w:r>
      <w:r>
        <w:br/>
      </w:r>
      <w:r>
        <w:rPr>
          <w:sz w:val="20"/>
        </w:rPr>
        <w:t>18:48  kyun ke aap jahan bhi hain, aap Allah ko yaad kijiye. jahan bhi hain, aap apne aap ke sath khaliq, khaliq, malik jo hai, hamara shamil kar lijiye.</w:t>
      </w:r>
      <w:r>
        <w:br/>
      </w:r>
      <w:r>
        <w:rPr>
          <w:sz w:val="20"/>
        </w:rPr>
        <w:t>19:02  bas ho gaya. aap ko kisi alag se koi kuch karna nahi hai. dil mein rakhna hai ke ke main kis ne mujhe paida kiya hai,</w:t>
      </w:r>
      <w:r>
        <w:br/>
      </w:r>
      <w:r>
        <w:rPr>
          <w:sz w:val="20"/>
        </w:rPr>
        <w:t>19:16  kaun mujhe sari cheezen de raha hai, kaise main zinda hoon, kaise suraj ki roshni mujhe milti hai, kaise oxygen mujhe milti hai, kaise food mujhe milta hai.</w:t>
      </w:r>
      <w:r>
        <w:br/>
      </w:r>
      <w:r>
        <w:rPr>
          <w:sz w:val="20"/>
        </w:rPr>
        <w:t>19:29  in sab baaton ko aap sochte rahen, yaad karte rahen, aur apna mind is ke mutabiq banate rahen. bas yahi hai, is se zyada kuch nahi hai.</w:t>
      </w:r>
    </w:p>
    <w:p>
      <w:pPr>
        <w:pStyle w:val="Heading2"/>
      </w:pPr>
      <w:r>
        <w:t>Leaving worldly work to discover God</w:t>
      </w:r>
    </w:p>
    <w:p>
      <w:r>
        <w:rPr>
          <w:color w:val="666666"/>
          <w:sz w:val="18"/>
        </w:rPr>
        <w:t>God Particle July 8, 2012 · 2m 24s · at 1:10:50 · https://youtu.be/30Ulu10c2nA?t=4250</w:t>
      </w:r>
    </w:p>
    <w:p>
      <w:r>
        <w:rPr>
          <w:i/>
        </w:rPr>
        <w:t>“In worldly work, there is distraction in being able to discover God. Could one solution be that we leave worldly work completely and engage in discovering God?”</w:t>
      </w:r>
    </w:p>
    <w:p>
      <w:r>
        <w:rPr>
          <w:sz w:val="20"/>
        </w:rPr>
        <w:t>1:10:50  Maulana, agla sawal Hyderabad se aaya hai Zeeshan sahab ka</w:t>
      </w:r>
      <w:r>
        <w:br/>
      </w:r>
      <w:r>
        <w:rPr>
          <w:sz w:val="20"/>
        </w:rPr>
        <w:t>1:10:54  . Unhon ne likha hai: "Dunyawi kaam ke sath Khuda ki discovery kar paane mein distraction aata hai. Kya is ka ek solution yeh ho sakta hai ke hum dunyawi kaam ko poori tarah se chhod dein aur Khuda ki discovery mein lag jayen?" Is ke baray mein batayen.</w:t>
      </w:r>
      <w:r>
        <w:br/>
      </w:r>
      <w:r>
        <w:rPr>
          <w:sz w:val="20"/>
        </w:rPr>
        <w:t>1:11:13  Dunya ke kaam se murad kya hai? Isi mein to discovery hoti hai. Dunya ke kaam ka kya matlab? Dunya ke kaam</w:t>
      </w:r>
      <w:r>
        <w:br/>
      </w:r>
      <w:r>
        <w:rPr>
          <w:sz w:val="20"/>
        </w:rPr>
        <w:t>1:11:23  yani har woh cheez jahan jis se aap, yani jis ko aap dunya kehte hain, woh Khuda ki takhleeq hai. Khuda ki takhleeq hai, isi takhleeq mein to Khaliq ko dekhna hai.</w:t>
      </w:r>
      <w:r>
        <w:br/>
      </w:r>
      <w:r>
        <w:rPr>
          <w:sz w:val="20"/>
        </w:rPr>
        <w:t>1:11:33  Aap chale jayen janglon mein to wahan kya karenge?</w:t>
      </w:r>
      <w:r>
        <w:br/>
      </w:r>
      <w:r>
        <w:rPr>
          <w:sz w:val="20"/>
        </w:rPr>
        <w:t>1:11:38  Sahi baat yeh hai, dekhiye ke aarif ke zehan se cheezon ko dekhna, yani seeker ke zehan se cheezon ko dekhna, yeh dunya chhodne ka koi sawal hi nahi paida hota.</w:t>
      </w:r>
      <w:r>
        <w:br/>
      </w:r>
      <w:r>
        <w:rPr>
          <w:sz w:val="20"/>
        </w:rPr>
        <w:t>1:11:55  Jahan aap chhod ke jayen ge, wahan bhi dunya hi hogi. Yeh ek lafz bhi galat samjha jata hai ke tark-e-dunya. Tark-e-dunya kya hai? Aap tark-e-dunya kar nahi sakte.</w:t>
      </w:r>
      <w:r>
        <w:br/>
      </w:r>
      <w:r>
        <w:rPr>
          <w:sz w:val="20"/>
        </w:rPr>
        <w:t>1:12:04  Aap marne se</w:t>
      </w:r>
      <w:r>
        <w:br/>
      </w:r>
      <w:r>
        <w:rPr>
          <w:sz w:val="20"/>
        </w:rPr>
        <w:t>1:12:06  pehlay jahan aap jayen ge, woh bhi dunya hogi. Wahan par to tark-e-dunya is nothing. Asal cheez yeh hai ke aap seeker hon, aap cheezon ko, yani is se lesson lene ka aap ke andar mada ho, gehrai mein cheezon ko sochein.</w:t>
      </w:r>
      <w:r>
        <w:br/>
      </w:r>
      <w:r>
        <w:rPr>
          <w:sz w:val="20"/>
        </w:rPr>
        <w:t>1:12:25  Aap is ki zaroorat hai. Tark-e-dunya keh na to koi cheez hai, na woh mumkin hai. Jahan aap chhod ke jayen ge, woh bhi dunya hogi.</w:t>
      </w:r>
      <w:r>
        <w:br/>
      </w:r>
      <w:r>
        <w:rPr>
          <w:sz w:val="20"/>
        </w:rPr>
        <w:t>1:12:35  Ek</w:t>
      </w:r>
      <w:r>
        <w:br/>
      </w:r>
      <w:r>
        <w:rPr>
          <w:sz w:val="20"/>
        </w:rPr>
        <w:t>1:12:37  Is liye yeh yeh koi yeh koi hal nahi hai. Maulana, agla ek comment aaya hai Qatar se Maulana Abdul Basit Umri sahab</w:t>
      </w:r>
      <w:r>
        <w:br/>
      </w:r>
      <w:r>
        <w:rPr>
          <w:sz w:val="20"/>
        </w:rPr>
        <w:t>1:12:48  ka. Unhon ne likha hai: "Maulana, jis Khuda ne mujhe paida kiya, jo mere liye zindagi ke sare intezammat kar raha hai, us Khuda ke baray mein mujhe abhi tak apne poore wajood ke sath, poore shaoor ke sath ek bar bhi yeh kehne ko naseeb nahi hua ke aye Khuda, tu mera Khuda hai."</w:t>
      </w:r>
    </w:p>
    <w:p>
      <w:pPr>
        <w:pStyle w:val="Heading2"/>
      </w:pPr>
      <w:r>
        <w:t>Distraction during contemplation and reflection</w:t>
      </w:r>
    </w:p>
    <w:p>
      <w:r>
        <w:rPr>
          <w:color w:val="666666"/>
          <w:sz w:val="18"/>
        </w:rPr>
        <w:t>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Alternative for da'wah when busy</w:t>
      </w:r>
    </w:p>
    <w:p>
      <w:r>
        <w:rPr>
          <w:color w:val="666666"/>
          <w:sz w:val="18"/>
        </w:rPr>
        <w:t>Dars-e-Quran, Chapter 2, Verse 35 | December 17, 2017 · 3m 13s · at 1:17:49 · https://youtu.be/Cd8MlWM7B9w?t=4669</w:t>
      </w:r>
    </w:p>
    <w:p>
      <w:r>
        <w:rPr>
          <w:i/>
        </w:rPr>
        <w:t>“If I am engaged with my job and family and don't have time to do da'wah work directly, then what is the second option for me so that I can still contribute?”</w:t>
      </w:r>
    </w:p>
    <w:p>
      <w:r>
        <w:rPr>
          <w:sz w:val="20"/>
        </w:rPr>
        <w:t>1:17:49  maulana, kolkatta se faraz khan sahib ne sawal bheja hai.</w:t>
      </w:r>
      <w:r>
        <w:br/>
      </w:r>
      <w:r>
        <w:rPr>
          <w:sz w:val="20"/>
        </w:rPr>
        <w:t>1:17:55  unho ne likha hai, aah, maulana sahib, afaiem engaged with my job and family and don't</w:t>
      </w:r>
      <w:r>
        <w:br/>
      </w:r>
      <w:r>
        <w:rPr>
          <w:sz w:val="20"/>
        </w:rPr>
        <w:t>1:18:01  have time to do dawah work directly, then what is the second option for me so that i</w:t>
      </w:r>
      <w:r>
        <w:br/>
      </w:r>
      <w:r>
        <w:rPr>
          <w:sz w:val="20"/>
        </w:rPr>
        <w:t>1:18:07  can do dawah work? what is your advice to me? dekhiye, is zamane mein</w:t>
      </w:r>
      <w:r>
        <w:br/>
      </w:r>
      <w:r>
        <w:rPr>
          <w:sz w:val="20"/>
        </w:rPr>
        <w:t>1:18:13  yeh printing press ka zamana hai.</w:t>
      </w:r>
      <w:r>
        <w:br/>
      </w:r>
      <w:r>
        <w:rPr>
          <w:sz w:val="20"/>
        </w:rPr>
        <w:t>1:18:17  is mein dawah work duniya ka sab se zyada aasan kaam hai.</w:t>
      </w:r>
      <w:r>
        <w:br/>
      </w:r>
      <w:r>
        <w:rPr>
          <w:sz w:val="20"/>
        </w:rPr>
        <w:t>1:18:22  sab se aasan.</w:t>
      </w:r>
      <w:r>
        <w:br/>
      </w:r>
      <w:r>
        <w:rPr>
          <w:sz w:val="20"/>
        </w:rPr>
        <w:t>1:18:26  aap pe packet, aap apni jeb mein, apne thele mein, apne bag mein, islami kitabein rakh dijiye.</w:t>
      </w:r>
      <w:r>
        <w:br/>
      </w:r>
      <w:r>
        <w:rPr>
          <w:sz w:val="20"/>
        </w:rPr>
        <w:t>1:18:30  choti choti kitabein.</w:t>
      </w:r>
      <w:r>
        <w:br/>
      </w:r>
      <w:r>
        <w:rPr>
          <w:sz w:val="20"/>
        </w:rPr>
        <w:t>1:18:35  hum ne senkaron kitabein chhapi hain har zaban mein.</w:t>
      </w:r>
      <w:r>
        <w:br/>
      </w:r>
      <w:r>
        <w:rPr>
          <w:sz w:val="20"/>
        </w:rPr>
        <w:t>1:18:39  aap ne rakh</w:t>
      </w:r>
      <w:r>
        <w:br/>
      </w:r>
      <w:r>
        <w:rPr>
          <w:sz w:val="20"/>
        </w:rPr>
        <w:t>1:18:43  li apne sath. aur jo milta hai aap ko us ko dete rahiye. agar kuch kehna aata hai aap ko to kahiye. nahi to yeh to keh sakte hain aap ke yeh aap ko spiritual gift hai. yeh kaam mushkil kaam kiya hai? is zamanay mein jo aik aaye ke dawat ka kaam mushkil hai to woh to jante hi nahi zamanay ko. Allah taala ne printing pre</w:t>
      </w:r>
      <w:r>
        <w:br/>
      </w:r>
      <w:r>
        <w:rPr>
          <w:sz w:val="20"/>
        </w:rPr>
        <w:t>1:19:13  is ko paida kar ke itna aasan kar diya dawah ke kaam ko.</w:t>
      </w:r>
      <w:r>
        <w:br/>
      </w:r>
      <w:r>
        <w:rPr>
          <w:sz w:val="20"/>
        </w:rPr>
        <w:t>1:19:18  is se zyada aasan koi kaam hi nahin.</w:t>
      </w:r>
      <w:r>
        <w:br/>
      </w:r>
      <w:r>
        <w:rPr>
          <w:sz w:val="20"/>
        </w:rPr>
        <w:t>1:19:23  aap bas apne sath rakhiye aur logon ko dete rahiye.</w:t>
      </w:r>
      <w:r>
        <w:br/>
      </w:r>
      <w:r>
        <w:rPr>
          <w:sz w:val="20"/>
        </w:rPr>
        <w:t>1:19:28  bas dawah ka kaam jari hoga.</w:t>
      </w:r>
      <w:r>
        <w:br/>
      </w:r>
      <w:r>
        <w:rPr>
          <w:sz w:val="20"/>
        </w:rPr>
        <w:t>1:19:33  aah, maulana, hum yahan par yeh bhi kehna chahenge ke kai log aksar aah is baat ko</w:t>
      </w:r>
      <w:r>
        <w:br/>
      </w:r>
      <w:r>
        <w:rPr>
          <w:sz w:val="20"/>
        </w:rPr>
        <w:t>1:19:38  لے کر آتے ہیں کیونکہ ان کا کام اس طریقے سے ہوتا ہے کہ وہ بہت</w:t>
      </w:r>
      <w:r>
        <w:br/>
      </w:r>
      <w:r>
        <w:rPr>
          <w:sz w:val="20"/>
        </w:rPr>
        <w:t>1:19:43  vil karte hain.</w:t>
      </w:r>
      <w:r>
        <w:br/>
      </w:r>
      <w:r>
        <w:rPr>
          <w:sz w:val="20"/>
        </w:rPr>
        <w:t>1:19:49  to is ka ek yeh bhi tareeqa hai ke jaise aah quran drives hoti hain, quran distribution hota hai.</w:t>
      </w:r>
      <w:r>
        <w:br/>
      </w:r>
      <w:r>
        <w:rPr>
          <w:sz w:val="20"/>
        </w:rPr>
        <w:t>1:19:55  to if they can not aah participate directly, then they can sponsor those quran distribution exercises.</w:t>
      </w:r>
      <w:r>
        <w:br/>
      </w:r>
      <w:r>
        <w:rPr>
          <w:sz w:val="20"/>
        </w:rPr>
        <w:t>1:20:01  to kya woh theek aah aah ho sakta hai maulana ke agar woh waqt nahin de sakte to</w:t>
      </w:r>
      <w:r>
        <w:br/>
      </w:r>
      <w:r>
        <w:rPr>
          <w:sz w:val="20"/>
        </w:rPr>
        <w:t>1:20:07  jo quran distribution drives hain is mein woh aah sponsor kar sakte hain, paise de sakte hain? haan, paisa dein.</w:t>
      </w:r>
      <w:r>
        <w:br/>
      </w:r>
      <w:r>
        <w:rPr>
          <w:sz w:val="20"/>
        </w:rPr>
        <w:t>1:20:13  kis ko? kis ke liye mumkin nahi hai? har aadmi ke paas kuch na kuch paisa dene ki position mein hota hai. har aadmi. yeh nahi ke ho ho sakta hai ke kisi ke paas paise hi na hon. quran mein hai ke lantuhuboon paisa kharch karo deen karam mein. yeh quran mein yeh ayat hai: lantuhuboon. to aap time na de sakt</w:t>
      </w:r>
      <w:r>
        <w:br/>
      </w:r>
      <w:r>
        <w:rPr>
          <w:sz w:val="20"/>
        </w:rPr>
        <w:t>1:20:43  e to paisa dijiye.</w:t>
      </w:r>
      <w:r>
        <w:br/>
      </w:r>
      <w:r>
        <w:rPr>
          <w:sz w:val="20"/>
        </w:rPr>
        <w:t>1:20:47  asal mein kuch dena chahte nahin log, na paisa, na time.</w:t>
      </w:r>
      <w:r>
        <w:br/>
      </w:r>
      <w:r>
        <w:rPr>
          <w:sz w:val="20"/>
        </w:rPr>
        <w:t>1:20:51  to yeh sab wada bolte hain.</w:t>
      </w:r>
      <w:r>
        <w:br/>
      </w:r>
      <w:r>
        <w:rPr>
          <w:sz w:val="20"/>
        </w:rPr>
        <w:t>1:20:55  mein to samajhta hoon ke yeh sab excuses hain.</w:t>
      </w:r>
      <w:r>
        <w:br/>
      </w:r>
      <w:r>
        <w:rPr>
          <w:sz w:val="20"/>
        </w:rPr>
        <w:t>1:20:58  yeh sab koi aur koi gehri reason is ki nahin hai.</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Reacting to workplace mistreatment</w:t>
      </w:r>
    </w:p>
    <w:p>
      <w:r>
        <w:rPr>
          <w:color w:val="666666"/>
          <w:sz w:val="18"/>
        </w:rPr>
        <w:t>Revival of Ummah January 22, 2017 · 2m 17s · at 51:35 · https://youtu.be/vnPsv0TBCfk?t=3095</w:t>
      </w:r>
    </w:p>
    <w:p>
      <w:r>
        <w:rPr>
          <w:i/>
        </w:rPr>
        <w:t>“Maulana sahib, you stress on dealing every issue without any reaction. But what if a person knows that he is being mistreated in his job and he has to leave the job. So how will we stop the wrongs being done in such an organization? If someone is breaking the organization rules and no one is stopping it will affect the whole system. Should we take it that it is in God's hands and we need to be just patient and only observers? Please advise me.”</w:t>
      </w:r>
    </w:p>
    <w:p>
      <w:r>
        <w:rPr>
          <w:sz w:val="20"/>
        </w:rPr>
        <w:t>51:35  molana agla sawal bheja hai pakistan se ansar chaudhary sahib ne. unhon ne likha hai molana sahib you stress on dealing every issue without any reaction. but what if a person knows that he is being mistreated in his job and his to leave the job. so who will stop the wrongs being done in such an organization.</w:t>
      </w:r>
      <w:r>
        <w:br/>
      </w:r>
      <w:r>
        <w:rPr>
          <w:sz w:val="20"/>
        </w:rPr>
        <w:t>52:01  if someone is breaking the organization rules and no one is stopping it will affect the whole system. or should we take it that it is in god's hands and we need to be just patient and only observers. please advise me. dekhiye log alfaaz mein jeete hain. mistreatment koi cheez hi nahi hai sab sab yani false food pe jeena hai.</w:t>
      </w:r>
      <w:r>
        <w:br/>
      </w:r>
      <w:r>
        <w:rPr>
          <w:sz w:val="20"/>
        </w:rPr>
        <w:t>52:31  koi aadmi kisi ko mistreat nahi karta. bilkul hi ghalat hai. aap mujhe bataiye ke woh case to main aap ko us ki pata kar ke bata sakta hoon ke woh mistreatment kaise hi nahi tha. aadmi kaafi ghalati hoti hai doosre pe daal deta hai. main ne bohat aise cases ko examine kiya hai in ki tehqeeq ki hai. apni ghalati na manane ki wajah se kehta hai ke bad treatment mere sath kiya hai doosron ne kiya hai.</w:t>
      </w:r>
      <w:r>
        <w:br/>
      </w:r>
      <w:r>
        <w:rPr>
          <w:sz w:val="20"/>
        </w:rPr>
        <w:t>52:59  bilkul yeh bilkul bilkul baseless baat hai. bad treatment ya mistreatment ka yeh yeh yeh nazariya hi ghalat hai bilkul. sahi baat yeh hai ke aadmi apni ghalati ki price bhugta hai. is duniya mein yahi hota hai hamesha ke you have to pay the price of your fault.</w:t>
      </w:r>
      <w:r>
        <w:br/>
      </w:r>
      <w:r>
        <w:rPr>
          <w:sz w:val="20"/>
        </w:rPr>
        <w:t>53:25  lekin na manane ke liye kehte hain ke falan aisa kiya falan waisa kiya koi koi aisa nahi karta. aap apni ghalati ki price bhugte hain daalte hain doosre ke upar. mujhe particular case bataiye ek falan shakhs to main inshallah us ko tehqeeq kar ke bata doonga aap ko ke yeh aadmi ki apni ghalati thi ek aur us ki doosri koi ghalati nahi thi.</w:t>
      </w:r>
      <w:r>
        <w:br/>
      </w:r>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p>
    <w:p>
      <w:pPr>
        <w:pStyle w:val="Heading2"/>
      </w:pPr>
      <w:r>
        <w:t>Balancing housework and Islamic learning</w:t>
      </w:r>
    </w:p>
    <w:p>
      <w:r>
        <w:rPr>
          <w:color w:val="666666"/>
          <w:sz w:val="18"/>
        </w:rPr>
        <w:t>Paradise September 18, 2016 · 4m 33s · at 59:03 · https://youtu.be/R2kZlD0PbGQ?t=3543</w:t>
      </w:r>
    </w:p>
    <w:p>
      <w:r>
        <w:rPr>
          <w:i/>
        </w:rPr>
        <w:t>“I am a mother of three children and a housewife. I am busy with them and housework, but I follow your talks and also read your...”</w:t>
      </w:r>
    </w:p>
    <w:p>
      <w:r>
        <w:rPr>
          <w:sz w:val="20"/>
        </w:rPr>
        <w:t>59:03  maulana, agla sawal miss ayesha khan ne kiya hai kanpur se, aur unhon ne likha hai: "maulana sahib,</w:t>
      </w:r>
      <w:r>
        <w:br/>
      </w:r>
      <w:r>
        <w:rPr>
          <w:sz w:val="20"/>
        </w:rPr>
        <w:t>59:09  i am a mother of three children and a housewife.</w:t>
      </w:r>
      <w:r>
        <w:br/>
      </w:r>
      <w:r>
        <w:rPr>
          <w:sz w:val="20"/>
        </w:rPr>
        <w:t>59:15  aai im bazi vid dem and haus vark, bat aai falo yor taks and al so red yor</w:t>
      </w:r>
      <w:r>
        <w:br/>
      </w:r>
      <w:r>
        <w:rPr>
          <w:sz w:val="20"/>
        </w:rPr>
        <w:t>59:20  baks, vich giv mi lat of pes and pozitiv thinking.</w:t>
      </w:r>
      <w:r>
        <w:br/>
      </w:r>
      <w:r>
        <w:rPr>
          <w:sz w:val="20"/>
        </w:rPr>
        <w:t>59:26  mai kveschan iz dat benig a madar and involvd in haus vark, ai donat gat mach taim to</w:t>
      </w:r>
      <w:r>
        <w:br/>
      </w:r>
      <w:r>
        <w:rPr>
          <w:sz w:val="20"/>
        </w:rPr>
        <w:t>59:32  do vark far da din, and mani taimz ai fil gilati and gat thauts dat allah me nat</w:t>
      </w:r>
      <w:r>
        <w:br/>
      </w:r>
      <w:r>
        <w:rPr>
          <w:sz w:val="20"/>
        </w:rPr>
        <w:t>59:37  giv mi paradiz, bikaz ai am nat duing ani thing far da din.</w:t>
      </w:r>
      <w:r>
        <w:br/>
      </w:r>
      <w:r>
        <w:rPr>
          <w:sz w:val="20"/>
        </w:rPr>
        <w:t>59:43  maulana sahib, pliz advais mi vat shud ai do az ai kant liv haus vark and der iz</w:t>
      </w:r>
      <w:r>
        <w:br/>
      </w:r>
      <w:r>
        <w:rPr>
          <w:sz w:val="20"/>
        </w:rPr>
        <w:t>59:49  nat mach taim laft far mi to do dava vark.</w:t>
      </w:r>
      <w:r>
        <w:br/>
      </w:r>
      <w:r>
        <w:rPr>
          <w:sz w:val="20"/>
        </w:rPr>
        <w:t>59:55  hav kain ai aspair to kvalifai far paradiz?" dekhiye, main is ko koi uzar nahin samajhta.</w:t>
      </w:r>
      <w:r>
        <w:br/>
      </w:r>
      <w:r>
        <w:rPr>
          <w:sz w:val="20"/>
        </w:rPr>
        <w:t>1:00:00  har chiz aap ko kahata hun involv karate hain.</w:t>
      </w:r>
      <w:r>
        <w:br/>
      </w:r>
      <w:r>
        <w:rPr>
          <w:sz w:val="20"/>
        </w:rPr>
        <w:t>1:00:06  aap aap involv bahut zyada karenge to aap ka taim na rahega.</w:t>
      </w:r>
      <w:r>
        <w:br/>
      </w:r>
      <w:r>
        <w:rPr>
          <w:sz w:val="20"/>
        </w:rPr>
        <w:t>1:00:12  kam involv kijie.</w:t>
      </w:r>
      <w:r>
        <w:br/>
      </w:r>
      <w:r>
        <w:rPr>
          <w:sz w:val="20"/>
        </w:rPr>
        <w:t>1:00:17  to tami taim hai.</w:t>
      </w:r>
      <w:r>
        <w:br/>
      </w:r>
      <w:r>
        <w:rPr>
          <w:sz w:val="20"/>
        </w:rPr>
        <w:t>1:00:23  main ne jab padhta tha bachapan mein urdu lider, is mein ek sher tha, ab tak mujhe yad</w:t>
      </w:r>
      <w:r>
        <w:br/>
      </w:r>
      <w:r>
        <w:rPr>
          <w:sz w:val="20"/>
        </w:rPr>
        <w:t>1:00:29  hai: "vakt mein tangi farakhi donon hain, jaise rabar khinchne se padati hai, chhode se jati hai." sakad</w:t>
      </w:r>
      <w:r>
        <w:br/>
      </w:r>
      <w:r>
        <w:rPr>
          <w:sz w:val="20"/>
        </w:rPr>
        <w:t>1:00:34  is ko aj kal ki zaban mein main kahunga ki art of manajmant sikhen.</w:t>
      </w:r>
      <w:r>
        <w:br/>
      </w:r>
      <w:r>
        <w:rPr>
          <w:sz w:val="20"/>
        </w:rPr>
        <w:t>1:00:40  main samajhta hun ki art of manajmant asal hai.</w:t>
      </w:r>
      <w:r>
        <w:br/>
      </w:r>
      <w:r>
        <w:rPr>
          <w:sz w:val="20"/>
        </w:rPr>
        <w:t>1:00:46  apne ko kitna involv aap karate hain, vah asal hai.</w:t>
      </w:r>
      <w:r>
        <w:br/>
      </w:r>
      <w:r>
        <w:rPr>
          <w:sz w:val="20"/>
        </w:rPr>
        <w:t>1:00:51  misal ke taur par dekhiye, main ek qissa main ne bataya logon ko ki main ek sahab ke han gaya.</w:t>
      </w:r>
      <w:r>
        <w:br/>
      </w:r>
      <w:r>
        <w:rPr>
          <w:sz w:val="20"/>
        </w:rPr>
        <w:t>1:00:57  yah bat gujrat ka vaqia hai.</w:t>
      </w:r>
      <w:r>
        <w:br/>
      </w:r>
      <w:r>
        <w:rPr>
          <w:sz w:val="20"/>
        </w:rPr>
        <w:t>1:01:03  to vah har vakt apne bachche ko god mein le lete the.</w:t>
      </w:r>
      <w:r>
        <w:br/>
      </w:r>
      <w:r>
        <w:rPr>
          <w:sz w:val="20"/>
        </w:rPr>
        <w:t>1:01:09  vah to main ne kaha, "bachche god mein kyon lete hain?" aap kahata hai, "hazrat, zyada." kaha, "mera</w:t>
      </w:r>
      <w:r>
        <w:br/>
      </w:r>
      <w:r>
        <w:rPr>
          <w:sz w:val="20"/>
        </w:rPr>
        <w:t>1:01:14  bachcha kamzor hai." to main ne un ko sakht alfaz mein kaha, "bilkul nahin, aap un ko utariye."</w:t>
      </w:r>
      <w:r>
        <w:br/>
      </w:r>
      <w:r>
        <w:rPr>
          <w:sz w:val="20"/>
        </w:rPr>
        <w:t>1:01:20  utarvaya to ladka daudane laga.</w:t>
      </w:r>
      <w:r>
        <w:br/>
      </w:r>
      <w:r>
        <w:rPr>
          <w:sz w:val="20"/>
        </w:rPr>
        <w:t>1:01:26  ladka daudane laga to log ghair zaruri to apne ko masghul karate hain.</w:t>
      </w:r>
      <w:r>
        <w:br/>
      </w:r>
      <w:r>
        <w:rPr>
          <w:sz w:val="20"/>
        </w:rPr>
        <w:t>1:01:31  yani bachche ko daudane dijiye, bachche ko mehnat karane dijiye, bachche ko khud karane dijiye.</w:t>
      </w:r>
      <w:r>
        <w:br/>
      </w:r>
      <w:r>
        <w:rPr>
          <w:sz w:val="20"/>
        </w:rPr>
        <w:t>1:01:37  khawamkhwah har kaam chahte hain ke hum hum hum ka karein to apne ko zyada involve kar lete hain.</w:t>
      </w:r>
      <w:r>
        <w:br/>
      </w:r>
      <w:r>
        <w:rPr>
          <w:sz w:val="20"/>
        </w:rPr>
        <w:t>1:01:43  asal cheez yeh hai, kam involve kijiye, manage karna seekhein.</w:t>
      </w:r>
      <w:r>
        <w:br/>
      </w:r>
      <w:r>
        <w:rPr>
          <w:sz w:val="20"/>
        </w:rPr>
        <w:t>1:01:48  to sab sab sab time hi time hai.</w:t>
      </w:r>
      <w:r>
        <w:br/>
      </w:r>
      <w:r>
        <w:rPr>
          <w:sz w:val="20"/>
        </w:rPr>
        <w:t>1:01:54  mein to samajhta hoon ke sab time hi time hai.</w:t>
      </w:r>
      <w:r>
        <w:br/>
      </w:r>
      <w:r>
        <w:rPr>
          <w:sz w:val="20"/>
        </w:rPr>
        <w:t>1:02:00  khawamkhwah apne ko involve kar ke log time apna khatm kar dete hain.</w:t>
      </w:r>
      <w:r>
        <w:br/>
      </w:r>
      <w:r>
        <w:rPr>
          <w:sz w:val="20"/>
        </w:rPr>
        <w:t>1:02:06  ek sahab hain, mein jaanta hoon, mein in ko.</w:t>
      </w:r>
      <w:r>
        <w:br/>
      </w:r>
      <w:r>
        <w:rPr>
          <w:sz w:val="20"/>
        </w:rPr>
        <w:t>1:02:11  in ka bachcha tha ghaleban barah saal ka.</w:t>
      </w:r>
      <w:r>
        <w:br/>
      </w:r>
      <w:r>
        <w:rPr>
          <w:sz w:val="20"/>
        </w:rPr>
        <w:t>1:02:17  to barah saal ki umar mein unhon ne bachche ko bhej diya bombay.</w:t>
      </w:r>
      <w:r>
        <w:br/>
      </w:r>
      <w:r>
        <w:rPr>
          <w:sz w:val="20"/>
        </w:rPr>
        <w:t>1:02:23  woh andhra pradesh aane wale they.</w:t>
      </w:r>
      <w:r>
        <w:br/>
      </w:r>
      <w:r>
        <w:rPr>
          <w:sz w:val="20"/>
        </w:rPr>
        <w:t>1:02:28  logon ne kaha, "arey, barah bachche ko bombay bhej rahe hain, kahin kahin tasbeeh to seekhega woh."</w:t>
      </w:r>
      <w:r>
        <w:br/>
      </w:r>
      <w:r>
        <w:rPr>
          <w:sz w:val="20"/>
        </w:rPr>
        <w:t>1:02:34  to jeeb mein paisa de diya us ko, kaha ke jao.</w:t>
      </w:r>
      <w:r>
        <w:br/>
      </w:r>
      <w:r>
        <w:rPr>
          <w:sz w:val="20"/>
        </w:rPr>
        <w:t>1:02:40  to wahan par kuch police ka dhakka bhi khaya us ne.</w:t>
      </w:r>
      <w:r>
        <w:br/>
      </w:r>
      <w:r>
        <w:rPr>
          <w:sz w:val="20"/>
        </w:rPr>
        <w:t>1:02:45  kahin us ko khane bhi nahi mila.</w:t>
      </w:r>
      <w:r>
        <w:br/>
      </w:r>
      <w:r>
        <w:rPr>
          <w:sz w:val="20"/>
        </w:rPr>
        <w:t>1:02:51  sab tajrube hue.</w:t>
      </w:r>
      <w:r>
        <w:br/>
      </w:r>
      <w:r>
        <w:rPr>
          <w:sz w:val="20"/>
        </w:rPr>
        <w:t>1:02:57  wohi shakhs, mein jaanta hoon, us aadmi ko bohat bada woh builder bana, bohat paisa kamaya us ne.</w:t>
      </w:r>
      <w:r>
        <w:br/>
      </w:r>
      <w:r>
        <w:rPr>
          <w:sz w:val="20"/>
        </w:rPr>
        <w:t>1:03:03  isi isi ne to us ke us ke us ke baap, us ke dada ne bheja tha us ko bombay.</w:t>
      </w:r>
      <w:r>
        <w:br/>
      </w:r>
      <w:r>
        <w:rPr>
          <w:sz w:val="20"/>
        </w:rPr>
        <w:t>1:03:08  to dada ne kaha tha ke us ko seekhna chahiye na.</w:t>
      </w:r>
      <w:r>
        <w:br/>
      </w:r>
      <w:r>
        <w:rPr>
          <w:sz w:val="20"/>
        </w:rPr>
        <w:t>1:03:14  jayega, koi dhakka khaye to seekhega.</w:t>
      </w:r>
      <w:r>
        <w:br/>
      </w:r>
      <w:r>
        <w:rPr>
          <w:sz w:val="20"/>
        </w:rPr>
        <w:t>1:03:20  to log khawamkhwah chahte hain ke bachchon ki pampering karna hai, us ko us ko khud kuch na karna pade.</w:t>
      </w:r>
      <w:r>
        <w:br/>
      </w:r>
      <w:r>
        <w:rPr>
          <w:sz w:val="20"/>
        </w:rPr>
        <w:t>1:03:25  is mein apne ko involve kar lete hain.</w:t>
      </w:r>
      <w:r>
        <w:br/>
      </w:r>
      <w:r>
        <w:rPr>
          <w:sz w:val="20"/>
        </w:rPr>
        <w:t>1:03:31  to involvement ko kam kijiye, manage karna seekhein, warna koi masla nahi hai.</w:t>
      </w:r>
    </w:p>
    <w:p>
      <w:pPr>
        <w:pStyle w:val="Heading2"/>
      </w:pPr>
      <w:r>
        <w:t>Time management in today's busy life</w:t>
      </w:r>
    </w:p>
    <w:p>
      <w:r>
        <w:rPr>
          <w:color w:val="666666"/>
          <w:sz w:val="18"/>
        </w:rPr>
        <w:t>Dars-e-Quran, Chapter 38, V. 29 (Contemplation on the Quran) | October 7, 2018 · 2m 30s · at 1:17:10 · https://youtu.be/bF57J8TD8no?t=4630</w:t>
      </w:r>
    </w:p>
    <w:p>
      <w:r>
        <w:rPr>
          <w:i/>
        </w:rPr>
        <w:t>“In today's busy life, time management is a big issue. We always have excuses. What is your advice?”</w:t>
      </w:r>
    </w:p>
    <w:p>
      <w:r>
        <w:rPr>
          <w:sz w:val="20"/>
        </w:rPr>
        <w:t>1:17:10  maulana rawalpindi pakistan se wajid sahab ne sawal bheja hai.</w:t>
      </w:r>
      <w:r>
        <w:br/>
      </w:r>
      <w:r>
        <w:rPr>
          <w:sz w:val="20"/>
        </w:rPr>
        <w:t>1:17:16  انہوں نے لکھا ہے: "مولانا، in today's busy life, time management is the big issue.</w:t>
      </w:r>
      <w:r>
        <w:br/>
      </w:r>
      <w:r>
        <w:rPr>
          <w:sz w:val="20"/>
        </w:rPr>
        <w:t>1:17:22  we always have excuses.</w:t>
      </w:r>
      <w:r>
        <w:br/>
      </w:r>
      <w:r>
        <w:rPr>
          <w:sz w:val="20"/>
        </w:rPr>
        <w:t>1:17:28  how can we overcome this attitude?" yeh kuch nahi, main is ko nahi manta.</w:t>
      </w:r>
      <w:r>
        <w:br/>
      </w:r>
      <w:r>
        <w:rPr>
          <w:sz w:val="20"/>
        </w:rPr>
        <w:t>1:17:34  jab hum parhte the bachpan mein urdu reader, us waqt hum ne parha</w:t>
      </w:r>
      <w:r>
        <w:br/>
      </w:r>
      <w:r>
        <w:rPr>
          <w:sz w:val="20"/>
        </w:rPr>
        <w:t>1:17:40  tha: "waqt mein tangi farakhi dono hain, jaise rubber khenchne se barhti hai, chhod jati hai sikar." to</w:t>
      </w:r>
      <w:r>
        <w:br/>
      </w:r>
      <w:r>
        <w:rPr>
          <w:sz w:val="20"/>
        </w:rPr>
        <w:t>1:17:46  time aap ke hath mein hai, manage kijie.</w:t>
      </w:r>
      <w:r>
        <w:br/>
      </w:r>
      <w:r>
        <w:rPr>
          <w:sz w:val="20"/>
        </w:rPr>
        <w:t>1:17:52  اصل چیز ہے مینج کرنا، اصل چیز ہے you to learn the art of management.</w:t>
      </w:r>
      <w:r>
        <w:br/>
      </w:r>
      <w:r>
        <w:rPr>
          <w:sz w:val="20"/>
        </w:rPr>
        <w:t>1:17:58  time sab ke paas hota hai, yaad rakhiye.</w:t>
      </w:r>
      <w:r>
        <w:br/>
      </w:r>
      <w:r>
        <w:rPr>
          <w:sz w:val="20"/>
        </w:rPr>
        <w:t>1:18:04  aap ghor kijiye to aap ko maloom hoga ke</w:t>
      </w:r>
      <w:r>
        <w:br/>
      </w:r>
      <w:r>
        <w:rPr>
          <w:sz w:val="20"/>
        </w:rPr>
        <w:t>1:18:10  time sab ke paas hota hai.</w:t>
      </w:r>
      <w:r>
        <w:br/>
      </w:r>
      <w:r>
        <w:rPr>
          <w:sz w:val="20"/>
        </w:rPr>
        <w:t>1:18:15  جو چیز like کرتی ہے، وہ art of management ہے۔</w:t>
      </w:r>
      <w:r>
        <w:br/>
      </w:r>
      <w:r>
        <w:rPr>
          <w:sz w:val="20"/>
        </w:rPr>
        <w:t>1:18:20  yeh poore yaqeen ke sath mein keh sakta hoon ke time sab ke paas hai.</w:t>
      </w:r>
      <w:r>
        <w:br/>
      </w:r>
      <w:r>
        <w:rPr>
          <w:sz w:val="20"/>
        </w:rPr>
        <w:t>1:18:25  جو چیز like کر رہی ہے، وہ ہے Art of Management.</w:t>
      </w:r>
      <w:r>
        <w:br/>
      </w:r>
      <w:r>
        <w:rPr>
          <w:sz w:val="20"/>
        </w:rPr>
        <w:t>1:18:30  muhammad yaqoob umri sahib ne comment bheja hai.</w:t>
      </w:r>
      <w:r>
        <w:br/>
      </w:r>
      <w:r>
        <w:rPr>
          <w:sz w:val="20"/>
        </w:rPr>
        <w:t>1:18:35  انہوں نے لکھا ہے: "The key to understanding Quran is only spirit of inquiry." مولانا، it is a great wisdom. جزاک</w:t>
      </w:r>
      <w:r>
        <w:br/>
      </w:r>
      <w:r>
        <w:rPr>
          <w:sz w:val="20"/>
        </w:rPr>
        <w:t>1:18:40  allah, masha allah. okay, we will end the session now. thank you.</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1"/>
      </w:pPr>
      <w:r>
        <w:t>In the lectures (20)</w:t>
      </w:r>
    </w:p>
    <w:p>
      <w:pPr>
        <w:pStyle w:val="Heading2"/>
      </w:pPr>
      <w:r>
        <w:t>How to Manage Controversy 10 Nov 2019 - Maulana Wahiduddin Khan</w:t>
      </w:r>
    </w:p>
    <w:p>
      <w:r>
        <w:rPr>
          <w:color w:val="666666"/>
          <w:sz w:val="18"/>
        </w:rPr>
        <w:t>33:23 · https://youtu.be/UafTzJXHrSA?t=2003</w:t>
      </w:r>
    </w:p>
    <w:p>
      <w:r>
        <w:rPr>
          <w:i/>
        </w:rPr>
        <w:t>“مائنڈ ورک کرنے لگتا ہے۔”</w:t>
      </w:r>
    </w:p>
    <w:p>
      <w:pPr>
        <w:pStyle w:val="Heading2"/>
      </w:pPr>
      <w:r>
        <w:t>History 0f Thoughts November 12, 2006</w:t>
      </w:r>
    </w:p>
    <w:p>
      <w:r>
        <w:rPr>
          <w:color w:val="666666"/>
          <w:sz w:val="18"/>
        </w:rPr>
        <w:t>1:23:14 · https://youtu.be/BvzmJxA0j7c?t=4994</w:t>
      </w:r>
    </w:p>
    <w:p>
      <w:r>
        <w:rPr>
          <w:i/>
        </w:rPr>
        <w:t>“دباؤں۔ دبانے کا دبانے کی کوشش کروں۔ تو کیا ہوتا ہے؟ میرا process disturb ہو جاتا ہے۔”</w:t>
      </w:r>
    </w:p>
    <w:p>
      <w:pPr>
        <w:pStyle w:val="Heading2"/>
      </w:pPr>
      <w:r>
        <w:t>Stress and Spirituality January 1, 2012</w:t>
      </w:r>
    </w:p>
    <w:p>
      <w:r>
        <w:rPr>
          <w:color w:val="666666"/>
          <w:sz w:val="18"/>
        </w:rPr>
        <w:t>1:39 · https://youtu.be/TPhXL9-g6ME?t=99</w:t>
      </w:r>
    </w:p>
    <w:p>
      <w:r>
        <w:rPr>
          <w:i/>
        </w:rPr>
        <w:t>“اسٹریس بڑھتا جا رہا ہے۔”</w:t>
      </w:r>
    </w:p>
    <w:p>
      <w:pPr>
        <w:pStyle w:val="Heading2"/>
      </w:pPr>
      <w:r>
        <w:t>Stress and Spirituality 1 Jan. 2012 - Maulana Wahiduddin Khan</w:t>
      </w:r>
    </w:p>
    <w:p>
      <w:r>
        <w:rPr>
          <w:color w:val="666666"/>
          <w:sz w:val="18"/>
        </w:rPr>
        <w:t>1:39 · https://youtu.be/RjwFDdlo4dE?t=99</w:t>
      </w:r>
    </w:p>
    <w:p>
      <w:r>
        <w:rPr>
          <w:i/>
        </w:rPr>
        <w:t>“اسٹریس بڑھتا جا رہا ہے۔”</w:t>
      </w:r>
    </w:p>
    <w:p>
      <w:pPr>
        <w:pStyle w:val="Heading2"/>
      </w:pPr>
      <w:r>
        <w:t>Muslim Militancy July 8, 2007</w:t>
      </w:r>
    </w:p>
    <w:p>
      <w:r>
        <w:rPr>
          <w:color w:val="666666"/>
          <w:sz w:val="18"/>
        </w:rPr>
        <w:t>1:45:04 · https://youtu.be/mfIIEFQDOtg?t=6304</w:t>
      </w:r>
    </w:p>
    <w:p>
      <w:r>
        <w:rPr>
          <w:i/>
        </w:rPr>
        <w:t>“میرے intellectual process کو stop کر دیتی ہے۔”</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The Way of Spirituality July 7, 2019 Maulana Wahiduddin Khan</w:t>
      </w:r>
    </w:p>
    <w:p>
      <w:r>
        <w:rPr>
          <w:color w:val="666666"/>
          <w:sz w:val="18"/>
        </w:rPr>
        <w:t>2:36 · https://youtu.be/N_ejXO_o-Oo?t=156</w:t>
      </w:r>
    </w:p>
    <w:p>
      <w:r>
        <w:rPr>
          <w:i/>
        </w:rPr>
        <w:t>“میں جب اپنے آفس سے”</w:t>
      </w:r>
    </w:p>
    <w:p>
      <w:pPr>
        <w:pStyle w:val="Heading2"/>
      </w:pPr>
      <w:r>
        <w:t>How to Deepen God Realization February 29, 2020 Maulana Wahiduddin Khan</w:t>
      </w:r>
    </w:p>
    <w:p>
      <w:r>
        <w:rPr>
          <w:color w:val="666666"/>
          <w:sz w:val="18"/>
        </w:rPr>
        <w:t>8:54 · https://youtu.be/1PL67G9Wcjc?t=534</w:t>
      </w:r>
    </w:p>
    <w:p>
      <w:r>
        <w:rPr>
          <w:i/>
        </w:rPr>
        <w:t>“دباؤ۔”</w:t>
      </w:r>
    </w:p>
    <w:p>
      <w:pPr>
        <w:pStyle w:val="Heading2"/>
      </w:pPr>
      <w:r>
        <w:t>The Right Path May 24, 2015</w:t>
      </w:r>
    </w:p>
    <w:p>
      <w:r>
        <w:rPr>
          <w:color w:val="666666"/>
          <w:sz w:val="18"/>
        </w:rPr>
        <w:t>1:13:09 · https://youtu.be/XrsNdAp9PJA?t=4389</w:t>
      </w:r>
    </w:p>
    <w:p>
      <w:r>
        <w:rPr>
          <w:i/>
        </w:rPr>
        <w:t>“کیونکہ آفس میں compulsion ہے۔”</w:t>
      </w:r>
    </w:p>
    <w:p>
      <w:pPr>
        <w:pStyle w:val="Heading2"/>
      </w:pPr>
      <w:r>
        <w:t>Stress Management Jan 25, 2020 - Maulana Wahiduddin Khan</w:t>
      </w:r>
    </w:p>
    <w:p>
      <w:r>
        <w:rPr>
          <w:color w:val="666666"/>
          <w:sz w:val="18"/>
        </w:rPr>
        <w:t>30:44 · https://youtu.be/oK-oYmN2YVA?t=1844</w:t>
      </w:r>
    </w:p>
    <w:p>
      <w:r>
        <w:rPr>
          <w:i/>
        </w:rPr>
        <w:t>“اس کی وجہ سے میں کام نہیں کر پاتی۔ اس کا کیا سلوشن ہے؟”</w:t>
      </w:r>
    </w:p>
    <w:p>
      <w:pPr>
        <w:pStyle w:val="Heading2"/>
      </w:pPr>
      <w:r>
        <w:t>An Intellectual journey 1 May 2011 - Maulana Wahiduddin Khan</w:t>
      </w:r>
    </w:p>
    <w:p>
      <w:r>
        <w:rPr>
          <w:color w:val="666666"/>
          <w:sz w:val="18"/>
        </w:rPr>
        <w:t>24:48 · https://youtu.be/lnfjC7x_s2A?t=1488</w:t>
      </w:r>
    </w:p>
    <w:p>
      <w:r>
        <w:rPr>
          <w:i/>
        </w:rPr>
        <w:t>“ٹینشن کو ریفلیکٹ کر رہا ہے۔”</w:t>
      </w:r>
    </w:p>
    <w:p>
      <w:pPr>
        <w:pStyle w:val="Heading2"/>
      </w:pPr>
      <w:r>
        <w:t>Living in the 21st Century I 17th February 2013 - Maulana Wahiduddin Khan</w:t>
      </w:r>
    </w:p>
    <w:p>
      <w:r>
        <w:rPr>
          <w:color w:val="666666"/>
          <w:sz w:val="18"/>
        </w:rPr>
        <w:t>54:11 · https://youtu.be/ccUhM8fLtpU?t=3251</w:t>
      </w:r>
    </w:p>
    <w:p>
      <w:r>
        <w:rPr>
          <w:i/>
        </w:rPr>
        <w:t>“Frustration, tension۔”</w:t>
      </w:r>
    </w:p>
    <w:p>
      <w:pPr>
        <w:pStyle w:val="Heading2"/>
      </w:pPr>
      <w:r>
        <w:t>Peace of Mind June 29, 2014</w:t>
      </w:r>
    </w:p>
    <w:p>
      <w:r>
        <w:rPr>
          <w:color w:val="666666"/>
          <w:sz w:val="18"/>
        </w:rPr>
        <w:t>2:05 · https://youtu.be/oVwRc_FcAGk?t=125</w:t>
      </w:r>
    </w:p>
    <w:p>
      <w:r>
        <w:rPr>
          <w:i/>
        </w:rPr>
        <w:t>“دماغ پر زیادہ بوجھ ڈالنا پڑتا ہے۔ دیٹ لیڈز ٹو اسٹریس۔”</w:t>
      </w:r>
    </w:p>
    <w:p>
      <w:pPr>
        <w:pStyle w:val="Heading2"/>
      </w:pPr>
      <w:r>
        <w:t>Nation Building On India's Republic Day Jan 26, 2020 Maulana Wahiduddin Khan</w:t>
      </w:r>
    </w:p>
    <w:p>
      <w:r>
        <w:rPr>
          <w:color w:val="666666"/>
          <w:sz w:val="18"/>
        </w:rPr>
        <w:t>52:24 · https://youtu.be/58CVocbLAb8?t=3144</w:t>
      </w:r>
    </w:p>
    <w:p>
      <w:r>
        <w:rPr>
          <w:i/>
        </w:rPr>
        <w:t>“Even when I come back home I bring work from office۔ All this makes it difficult for me to think about God and find some time for reading قرآن اور do contemplation۔”</w:t>
      </w:r>
    </w:p>
    <w:p>
      <w:pPr>
        <w:pStyle w:val="Heading2"/>
      </w:pPr>
      <w:r>
        <w:t>On Death June 08, 2014</w:t>
      </w:r>
    </w:p>
    <w:p>
      <w:r>
        <w:rPr>
          <w:color w:val="666666"/>
          <w:sz w:val="18"/>
        </w:rPr>
        <w:t>56:07 · https://youtu.be/p0lSKQ0edmw?t=3367</w:t>
      </w:r>
    </w:p>
    <w:p>
      <w:r>
        <w:rPr>
          <w:i/>
        </w:rPr>
        <w:t>“ایک ایک stagnation کا ماحول رہتا ہے میرے اوپر طاری۔”</w:t>
      </w:r>
    </w:p>
    <w:p>
      <w:pPr>
        <w:pStyle w:val="Heading2"/>
      </w:pPr>
      <w:r>
        <w:t>Islam &amp; The Prophet of Islam October 21, 2012</w:t>
      </w:r>
    </w:p>
    <w:p>
      <w:r>
        <w:rPr>
          <w:color w:val="666666"/>
          <w:sz w:val="18"/>
        </w:rPr>
        <w:t>1:18:38 · https://youtu.be/qdki-pNoY3I?t=4718</w:t>
      </w:r>
    </w:p>
    <w:p>
      <w:r>
        <w:rPr>
          <w:i/>
        </w:rPr>
        <w:t>“But ournature wants ide al. This res ults in stress .”</w:t>
      </w:r>
    </w:p>
    <w:p>
      <w:pPr>
        <w:pStyle w:val="Heading2"/>
      </w:pPr>
      <w:r>
        <w:t>Dars-e-Quran June 27, 2007</w:t>
      </w:r>
    </w:p>
    <w:p>
      <w:r>
        <w:rPr>
          <w:color w:val="666666"/>
          <w:sz w:val="18"/>
        </w:rPr>
        <w:t>43:46 · https://youtu.be/6dgTjqN_UBM?t=2626</w:t>
      </w:r>
    </w:p>
    <w:p>
      <w:r>
        <w:rPr>
          <w:i/>
        </w:rPr>
        <w:t>“ٹینشن، اسٹریس،”</w:t>
      </w:r>
    </w:p>
    <w:p>
      <w:pPr>
        <w:pStyle w:val="Heading2"/>
      </w:pPr>
      <w:r>
        <w:t>In the Name of God 12 Jan 2020 - Maulana Wahiduddin Khan</w:t>
      </w:r>
    </w:p>
    <w:p>
      <w:r>
        <w:rPr>
          <w:color w:val="666666"/>
          <w:sz w:val="18"/>
        </w:rPr>
        <w:t>29:51 · https://youtu.be/aKynaASsI4s?t=1791</w:t>
      </w:r>
    </w:p>
    <w:p>
      <w:r>
        <w:rPr>
          <w:i/>
        </w:rPr>
        <w:t>“میرے اوپر بے شمار قسم کے مسائل ائے”</w:t>
      </w:r>
    </w:p>
    <w:p>
      <w:pPr>
        <w:pStyle w:val="Heading2"/>
      </w:pPr>
      <w:r>
        <w:t>Understanding Islam (In Conversation with Maulana)</w:t>
      </w:r>
    </w:p>
    <w:p>
      <w:r>
        <w:rPr>
          <w:color w:val="666666"/>
          <w:sz w:val="18"/>
        </w:rPr>
        <w:t>19:35 · https://youtu.be/tLTRyW1qhRw?t=1175</w:t>
      </w:r>
    </w:p>
    <w:p>
      <w:r>
        <w:rPr>
          <w:i/>
        </w:rPr>
        <w:t>“I have”</w:t>
      </w:r>
    </w:p>
    <w:p>
      <w:pPr>
        <w:pStyle w:val="Heading2"/>
      </w:pPr>
      <w:r>
        <w:t>An Experience September 01, 2018</w:t>
      </w:r>
    </w:p>
    <w:p>
      <w:r>
        <w:rPr>
          <w:color w:val="666666"/>
          <w:sz w:val="18"/>
        </w:rPr>
        <w:t>0:37 · https://youtu.be/VcAXHjXLKP4?t=37</w:t>
      </w:r>
    </w:p>
    <w:p>
      <w:r>
        <w:rPr>
          <w:i/>
        </w:rPr>
        <w:t>“میں صبح کو آفس کے باہر”</w:t>
      </w:r>
    </w:p>
    <w:p>
      <w:pPr>
        <w:pStyle w:val="Heading1"/>
      </w:pPr>
      <w:r>
        <w:t>Clips (26)</w:t>
      </w:r>
    </w:p>
    <w:p>
      <w:pPr>
        <w:pStyle w:val="Heading2"/>
      </w:pPr>
      <w:r>
        <w:t>why every stress expert fails to actually help</w:t>
      </w:r>
    </w:p>
    <w:p>
      <w:r>
        <w:rPr>
          <w:color w:val="666666"/>
          <w:sz w:val="18"/>
        </w:rPr>
        <w:t>Stress and Spirituality January 1, 2012 · 4m 06s · at 0:54 · https://youtu.be/TPhXL9-g6ME?t=54</w:t>
      </w:r>
    </w:p>
    <w:p>
      <w:r>
        <w:rPr>
          <w:i/>
        </w:rPr>
        <w:t>“Everyone's biggest problem today is called stress”</w:t>
      </w:r>
    </w:p>
    <w:p>
      <w:r>
        <w:rPr>
          <w:sz w:val="20"/>
        </w:rPr>
        <w:t>0:54  Aaj kal sari duniya ka sab se bara masla yahi hai jis ko kehte hain stress.</w:t>
      </w:r>
      <w:r>
        <w:br/>
      </w:r>
      <w:r>
        <w:rPr>
          <w:sz w:val="20"/>
        </w:rPr>
        <w:t>1:04  Sari duniya mein</w:t>
      </w:r>
      <w:r>
        <w:br/>
      </w:r>
      <w:r>
        <w:rPr>
          <w:sz w:val="20"/>
        </w:rPr>
        <w:t>1:08  hazaron ki tadad mein school of de-stressing khule hue hain, beshumar log is profession mein lage hue hain.</w:t>
      </w:r>
      <w:r>
        <w:br/>
      </w:r>
      <w:r>
        <w:rPr>
          <w:sz w:val="20"/>
        </w:rPr>
        <w:t>1:20  Magar jahan tak main jaanta hoon, 1% bhi</w:t>
      </w:r>
      <w:r>
        <w:br/>
      </w:r>
      <w:r>
        <w:rPr>
          <w:sz w:val="20"/>
        </w:rPr>
        <w:t>1:28  kamyabi nahi hui is mein ke stress mein jo log jee rahe hain, un ki de-stressing kar sakein yeh log.</w:t>
      </w:r>
      <w:r>
        <w:br/>
      </w:r>
      <w:r>
        <w:rPr>
          <w:sz w:val="20"/>
        </w:rPr>
        <w:t>1:39  Stress badhta ja raha hai.</w:t>
      </w:r>
      <w:r>
        <w:br/>
      </w:r>
      <w:r>
        <w:rPr>
          <w:sz w:val="20"/>
        </w:rPr>
        <w:t>1:43  Toh is par main aaj ki majlis mein kuch kehne ki koshish karunga.</w:t>
      </w:r>
      <w:r>
        <w:br/>
      </w:r>
      <w:r>
        <w:rPr>
          <w:sz w:val="20"/>
        </w:rPr>
        <w:t>1:55  Aap jante hain ke main rozana All India Radio sunta hoon, toh aaj bhi main subah sun raha tha.</w:t>
      </w:r>
      <w:r>
        <w:br/>
      </w:r>
      <w:r>
        <w:rPr>
          <w:sz w:val="20"/>
        </w:rPr>
        <w:t>2:03  Ittifaq se aaj, yani aaj pehla din hai naye saal ka, yani 2012 jo hai, is ka pehla din hai, first January.</w:t>
      </w:r>
      <w:r>
        <w:br/>
      </w:r>
      <w:r>
        <w:rPr>
          <w:sz w:val="20"/>
        </w:rPr>
        <w:t>2:15  Toh aaj wahan aik senior psychiatrist, jis ko kehte hain psychiatrist, aik senior psychiatrist ka interview aa raha tha, aur isi mauzu par aa raha tha, stress ke mauzu par.</w:t>
      </w:r>
      <w:r>
        <w:br/>
      </w:r>
      <w:r>
        <w:rPr>
          <w:sz w:val="20"/>
        </w:rPr>
        <w:t>2:33  to woh aadmi bohat shandar English bol raha tha, maine bohat ghaur se suna.</w:t>
      </w:r>
      <w:r>
        <w:br/>
      </w:r>
      <w:r>
        <w:rPr>
          <w:sz w:val="20"/>
        </w:rPr>
        <w:t>2:42  ek bhi lafz aisa nahi tha jis ke liye mujhe dictionary dekhna pare, lekin phir bhi kuch samajh mein nahi aaya. kyunke sab confusion hi confusion tha.</w:t>
      </w:r>
      <w:r>
        <w:br/>
      </w:r>
      <w:r>
        <w:rPr>
          <w:sz w:val="20"/>
        </w:rPr>
        <w:t>2:54  main bohat zyada parha hai in logon ki cheezein, in ke article ya kitabein hain, in ki speeches bhi suni hain, jo log is profession mein hain.</w:t>
      </w:r>
      <w:r>
        <w:br/>
      </w:r>
      <w:r>
        <w:rPr>
          <w:sz w:val="20"/>
        </w:rPr>
        <w:t>3:06  lekin sabhi ka haal yeh hai ke woh koi solution nahi de paate,</w:t>
      </w:r>
      <w:r>
        <w:br/>
      </w:r>
      <w:r>
        <w:rPr>
          <w:sz w:val="20"/>
        </w:rPr>
        <w:t>3:14  problems without any exception.</w:t>
      </w:r>
      <w:r>
        <w:br/>
      </w:r>
      <w:r>
        <w:rPr>
          <w:sz w:val="20"/>
        </w:rPr>
        <w:t>3:19  to aaj bhi jo main sun raha tha to "there was not an exception".</w:t>
      </w:r>
      <w:r>
        <w:br/>
      </w:r>
      <w:r>
        <w:rPr>
          <w:sz w:val="20"/>
        </w:rPr>
        <w:t>3:29  unhone</w:t>
      </w:r>
      <w:r>
        <w:br/>
      </w:r>
      <w:r>
        <w:rPr>
          <w:sz w:val="20"/>
        </w:rPr>
        <w:t>3:33  diagnosis to bohat sahi kiya, lekin prescription sahi nahi thi is ki. yeh sab ka haal hai. kitabein main sunta hoon ya parhta hoon to diagnosis to bada acha karte hain woh,</w:t>
      </w:r>
      <w:r>
        <w:br/>
      </w:r>
      <w:r>
        <w:rPr>
          <w:sz w:val="20"/>
        </w:rPr>
        <w:t>3:47  lekin jab aati hai baat prescription ki to bata nahi paate.</w:t>
      </w:r>
      <w:r>
        <w:br/>
      </w:r>
      <w:r>
        <w:rPr>
          <w:sz w:val="20"/>
        </w:rPr>
        <w:t>3:54  diagnosis karte hue unhone yeh jumla istemal kiya ke "stress is a result of difference between aspiration and reality".</w:t>
      </w:r>
      <w:r>
        <w:br/>
      </w:r>
      <w:r>
        <w:rPr>
          <w:sz w:val="20"/>
        </w:rPr>
        <w:t>4:16  stress is a result of difference between aspiration and reality.</w:t>
      </w:r>
      <w:r>
        <w:br/>
      </w:r>
      <w:r>
        <w:rPr>
          <w:sz w:val="20"/>
        </w:rPr>
        <w:t>4:23  yaani yeh zehni tanav hai, woh is liye hota hai ke hamari khwahishein zyada hain aur jo haqeeqat mein hum paate hain woh kam hota hai.</w:t>
      </w:r>
      <w:r>
        <w:br/>
      </w:r>
      <w:r>
        <w:rPr>
          <w:sz w:val="20"/>
        </w:rPr>
        <w:t>4:35  isi contradiction ke result ka naam hai stress.</w:t>
      </w:r>
      <w:r>
        <w:br/>
      </w:r>
      <w:r>
        <w:rPr>
          <w:sz w:val="20"/>
        </w:rPr>
        <w:t>4:40  bohat sahi yeh tashkhees thi.</w:t>
      </w:r>
      <w:r>
        <w:br/>
      </w:r>
      <w:r>
        <w:rPr>
          <w:sz w:val="20"/>
        </w:rPr>
        <w:t>4:47  lekin diagnosis jo hai sahi thi aur prescription kuch bhi nahi, tajweez kuch bhi nahi, is confusion ke siwa.</w:t>
      </w:r>
    </w:p>
    <w:p>
      <w:pPr>
        <w:pStyle w:val="Heading2"/>
      </w:pPr>
      <w:r>
        <w:t>More money means more distraction, not more happiness</w:t>
      </w:r>
    </w:p>
    <w:p>
      <w:r>
        <w:rPr>
          <w:color w:val="666666"/>
          <w:sz w:val="18"/>
        </w:rPr>
        <w:t>Muslim Militancy July 8, 2007 · 4m 18s · at 1:43:15 · https://youtu.be/mfIIEFQDOtg?t=6195</w:t>
      </w:r>
    </w:p>
    <w:p>
      <w:r>
        <w:rPr>
          <w:i/>
        </w:rPr>
        <w:t>“more money تو better چیز ختم ہو جاتی ہے”</w:t>
      </w:r>
    </w:p>
    <w:p>
      <w:r>
        <w:rPr>
          <w:sz w:val="20"/>
        </w:rPr>
        <w:t>1:43:15  Is it wrong to earn more money and obtain better things in life? Ab more money to better, more money ke baad better cheez khatam ho jati hai.</w:t>
      </w:r>
      <w:r>
        <w:br/>
      </w:r>
      <w:r>
        <w:rPr>
          <w:sz w:val="20"/>
        </w:rPr>
        <w:t>1:43:30  Mili hui bhi khatam ho jati hai. More money aai ke better cheez gai.</w:t>
      </w:r>
      <w:r>
        <w:br/>
      </w:r>
      <w:r>
        <w:rPr>
          <w:sz w:val="20"/>
        </w:rPr>
        <w:t>1:43:37  Dekhiye, mera zindagi ke upar ka tajurba hai. Ke more money anay ke baad kya hota hai?</w:t>
      </w:r>
      <w:r>
        <w:br/>
      </w:r>
      <w:r>
        <w:rPr>
          <w:sz w:val="20"/>
        </w:rPr>
        <w:t>1:43:48  Waste of money. Jis ke paas paisa zyada aya to money ko waste karne laga woh. Kahan? Outing mein, shopping mein, fashion mein.</w:t>
      </w:r>
      <w:r>
        <w:br/>
      </w:r>
      <w:r>
        <w:rPr>
          <w:sz w:val="20"/>
        </w:rPr>
        <w:t>1:43:59  Aur aisa ghar banana, waisa car khareedna</w:t>
      </w:r>
      <w:r>
        <w:br/>
      </w:r>
      <w:r>
        <w:rPr>
          <w:sz w:val="20"/>
        </w:rPr>
        <w:t>1:44:02  ۔ To more money means super diversion۔</w:t>
      </w:r>
      <w:r>
        <w:br/>
      </w:r>
      <w:r>
        <w:rPr>
          <w:sz w:val="20"/>
        </w:rPr>
        <w:t>1:44:11  Super distraction. Maine to koi exception nahi dekha is mein. Koi exception mujhe nahi apni zindagi mein dikhai nahi para. Jab tak aadmi se kam paisa hai to distraction kam hota hai.</w:t>
      </w:r>
      <w:r>
        <w:br/>
      </w:r>
      <w:r>
        <w:rPr>
          <w:sz w:val="20"/>
        </w:rPr>
        <w:t>1:44:26  Aur zyada paisa aya to phir distraction har waqt. Har waqt distraction.</w:t>
      </w:r>
      <w:r>
        <w:br/>
      </w:r>
      <w:r>
        <w:rPr>
          <w:sz w:val="20"/>
        </w:rPr>
        <w:t>1:44:34  Aur maine ek baar to kaha tha yahan par ke haram jo hai cheezen wo isi liye haram hain ke wo distraction hain wo. Haram kyun hain?</w:t>
      </w:r>
      <w:r>
        <w:br/>
      </w:r>
      <w:r>
        <w:rPr>
          <w:sz w:val="20"/>
        </w:rPr>
        <w:t>1:44:43  Is liye ke wo distract karti hain right path se. Right path se. Jaise sharab hai, haram kyun hai?</w:t>
      </w:r>
      <w:r>
        <w:br/>
      </w:r>
      <w:r>
        <w:rPr>
          <w:sz w:val="20"/>
        </w:rPr>
        <w:t>1:44:54  Khuda yeh chahta hai ke intellectual process mere mind mein barabar chalta rahe. Intellectual process. Aur sharab kya karti hai?</w:t>
      </w:r>
      <w:r>
        <w:br/>
      </w:r>
      <w:r>
        <w:rPr>
          <w:sz w:val="20"/>
        </w:rPr>
        <w:t>1:45:04  Mere intellectual process ko stop kar deti hai.</w:t>
      </w:r>
      <w:r>
        <w:br/>
      </w:r>
      <w:r>
        <w:rPr>
          <w:sz w:val="20"/>
        </w:rPr>
        <w:t>1:45:10  Sensitivity ko khatam kar deti hai. Intellectual process sound way mein, bilkul right way mein chalta rahe, chalta rahe, chalta rahe.</w:t>
      </w:r>
      <w:r>
        <w:br/>
      </w:r>
      <w:r>
        <w:rPr>
          <w:sz w:val="20"/>
        </w:rPr>
        <w:t>1:45:22  Yeh hai to. To sharab distract karti hai. Aur jitni bhi cheezen hain, friendship hai aur jitni bhi cheezen hain, sab distract karti hain.</w:t>
      </w:r>
      <w:r>
        <w:br/>
      </w:r>
      <w:r>
        <w:rPr>
          <w:sz w:val="20"/>
        </w:rPr>
        <w:t>1:45:34  To jab paisa aye ga to is mani mein ke aap distraction ki ke bill chukane ki position mein ho jatay hain.</w:t>
      </w:r>
      <w:r>
        <w:br/>
      </w:r>
      <w:r>
        <w:rPr>
          <w:sz w:val="20"/>
        </w:rPr>
        <w:t>1:45:43  Paisa nahi hai to aap ne ek suit bana liya. Ya do suit bana liya. Zyada paisa aya to aap so suit khareeden ge aap.</w:t>
      </w:r>
      <w:r>
        <w:br/>
      </w:r>
      <w:r>
        <w:rPr>
          <w:sz w:val="20"/>
        </w:rPr>
        <w:t>1:45:51  To aap distraction ki price dene ki position mein ho jatay hain aap. Aaj yahan chalo, aaj wahan chalo, aaj outing karo, woh khana hotel mein kha len ge, falan jagah karen ge.</w:t>
      </w:r>
      <w:r>
        <w:br/>
      </w:r>
      <w:r>
        <w:rPr>
          <w:sz w:val="20"/>
        </w:rPr>
        <w:t>1:46:02  To jis aadmi, woh sahib, bohat hi main kehta hoon ke bad-qismat hai woh aadmi jis ko distraction ki price dene ke liye Khuda paisa thakel de us ke paas.</w:t>
      </w:r>
      <w:r>
        <w:br/>
      </w:r>
      <w:r>
        <w:rPr>
          <w:sz w:val="20"/>
        </w:rPr>
        <w:t>1:46:12  Lo paisa, khoob distraction mein jao, par jao is mein.</w:t>
      </w:r>
      <w:r>
        <w:br/>
      </w:r>
      <w:r>
        <w:rPr>
          <w:sz w:val="20"/>
        </w:rPr>
        <w:t>1:46:17  To distraction ke is zamanay mein khaas tor par itnay zyada khulay hue hain tareeqay ke aap bari bari carain khareediye, baray baray ghar banaiye.</w:t>
      </w:r>
      <w:r>
        <w:br/>
      </w:r>
      <w:r>
        <w:rPr>
          <w:sz w:val="20"/>
        </w:rPr>
        <w:t>1:46:29  Main Arab mein gaya to ek sahib thay, mujhe le gaye apne ghar mein. To sahib itna bara ghar tha, itna bara tha, so aadmi reh sakte hain is ke andar. Aur rehte thay kaun?</w:t>
      </w:r>
      <w:r>
        <w:br/>
      </w:r>
      <w:r>
        <w:rPr>
          <w:sz w:val="20"/>
        </w:rPr>
        <w:t>1:46:39  Woh aur un ki biwi, bas do aadmi. Aur sara fully air condition tha woh. To paise ko kahan kharch kiya unhon ne?</w:t>
      </w:r>
      <w:r>
        <w:br/>
      </w:r>
      <w:r>
        <w:rPr>
          <w:sz w:val="20"/>
        </w:rPr>
        <w:t>1:46:47  Distraction mein. Yeh bara sa ghar liya, har waqt dekhte rehte hain ke bhai is mein dekho woh woh woh jo hai unit theek chal raha hai ya nahi chal raha hai air conditioning ka.</w:t>
      </w:r>
      <w:r>
        <w:br/>
      </w:r>
      <w:r>
        <w:rPr>
          <w:sz w:val="20"/>
        </w:rPr>
        <w:t>1:46:57  Aur dekho woh mali aya hai ke nahi aya garden karne ke liye. Yani har waqt wohi chakar rehta hai. Safai hui ke nahi hui. To kaha paisa aya to distraction ki jo bill hai woh barh gaya.</w:t>
      </w:r>
      <w:r>
        <w:br/>
      </w:r>
      <w:r>
        <w:rPr>
          <w:sz w:val="20"/>
        </w:rPr>
        <w:t>1:47:13  yeh mein samajhta hoon ke woh hadees bohat hi sahi hadees hai. The same as the scientific hadees hai. Ke hadees mein aata hai ke bohat hi achhe tareeqe se is ko bataya gaya hai ke insaan ko kya chahiye.</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Spirituality and a personal example</w:t>
      </w:r>
    </w:p>
    <w:p>
      <w:r>
        <w:rPr>
          <w:color w:val="666666"/>
          <w:sz w:val="18"/>
        </w:rPr>
        <w:t>The Way of Spirituality July 7, 2019 Maulana Wahiduddin Khan · 3m 13s · at 0:14 · https://youtu.be/N_ejXO_o-Oo?t=14</w:t>
      </w:r>
    </w:p>
    <w:p>
      <w:r>
        <w:rPr>
          <w:i/>
        </w:rPr>
        <w:t>“Bismillah al-Rahman al-Rahim”</w:t>
      </w:r>
    </w:p>
    <w:p>
      <w:r>
        <w:rPr>
          <w:sz w:val="20"/>
        </w:rPr>
        <w:t>0:14  bismillah rahman rahim,</w:t>
      </w:r>
      <w:r>
        <w:br/>
      </w:r>
      <w:r>
        <w:rPr>
          <w:sz w:val="20"/>
        </w:rPr>
        <w:t>0:20  wasalli allah ala nabiyil karim. rab ishrah li sadri, wa yassir li amri, wahal uqdatan min lisani,</w:t>
      </w:r>
      <w:r>
        <w:br/>
      </w:r>
      <w:r>
        <w:rPr>
          <w:sz w:val="20"/>
        </w:rPr>
        <w:t>0:34  yakhul qawli.</w:t>
      </w:r>
      <w:r>
        <w:br/>
      </w:r>
      <w:r>
        <w:rPr>
          <w:sz w:val="20"/>
        </w:rPr>
        <w:t>0:40  ek sahab ne yeh sawal kiya</w:t>
      </w:r>
      <w:r>
        <w:br/>
      </w:r>
      <w:r>
        <w:rPr>
          <w:sz w:val="20"/>
        </w:rPr>
        <w:t>0:45  ke spirituality ko attend karne ke kitne tareeqe hain?</w:t>
      </w:r>
      <w:r>
        <w:br/>
      </w:r>
      <w:r>
        <w:rPr>
          <w:sz w:val="20"/>
        </w:rPr>
        <w:t>0:56  spirituality ko attend karne ke kitne tareeqe hain?</w:t>
      </w:r>
      <w:r>
        <w:br/>
      </w:r>
      <w:r>
        <w:rPr>
          <w:sz w:val="20"/>
        </w:rPr>
        <w:t>1:08  to main kahunga ke</w:t>
      </w:r>
      <w:r>
        <w:br/>
      </w:r>
      <w:r>
        <w:rPr>
          <w:sz w:val="20"/>
        </w:rPr>
        <w:t>1:15  is sawal ka matlab yeh hai ke aap spirituality ko understand kar rahe hain.</w:t>
      </w:r>
      <w:r>
        <w:br/>
      </w:r>
      <w:r>
        <w:rPr>
          <w:sz w:val="20"/>
        </w:rPr>
        <w:t>1:27  spirituality ko understand kar rahe hain. Kya koi ek do tareeqa hoga is mein? Spirituality mile aap ko?</w:t>
      </w:r>
      <w:r>
        <w:br/>
      </w:r>
      <w:r>
        <w:rPr>
          <w:sz w:val="20"/>
        </w:rPr>
        <w:t>1:39  Spirituality to naam hai Allah Rabbul Alameen ki marifat ka. To kya jo cheez Allah Rabbul Alameen ki marifat ka zariya ho, woh koi ek do ho sakta hai?</w:t>
      </w:r>
      <w:r>
        <w:br/>
      </w:r>
      <w:r>
        <w:rPr>
          <w:sz w:val="20"/>
        </w:rPr>
        <w:t>1:59  jo sari kainat hogi, har har lamha hoga,</w:t>
      </w:r>
      <w:r>
        <w:br/>
      </w:r>
      <w:r>
        <w:rPr>
          <w:sz w:val="20"/>
        </w:rPr>
        <w:t>2:08  har waqt aap ko koi na koi dhoondh milega, koi koi khurak milegi.</w:t>
      </w:r>
      <w:r>
        <w:br/>
      </w:r>
      <w:r>
        <w:rPr>
          <w:sz w:val="20"/>
        </w:rPr>
        <w:t>2:19  jaise main aap ko misaal deta hoon,</w:t>
      </w:r>
      <w:r>
        <w:br/>
      </w:r>
      <w:r>
        <w:rPr>
          <w:sz w:val="20"/>
        </w:rPr>
        <w:t>2:24  aaj kya tareekh hai</w:t>
      </w:r>
      <w:r>
        <w:br/>
      </w:r>
      <w:r>
        <w:rPr>
          <w:sz w:val="20"/>
        </w:rPr>
        <w:t>2:26  ? Saat July. Aaj saat July hai, July seven.</w:t>
      </w:r>
      <w:r>
        <w:br/>
      </w:r>
      <w:r>
        <w:rPr>
          <w:sz w:val="20"/>
        </w:rPr>
        <w:t>2:36  main jab apne office se</w:t>
      </w:r>
      <w:r>
        <w:br/>
      </w:r>
      <w:r>
        <w:rPr>
          <w:sz w:val="20"/>
        </w:rPr>
        <w:t>2:43  chala</w:t>
      </w:r>
      <w:r>
        <w:br/>
      </w:r>
      <w:r>
        <w:rPr>
          <w:sz w:val="20"/>
        </w:rPr>
        <w:t>2:49  to aap jante hain ke mujhe is se pehle stroke hua tha.</w:t>
      </w:r>
      <w:r>
        <w:br/>
      </w:r>
      <w:r>
        <w:rPr>
          <w:sz w:val="20"/>
        </w:rPr>
        <w:t>2:57  dono pa</w:t>
      </w:r>
    </w:p>
    <w:p>
      <w:pPr>
        <w:pStyle w:val="Heading2"/>
      </w:pPr>
      <w:r>
        <w:t>Bathroom waste and gravity reveal God's power</w:t>
      </w:r>
    </w:p>
    <w:p>
      <w:r>
        <w:rPr>
          <w:color w:val="666666"/>
          <w:sz w:val="18"/>
        </w:rPr>
        <w:t>How to Deepen God Realization February 29, 2020 Maulana Wahiduddin Khan · 5m 50s · at 5:22 · https://youtu.be/1PL67G9Wcjc?t=322</w:t>
      </w:r>
    </w:p>
    <w:p>
      <w:r>
        <w:rPr>
          <w:i/>
        </w:rPr>
        <w:t>“Hum jo jate hain bathroom mein to woh ajeeb phenomenon hai”</w:t>
      </w:r>
    </w:p>
    <w:p>
      <w:r>
        <w:rPr>
          <w:sz w:val="20"/>
        </w:rPr>
        <w:t>5:22  misaal ke tor par, ek baat is se pehle maine aap ke samne arz ki hai ke hum jo jatay hain bathroom mein to woh ek bohat ajeeb o ghareeb phenomenon hai,</w:t>
      </w:r>
      <w:r>
        <w:br/>
      </w:r>
      <w:r>
        <w:rPr>
          <w:sz w:val="20"/>
        </w:rPr>
        <w:t>5:41  bohat hi ajeeb o ghareeb. Yani kaise aisa hai ke insaan</w:t>
      </w:r>
      <w:r>
        <w:br/>
      </w:r>
      <w:r>
        <w:rPr>
          <w:sz w:val="20"/>
        </w:rPr>
        <w:t>5:48  dirt, dirty item</w:t>
      </w:r>
      <w:r>
        <w:br/>
      </w:r>
      <w:r>
        <w:rPr>
          <w:sz w:val="20"/>
        </w:rPr>
        <w:t>5:55  nikalta hai, aur phir woh zameen us ko nigal leti hai, aur hum us ke</w:t>
      </w:r>
      <w:r>
        <w:br/>
      </w:r>
      <w:r>
        <w:rPr>
          <w:sz w:val="20"/>
        </w:rPr>
        <w:t>6:11  dirt se bach jatay hain.</w:t>
      </w:r>
      <w:r>
        <w:br/>
      </w:r>
      <w:r>
        <w:rPr>
          <w:sz w:val="20"/>
        </w:rPr>
        <w:t>6:15  yeh hota hai</w:t>
      </w:r>
      <w:r>
        <w:br/>
      </w:r>
      <w:r>
        <w:rPr>
          <w:sz w:val="20"/>
        </w:rPr>
        <w:t>6:20  qudrat ke nizam ke tehat.</w:t>
      </w:r>
      <w:r>
        <w:br/>
      </w:r>
      <w:r>
        <w:rPr>
          <w:sz w:val="20"/>
        </w:rPr>
        <w:t>6:30  aap zameen mein jo dirty item dalte hain to ek bohat bara</w:t>
      </w:r>
      <w:r>
        <w:br/>
      </w:r>
      <w:r>
        <w:rPr>
          <w:sz w:val="20"/>
        </w:rPr>
        <w:t>6:45  divine plan hai jo us ko,</w:t>
      </w:r>
      <w:r>
        <w:br/>
      </w:r>
      <w:r>
        <w:rPr>
          <w:sz w:val="20"/>
        </w:rPr>
        <w:t>6:54  mein kahoon ga ke is ko nigal leta hai, warna sari dunya dirt se bhar jaye.</w:t>
      </w:r>
      <w:r>
        <w:br/>
      </w:r>
      <w:r>
        <w:rPr>
          <w:sz w:val="20"/>
        </w:rPr>
        <w:t>7:05  hamari jo zameen hai, woh</w:t>
      </w:r>
      <w:r>
        <w:br/>
      </w:r>
      <w:r>
        <w:rPr>
          <w:sz w:val="20"/>
        </w:rPr>
        <w:t>7:15  is ke andar</w:t>
      </w:r>
      <w:r>
        <w:br/>
      </w:r>
      <w:r>
        <w:rPr>
          <w:sz w:val="20"/>
        </w:rPr>
        <w:t>7:20  bohat zyada taqatwar qism ka,</w:t>
      </w:r>
      <w:r>
        <w:br/>
      </w:r>
      <w:r>
        <w:rPr>
          <w:sz w:val="20"/>
        </w:rPr>
        <w:t>7:34  bohat zyada taqatwar qism ka</w:t>
      </w:r>
      <w:r>
        <w:br/>
      </w:r>
      <w:r>
        <w:rPr>
          <w:sz w:val="20"/>
        </w:rPr>
        <w:t>7:41  quwwat-e-kashish maujood hai,</w:t>
      </w:r>
      <w:r>
        <w:br/>
      </w:r>
      <w:r>
        <w:rPr>
          <w:sz w:val="20"/>
        </w:rPr>
        <w:t>7:45  bohat hi zyada. Yeh jo quwwat-e-kashish hai, yeh</w:t>
      </w:r>
      <w:r>
        <w:br/>
      </w:r>
      <w:r>
        <w:rPr>
          <w:sz w:val="20"/>
        </w:rPr>
        <w:t>7:59  zameen mein woh quwwat-e-kashish ki shakal mein hai, aur oopar jo hai woh dabaao ki shakal mein hai.</w:t>
      </w:r>
      <w:r>
        <w:br/>
      </w:r>
      <w:r>
        <w:rPr>
          <w:sz w:val="20"/>
        </w:rPr>
        <w:t>8:13  yeh dabaao oopar se jo hai,</w:t>
      </w:r>
      <w:r>
        <w:br/>
      </w:r>
      <w:r>
        <w:rPr>
          <w:sz w:val="20"/>
        </w:rPr>
        <w:t>8:19  woh bohat taqatwar hai.</w:t>
      </w:r>
      <w:r>
        <w:br/>
      </w:r>
      <w:r>
        <w:rPr>
          <w:sz w:val="20"/>
        </w:rPr>
        <w:t>8:24  toh</w:t>
      </w:r>
      <w:r>
        <w:br/>
      </w:r>
      <w:r>
        <w:rPr>
          <w:sz w:val="20"/>
        </w:rPr>
        <w:t>8:27  jahan tak zameen ka ta'alluq hai, woh koi kashish ki shakal mein kaam karta hai, lekin jab oopar ke aitbaar se dekha jaye toh wahi dabaao ho jata hai.</w:t>
      </w:r>
      <w:r>
        <w:br/>
      </w:r>
      <w:r>
        <w:rPr>
          <w:sz w:val="20"/>
        </w:rPr>
        <w:t>8:42  yani atmosphere, atmosphere, atmosphere, atmosphere, atmosphere,</w:t>
      </w:r>
      <w:r>
        <w:br/>
      </w:r>
      <w:r>
        <w:rPr>
          <w:sz w:val="20"/>
        </w:rPr>
        <w:t>8:54  dabaao.</w:t>
      </w:r>
      <w:r>
        <w:br/>
      </w:r>
      <w:r>
        <w:rPr>
          <w:sz w:val="20"/>
        </w:rPr>
        <w:t>8:58  toh atmmasfiyer mein ja ke woh dabaao ban jata hai. Neeche jab tak hai woh, woh kashish hai, oopar jab jata hai toh woh dabaao ban jata hai.</w:t>
      </w:r>
      <w:r>
        <w:br/>
      </w:r>
      <w:r>
        <w:rPr>
          <w:sz w:val="20"/>
        </w:rPr>
        <w:t>9:14  toh is tareeqe se woh zameen mein,</w:t>
      </w:r>
      <w:r>
        <w:br/>
      </w:r>
      <w:r>
        <w:rPr>
          <w:sz w:val="20"/>
        </w:rPr>
        <w:t>9:22  zameen mein dakhil hota hai, aur phir zameen ki nichli tahon mein se aata hai.</w:t>
      </w:r>
      <w:r>
        <w:br/>
      </w:r>
      <w:r>
        <w:rPr>
          <w:sz w:val="20"/>
        </w:rPr>
        <w:t>9:33  agar yeh nizaam na ho toh hum kuch nahi kar sakte. Insaan helpless hai yahan ke is ko kuch kare.</w:t>
      </w:r>
      <w:r>
        <w:br/>
      </w:r>
      <w:r>
        <w:rPr>
          <w:sz w:val="20"/>
        </w:rPr>
        <w:t>9:48  toh</w:t>
      </w:r>
      <w:r>
        <w:br/>
      </w:r>
      <w:r>
        <w:rPr>
          <w:sz w:val="20"/>
        </w:rPr>
        <w:t>9:49  ab yeh, is ko jab hum sochte hain toh yeh Allah ki, ki qudrat ko aur insaan ki helplessness, helplessness ko yaad dilata hai.</w:t>
      </w:r>
      <w:r>
        <w:br/>
      </w:r>
      <w:r>
        <w:rPr>
          <w:sz w:val="20"/>
        </w:rPr>
        <w:t>10:06  yahi sab baatein hain</w:t>
      </w:r>
      <w:r>
        <w:br/>
      </w:r>
      <w:r>
        <w:rPr>
          <w:sz w:val="20"/>
        </w:rPr>
        <w:t>10:08  jis ko sochne se</w:t>
      </w:r>
      <w:r>
        <w:br/>
      </w:r>
      <w:r>
        <w:rPr>
          <w:sz w:val="20"/>
        </w:rPr>
        <w:t>10:12  Allah ki ma'rifat barhti hai.</w:t>
      </w:r>
      <w:r>
        <w:br/>
      </w:r>
      <w:r>
        <w:rPr>
          <w:sz w:val="20"/>
        </w:rPr>
        <w:t>10:19  mein samajhta hoon ke tadabbur hi aik zariya hai ma'rifat ko barhane wale ka,</w:t>
      </w:r>
      <w:r>
        <w:br/>
      </w:r>
      <w:r>
        <w:rPr>
          <w:sz w:val="20"/>
        </w:rPr>
        <w:t>10:31  ma'rifat ko barhane ka. Toh mein dua karta hoon ke Allah taala hum sab ko tofeeq de ke hum tadabbur ke</w:t>
      </w:r>
      <w:r>
        <w:br/>
      </w:r>
      <w:r>
        <w:rPr>
          <w:sz w:val="20"/>
        </w:rPr>
        <w:t>10:49  upar qaim rahen. is ko, jis ko quran mein zikr kaha gaya hai, zikr kya hai, woh tadabbur hai.</w:t>
      </w:r>
      <w:r>
        <w:br/>
      </w:r>
      <w:r>
        <w:rPr>
          <w:sz w:val="20"/>
        </w:rPr>
        <w:t>11:02  to mein apne liye, aap sab ke liye dua karta hoon ke yeh sifat hamare andar paida ho taake hamari marifat barhe.</w:t>
      </w:r>
    </w:p>
    <w:p>
      <w:pPr>
        <w:pStyle w:val="Heading2"/>
      </w:pPr>
      <w:r>
        <w:t>engineer's story reveals the phenomenon of holiday stress</w:t>
      </w:r>
    </w:p>
    <w:p>
      <w:r>
        <w:rPr>
          <w:color w:val="666666"/>
          <w:sz w:val="18"/>
        </w:rPr>
        <w:t>Peace of Mind June 29, 2014 · 2m 51s · at 0:54 · https://youtu.be/oVwRc_FcAGk?t=54</w:t>
      </w:r>
    </w:p>
    <w:p>
      <w:r>
        <w:rPr>
          <w:i/>
        </w:rPr>
        <w:t>“حال میں میری ملاقات ایک صاحب سے ہوئی، وہ انجینئر ہیں امریکہ میں”</w:t>
      </w:r>
    </w:p>
    <w:p>
      <w:r>
        <w:rPr>
          <w:sz w:val="20"/>
        </w:rPr>
        <w:t>0:54  haal mein meri mulaqat ek sahab se hui, woh engineer hain aur america mein rehte hain.</w:t>
      </w:r>
      <w:r>
        <w:br/>
      </w:r>
      <w:r>
        <w:rPr>
          <w:sz w:val="20"/>
        </w:rPr>
        <w:t>1:06  unho ne bataya ke</w:t>
      </w:r>
      <w:r>
        <w:br/>
      </w:r>
      <w:r>
        <w:rPr>
          <w:sz w:val="20"/>
        </w:rPr>
        <w:t>1:10  america mein aur doosre developed countries mein ek bohat bara masla hai jis ko kehte hain "stress".</w:t>
      </w:r>
      <w:r>
        <w:br/>
      </w:r>
      <w:r>
        <w:rPr>
          <w:sz w:val="20"/>
        </w:rPr>
        <w:t>1:22  stress ke mani hote hain dabao. to</w:t>
      </w:r>
      <w:r>
        <w:br/>
      </w:r>
      <w:r>
        <w:rPr>
          <w:sz w:val="20"/>
        </w:rPr>
        <w:t>1:26  wahan par kaam ka bojh itna zyada rehta hai logon ke upar ke kaam ke bojh ki wajah se woh mustaqil taur par zehni sukoon se mahroom rehte hain.</w:t>
      </w:r>
      <w:r>
        <w:br/>
      </w:r>
      <w:r>
        <w:rPr>
          <w:sz w:val="20"/>
        </w:rPr>
        <w:t>1:40  zehni sukoon se mahroom. har waqt kaam, har waqt kaam, har waqt kaam. kyunke paisa kamane ke liye zyada kaam karna</w:t>
      </w:r>
      <w:r>
        <w:br/>
      </w:r>
      <w:r>
        <w:rPr>
          <w:sz w:val="20"/>
        </w:rPr>
        <w:t>1:49  hai. logon ka ek hi goal hai: zyada paisa kamana. to zyada paisa kamane ke liye un ko zyada kaam karna parta hai,</w:t>
      </w:r>
      <w:r>
        <w:br/>
      </w:r>
      <w:r>
        <w:rPr>
          <w:sz w:val="20"/>
        </w:rPr>
        <w:t>2:05  dimagh par zyada bojh dalna parta hai. that leads to stress.</w:t>
      </w:r>
      <w:r>
        <w:br/>
      </w:r>
      <w:r>
        <w:rPr>
          <w:sz w:val="20"/>
        </w:rPr>
        <w:t>2:13  to unho ne bataya ke</w:t>
      </w:r>
      <w:r>
        <w:br/>
      </w:r>
      <w:r>
        <w:rPr>
          <w:sz w:val="20"/>
        </w:rPr>
        <w:t>2:18  kuch organizations bani wahan par jinho ne ek formula nikala ke hafte mein ek din jo hai log holiday par jayen, chutti par jayen, aur baqayda is ka intezam kiya jata hai wahan par.</w:t>
      </w:r>
      <w:r>
        <w:br/>
      </w:r>
      <w:r>
        <w:rPr>
          <w:sz w:val="20"/>
        </w:rPr>
        <w:t>2:38  yani aadmi ko khud kuch nahi karna parta, aadmi ko sirf paisa dena parta hai. is ke baad jahan wo jata hai, wo sara management wo companiyan karti hain.</w:t>
      </w:r>
      <w:r>
        <w:br/>
      </w:r>
      <w:r>
        <w:rPr>
          <w:sz w:val="20"/>
        </w:rPr>
        <w:t>2:50  to unho ne kaha ke yeh culture chala wahan par. lekin tajrube ne bataya ke wahan se jab lotte hain log to phir stress, phir stress, phir stress.</w:t>
      </w:r>
      <w:r>
        <w:br/>
      </w:r>
      <w:r>
        <w:rPr>
          <w:sz w:val="20"/>
        </w:rPr>
        <w:t>3:03  to unho ne kaha ke ek term wahan par is se bana hai jo kehte hain "holiday stress".</w:t>
      </w:r>
      <w:r>
        <w:br/>
      </w:r>
      <w:r>
        <w:rPr>
          <w:sz w:val="20"/>
        </w:rPr>
        <w:t>3:12  pehle tha "job stress", ab ban gaya "holiday stress". to hum ne is ko check kiya internet par to bohat se article is mein mile "holiday stress" par.</w:t>
      </w:r>
      <w:r>
        <w:br/>
      </w:r>
      <w:r>
        <w:rPr>
          <w:sz w:val="20"/>
        </w:rPr>
        <w:t>3:28  aur bohat bara masla hai ke jo jo life hai aaj kal ki, is mein to stress zaroor aata hai. to holiday bajaye tab bhi stress baqi rehta hai.</w:t>
      </w:r>
      <w:r>
        <w:br/>
      </w:r>
      <w:r>
        <w:rPr>
          <w:sz w:val="20"/>
        </w:rPr>
        <w:t>3:41  masla hal nahi hota.</w:t>
      </w:r>
    </w:p>
    <w:p>
      <w:pPr>
        <w:pStyle w:val="Heading2"/>
      </w:pPr>
      <w:r>
        <w:t>trials in life and patience as realism</w:t>
      </w:r>
    </w:p>
    <w:p>
      <w:r>
        <w:rPr>
          <w:color w:val="666666"/>
          <w:sz w:val="18"/>
        </w:rPr>
        <w:t>Dars-e-Quran June 27, 2007 · 6m 03s · at 40:31 · https://youtu.be/6dgTjqN_UBM?t=2431</w:t>
      </w:r>
    </w:p>
    <w:p>
      <w:r>
        <w:rPr>
          <w:i/>
        </w:rPr>
        <w:t>“Hum zaroor azmaenge tumhein”</w:t>
      </w:r>
    </w:p>
    <w:p>
      <w:r>
        <w:rPr>
          <w:sz w:val="20"/>
        </w:rPr>
        <w:t>40:31  ayat number 155 yeh hai wa lanabluwennakum bishai'im minal khawfi wal joo'i wa naqsim minal amwali wal arfasi wath thamarati wa bashirissabireen allazeena aza asabathum musibathun qaloo inna lillahi wa inna ilaihi raji'oon yeh surah baqarah ki ayat hai.</w:t>
      </w:r>
      <w:r>
        <w:br/>
      </w:r>
      <w:r>
        <w:rPr>
          <w:sz w:val="20"/>
        </w:rPr>
        <w:t>41:01  is ka matlab yeh hai ke Allah taala farmate hain: "hum zaroor aazmayenge tum ko.</w:t>
      </w:r>
      <w:r>
        <w:br/>
      </w:r>
      <w:r>
        <w:rPr>
          <w:sz w:val="20"/>
        </w:rPr>
        <w:t>41:12  hum zaroor aazmayenge tum ko kis tarah kuch na kuch khauf dekar yeh cheez ka dar tum ko pesh ayega.</w:t>
      </w:r>
      <w:r>
        <w:br/>
      </w:r>
      <w:r>
        <w:rPr>
          <w:sz w:val="20"/>
        </w:rPr>
        <w:t>41:25  woh aazmaish ke liye hoga.</w:t>
      </w:r>
      <w:r>
        <w:br/>
      </w:r>
      <w:r>
        <w:rPr>
          <w:sz w:val="20"/>
        </w:rPr>
        <w:t>41:28  kuch nuksan hoga.woh aazmaish ke liye hoga.kabhi tum ko maashi tangi hogi.kabhi maashi faraghi hogi.</w:t>
      </w:r>
      <w:r>
        <w:br/>
      </w:r>
      <w:r>
        <w:rPr>
          <w:sz w:val="20"/>
        </w:rPr>
        <w:t>41:39  woh sab nuksan ke liye hoga.</w:t>
      </w:r>
      <w:r>
        <w:br/>
      </w:r>
      <w:r>
        <w:rPr>
          <w:sz w:val="20"/>
        </w:rPr>
        <w:t>41:46  to tarah tarah ke nuksan pesh ayenge.</w:t>
      </w:r>
      <w:r>
        <w:br/>
      </w:r>
      <w:r>
        <w:rPr>
          <w:sz w:val="20"/>
        </w:rPr>
        <w:t>41:52  yeh kyun hoga?yeh hoga ibtila ke liye, yani aazmaish ke liye.</w:t>
      </w:r>
      <w:r>
        <w:br/>
      </w:r>
      <w:r>
        <w:rPr>
          <w:sz w:val="20"/>
        </w:rPr>
        <w:t>42:00  to farmaya ke wa bashirissabireen aur khushkhabri hai sabr karne walon ke liye.</w:t>
      </w:r>
      <w:r>
        <w:br/>
      </w:r>
      <w:r>
        <w:rPr>
          <w:sz w:val="20"/>
        </w:rPr>
        <w:t>42:11  allazeena aza asabathum musibathun qaloo inna lillahi wa inna ilaihi raji'oon ke jab un par koi musibat padi, koi nuksan ho gaya, koi baat bigad gayi,</w:t>
      </w:r>
      <w:r>
        <w:br/>
      </w:r>
      <w:r>
        <w:rPr>
          <w:sz w:val="20"/>
        </w:rPr>
        <w:t>42:25  to un ki zuban se yeh nikla ke pehle jo hua woh bhi khuda, pehle jo tha woh bhi khuda ka diya hua tha, ab jo ho raha hai woh bhi khuda ki taraf se ho raha hai.</w:t>
      </w:r>
      <w:r>
        <w:br/>
      </w:r>
      <w:r>
        <w:rPr>
          <w:sz w:val="20"/>
        </w:rPr>
        <w:t>42:38  hum khuda hi ki taraf se aaye hain aur khuda ki taraf hamein lotna hai.yani is ko hum yun keh sakte hain ke khuda par daal dena.</w:t>
      </w:r>
      <w:r>
        <w:br/>
      </w:r>
      <w:r>
        <w:rPr>
          <w:sz w:val="20"/>
        </w:rPr>
        <w:t>42:49  jo kuch pesh aaya us ko aap ne khuda par daal diya.</w:t>
      </w:r>
      <w:r>
        <w:br/>
      </w:r>
      <w:r>
        <w:rPr>
          <w:sz w:val="20"/>
        </w:rPr>
        <w:t>42:53  ek ek apne upar lena.koi nuksan ho gaya to aap usi par pareshan ho rahe hain.bohat zyada, yani is mein itna zyada apne ko pareshan kar rahe hain ke aap ka blood pressure badh gaya, aap diabetic ho gaye,</w:t>
      </w:r>
      <w:r>
        <w:br/>
      </w:r>
      <w:r>
        <w:rPr>
          <w:sz w:val="20"/>
        </w:rPr>
        <w:t>43:12  tarah tarah ki bimari lag gayi aap ko, tension ho gaya aap ko.to yeh na karke aadmi ko chahiye ke woh khud aage khane mein daal de.</w:t>
      </w:r>
      <w:r>
        <w:br/>
      </w:r>
      <w:r>
        <w:rPr>
          <w:sz w:val="20"/>
        </w:rPr>
        <w:t>43:23  to jab nuksan ko aadmi samjhe aazmaish, us ko test samjhe to us ko khuda ke khane mein dalega.</w:t>
      </w:r>
      <w:r>
        <w:br/>
      </w:r>
      <w:r>
        <w:rPr>
          <w:sz w:val="20"/>
        </w:rPr>
        <w:t>43:36  aur agar woh bhoola hua ho is baat se ke yeh sab kuch khuda ki taraf se hota hai to kya hoga?apne upar lega.jab apne upar lega to kya hoga?</w:t>
      </w:r>
      <w:r>
        <w:br/>
      </w:r>
      <w:r>
        <w:rPr>
          <w:sz w:val="20"/>
        </w:rPr>
        <w:t>43:46  tension, stress,</w:t>
      </w:r>
      <w:r>
        <w:br/>
      </w:r>
      <w:r>
        <w:rPr>
          <w:sz w:val="20"/>
        </w:rPr>
        <w:t>43:49  mayusi, yahan tak ke kuch log khudkushi kar lete hain, suicide kar lete hain.</w:t>
      </w:r>
      <w:r>
        <w:br/>
      </w:r>
      <w:r>
        <w:rPr>
          <w:sz w:val="20"/>
        </w:rPr>
        <w:t>43:57  to farmaya ke dunya ka jo nizam bana hai, jo dunya ka jo nizam hai, wo is tarah se hai ke chuna ke dunya bani hai test ke liye, chuna ke dunya darul imtihan hai,</w:t>
      </w:r>
      <w:r>
        <w:br/>
      </w:r>
      <w:r>
        <w:rPr>
          <w:sz w:val="20"/>
        </w:rPr>
        <w:t>44:13  to yahan beharhal ye hoga ke kabhi nuqsan hoga, kabhi koi baat bigar jayegi.</w:t>
      </w:r>
      <w:r>
        <w:br/>
      </w:r>
      <w:r>
        <w:rPr>
          <w:sz w:val="20"/>
        </w:rPr>
        <w:t>44:26  is tarah ki baatein zaroor paish aayengi aur ye sab kahan hoga? test ke liye hoga. to is ko agar aadmi test ke taur par le to khuda ke khane mein daal dega.</w:t>
      </w:r>
      <w:r>
        <w:br/>
      </w:r>
      <w:r>
        <w:rPr>
          <w:sz w:val="20"/>
        </w:rPr>
        <w:t>44:40  chuna ke wo khuda ki taraf se hua. jo hua is liye hua ke khuda ne aise hi chaha test ke liye.</w:t>
      </w:r>
      <w:r>
        <w:br/>
      </w:r>
      <w:r>
        <w:rPr>
          <w:sz w:val="20"/>
        </w:rPr>
        <w:t>44:52  jo hua wo is liye hua ke khuda ne aise hi chaha test ke liye.</w:t>
      </w:r>
      <w:r>
        <w:br/>
      </w:r>
      <w:r>
        <w:rPr>
          <w:sz w:val="20"/>
        </w:rPr>
        <w:t>44:58  hamara is mein koi ikhtiyar nahi tha ke hum is ko badal dein. to jab aadmi ye samjhega ke jo kuch hua wo khuda ki taraf se hua to is ko khuda ke khane mein daal dega.</w:t>
      </w:r>
      <w:r>
        <w:br/>
      </w:r>
      <w:r>
        <w:rPr>
          <w:sz w:val="20"/>
        </w:rPr>
        <w:t>45:14  isi ka naam hai sabr. isi ka naam hai sabr. sabr darasal haqeeqat pasandi ka doosra naam hai.</w:t>
      </w:r>
      <w:r>
        <w:br/>
      </w:r>
      <w:r>
        <w:rPr>
          <w:sz w:val="20"/>
        </w:rPr>
        <w:t>45:28  sabr darasal haqeeqat pasandi ka doosra naam hai.</w:t>
      </w:r>
      <w:r>
        <w:br/>
      </w:r>
      <w:r>
        <w:rPr>
          <w:sz w:val="20"/>
        </w:rPr>
        <w:t>45:36  sabr darasal Realistic Approach ka doosra naam hai.</w:t>
      </w:r>
      <w:r>
        <w:br/>
      </w:r>
      <w:r>
        <w:rPr>
          <w:sz w:val="20"/>
        </w:rPr>
        <w:t>45:43  chuna ke jis cheez ka faisla khuda ki taraf se aa raha ho to hum ab agar is par tension lein to is se kya faida?</w:t>
      </w:r>
      <w:r>
        <w:br/>
      </w:r>
      <w:r>
        <w:rPr>
          <w:sz w:val="20"/>
        </w:rPr>
        <w:t>45:56  jis cheez ka faisla khuda ki taraf se aa raha hai, hum is ko badal nahi sakte. hum badal nahi sakte is ko.</w:t>
      </w:r>
      <w:r>
        <w:br/>
      </w:r>
      <w:r>
        <w:rPr>
          <w:sz w:val="20"/>
        </w:rPr>
        <w:t>46:06  humein to is ko Accept hi karna hai. koi doosra Choice hamare liye nahi hai.</w:t>
      </w:r>
      <w:r>
        <w:br/>
      </w:r>
      <w:r>
        <w:rPr>
          <w:sz w:val="20"/>
        </w:rPr>
        <w:t>46:16  is liye mein kehta hoon ke sabr darasal haqeeqat pasandi ka doosra naam hai.</w:t>
      </w:r>
      <w:r>
        <w:br/>
      </w:r>
      <w:r>
        <w:rPr>
          <w:sz w:val="20"/>
        </w:rPr>
        <w:t>46:23  sabr darasal Realistic Approach ka doosra naam hai. sabr means Realism.</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p>
      <w:pPr>
        <w:pStyle w:val="Heading2"/>
      </w:pPr>
      <w:r>
        <w:t>Spirit of 'I will do it' in dawa</w:t>
      </w:r>
    </w:p>
    <w:p>
      <w:r>
        <w:rPr>
          <w:color w:val="666666"/>
          <w:sz w:val="18"/>
        </w:rPr>
        <w:t>Role of Dayee in the Modern Age Sept 22, 2012 - Maulana Wahiduddin Khan · 45s · at 35:32 · https://youtu.be/kRdsp_EkGX4?t=2132</w:t>
      </w:r>
    </w:p>
    <w:p>
      <w:r>
        <w:rPr>
          <w:i/>
        </w:rPr>
        <w:t>“I will do it - sab se zyada zaroori.”</w:t>
      </w:r>
    </w:p>
    <w:p>
      <w:r>
        <w:rPr>
          <w:sz w:val="20"/>
        </w:rPr>
        <w:t>35:32  to sab se zyada jo cheez aap ke andar paida hona chahie woh yeh hai ke aap mein se har shakhs ke andar yeh rooh ho ke "I will do it".</w:t>
      </w:r>
      <w:r>
        <w:br/>
      </w:r>
      <w:r>
        <w:rPr>
          <w:sz w:val="20"/>
        </w:rPr>
        <w:t>35:44  mujh ko yeh kaam karna hai.</w:t>
      </w:r>
      <w:r>
        <w:br/>
      </w:r>
      <w:r>
        <w:rPr>
          <w:sz w:val="20"/>
        </w:rPr>
        <w:t>35:50  "I will do it". aap kisi ka intezar na karen.</w:t>
      </w:r>
      <w:r>
        <w:br/>
      </w:r>
      <w:r>
        <w:rPr>
          <w:sz w:val="20"/>
        </w:rPr>
        <w:t>35:58  is ke siwa koi aur cheez nahin hai jo aap ko achha daai banaye.</w:t>
      </w:r>
      <w:r>
        <w:br/>
      </w:r>
      <w:r>
        <w:rPr>
          <w:sz w:val="20"/>
        </w:rPr>
        <w:t>36:05  "I will do" ki rooh hi woh wahid cheez hai jo aap ko achha daai bana sakti hai.</w:t>
      </w:r>
    </w:p>
    <w:p>
      <w:pPr>
        <w:pStyle w:val="Heading2"/>
      </w:pPr>
      <w:r>
        <w:t>Ramadan fasting is symbolic of self-restraint</w:t>
      </w:r>
    </w:p>
    <w:p>
      <w:r>
        <w:rPr>
          <w:color w:val="666666"/>
          <w:sz w:val="18"/>
        </w:rPr>
        <w:t>Adopt A Life of Fasting May 1, 2020 Maulana Wahiduddin Khan · 1m 26s · at 0:38 · https://youtu.be/oH6_1ogi0o4?t=38</w:t>
      </w:r>
    </w:p>
    <w:p>
      <w:r>
        <w:rPr>
          <w:i/>
        </w:rPr>
        <w:t>“Ramadan ka mahina Islami Hindi mein ek extraordinary mahina hai”</w:t>
      </w:r>
    </w:p>
    <w:p>
      <w:r>
        <w:rPr>
          <w:sz w:val="20"/>
        </w:rPr>
        <w:t>0:38  Ramzan ka mahina</w:t>
      </w:r>
      <w:r>
        <w:br/>
      </w:r>
      <w:r>
        <w:rPr>
          <w:sz w:val="20"/>
        </w:rPr>
        <w:t>0:42  Islami Hindi mein aik extra ordinary mahina hai, yani saare din, saare mahina aadmi khata peeta hai,</w:t>
      </w:r>
      <w:r>
        <w:br/>
      </w:r>
      <w:r>
        <w:rPr>
          <w:sz w:val="20"/>
        </w:rPr>
        <w:t>0:58  lekin Ramzan ke mahine mein khana peena chhod deta hai.</w:t>
      </w:r>
      <w:r>
        <w:br/>
      </w:r>
      <w:r>
        <w:rPr>
          <w:sz w:val="20"/>
        </w:rPr>
        <w:t>1:13  yeh bohat hi</w:t>
      </w:r>
      <w:r>
        <w:br/>
      </w:r>
      <w:r>
        <w:rPr>
          <w:sz w:val="20"/>
        </w:rPr>
        <w:t>1:18  anokha</w:t>
      </w:r>
      <w:r>
        <w:br/>
      </w:r>
      <w:r>
        <w:rPr>
          <w:sz w:val="20"/>
        </w:rPr>
        <w:t>1:24  amal hai.</w:t>
      </w:r>
      <w:r>
        <w:br/>
      </w:r>
      <w:r>
        <w:rPr>
          <w:sz w:val="20"/>
        </w:rPr>
        <w:t>1:34  magar yeh janna chahiye ke yeh jo</w:t>
      </w:r>
      <w:r>
        <w:br/>
      </w:r>
      <w:r>
        <w:rPr>
          <w:sz w:val="20"/>
        </w:rPr>
        <w:t>1:42  waqt muqarrar ke liye khana peena chhod diya jata hai, woh haramti tor par hai,</w:t>
      </w:r>
      <w:r>
        <w:br/>
      </w:r>
      <w:r>
        <w:rPr>
          <w:sz w:val="20"/>
        </w:rPr>
        <w:t>1:57  wohi asal nahi hai.</w:t>
      </w:r>
    </w:p>
    <w:p>
      <w:pPr>
        <w:pStyle w:val="Heading2"/>
      </w:pPr>
      <w:r>
        <w:t>positive spiritual tension vs harmful material tension</w:t>
      </w:r>
    </w:p>
    <w:p>
      <w:r>
        <w:rPr>
          <w:color w:val="666666"/>
          <w:sz w:val="18"/>
        </w:rPr>
        <w:t>One Can See God March 4, 2007 · 2m 15s · at 1:10:29 · https://youtu.be/Xm14mPW0HJI?t=4229</w:t>
      </w:r>
    </w:p>
    <w:p>
      <w:r>
        <w:rPr>
          <w:i/>
        </w:rPr>
        <w:t>“ایک ہوتا ہے نیگیٹیو ٹینشن ایک ہوتا ہے پازیٹیو ٹینشن۔”</w:t>
      </w:r>
    </w:p>
    <w:p>
      <w:r>
        <w:rPr>
          <w:sz w:val="20"/>
        </w:rPr>
        <w:t>1:10:29  dekhen ek hota hai negative tension ek hota hai positive tension. yaad rakhiye. yani spirituality mein bhi tension aate hain.</w:t>
      </w:r>
      <w:r>
        <w:br/>
      </w:r>
      <w:r>
        <w:rPr>
          <w:sz w:val="20"/>
        </w:rPr>
        <w:t>1:10:41  aur materialism mein bhi tension aate hain. main samajhta hoon ke positive tension jo hai. woh harmful nahi hai. woh aap ke development ko badhata hai.</w:t>
      </w:r>
      <w:r>
        <w:br/>
      </w:r>
      <w:r>
        <w:rPr>
          <w:sz w:val="20"/>
        </w:rPr>
        <w:t>1:10:54  material cheezon ko le kar jo tension hota hai. wahi harmful hai.</w:t>
      </w:r>
      <w:r>
        <w:br/>
      </w:r>
      <w:r>
        <w:rPr>
          <w:sz w:val="20"/>
        </w:rPr>
        <w:t>1:10:59  matlab job ka tension. aur janab land ka tension property ka tension. paise ka tension. kapde ka tension shopping ka outing ka tension.</w:t>
      </w:r>
      <w:r>
        <w:br/>
      </w:r>
      <w:r>
        <w:rPr>
          <w:sz w:val="20"/>
        </w:rPr>
        <w:t>1:11:09  isi yahi yeh yeh hai negative tension. yahi harmful hai. baqi spirituality ka jo tension hai maslan aap ko agar yeh ho. ke sari duniya mein log mar rahe hain.</w:t>
      </w:r>
      <w:r>
        <w:br/>
      </w:r>
      <w:r>
        <w:rPr>
          <w:sz w:val="20"/>
        </w:rPr>
        <w:t>1:11:20  main aksar sochta hoon to main behataasha rone lagta hoon ke sare log mar rahe hain. aur main unko pata nahi paya.</w:t>
      </w:r>
      <w:r>
        <w:br/>
      </w:r>
      <w:r>
        <w:rPr>
          <w:sz w:val="20"/>
        </w:rPr>
        <w:t>1:11:28  kuch nahi bata paya woh. ke marne ke baad kya hai. kuch nahi bata paya. to yeh bhi ek tension hai.</w:t>
      </w:r>
      <w:r>
        <w:br/>
      </w:r>
      <w:r>
        <w:rPr>
          <w:sz w:val="20"/>
        </w:rPr>
        <w:t>1:11:40  kitne saal mar rahe hain chale ja rahe hain mar rahe hain chale ja rahe hain. aur mujh se door ho rahe hain. abhi is is se pehle ke main bata bata deta hoon unko.</w:t>
      </w:r>
      <w:r>
        <w:br/>
      </w:r>
      <w:r>
        <w:rPr>
          <w:sz w:val="20"/>
        </w:rPr>
        <w:t>1:11:50  duniya se chale gaye woh. to yeh hai spiritual tension ya positive tension. yeh harmful nahi hai.</w:t>
      </w:r>
      <w:r>
        <w:br/>
      </w:r>
      <w:r>
        <w:rPr>
          <w:sz w:val="20"/>
        </w:rPr>
        <w:t>1:11:58  lekin duniya ki cheezon ko le kar ke unhon ne yeh keh diya unhon ne woh keh diya. bas is yeh jo hai. yeh jo tension hai. har ghar mein yeh unhon ne yeh keh diya unhon ne woh keh diya.</w:t>
      </w:r>
      <w:r>
        <w:br/>
      </w:r>
      <w:r>
        <w:rPr>
          <w:sz w:val="20"/>
        </w:rPr>
        <w:t>1:12:09  isi ka tension liye rehte hain log. main to kuch sochta bhi nahi kisi ne kya keh diya. kuch bhi kehta nahi koi. abhi aaj Maulana Rizwan Sahab parcha laye the us ne mujhe bohat bura bhala kaha tha.</w:t>
      </w:r>
      <w:r>
        <w:br/>
      </w:r>
      <w:r>
        <w:rPr>
          <w:sz w:val="20"/>
        </w:rPr>
        <w:t>1:12:20  main ne kaha dekhen mujhe mujhe sunna bhi nahi hai. mere khayal se yahudiyon ka agent likha hoga is mein. yeh ji haan</w:t>
      </w:r>
      <w:r>
        <w:br/>
      </w:r>
      <w:r>
        <w:rPr>
          <w:sz w:val="20"/>
        </w:rPr>
        <w:t>1:12:28  batayi. yahudiyon ka agent. main meri koi pareshani nahi hai is waqt. koi pareshani nahi hoti. to positive tension bura nahi hai.</w:t>
      </w:r>
      <w:r>
        <w:br/>
      </w:r>
      <w:r>
        <w:rPr>
          <w:sz w:val="20"/>
        </w:rPr>
        <w:t>1:12:39  negative tension bura hai.</w:t>
      </w:r>
    </w:p>
    <w:p>
      <w:pPr>
        <w:pStyle w:val="Heading2"/>
      </w:pPr>
      <w:r>
        <w:t>Merit, not immigrants, built America's success</w:t>
      </w:r>
    </w:p>
    <w:p>
      <w:r>
        <w:rPr>
          <w:color w:val="666666"/>
          <w:sz w:val="18"/>
        </w:rPr>
        <w:t>Materialism and Intellectual Dwarfism 29th April 2012 · 3m 54s · at 31:02 · https://youtu.be/qHzARL_r3I4?t=1862</w:t>
      </w:r>
    </w:p>
    <w:p>
      <w:r>
        <w:rPr>
          <w:i/>
        </w:rPr>
        <w:t>“Main America gaya to wahan ke log mujhse poochte the”</w:t>
      </w:r>
    </w:p>
    <w:p>
      <w:r>
        <w:rPr>
          <w:sz w:val="20"/>
        </w:rPr>
        <w:t>31:02  main america gaya to jo wahan ke jo log the, bohat se logon se main ne poocha. is bar main do teen haftay wahan reh gaya to wahan jo the india ke ya un mulkon ke jo musalman ya hindu, woh sab yeh yeh soch mein jee rahe the ke america ki taraqqi to hum ne hum nahi ki hai.</w:t>
      </w:r>
      <w:r>
        <w:br/>
      </w:r>
      <w:r>
        <w:rPr>
          <w:sz w:val="20"/>
        </w:rPr>
        <w:t>31:29  india ke jo musalman ya hindu wahan hain, woh yeh kehte the ke america kya hai? hum ne america ko taraqqi di hai. ab yeh bilkul ahmaqana baat hai.</w:t>
      </w:r>
      <w:r>
        <w:br/>
      </w:r>
      <w:r>
        <w:rPr>
          <w:sz w:val="20"/>
        </w:rPr>
        <w:t>31:38  yeh</w:t>
      </w:r>
      <w:r>
        <w:br/>
      </w:r>
      <w:r>
        <w:rPr>
          <w:sz w:val="20"/>
        </w:rPr>
        <w:t>31:41  america yani aap ghor kijiye ke kisi company mein kaam karte hain, wahan ek product banta hai to bas samajhye ke bas hum is pe kaam karte hain. product ban raha hai, woh itni itni daryaft kar sake.</w:t>
      </w:r>
      <w:r>
        <w:br/>
      </w:r>
      <w:r>
        <w:rPr>
          <w:sz w:val="20"/>
        </w:rPr>
        <w:t>31:52  woh</w:t>
      </w:r>
      <w:r>
        <w:br/>
      </w:r>
      <w:r>
        <w:rPr>
          <w:sz w:val="20"/>
        </w:rPr>
        <w:t>31:54  ek aur bari cheez se bekhabar reh gaye, woh kyunke sab ka sab intellectual dwarf hain. unhon ne sochna chahiye tha.</w:t>
      </w:r>
      <w:r>
        <w:br/>
      </w:r>
      <w:r>
        <w:rPr>
          <w:sz w:val="20"/>
        </w:rPr>
        <w:t>32:04  main ne un se kaha ke aap yeh kyun nahi sochte ke jab aap apne mulk mein the to wahan koi taraqqi nahi kar paya? aap yahin kyun taraqqi diya la ke?</w:t>
      </w:r>
      <w:r>
        <w:br/>
      </w:r>
      <w:r>
        <w:rPr>
          <w:sz w:val="20"/>
        </w:rPr>
        <w:t>32:13  aap ne apne mulk ko kyun nahi taraqqi de sake? aap</w:t>
      </w:r>
      <w:r>
        <w:br/>
      </w:r>
      <w:r>
        <w:rPr>
          <w:sz w:val="20"/>
        </w:rPr>
        <w:t>32:19  yani aap jab apne mulk mein the to wahan kyun nahi mulk ko taraqqi de sake? aap is ko kyun nahi develop kar sake? yahin kyun develop kiya aap ne?</w:t>
      </w:r>
      <w:r>
        <w:br/>
      </w:r>
      <w:r>
        <w:rPr>
          <w:sz w:val="20"/>
        </w:rPr>
        <w:t>32:27  aa kar ke to aisi cheez jo hai woh qabil daryaft kiya thi? america walon ne ek bohat bara yani ek ek bohat bara principle apnaya.</w:t>
      </w:r>
      <w:r>
        <w:br/>
      </w:r>
      <w:r>
        <w:rPr>
          <w:sz w:val="20"/>
        </w:rPr>
        <w:t>32:41  bohat bara principle.</w:t>
      </w:r>
      <w:r>
        <w:br/>
      </w:r>
      <w:r>
        <w:rPr>
          <w:sz w:val="20"/>
        </w:rPr>
        <w:t>32:43  woh principle hai ke kisi ko bhi koi cheez milegi to merit pe base milegi. merit idhar udhar merit kisi ko kuch nahi milne wala.</w:t>
      </w:r>
      <w:r>
        <w:br/>
      </w:r>
      <w:r>
        <w:rPr>
          <w:sz w:val="20"/>
        </w:rPr>
        <w:t>32:53  unhon ne competition chala diya. competition, compete at paris. wahan par koi woh discrimination nahi hota.</w:t>
      </w:r>
      <w:r>
        <w:br/>
      </w:r>
      <w:r>
        <w:rPr>
          <w:sz w:val="20"/>
        </w:rPr>
        <w:t>33:05  misalan ek family mein mila main, woh wahan ja ke settle hue the to abhi un ko green card nahi mila tha.</w:t>
      </w:r>
      <w:r>
        <w:br/>
      </w:r>
      <w:r>
        <w:rPr>
          <w:sz w:val="20"/>
        </w:rPr>
        <w:t>33:13  abhi woh aise hi the green card se pehle jo wahan rehne ka mamla hota hai. un ka beta wahan padhta tha school mein aur school mein woh top kar gaya.</w:t>
      </w:r>
      <w:r>
        <w:br/>
      </w:r>
      <w:r>
        <w:rPr>
          <w:sz w:val="20"/>
        </w:rPr>
        <w:t>33:26  to agarche un ko green card nahi mila tha lekin foran hi us ko bohat bohat bara offer mil gaya. halanke abhi woh green card nahi mila us ko.</w:t>
      </w:r>
      <w:r>
        <w:br/>
      </w:r>
      <w:r>
        <w:rPr>
          <w:sz w:val="20"/>
        </w:rPr>
        <w:t>33:35  top karne ki waja se ab india mein aisa ho nahi sakta. india mein to favorites favorites chalta hai.</w:t>
      </w:r>
      <w:r>
        <w:br/>
      </w:r>
      <w:r>
        <w:rPr>
          <w:sz w:val="20"/>
        </w:rPr>
        <w:t>33:44  wahan par sirf merit merit base society wahan ki hai. kuch nahi dekhte wo siwaye merit ke. to yahan jo log gaye, yahan se unhone merit se phir hota kya hai ke merit base society mein yeh hota hai ke har aadmi samajhta hai ke mein agar mehnat karunga to mujhe mehnat pay karega.</w:t>
      </w:r>
      <w:r>
        <w:br/>
      </w:r>
      <w:r>
        <w:rPr>
          <w:sz w:val="20"/>
        </w:rPr>
        <w:t>34:04  yeh namumkin hai ke mein mehnat karoon aur mehnat mujhe pay na karay.</w:t>
      </w:r>
      <w:r>
        <w:br/>
      </w:r>
      <w:r>
        <w:rPr>
          <w:sz w:val="20"/>
        </w:rPr>
        <w:t>34:08  to andha dhund mehnat karta hai wo aur phir us ko jab us ka return milta hai to bohat khush hota hai wo. india mein aap ko ya aur jo countries mein hain, india hai, pakistan hai, bangladesh waghera waghera, yahan aadmiyon ko yaqeen nahi hai ke wo andha dhund mehnat kare to us ko us ka return milega.</w:t>
      </w:r>
      <w:r>
        <w:br/>
      </w:r>
      <w:r>
        <w:rPr>
          <w:sz w:val="20"/>
        </w:rPr>
        <w:t>34:31  yeh yaqeen nahi hai us ko to wo sochta hai ke mein kyun mehnat karoon?</w:t>
      </w:r>
      <w:r>
        <w:br/>
      </w:r>
      <w:r>
        <w:rPr>
          <w:sz w:val="20"/>
        </w:rPr>
        <w:t>34:36  america mein yeh hai ke wo yaqeen hai aadmi ko ke agar mein mehnat karunga to mujhe return milna hi milna hai. is cheez ne logon ko hero bana diya hua hai.</w:t>
      </w:r>
      <w:r>
        <w:br/>
      </w:r>
      <w:r>
        <w:rPr>
          <w:sz w:val="20"/>
        </w:rPr>
        <w:t>34:46  to america ki taraqqi aik aik principle ki barabar hui. na yeh ke india jaisay mulkon ke log ja kar wahan kaam karne lagay to taraqqi ho gayi.</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Understanding need to reinterpret Islam in modern terms</w:t>
      </w:r>
    </w:p>
    <w:p>
      <w:r>
        <w:rPr>
          <w:color w:val="666666"/>
          <w:sz w:val="18"/>
        </w:rPr>
        <w:t>Reinterpretation of Islam April 12, 2009 Maulana Wahiduddin Khan · 5m 17s · at 1:36 · https://youtu.be/kut_WRX7mZ4?t=96</w:t>
      </w:r>
    </w:p>
    <w:p>
      <w:r>
        <w:rPr>
          <w:i/>
        </w:rPr>
        <w:t>“My habit is not to take anything with bad intention.”</w:t>
      </w:r>
    </w:p>
    <w:p>
      <w:r>
        <w:rPr>
          <w:sz w:val="20"/>
        </w:rPr>
        <w:t>1:36  dekhein, meri habit hai ke mein kisi baat ko bad intention par nahi leta.</w:t>
      </w:r>
      <w:r>
        <w:br/>
      </w:r>
      <w:r>
        <w:rPr>
          <w:sz w:val="20"/>
        </w:rPr>
        <w:t>1:49  mein hamesha yeh sochta hoon ke it is a way of thinking.</w:t>
      </w:r>
      <w:r>
        <w:br/>
      </w:r>
      <w:r>
        <w:rPr>
          <w:sz w:val="20"/>
        </w:rPr>
        <w:t>1:57  it is a way of thinking. to thinking ke level par samajhna,</w:t>
      </w:r>
      <w:r>
        <w:br/>
      </w:r>
      <w:r>
        <w:rPr>
          <w:sz w:val="20"/>
        </w:rPr>
        <w:t>2:05  I always take it as a challenge, intellectual challenge. I always try to meet the challenge on intellectual level.</w:t>
      </w:r>
      <w:r>
        <w:br/>
      </w:r>
      <w:r>
        <w:rPr>
          <w:sz w:val="20"/>
        </w:rPr>
        <w:t>2:15  yeh hai mera mind. to sochta rehta hoon, sochta rehta hoon, sochta rehta hoon. my mind works like a computer.</w:t>
      </w:r>
      <w:r>
        <w:br/>
      </w:r>
      <w:r>
        <w:rPr>
          <w:sz w:val="20"/>
        </w:rPr>
        <w:t>2:29  to abhi kal, yaani only yesterday, I</w:t>
      </w:r>
      <w:r>
        <w:br/>
      </w:r>
      <w:r>
        <w:rPr>
          <w:sz w:val="20"/>
        </w:rPr>
        <w:t>2:38  was able to understand what is the real meaning of this general phrase.</w:t>
      </w:r>
      <w:r>
        <w:br/>
      </w:r>
      <w:r>
        <w:rPr>
          <w:sz w:val="20"/>
        </w:rPr>
        <w:t>2:48  abhi kal, shayad pachas saal ke baad. to dekhein, jahan tak mein ne parha hai, parhez Mr. A. A. Faiz, he is called three A Faiz,</w:t>
      </w:r>
      <w:r>
        <w:br/>
      </w:r>
      <w:r>
        <w:rPr>
          <w:sz w:val="20"/>
        </w:rPr>
        <w:t>3:06  was the first to publish complete book on this subject. the title was "Modern Approach to Islam".</w:t>
      </w:r>
      <w:r>
        <w:br/>
      </w:r>
      <w:r>
        <w:rPr>
          <w:sz w:val="20"/>
        </w:rPr>
        <w:t>3:20  this book was registered by ulema. but mein ne kaha ke mein bad intention par nahi leta kisi cheez ko.</w:t>
      </w:r>
      <w:r>
        <w:br/>
      </w:r>
      <w:r>
        <w:rPr>
          <w:sz w:val="20"/>
        </w:rPr>
        <w:t>3:29  mein sochta rehta hoon.</w:t>
      </w:r>
      <w:r>
        <w:br/>
      </w:r>
      <w:r>
        <w:rPr>
          <w:sz w:val="20"/>
        </w:rPr>
        <w:t>3:34  to is tarah ki bohat si cheez parhi mein ne. phir mujhe yaad hai ke partition se pehle, yaani independent se pehle, aik sahib thay Lahore ke.</w:t>
      </w:r>
      <w:r>
        <w:br/>
      </w:r>
      <w:r>
        <w:rPr>
          <w:sz w:val="20"/>
        </w:rPr>
        <w:t>3:47  to unhon ne kaha tha, likha tha, main ne parha tha is ko: "quran has to be re revealed today."</w:t>
      </w:r>
      <w:r>
        <w:br/>
      </w:r>
      <w:r>
        <w:rPr>
          <w:sz w:val="20"/>
        </w:rPr>
        <w:t>4:00  "quran has to be re revealed today." yeh jo un ka phrase hai, mujhe shayad pachas baras se haunt karta raha, kar raha tha.</w:t>
      </w:r>
      <w:r>
        <w:br/>
      </w:r>
      <w:r>
        <w:rPr>
          <w:sz w:val="20"/>
        </w:rPr>
        <w:t>4:14  only yesterday i discovered</w:t>
      </w:r>
      <w:r>
        <w:br/>
      </w:r>
      <w:r>
        <w:rPr>
          <w:sz w:val="20"/>
        </w:rPr>
        <w:t>4:19  the meaning of this phrase. dekhen, baat yeh hai ke har aadmi ka apna aik bent of mind hota hai.</w:t>
      </w:r>
      <w:r>
        <w:br/>
      </w:r>
      <w:r>
        <w:rPr>
          <w:sz w:val="20"/>
        </w:rPr>
        <w:t>4:30  aik mind set hota hai.</w:t>
      </w:r>
      <w:r>
        <w:br/>
      </w:r>
      <w:r>
        <w:rPr>
          <w:sz w:val="20"/>
        </w:rPr>
        <w:t>4:35  to jab tak aap</w:t>
      </w:r>
      <w:r>
        <w:br/>
      </w:r>
      <w:r>
        <w:rPr>
          <w:sz w:val="20"/>
        </w:rPr>
        <w:t>4:39  baat ko apne mind set par na dhaal len, aap ki samajh mein nahin aata.</w:t>
      </w:r>
      <w:r>
        <w:br/>
      </w:r>
      <w:r>
        <w:rPr>
          <w:sz w:val="20"/>
        </w:rPr>
        <w:t>4:51  yani when you are, when you are able to convert that idea in your familiar words, then you are able to understand the point.</w:t>
      </w:r>
      <w:r>
        <w:br/>
      </w:r>
      <w:r>
        <w:rPr>
          <w:sz w:val="20"/>
        </w:rPr>
        <w:t>5:04  to main ne kal jo hai is ko badla, yani badal saka. mere mind ne bohat dinon ki ke analysis ke baad, woh kya tha?</w:t>
      </w:r>
      <w:r>
        <w:br/>
      </w:r>
      <w:r>
        <w:rPr>
          <w:sz w:val="20"/>
        </w:rPr>
        <w:t>5:19  main ne socha ke dekhen, yeh jo kaha unhon ne: "quran has to be re revealed today", is ka matlab kya hai?</w:t>
      </w:r>
      <w:r>
        <w:br/>
      </w:r>
      <w:r>
        <w:rPr>
          <w:sz w:val="20"/>
        </w:rPr>
        <w:t>5:29  is ka matlab hai: "quran has to be re defined in modern terms".</w:t>
      </w:r>
      <w:r>
        <w:br/>
      </w:r>
      <w:r>
        <w:rPr>
          <w:sz w:val="20"/>
        </w:rPr>
        <w:t>5:38  tab main samajh gaya is ka matlab. "quran has to be re defined in modern terms".</w:t>
      </w:r>
      <w:r>
        <w:br/>
      </w:r>
      <w:r>
        <w:rPr>
          <w:sz w:val="20"/>
        </w:rPr>
        <w:t>5:49  tab main samjha ke is ka matlab kya hai.</w:t>
      </w:r>
      <w:r>
        <w:br/>
      </w:r>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p>
    <w:p>
      <w:pPr>
        <w:pStyle w:val="Heading2"/>
      </w:pPr>
      <w:r>
        <w:t>Maulana's anger at principle violation</w:t>
      </w:r>
    </w:p>
    <w:p>
      <w:r>
        <w:rPr>
          <w:color w:val="666666"/>
          <w:sz w:val="18"/>
        </w:rPr>
        <w:t>Understanding Islam (In Conversation with Maulana) June 20, 2010 Maulana Wahidudidn Khan · 35s · at 3:03 · https://youtu.be/7UylaPL-iO8?t=183</w:t>
      </w:r>
    </w:p>
    <w:p>
      <w:r>
        <w:rPr>
          <w:i/>
        </w:rPr>
        <w:t>“Mujhe ghusa aata hai jab aadmi principal ke khilaf kare”</w:t>
      </w:r>
    </w:p>
    <w:p>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p>
    <w:p>
      <w:pPr>
        <w:pStyle w:val="Heading2"/>
      </w:pPr>
      <w:r>
        <w:t>Achievable vs unachievable goals: the root of all frustration</w:t>
      </w:r>
    </w:p>
    <w:p>
      <w:r>
        <w:rPr>
          <w:color w:val="666666"/>
          <w:sz w:val="18"/>
        </w:rPr>
        <w:t>Hadith-e-Jibril, April 21, 2013 · 5m 36s · at 1:02:55 · https://youtu.be/0rF6Ou0pDog?t=3775</w:t>
      </w:r>
    </w:p>
    <w:p>
      <w:r>
        <w:rPr>
          <w:i/>
        </w:rPr>
        <w:t>“دنیا میں دو قسم کے goal ہوتے ہیں”</w:t>
      </w:r>
    </w:p>
    <w:p>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Maulana's journey from doubt to choosing Islam</w:t>
      </w:r>
    </w:p>
    <w:p>
      <w:r>
        <w:rPr>
          <w:color w:val="666666"/>
          <w:sz w:val="18"/>
        </w:rPr>
        <w:t>On World Religions Diversity not Dissension March 9, 2013 · 2m 47s · at 9:03 · https://youtu.be/8enJoTTAH5k?t=543</w:t>
      </w:r>
    </w:p>
    <w:p>
      <w:r>
        <w:rPr>
          <w:i/>
        </w:rPr>
        <w:t>“I was born in a Muslim family, but I had doubts”</w:t>
      </w:r>
    </w:p>
    <w:p>
      <w:r>
        <w:rPr>
          <w:sz w:val="20"/>
        </w:rPr>
        <w:t>9:03  I was born in a Muslim family. My education, my upbringing, was on the traditional lines.</w:t>
      </w:r>
      <w:r>
        <w:br/>
      </w:r>
      <w:r>
        <w:rPr>
          <w:sz w:val="20"/>
        </w:rPr>
        <w:t>9:22  But when I reached the age of maturity, I developed doubts. I discovered that I am a seeker and was sad with that version of Islam that</w:t>
      </w:r>
      <w:r>
        <w:br/>
      </w:r>
      <w:r>
        <w:rPr>
          <w:sz w:val="20"/>
        </w:rPr>
        <w:t>9:45  I experienced in masjid, in madrasa, and in Muslim society.</w:t>
      </w:r>
      <w:r>
        <w:br/>
      </w:r>
      <w:r>
        <w:rPr>
          <w:sz w:val="20"/>
        </w:rPr>
        <w:t>9:51  It was a very tragic moment for me.</w:t>
      </w:r>
      <w:r>
        <w:br/>
      </w:r>
      <w:r>
        <w:rPr>
          <w:sz w:val="20"/>
        </w:rPr>
        <w:t>10:00  Then, unbelievably, an event happened.</w:t>
      </w:r>
      <w:r>
        <w:br/>
      </w:r>
      <w:r>
        <w:rPr>
          <w:sz w:val="20"/>
        </w:rPr>
        <w:t>10:10  At that time, I decided to study all those details about religion, spirituality, philosophy, to discover the answer of my natu</w:t>
      </w:r>
      <w:r>
        <w:br/>
      </w:r>
      <w:r>
        <w:rPr>
          <w:sz w:val="20"/>
        </w:rPr>
        <w:t>10:29  re. It is very interesting that at this juncture, I read some of Swami Gandha's work, especially letters of Swami Vivekananda.</w:t>
      </w:r>
      <w:r>
        <w:br/>
      </w:r>
      <w:r>
        <w:rPr>
          <w:sz w:val="20"/>
        </w:rPr>
        <w:t>10:49  In this book, there is a letter number 175</w:t>
      </w:r>
      <w:r>
        <w:br/>
      </w:r>
      <w:r>
        <w:rPr>
          <w:sz w:val="20"/>
        </w:rPr>
        <w:t>10:57  . In this letter, Swamiji had mentioned Islam in very shiny words.</w:t>
      </w:r>
      <w:r>
        <w:br/>
      </w:r>
      <w:r>
        <w:rPr>
          <w:sz w:val="20"/>
        </w:rPr>
        <w:t>11:07  This triggered my mind.</w:t>
      </w:r>
      <w:r>
        <w:br/>
      </w:r>
      <w:r>
        <w:rPr>
          <w:sz w:val="20"/>
        </w:rPr>
        <w:t>11:13  This mention of Swami Vivekananda triggered my mind. I decided to restudy Islam.</w:t>
      </w:r>
      <w:r>
        <w:br/>
      </w:r>
      <w:r>
        <w:rPr>
          <w:sz w:val="20"/>
        </w:rPr>
        <w:t>11:21  It was a very interesting study.</w:t>
      </w:r>
      <w:r>
        <w:br/>
      </w:r>
      <w:r>
        <w:rPr>
          <w:sz w:val="20"/>
        </w:rPr>
        <w:t>11:25  So what happened after a long study of Quran and Sunnah, another relevant teacher, I discovered that Islam was my choice, although it was not my birth religion.</w:t>
      </w:r>
    </w:p>
    <w:p>
      <w:pPr>
        <w:pStyle w:val="Heading2"/>
      </w:pPr>
      <w:r>
        <w:t>Maulana's own confession of losing deep remembrance</w:t>
      </w:r>
    </w:p>
    <w:p>
      <w:r>
        <w:rPr>
          <w:color w:val="666666"/>
          <w:sz w:val="18"/>
        </w:rPr>
        <w:t>Love of God October 04, 2009 · 55s · at 17:33 · https://youtu.be/JKCfgvpoX5s?t=1053</w:t>
      </w:r>
    </w:p>
    <w:p>
      <w:r>
        <w:rPr>
          <w:i/>
        </w:rPr>
        <w:t>“دو تین دن سے مجھے اللہ کی گہری یاد نہیں آ رہی تھی”</w:t>
      </w:r>
    </w:p>
    <w:p>
      <w:r>
        <w:rPr>
          <w:sz w:val="20"/>
        </w:rPr>
        <w:t>17:33  mein apnay baray mein batata hoon, do teen din se mein Allah ki tarah ki gehri yaad nahi aa rahi thi, gehri yaad nahi aa rahi thi.</w:t>
      </w:r>
      <w:r>
        <w:br/>
      </w:r>
      <w:r>
        <w:rPr>
          <w:sz w:val="20"/>
        </w:rPr>
        <w:t>17:44  mein bohat pareshan tha,</w:t>
      </w:r>
      <w:r>
        <w:br/>
      </w:r>
      <w:r>
        <w:rPr>
          <w:sz w:val="20"/>
        </w:rPr>
        <w:t>17:48  woh ayat jo dil ko tarpaye, jo aankhon se aansu bhar ke bahay, woh yaad. to aaj subah mein utha, fajar se pehlay mein ne namaz parhi,</w:t>
      </w:r>
      <w:r>
        <w:br/>
      </w:r>
      <w:r>
        <w:rPr>
          <w:sz w:val="20"/>
        </w:rPr>
        <w:t>18:01  mein ne kaha: "Ae Khudaaya!</w:t>
      </w:r>
      <w:r>
        <w:br/>
      </w:r>
      <w:r>
        <w:rPr>
          <w:sz w:val="20"/>
        </w:rPr>
        <w:t>18:03  kya tu mujhe chhod dega?</w:t>
      </w:r>
      <w:r>
        <w:br/>
      </w:r>
      <w:r>
        <w:rPr>
          <w:sz w:val="20"/>
        </w:rPr>
        <w:t>18:18  to phir woh wapas aa gaya, woh kaifiyat phir wapas aa gai.</w:t>
      </w:r>
    </w:p>
    <w:p>
      <w:pPr>
        <w:pStyle w:val="Heading2"/>
      </w:pPr>
      <w:r>
        <w:t>Maulana's dawn sitting routine at office</w:t>
      </w:r>
    </w:p>
    <w:p>
      <w:r>
        <w:rPr>
          <w:color w:val="666666"/>
          <w:sz w:val="18"/>
        </w:rPr>
        <w:t>Realization of God August 19, 2018 Maulana Wahiduddin Khan · 25s · at 0:35 · https://youtu.be/jIFP26iWEKQ?t=35</w:t>
      </w:r>
    </w:p>
    <w:p>
      <w:r>
        <w:rPr>
          <w:i/>
        </w:rPr>
        <w:t>“Mera mamool hai ke main apne office ke samne subah ko”</w:t>
      </w:r>
    </w:p>
    <w:p>
      <w:r>
        <w:rPr>
          <w:sz w:val="20"/>
        </w:rPr>
        <w:t>0:35  mera mamool hai ke main apne office ke samne subah ko</w:t>
      </w:r>
      <w:r>
        <w:br/>
      </w:r>
      <w:r>
        <w:rPr>
          <w:sz w:val="20"/>
        </w:rPr>
        <w:t>0:44  der tak baithta hoon, yani jis ko kehte hain dawn. dawn ke waqt.</w:t>
      </w:r>
      <w:r>
        <w:br/>
      </w:r>
      <w:r>
        <w:rPr>
          <w:sz w:val="20"/>
        </w:rPr>
        <w:t>0:55  subah sawere ka waqt.</w:t>
      </w:r>
    </w:p>
    <w:p>
      <w:pPr>
        <w:pStyle w:val="Heading2"/>
      </w:pPr>
      <w:r>
        <w:t>Stress is a digital process not negative</w:t>
      </w:r>
    </w:p>
    <w:p>
      <w:r>
        <w:rPr>
          <w:color w:val="666666"/>
          <w:sz w:val="18"/>
        </w:rPr>
        <w:t>Stress Management Jan 25, 2020 - Maulana Wahiduddin Khan · 4m 43s · at 0:14 · https://youtu.be/oK-oYmN2YVA?t=14</w:t>
      </w:r>
    </w:p>
    <w:p>
      <w:r>
        <w:rPr>
          <w:i/>
        </w:rPr>
        <w:t>“Bismillah hir Rahman nir Rahim, Wa alaikum assalam”</w:t>
      </w:r>
    </w:p>
    <w:p>
      <w:r>
        <w:rPr>
          <w:sz w:val="20"/>
        </w:rPr>
        <w:t>0:14  bismillah rahman rahim. wa alaikum assalam. wa salli allah ala nabiyyi karim. to aaj</w:t>
      </w:r>
      <w:r>
        <w:br/>
      </w:r>
      <w:r>
        <w:rPr>
          <w:sz w:val="20"/>
        </w:rPr>
        <w:t>0:25  piya malik ki rah ki aaj ka topic</w:t>
      </w:r>
      <w:r>
        <w:br/>
      </w:r>
      <w:r>
        <w:rPr>
          <w:sz w:val="20"/>
        </w:rPr>
        <w:t>0:33  stress hua, how to de stress.</w:t>
      </w:r>
      <w:r>
        <w:br/>
      </w:r>
      <w:r>
        <w:rPr>
          <w:sz w:val="20"/>
        </w:rPr>
        <w:t>0:40  yeh kaise?</w:t>
      </w:r>
      <w:r>
        <w:br/>
      </w:r>
      <w:r>
        <w:rPr>
          <w:sz w:val="20"/>
        </w:rPr>
        <w:t>0:47  jahan tak mera tajurba hai,</w:t>
      </w:r>
      <w:r>
        <w:br/>
      </w:r>
      <w:r>
        <w:rPr>
          <w:sz w:val="20"/>
        </w:rPr>
        <w:t>0:55  jahan tak mera tajurba hai, is cheez ko aaj kal stress kaha jata hai, woh koi negative phenomena nahi hai.</w:t>
      </w:r>
      <w:r>
        <w:br/>
      </w:r>
      <w:r>
        <w:rPr>
          <w:sz w:val="20"/>
        </w:rPr>
        <w:t>1:07  aam taur par is ko log lete hain negative phenomena ke taur par.</w:t>
      </w:r>
      <w:r>
        <w:br/>
      </w:r>
      <w:r>
        <w:rPr>
          <w:sz w:val="20"/>
        </w:rPr>
        <w:t>1:15  main samajhta hoon ke yeh positive phenomena hai.</w:t>
      </w:r>
      <w:r>
        <w:br/>
      </w:r>
      <w:r>
        <w:rPr>
          <w:sz w:val="20"/>
        </w:rPr>
        <w:t>1:24  stress ka tajurba jo hota hai, woh hamare nature ka ek part hai. hamare nature ka ek part hai.</w:t>
      </w:r>
      <w:r>
        <w:br/>
      </w:r>
      <w:r>
        <w:rPr>
          <w:sz w:val="20"/>
        </w:rPr>
        <w:t>1:44  hamare ziddi ek to yeh hai ke woh normal tareeqe se guzar rahe hain, woh.</w:t>
      </w:r>
      <w:r>
        <w:br/>
      </w:r>
      <w:r>
        <w:rPr>
          <w:sz w:val="20"/>
        </w:rPr>
        <w:t>1:53  lekin kabhi hamare ziddi mein kuch aise halaat pesh aate hain ke woh stress ban jate hain.</w:t>
      </w:r>
      <w:r>
        <w:br/>
      </w:r>
      <w:r>
        <w:rPr>
          <w:sz w:val="20"/>
        </w:rPr>
        <w:t>2:10  woh stress ban jate hain.</w:t>
      </w:r>
      <w:r>
        <w:br/>
      </w:r>
      <w:r>
        <w:rPr>
          <w:sz w:val="20"/>
        </w:rPr>
        <w:t>2:16  yani zyada dabaav padta hai hamare mind par.</w:t>
      </w:r>
      <w:r>
        <w:br/>
      </w:r>
      <w:r>
        <w:rPr>
          <w:sz w:val="20"/>
        </w:rPr>
        <w:t>2:23  to mera tajurba yeh hai ke woh ek digital process hai, woh koi</w:t>
      </w:r>
      <w:r>
        <w:br/>
      </w:r>
      <w:r>
        <w:rPr>
          <w:sz w:val="20"/>
        </w:rPr>
        <w:t>2:43  negative tajurba hai hi nahi.</w:t>
      </w:r>
      <w:r>
        <w:br/>
      </w:r>
      <w:r>
        <w:rPr>
          <w:sz w:val="20"/>
        </w:rPr>
        <w:t>2:51  woh ek digital process hai. yeh hamara jo, yeh jo hamara jo body wajood hai, wajood, hamari jo personality hai,</w:t>
      </w:r>
      <w:r>
        <w:br/>
      </w:r>
      <w:r>
        <w:rPr>
          <w:sz w:val="20"/>
        </w:rPr>
        <w:t>3:07  woh kuch cheezein create karti hai abnormal taur par.</w:t>
      </w:r>
      <w:r>
        <w:br/>
      </w:r>
      <w:r>
        <w:rPr>
          <w:sz w:val="20"/>
        </w:rPr>
        <w:t>3:14  to isi ko hum keh dete hain stress.</w:t>
      </w:r>
      <w:r>
        <w:br/>
      </w:r>
      <w:r>
        <w:rPr>
          <w:sz w:val="20"/>
        </w:rPr>
        <w:t>3:20  stress mein yeh kahunga ke bahar ki cheez nahi hai, hamare apne shakhsiyat ka ek production hai.</w:t>
      </w:r>
      <w:r>
        <w:br/>
      </w:r>
      <w:r>
        <w:rPr>
          <w:sz w:val="20"/>
        </w:rPr>
        <w:t>3:36  hamari apni shakhsiyat ka ek production hai.</w:t>
      </w:r>
      <w:r>
        <w:br/>
      </w:r>
      <w:r>
        <w:rPr>
          <w:sz w:val="20"/>
        </w:rPr>
        <w:t>3:43  yani kuch halaat aise hote hain jo bazahir un ke usoolon se nahi hote, wahan hamari jo personality hai, woh woh enhance karti hai.</w:t>
      </w:r>
      <w:r>
        <w:br/>
      </w:r>
      <w:r>
        <w:rPr>
          <w:sz w:val="20"/>
        </w:rPr>
        <w:t>3:59  hamare apne</w:t>
      </w:r>
      <w:r>
        <w:br/>
      </w:r>
      <w:r>
        <w:rPr>
          <w:sz w:val="20"/>
        </w:rPr>
        <w:t>4:06  wajood ke andar jo chalta rehta hai, us ko.</w:t>
      </w:r>
      <w:r>
        <w:br/>
      </w:r>
      <w:r>
        <w:rPr>
          <w:sz w:val="20"/>
        </w:rPr>
        <w:t>4:15  to is ka matlab yeh hua ke yeh</w:t>
      </w:r>
      <w:r>
        <w:br/>
      </w:r>
      <w:r>
        <w:rPr>
          <w:sz w:val="20"/>
        </w:rPr>
        <w:t>4:26  is waqt hamari personality zyada deeper system mein sochne lagti hai.</w:t>
      </w:r>
      <w:r>
        <w:br/>
      </w:r>
      <w:r>
        <w:rPr>
          <w:sz w:val="20"/>
        </w:rPr>
        <w:t>4:39  woh creative solution chahti hai nikalna. hum par jo beetta hai, us ka koi naya solution, koi creative solution ka.</w:t>
      </w:r>
    </w:p>
    <w:p>
      <w:pPr>
        <w:pStyle w:val="Heading2"/>
      </w:pPr>
      <w:r>
        <w:t>Unanswered prayers were actually blessings in disguise</w:t>
      </w:r>
    </w:p>
    <w:p>
      <w:r>
        <w:rPr>
          <w:color w:val="666666"/>
          <w:sz w:val="18"/>
        </w:rPr>
        <w:t>Islam Ideology, Team and Method October 09, 2011 · 2m 24s · at 1:04:01 · https://youtu.be/zRilc1fG6c0?t=3841</w:t>
      </w:r>
    </w:p>
    <w:p>
      <w:r>
        <w:rPr>
          <w:i/>
        </w:rPr>
        <w:t>“Aaj subah maine socha, kitni cheezein maine chahin jo nahi hui”</w:t>
      </w:r>
    </w:p>
    <w:p>
      <w:r>
        <w:rPr>
          <w:sz w:val="20"/>
        </w:rPr>
        <w:t>1:04:01  to asal jo hamein struggle karna hai, woh yeh hai ke hum apne ko distraction se bachayein. distraction mein dekhiye, kabhi aisa karna parta hai ke aap apne passion ko dabate hain,</w:t>
      </w:r>
      <w:r>
        <w:br/>
      </w:r>
      <w:r>
        <w:rPr>
          <w:sz w:val="20"/>
        </w:rPr>
        <w:t>1:04:15  passion ke passion ke peeche nahi daurte. kabhi aisa hota hai ke apne interest ko bhula, kabhi interest kal ho gaya to us ko bhulate hain.</w:t>
      </w:r>
      <w:r>
        <w:br/>
      </w:r>
      <w:r>
        <w:rPr>
          <w:sz w:val="20"/>
        </w:rPr>
        <w:t>1:04:29  aaj hi main kisi se keh raha tha, aaj hi subah ke main main ne socha ke zindagi mein kitni cheezein maine chahin jo nahi huin.</w:t>
      </w:r>
      <w:r>
        <w:br/>
      </w:r>
      <w:r>
        <w:rPr>
          <w:sz w:val="20"/>
        </w:rPr>
        <w:t>1:04:37  to main ne socha, aaj subah baith ke soch raha tha main ke zindagi mein ungliyon par gina, maine kam se kam 12 baje yaad aaye ke 12 kaam aise chahe maine jo nahi hue, 12 bar.</w:t>
      </w:r>
      <w:r>
        <w:br/>
      </w:r>
      <w:r>
        <w:rPr>
          <w:sz w:val="20"/>
        </w:rPr>
        <w:t>1:04:57  to jo maine na chaha, woh hua. yani yeh jo kaam ho raha hai is waqt, yeh meri planning mein nahi tha</w:t>
      </w:r>
      <w:r>
        <w:br/>
      </w:r>
      <w:r>
        <w:rPr>
          <w:sz w:val="20"/>
        </w:rPr>
        <w:t>1:05:04  pehla se, bas yeh halaat bante gaye aur yeh is tarah se yeh development hota gaya. to maine socha ke woh jo 12 kaam maine chaha tha karna, us mein ek bhi agar hua to mere liye disastrous hota hai.</w:t>
      </w:r>
      <w:r>
        <w:br/>
      </w:r>
      <w:r>
        <w:rPr>
          <w:sz w:val="20"/>
        </w:rPr>
        <w:t>1:05:19  disastrous aaj main sochta hoon. to hota kya hai ke aadmi ek kaam nahi banta, usi ko le kar aadmi pareshan rehta hai, tension mein rehta hai, distract hota hai.</w:t>
      </w:r>
      <w:r>
        <w:br/>
      </w:r>
      <w:r>
        <w:rPr>
          <w:sz w:val="20"/>
        </w:rPr>
        <w:t>1:05:32  lekin baat ko agar aap sochiye, jo kaam nahi bana, wahi hamare liye behtar tha. yani maine kam se kam 12 aise kaam gine jo main chahta tha, bohat zyada, woh main kar nahi saka.</w:t>
      </w:r>
      <w:r>
        <w:br/>
      </w:r>
      <w:r>
        <w:rPr>
          <w:sz w:val="20"/>
        </w:rPr>
        <w:t>1:05:46  us ko woh materialize nahi hua. woh to maine socha ke agar in mein se ek bhi materialize hua hota to mere liye bohat disastrous hota hua, meri zindagi tabah ho jati.</w:t>
      </w:r>
      <w:r>
        <w:br/>
      </w:r>
      <w:r>
        <w:rPr>
          <w:sz w:val="20"/>
        </w:rPr>
        <w:t>1:06:00  matlab mujhe na sachai ki discovery hoti, na main koi, na main machine banta, na main logon ka khair khwah banta ke main un ko sachai pahunchaoon.</w:t>
      </w:r>
      <w:r>
        <w:br/>
      </w:r>
      <w:r>
        <w:rPr>
          <w:sz w:val="20"/>
        </w:rPr>
        <w:t>1:06:12  yeh sab kuch na hota. phir main just like other, yani yani woh animal, yani logon ko main dekhta hoon ke woh earning animal bani hui hain, bas earning animal.</w:t>
      </w:r>
      <w:r>
        <w:br/>
      </w:r>
      <w:r>
        <w:rPr>
          <w:sz w:val="20"/>
        </w:rPr>
        <w:t>1:06:22  to mein bhi wahi sokar reh jata hoon.</w:t>
      </w:r>
    </w:p>
    <w:p>
      <w:pPr>
        <w:pStyle w:val="Heading2"/>
      </w:pPr>
      <w:r>
        <w:t>Five pillars mapped to life management aspects</w:t>
      </w:r>
    </w:p>
    <w:p>
      <w:r>
        <w:rPr>
          <w:color w:val="666666"/>
          <w:sz w:val="18"/>
        </w:rPr>
        <w:t>Principles of Zakat in Islam 11 May 2007 - Maulana Wahiduddin Khan · 5m 31s · at 0:10 · https://youtu.be/RmfLc_lQrxs?t=10</w:t>
      </w:r>
    </w:p>
    <w:p>
      <w:r>
        <w:rPr>
          <w:i/>
        </w:rPr>
        <w:t>“I would like to tell you something about the principle of Zakat in Islam.”</w:t>
      </w:r>
    </w:p>
    <w:p>
      <w:r>
        <w:rPr>
          <w:sz w:val="20"/>
        </w:rPr>
        <w:t>0:10  I would like to tell you something about the principle of Zakat in Islam. You know there are 5 pillars, according to a Hadith, there are 5 pillars of Islam.</w:t>
      </w:r>
      <w:r>
        <w:br/>
      </w:r>
      <w:r>
        <w:rPr>
          <w:sz w:val="20"/>
        </w:rPr>
        <w:t>0:25  One of these 5 pillars is Zakat. Z-A-K-A-T.</w:t>
      </w:r>
      <w:r>
        <w:br/>
      </w:r>
      <w:r>
        <w:rPr>
          <w:sz w:val="20"/>
        </w:rPr>
        <w:t>0:35  So what are those 5 pillars? And what is the place of Zakat in this system of 5 pillars?</w:t>
      </w:r>
      <w:r>
        <w:br/>
      </w:r>
      <w:r>
        <w:rPr>
          <w:sz w:val="20"/>
        </w:rPr>
        <w:t>0:46  I think that these 5 pillars cover all the human life. All the aspects of human life.</w:t>
      </w:r>
      <w:r>
        <w:br/>
      </w:r>
      <w:r>
        <w:rPr>
          <w:sz w:val="20"/>
        </w:rPr>
        <w:t>0:56  These 5 pillars are not simply religious pillars. Religious pillars. No. These are life pillars.</w:t>
      </w:r>
      <w:r>
        <w:br/>
      </w:r>
      <w:r>
        <w:rPr>
          <w:sz w:val="20"/>
        </w:rPr>
        <w:t>1:04  According to my analysis, there are distinctively 5 pillars of your life.</w:t>
      </w:r>
      <w:r>
        <w:br/>
      </w:r>
      <w:r>
        <w:rPr>
          <w:sz w:val="20"/>
        </w:rPr>
        <w:t>1:15  Pillar means aspect. So there are 5 aspects of human life. And these 5 pillars cover.</w:t>
      </w:r>
      <w:r>
        <w:br/>
      </w:r>
      <w:r>
        <w:rPr>
          <w:sz w:val="20"/>
        </w:rPr>
        <w:t>1:28  All those 5 aspects are pillars of human life. Now, what are those 5</w:t>
      </w:r>
      <w:r>
        <w:br/>
      </w:r>
      <w:r>
        <w:rPr>
          <w:sz w:val="20"/>
        </w:rPr>
        <w:t>1:36  aspects? First of all,</w:t>
      </w:r>
      <w:r>
        <w:br/>
      </w:r>
      <w:r>
        <w:rPr>
          <w:sz w:val="20"/>
        </w:rPr>
        <w:t>1:41  man is a thinking animal.</w:t>
      </w:r>
      <w:r>
        <w:br/>
      </w:r>
      <w:r>
        <w:rPr>
          <w:sz w:val="20"/>
        </w:rPr>
        <w:t>1:46  So thinking is one aspect of life. It is called that. It is said that man is a thinking animal.</w:t>
      </w:r>
      <w:r>
        <w:br/>
      </w:r>
      <w:r>
        <w:rPr>
          <w:sz w:val="20"/>
        </w:rPr>
        <w:t>1:55  So thinking is</w:t>
      </w:r>
      <w:r>
        <w:br/>
      </w:r>
      <w:r>
        <w:rPr>
          <w:sz w:val="20"/>
        </w:rPr>
        <w:t>1:59  an aspect of human life. You can say thought. The first pillar is thought.</w:t>
      </w:r>
      <w:r>
        <w:br/>
      </w:r>
      <w:r>
        <w:rPr>
          <w:sz w:val="20"/>
        </w:rPr>
        <w:t>2:09  Then time. Everyone has time. Time is the most precious asset of your life.</w:t>
      </w:r>
      <w:r>
        <w:br/>
      </w:r>
      <w:r>
        <w:rPr>
          <w:sz w:val="20"/>
        </w:rPr>
        <w:t>2:19  Then</w:t>
      </w:r>
      <w:r>
        <w:br/>
      </w:r>
      <w:r>
        <w:rPr>
          <w:sz w:val="20"/>
        </w:rPr>
        <w:t>2:22  you have desires. Everyone is full of desires. So desires are also part of human life. Then you have time.</w:t>
      </w:r>
      <w:r>
        <w:br/>
      </w:r>
      <w:r>
        <w:rPr>
          <w:sz w:val="20"/>
        </w:rPr>
        <w:t>2:35  It is said that time is everything. So you have time.</w:t>
      </w:r>
      <w:r>
        <w:br/>
      </w:r>
      <w:r>
        <w:rPr>
          <w:sz w:val="20"/>
        </w:rPr>
        <w:t>2:42  Then</w:t>
      </w:r>
      <w:r>
        <w:br/>
      </w:r>
      <w:r>
        <w:rPr>
          <w:sz w:val="20"/>
        </w:rPr>
        <w:t>2:45  you have money. Everyone has some money.</w:t>
      </w:r>
      <w:r>
        <w:br/>
      </w:r>
      <w:r>
        <w:rPr>
          <w:sz w:val="20"/>
        </w:rPr>
        <w:t>2:55  More or less. Then everyone wants to set a goal. Setting a goal is also a part of human life.</w:t>
      </w:r>
      <w:r>
        <w:br/>
      </w:r>
      <w:r>
        <w:rPr>
          <w:sz w:val="20"/>
        </w:rPr>
        <w:t>3:08  So these are 5 aspects: thought, time, desires,</w:t>
      </w:r>
      <w:r>
        <w:br/>
      </w:r>
      <w:r>
        <w:rPr>
          <w:sz w:val="20"/>
        </w:rPr>
        <w:t>3:15  money, and goal. I think that these are 5 aspects of human life. And these 5 aspects cover all the...</w:t>
      </w:r>
      <w:r>
        <w:br/>
      </w:r>
      <w:r>
        <w:rPr>
          <w:sz w:val="20"/>
        </w:rPr>
        <w:t>3:30  all the human personality.</w:t>
      </w:r>
      <w:r>
        <w:br/>
      </w:r>
      <w:r>
        <w:rPr>
          <w:sz w:val="20"/>
        </w:rPr>
        <w:t>3:35  So these 5 pillars of Islam</w:t>
      </w:r>
      <w:r>
        <w:br/>
      </w:r>
      <w:r>
        <w:rPr>
          <w:sz w:val="20"/>
        </w:rPr>
        <w:t>3:40  cover all these 5 aspects of human life. So I can say these 5 pillars mean...</w:t>
      </w:r>
      <w:r>
        <w:br/>
      </w:r>
      <w:r>
        <w:rPr>
          <w:sz w:val="20"/>
        </w:rPr>
        <w:t>3:49  Art of thought management. Art of time management. Art of</w:t>
      </w:r>
      <w:r>
        <w:br/>
      </w:r>
      <w:r>
        <w:rPr>
          <w:sz w:val="20"/>
        </w:rPr>
        <w:t>3:58  desire management. Art of money management. And art of goal management.</w:t>
      </w:r>
      <w:r>
        <w:br/>
      </w:r>
      <w:r>
        <w:rPr>
          <w:sz w:val="20"/>
        </w:rPr>
        <w:t>4:08  Setting a goal. So according to the Hadith, the... the Hadith is</w:t>
      </w:r>
      <w:r>
        <w:br/>
      </w:r>
      <w:r>
        <w:rPr>
          <w:sz w:val="20"/>
        </w:rPr>
        <w:t>4:15  like this. These are the Arabic words of Hadith: bani al-islam ala khams: shahadat la ilaha illallah, wa iqam al-salat, wa ita al-zakat,</w:t>
      </w:r>
      <w:r>
        <w:br/>
      </w:r>
      <w:r>
        <w:rPr>
          <w:sz w:val="20"/>
        </w:rPr>
        <w:t>4:31  wa al-hajj, wa sawm ramadan.</w:t>
      </w:r>
      <w:r>
        <w:br/>
      </w:r>
      <w:r>
        <w:rPr>
          <w:sz w:val="20"/>
        </w:rPr>
        <w:t>4:35  These are 5 pillars. The first is Kalimah.</w:t>
      </w:r>
      <w:r>
        <w:br/>
      </w:r>
      <w:r>
        <w:rPr>
          <w:sz w:val="20"/>
        </w:rPr>
        <w:t>4:42  Kalimah, word of tawhid. That represents art of thought management. When you say la ilaha illallah, there is no God but one God.</w:t>
      </w:r>
      <w:r>
        <w:br/>
      </w:r>
      <w:r>
        <w:rPr>
          <w:sz w:val="20"/>
        </w:rPr>
        <w:t>4:59  So you are</w:t>
      </w:r>
      <w:r>
        <w:br/>
      </w:r>
      <w:r>
        <w:rPr>
          <w:sz w:val="20"/>
        </w:rPr>
        <w:t>5:01  managing your thought process.</w:t>
      </w:r>
      <w:r>
        <w:br/>
      </w:r>
      <w:r>
        <w:rPr>
          <w:sz w:val="20"/>
        </w:rPr>
        <w:t>5:07  So it is art of thought management. Then Salat, 5 time prayers. That is management of time.</w:t>
      </w:r>
      <w:r>
        <w:br/>
      </w:r>
      <w:r>
        <w:rPr>
          <w:sz w:val="20"/>
        </w:rPr>
        <w:t>5:18  So Salat means... So Salat means art of time management.</w:t>
      </w:r>
      <w:r>
        <w:br/>
      </w:r>
      <w:r>
        <w:rPr>
          <w:sz w:val="20"/>
        </w:rPr>
        <w:t>5:26  Then there is money. And Zakat pertains to money. So Zakat means art of money management.</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A non-crippling challenge is a blessing</w:t>
      </w:r>
    </w:p>
    <w:p>
      <w:r>
        <w:rPr>
          <w:color w:val="666666"/>
          <w:sz w:val="18"/>
        </w:rPr>
        <w:t>The Concept of Doomsday in islam May 16, 2009 · 48s · at 15:20 · https://youtu.be/yPjFg8vwSLw?t=920</w:t>
      </w:r>
    </w:p>
    <w:p>
      <w:r>
        <w:rPr>
          <w:i/>
        </w:rPr>
        <w:t>“Crippling Challenge is a problem, but Non-Crippling Challenge is a blessing.”</w:t>
      </w:r>
    </w:p>
    <w:p>
      <w:r>
        <w:rPr>
          <w:sz w:val="20"/>
        </w:rPr>
        <w:t>15:20  Crippling Challenge is a problem, but Non-Crippling Challenge is a blessing.</w:t>
      </w:r>
      <w:r>
        <w:br/>
      </w:r>
      <w:r>
        <w:rPr>
          <w:sz w:val="20"/>
        </w:rPr>
        <w:t>15:31  When the challenge is Non-Crippling nature, then it serves as a</w:t>
      </w:r>
      <w:r>
        <w:br/>
      </w:r>
      <w:r>
        <w:rPr>
          <w:sz w:val="20"/>
        </w:rPr>
        <w:t>15:42  stepping stone for your progress because challenge enhances your creativity.</w:t>
      </w:r>
      <w:r>
        <w:br/>
      </w:r>
      <w:r>
        <w:rPr>
          <w:sz w:val="20"/>
        </w:rPr>
        <w:t>15:52  Challenge makes your mind more active.</w:t>
      </w:r>
      <w:r>
        <w:br/>
      </w:r>
      <w:r>
        <w:rPr>
          <w:sz w:val="20"/>
        </w:rPr>
        <w:t>15:59  So you become a hero. You meet that challenge, and then you get success.</w:t>
      </w:r>
    </w:p>
    <w:p>
      <w:pPr>
        <w:pStyle w:val="Heading2"/>
      </w:pPr>
      <w:r>
        <w:t>Positive mind sharpens skills for corporate success</w:t>
      </w:r>
    </w:p>
    <w:p>
      <w:r>
        <w:rPr>
          <w:color w:val="666666"/>
          <w:sz w:val="18"/>
        </w:rPr>
        <w:t>From Anger to Awareness A Journey with Maulana Wahiduddin Khan · 1m 10s · at 18:20 · https://youtu.be/EmHNgq0Iq1w?t=1100</w:t>
      </w:r>
    </w:p>
    <w:p>
      <w:r>
        <w:rPr>
          <w:i/>
        </w:rPr>
        <w:t>“Let me give you a spiritual formula, Maulana said.”</w:t>
      </w:r>
    </w:p>
    <w:p>
      <w:r>
        <w:rPr>
          <w:sz w:val="20"/>
        </w:rPr>
        <w:t>18:20  . There was one, uh, lady who was, uh, deeply, uh, spiritual and religious, and, uh, she was in deep work stress.</w:t>
      </w:r>
      <w:r>
        <w:br/>
      </w:r>
      <w:r>
        <w:rPr>
          <w:sz w:val="20"/>
        </w:rPr>
        <w:t>18:30  So Maulana said to her that, uh, "Let me give you a spiritual formula," uh, that was given by Prophet Muhammad, may peace be upon him, and she was, uh, immediately interested.</w:t>
      </w:r>
      <w:r>
        <w:br/>
      </w:r>
      <w:r>
        <w:rPr>
          <w:sz w:val="20"/>
        </w:rPr>
        <w:t>18:41  So Maulana said that, uh, the Prophet once narrated that even waiting for a better tomorrow is worship.</w:t>
      </w:r>
      <w:r>
        <w:br/>
      </w:r>
      <w:r>
        <w:rPr>
          <w:sz w:val="20"/>
        </w:rPr>
        <w:t>18:50  She was so thrilled to hear this that even waiting for a better tomorrow is worship. And then Maulana said that if you make your mind always positive, save yourself from negativity, your mind will never age.</w:t>
      </w:r>
      <w:r>
        <w:br/>
      </w:r>
      <w:r>
        <w:rPr>
          <w:sz w:val="20"/>
        </w:rPr>
        <w:t>19:04  And, uh, if a person is positive, then that person is able to enhance his or her skills, and a skillful person is the most sought-after person in the corporate world.</w:t>
      </w:r>
      <w:r>
        <w:br/>
      </w:r>
      <w:r>
        <w:rPr>
          <w:sz w:val="20"/>
        </w:rPr>
        <w:t>19:16  But if you are negative, then you diminish your abilities</w:t>
      </w:r>
      <w:r>
        <w:br/>
      </w:r>
      <w:r>
        <w:rPr>
          <w:sz w:val="20"/>
        </w:rPr>
        <w:t>19:20  . So it is very important, uh, that, uh, you stay, uh, positive, uh, all the time. Yes, so training of mind is very essential, very important.</w:t>
      </w:r>
    </w:p>
    <w:p>
      <w:pPr>
        <w:pStyle w:val="Heading2"/>
      </w:pPr>
      <w:r>
        <w:t>Paradise veiled by hardships - how to uncover it</w:t>
      </w:r>
    </w:p>
    <w:p>
      <w:r>
        <w:rPr>
          <w:color w:val="666666"/>
          <w:sz w:val="18"/>
        </w:rPr>
        <w:t>Who Deserve Paradise July 29, 2017 · 4m 04s · at 8:15 · https://youtu.be/lU3Lf-9oslM?t=495</w:t>
      </w:r>
    </w:p>
    <w:p>
      <w:r>
        <w:rPr>
          <w:i/>
        </w:rPr>
        <w:t>“Hujibat al-jannatu bil-makarih.”</w:t>
      </w:r>
    </w:p>
    <w:p>
      <w:r>
        <w:rPr>
          <w:sz w:val="20"/>
        </w:rPr>
        <w:t>8:15  ab mazeed is mein aik pehlu hai jo hum ko hadith se maloom hoti hai. hadith se aik hadith hai ke: "hajabat al-jannah bil-buqarah." hajabat al-jannah bil-buqarah.</w:t>
      </w:r>
      <w:r>
        <w:br/>
      </w:r>
      <w:r>
        <w:rPr>
          <w:sz w:val="20"/>
        </w:rPr>
        <w:t>8:31  jannah nagawar cheezon se dhank di gayi hai. yaani aap already to hain jannah mein, lekin is par parda pada hua hai makrooh cheezon ka, nagawar cheezon ka.</w:t>
      </w:r>
      <w:r>
        <w:br/>
      </w:r>
      <w:r>
        <w:rPr>
          <w:sz w:val="20"/>
        </w:rPr>
        <w:t>8:50  to aap ka aap ka imtehan kya hua? aap ka test kya hua? aap ka test yeh hua ke jannah ke oopar jo makroohaat ka ya unwanted cheezon ka parda pada hua hai,</w:t>
      </w:r>
      <w:r>
        <w:br/>
      </w:r>
      <w:r>
        <w:rPr>
          <w:sz w:val="20"/>
        </w:rPr>
        <w:t>9:08  is ko hata paayein aap. is ko hata paayein. hata kar ke aap jannah ko realize karein isi dunya mein.</w:t>
      </w:r>
      <w:r>
        <w:br/>
      </w:r>
      <w:r>
        <w:rPr>
          <w:sz w:val="20"/>
        </w:rPr>
        <w:t>9:18  isi dunya mein aap jannah ko realize karein. yahi baat hadith is ayat mein hai ke: "yadkhuluhum al-jannah allati arfa."</w:t>
      </w:r>
      <w:r>
        <w:br/>
      </w:r>
      <w:r>
        <w:rPr>
          <w:sz w:val="20"/>
        </w:rPr>
        <w:t>9:33  jannah mein dakhil karega logon ko is jannah mein jis ki unhein pehchan kara di di thi is dunya mein. to pehchan kaise hogi?</w:t>
      </w:r>
      <w:r>
        <w:br/>
      </w:r>
      <w:r>
        <w:rPr>
          <w:sz w:val="20"/>
        </w:rPr>
        <w:t>9:45  aik test se guzarna hoga aap ko. aik test se guzarna hoga aap ko. aap ko jannah ka jo cover hai makroohaat ka,</w:t>
      </w:r>
      <w:r>
        <w:br/>
      </w:r>
      <w:r>
        <w:rPr>
          <w:sz w:val="20"/>
        </w:rPr>
        <w:t>10:00  is ko hatana parega. jaise mein aik misaal deta hoon, aaj mere saath kya hua? aaj subah ko mein utha to mera sir bhari ho raha tha.</w:t>
      </w:r>
      <w:r>
        <w:br/>
      </w:r>
      <w:r>
        <w:rPr>
          <w:sz w:val="20"/>
        </w:rPr>
        <w:t>10:13  mera sir bhari ho raha tha. to mein ne subah ko</w:t>
      </w:r>
      <w:r>
        <w:br/>
      </w:r>
      <w:r>
        <w:rPr>
          <w:sz w:val="20"/>
        </w:rPr>
        <w:t>10:20  fajr ki namaz ke baad mein bahar baith gaya. mein ne samjha ke shayad bahar baithne se sir halka ho jaye.</w:t>
      </w:r>
      <w:r>
        <w:br/>
      </w:r>
      <w:r>
        <w:rPr>
          <w:sz w:val="20"/>
        </w:rPr>
        <w:t>10:30  to nahi hua. phir mein ne daal liya, daal nahi, paki hui daal.</w:t>
      </w:r>
      <w:r>
        <w:br/>
      </w:r>
      <w:r>
        <w:rPr>
          <w:sz w:val="20"/>
        </w:rPr>
        <w:t>10:40  doctor ne kaha tha mujh se ke daal khoob khao. to daal khate khate jab daal khatam hui to mera sir halka halka ho chuka tha.</w:t>
      </w:r>
      <w:r>
        <w:br/>
      </w:r>
      <w:r>
        <w:rPr>
          <w:sz w:val="20"/>
        </w:rPr>
        <w:t>10:54  halka. to kaha mind jo mein bhari pan aa gaya tha, wo bhari pan tha is liye ke Allah ki aik jannah mein ne subah ko li nahi thi, yaani daal.</w:t>
      </w:r>
      <w:r>
        <w:br/>
      </w:r>
      <w:r>
        <w:rPr>
          <w:sz w:val="20"/>
        </w:rPr>
        <w:t>11:08  jab daal ki nemat le li to sir halka ho gaya.</w:t>
      </w:r>
      <w:r>
        <w:br/>
      </w:r>
      <w:r>
        <w:rPr>
          <w:sz w:val="20"/>
        </w:rPr>
        <w:t>11:15  to yeh hai makroohaat ka parda. is dunya mein har cheez mein jannah ka tajurba rakh diya gaya hai.</w:t>
      </w:r>
      <w:r>
        <w:br/>
      </w:r>
      <w:r>
        <w:rPr>
          <w:sz w:val="20"/>
        </w:rPr>
        <w:t>11:26  har har cheez mein jannah ka tajurba. lekin is tajurbe ko janne ke liye aap ko apne aap ko alive mind banana parega.</w:t>
      </w:r>
      <w:r>
        <w:br/>
      </w:r>
      <w:r>
        <w:rPr>
          <w:sz w:val="20"/>
        </w:rPr>
        <w:t>11:38  zinda mind, bedaar mind. agar aap ka mind bedaar ho, aap ka mind zinda mind ho to is cheezon mein aap ko barabar Allah ka shukar milega, Allah ki blessing milegi,</w:t>
      </w:r>
      <w:r>
        <w:br/>
      </w:r>
      <w:r>
        <w:rPr>
          <w:sz w:val="20"/>
        </w:rPr>
        <w:t>12:02  Allah ki nematton ka tajurba hoga. to bar bar jab is ko daryaft karein ge to aap positive hote chale jayen ge aur mukammal positivity hi ka naam marifat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