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Yusuf (Joseph)</w:t>
      </w:r>
    </w:p>
    <w:p>
      <w:r>
        <w:rPr>
          <w:sz w:val="18"/>
        </w:rPr>
        <w:t>Q&amp;A, lecture moments and clips · full transcripts with timestamps · exported 2026-09-21</w:t>
      </w:r>
    </w:p>
    <w:p>
      <w:pPr>
        <w:pStyle w:val="Heading1"/>
      </w:pPr>
      <w:r>
        <w:t>Maulana was asked (6)</w:t>
      </w:r>
    </w:p>
    <w:p>
      <w:pPr>
        <w:pStyle w:val="Heading2"/>
      </w:pPr>
      <w:r>
        <w:t>Detail of Yusuf's Story in Quran</w:t>
      </w:r>
    </w:p>
    <w:p>
      <w:r>
        <w:rPr>
          <w:color w:val="666666"/>
          <w:sz w:val="18"/>
        </w:rPr>
        <w:t>Divine Love July 31, 2016 · 2m 30s · at 58:00 · https://youtu.be/-gQiWX3l6J4?t=3480</w:t>
      </w:r>
    </w:p>
    <w:p>
      <w:r>
        <w:rPr>
          <w:i/>
        </w:rPr>
        <w:t>“In Surah Yusuf, the story of Prophet Yusuf (peace be upon him) is given in such great detail. Why is it so detailed?”</w:t>
      </w:r>
    </w:p>
    <w:p>
      <w:r>
        <w:rPr>
          <w:sz w:val="20"/>
        </w:rPr>
        <w:t>58:00  ji Maulana agla sawal lete hain jo Pakistan se Kashif Nadeem sahib ne bheja hai.</w:t>
      </w:r>
      <w:r>
        <w:br/>
      </w:r>
      <w:r>
        <w:rPr>
          <w:sz w:val="20"/>
        </w:rPr>
        <w:t>58:06  unhone likha hai Surah Yusuf mein Hazrat Yusuf Alaihissalam ka waqia itni detail ke sath maujood</w:t>
      </w:r>
      <w:r>
        <w:br/>
      </w:r>
      <w:r>
        <w:rPr>
          <w:sz w:val="20"/>
        </w:rPr>
        <w:t>58:14  hai.</w:t>
      </w:r>
      <w:r>
        <w:br/>
      </w:r>
      <w:r>
        <w:rPr>
          <w:sz w:val="20"/>
        </w:rPr>
        <w:t>58:15  Maulana sahib I would request you to elaborate the unsaid, untold and hidden lessons from the complete story</w:t>
      </w:r>
      <w:r>
        <w:br/>
      </w:r>
      <w:r>
        <w:rPr>
          <w:sz w:val="20"/>
        </w:rPr>
        <w:t>58:23  of Prophet Yusuf.</w:t>
      </w:r>
      <w:r>
        <w:br/>
      </w:r>
      <w:r>
        <w:rPr>
          <w:sz w:val="20"/>
        </w:rPr>
        <w:t>58:25  bhai aap ne parha nahi.</w:t>
      </w:r>
      <w:r>
        <w:br/>
      </w:r>
      <w:r>
        <w:rPr>
          <w:sz w:val="20"/>
        </w:rPr>
        <w:t>58:27  hum ne to bohat tafseel se likha hai Ahsan al-Qasas.</w:t>
      </w:r>
      <w:r>
        <w:br/>
      </w:r>
      <w:r>
        <w:rPr>
          <w:sz w:val="20"/>
        </w:rPr>
        <w:t>58:31  Quran mein Hazrat Yusuf Alaihissalam ko Ahsan al-Qasas kaha gaya hai.</w:t>
      </w:r>
      <w:r>
        <w:br/>
      </w:r>
      <w:r>
        <w:rPr>
          <w:sz w:val="20"/>
        </w:rPr>
        <w:t>58:36  Best story.</w:t>
      </w:r>
      <w:r>
        <w:br/>
      </w:r>
      <w:r>
        <w:rPr>
          <w:sz w:val="20"/>
        </w:rPr>
        <w:t>58:38  is par to hum ne bohat tafseel se likha hai.</w:t>
      </w:r>
      <w:r>
        <w:br/>
      </w:r>
      <w:r>
        <w:rPr>
          <w:sz w:val="20"/>
        </w:rPr>
        <w:t>58:42  kai baar likha hai.</w:t>
      </w:r>
      <w:r>
        <w:br/>
      </w:r>
      <w:r>
        <w:rPr>
          <w:sz w:val="20"/>
        </w:rPr>
        <w:t>58:44  aap aap ne parha nahi ab mein kya karoon.</w:t>
      </w:r>
      <w:r>
        <w:br/>
      </w:r>
      <w:r>
        <w:rPr>
          <w:sz w:val="20"/>
        </w:rPr>
        <w:t>58:47  is ko parh kar phir sawal kijiye.</w:t>
      </w:r>
      <w:r>
        <w:br/>
      </w:r>
      <w:r>
        <w:rPr>
          <w:sz w:val="20"/>
        </w:rPr>
        <w:t>58:50  Maulana agla comment Khwaja Kaleemuddin sahib ne bheja hai Pennsylvania se.</w:t>
      </w:r>
      <w:r>
        <w:br/>
      </w:r>
      <w:r>
        <w:rPr>
          <w:sz w:val="20"/>
        </w:rPr>
        <w:t>58:56  He has forwarded a comment of a lecturer whom he had sent your books.</w:t>
      </w:r>
      <w:r>
        <w:br/>
      </w:r>
      <w:r>
        <w:rPr>
          <w:sz w:val="20"/>
        </w:rPr>
        <w:t>59:02  The person is Dr. Craig Considine lecturer department of sociology Rice University.</w:t>
      </w:r>
      <w:r>
        <w:br/>
      </w:r>
      <w:r>
        <w:rPr>
          <w:sz w:val="20"/>
        </w:rPr>
        <w:t>59:07  He wrote to Kaleem sahib that thank you for sending Maulana sahib's books.</w:t>
      </w:r>
      <w:r>
        <w:br/>
      </w:r>
      <w:r>
        <w:rPr>
          <w:sz w:val="20"/>
        </w:rPr>
        <w:t>59:12  God bless you for your kind deed.</w:t>
      </w:r>
      <w:r>
        <w:br/>
      </w:r>
      <w:r>
        <w:rPr>
          <w:sz w:val="20"/>
        </w:rPr>
        <w:t>59:15  It is very much appreciated because knowledge fuels me and nourishes my soul.</w:t>
      </w:r>
      <w:r>
        <w:br/>
      </w:r>
      <w:r>
        <w:rPr>
          <w:sz w:val="20"/>
        </w:rPr>
        <w:t>59:21  Masha Allah.</w:t>
      </w:r>
      <w:r>
        <w:br/>
      </w:r>
      <w:r>
        <w:rPr>
          <w:sz w:val="20"/>
        </w:rPr>
        <w:t>59:22  Okay so we will end this session now.</w:t>
      </w:r>
      <w:r>
        <w:br/>
      </w:r>
      <w:r>
        <w:rPr>
          <w:sz w:val="20"/>
        </w:rPr>
        <w:t>59:26  We will be back next Sunday same time at 10:30 AM.</w:t>
      </w:r>
      <w:r>
        <w:br/>
      </w:r>
      <w:r>
        <w:rPr>
          <w:sz w:val="20"/>
        </w:rPr>
        <w:t>59:31  Thank you.</w:t>
      </w:r>
    </w:p>
    <w:p>
      <w:pPr>
        <w:pStyle w:val="Heading2"/>
      </w:pPr>
      <w:r>
        <w:t>Prophet Yusuf's Interpretation of the King's Dream</w:t>
      </w:r>
    </w:p>
    <w:p>
      <w:r>
        <w:rPr>
          <w:color w:val="666666"/>
          <w:sz w:val="18"/>
        </w:rPr>
        <w:t>Lessons from The Story of Prophet Yusuf Part 2 June 5, 2022 · 15m 25s · at 50:41 · https://youtu.be/k1b1r4F2rnI?t=3041</w:t>
      </w:r>
    </w:p>
    <w:p>
      <w:r>
        <w:rPr>
          <w:i/>
        </w:rPr>
        <w:t>“Doctor Sahib, I would like to ask the next question. As we know, nothing happens before its appointed time. Hmm, and this is God's way. So when the king did not get the correct interpretation, he told the cupbearer to go to Prophet Yusuf (Joseph) and find out the correct interpretation. So what happened? What interpretation did he give? Please tell us about this.”</w:t>
      </w:r>
    </w:p>
    <w:p>
      <w:r>
        <w:rPr>
          <w:sz w:val="20"/>
        </w:rPr>
        <w:t>50:41  Ah doctor sahab, agla sawal poochna chahunga. Jaise ke hum jante hain ke ah muqarrar waqt se pehle koi kaam nahi hota. Hmm aur ah yeh Allah ka yahi tareeqa hai.</w:t>
      </w:r>
      <w:r>
        <w:br/>
      </w:r>
      <w:r>
        <w:rPr>
          <w:sz w:val="20"/>
        </w:rPr>
        <w:t>50:52  Toh jab in ko sahi taabeer nahi mili badshah ko, toh unhone phir woh cup bearer ko kaha ke tum Yusuf Prophet Yusuf ke paas jao aur us ki sahi taabeer pata kar ke aao.</w:t>
      </w:r>
      <w:r>
        <w:br/>
      </w:r>
      <w:r>
        <w:rPr>
          <w:sz w:val="20"/>
        </w:rPr>
        <w:t>51:04  Toh kya hua? Kya kya taabeer kari unhone? Is ke bare mein aap batayein.</w:t>
      </w:r>
      <w:r>
        <w:br/>
      </w:r>
      <w:r>
        <w:rPr>
          <w:sz w:val="20"/>
        </w:rPr>
        <w:t>51:12  Ah yani Allah taala ka har kaam ek muqarrar waqt par hota hai. Haalanke saat saal rehna pada. Allah chahta toh saat din mein hi in ko jail se bahar nikal deta.</w:t>
      </w:r>
      <w:r>
        <w:br/>
      </w:r>
      <w:r>
        <w:rPr>
          <w:sz w:val="20"/>
        </w:rPr>
        <w:t>51:24  Lekin choonke is duniya mein jo bhi ah Allah ke plan hain, woh asbab o ilal ke parde mein hote hain.</w:t>
      </w:r>
      <w:r>
        <w:br/>
      </w:r>
      <w:r>
        <w:rPr>
          <w:sz w:val="20"/>
        </w:rPr>
        <w:t>51:33  Yani ah bazahir kisi ko lagta nahi hai, lagta hai ke sab halaat aise chal rahe hain. Normal isi mein Allah taala koi planning kar ke insaan ki ah madad karta hai aur us ka jo plan hota hai, us ko poora karta hai.</w:t>
      </w:r>
      <w:r>
        <w:br/>
      </w:r>
      <w:r>
        <w:rPr>
          <w:sz w:val="20"/>
        </w:rPr>
        <w:t>51:49  Toh ah Yusuf علیہ السلام ke paas woh shakhs pahuncha, cup bearer jail mein, aur ja ke us ne khwab bataya.</w:t>
      </w:r>
      <w:r>
        <w:br/>
      </w:r>
      <w:r>
        <w:rPr>
          <w:sz w:val="20"/>
        </w:rPr>
        <w:t>51:59  j</w:t>
      </w:r>
      <w:r>
        <w:br/>
      </w:r>
      <w:r>
        <w:rPr>
          <w:sz w:val="20"/>
        </w:rPr>
        <w:t>52:00  y aur ah us ne kaha ke yusuf aihah siddiq, aey sachay yusuf!</w:t>
      </w:r>
      <w:r>
        <w:br/>
      </w:r>
      <w:r>
        <w:rPr>
          <w:sz w:val="20"/>
        </w:rPr>
        <w:t>52:10  is tarah se us ne address kiya. ji ke ah yeh khwab dekha hai hamare badshah ne, to us ki taabeer batao. to hazrat yusuf alaih assalam ne bohat achi taabeer batai.</w:t>
      </w:r>
      <w:r>
        <w:br/>
      </w:r>
      <w:r>
        <w:rPr>
          <w:sz w:val="20"/>
        </w:rPr>
        <w:t>52:21  ji kaha ke jo saat moti gayen theen, fat ka cows, aur saat green green heads, head of grains, yeh seven prosper years ko represent kar rahe hain.</w:t>
      </w:r>
      <w:r>
        <w:br/>
      </w:r>
      <w:r>
        <w:rPr>
          <w:sz w:val="20"/>
        </w:rPr>
        <w:t>52:35  ji jab khoob barish hogi, khoob anaaj honge, khoob maweshi aur sab khushhali hogi, aur haiwanat khoob badhenge, aur bohat achay halaat h</w:t>
      </w:r>
      <w:r>
        <w:br/>
      </w:r>
      <w:r>
        <w:rPr>
          <w:sz w:val="20"/>
        </w:rPr>
        <w:t>52:48  on ge. phir aglay saat saal famin ke honge, qahat ke, aur is mein barish band ho jaye gi, jo zameenen bilkul sokhi ho jayen gi.</w:t>
      </w:r>
      <w:r>
        <w:br/>
      </w:r>
      <w:r>
        <w:rPr>
          <w:sz w:val="20"/>
        </w:rPr>
        <w:t>52:58  ek qatra pani ka aasman se nahi tapke ga, maweshi marne lagen ge, aur bohat hi pareshani ka alam hoga. yani jo woh than cows aur ah dry ah head of grains hain, woh seven sect jo aglay qahat ke aur famin ke saat saal hain, us ko represent kar rahe</w:t>
      </w:r>
      <w:r>
        <w:br/>
      </w:r>
      <w:r>
        <w:rPr>
          <w:sz w:val="20"/>
        </w:rPr>
        <w:t>53:20  hain. to unhon ne phir ek tadbeer bhi batai, ek uska uska hal bhi bataya, aur yeh bataya ke jo saat saal jo prosper years hain, seven years, is mein jo bhi anaaj paida ho, us ko bohat hi kifayat ke sath use karo.</w:t>
      </w:r>
      <w:r>
        <w:br/>
      </w:r>
      <w:r>
        <w:rPr>
          <w:sz w:val="20"/>
        </w:rPr>
        <w:t>53:36  ji aur us ko rakho, ah ah kam se kam istemal karo, aur zyada se zyada koshish karo ke us ko bacha ke rakho.</w:t>
      </w:r>
      <w:r>
        <w:br/>
      </w:r>
      <w:r>
        <w:rPr>
          <w:sz w:val="20"/>
        </w:rPr>
        <w:t>53:44  aur jo us ki balen hain, jo us ke heads hain, woh isi mein chhod do anaaj ko taake woh keera wera na lage, mehfooz rahe.</w:t>
      </w:r>
      <w:r>
        <w:br/>
      </w:r>
      <w:r>
        <w:rPr>
          <w:sz w:val="20"/>
        </w:rPr>
        <w:t>53:53  to phir ah taake yani yani ek tareeqe se yeh baat kahi ke jo saat saal ki pedawar hai, woh 14 saal tak chal paye.</w:t>
      </w:r>
      <w:r>
        <w:br/>
      </w:r>
      <w:r>
        <w:rPr>
          <w:sz w:val="20"/>
        </w:rPr>
        <w:t>54:03  chal</w:t>
      </w:r>
      <w:r>
        <w:br/>
      </w:r>
      <w:r>
        <w:rPr>
          <w:sz w:val="20"/>
        </w:rPr>
        <w:t>54:04  paye ji chounke aglay saat saal mein to kuch hoga nahi, to saat saal ki jo pedawar hai, pedawar hai, us ko bohat hi kifayat ke sath istemal kar ke aglay saat saal ah ah tak woh istemal ho.</w:t>
      </w:r>
      <w:r>
        <w:br/>
      </w:r>
      <w:r>
        <w:rPr>
          <w:sz w:val="20"/>
        </w:rPr>
        <w:t>54:16  phir ek khushkhabri bhi di ke jo saat saal ah ah famin ke honge, us ke baad phir barish hogi aur khushhali ho jaye gi, aur har tarah ke ah aasani ho jaye gi, aur khoob logon ko zaitoon ka tel mile ga.</w:t>
      </w:r>
      <w:r>
        <w:br/>
      </w:r>
      <w:r>
        <w:rPr>
          <w:sz w:val="20"/>
        </w:rPr>
        <w:t>54:34  tel banayen ge zaitoon se aur angoor se sharab banayen ge. yani dobara khushhali wapas aa jaye gi.</w:t>
      </w:r>
      <w:r>
        <w:br/>
      </w:r>
      <w:r>
        <w:rPr>
          <w:sz w:val="20"/>
        </w:rPr>
        <w:t>54:43  to yeh jaise aap ne kaha ke Allah taala ne khwab ah dikhaya, aur daai ki azmat us ke un ke us ke dil mein paida ho jaye.</w:t>
      </w:r>
      <w:r>
        <w:br/>
      </w:r>
      <w:r>
        <w:rPr>
          <w:sz w:val="20"/>
        </w:rPr>
        <w:t>54:54  to yeh bohat sahi baat hai ke ek tareeqe se ek tareeqe se ek moqa mil gaya ke un ka paigham yani hukoomat tak pahunch jaye, badshah tak pahunch jaye, aur aala maqam tak pahunch jaye.</w:t>
      </w:r>
      <w:r>
        <w:br/>
      </w:r>
      <w:r>
        <w:rPr>
          <w:sz w:val="20"/>
        </w:rPr>
        <w:t>55:08  to yeh bohat hi ah bara sabak hai yani is is kahani ka ke Allah taala ah daai ke liye bohat hi tarah tarah ke moqaat faraham karta hai taake woh apna kaam aasani se kar sake.</w:t>
      </w:r>
      <w:r>
        <w:br/>
      </w:r>
      <w:r>
        <w:rPr>
          <w:sz w:val="20"/>
        </w:rPr>
        <w:t>55:22  bas hamein apne mission pe jama hona rehna hai, aur sabar karna hai, aur dua karni hai. phir Allah taala ki jo rehmaten hain, woh hamare upar toot paden gi</w:t>
      </w:r>
      <w:r>
        <w:br/>
      </w:r>
      <w:r>
        <w:rPr>
          <w:sz w:val="20"/>
        </w:rPr>
        <w:t>55:32  ۔ ji doctor sahib, jaisa aap ne kaha ke ek daai ko kaam karna hai, aur ek important cheez doctor sahib, is se yeh bhi nikal kar aati hai ke un ko profit yusuf ko qaid khane se nikal kar ek mulki kirdaar ada karna tha.</w:t>
      </w:r>
      <w:r>
        <w:br/>
      </w:r>
      <w:r>
        <w:rPr>
          <w:sz w:val="20"/>
        </w:rPr>
        <w:t>55:46  to yeh bohat zaroori tha ke mulk ki satah par un ki jo ah shakhsiyat hai, woh ek maroof shakhsiyat ban kar bahar nikle, aur isi liye us ka jo zariya hai, woh badshah ke khwab ke through nikla.</w:t>
      </w:r>
      <w:r>
        <w:br/>
      </w:r>
      <w:r>
        <w:rPr>
          <w:sz w:val="20"/>
        </w:rPr>
        <w:t>56:01  ah to doctor sahib, aakhri sawal poochna chahoon ga, aur usay poochne se pehle ek riwayat ka zikr karna chahoon ga jo ah hazrat umar bin khattab se hai.</w:t>
      </w:r>
      <w:r>
        <w:br/>
      </w:r>
      <w:r>
        <w:rPr>
          <w:sz w:val="20"/>
        </w:rPr>
        <w:t>56:11  ah ke ek bari woh fajar ki namaz lead kar rahe the, aur ah namaz lead karte waqt woh jab ah surah yusuf ki is aayat par aaye jahan par yaqoob profit yaqoob ka hawala tha ke where he said that I complain of my sorrow and grief only to</w:t>
      </w:r>
      <w:r>
        <w:br/>
      </w:r>
      <w:r>
        <w:rPr>
          <w:sz w:val="20"/>
        </w:rPr>
        <w:t>56:29  Allah to jaise hi unhon ne yeh parha to woh bohat be tahasha rone lagen, aur kaha jata hai ke ah is congregation mein jo aakhri ro thi, wahan pe jo namaz ke liye khade hue the, un tak un ke rone ki awaz pahunch rahi thi.</w:t>
      </w:r>
      <w:r>
        <w:br/>
      </w:r>
      <w:r>
        <w:rPr>
          <w:sz w:val="20"/>
        </w:rPr>
        <w:t>56:45  to sahabi ka yeh kirdaar hota tha ke woh quran ko ek living quran ki tarah apni zindagi mein utarte the. ah yeh ek bohat seekhne ke liye hamein ek cheez milti hai.</w:t>
      </w:r>
      <w:r>
        <w:br/>
      </w:r>
      <w:r>
        <w:rPr>
          <w:sz w:val="20"/>
        </w:rPr>
        <w:t>56:55  ah</w:t>
      </w:r>
      <w:r>
        <w:br/>
      </w:r>
      <w:r>
        <w:rPr>
          <w:sz w:val="20"/>
        </w:rPr>
        <w:t>56:56  lekin doctor sahib, mera jo sawal hai woh ah Rasool Allah ke hawale se hai ke unhon ne kai hadeesein Prophet Yusuf ke bare mein kaheen, to main chahoon ga ke koi aisi hadees aap batayein jis mein hum sab ke liye ek paigham ho, ek message ho jo hum apni zindagi mein utaar sakte hain.</w:t>
      </w:r>
      <w:r>
        <w:br/>
      </w:r>
      <w:r>
        <w:rPr>
          <w:sz w:val="20"/>
        </w:rPr>
        <w:t>57:15  bilkul, bohat acha aap ne waqia Hazrat Umar ka bataya ke kaise woh is aayat pe aa ke be ikhtiyar rone lage.</w:t>
      </w:r>
      <w:r>
        <w:br/>
      </w:r>
      <w:r>
        <w:rPr>
          <w:sz w:val="20"/>
        </w:rPr>
        <w:t>57:24  ji</w:t>
      </w:r>
      <w:r>
        <w:br/>
      </w:r>
      <w:r>
        <w:rPr>
          <w:sz w:val="20"/>
        </w:rPr>
        <w:t>57:25  to waqai woh Surah Yusuf itni gehri surat hai ke is mein insaan ka dil bhar jata hai, bhar aata hai.</w:t>
      </w:r>
      <w:r>
        <w:br/>
      </w:r>
      <w:r>
        <w:rPr>
          <w:sz w:val="20"/>
        </w:rPr>
        <w:t>57:33  to ah jaise aap ne kaha ke bohat si hadeesein hain Hazrat Yusuf علیہ السلام ke bare mein, to ah waqt bohat hadeesein hain, aur Rasool Allah صلی اللہ علیہ وسلم ne Meraj mein bhi dekha bhi tha Hazrat Yusuf علیہ السلام ko, aur kaha tha ke itne khoobsurat the ke adhi beauty Allah taala ne unhein de di, aur adhi saare insano mein badshah.</w:t>
      </w:r>
      <w:r>
        <w:br/>
      </w:r>
      <w:r>
        <w:rPr>
          <w:sz w:val="20"/>
        </w:rPr>
        <w:t>57:56  Masha Allah! Ji ji ji! To Allah taala hum sab ko ah mauqa de ke hum bhi dekhein. Ameen! Insha Allah. To ek hadees bohat achi hai, is mein bare gehre maani hain, halankay is mein Hazrat Yusuf علیہ السلام ki qabar ka</w:t>
      </w:r>
      <w:r>
        <w:br/>
      </w:r>
      <w:r>
        <w:rPr>
          <w:sz w:val="20"/>
        </w:rPr>
        <w:t>58:12  zikr hai, baqi koi zyada aur baat nahi hai. Ji to ek hadees mein aata hai ke ek ah bar Prophet Muhammad صلی اللہ علیہ وسلم kisi badu ke ghar gaye, jo gaon mein rehte hain.</w:t>
      </w:r>
      <w:r>
        <w:br/>
      </w:r>
      <w:r>
        <w:rPr>
          <w:sz w:val="20"/>
        </w:rPr>
        <w:t>58:25  ji kheti bari karte hain, to us badu ne bohat hi acha, ah achay tareeqay se pesh aaya, bohat aoo bhagat ki, bada khayal kiya.</w:t>
      </w:r>
      <w:r>
        <w:br/>
      </w:r>
      <w:r>
        <w:rPr>
          <w:sz w:val="20"/>
        </w:rPr>
        <w:t>58:37  to Prophet ne jab jaane lage to kaha ke tum bhi aana hamare yahan kabhi.</w:t>
      </w:r>
      <w:r>
        <w:br/>
      </w:r>
      <w:r>
        <w:rPr>
          <w:sz w:val="20"/>
        </w:rPr>
        <w:t>58:44  to kuch arsay ke baad woh aaya badu Prophet se milne, to Prophet achi tarah se mile us se, baat cheet ki, aur kaha ke tumhari agar koi zaroorat ho, kuch tum chahte ho to batao,</w:t>
      </w:r>
      <w:r>
        <w:br/>
      </w:r>
      <w:r>
        <w:rPr>
          <w:sz w:val="20"/>
        </w:rPr>
        <w:t>59:01  koi hajat ho tumhari to batao, main poora karoon ise. To us ne kaha ke mujhe koi ek untni dein dein, aap kajaway ke sath.</w:t>
      </w:r>
      <w:r>
        <w:br/>
      </w:r>
      <w:r>
        <w:rPr>
          <w:sz w:val="20"/>
        </w:rPr>
        <w:t>59:12  ji</w:t>
      </w:r>
      <w:r>
        <w:br/>
      </w:r>
      <w:r>
        <w:rPr>
          <w:sz w:val="20"/>
        </w:rPr>
        <w:t>59:13  aur kuch bakriyan dein dein taake jo meri family hai, us ke liye asani ho jaye gi, woh doodh wagera us se nikalen gi.</w:t>
      </w:r>
      <w:r>
        <w:br/>
      </w:r>
      <w:r>
        <w:rPr>
          <w:sz w:val="20"/>
        </w:rPr>
        <w:t>59:26  to Prophet muskuraye, aur Sahaba bhi bethe hue the wahan. To sab se address karte hue kaha ke tum logon ko kya ho gaya hai</w:t>
      </w:r>
      <w:r>
        <w:br/>
      </w:r>
      <w:r>
        <w:rPr>
          <w:sz w:val="20"/>
        </w:rPr>
        <w:t>59:38  ke tum Bani Israel ki budhiya ki tarah se bhi koi sawal karna nahi jante, kuch mangna nahi jante. Ji mutaliba nahi karna jante.</w:t>
      </w:r>
      <w:r>
        <w:br/>
      </w:r>
      <w:r>
        <w:rPr>
          <w:sz w:val="20"/>
        </w:rPr>
        <w:t>59:48  to jo Sahaba the, woh bare hairaan hue ke yeh Bani Bani Israel ki budhiya ka kya mamla hai. To unhon ne kaha ke aye Khuda ke Rasool, Bani Israel ki budhiya ka kya qissa hai?</w:t>
      </w:r>
      <w:r>
        <w:br/>
      </w:r>
      <w:r>
        <w:rPr>
          <w:sz w:val="20"/>
        </w:rPr>
        <w:t>59:59  ji to Rasool Allah صلی اللہ علیہ وسلم ne poori poori kahani sunai,</w:t>
      </w:r>
      <w:r>
        <w:br/>
      </w:r>
      <w:r>
        <w:rPr>
          <w:sz w:val="20"/>
        </w:rPr>
        <w:t>1:00:07  kaha ke jab Musa علیہ السلام Misr se nikle, yani jab Firon gharaq ho gaya, to Allah taala ne hukum diya ke tum ah saare ah Bani Israel ko Egypt se le ke ah Holy Land Sahra-e-Sina mein jao, aur un ki tarbiyat karo.</w:t>
      </w:r>
      <w:r>
        <w:br/>
      </w:r>
      <w:r>
        <w:rPr>
          <w:sz w:val="20"/>
        </w:rPr>
        <w:t>1:00:28  to poora qafila nikla, poora qairwan.</w:t>
      </w:r>
      <w:r>
        <w:br/>
      </w:r>
      <w:r>
        <w:rPr>
          <w:sz w:val="20"/>
        </w:rPr>
        <w:t>1:00:31  to rastay mein kahin ah woh log rasta un ko samajh mein nahi aya. To Musa علیہ السلام ne jo ulma the us group mein, un ko kaha ke bhai yeh rasta humein samajh mein kyun nahi aa raha hai, yahan se aage kahan jayen?</w:t>
      </w:r>
      <w:r>
        <w:br/>
      </w:r>
      <w:r>
        <w:rPr>
          <w:sz w:val="20"/>
        </w:rPr>
        <w:t>1:00:48  to unhon ne kaha ke ah hum ko Yusuf علیہ السلام ki qabar tak jana hoga, wahan se phir rasta humein samajh mein aa jayega.</w:t>
      </w:r>
      <w:r>
        <w:br/>
      </w:r>
      <w:r>
        <w:rPr>
          <w:sz w:val="20"/>
        </w:rPr>
        <w:t>1:00:57  ek lambi hadees hai, main thora hissa le raha hoon. Ji</w:t>
      </w:r>
      <w:r>
        <w:br/>
      </w:r>
      <w:r>
        <w:rPr>
          <w:sz w:val="20"/>
        </w:rPr>
        <w:t>1:01:02  to Musa علیہ السلام ne kaha ke phir kaise pata karenge qabar kahan hai? To un logon ne kaha ke ek Bani Israel ki budhiya hai, old lady hai, bas woh janti hai, aur koi janta nahi hai ke kahan hai Yusuf علیہ السلام ki qabar.</w:t>
      </w:r>
      <w:r>
        <w:br/>
      </w:r>
      <w:r>
        <w:rPr>
          <w:sz w:val="20"/>
        </w:rPr>
        <w:t>1:01:18  to Musa علیہ السلام ne bulaya, woh bhi thi wahan usi group mein. To woh aayi to</w:t>
      </w:r>
      <w:r>
        <w:br/>
      </w:r>
      <w:r>
        <w:rPr>
          <w:sz w:val="20"/>
        </w:rPr>
        <w:t>1:01:28  musa alehالسلام ne kaha ke batao hamein kahan hai qabar yusuf alehالسلام ki? to is budhiya ne kaha ke khuda ki qasam, main nahi bataungi aap ko jab tak ke aap mera mutalba, meri demand poori poori na karein.</w:t>
      </w:r>
      <w:r>
        <w:br/>
      </w:r>
      <w:r>
        <w:rPr>
          <w:sz w:val="20"/>
        </w:rPr>
        <w:t>1:01:46  to musa alehالسلام to bohat hi ghusse wale the, lekin beharhaal unhone kaha ke acha bhai, kya demand hai tumhari? kya hai mutalba tumhara?</w:t>
      </w:r>
      <w:r>
        <w:br/>
      </w:r>
      <w:r>
        <w:rPr>
          <w:sz w:val="20"/>
        </w:rPr>
        <w:t>1:01:57  us ne kaha ke main aap ke sath jannat mein rehna chahti hoon. acha ji, mashallah. to ab musa alehالسلام to bohat ghusse wale the, unhone ek baar ek farishte ko bhi maar diya tha.</w:t>
      </w:r>
      <w:r>
        <w:br/>
      </w:r>
      <w:r>
        <w:rPr>
          <w:sz w:val="20"/>
        </w:rPr>
        <w:t>1:02:11  to wo to kuch is se pehle ke ghussa aaye, un ko allah taala ne ek farishta bheja, wahi bheji ke is ki demand accept kar lo, mashallah, is ka mutalba poora kar do.</w:t>
      </w:r>
      <w:r>
        <w:br/>
      </w:r>
      <w:r>
        <w:rPr>
          <w:sz w:val="20"/>
        </w:rPr>
        <w:t>1:02:25  to unhone kaha ke theek hai bhai, main tumhara mutalba poora karta hoon, tum rehna jannat mein mere sath. phir wo le ke gayi kahin, aur yusuf alehالسلام ki qabar tak pohanchi.</w:t>
      </w:r>
      <w:r>
        <w:br/>
      </w:r>
      <w:r>
        <w:rPr>
          <w:sz w:val="20"/>
        </w:rPr>
        <w:t>1:02:40  phir kuch aur moajze ke andaaz ki baatein huin, aur phir rasta wazeh ho gaya.</w:t>
      </w:r>
      <w:r>
        <w:br/>
      </w:r>
      <w:r>
        <w:rPr>
          <w:sz w:val="20"/>
        </w:rPr>
        <w:t>1:02:45  to yeh jo qissa hai, is mein yeh jo sabak bohat gehra hai ke insaan ko jab allah taala se dua karni chahiye to wo jannat ki dua kare.</w:t>
      </w:r>
      <w:r>
        <w:br/>
      </w:r>
      <w:r>
        <w:rPr>
          <w:sz w:val="20"/>
        </w:rPr>
        <w:t>1:02:58  ji chunaanche waise aap har har dua kar sakte hain. ah hadees mein aata hai ke tumhari sandal bhi toot jaye to allah se us ke liye dua karo.</w:t>
      </w:r>
      <w:r>
        <w:br/>
      </w:r>
      <w:r>
        <w:rPr>
          <w:sz w:val="20"/>
        </w:rPr>
        <w:t>1:03:09  hmm, agar insaan ki zaroorat hai to wo dunyavi cheezon ki dua kar sakta hai,</w:t>
      </w:r>
      <w:r>
        <w:br/>
      </w:r>
      <w:r>
        <w:rPr>
          <w:sz w:val="20"/>
        </w:rPr>
        <w:t>1:03:15  lekin jo abadi yani eternal masla hai hamara, wo to jannat hai. ji to usi ki dua karni chahiye.</w:t>
      </w:r>
      <w:r>
        <w:br/>
      </w:r>
      <w:r>
        <w:rPr>
          <w:sz w:val="20"/>
        </w:rPr>
        <w:t>1:03:24  mashallah. to is mein bare acha gehra yeh sabak hai ke hamein allah taala se jab hum dua karein to jannat ke liye dua karein.</w:t>
      </w:r>
      <w:r>
        <w:br/>
      </w:r>
      <w:r>
        <w:rPr>
          <w:sz w:val="20"/>
        </w:rPr>
        <w:t>1:03:33  ji aur hadees mein aata hai ke jannat bhi agar tum jannat mango to jannat ul firdous mango, yani jo sab se aala jannat hai, us ke liye allah taala se dua ji</w:t>
      </w:r>
      <w:r>
        <w:br/>
      </w:r>
      <w:r>
        <w:rPr>
          <w:sz w:val="20"/>
        </w:rPr>
        <w:t>1:03:44  karo. to bari bada umda waqia hai, is mein bohat hi acha achi tarah se pata chalta hai ke insaan ko dua jab karni chahiye, paighambar se agar koi mang raha hai to matlab yeh hai ke allah taala se hi ek tareeqe se dua ho rahi hai.</w:t>
      </w:r>
      <w:r>
        <w:br/>
      </w:r>
      <w:r>
        <w:rPr>
          <w:sz w:val="20"/>
        </w:rPr>
        <w:t>1:04:00  to bohat hi acha is ke andar ek sabak milta hai hamein. ji ji, ah thank you doctor sahib, aap</w:t>
      </w:r>
      <w:r>
        <w:br/>
      </w:r>
      <w:r>
        <w:rPr>
          <w:sz w:val="20"/>
        </w:rPr>
        <w:t>1:04:08  ne aaj phir bohat alhamdulillah gehrai ke sath bohat ahem baatein bohat achhe se wazeh karein. jazak allah. aap ne bhi mashallah beech beech mein jo achhi baatein bataein, us se bhi bada faida hua.</w:t>
      </w:r>
      <w:r>
        <w:br/>
      </w:r>
      <w:r>
        <w:rPr>
          <w:sz w:val="20"/>
        </w:rPr>
        <w:t>1:04:20  jazak allah. inshallah. ah to aap ne dekha ke kaise prophet yusuf, jo khud bhi ek prophet the, wo kitne mushkil test se guzre.</w:t>
      </w:r>
      <w:r>
        <w:br/>
      </w:r>
      <w:r>
        <w:rPr>
          <w:sz w:val="20"/>
        </w:rPr>
        <w:t>1:04:30  imaan aur taqwe ki raush raush ko ikhtiyar karne walon ke liye khuda ka abadi jannat ka yaqeeni wada hai, aur un ko dunya ke mamlaat mein bhi allah ki madad aati hai.</w:t>
      </w:r>
      <w:r>
        <w:br/>
      </w:r>
      <w:r>
        <w:rPr>
          <w:sz w:val="20"/>
        </w:rPr>
        <w:t>1:04:43  magar is mein jo sab se zyada bari cheez darkar hai, wo hai sabr aur allah par kamil bharosa, jo hum ne prophet yusuf ki zindagi se dekha.</w:t>
      </w:r>
      <w:r>
        <w:br/>
      </w:r>
      <w:r>
        <w:rPr>
          <w:sz w:val="20"/>
        </w:rPr>
        <w:t>1:04:55  to agar aap bhi sabr karein aur allah par poora bharosa rakhein to yaqeenan aap ki zindagi mein bhi aap ko kamyabi milegi, is dunya mein bhi aur akhirat mein bhi.</w:t>
      </w:r>
      <w:r>
        <w:br/>
      </w:r>
      <w:r>
        <w:rPr>
          <w:sz w:val="20"/>
        </w:rPr>
        <w:t>1:05:07  inshallah. to aaj ka session hum yahin par khatam karte hain. hum phir lotenge agle sunday saade das baje.</w:t>
      </w:r>
    </w:p>
    <w:p>
      <w:pPr>
        <w:pStyle w:val="Heading2"/>
      </w:pPr>
      <w:r>
        <w:t>Modesty of Prophet Yusuf after honor</w:t>
      </w:r>
    </w:p>
    <w:p>
      <w:r>
        <w:rPr>
          <w:color w:val="666666"/>
          <w:sz w:val="18"/>
        </w:rPr>
        <w:t>Lessons from The Story of Prophet Yusuf Part 3 July 17, 2022 · 42m 38s · at 8:51 · https://youtu.be/IweBlcs49uM?t=531</w:t>
      </w:r>
    </w:p>
    <w:p>
      <w:r>
        <w:rPr>
          <w:i/>
        </w:rPr>
        <w:t>“How did Prophet Yusuf maintain modesty despite being given so much honor and respect in the royal palace?”</w:t>
      </w:r>
    </w:p>
    <w:p>
      <w:r>
        <w:rPr>
          <w:sz w:val="20"/>
        </w:rPr>
        <w:t>8:51  ۔ bilkul. aur mera agla sawal bhi modesty ki taraf hai, lekin is se pehle main yeh bhi yaad kar raha hoon ke maulana ne ek bohat achhi line likhi thi apni kitab mein ke "Modesty is that virtue which dresses a person's inner self".</w:t>
      </w:r>
      <w:r>
        <w:br/>
      </w:r>
      <w:r>
        <w:rPr>
          <w:sz w:val="20"/>
        </w:rPr>
        <w:t>9:10  true. and sahi maene mein to dekhein to Khuda se meeting point insan ka tabhi banta hai jab woh position of humility aur modesty ko pahunchta hai.</w:t>
      </w:r>
      <w:r>
        <w:br/>
      </w:r>
      <w:r>
        <w:rPr>
          <w:sz w:val="20"/>
        </w:rPr>
        <w:t>9:20  bilkul. to doctor sahib, jab hum prophet yusuf ki zindagi ko dekhte hain ke is sab ke baad bhi un ke andar modesty rahi, pride bilkul nahi aayi ke shahi mahal mein un ko bulaya gaya, itna izzat aur honor di gayi.</w:t>
      </w:r>
      <w:r>
        <w:br/>
      </w:r>
      <w:r>
        <w:rPr>
          <w:sz w:val="20"/>
        </w:rPr>
        <w:t>9:34  to doctor sahib, is ke bare mein bhi hum sab ko bataen. yeh baat bohat aham hai, jaisa aap ne bataya ke Khuda se milne ka jo maqam hai woh modesty hai.</w:t>
      </w:r>
      <w:r>
        <w:br/>
      </w:r>
      <w:r>
        <w:rPr>
          <w:sz w:val="20"/>
        </w:rPr>
        <w:t>9:43  ji</w:t>
      </w:r>
      <w:r>
        <w:br/>
      </w:r>
      <w:r>
        <w:rPr>
          <w:sz w:val="20"/>
        </w:rPr>
        <w:t>9:44  ۔ insan jo akkar apne andar paida kare aur gharoor aur ghamand ho to woh kabhi Khuda se qareeb nahi ho sakta. jab Hazrat Yusuf alaihissalam ne suna yeh pata chala un ko to un ke andar koi pride, koi gharoor, koi is tarah ke jazbat nahi paida hue.</w:t>
      </w:r>
      <w:r>
        <w:br/>
      </w:r>
      <w:r>
        <w:rPr>
          <w:sz w:val="20"/>
        </w:rPr>
        <w:t>10:04  bolte ke dekho main jeet gaya. hmm. matlab kuch na kuch is tarah ki baat bolte aur modesty ikhtiyar ki, jaise aap ne keh</w:t>
      </w:r>
      <w:r>
        <w:br/>
      </w:r>
      <w:r>
        <w:rPr>
          <w:sz w:val="20"/>
        </w:rPr>
        <w:t>10:12  ۔ ji. aur sara credit Allah ko diya. ji. halanke un ki apni zaati sifat thi. lekin is ke bawajood unhon ne sara credit Allah ko diya aur bohat hi sharifana andaaz se baat kahi.</w:t>
      </w:r>
      <w:r>
        <w:br/>
      </w:r>
      <w:r>
        <w:rPr>
          <w:sz w:val="20"/>
        </w:rPr>
        <w:t>10:27  quran mein aata hai "wa ma ubri'u nafsi" ke "I do not pretend to be blameless". ji</w:t>
      </w:r>
      <w:r>
        <w:br/>
      </w:r>
      <w:r>
        <w:rPr>
          <w:sz w:val="20"/>
        </w:rPr>
        <w:t>10:35  . yani mein apne nafs ki pakizgi nahi bayan kar raha hoon. aur aage kaha ke "innal nafsa'il amrata bisso" ke jo nafs hai woh toh insan ko burai sikhata hai, woh burai ke hi rastay pe le jata hai.</w:t>
      </w:r>
      <w:r>
        <w:br/>
      </w:r>
      <w:r>
        <w:rPr>
          <w:sz w:val="20"/>
        </w:rPr>
        <w:t>10:47  "illa ma rahim rabbi" illa yeh ke Allah ka reham ho jaye.</w:t>
      </w:r>
      <w:r>
        <w:br/>
      </w:r>
      <w:r>
        <w:rPr>
          <w:sz w:val="20"/>
        </w:rPr>
        <w:t>10:52  toh yani ek bohat hi haqeeqat pasandana soch aur sara credit Allah ko dena. aur unhon ne yeh kaha ke jo mein burai se bacha raha, is mein koi mera zaati kamal nahi hai, balke yeh Allah ka reham tha.</w:t>
      </w:r>
      <w:r>
        <w:br/>
      </w:r>
      <w:r>
        <w:rPr>
          <w:sz w:val="20"/>
        </w:rPr>
        <w:t>11:09  Allah ki madad se mein yeh yeh kar saka. yani sara credit Allah</w:t>
      </w:r>
      <w:r>
        <w:br/>
      </w:r>
      <w:r>
        <w:rPr>
          <w:sz w:val="20"/>
        </w:rPr>
        <w:t>11:16  ko diya, halanke yeh un ki khud apni zaati sifat thi aur zaati yeh کیفیت thi ke woh bohat hi shareef insan thay.</w:t>
      </w:r>
      <w:r>
        <w:br/>
      </w:r>
      <w:r>
        <w:rPr>
          <w:sz w:val="20"/>
        </w:rPr>
        <w:t>11:25  lekin is ke bawajood unhon ne sara credit Allah ko diya. ji. doctor sahib, yahan pe in fact kyunke hum modesty ki baat kar rahe hain toh ek riwayat ka zikr karna chahunga.</w:t>
      </w:r>
      <w:r>
        <w:br/>
      </w:r>
      <w:r>
        <w:rPr>
          <w:sz w:val="20"/>
        </w:rPr>
        <w:t>11:38  hum ne dekha ke prophet yusuf kitne modest thay. prophet Muhammad sallallahu alaihi wasallam ki zindagi mein bhi dekhte hain, dekhte hain aur un ke sahaba ki zindagi mein dekhte hain toh bohat se aise hamein example milte hain.</w:t>
      </w:r>
      <w:r>
        <w:br/>
      </w:r>
      <w:r>
        <w:rPr>
          <w:sz w:val="20"/>
        </w:rPr>
        <w:t>11:50  toh ek riwayat doctor sahib bohat achi mujhe lagi, mein woh share karna chahunga ke Hazrat Tariq bin Shihab ke hawale se hai ke woh aur Hazrat Abu Ubaidah mulk sham mein thay.</w:t>
      </w:r>
      <w:r>
        <w:br/>
      </w:r>
      <w:r>
        <w:rPr>
          <w:sz w:val="20"/>
        </w:rPr>
        <w:t>12:03  aur tabhi Hazrat Umar bin Khattab apne sahaba ke sath wahan pohanchay. toh jab woh chalte chalte aage بڑhay toh ek pani ka ghaat aage aa gaya.</w:t>
      </w:r>
      <w:r>
        <w:br/>
      </w:r>
      <w:r>
        <w:rPr>
          <w:sz w:val="20"/>
        </w:rPr>
        <w:t>12:16  ab Hazrat Umar apni untni par bethe hue thay</w:t>
      </w:r>
      <w:r>
        <w:br/>
      </w:r>
      <w:r>
        <w:rPr>
          <w:sz w:val="20"/>
        </w:rPr>
        <w:t>12:20  toh jab unhon ne dekha ke pani ka ghaat hai, ab is se guzar ke aage jana hai toh woh untni se neechay utray, unhon ne apne moze utaray, us ko kandhay par rakha aur jo oont ki jo nakeel hai, us ko khench kar phir woh pani se aage nikalnay lagay.</w:t>
      </w:r>
      <w:r>
        <w:br/>
      </w:r>
      <w:r>
        <w:rPr>
          <w:sz w:val="20"/>
        </w:rPr>
        <w:t>12:37  toh jab Hazrat Abu Ubaidah ne yeh dekha toh unhon ne Hazrat Umar se kaha ke aye amir-ul-momineen, yeh aap kya kar rahe hain</w:t>
      </w:r>
      <w:r>
        <w:br/>
      </w:r>
      <w:r>
        <w:rPr>
          <w:sz w:val="20"/>
        </w:rPr>
        <w:t>12:47  ? toh Hazrat Umar ko bhi taajub hua ke woh kya keh rahe hain? toh unhon ne kaha ke kyun? kya hua? toh unhon ne kaha ke aap yahan par aaye hain sham yani syria mein aur aap baray logon se milenge, matlab lashkar se milenge, lashkar ke general se milenge.</w:t>
      </w:r>
      <w:r>
        <w:br/>
      </w:r>
      <w:r>
        <w:rPr>
          <w:sz w:val="20"/>
        </w:rPr>
        <w:t>13:02  toh jab woh aap ko aise dekhenge toh woh kya sochen ge? hmm. toh jab Hazrat Umar ne yeh suna toh hum sab jante hain ke un ka bohat sakht</w:t>
      </w:r>
      <w:r>
        <w:br/>
      </w:r>
      <w:r>
        <w:rPr>
          <w:sz w:val="20"/>
        </w:rPr>
        <w:t>13:11  mizaj hota tha. bilkul. unhon ne Hazrat Abu Ubaidah se kaha ke aye Abu Ubaidah, kaash yeh tum ne na kaha hota.</w:t>
      </w:r>
      <w:r>
        <w:br/>
      </w:r>
      <w:r>
        <w:rPr>
          <w:sz w:val="20"/>
        </w:rPr>
        <w:t>13:20  agar yeh kisi aur ne kaha hota toh mein us ko aisi sakht saza deta ke Hazrat Muhammad ki ummat is se ek bohat bara sabak leti.</w:t>
      </w:r>
      <w:r>
        <w:br/>
      </w:r>
      <w:r>
        <w:rPr>
          <w:sz w:val="20"/>
        </w:rPr>
        <w:t>13:30  phir unhon ne ek bohat, doctor sahib, bohat hi zabardast jumla kaha, unhon ne kaha ke hum toh ek zaleel qom thay, Allah</w:t>
      </w:r>
      <w:r>
        <w:br/>
      </w:r>
      <w:r>
        <w:rPr>
          <w:sz w:val="20"/>
        </w:rPr>
        <w:t>13:38  ne hamein Islam ke zariye izzat ata farmayi aur hum kisi aur cheez, Islam ke kisi ke ilawa, kisi aur cheez se izzat nahi le sakte.</w:t>
      </w:r>
      <w:r>
        <w:br/>
      </w:r>
      <w:r>
        <w:rPr>
          <w:sz w:val="20"/>
        </w:rPr>
        <w:t>13:50  matlab aaj ke time se dekhen toh shohrat, paisa, popularity, rutba, position, log aksar is se pride lete hain, us ko samajhte hain ke yeh yeh bohat bari izzat ki cheez hai.</w:t>
      </w:r>
      <w:r>
        <w:br/>
      </w:r>
      <w:r>
        <w:rPr>
          <w:sz w:val="20"/>
        </w:rPr>
        <w:t>14:04  lekin aap dekhen Hazrat Umar kya keh rahe hain? toh</w:t>
      </w:r>
      <w:r>
        <w:br/>
      </w:r>
      <w:r>
        <w:rPr>
          <w:sz w:val="20"/>
        </w:rPr>
        <w:t>14:07  yeh bohat ahem cheez thi, doctor sahib. yaqeenan. mein ne kaha yeh share karunga. bohat achi is yeh waqia hai aur is se bari baat clear hoti hai.</w:t>
      </w:r>
      <w:r>
        <w:br/>
      </w:r>
      <w:r>
        <w:rPr>
          <w:sz w:val="20"/>
        </w:rPr>
        <w:t>14:17  ji. bohat acha hai, excellent. ji. doctor sahib, mein chahunga ke nafs ammara ke baray mein bhi aap hum sab ko</w:t>
      </w:r>
      <w:r>
        <w:br/>
      </w:r>
      <w:r>
        <w:rPr>
          <w:sz w:val="20"/>
        </w:rPr>
        <w:t>14:24  batayen. ji. ji. nafs ammara yani jo lafz hai yeh ammara, is ka matlab hai hukum dena.</w:t>
      </w:r>
      <w:r>
        <w:br/>
      </w:r>
      <w:r>
        <w:rPr>
          <w:sz w:val="20"/>
        </w:rPr>
        <w:t>14:35  aur is mein ek tajdeed ki wajah se thora force bhi hai. yani bohat zyada hukum dena ya bohat zyada bharkana.</w:t>
      </w:r>
      <w:r>
        <w:br/>
      </w:r>
      <w:r>
        <w:rPr>
          <w:sz w:val="20"/>
        </w:rPr>
        <w:t>14:45  us ko keh sakte hain the commanding soul ya soul that commands evil.</w:t>
      </w:r>
      <w:r>
        <w:br/>
      </w:r>
      <w:r>
        <w:rPr>
          <w:sz w:val="20"/>
        </w:rPr>
        <w:t>14:51  to molana ne likha hai ke har waqt insan do taqaton ke darmiyan rehta hai, farishta aur shaitan.</w:t>
      </w:r>
      <w:r>
        <w:br/>
      </w:r>
      <w:r>
        <w:rPr>
          <w:sz w:val="20"/>
        </w:rPr>
        <w:t>15:00  ji. har mauqe pe yeh dono active ho jate hain. aur nafs-e-ammarah jo hai woh shaitan ka tool hai ek tareeqe se.</w:t>
      </w:r>
      <w:r>
        <w:br/>
      </w:r>
      <w:r>
        <w:rPr>
          <w:sz w:val="20"/>
        </w:rPr>
        <w:t>15:09  aur farishte ke liye insan ke andar jo entry point hai woh zameer hai ya conscience. ji. aur shaitan ke liye jo entry point hai zehan mein woh hai ego.</w:t>
      </w:r>
      <w:r>
        <w:br/>
      </w:r>
      <w:r>
        <w:rPr>
          <w:sz w:val="20"/>
        </w:rPr>
        <w:t>15:22  to molana ne yeh kai baar bataya hai ke jo shaitan hai uska tareeqa yeh hai ke woh cheezon ko beautify karta hai, jis ko tazeen quran mein kaha gaya hai.</w:t>
      </w:r>
      <w:r>
        <w:br/>
      </w:r>
      <w:r>
        <w:rPr>
          <w:sz w:val="20"/>
        </w:rPr>
        <w:t>15:32  yani jo buri cheezein hain un ko bohat hi khoobsurat andaaz mein pesh karta hai. misaal ke taur par aaj kal log violence karne lage hain jihad ke naam pe, islam ke naam</w:t>
      </w:r>
      <w:r>
        <w:br/>
      </w:r>
      <w:r>
        <w:rPr>
          <w:sz w:val="20"/>
        </w:rPr>
        <w:t>15:43  peh. ji. halanke violence sarasar haram hai. aur is se sirf barbadi ho rahi hai aur islam ka naam, yani islam ka naam kharab ho raha hai.</w:t>
      </w:r>
      <w:r>
        <w:br/>
      </w:r>
      <w:r>
        <w:rPr>
          <w:sz w:val="20"/>
        </w:rPr>
        <w:t>15:55  Islam is getting a bad image. aur lekin in ko shaitan ne yeh samjha rakha hai ke yeh acha kaam hai to woh is pe apni jaanein de rahe hain. to is tarah se shaitan jo hai woh aadmi ki soch ke andar dakhil ho jata hai.</w:t>
      </w:r>
      <w:r>
        <w:br/>
      </w:r>
      <w:r>
        <w:rPr>
          <w:sz w:val="20"/>
        </w:rPr>
        <w:t>16:08  j</w:t>
      </w:r>
      <w:r>
        <w:br/>
      </w:r>
      <w:r>
        <w:rPr>
          <w:sz w:val="20"/>
        </w:rPr>
        <w:t>16:09  ee. aisa nahi ke koi ek alag se aadmi aata hai, ek third person, woh aa ke bata raha hai to aadmi sochega. lekin shaitan zehan pe asar karta hai. aur aisa lagta hai ke woh hamari apni soch hai.</w:t>
      </w:r>
      <w:r>
        <w:br/>
      </w:r>
      <w:r>
        <w:rPr>
          <w:sz w:val="20"/>
        </w:rPr>
        <w:t>16:20  to hum is pe amal karne lagte hain. aur shaitan ne quran mein ek challenge ke andaaz mein kaha hai Allah taala se ke main tere saare logon ko, teri saari makhlooq ko tere raaste se hata d</w:t>
      </w:r>
      <w:r>
        <w:br/>
      </w:r>
      <w:r>
        <w:rPr>
          <w:sz w:val="20"/>
        </w:rPr>
        <w:t>16:35  oon ga. ji. chand ko chhod ke. aur tu bohat kam logon ko paye ga jo shakir hon ge. wa la tajad akthar shakirin .</w:t>
      </w:r>
      <w:r>
        <w:br/>
      </w:r>
      <w:r>
        <w:rPr>
          <w:sz w:val="20"/>
        </w:rPr>
        <w:t>16:43  kahin bohat kam hon ge jo tere bande hon ge, shukr guzar bande. to sab se aham baat yeh hai ke insan jab bhi ghalti kare, koi ghalti ho jaye us se, chounke aisa to ho hi nahi sakta ke koi ghalti na kare, ghalti ho jati hai to foran toba</w:t>
      </w:r>
      <w:r>
        <w:br/>
      </w:r>
      <w:r>
        <w:rPr>
          <w:sz w:val="20"/>
        </w:rPr>
        <w:t>17:03  kar le. quran mein bhi toba qareeb ka lafz aata hai yatooboon min qareeb . ke woh foran toba kar lete hain. agar foran toba na kare, jaise molana ne is ko ek explain kiya hai, to conditioning shuru</w:t>
      </w:r>
      <w:r>
        <w:br/>
      </w:r>
      <w:r>
        <w:rPr>
          <w:sz w:val="20"/>
        </w:rPr>
        <w:t>17:17  ho jati hai. phir insan conditioned ho jata hai, phir badalna mushkil ho jata hai. sahih. aur is ko ek hadith mein prophet Muhammad sallallahu alaihi wasallam ne bohat achi tarah se explain kiya hai, yeh ek symbolic hadith hai ke jab insan koi ghalti karta hai to us ke dil pe ek black spot ya black black dhabba pad jata hai.</w:t>
      </w:r>
      <w:r>
        <w:br/>
      </w:r>
      <w:r>
        <w:rPr>
          <w:sz w:val="20"/>
        </w:rPr>
        <w:t>17:35  ji. yani physical sense mein nahi, yeh symbolic sense mein hai, chounke dil to ek organ hai to circulate the blood . dil</w:t>
      </w:r>
      <w:r>
        <w:br/>
      </w:r>
      <w:r>
        <w:rPr>
          <w:sz w:val="20"/>
        </w:rPr>
        <w:t>17:44  murad nahi hai balkeh inner personality murad hai. to jab bhi koi insan ghalti karta hai to us ke dil mein ek black spot pad jata hai.</w:t>
      </w:r>
      <w:r>
        <w:br/>
      </w:r>
      <w:r>
        <w:rPr>
          <w:sz w:val="20"/>
        </w:rPr>
        <w:t>17:54  phir agar woh toba kar leta hai to woh black spot saaf ho jata hai. aur agar woh ghalti karta rehta hai, toba nahi karta to ahista ahista black spot padte chale jate hain aur poora dil kala ho jata hai.</w:t>
      </w:r>
      <w:r>
        <w:br/>
      </w:r>
      <w:r>
        <w:rPr>
          <w:sz w:val="20"/>
        </w:rPr>
        <w:t>18:08  j</w:t>
      </w:r>
      <w:r>
        <w:br/>
      </w:r>
      <w:r>
        <w:rPr>
          <w:sz w:val="20"/>
        </w:rPr>
        <w:t>18:09  ee. yani us ki inner personality bohat hardened ho jati hai aur phir woh baaton ko samajhta nahi hai.</w:t>
      </w:r>
      <w:r>
        <w:br/>
      </w:r>
      <w:r>
        <w:rPr>
          <w:sz w:val="20"/>
        </w:rPr>
        <w:t>18:16  to is ka jo tareeqa hai ke shaitan se bachne ka tareeqa ek hi hai ke hum dua karein Allah taala se aur is se panah mangein. jaise hum quran jab shuru karte hain to kehte hain aoozu billahi minash shaitanir rajeem .</w:t>
      </w:r>
      <w:r>
        <w:br/>
      </w:r>
      <w:r>
        <w:rPr>
          <w:sz w:val="20"/>
        </w:rPr>
        <w:t>18:29  aur la hawla wa la quwwata . jaise aise hi quran mein aata hai Allahumma inni aoozu bika min hamazatis shayatini wa aoozu bika rabbi an yahduron .</w:t>
      </w:r>
      <w:r>
        <w:br/>
      </w:r>
      <w:r>
        <w:rPr>
          <w:sz w:val="20"/>
        </w:rPr>
        <w:t>18:39  ke aye Allah mujhe shaitan se bacha aur shaitan mere qareeb ayein, is se is se mehfooz rakh. to asal mein insan agar apne andar spirit paida kare, jab molana kehte the ke jo bhi aap ki ibadat hai, namaz, roza, hajj, zakat, us mein spirit paida karein aur quran ko is tarah padhein ke tadabbur ke sath, gehrai ke sath aur zikr karein.</w:t>
      </w:r>
      <w:r>
        <w:br/>
      </w:r>
      <w:r>
        <w:rPr>
          <w:sz w:val="20"/>
        </w:rPr>
        <w:t>19:02  hmm. zikr ka matlab yeh nahi ke kuch alfaaz ko dohraein, zikr ka matlab molana ne hamesha bataya hai ke jo nematein hamari, hamein Allah taala de raha hai, har har taraf nematein phaili hui hain,</w:t>
      </w:r>
      <w:r>
        <w:br/>
      </w:r>
      <w:r>
        <w:rPr>
          <w:sz w:val="20"/>
        </w:rPr>
        <w:t>19:15  khud hamara wajood ek bohat hi bari nemat hai. to in sab cheezon ko molana kehte the reference point bana ke aap Khuda ka shukr ada karein.</w:t>
      </w:r>
      <w:r>
        <w:br/>
      </w:r>
      <w:r>
        <w:rPr>
          <w:sz w:val="20"/>
        </w:rPr>
        <w:t>19:23  ji. to is tarah se jab ek insan is tarah ki spiritual life guzarega to woh hassas ho jayega, sensitive ho jayega ke shaitan ke behkawe ko bohat jaldi pehchan lega.</w:t>
      </w:r>
      <w:r>
        <w:br/>
      </w:r>
      <w:r>
        <w:rPr>
          <w:sz w:val="20"/>
        </w:rPr>
        <w:t>19:33  to foran is se bachega. ji. to ye behal zehan mein baatein aa rahi hain. ji. ji. ji. doctor sahib, bohat</w:t>
      </w:r>
      <w:r>
        <w:br/>
      </w:r>
      <w:r>
        <w:rPr>
          <w:sz w:val="20"/>
        </w:rPr>
        <w:t>19:40  sahih kaha aap ne. in fact agar kisi insan ki ego ko aap touch karein to wo flare up ho ke super ego ban jati hai. ji.</w:t>
      </w:r>
      <w:r>
        <w:br/>
      </w:r>
      <w:r>
        <w:rPr>
          <w:sz w:val="20"/>
        </w:rPr>
        <w:t>19:48  aur result hamesha breakdown hota hai. lekin aap ne jaise bataya ke zamir insan ka jo hai, agar aap us ko touch karein.</w:t>
      </w:r>
      <w:r>
        <w:br/>
      </w:r>
      <w:r>
        <w:rPr>
          <w:sz w:val="20"/>
        </w:rPr>
        <w:t>19:57  ji. to</w:t>
      </w:r>
      <w:r>
        <w:br/>
      </w:r>
      <w:r>
        <w:rPr>
          <w:sz w:val="20"/>
        </w:rPr>
        <w:t>19:58  aap insan ko aap jeet sakte hain. aur ek example jo Maulana bohat diya karte the, prophet ki zindagi se ke kaise ek aadmi aaya aur un ko face to face muzammam kaha, matlab condemned one.</w:t>
      </w:r>
      <w:r>
        <w:br/>
      </w:r>
      <w:r>
        <w:rPr>
          <w:sz w:val="20"/>
        </w:rPr>
        <w:t>20:13  lekin Rasool Allah ne is ka response kya diya</w:t>
      </w:r>
      <w:r>
        <w:br/>
      </w:r>
      <w:r>
        <w:rPr>
          <w:sz w:val="20"/>
        </w:rPr>
        <w:t>20:17  ? unho ne react nahi kiya, wo simply he smiled. and that was the right moral response to that man. aur is ka hum ne result bhi dekha un ki zindagi se ke itna zabardast asar pada us aadmi par jo un ko condemn kar raha tha ke wo ek dam dhah gaya.</w:t>
      </w:r>
      <w:r>
        <w:br/>
      </w:r>
      <w:r>
        <w:rPr>
          <w:sz w:val="20"/>
        </w:rPr>
        <w:t>20:35  aur history mein aata hai ke wo baad mein prophet ka follower bhi ban gaya. to</w:t>
      </w:r>
      <w:r>
        <w:br/>
      </w:r>
      <w:r>
        <w:rPr>
          <w:sz w:val="20"/>
        </w:rPr>
        <w:t>20:41  ye hum response kaise dete hain, is pe bohat ziyada nirbhar karta hai ke is ka outcome kya hoga. bilkul. to doctor sahib, jaise abhi aap ne is ka reference diya zamir ka, to main ye bhi chahunga ke aap thora expand kar ke batayein, jaise nafs e lawamah bhi aata hai Quran mein, to is ke kya maani hain?</w:t>
      </w:r>
      <w:r>
        <w:br/>
      </w:r>
      <w:r>
        <w:rPr>
          <w:sz w:val="20"/>
        </w:rPr>
        <w:t>21:03  is ke bare mein bhi hum sab ko batayein. nafs e lawamah yani farishte ki awaz, ek tareeqe se keh sakte hain aap. j</w:t>
      </w:r>
      <w:r>
        <w:br/>
      </w:r>
      <w:r>
        <w:rPr>
          <w:sz w:val="20"/>
        </w:rPr>
        <w:t>21:11  i. is ko hum jaise lawamah word jo arabi hai, isi se hum urdu mein malamat use karte hain. yani self accusing soul ya self reproaching soul.</w:t>
      </w:r>
      <w:r>
        <w:br/>
      </w:r>
      <w:r>
        <w:rPr>
          <w:sz w:val="20"/>
        </w:rPr>
        <w:t>21:25  ji. soul that rebukes or reproaches a person. chuna ke jab koi insan ghalti karta hai na to ek guilty consciousness hota hai, wo aap ko lagta hai ke main ne koi ghalti ki hai.</w:t>
      </w:r>
      <w:r>
        <w:br/>
      </w:r>
      <w:r>
        <w:rPr>
          <w:sz w:val="20"/>
        </w:rPr>
        <w:t>21:36  ji. to ye farishte ka ye tareeqa hai ke jab bhi insan koi ghalti karta hai, koi burai ki taraf barhta hai to us ko yaad dehani karata rehta hai, batata rehta hai ke tum galat ho.</w:t>
      </w:r>
      <w:r>
        <w:br/>
      </w:r>
      <w:r>
        <w:rPr>
          <w:sz w:val="20"/>
        </w:rPr>
        <w:t>21:47  agar insan farishte ki awaz ko sunta hai, farishte ki jo hidayat hai, us ko manta hai to wo seedhe raaste pe aa jata</w:t>
      </w:r>
      <w:r>
        <w:br/>
      </w:r>
      <w:r>
        <w:rPr>
          <w:sz w:val="20"/>
        </w:rPr>
        <w:t>21:57  hai. agar wo us ko ignore karta hai to wo jo farishte ki awaz hai, jo nafs e lawamah jis ko kaha gaya, wo ahista ahista kuch halki hoti chali jati hai aur yahan tak ke ek waqt aata hai ke wo sun bhi nahi pata us ko.</w:t>
      </w:r>
      <w:r>
        <w:br/>
      </w:r>
      <w:r>
        <w:rPr>
          <w:sz w:val="20"/>
        </w:rPr>
        <w:t>22:11  to phir wo, phir is ka wo bohat mushkil hota hai, is ka wapas aana. ji. to is ko Maulana ne consciousness kaha. ji.</w:t>
      </w:r>
      <w:r>
        <w:br/>
      </w:r>
      <w:r>
        <w:rPr>
          <w:sz w:val="20"/>
        </w:rPr>
        <w:t>22:20  yani jab bhi insan koi galat raaste pe chalta hai to farishta us ko guide karta hai.</w:t>
      </w:r>
      <w:r>
        <w:br/>
      </w:r>
      <w:r>
        <w:rPr>
          <w:sz w:val="20"/>
        </w:rPr>
        <w:t>22:26  agar wo us ki guidance ko maan le to phir wo is ka sahi raaste pe rehnumai farishta karta hai.</w:t>
      </w:r>
      <w:r>
        <w:br/>
      </w:r>
      <w:r>
        <w:rPr>
          <w:sz w:val="20"/>
        </w:rPr>
        <w:t>22:35  aur isi ko shaoor ka keh sakte hain. ji. ya consciousness keh sakte hain. aur ye ek pedaishi taur par hai, har insan ke andar hai.</w:t>
      </w:r>
      <w:r>
        <w:br/>
      </w:r>
      <w:r>
        <w:rPr>
          <w:sz w:val="20"/>
        </w:rPr>
        <w:t>22:45  bacha bhi hai, wo janta hai ke kya sahi hai, kya galat hai, ek ek ek chote level pe. to insan, har insan ke andar aisa nahi hai, kisi ke andar nahi hai.</w:t>
      </w:r>
      <w:r>
        <w:br/>
      </w:r>
      <w:r>
        <w:rPr>
          <w:sz w:val="20"/>
        </w:rPr>
        <w:t>22:54  ye shaoor jo consciousness hai, wo maujood hai. sab ke andar. wo har waqt us ko guide karta rehta hai. ji. ab koi ye sawal bhi koi pooch sakta hai ke shaitan ko kyun paida kiya?</w:t>
      </w:r>
      <w:r>
        <w:br/>
      </w:r>
      <w:r>
        <w:rPr>
          <w:sz w:val="20"/>
        </w:rPr>
        <w:t>23:05  hmm. kyun hamein misguide karta hai wo? ji. to shaitan darasal creation plan ka hissa hai. agar shaitan na ho to phir to ye dunya jannat ho jaye gi.</w:t>
      </w:r>
      <w:r>
        <w:br/>
      </w:r>
      <w:r>
        <w:rPr>
          <w:sz w:val="20"/>
        </w:rPr>
        <w:t>23:16  ji. phir to sirf farishte honge to wo jannat ki surat</w:t>
      </w:r>
      <w:r>
        <w:br/>
      </w:r>
      <w:r>
        <w:rPr>
          <w:sz w:val="20"/>
        </w:rPr>
        <w:t>23:20  e haal ho jayegi. to chuna ke yahan par test hai, insan ka test ho raha hai aur is test ke liye zaroori hai ke yahan shaitan behkaye, aur yahi test hai ke hum shaitan ke behkaye se bachein aur farishte ki awaz ko sunein aur us ko samjhein.</w:t>
      </w:r>
      <w:r>
        <w:br/>
      </w:r>
      <w:r>
        <w:rPr>
          <w:sz w:val="20"/>
        </w:rPr>
        <w:t>23:36  ji. aur doctor sahib, Maulana ye bhi kehte the ke jo fareeqe sani hai, wo koi pathar nahi, in</w:t>
      </w:r>
      <w:r>
        <w:br/>
      </w:r>
      <w:r>
        <w:rPr>
          <w:sz w:val="20"/>
        </w:rPr>
        <w:t>23:43  san hai. haan. to jab agar aap is ki consciousness ko touch karenge to zaroor is mein badlao aayega, aur wahi hoga jo quran mein fussilat surah mein aaya hai ke your enemy will become your dearest friend</w:t>
      </w:r>
      <w:r>
        <w:br/>
      </w:r>
      <w:r>
        <w:rPr>
          <w:sz w:val="20"/>
        </w:rPr>
        <w:t>23:57  . aur ek jagah doctor sahab, jaise aap abhi samjha rahe the consciousness ko le ke, aur ego ko le kar, to Maulana ne ek jagah bahut achha likha hai ke insaan ke andar khwahish hai, aur insaan ke andar hi,</w:t>
      </w:r>
      <w:r>
        <w:br/>
      </w:r>
      <w:r>
        <w:rPr>
          <w:sz w:val="20"/>
        </w:rPr>
        <w:t>24:13  aap zamir hai, consciousness hai, jaise aap ne bataya, to hamesha is ke beech mein jo hai ek takrao rehta hai. aur aksar aisa hota hai ke jo khwahish hai, woh ghalib ho jati hai.</w:t>
      </w:r>
      <w:r>
        <w:br/>
      </w:r>
      <w:r>
        <w:rPr>
          <w:sz w:val="20"/>
        </w:rPr>
        <w:t>24:25  lekin yahan par jo cheez is ko rok sakti hai, woh hai sabr. to Maulana ne ek bahut achha example diya tha, doctor sahab, motor gaadi ka ke agar aap ek motor gaadi ko dekhen to is mein break hoti hai.</w:t>
      </w:r>
      <w:r>
        <w:br/>
      </w:r>
      <w:r>
        <w:rPr>
          <w:sz w:val="20"/>
        </w:rPr>
        <w:t>24:41  ab woh gaadi kitni bhi achhi ho, kitni bhi badi ho, lekin agar is mein break na ho to woh manzil tak nahi pahunch sakti. to theek isi tarah, insaan ke andar jo break required hai, woh sabr hai.</w:t>
      </w:r>
      <w:r>
        <w:br/>
      </w:r>
      <w:r>
        <w:rPr>
          <w:sz w:val="20"/>
        </w:rPr>
        <w:t>24:54  agar</w:t>
      </w:r>
      <w:r>
        <w:br/>
      </w:r>
      <w:r>
        <w:rPr>
          <w:sz w:val="20"/>
        </w:rPr>
        <w:t>24:55  sabr insaan kare to yaqeenan us ko kamyabi hasil hogi. to yeh bahut important baat hai. bilkul. doctor sahab, there is one more kind of a soul which is nafs mutmainnah.</w:t>
      </w:r>
      <w:r>
        <w:br/>
      </w:r>
      <w:r>
        <w:rPr>
          <w:sz w:val="20"/>
        </w:rPr>
        <w:t>25:09  to hum chahenge is ke bare mein bhi aap hum sab ko bataen.</w:t>
      </w:r>
      <w:r>
        <w:br/>
      </w:r>
      <w:r>
        <w:rPr>
          <w:sz w:val="20"/>
        </w:rPr>
        <w:t>25:15  nafs mutmainnah ya mutmain rooh ka matlab hai satisfied soul ya being contented, yani a state of mind where it is satisfied and contented, and you have peace of mind, and you feel closeness to God.</w:t>
      </w:r>
      <w:r>
        <w:br/>
      </w:r>
      <w:r>
        <w:rPr>
          <w:sz w:val="20"/>
        </w:rPr>
        <w:t>25:32  masha</w:t>
      </w:r>
      <w:r>
        <w:br/>
      </w:r>
      <w:r>
        <w:rPr>
          <w:sz w:val="20"/>
        </w:rPr>
        <w:t>25:33  Allah. chunke jab insaan Khuda ke qareeb hota hai, tabhi us ko yeh haqeeqi peace milta hai, aur quran mein bhi aata hai ala bi zikrillah tatmain al quloob ke Khuda ke zikr ke ilawa dilon ko itminan nahi milta.</w:t>
      </w:r>
      <w:r>
        <w:br/>
      </w:r>
      <w:r>
        <w:rPr>
          <w:sz w:val="20"/>
        </w:rPr>
        <w:t>25:52  ji.</w:t>
      </w:r>
      <w:r>
        <w:br/>
      </w:r>
      <w:r>
        <w:rPr>
          <w:sz w:val="20"/>
        </w:rPr>
        <w:t>25:53  to Khuda ka zikr yahi jaise maine abhi bataya ke Khuda ki jo ata karda nematen hain, un ka adrak aur un pe Allah ka shukr ada kar</w:t>
      </w:r>
      <w:r>
        <w:br/>
      </w:r>
      <w:r>
        <w:rPr>
          <w:sz w:val="20"/>
        </w:rPr>
        <w:t>26:03  na. aur Maulana ne nafs mutmainnah ko likha hai ke woh insaan, woh shakhs jo Khuda ke creation plan par raazi hua, yani us ne apni zindagi ko Khuda ke creation plan par dhali aur apni zindagi ka naqsha isi ke isi ke mutabiq banaya, to wahi woh shakhs hai jo Allah taala ke yahan maqbool hoga, aur isi ke liye jannat hai.</w:t>
      </w:r>
      <w:r>
        <w:br/>
      </w:r>
      <w:r>
        <w:rPr>
          <w:sz w:val="20"/>
        </w:rPr>
        <w:t>26:29  ji. yeh bahut important baat doctor sahab aap ne batai ke creation plan pe raazi ho jaen, matlab jab ek insaan ko kuch mile to shukr mein jhuk jae, aur jab na mile to humility mein jhuk jae.</w:t>
      </w:r>
      <w:r>
        <w:br/>
      </w:r>
      <w:r>
        <w:rPr>
          <w:sz w:val="20"/>
        </w:rPr>
        <w:t>26:42  bilkul. aur agar aisa clash aa jae between the self and the truth to woh self ko chhod ke truth ko ikhtiyar kare, aur kabhi bhi truth ko chhoden na.</w:t>
      </w:r>
      <w:r>
        <w:br/>
      </w:r>
      <w:r>
        <w:rPr>
          <w:sz w:val="20"/>
        </w:rPr>
        <w:t>26:54  to yeh bahut important baat doctor sahab aap ne batai</w:t>
      </w:r>
      <w:r>
        <w:br/>
      </w:r>
      <w:r>
        <w:rPr>
          <w:sz w:val="20"/>
        </w:rPr>
        <w:t>26:57  . doctor sahab, to wapas kahani ki taraf rukh karte hain ke prophet Yusuf phir badshah se milte hain, aur badshah unhein ek important ministry ka uhda de dete hain.</w:t>
      </w:r>
      <w:r>
        <w:br/>
      </w:r>
      <w:r>
        <w:rPr>
          <w:sz w:val="20"/>
        </w:rPr>
        <w:t>27:11  to yahan se kahani kaise aage badhti hai, is ke bare mein hamein bataen.</w:t>
      </w:r>
      <w:r>
        <w:br/>
      </w:r>
      <w:r>
        <w:rPr>
          <w:sz w:val="20"/>
        </w:rPr>
        <w:t>27:17  ji. to yahan se jab Hazrat Yusuf علیہ السلام phir tashreef lae mahal mein, badshah se mulaqat hui to badshah bahut hi mutasir</w:t>
      </w:r>
      <w:r>
        <w:br/>
      </w:r>
      <w:r>
        <w:rPr>
          <w:sz w:val="20"/>
        </w:rPr>
        <w:t>27:28  hua un ki wisdom aur un ki sadaqat aur un ki danishmandi aur un ki jo shakhsiyat thi, bahut hi aala shakhsiyat, in sab cheezon se bahut hi mutasir hua, aur us ne offer kiya ke main aap ko minister banana chahta hoon.</w:t>
      </w:r>
      <w:r>
        <w:br/>
      </w:r>
      <w:r>
        <w:rPr>
          <w:sz w:val="20"/>
        </w:rPr>
        <w:t>27:48  ji. to Hazrat Yusuf علیہ السلام ne kaha ke ajalni ala khazain al ard yani jo zameen ke khazane hain, us zamane mein chunke sirf agriculture based economy thi to sab kuch wahi hota tha, agriculture se related.</w:t>
      </w:r>
      <w:r>
        <w:br/>
      </w:r>
      <w:r>
        <w:rPr>
          <w:sz w:val="20"/>
        </w:rPr>
        <w:t>28:05  to Hazrat Yusuf علیہ السلام ne kaha ke mujhe tum store houses ka incharge bana do, yani in other words agriculture minister bana do.</w:t>
      </w:r>
      <w:r>
        <w:br/>
      </w:r>
      <w:r>
        <w:rPr>
          <w:sz w:val="20"/>
        </w:rPr>
        <w:t>28:14  ji.</w:t>
      </w:r>
      <w:r>
        <w:br/>
      </w:r>
      <w:r>
        <w:rPr>
          <w:sz w:val="20"/>
        </w:rPr>
        <w:t>28:15  to kaha ke inni hafeez aleem ke main bahut hi skilled custodian hoon. ji. aisa lagta hai ke Hazrat Yusuf علیہ السلام ko is tarah ke kamon ka pehle se kuch tajurba bhi tha, isi liye unhon ne kaha ke main is kaam ko bahut achhi tarah se anjam de sakta hoon.</w:t>
      </w:r>
      <w:r>
        <w:br/>
      </w:r>
      <w:r>
        <w:rPr>
          <w:sz w:val="20"/>
        </w:rPr>
        <w:t>28:30  to is jagah quran mein aata hai wa kadhalika makkanna li yusuf fil ardh ke is tarah se hum ne, Allah taala fermata hai ke is tarah se hum ne yusuf ko</w:t>
      </w:r>
      <w:r>
        <w:br/>
      </w:r>
      <w:r>
        <w:rPr>
          <w:sz w:val="20"/>
        </w:rPr>
        <w:t>28:41  zameen misr mein, mulk misr mein aik ikhtiyar de diya. ji. aur yahi baat pehle bhi aayi thi jab yusuf alaihi assalam ko aziz le ke aaye the khareed ke aur apne ghar pe rakha tha, to exactly yahi ayat aayi thi wa kadhalika makkanna li yusuf fil ardh</w:t>
      </w:r>
      <w:r>
        <w:br/>
      </w:r>
      <w:r>
        <w:rPr>
          <w:sz w:val="20"/>
        </w:rPr>
        <w:t>29:01  to yeh Allah taala ka aik tareeqa hai ke baz auqat mushkil halaat aate hain aur bazahir aisa lagta hai ke ab jaise yusuf alaihi assalam kunwein mein chale gaye.</w:t>
      </w:r>
      <w:r>
        <w:br/>
      </w:r>
      <w:r>
        <w:rPr>
          <w:sz w:val="20"/>
        </w:rPr>
        <w:t>29:11  hmm. kunwein se phir un ko slave bana diya. ji. to yeh sab chuki Allah taala ka yeh aik nizam hai, woh chal raha hai. har cheez gardish mein hai, zameen o aasman gardish mein hai, zameen gardish mein hai, sayare sitare, to poori jo yeh jo zindagi hai, woh aik chal rah</w:t>
      </w:r>
      <w:r>
        <w:br/>
      </w:r>
      <w:r>
        <w:rPr>
          <w:sz w:val="20"/>
        </w:rPr>
        <w:t>29:29  i hai. isi isi ke isi ke beech mein, isi ke darmiyan Allah taala logon ki madad karta hai. aisa nahi hota ke koi alag se ho jaye to woh pata bhi nahi chalta, yani mehsoos nahi hota ke bazahir lag raha hai ke kunwein ke andar gaye, bohat hi museebat hai, lekin wahi aik stepping stone ban gaya aik aala maqam pe pohnchne ke, aur jail mein gaye, wahi aik stepping stone ban gaya, aur bare aala maqam pe takht pe taqreeban pahunch</w:t>
      </w:r>
      <w:r>
        <w:br/>
      </w:r>
      <w:r>
        <w:rPr>
          <w:sz w:val="20"/>
        </w:rPr>
        <w:t>29:58  gaye. to is tarah se har kisi ki zindagi mein hota hai. to yeh mushkil halaat aate hain to yeh is se pareshan nahi hona chahiye.</w:t>
      </w:r>
      <w:r>
        <w:br/>
      </w:r>
      <w:r>
        <w:rPr>
          <w:sz w:val="20"/>
        </w:rPr>
        <w:t>30:08  ho sakta hai ke Allah taala ne koi bohat hi bari success aap ke liye likhi ho, jo jis ka rasta yahi ho. ji. isi ke through. ji. aap is is success ko hasil kar sakte hain.</w:t>
      </w:r>
      <w:r>
        <w:br/>
      </w:r>
      <w:r>
        <w:rPr>
          <w:sz w:val="20"/>
        </w:rPr>
        <w:t>30:19  ji. yeh bohat important baat hai ke ji, yeh wahi baat aa jati hai ke creation plan pe raazi hona. ji</w:t>
      </w:r>
      <w:r>
        <w:br/>
      </w:r>
      <w:r>
        <w:rPr>
          <w:sz w:val="20"/>
        </w:rPr>
        <w:t>30:25  ۔ kyunke insaan sochta hai apni limitation ke aitbaar se ke mere liye yeh sahi hai, lekin Allah taala ne kuch aur hi planning ki hui hai.</w:t>
      </w:r>
      <w:r>
        <w:br/>
      </w:r>
      <w:r>
        <w:rPr>
          <w:sz w:val="20"/>
        </w:rPr>
        <w:t>30:35  to doctor sahib, phir yeh hua ke unhon ne ministry of agriculture, agar hum aaj ki terms mein kahein, jaise aap samjha rahe hain, to profit yusuf ne woh charge le liya.</w:t>
      </w:r>
      <w:r>
        <w:br/>
      </w:r>
      <w:r>
        <w:rPr>
          <w:sz w:val="20"/>
        </w:rPr>
        <w:t>30:45  to phir is ke baad kya hua? haan, to yusuf alaihi assalam ne woh kaam sambhal liya.</w:t>
      </w:r>
      <w:r>
        <w:br/>
      </w:r>
      <w:r>
        <w:rPr>
          <w:sz w:val="20"/>
        </w:rPr>
        <w:t>30:52  ji. aur bohat hi achhe tareeqe se is ko manage kiya, aur jo un ki shakhsiyat thi, us se log bohat hi mutasir hote the, jin se bhi koi kaam kehte the to woh bohat hi khushi se us ko foran anjam deta tha.</w:t>
      </w:r>
      <w:r>
        <w:br/>
      </w:r>
      <w:r>
        <w:rPr>
          <w:sz w:val="20"/>
        </w:rPr>
        <w:t>31:10  to sara jo extra grain tha, woh jama karna shuru kiya, bare bare store houses banwaye. j</w:t>
      </w:r>
      <w:r>
        <w:br/>
      </w:r>
      <w:r>
        <w:rPr>
          <w:sz w:val="20"/>
        </w:rPr>
        <w:t>31:18  i. aur travel kiya unhon ne aur shehron mein, aur jo bhi extra grain tha, woh farmers se unhon ne khareeda aur jama karna shuru kar diya, aur jahan jahan zaroorat thi, wahan pohanchaya,</w:t>
      </w:r>
      <w:r>
        <w:br/>
      </w:r>
      <w:r>
        <w:rPr>
          <w:sz w:val="20"/>
        </w:rPr>
        <w:t>31:31  camels ke zariye, caravan ke zariye, bail gaadiyon ke zariye, ya jo river nile thi, us ke zariye, kashtiyon mein.</w:t>
      </w:r>
      <w:r>
        <w:br/>
      </w:r>
      <w:r>
        <w:rPr>
          <w:sz w:val="20"/>
        </w:rPr>
        <w:t>31:40  to is tareeqe se poore Egypt mein bare bare store houses banwaye, wahan grains jama ho gaya, yahan</w:t>
      </w:r>
      <w:r>
        <w:br/>
      </w:r>
      <w:r>
        <w:rPr>
          <w:sz w:val="20"/>
        </w:rPr>
        <w:t>31:46  tak ke har taraf green hi green jama ho gaya, aik sehra wajood mein aa gaya green ka, aur yeh bohat hi hikmat ke sath, bohat hi danishmandi ke sath Hazrat yusuf alaihi assalam ne is kaam ko anjam diya.</w:t>
      </w:r>
      <w:r>
        <w:br/>
      </w:r>
      <w:r>
        <w:rPr>
          <w:sz w:val="20"/>
        </w:rPr>
        <w:t>31:59  saat saal tak itna green jama ho gaya. ji. ke agle saat saal ke liye bohat hi aasani se kaam chal sake.</w:t>
      </w:r>
      <w:r>
        <w:br/>
      </w:r>
      <w:r>
        <w:rPr>
          <w:sz w:val="20"/>
        </w:rPr>
        <w:t>32:08  ji.</w:t>
      </w:r>
      <w:r>
        <w:br/>
      </w:r>
      <w:r>
        <w:rPr>
          <w:sz w:val="20"/>
        </w:rPr>
        <w:t>32:10  aur doctor sahib, phir is ke baad, woh waqt aa gaya jis ka khwab badshah ne dekha tha ke jo famine aur jo sookha hai, woh saat saal tak chala, jis ki wajah se khane aur peene mein bohat zyada kami ho gayi.</w:t>
      </w:r>
      <w:r>
        <w:br/>
      </w:r>
      <w:r>
        <w:rPr>
          <w:sz w:val="20"/>
        </w:rPr>
        <w:t>32:24  to agar hum sochein to it must have been such a huge gigantic task for Prophet Yusuf to manage the situation.</w:t>
      </w:r>
      <w:r>
        <w:br/>
      </w:r>
      <w:r>
        <w:rPr>
          <w:sz w:val="20"/>
        </w:rPr>
        <w:t>32:34  to kaise hua aur us ke baad kya hua, us ke bare mein batayein doctor sahib.</w:t>
      </w:r>
      <w:r>
        <w:br/>
      </w:r>
      <w:r>
        <w:rPr>
          <w:sz w:val="20"/>
        </w:rPr>
        <w:t>32:40  haan, to phir yeh saat saal dheere dheere khatam ho gaye, aur woh saat saal jo famine ke aane the, woh shuru ho gaye, aur bohat hi logon ko dushwari hui,</w:t>
      </w:r>
      <w:r>
        <w:br/>
      </w:r>
      <w:r>
        <w:rPr>
          <w:sz w:val="20"/>
        </w:rPr>
        <w:t>32:55  aasman se pani barsna band ho gaya, aasman bilkul safed ho gaya, jo zameen thi, woh crack hone lagi, maweshi marne lage, insan dam todne lage, aur garam hawaein chalne lagin.</w:t>
      </w:r>
      <w:r>
        <w:br/>
      </w:r>
      <w:r>
        <w:rPr>
          <w:sz w:val="20"/>
        </w:rPr>
        <w:t>33:07  toh yani bahut hi bada ek masla paida ho gaya misr mein, sandstorm aane lage, aur tarah</w:t>
      </w:r>
      <w:r>
        <w:br/>
      </w:r>
      <w:r>
        <w:rPr>
          <w:sz w:val="20"/>
        </w:rPr>
        <w:t>33:14  tarah ki pareshaniyan.</w:t>
      </w:r>
      <w:r>
        <w:br/>
      </w:r>
      <w:r>
        <w:rPr>
          <w:sz w:val="20"/>
        </w:rPr>
        <w:t>33:15  is waqt Hazrat Yusuf alaihi salam aur zyada pehle se masroof ho gaye, aur unhone yeh</w:t>
      </w:r>
      <w:r>
        <w:br/>
      </w:r>
      <w:r>
        <w:rPr>
          <w:sz w:val="20"/>
        </w:rPr>
        <w:t>33:24  dekha ke jahan jahan zaroorat hai, wahan green ko pohnchayen, aur logon logon tak anaaj sahi tarah se</w:t>
      </w:r>
      <w:r>
        <w:br/>
      </w:r>
      <w:r>
        <w:rPr>
          <w:sz w:val="20"/>
        </w:rPr>
        <w:t>33:32  pohnche, aur anaaj ko unhon ne farokht kiya tha, yani free nahi distribute kar rahe the, balkeh woh</w:t>
      </w:r>
      <w:r>
        <w:br/>
      </w:r>
      <w:r>
        <w:rPr>
          <w:sz w:val="20"/>
        </w:rPr>
        <w:t>33:38  sell kar rahe the bohat hi reasonable price pe.</w:t>
      </w:r>
      <w:r>
        <w:br/>
      </w:r>
      <w:r>
        <w:rPr>
          <w:sz w:val="20"/>
        </w:rPr>
        <w:t>33:41  to is tareeqay say unhon nay bohat hi acha manage kiya, aur poora mulk tha Egypt ka, woh bohat hi baray famine kay grip mein aa gaya, aur us waqt kaam aur ziyada un ka barh gaya, aur bohat hi masroof ho gaye, aur har taraf jahan jahan zaroorat zaroorat thi, wahan unhon nay green pohanchana shuru kiya.</w:t>
      </w:r>
      <w:r>
        <w:br/>
      </w:r>
      <w:r>
        <w:rPr>
          <w:sz w:val="20"/>
        </w:rPr>
        <w:t>34:05  ji ji. aur doctor sahib, yeh bhi kahani mein aata hai kay aisa nahi kay sirf Misr tak famine ya sokha jo mehdood tha, balkay aas paas kay jo mulk hain, woh bhi is ki giraft mein aa gaye.</w:t>
      </w:r>
      <w:r>
        <w:br/>
      </w:r>
      <w:r>
        <w:rPr>
          <w:sz w:val="20"/>
        </w:rPr>
        <w:t>34:18  bilkul. to phir yeh honay laga kay wahan say jo log hain, woh Egypt Misr aanay lagay ghalla lenay kay liye. to woh sab kaisay manage hua, is say aagay kahani kaisay barhi, yeh is kay baray mein bataein.</w:t>
      </w:r>
      <w:r>
        <w:br/>
      </w:r>
      <w:r>
        <w:rPr>
          <w:sz w:val="20"/>
        </w:rPr>
        <w:t>34:32  haan, Yusuf علیہ السلام ko andaza tha kay Egypt kay aas paas ki jo countries hain, wahan bhi yeh masla paida hoga, woh bhi famine ki zad mein aaein gi.</w:t>
      </w:r>
      <w:r>
        <w:br/>
      </w:r>
      <w:r>
        <w:rPr>
          <w:sz w:val="20"/>
        </w:rPr>
        <w:t>34:43  to unhon nay is ka bhi provision rakha tha, is ka bhi khayal kiya tha, aur is kay liye bhi anaaj ka intezam kiya tha. jo aas paas kay mulk thay, Syria hai, ab Syria to us waqt bohat bara tha, yani Jordan, Israel, Canaan, woh sab bohat bara ilaqa</w:t>
      </w:r>
      <w:r>
        <w:br/>
      </w:r>
      <w:r>
        <w:rPr>
          <w:sz w:val="20"/>
        </w:rPr>
        <w:t>35:00  h tha. kuch Arab countries, kuch African countries, jo Mediterranean Sea hai, is kay jo atraf mein jo countries thay, woh sab dekhnay lagay Egypt ki taraf, chounkay un ko pata chala kay Egypt mein anaaj mojood hai, aur bohat hi reasonable price pe mil raha hai.</w:t>
      </w:r>
      <w:r>
        <w:br/>
      </w:r>
      <w:r>
        <w:rPr>
          <w:sz w:val="20"/>
        </w:rPr>
        <w:t>35:18  to wahan say qafley aanay lagay, aur lay kay janay lagay</w:t>
      </w:r>
      <w:r>
        <w:br/>
      </w:r>
      <w:r>
        <w:rPr>
          <w:sz w:val="20"/>
        </w:rPr>
        <w:t>35:24  , aur Yusuf علیہ السلام nay yeh kiya kay har aik shakhs ko aik camel load, yani rationing kar di kay jo bhi shakhs aaye ga, us ko aik camel load hum anaaj day detay hain.</w:t>
      </w:r>
      <w:r>
        <w:br/>
      </w:r>
      <w:r>
        <w:rPr>
          <w:sz w:val="20"/>
        </w:rPr>
        <w:t>35:39  to is tareeqay say baharhaal anaaj ka distribution shuru hua Egypt mein bhi, aur aas paas kay shehron mein, aas paas kay mulkon mein.</w:t>
      </w:r>
      <w:r>
        <w:br/>
      </w:r>
      <w:r>
        <w:rPr>
          <w:sz w:val="20"/>
        </w:rPr>
        <w:t>35:50  ji ji. aur doctor sahib, phir jab yeh distribution shuru hua to kahani kay is aham morr par aa jatay hain kay jab Prophet Yusuf kay das bhai, woh bhi Misr jatay hain ghalla lenay kay liye, lekin woh Prophet Yusuf ko pehchan nahi patay kay yeh wahi Yusuf hai jo un ka bachpan mein un ka bhai tha, aur jis ko unhon nay sazish kay sazish kay tehat kanwein mein dhakail diya tha.</w:t>
      </w:r>
      <w:r>
        <w:br/>
      </w:r>
      <w:r>
        <w:rPr>
          <w:sz w:val="20"/>
        </w:rPr>
        <w:t>36:16  to is kay baray mein bhi bataein, is qissay kay baray mein.</w:t>
      </w:r>
      <w:r>
        <w:br/>
      </w:r>
      <w:r>
        <w:rPr>
          <w:sz w:val="20"/>
        </w:rPr>
        <w:t>36:20  ji, Canaan mein Hazrat Yaqoob علیہ السلام thay, aur un ki family, wahan bhi anaaj ki kami ho gayi, cheezain khatam honay lagain.</w:t>
      </w:r>
      <w:r>
        <w:br/>
      </w:r>
      <w:r>
        <w:rPr>
          <w:sz w:val="20"/>
        </w:rPr>
        <w:t>36:31  to unhon nay apnay dason baton ko bulaya, aur kaha kay baton, tum jao Egypt, wahan par anaaj mil raha hai, bohat hi reasonable price pe mil raha hai, wahan say lao, chounkay yeh jo bhi anaaj hai, bohat jaldi khatam ho jaye ga hamaray liye,</w:t>
      </w:r>
      <w:r>
        <w:br/>
      </w:r>
      <w:r>
        <w:rPr>
          <w:sz w:val="20"/>
        </w:rPr>
        <w:t>36:49  ab khanay peenay ki cheezain bohat mushkil ho jayain gi. to saray bhaiyon nay apnay apnay oont tayyar kiye, das oont lay kay, woh thora bohat saman saman lay kay, kuch kuch us zamanay kay lihaz say jo currency hoti thi, chandi kay kuch sikkay hotay thay, chandi kay tukray kuch, to woh sab cheezain lay kay woh safar pe niklay.</w:t>
      </w:r>
      <w:r>
        <w:br/>
      </w:r>
      <w:r>
        <w:rPr>
          <w:sz w:val="20"/>
        </w:rPr>
        <w:t>37:12  taqreeban aath das din ka safar raha hoga, chounkay Canaan say Egypt 450 kilometer hai, to yeh rasta unhon nay tay kiya hoga taqreeban das din mein.</w:t>
      </w:r>
      <w:r>
        <w:br/>
      </w:r>
      <w:r>
        <w:rPr>
          <w:sz w:val="20"/>
        </w:rPr>
        <w:t>37:25  to aik lambay safar kay baad woh puhanchay, aur wahan jo store house tha, wahan puhanchay, aur jo store house ka incharge tha, yani Yusuf علیہ السلام, un say milay.</w:t>
      </w:r>
      <w:r>
        <w:br/>
      </w:r>
      <w:r>
        <w:rPr>
          <w:sz w:val="20"/>
        </w:rPr>
        <w:t>37:36  bhaiyon nay to pehchana nahi Yusuf علیہ السلام ko, Yusuf علیہ السلام nay foran pehchan liya bhaiyon ko. to chounkay woh jo bhai thay, woh kabhi soch bhi nahi saktay thay kay jis bhai ko unhon nay kanwein mein dala tha barson pehlay,</w:t>
      </w:r>
      <w:r>
        <w:br/>
      </w:r>
      <w:r>
        <w:rPr>
          <w:sz w:val="20"/>
        </w:rPr>
        <w:t>37:52  un kay lihaz say to yeh aik aakhri tadbeer thi Yusuf علیہ السلام ko halak karnay kay liye. to</w:t>
      </w:r>
      <w:r>
        <w:br/>
      </w:r>
      <w:r>
        <w:rPr>
          <w:sz w:val="20"/>
        </w:rPr>
        <w:t>37:59  woh kabhi soch bhi nahi saktay thay kay jis ko unhon nay kanwein mein dala tha, aaj woh itna bara Egypt mein minister kaisay ban gaya.</w:t>
      </w:r>
      <w:r>
        <w:br/>
      </w:r>
      <w:r>
        <w:rPr>
          <w:sz w:val="20"/>
        </w:rPr>
        <w:t>38:08  to is tareeqay say woh puhanchay wahan, aur Yusuf علیہ السلام say milay. ji, aur Prophet Yusuf bhi, doctor sahib, agar kahani ko jab hum parhtay hain to dekhtay hain kay bohat hi achay say, generous way mein apnay bhaiyon say milay.</w:t>
      </w:r>
      <w:r>
        <w:br/>
      </w:r>
      <w:r>
        <w:rPr>
          <w:sz w:val="20"/>
        </w:rPr>
        <w:t>38:24  balkay yahan pe mujhe aik hadith bhi yaad aati hai kay</w:t>
      </w:r>
      <w:r>
        <w:br/>
      </w:r>
      <w:r>
        <w:rPr>
          <w:sz w:val="20"/>
        </w:rPr>
        <w:t>38:27  Rasool Allah nay aik martaba farmaya kay tum aisay mat bano kay log agar tumharay sath acha karain to tum un kay sath acha karo, aur log agar tumharay sath bura karain to tum un kay sath bura karo.</w:t>
      </w:r>
      <w:r>
        <w:br/>
      </w:r>
      <w:r>
        <w:rPr>
          <w:sz w:val="20"/>
        </w:rPr>
        <w:t>38:39  balkay tum aisay bano kay log agar tumharay sath acha karain to tum un kay sath acha karo</w:t>
      </w:r>
      <w:r>
        <w:br/>
      </w:r>
      <w:r>
        <w:rPr>
          <w:sz w:val="20"/>
        </w:rPr>
        <w:t>38:44  , lekin agar woh tumharay sath unjust behavior karain, tumharay sath bura behaviour karain to tum waisa na karo. aur hum yahi dekhtay hain kay Prophet Yusuf ki zindagi say kay itna ziyada unhon nay,</w:t>
      </w:r>
      <w:r>
        <w:br/>
      </w:r>
      <w:r>
        <w:rPr>
          <w:sz w:val="20"/>
        </w:rPr>
        <w:t>38:58  matlab safar kiya, un ko itna pareshan kiya gaya, lekin is kay baad bhi woh inhi das bhaiyon say bohat achay say mil rahay hain. balkay unhon nay paisay bhi nahi liye.</w:t>
      </w:r>
      <w:r>
        <w:br/>
      </w:r>
      <w:r>
        <w:rPr>
          <w:sz w:val="20"/>
        </w:rPr>
        <w:t>39:07  to doctor sahib, is ke bare mein aap kya kehna chahenge? bohat achhi hadith aap ne sunai, "imam mat bano". ji, aur yeh jo teaching hai, hum hum sab yahi samajhte hain ke jo hamare sath acha sulook kare, hum us ke sath acha sulook karen.</w:t>
      </w:r>
      <w:r>
        <w:br/>
      </w:r>
      <w:r>
        <w:rPr>
          <w:sz w:val="20"/>
        </w:rPr>
        <w:t>39:20  ji, aur jo hamare sath bura kare to hum us ke sath bura sulook karen. lekin prophet ne kaha hai ke jo tumhare sath bura sulook kare, us ke sath bhi acha sulook karen. acha sulook karen. ji ji ji, bohat hi zabardast</w:t>
      </w:r>
      <w:r>
        <w:br/>
      </w:r>
      <w:r>
        <w:rPr>
          <w:sz w:val="20"/>
        </w:rPr>
        <w:t>39:29  teaching hai rasool Allah sal Allah alaih wasalam ki. to jab bhai pahunche wahan Hazrat Yusuf alaih wasalam ke pas to bohat hi izzat se mile, bari khatir khatadari ki, aur family ke bare mein poocha to bhaiyon ne kaha ke hamare ghar mein boorhe maa baap hain, aur ek bhai hai.</w:t>
      </w:r>
      <w:r>
        <w:br/>
      </w:r>
      <w:r>
        <w:rPr>
          <w:sz w:val="20"/>
        </w:rPr>
        <w:t>39:48  to unhone kaha ke hamein apne bhai ke liye bhi ek camel de dein, ek camel load. h</w:t>
      </w:r>
      <w:r>
        <w:br/>
      </w:r>
      <w:r>
        <w:rPr>
          <w:sz w:val="20"/>
        </w:rPr>
        <w:t>39:57  mm ji, to unhone kaha ke tum agli bar bhai ko bhi lana, aur main us ko bhi doonga.</w:t>
      </w:r>
      <w:r>
        <w:br/>
      </w:r>
      <w:r>
        <w:rPr>
          <w:sz w:val="20"/>
        </w:rPr>
        <w:t>40:06  tum ne dekha, main meri generosity bhi dekh li tum ne. ji, to behal woh kisi tarah baat is tarah ho gayi ke Yusuf alaih wasalam ne bohat sakhti se yeh baat keh di ke tum agar apne bhai ko nahi lao ge agli bar to main tum ko bhi nahi doonga koi saman</w:t>
      </w:r>
      <w:r>
        <w:br/>
      </w:r>
      <w:r>
        <w:rPr>
          <w:sz w:val="20"/>
        </w:rPr>
        <w:t>40:21  ۔ humm humm. to behal unhone kaha ke hum apne walid ko manane ki koshish karenge, aur apne chhote bhai ko sath lane ki koshish karenge.</w:t>
      </w:r>
      <w:r>
        <w:br/>
      </w:r>
      <w:r>
        <w:rPr>
          <w:sz w:val="20"/>
        </w:rPr>
        <w:t>40:32  to woh log behal nikle wapas, aur jab ghar pahunche aur apna saman khola to jo bhi unhone chandi ke sikke wagera diye the, ji, woh un ko apne un ke saman mein mil gaye.</w:t>
      </w:r>
      <w:r>
        <w:br/>
      </w:r>
      <w:r>
        <w:rPr>
          <w:sz w:val="20"/>
        </w:rPr>
        <w:t>40:44  ji, un ke jo bags the.</w:t>
      </w:r>
      <w:r>
        <w:br/>
      </w:r>
      <w:r>
        <w:rPr>
          <w:sz w:val="20"/>
        </w:rPr>
        <w:t>40:46  ji, to woh aur un ki izzat barh gayi woh Egypt ke wazir ke bare mein ke itna us ne hamare sath izzat ka mamla kiya, itne sharifana andaaz se hamare sath pesh aaye.</w:t>
      </w:r>
      <w:r>
        <w:br/>
      </w:r>
      <w:r>
        <w:rPr>
          <w:sz w:val="20"/>
        </w:rPr>
        <w:t>41:00  ji ji ji. acha, lekin doctor sahib, yahan pe prophet Yusuf ne jo plan banaya tha ke Benjamin, jo un ke chhote bhai hain, ji, woh kisi tarah aayen, aur jaise aap ne abhi bataya ke unhone condition rakhi,</w:t>
      </w:r>
      <w:r>
        <w:br/>
      </w:r>
      <w:r>
        <w:rPr>
          <w:sz w:val="20"/>
        </w:rPr>
        <w:t>41:15  ji, ke agar tum agle trip mein aap un ko nahi le ke ao ge to tum jhoote qarar diye jao ge. to yeh ek un ke upar ek jo dabao dala unhone, us ki wajah se yeh hua ke bhai apne baap ke pas gaye, prophet Yaqoob, aur unhone kaha ke Benjamin ko un ke sath agle safar mein bhej dein, nahi to unhein gila nahi mile ga.</w:t>
      </w:r>
      <w:r>
        <w:br/>
      </w:r>
      <w:r>
        <w:rPr>
          <w:sz w:val="20"/>
        </w:rPr>
        <w:t>41:38  ji ji. to phir doctor sahib, is situation mein kya hua, us ki baat ki kahani kya hai?</w:t>
      </w:r>
      <w:r>
        <w:br/>
      </w:r>
      <w:r>
        <w:rPr>
          <w:sz w:val="20"/>
        </w:rPr>
        <w:t>41:45  haan, to kuch dinon mein woh anaaj khatam ho gaya. ji, to dobara zaroorat pari to Hazrat Yaqoob alaih wasalam ne kaha ke phir jao le ke ao.</w:t>
      </w:r>
      <w:r>
        <w:br/>
      </w:r>
      <w:r>
        <w:rPr>
          <w:sz w:val="20"/>
        </w:rPr>
        <w:t>41:56  to un bhaiyon ko yaad aaya ke wahan to unhone ek condition rakh di thi ke Benjamin ko sath layen layen ge, tabhi saman mile ga.</w:t>
      </w:r>
      <w:r>
        <w:br/>
      </w:r>
      <w:r>
        <w:rPr>
          <w:sz w:val="20"/>
        </w:rPr>
        <w:t>42:06  to father se kaha unhone, to unhone kaha nahi, main hargiz ijazat nahi doonga, tum ne Yusuf ke sath kya kiya hai, woh tum ko maloom hai.</w:t>
      </w:r>
      <w:r>
        <w:br/>
      </w:r>
      <w:r>
        <w:rPr>
          <w:sz w:val="20"/>
        </w:rPr>
        <w:t>42:15  to unhone bohat zyada israr kiya, kaha ke bohat zaroorat hai, aur hum apne bhai ki hifazat karenge. nahfazu nahfazu akhana ke hum apne bhai ki hifazat karenge,</w:t>
      </w:r>
      <w:r>
        <w:br/>
      </w:r>
      <w:r>
        <w:rPr>
          <w:sz w:val="20"/>
        </w:rPr>
        <w:t>42:26  aur sahi salim layenge us ko wapas. to bohat jab israr kiya to unhone kaha theek hai, acha le jao, lekin tum ahad karo ke chhote bhai ko sahi salim mere pas wapas lao ge, illa yeh ke tum sab pe koi musibat aa jaye.</w:t>
      </w:r>
      <w:r>
        <w:br/>
      </w:r>
      <w:r>
        <w:rPr>
          <w:sz w:val="20"/>
        </w:rPr>
        <w:t>42:44  to is tarah se unhone ijazat de di. jab unhone ahad kiya, pledge liye. aur ek aur baat, Yaqoob alaih wasalam ne apne beton se kahi ke mere beton, tum ek darwaze se mat enter karna.</w:t>
      </w:r>
      <w:r>
        <w:br/>
      </w:r>
      <w:r>
        <w:rPr>
          <w:sz w:val="20"/>
        </w:rPr>
        <w:t>43:04  lagta hai jis city mein Egypt mein gaye the, woh probably it was a walled city, jaise hamare old Delhi ki walled city thi, Kashmiri gate, Delhi gate wagera hai.</w:t>
      </w:r>
      <w:r>
        <w:br/>
      </w:r>
      <w:r>
        <w:rPr>
          <w:sz w:val="20"/>
        </w:rPr>
        <w:t>43:15  to isi tarah se koi aise system hoga, wahan bhi shayad walled city rahi ho. to Yaqoob alaih wasalam ne kaha ke tum alag alag darwazon se jana, ek sath mat enter karna.</w:t>
      </w:r>
      <w:r>
        <w:br/>
      </w:r>
      <w:r>
        <w:rPr>
          <w:sz w:val="20"/>
        </w:rPr>
        <w:t>43:27  woh un ka shayad maqsad yeh tha ke ek sath das log, gyarah log jayenge to log samjhenge pata nahi yeh kis maqsad se aaye hain, koi reaction ho.</w:t>
      </w:r>
      <w:r>
        <w:br/>
      </w:r>
      <w:r>
        <w:rPr>
          <w:sz w:val="20"/>
        </w:rPr>
        <w:t>43:38  balkeh Maulana bhi dawat ke mamle mein low profile ki baat karte the. ji ji ke dawat high profile kaam nahi hai ke aap stage pe karen aur yeh sab karen, balkeh khamoshi se karen taake koi pareshani na</w:t>
      </w:r>
      <w:r>
        <w:br/>
      </w:r>
      <w:r>
        <w:rPr>
          <w:sz w:val="20"/>
        </w:rPr>
        <w:t>43:55  paish aaye. to yeh ek bohat achhi advice di Yaqoob alaih wasalam ne apne beton ko. doctor sahib, kuch comments parhna chahoonga jo log program dekh rahe hain.</w:t>
      </w:r>
      <w:r>
        <w:br/>
      </w:r>
      <w:r>
        <w:rPr>
          <w:sz w:val="20"/>
        </w:rPr>
        <w:t>44:07  kafi log pasand kar rahe hain aap ke program ko. to main kuch comments loonga. aap aakhri sawal jo bacha hai, us se pehle.</w:t>
      </w:r>
      <w:r>
        <w:br/>
      </w:r>
      <w:r>
        <w:rPr>
          <w:sz w:val="20"/>
        </w:rPr>
        <w:t>44:17  yeh comment bheja hai Rana Gulzaman sahib ne, unhon ne location nahi likhi hai,</w:t>
      </w:r>
      <w:r>
        <w:br/>
      </w:r>
      <w:r>
        <w:rPr>
          <w:sz w:val="20"/>
        </w:rPr>
        <w:t>44:23  per unhon ne likha hai ke Assalam o Alaikum, I love this man so much, and new generation need this kind of things early in the morning.</w:t>
      </w:r>
      <w:r>
        <w:br/>
      </w:r>
      <w:r>
        <w:rPr>
          <w:sz w:val="20"/>
        </w:rPr>
        <w:t>44:33  to yeh bohat hi pyara comment bheja hai unhon ne aap ke liye. Thank you. Is ke baad kai logon ne pasand kiya hai. Agla comment bheja hai Miss Reshma Parvez ne,</w:t>
      </w:r>
      <w:r>
        <w:br/>
      </w:r>
      <w:r>
        <w:rPr>
          <w:sz w:val="20"/>
        </w:rPr>
        <w:t>44:49  unhon ne likha hai ke We all sin, don't despa</w:t>
      </w:r>
      <w:r>
        <w:br/>
      </w:r>
      <w:r>
        <w:rPr>
          <w:sz w:val="20"/>
        </w:rPr>
        <w:t>44:52  ir, keep repenting and asking for his forgiveness, don't let droplets of sins become oceans of regret, be sincere and ask him wholeheartedly .</w:t>
      </w:r>
      <w:r>
        <w:br/>
      </w:r>
      <w:r>
        <w:rPr>
          <w:sz w:val="20"/>
        </w:rPr>
        <w:t>45:04  Noor Khan ne likha hai Beautifully explained, Jazak Allah. Miss Krot Lein ne Srinagar se likha hai ke Maulana would always say ignore problems and avail opportunities,</w:t>
      </w:r>
      <w:r>
        <w:br/>
      </w:r>
      <w:r>
        <w:rPr>
          <w:sz w:val="20"/>
        </w:rPr>
        <w:t>45:18  Yusuf Alaihi Salam is the best example, rather role model of this practice. He accepted the offer of being on an important post under a mushrik ruler.</w:t>
      </w:r>
      <w:r>
        <w:br/>
      </w:r>
      <w:r>
        <w:rPr>
          <w:sz w:val="20"/>
        </w:rPr>
        <w:t>45:31  He, other than being an honest and able administrator, utilized the opportunity to spread the word of God. Moreover, his honesty, dedication, and urge to serve God's cause turned his dream into a reality.</w:t>
      </w:r>
      <w:r>
        <w:br/>
      </w:r>
      <w:r>
        <w:rPr>
          <w:sz w:val="20"/>
        </w:rPr>
        <w:t>45:47  God is great and bestows his unlimited blessings who displace patience. To Doctor sahib, aakhri sawal yahi hai ke phir jo bhai hain, das bhai, Benjamin ko le kar Misr ki taraf apna travel shuru karte hain.</w:t>
      </w:r>
      <w:r>
        <w:br/>
      </w:r>
      <w:r>
        <w:rPr>
          <w:sz w:val="20"/>
        </w:rPr>
        <w:t>46:05  Aur yaqeenan Doctor sahib, aisa hua hoga ke Prophet Yusuf bohat hi zyada khush hue honge Benjamin ko dekh kar. To is qisse ke baray mein bhi hum sab ko batayein.</w:t>
      </w:r>
      <w:r>
        <w:br/>
      </w:r>
      <w:r>
        <w:rPr>
          <w:sz w:val="20"/>
        </w:rPr>
        <w:t>46:17  To wo saaray bhai nikle, apne saman waghera le ke, oonton ko le ke. Is baar wo gyarah log thay, gyarah oont sath mein thay.</w:t>
      </w:r>
      <w:r>
        <w:br/>
      </w:r>
      <w:r>
        <w:rPr>
          <w:sz w:val="20"/>
        </w:rPr>
        <w:t>46:27  To wo lambay safar ke baad pohanche, aur jaise un ke father ne mashwara diya tha ke ek darwazay se mat dakhil hona, to wo alag alag darwazon se gaye aur seedhe jo store house tha,</w:t>
      </w:r>
      <w:r>
        <w:br/>
      </w:r>
      <w:r>
        <w:rPr>
          <w:sz w:val="20"/>
        </w:rPr>
        <w:t>46:42  grains ka, jahan par grain distribute ho raha tha, sell ho raha tha, wo</w:t>
      </w:r>
      <w:r>
        <w:br/>
      </w:r>
      <w:r>
        <w:rPr>
          <w:sz w:val="20"/>
        </w:rPr>
        <w:t>46:48  un pohanche. To Yusuf Alaihi Salam ne dekha dason bhaiyon ko, aur Benjamin ko bhi dekha sath mein, to foran pehchan gaye.</w:t>
      </w:r>
      <w:r>
        <w:br/>
      </w:r>
      <w:r>
        <w:rPr>
          <w:sz w:val="20"/>
        </w:rPr>
        <w:t>46:58  Halankay bees saal guzar gaye thay, tab to Benjamin chotay rahe honge, saat aath saal ke rahe honge</w:t>
      </w:r>
      <w:r>
        <w:br/>
      </w:r>
      <w:r>
        <w:rPr>
          <w:sz w:val="20"/>
        </w:rPr>
        <w:t>47:05  , ab wo poori tarah se youth. To un ki aankhon mein aansu aa gaye, lekin wo khamoshi se alag ho gaye aur Benjamin ko le ke gaye ek taraf aur kaha ke main tumhara bhai hoon, tum ghamgeen mat ho jo log yeh log tumhare sath karte hain.</w:t>
      </w:r>
      <w:r>
        <w:br/>
      </w:r>
      <w:r>
        <w:rPr>
          <w:sz w:val="20"/>
        </w:rPr>
        <w:t>47:22  Aur kaha ke tum yeh baat un se batana nahi ke main tumhara bhai hoon, main ne yeh baat</w:t>
      </w:r>
      <w:r>
        <w:br/>
      </w:r>
      <w:r>
        <w:rPr>
          <w:sz w:val="20"/>
        </w:rPr>
        <w:t>47:28  batayi hai. To is tareeqay se yeh qissa yahan tak pohancha hai, aur bohat hi sabak آموز baatein hain. Jaise abhi Qurat ul Ain sahibah ne ek point bataya jo bohat hi aham hai ke ek non Muslim ruler ke under reh kar aap kaam kar sakte hain.</w:t>
      </w:r>
      <w:r>
        <w:br/>
      </w:r>
      <w:r>
        <w:rPr>
          <w:sz w:val="20"/>
        </w:rPr>
        <w:t>47:48  Bohat important, bohat hi it's very important point. Yeh log sab is tarah ki baatein karte rehte hain.</w:t>
      </w:r>
      <w:r>
        <w:br/>
      </w:r>
      <w:r>
        <w:rPr>
          <w:sz w:val="20"/>
        </w:rPr>
        <w:t>47:54  To yeh bohat hi acha point hai ke aap kahin bhi hon, aur aap ko wo ijazat bhi de raha hai ruler ke aap da'wati kaam karein.</w:t>
      </w:r>
      <w:r>
        <w:br/>
      </w:r>
      <w:r>
        <w:rPr>
          <w:sz w:val="20"/>
        </w:rPr>
        <w:t>48:04  To hum hamari country mein bhi, hum yahan, hamein koi dikkat nahi hai.</w:t>
      </w:r>
      <w:r>
        <w:br/>
      </w:r>
      <w:r>
        <w:rPr>
          <w:sz w:val="20"/>
        </w:rPr>
        <w:t>48:08  Saray jo jo peaceful kaam hum karte hain, hum kar sakte hain, chahe da'wati kaam ho ya is tarah ka deeni kaam ho, saray mawaqay khule hue hain.</w:t>
      </w:r>
      <w:r>
        <w:br/>
      </w:r>
      <w:r>
        <w:rPr>
          <w:sz w:val="20"/>
        </w:rPr>
        <w:t>48:20  To is ko avail karna chahiye, aur Allah se dua karna chahiye. To bohat hi sabak آموز waqia hai yeh ji, aur ab yeh inshallah aglay session mein umeed hai ke yeh story mukammal ho jayegi.</w:t>
      </w:r>
      <w:r>
        <w:br/>
      </w:r>
      <w:r>
        <w:rPr>
          <w:sz w:val="20"/>
        </w:rPr>
        <w:t>48:35  Inshallah. Doctor sahib, bohat bohat</w:t>
      </w:r>
      <w:r>
        <w:br/>
      </w:r>
      <w:r>
        <w:rPr>
          <w:sz w:val="20"/>
        </w:rPr>
        <w:t>48:37  shukriya, aaj aap ne phir se bohat hi acha session Prophet Yusuf ki zindagi mein. Lekin aap ne bhi bohat achi baatein batayin beech beech mein, jo mujhe bhi is se bohat istefada hua hai.</w:t>
      </w:r>
      <w:r>
        <w:br/>
      </w:r>
      <w:r>
        <w:rPr>
          <w:sz w:val="20"/>
        </w:rPr>
        <w:t>48:47  ji, ji, inshallah. to doctor sahib, bohat bohat shukriya, aur hamein be sabri se intezar rahega agle session ka in</w:t>
      </w:r>
      <w:r>
        <w:br/>
      </w:r>
      <w:r>
        <w:rPr>
          <w:sz w:val="20"/>
        </w:rPr>
        <w:t>48:56  shallah. aur hum logon ne sab ne bohat sabak liye, jis tarah doctor thaanistan khan sahib ne Prophet Yusuf ki zindagi se is ko contemporary level pe link kar ke hum sab logon ko bohat hi achhe se wazeh kiya aur samjhaya.</w:t>
      </w:r>
      <w:r>
        <w:br/>
      </w:r>
      <w:r>
        <w:rPr>
          <w:sz w:val="20"/>
        </w:rPr>
        <w:t>49:10  to hum ne aaj jana ke kaise hum profit yusuf ki zindagi se seekh le sakte hain ke hum aswao al qasas ko kaise ahsan al qasas bana s</w:t>
      </w:r>
      <w:r>
        <w:br/>
      </w:r>
      <w:r>
        <w:rPr>
          <w:sz w:val="20"/>
        </w:rPr>
        <w:t>49:21  akte hain. matlab, worst story ko best story banana hamare hath mein hai. quran ki surah yusuf mein yeh aata hai ke jo shakhs taqwa ikhtiyar kare aur sabr kare to allah is ke ajr ko zaya nahi karte.</w:t>
      </w:r>
      <w:r>
        <w:br/>
      </w:r>
      <w:r>
        <w:rPr>
          <w:sz w:val="20"/>
        </w:rPr>
        <w:t>49:37  agar hum dekhen to allah ne sab logon ke liye best future hi rakha hai, magar woh best future hamein kaise mil sakta hai?</w:t>
      </w:r>
      <w:r>
        <w:br/>
      </w:r>
      <w:r>
        <w:rPr>
          <w:sz w:val="20"/>
        </w:rPr>
        <w:t>49:46  woh hamein tabhi mil sakta hai jab hum zindagi ke test par poora utren. aur yeh test kya hai? hum ne doctor sahib ke teen sessions mein jana ke yeh test wahi hai ke agar aap ko negative situation aaye, difficult situation aaye, ya koi aap se revenge le to hamein us waqt sabr karna hai, hamein allah par bharosa karna hai, aur wahi karna hai jo profit yusuf ne kiya ke poora ka poora allah par daal diya.</w:t>
      </w:r>
      <w:r>
        <w:br/>
      </w:r>
      <w:r>
        <w:rPr>
          <w:sz w:val="20"/>
        </w:rPr>
        <w:t>50:13  yaad rakhiye, allah ke paas dene ke liye kami nahi, magar logon ke deserving candidates banne mein kami hai. to hum yeh dua karte hain ke hum sab log deserving candidates banen, aur hum sab logon ko jannat milay.</w:t>
      </w:r>
      <w:r>
        <w:br/>
      </w:r>
      <w:r>
        <w:rPr>
          <w:sz w:val="20"/>
        </w:rPr>
        <w:t>50:29  ameen. ameen. ameen. aaj ka session yahi khatam karte hain. hum phir lotenge agle sunday saade das baje. thank you.</w:t>
      </w:r>
    </w:p>
    <w:p>
      <w:pPr>
        <w:pStyle w:val="Heading2"/>
      </w:pPr>
      <w:r>
        <w:t>Practical lessons from Prophet Yusuf's life</w:t>
      </w:r>
    </w:p>
    <w:p>
      <w:r>
        <w:rPr>
          <w:color w:val="666666"/>
          <w:sz w:val="18"/>
        </w:rPr>
        <w:t>How to Develop Pratical Wisdom May 5, 2024 · 21m 30s · at 42:47 · https://youtu.be/QIKxtH-MyMM?t=2567</w:t>
      </w:r>
    </w:p>
    <w:p>
      <w:r>
        <w:rPr>
          <w:i/>
        </w:rPr>
        <w:t>“آپا اگلا سوال میں پوچھنا چاہوں گا پرافٹ یوسف کی زندگی سے کیونکہ ایک قرآن میں ایک پورا چیپٹر ہی ان کے اوپر آیا ہے۔ تو ان کی زندگی جب ہم دیکھتے ہیں آپا تو ہمیں بہت پریکٹیکل لیسنز ملتے ہیں۔ تو میں چاہوں گا کہ کوئی ایگزیمپل ان کی زندگی سے لے کر بھی آپ ہمیں سمجھائیں وزڈم کے بارے میں۔”</w:t>
      </w:r>
    </w:p>
    <w:p>
      <w:r>
        <w:rPr>
          <w:sz w:val="20"/>
        </w:rPr>
        <w:t>42:47  . apa agla sawal mein poochna chahunga Prophet Yusuf ki zindagi se kyunke ek Quran mein ek poora chapter hi un ke upar aaya hai.</w:t>
      </w:r>
      <w:r>
        <w:br/>
      </w:r>
      <w:r>
        <w:rPr>
          <w:sz w:val="20"/>
        </w:rPr>
        <w:t>42:57  to un ki zindagi jab hum dekhte hain apa to hamein bohat practical lessons milte hain. to mein chahunga ke koi example un ki zindagi se le kar bhi aap hamein samjhayein wisdom ke bare mein.</w:t>
      </w:r>
      <w:r>
        <w:br/>
      </w:r>
      <w:r>
        <w:rPr>
          <w:sz w:val="20"/>
        </w:rPr>
        <w:t>43:09  yeh bohat hi ajeeb baat hai ke ek hi chapter Quran mein aisa aya hai jo poora ka poora ek paighambar ke upar hai.</w:t>
      </w:r>
      <w:r>
        <w:br/>
      </w:r>
      <w:r>
        <w:rPr>
          <w:sz w:val="20"/>
        </w:rPr>
        <w:t>43:17  ji nahi to bare bare paighambar hain jaise Hazrat Musa to chand matlab kuch kuch hissa un ke upar rahega, phir doosri doosri baatein hongi.</w:t>
      </w:r>
      <w:r>
        <w:br/>
      </w:r>
      <w:r>
        <w:rPr>
          <w:sz w:val="20"/>
        </w:rPr>
        <w:t>43:28  lekin yeh poori jo hai kahani ek is mein aayi hai aur is ko best story bhi kaha gaya hai, husn ul qasas kaha gaya hai. ji ji to yeh yeh jo hai na practical wisdom ki bohat behtareen misaal</w:t>
      </w:r>
      <w:r>
        <w:br/>
      </w:r>
      <w:r>
        <w:rPr>
          <w:sz w:val="20"/>
        </w:rPr>
        <w:t>43:40  hai. ji ji kyunke dekhiye itna bara zulm kiya bhaiyon ne, soteli bhaiyon ne. al unhone koi react nahi kiya, koi unhone react kiya hota to Quran mein is ka zikr hota.</w:t>
      </w:r>
      <w:r>
        <w:br/>
      </w:r>
      <w:r>
        <w:rPr>
          <w:sz w:val="20"/>
        </w:rPr>
        <w:t>43:51  na negative hue, na unhone apne bhaiyon se nafrat ki aur sirf sabr aur bardasht se kaam liya. Allah se duaein keen unhone aur jab un ko mauqa mila kaam karne ka to badshah jo hai wahan ka woh mushrik badshah tha.</w:t>
      </w:r>
      <w:r>
        <w:br/>
      </w:r>
      <w:r>
        <w:rPr>
          <w:sz w:val="20"/>
        </w:rPr>
        <w:t>44:08  to woh aap ki personality se bohat zyada mutasir hua. to us ne woh ek lambi kahani hai, khwab waghera ki to mutasir ho gaya aur us ne aap ko rakh liya ke jo us zamane mein ek hi minister hota tha, us ko aap chahe chief minister kahiye, chahe food minister kahiye, agriculture sab kuch hota tha.</w:t>
      </w:r>
      <w:r>
        <w:br/>
      </w:r>
      <w:r>
        <w:rPr>
          <w:sz w:val="20"/>
        </w:rPr>
        <w:t>44:29  to</w:t>
      </w:r>
      <w:r>
        <w:br/>
      </w:r>
      <w:r>
        <w:rPr>
          <w:sz w:val="20"/>
        </w:rPr>
        <w:t>44:30  poora ka poora ikhtiyar badshah ne aap ko de diya kyunke wahan pehle zamane mein qahat waghera bohat parhte rehte thay na. to unhone itna zabardast tareeqe se jab qahat pada, intezam kar kiya tha unhone ke door door se log ghalla lene ke liye un ke paas aaye.</w:t>
      </w:r>
      <w:r>
        <w:br/>
      </w:r>
      <w:r>
        <w:rPr>
          <w:sz w:val="20"/>
        </w:rPr>
        <w:t>44:48  to unhone ab in ke bhai bhi aaye,</w:t>
      </w:r>
      <w:r>
        <w:br/>
      </w:r>
      <w:r>
        <w:rPr>
          <w:sz w:val="20"/>
        </w:rPr>
        <w:t>44:53  bhai ki unhone respect kiya, un ko ghalla diya aur un ke ghalla, un ki jo is ka payment bhi unhone wapas kar diya. to poori izzat ke sath un se, un ko unhone dealing kari.</w:t>
      </w:r>
      <w:r>
        <w:br/>
      </w:r>
      <w:r>
        <w:rPr>
          <w:sz w:val="20"/>
        </w:rPr>
        <w:t>45:05  to is ke matlab hai ke kitne zyada un ke andar wisdom thi ke agar jo wisdom jis ke andar hogi, wahi react nahi karega.</w:t>
      </w:r>
      <w:r>
        <w:br/>
      </w:r>
      <w:r>
        <w:rPr>
          <w:sz w:val="20"/>
        </w:rPr>
        <w:t>45:14  to unhone kuch bhi react nahi kiya kyunke woh to future ko dekhta hai ke aindah hamare sath kuch behtar hone wala hai,</w:t>
      </w:r>
      <w:r>
        <w:br/>
      </w:r>
      <w:r>
        <w:rPr>
          <w:sz w:val="20"/>
        </w:rPr>
        <w:t>45:23  Allah taala hamari madad farmaye ga. to unhone kuch bhi react nahi kiya. to is tareeqe se unhone yeh dikhaya ke hum ke maafii kitni bari cheez hai aur unhone sab ko maaf kar diya.</w:t>
      </w:r>
      <w:r>
        <w:br/>
      </w:r>
      <w:r>
        <w:rPr>
          <w:sz w:val="20"/>
        </w:rPr>
        <w:t>45:37  aur jo hai Quran mein aya hai ke samajhdar logon ke liye is qisse mein bohat si learning ki baatein hain. to yahi hai ke jo rehnuma usool thay, us ko poora ka poora unhone apni zindagi par apply kiya.</w:t>
      </w:r>
      <w:r>
        <w:br/>
      </w:r>
      <w:r>
        <w:rPr>
          <w:sz w:val="20"/>
        </w:rPr>
        <w:t>45:51  mushrik badshah ke under mein poori wafadari ke sath unhone kaam kiya, zabardast tareeqe se khazane ko unhone manage kiya aur phir us ke baad apne bhaiyon ko maaf kar diya aur sab ko wahan Misr mein bulaya.</w:t>
      </w:r>
      <w:r>
        <w:br/>
      </w:r>
      <w:r>
        <w:rPr>
          <w:sz w:val="20"/>
        </w:rPr>
        <w:t>46:08  baqayda yeh log wahan bas gaye aur kai so saal tak woh wahan rahe yahan tak ke Firon ka zamana aaya aur Firon ne zulm karna shuru kiya.</w:t>
      </w:r>
      <w:r>
        <w:br/>
      </w:r>
      <w:r>
        <w:rPr>
          <w:sz w:val="20"/>
        </w:rPr>
        <w:t>46:17  is ke baad aap jo hain, Allah taala ne madad farmayi, Hazrat Musa alaihi salam ko bheja aur Bani Israel ko wahan se nikala.</w:t>
      </w:r>
      <w:r>
        <w:br/>
      </w:r>
      <w:r>
        <w:rPr>
          <w:sz w:val="20"/>
        </w:rPr>
        <w:t>46:29  to yeh hamare liye is mein bohat zyada sabak hai Hazrat Yusuf alaihi salam ki qisse mein.</w:t>
      </w:r>
      <w:r>
        <w:br/>
      </w:r>
      <w:r>
        <w:rPr>
          <w:sz w:val="20"/>
        </w:rPr>
        <w:t>46:36  ji jazak Allah apaa. apa ek comment aur sawal aya hai, is ke baad phir mein aaj ke session ka aakhri sawal aap se poochna chahunga.</w:t>
      </w:r>
      <w:r>
        <w:br/>
      </w:r>
      <w:r>
        <w:rPr>
          <w:sz w:val="20"/>
        </w:rPr>
        <w:t>46:45  yeh comment bheja hai Miss Shaheen Feroz ne Jammu Kashmir se. unhone likha hai people are living in reactionary lifestyle and don't know the concept of practical wisdom.</w:t>
      </w:r>
      <w:r>
        <w:br/>
      </w:r>
      <w:r>
        <w:rPr>
          <w:sz w:val="20"/>
        </w:rPr>
        <w:t>46:58  present clerics are not talking of this wisdom.</w:t>
      </w:r>
      <w:r>
        <w:br/>
      </w:r>
      <w:r>
        <w:rPr>
          <w:sz w:val="20"/>
        </w:rPr>
        <w:t>47:02  Alhamdulillah Maulana and now his team are doing a wonderful job. Sometimes there are varied situations where decision making becomes difficult.</w:t>
      </w:r>
      <w:r>
        <w:br/>
      </w:r>
      <w:r>
        <w:rPr>
          <w:sz w:val="20"/>
        </w:rPr>
        <w:t>47:12  How can one take decisions in such situations? Moreover, how can one convince a person who is always over reactive?</w:t>
      </w:r>
      <w:r>
        <w:br/>
      </w:r>
      <w:r>
        <w:rPr>
          <w:sz w:val="20"/>
        </w:rPr>
        <w:t>47:22  to is ke bare mein batayein.</w:t>
      </w:r>
      <w:r>
        <w:br/>
      </w:r>
      <w:r>
        <w:rPr>
          <w:sz w:val="20"/>
        </w:rPr>
        <w:t>47:28  ab is ko aap samjha hi sakte hain.</w:t>
      </w:r>
      <w:r>
        <w:br/>
      </w:r>
      <w:r>
        <w:rPr>
          <w:sz w:val="20"/>
        </w:rPr>
        <w:t>47:32  ab is dunya mein Allah taala ne sab ko azadi di hai. ab hum zabardasti to kisi ke sath kuch kar nahi sakte. ji samjha sakte hain is ko, literature dijiye parhne ke liye aur ho sakta hai ke kabhi is ko samajh mein aa jaye.</w:t>
      </w:r>
      <w:r>
        <w:br/>
      </w:r>
      <w:r>
        <w:rPr>
          <w:sz w:val="20"/>
        </w:rPr>
        <w:t>47:48  wait wait and watch wali jo policy hoti hai, woh karen. ji sabar karen, bardasht karen kyunke agar aap sabar karte hain tab bhi aap ko sawab milega.</w:t>
      </w:r>
      <w:r>
        <w:br/>
      </w:r>
      <w:r>
        <w:rPr>
          <w:sz w:val="20"/>
        </w:rPr>
        <w:t>47:58  kyunke ek bar Maulana se kisi ne poocha ke sabar kab tak? to Maulana ne kaha ke aap ne kabhi kaha ke namaz kab tak aur roza kab tak?</w:t>
      </w:r>
      <w:r>
        <w:br/>
      </w:r>
      <w:r>
        <w:rPr>
          <w:sz w:val="20"/>
        </w:rPr>
        <w:t>48:06  to sabar bhi isi tarike se rewardable act hai, balke bohat zyada is mein bohat zyada be hisab reward hai. to agar woh mamla hal nahi hota hai to aap sabar kijiye, is ka aap ko reward milega.</w:t>
      </w:r>
      <w:r>
        <w:br/>
      </w:r>
      <w:r>
        <w:rPr>
          <w:sz w:val="20"/>
        </w:rPr>
        <w:t>48:21  ga. Islam ki to yeh khoobi hai ke har halat mein har act hamara rewardable act ho jata hai agar hum Khuda ke liye karen. ji aur apa ek cheez yeh bhi hai ke pe Maulana bohat hum logon ko advice kiya karte the.</w:t>
      </w:r>
      <w:r>
        <w:br/>
      </w:r>
      <w:r>
        <w:rPr>
          <w:sz w:val="20"/>
        </w:rPr>
        <w:t>48:35  woh kehte the ke Islam ka yeh principle hai ke aap result ko dekh kar action len. agar aap ko lagta hai ke aap sahi hain lekin aap jo action lene ja rahe hain us se result ek dam opposite niklega to practical wisdom yeh kahe gi ke aap woh action na len.</w:t>
      </w:r>
      <w:r>
        <w:br/>
      </w:r>
      <w:r>
        <w:rPr>
          <w:sz w:val="20"/>
        </w:rPr>
        <w:t>48:50  aap pehle result ko dekhen, aap phir action ko len. aur apa abhi jo aap ne example diya Prophet Yusuf ka, woh itna behtareen example hai aur isi liye Quran mein shayad best story bhi kaha gaya ke unhon ne bhi apne bhaiyon ko badal diya, un ke dil badal gaye.</w:t>
      </w:r>
      <w:r>
        <w:br/>
      </w:r>
      <w:r>
        <w:rPr>
          <w:sz w:val="20"/>
        </w:rPr>
        <w:t>49:06  to sabar, lekin unhon ne sabar kiya. to jaise unhon ne bhi yeh poocha ke how can we convince a person who is always over reactive? to sabar karna aur kai bar taking no action is also an action.</w:t>
      </w:r>
      <w:r>
        <w:br/>
      </w:r>
      <w:r>
        <w:rPr>
          <w:sz w:val="20"/>
        </w:rPr>
        <w:t>49:19  action. to yeh bohat important hai ke aap result ko dekhen, aap sabar karen, dua karen. to result bhi positive aayega aur inshallah woh insan bhi badal jayega jis ke liye aap dua kar rahe hain.</w:t>
      </w:r>
      <w:r>
        <w:br/>
      </w:r>
      <w:r>
        <w:rPr>
          <w:sz w:val="20"/>
        </w:rPr>
        <w:t>49:33  aur maan lijiye agar woh insan sincere nahi hai to kam se kam aap complex free ho jayenge, jo ke bohat important hai from the point of your entry into paradise.</w:t>
      </w:r>
      <w:r>
        <w:br/>
      </w:r>
      <w:r>
        <w:rPr>
          <w:sz w:val="20"/>
        </w:rPr>
        <w:t>49:45  to Maulana kehte the khud ko</w:t>
      </w:r>
      <w:r>
        <w:br/>
      </w:r>
      <w:r>
        <w:rPr>
          <w:sz w:val="20"/>
        </w:rPr>
        <w:t>49:47  bachaiye, to humein apne aap ko bachana hai. save yourself. save yourself. apa aap ne Prophet Yusuf ki zindagi se abhi bohat hi acha example diya.</w:t>
      </w:r>
      <w:r>
        <w:br/>
      </w:r>
      <w:r>
        <w:rPr>
          <w:sz w:val="20"/>
        </w:rPr>
        <w:t>49:59  aakhri sawal, Rasool Allah ki zindagi to poori wisdom se bhari hui hai aur woh yeh bhi unhon ne kaha ek martaba ke how nice is that gathering where words of wisdom are spoken and that there is no better gift than words of wisdom.</w:t>
      </w:r>
      <w:r>
        <w:br/>
      </w:r>
      <w:r>
        <w:rPr>
          <w:sz w:val="20"/>
        </w:rPr>
        <w:t>50:15  wisdom. to apa mein chahunga ke aakhri sawal aap isi jawab par khatam karen ke hum un ki zindagi se practical wisdom ko le kar kya sabak le sakte hain?</w:t>
      </w:r>
      <w:r>
        <w:br/>
      </w:r>
      <w:r>
        <w:rPr>
          <w:sz w:val="20"/>
        </w:rPr>
        <w:t>50:27  is ke bare mein aap hum sab ko batayen. Rasool Allah sal Allah alayhi wasallam ki zindagi to full of practical wisdom hai. asal mein logon ne is tarike se biography likhi nahi.</w:t>
      </w:r>
      <w:r>
        <w:br/>
      </w:r>
      <w:r>
        <w:rPr>
          <w:sz w:val="20"/>
        </w:rPr>
        <w:t>50:37  yeh to pehli bar Maulana ne is tarike ki kitaben likhin ke is se humein kya wisdom milta</w:t>
      </w:r>
      <w:r>
        <w:br/>
      </w:r>
      <w:r>
        <w:rPr>
          <w:sz w:val="20"/>
        </w:rPr>
        <w:t>50:43  hai. logon ke nazdeek to Prophet hero hain, hamare liye is mein koi example nahi hai, hamare liye koi sabak nahi hai. bas bas humein ishq Rasool mein natein padhni hain.</w:t>
      </w:r>
      <w:r>
        <w:br/>
      </w:r>
      <w:r>
        <w:rPr>
          <w:sz w:val="20"/>
        </w:rPr>
        <w:t>50:55  to yeh hai. to yeh pehli bar humein sare rahinuma usool humein mile aur is mein jo jo kitab, jo January mein ne bataya tha 2018 ka Al-Risala jo hai, woh khusoosi shumarah hai.</w:t>
      </w:r>
      <w:r>
        <w:br/>
      </w:r>
      <w:r>
        <w:rPr>
          <w:sz w:val="20"/>
        </w:rPr>
        <w:t>51:08  woh is ka naam hi hai Paighambaraana Hikmat.</w:t>
      </w:r>
      <w:r>
        <w:br/>
      </w:r>
      <w:r>
        <w:rPr>
          <w:sz w:val="20"/>
        </w:rPr>
        <w:t>51:11  to is ko logon ko chahiye ke zaroor is ko padhen aur inshallah is ki koshish karte hain ke woh English mein bhi aa jaye. woh inshallah.</w:t>
      </w:r>
      <w:r>
        <w:br/>
      </w:r>
      <w:r>
        <w:rPr>
          <w:sz w:val="20"/>
        </w:rPr>
        <w:t>51:19  to is se Paighambar Islam jo hain, woh ek bohat hi ba hikmat insan the, wise man the. Maulana ne mutala kiya seerat ki kitabon ka to wahan koi hikmat ki tareef nahi mili.</w:t>
      </w:r>
      <w:r>
        <w:br/>
      </w:r>
      <w:r>
        <w:rPr>
          <w:sz w:val="20"/>
        </w:rPr>
        <w:t>51:34  to woh hikmat ki baaten to thi lekin hikmat kya hai?</w:t>
      </w:r>
      <w:r>
        <w:br/>
      </w:r>
      <w:r>
        <w:rPr>
          <w:sz w:val="20"/>
        </w:rPr>
        <w:t>51:38  woh sare waqiat to recorded the lekin wisdom aur practical wisdom ke angle se recorded nahi the. to unhon ne phir aap ke is role ko dekha, aap ki practice ko dekha ke jab aap ba hikmat insan the to aap ki practice mein woh hikmat zaroor reflect hui hogi.</w:t>
      </w:r>
      <w:r>
        <w:br/>
      </w:r>
      <w:r>
        <w:rPr>
          <w:sz w:val="20"/>
        </w:rPr>
        <w:t>51:59  to is tarike se is mein unhon ne yeh likha aur bohat sari aur doosri bhi kitaben hain.</w:t>
      </w:r>
      <w:r>
        <w:br/>
      </w:r>
      <w:r>
        <w:rPr>
          <w:sz w:val="20"/>
        </w:rPr>
        <w:t>52:05  to sab se pehle to sab se pehle to jab aap ko prophet hood nahi mili thi, tab bhi aap isi tareeqay se wise person thay.</w:t>
      </w:r>
      <w:r>
        <w:br/>
      </w:r>
      <w:r>
        <w:rPr>
          <w:sz w:val="20"/>
        </w:rPr>
        <w:t>52:17  prophet hood ke baad is mein aur jala mili is ko aur ziyada nikhaar aaya. to jab dekhiye hajar aswad ka qissa hua to log jo hain bilkul larne ki matlab aisi jang jari honay wali thi, khana jangi jis ko kehte</w:t>
      </w:r>
      <w:r>
        <w:br/>
      </w:r>
      <w:r>
        <w:rPr>
          <w:sz w:val="20"/>
        </w:rPr>
        <w:t>52:33  hain. to log keh rahe thay ke hajar aswad har tribal chief chahta tha ke hamein yeh izaz mile ke hum is ko jab wohi kaba jab gir gaya tha na ji to woh utha rahe thay.</w:t>
      </w:r>
      <w:r>
        <w:br/>
      </w:r>
      <w:r>
        <w:rPr>
          <w:sz w:val="20"/>
        </w:rPr>
        <w:t>52:43  jab deewar oonchi tak aa gayi jahan tak hajar aswad hai, to jab hajar aswad ko wahan rakhnay ka moqa aaya to to saray tribes walay jo hain larne lagay ke hamaray tribal chief ko hamaray is ko moqa milna chahiye.</w:t>
      </w:r>
      <w:r>
        <w:br/>
      </w:r>
      <w:r>
        <w:rPr>
          <w:sz w:val="20"/>
        </w:rPr>
        <w:t>52:57  to phir aik buzurg ne kaha ke kal subah sawere jo aadmi aye ga to usi ko hum salis bana dein gay, wohi faisla karega.</w:t>
      </w:r>
      <w:r>
        <w:br/>
      </w:r>
      <w:r>
        <w:rPr>
          <w:sz w:val="20"/>
        </w:rPr>
        <w:t>53:07  saray log raat bhar wahan baithe rahay to dekha to pehla shakhs jo aaya woh prophet is waqt prophet nahi thay, to to umar 40 saal par aap ko prophet hood mili na to woh Muhammad thay.</w:t>
      </w:r>
      <w:r>
        <w:br/>
      </w:r>
      <w:r>
        <w:rPr>
          <w:sz w:val="20"/>
        </w:rPr>
        <w:t>53:21  to to woh jo hain sab ne kaha ke yeh to al-ameen hai, al-ameen hai, in ke faislay par hum raazi hain. to aap ne kitna hikmat bhara faisla kiya ke aik safed saaf chadar le aayi jaye aur chadar ke beech mein aap ne khud woh pathar utha ke rakha aur saray chief se kaha, saray sardaron se kaha ke tum kinare, charon kinare is ko pakar ke wahan par us jagah par le chalo jahan is ko nasb karna tha.</w:t>
      </w:r>
      <w:r>
        <w:br/>
      </w:r>
      <w:r>
        <w:rPr>
          <w:sz w:val="20"/>
        </w:rPr>
        <w:t>53:50  phir aap ne apne hath se woh nasb kar diya. to is tareeqay se itna bara masla hal hua ke wahan to jangain hoti theen, to jang khatam honay ka naam hi nahi leti theen.</w:t>
      </w:r>
      <w:r>
        <w:br/>
      </w:r>
      <w:r>
        <w:rPr>
          <w:sz w:val="20"/>
        </w:rPr>
        <w:t>54:01  to woh is ke baad jab hum aap ko wahi mili aur aap ko bataya gaya ke aap ko yeh paigham logon tak pohanchana hai to aap ne dekha ke wahan to toheed ka paigham tha.</w:t>
      </w:r>
      <w:r>
        <w:br/>
      </w:r>
      <w:r>
        <w:rPr>
          <w:sz w:val="20"/>
        </w:rPr>
        <w:t>54:13  dekha ke kaba mein to saray but</w:t>
      </w:r>
      <w:r>
        <w:br/>
      </w:r>
      <w:r>
        <w:rPr>
          <w:sz w:val="20"/>
        </w:rPr>
        <w:t>54:16  rakhe hue hain, ab koi bhi aik hota to kehta ke ab is buton mein hum toheed ka paigham kaise pohanchayein? to aap ne wohi jo relevant aur irrelevant ka bohat hi acute sense tha aap ke andar, to aap ne kaha ke woh to woh alag cheez hai, is ko alag kiya aur is buton ki wajah se jo wahan gathering hoti thi, us gathering ko istemal karein ge Khuda ka paigham pohanchane ke li</w:t>
      </w:r>
      <w:r>
        <w:br/>
      </w:r>
      <w:r>
        <w:rPr>
          <w:sz w:val="20"/>
        </w:rPr>
        <w:t>54:43  ye. to is tareeqay se unhon ne woh relevant ko irrelevant se alag kar liya.</w:t>
      </w:r>
      <w:r>
        <w:br/>
      </w:r>
      <w:r>
        <w:rPr>
          <w:sz w:val="20"/>
        </w:rPr>
        <w:t>54:53  phir aap taif ka dekhiye, itna ziyada zulm kiya in logon ne magar aap ne koi react nahi kiya. aap ne kaha ke hamari nazar jo hai mustaqbil par hai aur is se malik al-jibal se farishtay, jab paharon ke farishtay se kaha ke nahi, hum agli nasal se umeed rakhte hain ke woh Khuda ki koi ibadat karein gay.</w:t>
      </w:r>
      <w:r>
        <w:br/>
      </w:r>
      <w:r>
        <w:rPr>
          <w:sz w:val="20"/>
        </w:rPr>
        <w:t>55:16  to is tareeqay se aur baat umeed sahi bhi hui. to</w:t>
      </w:r>
      <w:r>
        <w:br/>
      </w:r>
      <w:r>
        <w:rPr>
          <w:sz w:val="20"/>
        </w:rPr>
        <w:t>55:20  is tareeqay se kabhi dekhiye, practical wisdom mein kabhi kuch dekhna parta hai, kabhi kuch dekhna parta hai, kabhi wait karna parta hai agli generation tak, kabhi nayi planning karni parti hai.</w:t>
      </w:r>
      <w:r>
        <w:br/>
      </w:r>
      <w:r>
        <w:rPr>
          <w:sz w:val="20"/>
        </w:rPr>
        <w:t>55:33  makkah mein jab bohat ziyada mukhalifat honay lagi to wahan par aur koi kuch kuch opportunity nahi thi mazeed kuch kaam karne</w:t>
      </w:r>
      <w:r>
        <w:br/>
      </w:r>
      <w:r>
        <w:rPr>
          <w:sz w:val="20"/>
        </w:rPr>
        <w:t>55:43  ki. to aap khamoshi se makkah chhod kar madina chalay gaye aur wahan madine mein bilkul low profile mein kaam karna shuru kar diya, bilkul peaceful tareeqay se.</w:t>
      </w:r>
      <w:r>
        <w:br/>
      </w:r>
      <w:r>
        <w:rPr>
          <w:sz w:val="20"/>
        </w:rPr>
        <w:t>55:55  to agar aik planning aap ki kamyab nahi ho rahi hai to aap re-planning karein. is par Maulana ne aik pamphlet bhi hai re-planning par.</w:t>
      </w:r>
      <w:r>
        <w:br/>
      </w:r>
      <w:r>
        <w:rPr>
          <w:sz w:val="20"/>
        </w:rPr>
        <w:t>56:05  to re-planning jo hai woh mukammal taur par kamyab hui.</w:t>
      </w:r>
      <w:r>
        <w:br/>
      </w:r>
      <w:r>
        <w:rPr>
          <w:sz w:val="20"/>
        </w:rPr>
        <w:t>56:11  to isi tareeqay se jab aap madina gaye to wahan yahoodi aik sizable un ka group tha aur woh log jo hain un ke paas hi saray paighambar atay thay.</w:t>
      </w:r>
      <w:r>
        <w:br/>
      </w:r>
      <w:r>
        <w:rPr>
          <w:sz w:val="20"/>
        </w:rPr>
        <w:t>56:21  to awam jo hai un ko lagta tha ke yahi sachai par hain aur unhi ko woh follow karte thay bohat sari baton mein.</w:t>
      </w:r>
      <w:r>
        <w:br/>
      </w:r>
      <w:r>
        <w:rPr>
          <w:sz w:val="20"/>
        </w:rPr>
        <w:t>56:30  to woh log jo hain bait ul maqdis un ka qibla tha. to</w:t>
      </w:r>
      <w:r>
        <w:br/>
      </w:r>
      <w:r>
        <w:rPr>
          <w:sz w:val="20"/>
        </w:rPr>
        <w:t>56:34  itna bara aap ne kaam kiya ke un ki taaleef qalb yani softening of the heart, un ki taaleef qalb ke liye aap ne qibla badal diya.</w:t>
      </w:r>
      <w:r>
        <w:br/>
      </w:r>
      <w:r>
        <w:rPr>
          <w:sz w:val="20"/>
        </w:rPr>
        <w:t>56:44  to taqreeban 16-17 mahine tak yahoodiyon ka jo qibla tha bait ul maqdis usi ki taraf kar ke namaz parhte rahay.</w:t>
      </w:r>
      <w:r>
        <w:br/>
      </w:r>
      <w:r>
        <w:rPr>
          <w:sz w:val="20"/>
        </w:rPr>
        <w:t>56:55  to jab tab bhi dekha ke in logon par is ka kuch asar nahi ho raha, un ke heart jo hain woh saaf nahi ho rahe,</w:t>
      </w:r>
      <w:r>
        <w:br/>
      </w:r>
      <w:r>
        <w:rPr>
          <w:sz w:val="20"/>
        </w:rPr>
        <w:t>57:03  phir hukum hua ke apna kabe ki taraf qibla karne ka. to is tarike se unhon ne poori koshish ki aap ne ke mo'tedil halaat mein, normal halaat mein apna kaam karen.</w:t>
      </w:r>
      <w:r>
        <w:br/>
      </w:r>
      <w:r>
        <w:rPr>
          <w:sz w:val="20"/>
        </w:rPr>
        <w:t>57:16  kyunke agar woh qibla isi waqt agar qibla na badla hota to woh log kehte hain ke yeh pata nahin kaun log hain, un ka qibla kuch aur hai. abhi tak saare paighambar jo hain un ka qibla bait ul maqdis hota tha.</w:t>
      </w:r>
      <w:r>
        <w:br/>
      </w:r>
      <w:r>
        <w:rPr>
          <w:sz w:val="20"/>
        </w:rPr>
        <w:t>57:30  isi tarike se usool Hudaibiyah hai. baar baar jangain hoti rahin, jangon se koi nateeja nahin nikla, sirf barbadi aur tabaahi aai.</w:t>
      </w:r>
      <w:r>
        <w:br/>
      </w:r>
      <w:r>
        <w:rPr>
          <w:sz w:val="20"/>
        </w:rPr>
        <w:t>57:41  to phir finally aap ne enemy ki tamam sharaait ko le kar ke aap ne sulah kar li, jis ko hum treaty of Hudaibiyah kehte hain.</w:t>
      </w:r>
      <w:r>
        <w:br/>
      </w:r>
      <w:r>
        <w:rPr>
          <w:sz w:val="20"/>
        </w:rPr>
        <w:t>57:52  to us waqt mutalliq pehlu, ghair mutalliq pehlu yeh tha ke woh log bohat zyada pareshan kar rahe the aur chahte hi nahin the sulah, balkeh woh jang hi chahte the.</w:t>
      </w:r>
      <w:r>
        <w:br/>
      </w:r>
      <w:r>
        <w:rPr>
          <w:sz w:val="20"/>
        </w:rPr>
        <w:t>58:03  to jab mu'ahida likha jaane laga to us par likha Hazrat Ali ne Rasool Allah ki taraf se. to us par bhi unhon ne hungama machaya ke Rasool Allah ko agar hum Rasool Allah maante to hum hum yeh jang hi kyun karte?</w:t>
      </w:r>
      <w:r>
        <w:br/>
      </w:r>
      <w:r>
        <w:rPr>
          <w:sz w:val="20"/>
        </w:rPr>
        <w:t>58:19  to woh Rasool Allah ka lafz mittwaya, woh bhi aap ne mita diya kyunke woh ghair mutalliq, irrelevant expect tha ke jo relevant tha woh yeh tha ke kisi na kisi tarah peace qaim ho jaye.</w:t>
      </w:r>
      <w:r>
        <w:br/>
      </w:r>
      <w:r>
        <w:rPr>
          <w:sz w:val="20"/>
        </w:rPr>
        <w:t>58:32  kyun</w:t>
      </w:r>
      <w:r>
        <w:br/>
      </w:r>
      <w:r>
        <w:rPr>
          <w:sz w:val="20"/>
        </w:rPr>
        <w:t>58:33  ke peace qaim ho jayega to phir tamam jo hai jo peaceful activities hain, da'wa work hai, woh tamam jaari ho jayengi.</w:t>
      </w:r>
      <w:r>
        <w:br/>
      </w:r>
      <w:r>
        <w:rPr>
          <w:sz w:val="20"/>
        </w:rPr>
        <w:t>58:42  aur bilkul wahi hua ke peace qaim ho gaya to bilkul normal situation ho gayi aur saara kaam hone laga aur bohat jald jo hai Makka fateh ho gaya.</w:t>
      </w:r>
      <w:r>
        <w:br/>
      </w:r>
      <w:r>
        <w:rPr>
          <w:sz w:val="20"/>
        </w:rPr>
        <w:t>58:55  phir ek rehnuma usool hai practical wisdom ka, potential friend aur actual</w:t>
      </w:r>
      <w:r>
        <w:br/>
      </w:r>
      <w:r>
        <w:rPr>
          <w:sz w:val="20"/>
        </w:rPr>
        <w:t>59:01  friend. ab hum log jo hain yahi jaante the ke yeh hamara dost hai, yeh hamara dushman hai. to pehli baar yeh saari rehnuma usoolon ko Maulana ne nikala Quran se, Hadees se, Prophet ke sunnaton se,</w:t>
      </w:r>
      <w:r>
        <w:br/>
      </w:r>
      <w:r>
        <w:rPr>
          <w:sz w:val="20"/>
        </w:rPr>
        <w:t>59:16  practices se, aur phir us ke us par likha. to is mein bataya ke jo potential friend aur actual friend hai, to ab hum jab burai ka jawab bhalaai se denge na to to wahi potential friend jo hai woh actual friend ban jayega.</w:t>
      </w:r>
      <w:r>
        <w:br/>
      </w:r>
      <w:r>
        <w:rPr>
          <w:sz w:val="20"/>
        </w:rPr>
        <w:t>59:32  to</w:t>
      </w:r>
      <w:r>
        <w:br/>
      </w:r>
      <w:r>
        <w:rPr>
          <w:sz w:val="20"/>
        </w:rPr>
        <w:t>59:33  is tarike se Quran mein aaya hai chapter 41 mein verse 34. to aur sab yahi hua, tamam jo log saare Makka wale, Arab wale, itne zabardast dushman the aap ke, aap ne sab ko maaf karte rahe, maaf karte rahe, jab fateh Makka ke baad sab ko maaf kar diya, sab dost ban gaye.</w:t>
      </w:r>
      <w:r>
        <w:br/>
      </w:r>
      <w:r>
        <w:rPr>
          <w:sz w:val="20"/>
        </w:rPr>
        <w:t>59:57  to isi tarike se doosra ek rehnuma usool hai ke jo problems hain un ko ignore karo, yani problems jo hain na woh irrelevant aspect hain aur opportunities jo hain woh relevant aspect hain.</w:t>
      </w:r>
      <w:r>
        <w:br/>
      </w:r>
      <w:r>
        <w:rPr>
          <w:sz w:val="20"/>
        </w:rPr>
        <w:t>1:00:09  to problems ko ignore karo aur opportunities ko avail karo. to aur hum log hamesha masail se takrate rehte hain, problems se takrate</w:t>
      </w:r>
      <w:r>
        <w:br/>
      </w:r>
      <w:r>
        <w:rPr>
          <w:sz w:val="20"/>
        </w:rPr>
        <w:t>1:00:18  rehte hain, milta kuch bhi nahin hai. aur agar hum opportunities ko discover karen aur us par kaam karen to hum bohat zyada kamyabi hasil kar sakte hain.</w:t>
      </w:r>
      <w:r>
        <w:br/>
      </w:r>
      <w:r>
        <w:rPr>
          <w:sz w:val="20"/>
        </w:rPr>
        <w:t>1:00:29  to doosri woh hai ke woh to bohat zyada maine thode se usool liye hain ke result oriented action. to jab wahan bohat zyada zulm badh gaya aur Hazrat Umar bhi Islam le aaye to Hazrat Umar to pehelwan the, unhon ne kaha hum kab tak zulm ko bardasht karenge?</w:t>
      </w:r>
      <w:r>
        <w:br/>
      </w:r>
      <w:r>
        <w:rPr>
          <w:sz w:val="20"/>
        </w:rPr>
        <w:t>1:00:47  to aap ne kaha nahin, aap ne dekha ke nateeja kya niklega? to aap ne kaha ya Umar inna qaleel, hum bohat thode hain, to humein to thode hain, to humein bardasht</w:t>
      </w:r>
      <w:r>
        <w:br/>
      </w:r>
      <w:r>
        <w:rPr>
          <w:sz w:val="20"/>
        </w:rPr>
        <w:t>1:00:57  karna hai. to baqi un ka zulm, zulm jo hai woh us ko sabr o bardasht ke zariye se hum sahenge. to hamare andar jitni taqat hai utna kaam karna chahiye, tabhi hum koi bhi nateeja khez amal, result oriented amal kar sakte hain.</w:t>
      </w:r>
      <w:r>
        <w:br/>
      </w:r>
      <w:r>
        <w:rPr>
          <w:sz w:val="20"/>
        </w:rPr>
        <w:t>1:01:18  to isi tarike se lesser evil aur greater evil. to bohat sari cheezain jo hoti hain na lesser evil hoti</w:t>
      </w:r>
      <w:r>
        <w:br/>
      </w:r>
      <w:r>
        <w:rPr>
          <w:sz w:val="20"/>
        </w:rPr>
        <w:t>1:01:24  hain. agar hum lesser evil ko bardasht nahin karte to humein greater evil ka saamna karna padta hai. to is liye humein jaise farz kariye raaste mein koi woh ho jata hai, gaadi chala rahe hain, koi accident ho gaya, thoda sa koi chot lag gayi, kisi ne kuch keh diya.</w:t>
      </w:r>
      <w:r>
        <w:br/>
      </w:r>
      <w:r>
        <w:rPr>
          <w:sz w:val="20"/>
        </w:rPr>
        <w:t>1:01:42  jab mein gaadi chala rahi thi to shuru shuru mein to kuch na kuch karti thi. to ek aadmi ne kaha why can't you drive properly?</w:t>
      </w:r>
      <w:r>
        <w:br/>
      </w:r>
      <w:r>
        <w:rPr>
          <w:sz w:val="20"/>
        </w:rPr>
        <w:t>1:01:51  bohat ghusse mein kaha.</w:t>
      </w:r>
      <w:r>
        <w:br/>
      </w:r>
      <w:r>
        <w:rPr>
          <w:sz w:val="20"/>
        </w:rPr>
        <w:t>1:01:53  to is tareeqay say bohat kuch hota hai. to phir hum agar isi waqt is ko bardasht kar lain, kuch log bardasht nahi karte, phir nikal ke larna shuru kar dete hain.</w:t>
      </w:r>
      <w:r>
        <w:br/>
      </w:r>
      <w:r>
        <w:rPr>
          <w:sz w:val="20"/>
        </w:rPr>
        <w:t>1:02:02  to hamare aik colleague thay, un ke bhai ne larna shuru kar diya, yahan tak ke bohat zabardast jang ladaai hui aur police case ban gaya.</w:t>
      </w:r>
      <w:r>
        <w:br/>
      </w:r>
      <w:r>
        <w:rPr>
          <w:sz w:val="20"/>
        </w:rPr>
        <w:t>1:02:11  bohat dinon tak woh jail mein rahe. to yahi woh lesser evil tha aur lesser evil ko bardasht na karne se phir woh greater evil ko bardasht karna parta hai.</w:t>
      </w:r>
      <w:r>
        <w:br/>
      </w:r>
      <w:r>
        <w:rPr>
          <w:sz w:val="20"/>
        </w:rPr>
        <w:t>1:02:23  to yeh hai ke dekhiye, is sab se bari baat yeh hai ke is dunya mein Allah ne sab ko azadi di hai. ab azadi di hai to yeh sab hoga ji, to is ko humein bardasht karna parhe ga.</w:t>
      </w:r>
      <w:r>
        <w:br/>
      </w:r>
      <w:r>
        <w:rPr>
          <w:sz w:val="20"/>
        </w:rPr>
        <w:t>1:02:34  agar hum bardasht nahi karein ge to aur bari museebat mein par jayen ge.</w:t>
      </w:r>
      <w:r>
        <w:br/>
      </w:r>
      <w:r>
        <w:rPr>
          <w:sz w:val="20"/>
        </w:rPr>
        <w:t>1:02:41  to is tareeqay say Rasool Allah Sal Allahu Alaihi Wa Sallam ki poori zindagi jo hai, is mein aap ko saare guiding principles practical wisdom ke milte hain.</w:t>
      </w:r>
      <w:r>
        <w:br/>
      </w:r>
      <w:r>
        <w:rPr>
          <w:sz w:val="20"/>
        </w:rPr>
        <w:t>1:02:50  bas yeh hai ke is angle say aap ko dekhna hai</w:t>
      </w:r>
      <w:r>
        <w:br/>
      </w:r>
      <w:r>
        <w:rPr>
          <w:sz w:val="20"/>
        </w:rPr>
        <w:t>1:02:53  kyun ke hum is angle say nahi dekhte. hum to dekhte hain ke bas yeh prophet ka life hai, un ki teachings hain, bas wisdom aur practical wisdom ke angle say nahi dekhte.</w:t>
      </w:r>
      <w:r>
        <w:br/>
      </w:r>
      <w:r>
        <w:rPr>
          <w:sz w:val="20"/>
        </w:rPr>
        <w:t>1:03:04  is liye hum samajhte nahi hain. ji, thank you apa for doing a very important session today. jazak Allah. so with this, we will end today's session and we will be back next Sunday at 10:30 AM.</w:t>
      </w:r>
      <w:r>
        <w:br/>
      </w:r>
      <w:r>
        <w:rPr>
          <w:sz w:val="20"/>
        </w:rPr>
        <w:t>1:03:17  thank you.</w:t>
      </w:r>
    </w:p>
    <w:p>
      <w:pPr>
        <w:pStyle w:val="Heading2"/>
      </w:pPr>
      <w:r>
        <w:t>Why did political Islam ignore Prophet Yusuf?</w:t>
      </w:r>
    </w:p>
    <w:p>
      <w:r>
        <w:rPr>
          <w:color w:val="666666"/>
          <w:sz w:val="18"/>
        </w:rPr>
        <w:t>Islam and Politics November 17, 2013 · 3m 47s · at 53:22 · https://youtu.be/LgKA8wg4NPc?t=3202</w:t>
      </w:r>
    </w:p>
    <w:p>
      <w:r>
        <w:rPr>
          <w:i/>
        </w:rPr>
        <w:t>“Prophet Yusuf was a slave and yet he was a caliph of God; he was running his khilafat while being a slave. Why have the promoters of political Islam ignored Prophet Yusuf completely?”</w:t>
      </w:r>
    </w:p>
    <w:p>
      <w:r>
        <w:rPr>
          <w:sz w:val="20"/>
        </w:rPr>
        <w:t>53:22  maulana agla sawal dilli se kya hai basit sahib ne</w:t>
      </w:r>
      <w:r>
        <w:br/>
      </w:r>
      <w:r>
        <w:rPr>
          <w:sz w:val="20"/>
        </w:rPr>
        <w:t>53:26  unhon ne likha hai prophet yusuf was a slave and yet he was a khalifa of god he was running his khilafat while being a slave why have the promoters of political islam ignored prophet yusuf completely jo khilafat ka lafz hazrat yusuf ke liye to istemal nahin hua hua aisa nahin hai quran mein yeh nahin kaha gaya ke hazrat yusuf zameen ke khalifa the</w:t>
      </w:r>
      <w:r>
        <w:br/>
      </w:r>
      <w:r>
        <w:rPr>
          <w:sz w:val="20"/>
        </w:rPr>
        <w:t>53:55  aisa to kuch nahin hai to yeh sawal jo hai ji yani is ka wazeh nahin hai ke is sawal ka matlab dekhen hazrat yusuf alaihissalam jo the quran se sabit hai ke deen mulk ka tha ma kaana liya khuz fi deen mulk</w:t>
      </w:r>
      <w:r>
        <w:br/>
      </w:r>
      <w:r>
        <w:rPr>
          <w:sz w:val="20"/>
        </w:rPr>
        <w:t>54:18  yani is waqt jo the jab ke hazrat hazrat hazrat yusuf ko koi position jo mili hui thi</w:t>
      </w:r>
      <w:r>
        <w:br/>
      </w:r>
      <w:r>
        <w:rPr>
          <w:sz w:val="20"/>
        </w:rPr>
        <w:t>54:25  is position ke bawajood wahan par jo deen tha yani wahan deen lafz qanoon ke mani mein hai</w:t>
      </w:r>
      <w:r>
        <w:br/>
      </w:r>
      <w:r>
        <w:rPr>
          <w:sz w:val="20"/>
        </w:rPr>
        <w:t>54:31  qanoon jo qanoon tha woh badshah ka tha to jab badshah qanoon tha to hazrat yusuf yani misr</w:t>
      </w:r>
      <w:r>
        <w:br/>
      </w:r>
      <w:r>
        <w:rPr>
          <w:sz w:val="20"/>
        </w:rPr>
        <w:t>54:41  ke khalifa to ho nahin sakte</w:t>
      </w:r>
      <w:r>
        <w:br/>
      </w:r>
      <w:r>
        <w:rPr>
          <w:sz w:val="20"/>
        </w:rPr>
        <w:t>54:44  misr ke khalifa to woh badshah hi tha</w:t>
      </w:r>
      <w:r>
        <w:br/>
      </w:r>
      <w:r>
        <w:rPr>
          <w:sz w:val="20"/>
        </w:rPr>
        <w:t>54:48  to hazrat yani hazrat yusuf ki jo misal hai woh yeh hai ke agar badshah se tum takrao na karo to sare mawaqif wale khul jayenge jo aaj maine kaha woh usi ki is ki misal hai woh hazrat yusuf ne badshah se koi political takrao nahin kiya</w:t>
      </w:r>
      <w:r>
        <w:br/>
      </w:r>
      <w:r>
        <w:rPr>
          <w:sz w:val="20"/>
        </w:rPr>
        <w:t>55:09  jaise sachin tendulkar ki misal mein di secular aitbar se ke sachin tendulkar ne hukumat se koi political takrao nahin kiya to kya hua non political king ban gaye woh non political king ban gaye woh to yeh secular misal hai</w:t>
      </w:r>
      <w:r>
        <w:br/>
      </w:r>
      <w:r>
        <w:rPr>
          <w:sz w:val="20"/>
        </w:rPr>
        <w:t>55:29  hazrat yusuf ki misal islami misal hai ke unhon ne badshah se takrao nahin kiya to woh bhi wahan par non political king ban gaye amalan kyunke woh sare mawaqe un ke liye khule hue the jis tarah chahe kaam karen</w:t>
      </w:r>
      <w:r>
        <w:br/>
      </w:r>
      <w:r>
        <w:rPr>
          <w:sz w:val="20"/>
        </w:rPr>
        <w:t>55:47  to bas main bataun hazrat yusuf ka jo mamla hai woh bohat zabardast misal hai is baat ki</w:t>
      </w:r>
      <w:r>
        <w:br/>
      </w:r>
      <w:r>
        <w:rPr>
          <w:sz w:val="20"/>
        </w:rPr>
        <w:t>55:54  baqi chunchke ab musalmanon ke upar musalmanon ke mani un ke jo rehnuma hain un ke jo jo so called leader hain un ke upar chhaya hua hai iqtadar to hazrat yusuf ki misal un ko dikhai nahin deti jab aap ke upar koi cheez chha jaye to aap band ho jate hain blind hubkash yumi wism to mohabbat siyasat logon par ghalib hai to logon ka andar andar bane hue hain</w:t>
      </w:r>
      <w:r>
        <w:br/>
      </w:r>
      <w:r>
        <w:rPr>
          <w:sz w:val="20"/>
        </w:rPr>
        <w:t>56:20  itni bari misal quran ki hai jisko asal al-qasas kaha gaya hai is ko is mein kuch un ko hidayat nahin milti kyunke unhon ne to political power ka qabza karna hai isi misr mein jis misr mein yeh misal hazrat yusuf ki hai isi misr mein political power ke liye khoon kharab ho raha hai aaj kal aap jante hain isi misr mein aur yeh sab arabi dan log hain in ko quran samajhne mein koi mushkil nahin hai to obsession bohat buri cheez hai</w:t>
      </w:r>
      <w:r>
        <w:br/>
      </w:r>
      <w:r>
        <w:rPr>
          <w:sz w:val="20"/>
        </w:rPr>
        <w:t>56:50  jab bhi aap ko political obsession ho jaye to aap blind ho jayenge kuch aap ko dikhai nahin dega yeh sare log sare log jo hain yeh hai in ka case jo hai political obsession ka case hai</w:t>
      </w:r>
    </w:p>
    <w:p>
      <w:pPr>
        <w:pStyle w:val="Heading2"/>
      </w:pPr>
      <w:r>
        <w:t>What is the nineteen code in Prophet Yusuf's story</w:t>
      </w:r>
    </w:p>
    <w:p>
      <w:r>
        <w:rPr>
          <w:color w:val="666666"/>
          <w:sz w:val="18"/>
        </w:rPr>
        <w:t>Story of the Prophet Yusuf May 11, 2014 Maulana Wahiduddin Khan · 1m 15s · at 47:56 · https://youtu.be/2alsBthUWhw?t=2876</w:t>
      </w:r>
    </w:p>
    <w:p>
      <w:r>
        <w:rPr>
          <w:i/>
        </w:rPr>
        <w:t>“That when Yusuf was in that well, an angel came to him and told him that in near future you will be taken out from this well and also informed him about nineteen codes. That is you have five fingers and fourteen joints in hand with some sums up to nineteen. What is this nineteen code?”</w:t>
      </w:r>
    </w:p>
    <w:p>
      <w:r>
        <w:rPr>
          <w:sz w:val="20"/>
        </w:rPr>
        <w:t>47:56  molana agla sawal dilli se hai. mudassir ahmed sahib ne kiya hai. unhon ne likha hai: "That when Yusuf was in that well, an angel came to him and told him that in near future you will be taken out from this well and also informed him about nineteen codes.</w:t>
      </w:r>
      <w:r>
        <w:br/>
      </w:r>
      <w:r>
        <w:rPr>
          <w:sz w:val="20"/>
        </w:rPr>
        <w:t>48:17  That is you have five fingers and fourteen joints in hand with some sums up to nineteen.</w:t>
      </w:r>
      <w:r>
        <w:br/>
      </w:r>
      <w:r>
        <w:rPr>
          <w:sz w:val="20"/>
        </w:rPr>
        <w:t>48:24  What is this nineteen code?" yeh bohat si kahaniyan hazrat yusuf ke baray mein bohat si kahaniyan banai gayi hain. aik kitab banai gayi hai yusuf zulkai.</w:t>
      </w:r>
      <w:r>
        <w:br/>
      </w:r>
      <w:r>
        <w:rPr>
          <w:sz w:val="20"/>
        </w:rPr>
        <w:t>48:34  is mein hazrat yusuf ki shadi bhi kar di gayi zulkai se. yeh sab kahaniyan hain. is ka asal is se koi talluq nahi hai.</w:t>
      </w:r>
      <w:r>
        <w:br/>
      </w:r>
      <w:r>
        <w:rPr>
          <w:sz w:val="20"/>
        </w:rPr>
        <w:t>48:41  to mein janta hoon ke poori aik aik aik woh bana di gayi hai. yani poori poori kitab chhapi hai baqayda.</w:t>
      </w:r>
      <w:r>
        <w:br/>
      </w:r>
      <w:r>
        <w:rPr>
          <w:sz w:val="20"/>
        </w:rPr>
        <w:t>48:53  yusuf zulkai parshian language mein hai. bohat si kahaniyan is mein hain. woh sab ghalat hain. jo baat quran mein hai wahi sahi hai.</w:t>
      </w:r>
      <w:r>
        <w:br/>
      </w:r>
      <w:r>
        <w:rPr>
          <w:sz w:val="20"/>
        </w:rPr>
        <w:t>49:03  kuch ajzaa aisay hain jo bible mein hain. woh bhi agar quran ke khilaf nahi to bhi is ko hum sahi mantay hain.</w:t>
      </w:r>
    </w:p>
    <w:p>
      <w:pPr>
        <w:pStyle w:val="Heading1"/>
      </w:pPr>
      <w:r>
        <w:t>In the lectures (1)</w:t>
      </w:r>
    </w:p>
    <w:p>
      <w:pPr>
        <w:pStyle w:val="Heading2"/>
      </w:pPr>
      <w:r>
        <w:t>Chapter 12 Yusuf (Joseph) - Maulana Wahiduddin Khan</w:t>
      </w:r>
    </w:p>
    <w:p>
      <w:r>
        <w:rPr>
          <w:color w:val="666666"/>
          <w:sz w:val="18"/>
        </w:rPr>
        <w:t>0:01 · https://youtu.be/o4bfM9-a0mc?t=1</w:t>
      </w:r>
    </w:p>
    <w:p>
      <w:r>
        <w:rPr>
          <w:i/>
        </w:rPr>
        <w:t>“ألف لام راء، تلك آيات الكتاب المبين.”</w:t>
      </w:r>
    </w:p>
    <w:p>
      <w:pPr>
        <w:pStyle w:val="Heading1"/>
      </w:pPr>
      <w:r>
        <w:t>Clips (0)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