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Story of The Prophet Muhammads</w:t>
        <w:br/>
        <w:t>Night Journey Isra and Miraj Feb 11, 2024</w:t>
      </w:r>
    </w:p>
    <w:p>
      <w:r>
        <w:t>https://youtu.be/bw3s_9mno68</w:t>
      </w:r>
    </w:p>
    <w:p>
      <w:r>
        <w:rPr>
          <w:b/>
        </w:rPr>
        <w:t xml:space="preserve">[00:00] </w:t>
      </w:r>
      <w:r>
        <w:t>assalam walekum. today we will have conversation with dr. saniya snain khan on the story of prophet muhammad's night journey, isra and miraj. as we know that isra and miraj holds profound significance for muslims world wide. it refers to the miraculous journey undertaken by prophet, all in a single night, from mecca to jerusalem, and then his ascension to the heavens.</w:t>
      </w:r>
    </w:p>
    <w:p>
      <w:pPr>
        <w:jc w:val="right"/>
      </w:pPr>
      <w:r>
        <w:t>अस्सलाम वालेकुम। टुडे वी विल हैव कॉन्वर्सेशन विद डॉ. सानिया स्नैन खान ऑन द स्टोरी ऑफ प्रोफेट मोहम्मद्स नाइट जर्नी, इसरा एंड मिराज। एज वी नो दैट इसरा एंड मिराज होल्ड्स प्रोफाउंड सिग्निफिकेंट फॉर मुस्लिम्स वर्ल्ड वाइड। इट रेफर्स टू द मिरेकुलस जर्नी अंडरटेकन बाय प्रोफेट, ऑल इन अ सिंगल नाइट, फ्रॉम मक्का टू जेरूसलम, एंड देन हिज असेंशन टू द हेव</w:t>
      </w:r>
    </w:p>
    <w:p>
      <w:r>
        <w:rPr>
          <w:b/>
        </w:rPr>
        <w:t xml:space="preserve">[00:26] </w:t>
      </w:r>
      <w:r>
        <w:t>this has been well documented in the quran and in various hadith. to chaliye isi mauzu par charcha karte hain doctor sahib ke sath. assalam walekum doctor sahib. walekum salam. kaise hain doctor sahib aap?</w:t>
      </w:r>
    </w:p>
    <w:p>
      <w:pPr>
        <w:jc w:val="right"/>
      </w:pPr>
      <w:r>
        <w:t>ेंस। दिस हैज बीन वेल डॉक्यूमेंटेड इन द कुरान एंड इन वेरियस हदीस। तो चलिए इसी मौजू पर चर्चा करते हैं डॉक्टर साहब के साथ। अस्सलाम वालेकुम डॉक्टर साहब। वालेकुम सलाम। कैसे हैं डॉक्टर साहब आप?</w:t>
      </w:r>
    </w:p>
    <w:p>
      <w:r>
        <w:rPr>
          <w:b/>
        </w:rPr>
        <w:t xml:space="preserve">[00:38] </w:t>
      </w:r>
      <w:r>
        <w:t>sab theek hai, alhamdulillah. ji, doctor sahib, sab se pehla sawal to mera isra ko lekar hi hai. jaisa ke hum jante hain ke quran mein surah bhi aayi hai isi naam se. to iske bare mein aap, al isra ke bare mein aap batayein hamein.</w:t>
      </w:r>
    </w:p>
    <w:p>
      <w:pPr>
        <w:jc w:val="right"/>
      </w:pPr>
      <w:r>
        <w:t>सबठीक है, अल्हम्दुलिल्लाह। जी, डॉक्टर साहब, सबसे पहला सवाल तो मेरा इसरा को लेकर ही है। जैसा कि हम जानते हैं कि कुरान में सुरा भी आई है इसी नाम से। तो इसके बारे में आप, अल इसरा के बारे में आप बताएं हमें।</w:t>
      </w:r>
    </w:p>
    <w:p>
      <w:r>
        <w:rPr>
          <w:b/>
        </w:rPr>
        <w:t xml:space="preserve">[00:54] </w:t>
      </w:r>
      <w:r>
        <w:t>bismillah hir rahman nir rahim. rabb shrahli sadri wayassirli amri wahlul uqdatam millisani yafqahu qawli. al isra ya isra jo hai, iska matlab hai to travel by night. aap ko yaad hoga musa al salam ke qisse mein bhi allah taala ne farmaya tha ke mere bande ko raat raat ko lekar niklo. lakad ouna ila musa asri bi'abdi</w:t>
      </w:r>
    </w:p>
    <w:p>
      <w:pPr>
        <w:jc w:val="right"/>
      </w:pPr>
      <w:r>
        <w:t>बिस्मिल्लाह रहमान रहीम। रब्ब शली सदरी वयस ली अमरी वल उतक म लिसानी यफ कली। अल इसरा या इसरा जो है, इसका मतलब है टू ट्रेवल बाय नाइट। आपको याद होगा मूसा अल सलाम के किस्से में भी अल्लाह ताला ने फरमाया था कि मेरे बंदे को रात रात को लेकर निकलो। लकद ओना इला मूसा अ असरी बे अबादी</w:t>
      </w:r>
    </w:p>
    <w:p>
      <w:r>
        <w:rPr>
          <w:b/>
        </w:rPr>
        <w:t xml:space="preserve">[01:24] </w:t>
      </w:r>
      <w:r>
        <w:t>aur to yeh jo isra hai, iska matlab hai travelling from mecca to jerusalem. aur quran mein chapter number 17, al isra, jiska naam al isra hai,</w:t>
      </w:r>
    </w:p>
    <w:p>
      <w:pPr>
        <w:jc w:val="right"/>
      </w:pPr>
      <w:r>
        <w:t>। तो यह जो इसरा है, इसका मतलब है ट्रेवलिंग फ्रॉम मक्का टू जेरूसलम। और कुरान में चैप्टर नंबर 17, अल इसरा, जिसका नाम अल इसरा है,</w:t>
      </w:r>
    </w:p>
    <w:p>
      <w:r>
        <w:rPr>
          <w:b/>
        </w:rPr>
        <w:t xml:space="preserve">[01:40] </w:t>
      </w:r>
      <w:r>
        <w:t>us mein bilkul shuru mein chand ayatein aayi</w:t>
      </w:r>
    </w:p>
    <w:p>
      <w:pPr>
        <w:jc w:val="right"/>
      </w:pPr>
      <w:r>
        <w:t>उसमें बिल्कुल शुरू में चंद आयतें आई</w:t>
      </w:r>
    </w:p>
    <w:p>
      <w:r>
        <w:rPr>
          <w:b/>
        </w:rPr>
        <w:t xml:space="preserve">[01:43] </w:t>
      </w:r>
      <w:r>
        <w:t>hain iske bare mein. subhan allaji asra bi'abdihi laylam minal masjid haram ilal masjid al aqsa allaji barakna hawlahu linuriyahu min ayatina innahu huwas sami'ul basir.</w:t>
      </w:r>
    </w:p>
    <w:p>
      <w:pPr>
        <w:jc w:val="right"/>
      </w:pPr>
      <w:r>
        <w:t>हैं इसके बारे में। सुभान अल्लाजी असरा ब अब्दी लन मिन अल मस्जिद हराम ल मस्जिद अल अक्सर लजी बारक ना लहु नरिया मिन आयात इन्ना इन्ना हु समी बसीर।</w:t>
      </w:r>
    </w:p>
    <w:p>
      <w:r>
        <w:rPr>
          <w:b/>
        </w:rPr>
        <w:t xml:space="preserve">[01:57] </w:t>
      </w:r>
      <w:r>
        <w:t>is ka matlab hai glory be to him. who took his servant by night from the sacred mosque in mecca to the sacred sanctuary in jerusalem, the surroundings of which we have blessed, so that we might show him some of our signs. surely allah is all hearing, all seeing.</w:t>
      </w:r>
    </w:p>
    <w:p>
      <w:pPr>
        <w:jc w:val="right"/>
      </w:pPr>
      <w:r>
        <w:t>इसका मतलब है ग्लोरी बी टू हिम। हु टूक हिज सर्वेंट बाय नाइट फ्रॉम द सेक्रेड मॉस्क इन मक्का टू द सेक्रेड सेंचुरी इन जेरूसलम, द सराउंडिंग्स ऑफ चच वी हैव ब्लेस्ड, सो दैट वी माइट शो हिम सम ऑफ आवर साइंस। शरली अल्लाह इज ऑल हियरिंग, ऑल सीइंग।</w:t>
      </w:r>
    </w:p>
    <w:p>
      <w:r>
        <w:rPr>
          <w:b/>
        </w:rPr>
        <w:t xml:space="preserve">[02:21] </w:t>
      </w:r>
      <w:r>
        <w:t>to yeh reference hai quran mein isra ke bare mein. aur waise agar aap hadith padhein to hadith mein bohat zyada baatein aayi hain. chunke more than 20 sahaba narrate about isra and miraj. to agar aap hadith ikhatta karein to it will become a thick book. bohat hi zyada hadith mein aata hai. to sirf yahi quran mein aaya hai isra ke bare mein. ji,</w:t>
      </w:r>
    </w:p>
    <w:p>
      <w:pPr>
        <w:jc w:val="right"/>
      </w:pPr>
      <w:r>
        <w:t>तो यह रेफरेंस है कुरान में इसरा के बारे में। और वैसे अगर आप हदीस पढ़ें तो हदीस में बहुत ज्यादा बातें आई हैं। चूंकि मोर देन 20 सहाबा नरेट अबाउट इसरा एंड मेराज। तो अगर आप हदीस इकट्ठा करें तो इट विल बिकम ए थिक बुक। बहुत ही ज्यादा हदीस में आता है। तो सिर्फ यही कुरान में आया है इसरा के बारे में। जी,</w:t>
      </w:r>
    </w:p>
    <w:p>
      <w:r>
        <w:rPr>
          <w:b/>
        </w:rPr>
        <w:t xml:space="preserve">[02:50] </w:t>
      </w:r>
      <w:r>
        <w:t>and doctor sahib, because it is in the quran so sort of it also legitimately refers to, you know, prophet's travel in the night journey. to doctor sahib, ek ek sawal yahan par miraj ko lekar bhi main poochna chahoon ga ke usi tarah se quran mein uska bhi zikr aaya hai. uske bare mein bhi aap batayein. haan, miraj ke maane hote hain to go up.</w:t>
      </w:r>
    </w:p>
    <w:p>
      <w:pPr>
        <w:jc w:val="right"/>
      </w:pPr>
      <w:r>
        <w:t>एंड डॉक्टर साहब, क्योंकि कुरान में आया है तो सॉर्ट ऑफ इट आल्सो लेजिटिमेटली रेफर्स टू, यू नो, प्रोफेट्स ट्रेवल इन द नाइट जर्नी। तो डॉक्टर साहब, एक एक सवाल यहां पर मिराज को लेकर भी मैं पूछना चाहूंगा कि उसी तरीके से कुरान में उसका भी जिक्र आया है। उसके बारे में भी आप बताएं। हाँ, मेराज के माने होते हैं टू गो अप।</w:t>
      </w:r>
    </w:p>
    <w:p>
      <w:r>
        <w:rPr>
          <w:b/>
        </w:rPr>
        <w:t xml:space="preserve">[03:15] </w:t>
      </w:r>
      <w:r>
        <w:t>ji, urdu mein bhi hum kehte hain rise and fall, yani ups and downs of nation. is tarah se hum bolte hain. to to rise up, to ascend, to go up, yeh iska literal meaning hai.</w:t>
      </w:r>
    </w:p>
    <w:p>
      <w:pPr>
        <w:jc w:val="right"/>
      </w:pPr>
      <w:r>
        <w:t>जी, उर्दू में भी हम कहते हैं रोज जवाल, यानी अप्स एंड डाउंस ऑफ नेशन। इस तरह से हम बोलते हैं। तो टू राइज अप, टू असेंड, टू गो अप, यह इसका लिटरल मीनिंग है।</w:t>
      </w:r>
    </w:p>
    <w:p>
      <w:r>
        <w:rPr>
          <w:b/>
        </w:rPr>
        <w:t xml:space="preserve">[03:29] </w:t>
      </w:r>
      <w:r>
        <w:t>yani ascension of the prophet muhammad to heaven, into heaven. yeh matlab hai miraj ka. aur chapter number 53, jiska naam hai surah an najm,</w:t>
      </w:r>
    </w:p>
    <w:p>
      <w:pPr>
        <w:jc w:val="right"/>
      </w:pPr>
      <w:r>
        <w:t>यानी असेंशन ऑफ द प्रोफेट मोहम्मद टू हेवन, इनटू हेवन। यह मतलब है मेराज का। और चैप्टर नंबर 53, जिसका नाम है सूरा अन नजम,</w:t>
      </w:r>
    </w:p>
    <w:p>
      <w:r>
        <w:rPr>
          <w:b/>
        </w:rPr>
        <w:t xml:space="preserve">[03:43] </w:t>
      </w:r>
      <w:r>
        <w:t>us mein bilkul jo shuru ki ayatein hain, us mein miraj ka zikr hai. yeh is tarah shuru hota hai: "wan najmi itha hawa." god swears by star.</w:t>
      </w:r>
    </w:p>
    <w:p>
      <w:pPr>
        <w:jc w:val="right"/>
      </w:pPr>
      <w:r>
        <w:t>उसमें बिल्कुल जो शुरू की आयात हैं, उसमें मेराज का जिक्र है। यह इस तरह शुरू होता है: "वन नजमी इज हवा।" गॉड स्वेर्स बाय स्टार।</w:t>
      </w:r>
    </w:p>
    <w:p>
      <w:r>
        <w:rPr>
          <w:b/>
        </w:rPr>
        <w:t xml:space="preserve">[03:55] </w:t>
      </w:r>
      <w:r>
        <w:t>asal mein kuch ayatein aisi hain jin mein allah taala qasam se shuru karta hai. yeh waw jo hai, yeh wahi qasam hai. iska matlab yeh hai ke is mein ta'keed hai, emphasis hai ke yeh bohat hi aham baat hai. is ko gaur se suno. is tarah se yeh shuruat hai: "wan najmi itha hawa by the star." when it sets, when it goes down. so allah swears by this setting star.</w:t>
      </w:r>
    </w:p>
    <w:p>
      <w:pPr>
        <w:jc w:val="right"/>
      </w:pPr>
      <w:r>
        <w:t>असल में कुछ आयतें ऐसी हैं जिसमें अल्लाह ताला कसम से शुरू करता है। यह वाओ जो है, यह वही कसम है। इसका मतलब यह है कि इसमें ताकीद है, एमफसिस है कि यह बहुत ही अहम बात है। इसको गौर से सुनो। इस तरह से यह शुरुआत है: "वन नजमी इज हवा बाय द स्टार।" व्हेन इट सेट्स, व्हेन इट गोज डाउन। सो अल्लाह स्वेर्स बाय दिस सेटिंग स्टार।</w:t>
      </w:r>
    </w:p>
    <w:p>
      <w:r>
        <w:rPr>
          <w:b/>
        </w:rPr>
        <w:t xml:space="preserve">[04:23] </w:t>
      </w:r>
      <w:r>
        <w:t>ma dalla sahibukum wama ghawa, your companion has neither strayed nor he was misled. chunke jo quraish thay, jab unhon ne suna to woh tarah tarah ki baatein kehne lage ke yeh to he is a mad man aur is tarah ki baatein. to uska thoda sa jawab is mein hai: "wama yantiqu anil hawa." not does he speak from his own desires, out of his own whims.</w:t>
      </w:r>
    </w:p>
    <w:p>
      <w:pPr>
        <w:jc w:val="right"/>
      </w:pPr>
      <w:r>
        <w:t>माद साहिब वमा गवा, योर कंपेनियन हैज नाइदर इज ट्रेड नर ही वाज मिसलेड। चूंकि जो कुरैश थे, जब उन्होंने सुना तो वह तरह-तरह की बातें कहने लगे कि यह तो ही इज अ मैड मैन और इस तरह की बातें। तो उसका थोड़ा सा जवाब इसमें है: "वमा यंत अनिल हवा।" नॉट डज ही स्पीक फ्रॉम हिज ओन डिजायर्स, आउट ऑफ हिज ओन विम्स।</w:t>
      </w:r>
    </w:p>
    <w:p>
      <w:r>
        <w:rPr>
          <w:b/>
        </w:rPr>
        <w:t xml:space="preserve">[04:48] </w:t>
      </w:r>
      <w:r>
        <w:t>in huwa illa wahyun yuha. it is only a revelation sent down by allah. allamah shaddid quwa, he is taught by angel jibril,</w:t>
      </w:r>
    </w:p>
    <w:p>
      <w:pPr>
        <w:jc w:val="right"/>
      </w:pPr>
      <w:r>
        <w:t>इन हुआ इल्ला वही यूहा। इट इज ओनली अ रेवलेशन सेंड डाउन बाय अल्लाह। अल्लम शदीद कुवा, ही इज टट बाय एंजल जिब्रील,</w:t>
      </w:r>
    </w:p>
    <w:p>
      <w:r>
        <w:rPr>
          <w:b/>
        </w:rPr>
        <w:t xml:space="preserve">[05:02] </w:t>
      </w:r>
      <w:r>
        <w:t>hu is mighty in power. yani angel jibril was prophet's teacher. j marat fawa, yani j marat ke matlab ki bahut hi quwwat wala, har lihaz se perfect. jibril ke bare mein:</w:t>
      </w:r>
    </w:p>
    <w:p>
      <w:pPr>
        <w:jc w:val="right"/>
      </w:pPr>
      <w:r>
        <w:t>हु इज माइटी इन पावर। यानी एंजल जिब्रील वास प्रोफेट्स टीचर। ज मरत फवा, यानी ज मरत के मतलब कि बहुत ही कुवत वाला, हर लिहाज से परफेक्ट। जिब्रील के बारे में:</w:t>
      </w:r>
    </w:p>
    <w:p>
      <w:r>
        <w:rPr>
          <w:b/>
        </w:rPr>
        <w:t xml:space="preserve">[05:18] </w:t>
      </w:r>
      <w:r>
        <w:t>"j marat fawa enda with great wisdom." he manifested in his original form. he manifested in his original form. yani hazrat jibril bilkul apne original jo jo unki shakal thi, ji,</w:t>
      </w:r>
    </w:p>
    <w:p>
      <w:pPr>
        <w:jc w:val="right"/>
      </w:pPr>
      <w:r>
        <w:t>"ज मरत फवा एंडा विद ग्रेट विजडम।" ही मेनिफेस्टेड इन हिज ओरिजिनल फॉर्म। ही मेनिफेस्टेड इन हिज ओरिजिनल फॉर्म। यानी हजरत जिब्रील बिल्कुल अपने ओरिजिनल जो जो उनकी शक्ल थी, जी,</w:t>
      </w:r>
    </w:p>
    <w:p>
      <w:r>
        <w:rPr>
          <w:b/>
        </w:rPr>
        <w:t xml:space="preserve">[05:39] </w:t>
      </w:r>
      <w:r>
        <w:t>true angelic form mein appear hue. aur rasoolullah kehte hain ki he covered the entire from one end to other end.</w:t>
      </w:r>
    </w:p>
    <w:p>
      <w:pPr>
        <w:jc w:val="right"/>
      </w:pPr>
      <w:r>
        <w:t>ट्रू एंजेलिक फॉर्म में अपीयर हुए। और रसूलल्लाह कहते हैं कि ही कवर्ड द एंटायस फ्रॉम वन एंड टू अदर एंड।</w:t>
      </w:r>
    </w:p>
    <w:p>
      <w:r>
        <w:rPr>
          <w:b/>
        </w:rPr>
        <w:t xml:space="preserve">[05:48] </w:t>
      </w:r>
      <w:r>
        <w:t>unke jo par the, wings, poore horizon ko cover kar liya. batate hain ki 600 wings the, ji, jibril ke. to wa hua. bil ufaq aala,</w:t>
      </w:r>
    </w:p>
    <w:p>
      <w:pPr>
        <w:jc w:val="right"/>
      </w:pPr>
      <w:r>
        <w:t>उनके जो पर थे, विंग्स, पूरे होराइजन को कवर कर लिया। बताते हैं कि 600 विंग्स थे, जी, जिब्रील के। तो व हुआ। बिल उफक आला,</w:t>
      </w:r>
    </w:p>
    <w:p>
      <w:r>
        <w:rPr>
          <w:b/>
        </w:rPr>
        <w:t xml:space="preserve">[06:04] </w:t>
      </w:r>
      <w:r>
        <w:t>he was at the highest point in the horizon.</w:t>
      </w:r>
    </w:p>
    <w:p>
      <w:pPr>
        <w:jc w:val="right"/>
      </w:pPr>
      <w:r>
        <w:t>ही वाज एट द हाईएस्ट पॉइंट इन द होराइजन।</w:t>
      </w:r>
    </w:p>
    <w:p>
      <w:r>
        <w:rPr>
          <w:b/>
        </w:rPr>
        <w:t xml:space="preserve">[06:08] </w:t>
      </w:r>
      <w:r>
        <w:t>sum dana fatla, he then descended and came down. yani bahut hi unchai se phir jibril qareeb aaye aur bahut hi qareeb aa gaye. ji, pakana kawa kasni adna, aants length, two bows length away or even near. faha ila abdi ma oha, then he revealed to his servant what ever he revealed.</w:t>
      </w:r>
    </w:p>
    <w:p>
      <w:pPr>
        <w:jc w:val="right"/>
      </w:pPr>
      <w:r>
        <w:t>सुम दना फतला, ही देन डिसेंडेड एंड केम डाउन। यानी बहुत ही ऊंचाई से फिर जिब्रील करीब आए और बहुत ही करीब आ गए। जी, पकाना कावा कसनी अदना, अंट्स लेंथ, टू बोस लेंथ अवे और इवन नियर। फहा इला अब्दी मा ओहा, देन ही रिवील्ड टू हिज सर्वेंट व्हाट एवर ही रिवील्ड।</w:t>
      </w:r>
    </w:p>
    <w:p>
      <w:r>
        <w:rPr>
          <w:b/>
        </w:rPr>
        <w:t xml:space="preserve">[06:37] </w:t>
      </w:r>
      <w:r>
        <w:t>ma qazab fawad ma ra, yani yaqeen ke sath rasoolullah ne jo kuch dekha. ya the prophet's heart did not doubt what he saw. af tumar ala ma yara, yani tum shakk karte ho kya?</w:t>
      </w:r>
    </w:p>
    <w:p>
      <w:pPr>
        <w:jc w:val="right"/>
      </w:pPr>
      <w:r>
        <w:t>मा कजब फवाद मा रा, यानी यकीन के साथ रसूलल्लाह ने जो कुछ देखा। या द प्रोफेट्स हार्ट डिड नॉट डाउट व्हाट ही सो। अफ तुमार अला मा यारा, यानी तुम शक करते हो क्या?</w:t>
      </w:r>
    </w:p>
    <w:p>
      <w:r>
        <w:rPr>
          <w:b/>
        </w:rPr>
        <w:t xml:space="preserve">[06:52] </w:t>
      </w:r>
      <w:r>
        <w:t>hum hum ke are you going to dispute with him what he saw with his own eyes? ji, laqad ra nazala akhra, and he has seen him descend a second time.</w:t>
      </w:r>
    </w:p>
    <w:p>
      <w:pPr>
        <w:jc w:val="right"/>
      </w:pPr>
      <w:r>
        <w:t>हम हम के आर यू गोइंग टू डिस्प्यूट विद हिम व्हाट ही सो विद हिज ओन आइज? जी, लकद रा नजल अखरा, एंड ही हैज सीन हिम डिसेंड अ सेकंड टाइम।</w:t>
      </w:r>
    </w:p>
    <w:p>
      <w:r>
        <w:rPr>
          <w:b/>
        </w:rPr>
        <w:t xml:space="preserve">[07:05] </w:t>
      </w:r>
      <w:r>
        <w:t>ہم ہم دو بار دیکھا تھا رسول اللہ نے اپنے اوریجنل فل اینجلک فارم میں۔</w:t>
      </w:r>
    </w:p>
    <w:p>
      <w:pPr>
        <w:jc w:val="right"/>
      </w:pPr>
      <w:r>
        <w:t>हम हम दो बार देखा था रसूलल्लाह ने अपने ओरिजिनल फुल एंजेलिक फॉर्म में।</w:t>
      </w:r>
    </w:p>
    <w:p>
      <w:r>
        <w:rPr>
          <w:b/>
        </w:rPr>
        <w:t xml:space="preserve">[07:09] </w:t>
      </w:r>
      <w:r>
        <w:t>vaise to insan ki shakal mein aate the, ji, lekin angelic form mein prophet so him twice.</w:t>
      </w:r>
    </w:p>
    <w:p>
      <w:pPr>
        <w:jc w:val="right"/>
      </w:pPr>
      <w:r>
        <w:t>वैसे तो इंसान की शक्ल में आते थे, जी, लेकिन एंजेलिक फॉर्म में प्रोफेट सो हिम ट्वाइस।</w:t>
      </w:r>
    </w:p>
    <w:p>
      <w:r>
        <w:rPr>
          <w:b/>
        </w:rPr>
        <w:t xml:space="preserve">[07:15] </w:t>
      </w:r>
      <w:r>
        <w:t>lakad ra nazala akhra, he so him descend a second time in the sidra muntaha, near the loot</w:t>
      </w:r>
    </w:p>
    <w:p>
      <w:pPr>
        <w:jc w:val="right"/>
      </w:pPr>
      <w:r>
        <w:t>लकद रा नजल अखरा, ही सो हिम डिसेंड अ सेकंड टाइम इन द सिद्र मुंताहा, नियर द लूट</w:t>
      </w:r>
    </w:p>
    <w:p>
      <w:r>
        <w:rPr>
          <w:b/>
        </w:rPr>
        <w:t xml:space="preserve">[07:23] </w:t>
      </w:r>
      <w:r>
        <w:t>tree. sidra sidra kehte hain ek tree ka naam hai.</w:t>
      </w:r>
    </w:p>
    <w:p>
      <w:pPr>
        <w:jc w:val="right"/>
      </w:pPr>
      <w:r>
        <w:t>ट्री। सिद्र सिद्र कहते हैं एक ट्री का नाम है।</w:t>
      </w:r>
    </w:p>
    <w:p>
      <w:r>
        <w:rPr>
          <w:b/>
        </w:rPr>
        <w:t xml:space="preserve">[07:26] </w:t>
      </w:r>
      <w:r>
        <w:t>loot tree samjhiye, ek berry tree hai, which is the last</w:t>
      </w:r>
    </w:p>
    <w:p>
      <w:pPr>
        <w:jc w:val="right"/>
      </w:pPr>
      <w:r>
        <w:t>लूट ट्री समझिए, एक बेरी ट्री है, च इज द लास्ट</w:t>
      </w:r>
    </w:p>
    <w:p>
      <w:r>
        <w:rPr>
          <w:b/>
        </w:rPr>
        <w:t xml:space="preserve">[07:32] </w:t>
      </w:r>
      <w:r>
        <w:t>point from where no one can pass.</w:t>
      </w:r>
    </w:p>
    <w:p>
      <w:pPr>
        <w:jc w:val="right"/>
      </w:pPr>
      <w:r>
        <w:t>पॉइंट फ्रॉम वेयर नो वन कैन पास।</w:t>
      </w:r>
    </w:p>
    <w:p>
      <w:r>
        <w:rPr>
          <w:b/>
        </w:rPr>
        <w:t xml:space="preserve">[07:36] </w:t>
      </w:r>
      <w:r>
        <w:t>yani jibril ne kaha tha, "even i cannot cross this. if i will cross one ants distance, my wings will be burnt." to uske aage allah ka throne hai. ji, to usi ka zikr hai in the sidra muntaha,</w:t>
      </w:r>
    </w:p>
    <w:p>
      <w:pPr>
        <w:jc w:val="right"/>
      </w:pPr>
      <w:r>
        <w:t>यानी जिब्रील ने कहा था, "इवन आई कैन नॉट क्रॉस दिस। इफ आई विल क्रॉस वन एंट्स डिस्टेंस, माय विंग्स विल बी बर्न।" तो उसके आगे अल्लाह का थ्रोन है। जी, तो उसी का जिक्र है इन द सिद्र मुंताहा,</w:t>
      </w:r>
    </w:p>
    <w:p>
      <w:r>
        <w:rPr>
          <w:b/>
        </w:rPr>
        <w:t xml:space="preserve">[07:52] </w:t>
      </w:r>
      <w:r>
        <w:t>near the loot tree, beyond which none can pass. sidra muntaha, that beyond tree, intellectual intellect cannot grasp</w:t>
      </w:r>
    </w:p>
    <w:p>
      <w:pPr>
        <w:jc w:val="right"/>
      </w:pPr>
      <w:r>
        <w:t>नियर द लूट ट्री, बियोंड च नन कैन पास। सिद्र मुंताहा, दैट बियोंड ट्री, इंटेलेक्चुअल इंटेलेक्ट कैन नॉट ग्रास्प</w:t>
      </w:r>
    </w:p>
    <w:p>
      <w:r>
        <w:rPr>
          <w:b/>
        </w:rPr>
        <w:t xml:space="preserve">[08:01] </w:t>
      </w:r>
      <w:r>
        <w:t>. in the jannatul ma'wa, near the garden of eternal abode, is yaksha sidra ma yaksha. when the loot tree was covered with mystic brilliance, mystic splendor. rasoolullah ne farmaya tha ki jab maine loot tree ko dekha to aisi lights usmein se nikal rahi thi ki i cannot describe them. it was so beautiful. to usi ka zikr hai ma za basar ma gha</w:t>
      </w:r>
    </w:p>
    <w:p>
      <w:pPr>
        <w:jc w:val="right"/>
      </w:pPr>
      <w:r>
        <w:t>। इन द जन्नतुल मावा, नियर द गार्डन ऑफ इटरनल अबोड, इज यक्ष सिद्रा मा यक्षा। व्हेन द लूट ट्री वास कवर्ड विद मिस्टिक ब्रिलियंस, मिस्टिक स्प्लेंडर। रसूलल्लाह ने फरमाया था कि जब मैंने लूट ट्री को देखा तो ऐसी लाइट्स उसमें से निकल रही थी कि आई कैन नॉट डिस्क्राइब देम। इट वाज सो ब्यूटीफुल। तो उसी का जिक्र है माजा बसर मागा</w:t>
      </w:r>
    </w:p>
    <w:p>
      <w:r>
        <w:rPr>
          <w:b/>
        </w:rPr>
        <w:t xml:space="preserve">[08:29] </w:t>
      </w:r>
      <w:r>
        <w:t>. the prophet's sight did not waver nor was it true bold. yani prophet was singularly focused. aise nahi ki idhar dekh rahe hain, udhar dekh rahe hain. his eyes was not distracted or deviated or transgressed. laqad ra min ayatul rabbil kubra, he saw some of the greatest signs of his lord.</w:t>
      </w:r>
    </w:p>
    <w:p>
      <w:pPr>
        <w:jc w:val="right"/>
      </w:pPr>
      <w:r>
        <w:t>। द प्रोफेट साइड डिड नॉट वेवर नर व नर वाज इट ट्रू बोल्ड। यानी प्रोफेट वाज सिंगुलरली फोकस्ड। ऐसे नहीं कि इधर देख रहे हैं, उधर देख रहे हैं। हिज आइज वाज नॉट डिस्ट्रक्टेड और डिविएटेड और ट्रांसग्रेस। लकद रा मिन आयात रबिल कुबरा, ही सो सम ऑफ द ग्रेटेस्ट साइंस ऑफ हिज लॉर्ड।</w:t>
      </w:r>
    </w:p>
    <w:p>
      <w:r>
        <w:rPr>
          <w:b/>
        </w:rPr>
        <w:t xml:space="preserve">[08:53] </w:t>
      </w:r>
      <w:r>
        <w:t>to yeh to ek bahut hi ek ajeeb alag tarah ka safar tha. aur his his eyes did not distract or deviate from the purpose, which was to receive knowledge directly from allah and not being satisfied by the extraordinary wonders of the unseen ver</w:t>
      </w:r>
    </w:p>
    <w:p>
      <w:pPr>
        <w:jc w:val="right"/>
      </w:pPr>
      <w:r>
        <w:t>तो यह तो एक बहुत ही एक अजीब अलग तरह का सफर था। और हिज हिज आइज डिड नॉट डिस्ट्रक्ट और डिविएट फ्रॉम द पर्पस, च वाज टू रिसीव नॉलेज डायरेक्टली फ्रॉम अल्लाह एंड नॉट बीइंग सेटिस्फाइड बाय द एक्स्ट्राऑर्डिनरी वंडर्स ऑफ द अनसीन वर्</w:t>
      </w:r>
    </w:p>
    <w:p>
      <w:r>
        <w:rPr>
          <w:b/>
        </w:rPr>
        <w:t xml:space="preserve">[09:18] </w:t>
      </w:r>
      <w:r>
        <w:t>ld. ji, doctor sahab, really, it gives a very amazing feeling jis tarike se aapne jibril al salam ko describe kiya aur loot tree ko explain kiya. when you think, then it really makes you feel that how amazing that sight would have been. alhamdulillah.</w:t>
      </w:r>
    </w:p>
    <w:p>
      <w:pPr>
        <w:jc w:val="right"/>
      </w:pPr>
      <w:r>
        <w:t>ल्ड। जी, डॉक्टर साहब, रियली, इट गिव्स अ वेरी अमेजिंग फीलिंग जिस तरीके से आपने जिब्रील अल सलाम को डिस्क्राइब किया और लूट ट्री को एक्सप्लेन किया। व्हेन यू थिंक, देन इट रियली मेक्स यू फील दैट हाउ अमेजिंग दैट साइट वुड हैव बीन। अल्हम्दुलिल्लाह।</w:t>
      </w:r>
    </w:p>
    <w:p>
      <w:r>
        <w:rPr>
          <w:b/>
        </w:rPr>
        <w:t xml:space="preserve">[09:36] </w:t>
      </w:r>
      <w:r>
        <w:t>doctor sahab, achha, jab isra aur miraj ke bare mein padhte hain to hum yeh paate hain ki bahut hi challenging period raha prophet muhammad ke liye aur unke companions ke liye bhi. to what is the background to which the isra and miraj occurred?</w:t>
      </w:r>
    </w:p>
    <w:p>
      <w:pPr>
        <w:jc w:val="right"/>
      </w:pPr>
      <w:r>
        <w:t>डॉक्टर साहब, अच्छा, जब हम इसरा और मिराज के बारे में पढ़ते हैं तो हम यह पाते हैं कि बहुत ही चैलेंजिंग पीरियड रहा प्रोफेट मोहम्मद के लिए और उनके कंपेनियंस के लिए भी। तो व्हाट इज द बैकग्राउंड टू व्हिच द इसरा एंड मिराज अकड?</w:t>
      </w:r>
    </w:p>
    <w:p>
      <w:r>
        <w:rPr>
          <w:b/>
        </w:rPr>
        <w:t xml:space="preserve">[09:52] </w:t>
      </w:r>
      <w:r>
        <w:t>what challenging situation he faced at that point of time? iske bare mein bhi hum sabko batayein. yes, that was the most difficult time for the prophet. ji,</w:t>
      </w:r>
    </w:p>
    <w:p>
      <w:pPr>
        <w:jc w:val="right"/>
      </w:pPr>
      <w:r>
        <w:t>व्हाट चैलेंजिंग सिचुएशन ही फेस्ड एट दैट पॉइंट ऑफ टाइम? इसके बारे में भी हम सबको बताएं। यस, दैट वाज द मोस्ट डिफिकल्ट टाइम फॉर द प्रोफेट। जी,</w:t>
      </w:r>
    </w:p>
    <w:p>
      <w:r>
        <w:rPr>
          <w:b/>
        </w:rPr>
        <w:t xml:space="preserve">[10:03] </w:t>
      </w:r>
      <w:r>
        <w:t>taqreeban ek saal pehle hijrat se, ek saal ya kuch mahine ka ke baad hijrat hui hai. to that was the most difficult time, extremely adverse situation. ji, because boycott happened and that devastated the prophet and the small community. and because of that, khadija passed away and then abu talib passed away. ji,</w:t>
      </w:r>
    </w:p>
    <w:p>
      <w:pPr>
        <w:jc w:val="right"/>
      </w:pPr>
      <w:r>
        <w:t>तकरीबन एक साल पहले हिजरत से, एक साल या कुछ महीने का के बाद हिजरत हुई है। तो दैट वाज द मोस्ट डिफिकल्ट टाइम, एक्सट्रीमली एडवर्स सिचुएशन। जी, बिकॉज बॉयकॉट हैपेंड एंड दैट डेस्टेट द प्रोफेट एंड द स्मॉल कम्युनिटी। एंड बिकॉज ऑफ दैट, खदीजा पास्ड अवे एंड देन अबू तालिब पास्ड अवे। जी,</w:t>
      </w:r>
    </w:p>
    <w:p>
      <w:r>
        <w:rPr>
          <w:b/>
        </w:rPr>
        <w:t xml:space="preserve">[10:28] </w:t>
      </w:r>
      <w:r>
        <w:t>and these two of the biggest, they were the two biggest supporters of the prophet. and and khadija was prophet's emotional and spiritual and financial support. and she was a great spiritual partner of the prophet. and prophet called that year as the year of sorrow, aamul huzzn.</w:t>
      </w:r>
    </w:p>
    <w:p>
      <w:pPr>
        <w:jc w:val="right"/>
      </w:pPr>
      <w:r>
        <w:t>एंड दज टू ऑफ द बिगेस्ट, दे वर द टू बिगेस्ट सपोर्टर ऑफ द प्रोफेट। एंड एंड खदीजा वाज प्रोफेट्स इमोशनल एंड स्पिरिचुअल एंड फाइनेंशियल सपोर्ट। एंड शी वाज अ ग्रेट स्पिरिचुअल पार्टनर ऑफ द प्रोफेट। एंड प्रोफेट कॉल्ड दैट ईयर एज द ईयर ऑफ सोरो, आमुल हजन।</w:t>
      </w:r>
    </w:p>
    <w:p>
      <w:r>
        <w:rPr>
          <w:b/>
        </w:rPr>
        <w:t xml:space="preserve">[10:55] </w:t>
      </w:r>
      <w:r>
        <w:t>so prophet was really passing through very difficult time. and then taif happened.</w:t>
      </w:r>
    </w:p>
    <w:p>
      <w:pPr>
        <w:jc w:val="right"/>
      </w:pPr>
      <w:r>
        <w:t>सो प्रोफेट वाज रियली पासिंग थ्रू वेरी डिफिकल्ट टाइम। एंड देन तायफ हैपेंड।</w:t>
      </w:r>
    </w:p>
    <w:p>
      <w:r>
        <w:rPr>
          <w:b/>
        </w:rPr>
        <w:t xml:space="preserve">[11:02] </w:t>
      </w:r>
      <w:r>
        <w:t>taif was the most difficult day of the prophet. once ayesha raz allahu anha ne poocha ki aapke sabse mushkil din kaun sa tha?</w:t>
      </w:r>
    </w:p>
    <w:p>
      <w:pPr>
        <w:jc w:val="right"/>
      </w:pPr>
      <w:r>
        <w:t>तायफ वाज द मोस्ट डिफिकल्ट डे ऑफ द प्रोफेट। वंस आयशा रज अल्ला अना ने पूछा कि आपके सबसे मुश्किल दिन कौन सा था?</w:t>
      </w:r>
    </w:p>
    <w:p>
      <w:r>
        <w:rPr>
          <w:b/>
        </w:rPr>
        <w:t xml:space="preserve">[11:11] </w:t>
      </w:r>
      <w:r>
        <w:t>rasoolullah ne kaha, taif ka din tha. ji, rasoolullah ne kaha, tumhare logon ne mujhe bahut pareshan kiya lekin sabse mushkil din woh tha jo taif ka din tha. to aap tasawwur kar sakte hain ki kitne mushkil halaat the us waqt. to allah taala ne chaha ki he wanted to to boost prophet's, prophet's morale</w:t>
      </w:r>
    </w:p>
    <w:p>
      <w:pPr>
        <w:jc w:val="right"/>
      </w:pPr>
      <w:r>
        <w:t>रसूलल्लाह ने कहा, तायफ का दिन था। जी, रसूलल्लाह ने कहा, तुम्हारे लोगों ने मुझे बहुत परेशान किया लेकिन सबसे मुश्किल दिन वह था जो तायफ का दिन था। तो आप तसव्वुर कर सकते हैं कि कितने मुश्किल हालात थे उस वक्त। तो अल्लाह ताला ने चाहा कि ही वांटेड टू टू बूस्ट प्रोफेट्स, प्रोफेट्स मोर</w:t>
      </w:r>
    </w:p>
    <w:p>
      <w:r>
        <w:rPr>
          <w:b/>
        </w:rPr>
        <w:t xml:space="preserve">[11:31] </w:t>
      </w:r>
      <w:r>
        <w:t>l. thodi himmat paida ho aur aur aisa na lage ki islam khatma hi ho raha hai uska. balki ki allah taala ne yeh dikhaya hai ki ek waqt aayega ki islam ka paigham sari duniya mein phailaye aur yeh ek it will become an authentic source to get the knowledge of of god till the day of judgment. ji, to yeh aise sakht halaat the</w:t>
      </w:r>
    </w:p>
    <w:p>
      <w:pPr>
        <w:jc w:val="right"/>
      </w:pPr>
      <w:r>
        <w:t>ल। थोड़ी हिम्मत पैदा हो और और ऐसा ना लगे कि इस्लाम खात्मा ही हो रहा है उसका। बल्कि कि अल्लाह ताला ने यह दिखाया है कि एक वक्त आएगा कि इस्लाम का पैगाम सारी दुनिया में फैले और यह एक इट विल बिकम ए ऑथेंटिक सोर्स टू गेट द नॉलेज ऑफ ऑफ गॉड टिल द डे ऑफ जजमेंट। जी, तो यह ऐसे सख्त हालात थे</w:t>
      </w:r>
    </w:p>
    <w:p>
      <w:r>
        <w:rPr>
          <w:b/>
        </w:rPr>
        <w:t xml:space="preserve">[11:57] </w:t>
      </w:r>
      <w:r>
        <w:t>jab yeh isra aur miraj ka waqia pesh aaya. yani when makkah closed all the doors to the prophet, then allah opened the doors of heavens for him. ji, to is tarah se yeh shuruat hui iski. doctor sahab, aksar yeh aapne bhi experience kiya hoga. yeh yeh hamesha debate rehta hai ki was this a spiritual journey or a physical journey.</w:t>
      </w:r>
    </w:p>
    <w:p>
      <w:pPr>
        <w:jc w:val="right"/>
      </w:pPr>
      <w:r>
        <w:t>जब यह इसरा और मेराज का वाकया पेश आया। यानी व्हेन मैकन क्लोज्ड ऑल द डोर्स टू द प्रोफेट, देन अल्लाह ओपन द डोर्स ऑफ हेवेंस फॉर हिम। जी, तो इस तरह से यह शुरुआत हुई इसकी। डॉक्टर साहब, अक्सर यह आपने भी एक्सपीरियंस किया होगा। यह यह हमेशा डिबेट रहता है कि वाज दिस अ स्पिरिचुअल जर्नी और अ फिजिकल जर्नी।</w:t>
      </w:r>
    </w:p>
    <w:p>
      <w:r>
        <w:rPr>
          <w:b/>
        </w:rPr>
        <w:t xml:space="preserve">[12:25] </w:t>
      </w:r>
      <w:r>
        <w:t>to isko bhi aap is point ko bhi aap was karein. actually, there is a lot of difference of opinion in the ulama. ji, some of the ulama think that through out the journey, through out right from makkah to jerusalem up in the heavens, it was spiritual</w:t>
      </w:r>
    </w:p>
    <w:p>
      <w:pPr>
        <w:jc w:val="right"/>
      </w:pPr>
      <w:r>
        <w:t>तो इसको भी आप इस पॉइंट को भी आप वाज करें। एक्चुअली, देयर इज अ लॉट ऑफ डिफरेंस ऑफ ओपिनियन इन द लमा। जी, सम ऑफ द लमा थिंक दैट थ्रू आउट द जर्नी, थ्रू आउट राइट फ्रॉम मक्का टू जेरूसलम अप इन द हेवन, इट वाज स्पिरिचुअल</w:t>
      </w:r>
    </w:p>
    <w:p>
      <w:r>
        <w:rPr>
          <w:b/>
        </w:rPr>
        <w:t xml:space="preserve">[12:45] </w:t>
      </w:r>
      <w:r>
        <w:t>journey. there is smaller group of ulama who believes like this.</w:t>
      </w:r>
    </w:p>
    <w:p>
      <w:pPr>
        <w:jc w:val="right"/>
      </w:pPr>
      <w:r>
        <w:t>जर्नी। देर इज स्मॉलर ग्रुप ऑफ लमा हु बिलीव्स लाइक दिस।</w:t>
      </w:r>
    </w:p>
    <w:p>
      <w:r>
        <w:rPr>
          <w:b/>
        </w:rPr>
        <w:t xml:space="preserve">[12:49] </w:t>
      </w:r>
      <w:r>
        <w:t>and some of the ulama believe that the first part, yani the journey from Mecca to Jerusalem, was</w:t>
      </w:r>
    </w:p>
    <w:p>
      <w:pPr>
        <w:jc w:val="right"/>
      </w:pPr>
      <w:r>
        <w:t>एंड सम ऑफ द लमा बिलीव दैट द फर्स्ट पार्ट, यानी द जर्नी फ्रॉम मक्का टू जेरूसलम, वाज</w:t>
      </w:r>
    </w:p>
    <w:p>
      <w:r>
        <w:rPr>
          <w:b/>
        </w:rPr>
        <w:t xml:space="preserve">[12:59] </w:t>
      </w:r>
      <w:r>
        <w:t>physical. and the next phase from Jerusalem to up in the heaven was a spiritual kind of ruya,</w:t>
      </w:r>
    </w:p>
    <w:p>
      <w:pPr>
        <w:jc w:val="right"/>
      </w:pPr>
      <w:r>
        <w:t>फिजिकल। एंड द नेक्स्ट फेज फ्रॉम जेरूसलम टू अप इन द हेवन वाज ए स्पिरिचुअल काइंड ऑफ रुया,</w:t>
      </w:r>
    </w:p>
    <w:p>
      <w:r>
        <w:rPr>
          <w:b/>
        </w:rPr>
        <w:t xml:space="preserve">[13:09] </w:t>
      </w:r>
      <w:r>
        <w:t>kind of dream.</w:t>
      </w:r>
    </w:p>
    <w:p>
      <w:pPr>
        <w:jc w:val="right"/>
      </w:pPr>
      <w:r>
        <w:t>काइंड ऑफ ड्रीम।</w:t>
      </w:r>
    </w:p>
    <w:p>
      <w:r>
        <w:rPr>
          <w:b/>
        </w:rPr>
        <w:t xml:space="preserve">[13:11] </w:t>
      </w:r>
      <w:r>
        <w:t>aur kuch ka kehna hai ke the entire was was physical.</w:t>
      </w:r>
    </w:p>
    <w:p>
      <w:pPr>
        <w:jc w:val="right"/>
      </w:pPr>
      <w:r>
        <w:t>और कुछ का कहना है कि द एंटायस वाज वाज फिजिकल।</w:t>
      </w:r>
    </w:p>
    <w:p>
      <w:r>
        <w:rPr>
          <w:b/>
        </w:rPr>
        <w:t xml:space="preserve">[13:16] </w:t>
      </w:r>
      <w:r>
        <w:t>maulana ka jo maqaf hai, woh yeh hai ke maulana ne likha hai tasawwur-e-quran mein ke yeh safar roohani ya jismani taur par hua. yaani dono cheezein ho sakti hain. aur maulana ka waise maqaf yahi hai ke jo safar makka se jerusalem ka hua, that was physical. ji,</w:t>
      </w:r>
    </w:p>
    <w:p>
      <w:pPr>
        <w:jc w:val="right"/>
      </w:pPr>
      <w:r>
        <w:t>मौलाना का जो मकफ है, वो यह है कि मौलाना ने लिखा है तस्कुर कुरान में के यह सफर रूहानी या जिस्मानी तौर पर हुआ। यानी दोनों चीजें हो सकती हैं। और मौलाना का वैसे मकफ यही है कि जो सफर मक्का से जेरूसलम का हुआ, दैट वाज फिजिकल। जी,</w:t>
      </w:r>
    </w:p>
    <w:p>
      <w:r>
        <w:rPr>
          <w:b/>
        </w:rPr>
        <w:t xml:space="preserve">[13:41] </w:t>
      </w:r>
      <w:r>
        <w:t>journey. aur uske baad jo hua safar, woh spiritual safar tha. to it was, it was a kind of metaphysical journey. yaani it was not in the normal time space continuum, they were in. to</w:t>
      </w:r>
    </w:p>
    <w:p>
      <w:pPr>
        <w:jc w:val="right"/>
      </w:pPr>
      <w:r>
        <w:t>जर्नी। और उसके बाद जो हुआ सफर, वो स्पिरिचुअल सफर था। तो इट वाज, इट वाज ए काइंड ऑफ मेटा फिजिकल जर्नी। यानी इट वाज नॉट द इन द नॉर्मल टाइम स्पेस कंटिन्यूम, दे वर इन। तो</w:t>
      </w:r>
    </w:p>
    <w:p>
      <w:r>
        <w:rPr>
          <w:b/>
        </w:rPr>
        <w:t xml:space="preserve">[13:59] </w:t>
      </w:r>
      <w:r>
        <w:t>is tarah se, yaani it was not a, not a, not a physical movement in the sense that whatever happened to the prophet was beyond human understanding, beyond our perception and comprehension.</w:t>
      </w:r>
    </w:p>
    <w:p>
      <w:pPr>
        <w:jc w:val="right"/>
      </w:pPr>
      <w:r>
        <w:t>इस तरीके से, यानी इट वाज नॉट ए, नॉट ए, नॉट ए फिजिकल मूवमेंट इन द सेंस दैट व्हाट एवर हैपेंड टू द प्रोफेट वाज बियोंड ह्यूमन अंडरस्टैंडिंग, बियोंड अवर परसेप्शन एंड कंप्रीहेंशन।</w:t>
      </w:r>
    </w:p>
    <w:p>
      <w:r>
        <w:rPr>
          <w:b/>
        </w:rPr>
        <w:t xml:space="preserve">[14:15] </w:t>
      </w:r>
      <w:r>
        <w:t>and so, this, this, this journey was, was, was an extraordinary voyage that transcends the the realm of human understanding. yaani hamare zehn se mawra hai, bahar hai ke hum samajh nahin sakte. ke and, and, and only god knows what was the true nature of this remarkable journey. ji,</w:t>
      </w:r>
    </w:p>
    <w:p>
      <w:pPr>
        <w:jc w:val="right"/>
      </w:pPr>
      <w:r>
        <w:t>एंड सो, दिस, दिस, दिस जर्नी वाज, वाज, वाज एन एक्स्ट्राऑर्डिनरी वॉयज दैट ट्रांसेंड्स द द रेल्म ऑफ ह्यूमन अंडरस्टैंडिंग। यानी हमारे जहन से मावरा है, बाहर है कि हम समझ नहीं सकते। के एंड, एंड, एंड ओनली गॉड नोज व्हाट वाज द ट्रू नेचर ऑफ दिस रिमार्केबल जर्नी। जी,</w:t>
      </w:r>
    </w:p>
    <w:p>
      <w:r>
        <w:rPr>
          <w:b/>
        </w:rPr>
        <w:t xml:space="preserve">[14:45] </w:t>
      </w:r>
      <w:r>
        <w:t>doctor sahib, aap ne abhi zikr bhi kiya tha ke kis tarah se kitne signs prophet witnessed. and during this, you know, extraordinary or unparalleled journey, i mean, various insights are provided, you know, to an unseen realm. to main chahunga ke usko thoda sa aur doctor sahib, aap wazeh karein, usko explain karein.</w:t>
      </w:r>
    </w:p>
    <w:p>
      <w:pPr>
        <w:jc w:val="right"/>
      </w:pPr>
      <w:r>
        <w:t>डॉक्टर साहब, आपने अभी जिक्र भी किया था कि किस तरीके से कितने साइंस प्रोफेट विटनेस्ड। एंड ड्यूरिंग दिस, यू नो, एक्स्ट्राऑर्डिनरी और अनपैरेलल जर्नी, आई मीन, वेरियस इनसाइट्स र प्रोवाइडेड, यू नो, टू अ अनसीन रियलम। तो मैं चाहूंगा कि उसको थोड़ा सा और डॉक्टर साहब, आप वाज करें, उसको एक्सप्लेन करें।</w:t>
      </w:r>
    </w:p>
    <w:p>
      <w:r>
        <w:rPr>
          <w:b/>
        </w:rPr>
        <w:t xml:space="preserve">[15:10] </w:t>
      </w:r>
      <w:r>
        <w:t>haan, chunke quran mein yeh aaya hai ke iska maqsad hai ke hum nishaniyan dikhaayein. to maulana ne isko thoda alag tarah se liya hai. log samajhte hain ke yaani zameen aur aasman ki nishani. lekin maulana ne likha hai ke</w:t>
      </w:r>
    </w:p>
    <w:p>
      <w:pPr>
        <w:jc w:val="right"/>
      </w:pPr>
      <w:r>
        <w:t>हां, चूंकि कुरान में यह आया है कि इसका मकसद है कि हम निशानियां दिखाएं। तो मौलाना ने इसको थोड़ा अलग तरह से लिया है। लोग समझते हैं कि यानी जमीन और आसमान की निशानी। लेकिन मौलाना ने लिखा है कि</w:t>
      </w:r>
    </w:p>
    <w:p>
      <w:r>
        <w:rPr>
          <w:b/>
        </w:rPr>
        <w:t xml:space="preserve">[15:27] </w:t>
      </w:r>
      <w:r>
        <w:t>jo potential tha us waqt, yaani jo allah taala ne zameen mein, zameen aur aasman mein potential rakha hai, high speed travel ka aur high speed communication ka, uska ek, ek</w:t>
      </w:r>
    </w:p>
    <w:p>
      <w:pPr>
        <w:jc w:val="right"/>
      </w:pPr>
      <w:r>
        <w:t>जो पोटेंशियल था उस वक्त, यानी जो अल्लाह ताला ने जमीन में, जमीन और आसमान में पोटेंशियल रखा है, हाई स्पीड ट्रेवल का और हाई स्पीड कम्युनिकेशन का, उसका एक, एक</w:t>
      </w:r>
    </w:p>
    <w:p>
      <w:r>
        <w:rPr>
          <w:b/>
        </w:rPr>
        <w:t xml:space="preserve">[15:47] </w:t>
      </w:r>
      <w:r>
        <w:t>dikhaya gaya. ek, ek, yaani uska ek tajurba rasoolullah ko karaya gaya ke ek daur aisa aane wala hai ke jab fast travelling possible ho jayegi aur bahut hi</w:t>
      </w:r>
    </w:p>
    <w:p>
      <w:pPr>
        <w:jc w:val="right"/>
      </w:pPr>
      <w:r>
        <w:t>दिखाया गया। एक, एक, यानी उसका एक तजुर्बा रसूलल्लाह को कराया गया कि एक दौर ऐसा आने वाला है कि जब फास्ट ट्रेवलिंग पॉसिबल हो जाएगी और बहुत ही</w:t>
      </w:r>
    </w:p>
    <w:p>
      <w:r>
        <w:rPr>
          <w:b/>
        </w:rPr>
        <w:t xml:space="preserve">[16:04] </w:t>
      </w:r>
      <w:r>
        <w:t>tez raftaar communication ke zarray muyassar ho jayenge.</w:t>
      </w:r>
    </w:p>
    <w:p>
      <w:pPr>
        <w:jc w:val="right"/>
      </w:pPr>
      <w:r>
        <w:t>तेज रफ्तार कम्युनिकेशन के जराय मुहैया हो जाएंगे।</w:t>
      </w:r>
    </w:p>
    <w:p>
      <w:r>
        <w:rPr>
          <w:b/>
        </w:rPr>
        <w:t xml:space="preserve">[16:11] </w:t>
      </w:r>
      <w:r>
        <w:t>to yeh, yeh isliye tha ke jo dawat ka kaam hai, woh ba aasani ho sake. aur jaise rasoolullah sallallahu alaihi wasallam ne farmaya tha ke har kachche pakke makaan mein allah ka kalma pahunch jayega</w:t>
      </w:r>
    </w:p>
    <w:p>
      <w:pPr>
        <w:jc w:val="right"/>
      </w:pPr>
      <w:r>
        <w:t>तो यह, यह इसलिए था कि जो दावत का काम है, वह बा आसानी हो सके। और जैसे रसूलल्लाह सल्लल्लाहु अल ने फरमाया था कि हर कच्चे पक्के मकान में अल्लाह का कलिमा पहुंच जाएगा</w:t>
      </w:r>
    </w:p>
    <w:p>
      <w:r>
        <w:rPr>
          <w:b/>
        </w:rPr>
        <w:t xml:space="preserve">[16:29] </w:t>
      </w:r>
      <w:r>
        <w:t>। to woh uske liye yeh, yeh, yeh allah taala ne jo cheezein rakhi hain ke fast travelling ho sake aur fast communication ho sake. yeh tasawwur-e-quran mein maulana ne likha hai ke yahi sign tha ke jo, jo journey thi, yeh itni tez raftaar journey us zamane mein to log tasawwur bhi</w:t>
      </w:r>
    </w:p>
    <w:p>
      <w:pPr>
        <w:jc w:val="right"/>
      </w:pPr>
      <w:r>
        <w:t>। तो वह उसके लिए यह, यह, यह अल्लाह ताला ने जो चीजें रखी हैं कि फास्ट ट्रेवलिंग हो सके और फास्ट कम्युनिकेशन हो सके। यह तस्कुर कुरान में मौलाना ने लिखा है कि यही साइन था कि जो, जो जर्नी थी, यह इतनी तेज रफ्तार जर्नी उस जमाने में तो लोग तसव्वुर भी</w:t>
      </w:r>
    </w:p>
    <w:p>
      <w:r>
        <w:rPr>
          <w:b/>
        </w:rPr>
        <w:t xml:space="preserve">[16:53] </w:t>
      </w:r>
      <w:r>
        <w:t>nahin kar sakte the. aaj hum, hamare liye yeh taqreeban ek aisi cheez ho gayi hai jo har aadmi usko kar sakta hai. to ek, woh ek, woh daur aane wala tha. allah taala ne yeh dikhaya rasoolullah sallallahu alaihi wasallam ko ke ek aisa daur aane wala hai ke bahut fast travelling mumkin ho jayegi. hum, hum ji, pehle makka se jerusalem jaane mein 30 din lagte the aur wapas aane mein 30 din lagte the. abhi do ghante lagenge</w:t>
      </w:r>
    </w:p>
    <w:p>
      <w:pPr>
        <w:jc w:val="right"/>
      </w:pPr>
      <w:r>
        <w:t>नहीं कर सकते थे। आज हम, हमारे लिए यह तकरीबन एक ऐसी चीज हो गई है जो हर आदमी उसको कर सकता है। तो एक, वो एक, वो दौर आने वाला था। अल्लाह ताला ने यह दिखाया रसूलल्लाह सल्लल्लाहु अल को कि एक ऐसा दौर आने वाला है कि बहुत फास्ट ट्रेवलिंग मुमकिन हो जाएगी। हम, हम जी, पहले मक्का से जेरूसलम जाने में 30 दिन लगते थे और वापस आने में 30 दिन लगते थे। अभी दो घंटे लगेंगे</w:t>
      </w:r>
    </w:p>
    <w:p>
      <w:r>
        <w:rPr>
          <w:b/>
        </w:rPr>
        <w:t xml:space="preserve">[17:20] </w:t>
      </w:r>
      <w:r>
        <w:t>. ji, to wo yeh cheez dikhai gayi.</w:t>
      </w:r>
    </w:p>
    <w:p>
      <w:pPr>
        <w:jc w:val="right"/>
      </w:pPr>
      <w:r>
        <w:t>। जी, तो वो यह चीज दिखाई गई।</w:t>
      </w:r>
    </w:p>
    <w:p>
      <w:r>
        <w:rPr>
          <w:b/>
        </w:rPr>
        <w:t xml:space="preserve">[17:23] </w:t>
      </w:r>
      <w:r>
        <w:t>aur Maulana ne likha hai ke yeh is liye tha ke jab, jab yeh sab cheezein ho jayen, to</w:t>
      </w:r>
    </w:p>
    <w:p>
      <w:pPr>
        <w:jc w:val="right"/>
      </w:pPr>
      <w:r>
        <w:t>और मौलाना ने लिखा है कि यह इसलिए था कि जब, जब यह सब चीजें हो जाएं, तो</w:t>
      </w:r>
    </w:p>
    <w:p>
      <w:r>
        <w:rPr>
          <w:b/>
        </w:rPr>
        <w:t xml:space="preserve">[17:31] </w:t>
      </w:r>
      <w:r>
        <w:t>da'wat ka kaam Musalman karen taake saare duniya mein Islam ka jo paigham hai, wo pahunch sake.</w:t>
      </w:r>
    </w:p>
    <w:p>
      <w:pPr>
        <w:jc w:val="right"/>
      </w:pPr>
      <w:r>
        <w:t>दावत का काम मुसलमान करें ताकि सारे दुनिया में इस्लाम का जो पैगाम है, वो पहुंच सके।</w:t>
      </w:r>
    </w:p>
    <w:p>
      <w:r>
        <w:rPr>
          <w:b/>
        </w:rPr>
        <w:t xml:space="preserve">[17:38] </w:t>
      </w:r>
      <w:r>
        <w:t>Quran ki baatein pahunch sake.</w:t>
      </w:r>
    </w:p>
    <w:p>
      <w:pPr>
        <w:jc w:val="right"/>
      </w:pPr>
      <w:r>
        <w:t>कुरान की बातें पहुंच सके।</w:t>
      </w:r>
    </w:p>
    <w:p>
      <w:r>
        <w:rPr>
          <w:b/>
        </w:rPr>
        <w:t xml:space="preserve">[17:40] </w:t>
      </w:r>
      <w:r>
        <w:t>yani ek, yeh bohat bari responsibility thi jo hamein karni thi.</w:t>
      </w:r>
    </w:p>
    <w:p>
      <w:pPr>
        <w:jc w:val="right"/>
      </w:pPr>
      <w:r>
        <w:t>यानी एक, ये बहुत बड़ी रिस्पांसिबिलिटी थी जो हमें करनी थी।</w:t>
      </w:r>
    </w:p>
    <w:p>
      <w:r>
        <w:rPr>
          <w:b/>
        </w:rPr>
        <w:t xml:space="preserve">[17:45] </w:t>
      </w:r>
      <w:r>
        <w:t>aur ek daur bhi aisa aaya</w:t>
      </w:r>
    </w:p>
    <w:p>
      <w:pPr>
        <w:jc w:val="right"/>
      </w:pPr>
      <w:r>
        <w:t>और एक दौर भी ऐसा आया</w:t>
      </w:r>
    </w:p>
    <w:p>
      <w:r>
        <w:rPr>
          <w:b/>
        </w:rPr>
        <w:t xml:space="preserve">[17:48] </w:t>
      </w:r>
      <w:r>
        <w:t>jis mein peace har tarah se peaceful daur aaya.</w:t>
      </w:r>
    </w:p>
    <w:p>
      <w:pPr>
        <w:jc w:val="right"/>
      </w:pPr>
      <w:r>
        <w:t>जिसमें पीस हर तरह से पीसफुल दौर आया।</w:t>
      </w:r>
    </w:p>
    <w:p>
      <w:r>
        <w:rPr>
          <w:b/>
        </w:rPr>
        <w:t xml:space="preserve">[17:53] </w:t>
      </w:r>
      <w:r>
        <w:t>curiosity bohat barh gayi, openness ho gayi.</w:t>
      </w:r>
    </w:p>
    <w:p>
      <w:pPr>
        <w:jc w:val="right"/>
      </w:pPr>
      <w:r>
        <w:t>क्यूरियोसिटी बहुत बढ़ गई, ओपननेस हो गई।</w:t>
      </w:r>
    </w:p>
    <w:p>
      <w:r>
        <w:rPr>
          <w:b/>
        </w:rPr>
        <w:t xml:space="preserve">[17:56] </w:t>
      </w:r>
      <w:r>
        <w:t>aur purane zamane mein to bari closed society thi.</w:t>
      </w:r>
    </w:p>
    <w:p>
      <w:pPr>
        <w:jc w:val="right"/>
      </w:pPr>
      <w:r>
        <w:t>और पुराने जमाने में तो बड़ी क्लोज्ड सोसाइटी थी।</w:t>
      </w:r>
    </w:p>
    <w:p>
      <w:r>
        <w:rPr>
          <w:b/>
        </w:rPr>
        <w:t xml:space="preserve">[18:00] </w:t>
      </w:r>
      <w:r>
        <w:t>to woh sab ek taraf daur allah taala le aaya aisa ke jismein dawat aasan ho jaye aur zarray muyassar kar diye. internet hai aur saare jo communication ke zarray hain, aviation ke zarray hain taake quran har jagah pahunch sake. quran ka paigham har jagah</w:t>
      </w:r>
    </w:p>
    <w:p>
      <w:pPr>
        <w:jc w:val="right"/>
      </w:pPr>
      <w:r>
        <w:t>तो वह सब एक तरफ दौर अल्लाह ताला ले आया ऐसा कि जिसमें दावत आसान हो जाए और जराय मुहैया कर दिए। इंटरनेट है और सारे जो कम्युनिकेशन के जराय हैं, एविएशन के जराय हैं ताकि कुरान हर जगह पहुंच सके। कुरान का पैगाम हर जगह</w:t>
      </w:r>
    </w:p>
    <w:p>
      <w:r>
        <w:rPr>
          <w:b/>
        </w:rPr>
        <w:t xml:space="preserve">[18:17] </w:t>
      </w:r>
      <w:r>
        <w:t>pahunch sake. lekin maulana ne likha hai ke jab yeh daur aaya, to usi dauran musalmanon ne ek tarah-tarah ki nayi cheezein ghadi, jaise political islam,</w:t>
      </w:r>
    </w:p>
    <w:p>
      <w:pPr>
        <w:jc w:val="right"/>
      </w:pPr>
      <w:r>
        <w:t>पहुंच सके। लेकिन मौलाना ने लिखा है कि जब यह दौर आया, तो उसी दौरान मुसलमानों ने एक तरह-तरह की नई चीजें घड़ी, जैसे पॉलिटिकल इस्लाम,</w:t>
      </w:r>
    </w:p>
    <w:p>
      <w:r>
        <w:rPr>
          <w:b/>
        </w:rPr>
        <w:t xml:space="preserve">[18:30] </w:t>
      </w:r>
      <w:r>
        <w:t>political system ke hum nizam kayam karna hai, hum islamic hukumat kayam karni hai. to uski wajah se</w:t>
      </w:r>
    </w:p>
    <w:p>
      <w:pPr>
        <w:jc w:val="right"/>
      </w:pPr>
      <w:r>
        <w:t>पॉलिटिकल सिस्टम कि हमें निजाम कायम करना है, हमें इस्लामिक हुकूमत कायम करनी है। तो उसकी वजह से</w:t>
      </w:r>
    </w:p>
    <w:p>
      <w:r>
        <w:rPr>
          <w:b/>
        </w:rPr>
        <w:t xml:space="preserve">[18:39] </w:t>
      </w:r>
      <w:r>
        <w:t>terrorism shuru hua aur suicide bombing aur ladai jhagda har jagah musalman lad</w:t>
      </w:r>
    </w:p>
    <w:p>
      <w:pPr>
        <w:jc w:val="right"/>
      </w:pPr>
      <w:r>
        <w:t>टेररिज्म शुरू हुआ और सुसाइड बॉम्बिंग और लड़ाई झगड़ा हर जगह मुसलमान लड़</w:t>
      </w:r>
    </w:p>
    <w:p>
      <w:r>
        <w:rPr>
          <w:b/>
        </w:rPr>
        <w:t xml:space="preserve">[18:44] </w:t>
      </w:r>
      <w:r>
        <w:t>ne lage. to yeh jo ek opportunity thi dawat ki, yeh woh uska poori tarah se avail nahin kar sake aur inhi sab cheezon mein lag gaye. to yeh is lihaz se yeh ek sign tha. ji, ji, doctor sahib, jaisa ke hum padhte bhi hain ke prophet ki jo journey rahi hai, yeh bahut hi effortless thi. to main chahunga aap iske baare mein batayein ke kis tarah se yeh extraordinary journey jo hai, woh start hui</w:t>
      </w:r>
    </w:p>
    <w:p>
      <w:pPr>
        <w:jc w:val="right"/>
      </w:pPr>
      <w:r>
        <w:t>ने लगे। तो यह जो एक अपॉर्चुनिटी थी दावत की, यह वह उसका पूरी तरह से अवेल नहीं कर सके और इन्हीं सब चीजों में लग गए। तो यह इस लिहाज से यह एक साइन था। जी, जी, डॉक्टर साहब, जैसा कि हम पढ़ते भी हैं कि प्रोफेट की जो जर्नी रही है, यह बहुत ही एफर्टलेस थी। तो मैं चाहूंगा आप इसके बारे में बताएं कि किस तरीके से यह एक्स्ट्राऑर्डिनरी जर्नी जो है, वह स्टार्ट हुई</w:t>
      </w:r>
    </w:p>
    <w:p>
      <w:r>
        <w:rPr>
          <w:b/>
        </w:rPr>
        <w:t xml:space="preserve">[19:13] </w:t>
      </w:r>
      <w:r>
        <w:t>। iske baare mein bhi batayein. haan, ismein to hadith mein bahut zyada baatein aayi hain. jaise rasoolullah farmate hain ke main hatim mein tha. hatim jo hai, na, its a semi circular wall next to the kaaba. actually, at one point of time, this was part</w:t>
      </w:r>
    </w:p>
    <w:p>
      <w:pPr>
        <w:jc w:val="right"/>
      </w:pPr>
      <w:r>
        <w:t>। इसके बारे में भी बताएं। हां, इसमें तो हदीस में बहुत ज्यादा बातें आई हैं। जैसे रसूलल्लाह फरमाते हैं कि मैं हतीम में था। हतीम जो है, ना, इट्स अ सेमी सर्कुलर वॉल नेक्स्ट टू द काबा। एक्चुअली, एट वन पॉइंट ऑफ टाइम, दिस व, दिस वाज पार्</w:t>
      </w:r>
    </w:p>
    <w:p>
      <w:r>
        <w:rPr>
          <w:b/>
        </w:rPr>
        <w:t xml:space="preserve">[19:31] </w:t>
      </w:r>
      <w:r>
        <w:t>of the kaaba. jab ibrahim alaihi salam ne banaya tha, to hatim was part of the kaaba. lekin phir woh kisi wajah se damage ho gaya. kaaba shayad flood wagairah se to woh toot gaya. to phir quaraish ne banaya use. to unhone aadhe hi banaya, chunke unhone kaha ke we don't have money. when we will have money, we will build the rest of it.</w:t>
      </w:r>
    </w:p>
    <w:p>
      <w:pPr>
        <w:jc w:val="right"/>
      </w:pPr>
      <w:r>
        <w:t>ट ऑफ द काबा। जब इब्राहिम अल सलाम ने बनाया था, तो हतीम वाज पार्ट ऑफ द काबा। लेकिन फिर वह किसी वजह से डैमेज हो गया। काबा शायद फ्लड वगैरह से तो वह टूट गया। तो फिर कुरैश ने बनाया उसे। तो उन्होंने आधे ही बनाया, चूंकि उन्होंने कहा कि वी डोंट हैव मनी। व्हेन वी विल हैव मनी, वी विल बिल्ड द रेस्ट ऑफ इ</w:t>
      </w:r>
    </w:p>
    <w:p>
      <w:r>
        <w:rPr>
          <w:b/>
        </w:rPr>
        <w:t xml:space="preserve">[19:52] </w:t>
      </w:r>
      <w:r>
        <w:t>lekin woh kya allah ki marzi thi aur wisdom tha ke woh aise hi reh gaya aaj tak. aur jo hatim hai, usmein bhi kaafi jagah hai. yaani 30-40 log namaz padh sakte hain aur koi bhi padh sakta hai. anyone can go and pray in the hatim area. and if you pray inside hatim, it is considered as if you are praying inside the kaaba, because that was the part of the kaaba. kaaba ke andar namaz padhna namumkin hai. ji, beyond namumkin hai. lekin hatim mein koi bhi padh sakta hai.</w:t>
      </w:r>
    </w:p>
    <w:p>
      <w:pPr>
        <w:jc w:val="right"/>
      </w:pPr>
      <w:r>
        <w:t>ट। लेकिन वह क्या अल्लाह की मर्जी थी और विजडम था कि वह ऐसे ही रह गया आज तक। और जो हतीम है, उसमें भी काफी जगह है। यानी 30-40 लोग नमाज पढ़ सकते हैं और कोई भी पढ़ सकता है। एनीवन कैन गो एंड प्रे इन द हतीम एरिया। एंड इफ यू प्रे इनसाइड हतीम, इट इज कंसीडर्ड एज इफ यू आर प्रेइंग इनसाइड द काबा, बिकॉज दैट वाज द पार्ट ऑफ द काबा। काबा के अंदर नमाज पढ़ना नामुमकिन है। जी, बियोंड नामुमकिन है। लेकिन हतीम में कोई भी पढ़ सकता है।</w:t>
      </w:r>
    </w:p>
    <w:p>
      <w:r>
        <w:rPr>
          <w:b/>
        </w:rPr>
        <w:t xml:space="preserve">[20:22] </w:t>
      </w:r>
      <w:r>
        <w:t>to yeh allah taala ki ek wisdom thi ke hatim aise hi reh gaya. aur to baharhaal, rasoolullah ne farmaya ke main hatim mein tha aur so, yaani halki si neend thi unki. to</w:t>
      </w:r>
    </w:p>
    <w:p>
      <w:pPr>
        <w:jc w:val="right"/>
      </w:pPr>
      <w:r>
        <w:t>तो यह अल्लाह ताला की एक विजडम थी के हतीम ऐसे ही रह गया। और तो बहरहाल, रसूलल्लाह ने फरमाया कि मैं हतीम में था और सो, यानी हल्की सी नींद थी उनकी। तो</w:t>
      </w:r>
    </w:p>
    <w:p>
      <w:r>
        <w:rPr>
          <w:b/>
        </w:rPr>
        <w:t xml:space="preserve">[20:38] </w:t>
      </w:r>
      <w:r>
        <w:t>batate hain ke jibril aaye aur ek, ek dabba, ek beast, ek animal lekar aaye, which was smaller than the mule and larger than the donkey, jiska naam buraq tha. buraq jo hai, yeh barq se hai.</w:t>
      </w:r>
    </w:p>
    <w:p>
      <w:pPr>
        <w:jc w:val="right"/>
      </w:pPr>
      <w:r>
        <w:t>बताते हैं कि जिब्रील आए और एक, एक दाबा, एक बीस्ट, एक एनिमल लेकर आए, चच वाज स्मॉलर देन द म्यूल एंड लार्जर देन द डोंकी, जिसका नाम बुराक था। बुराक जो है, यह बर्क से है।</w:t>
      </w:r>
    </w:p>
    <w:p>
      <w:r>
        <w:rPr>
          <w:b/>
        </w:rPr>
        <w:t xml:space="preserve">[20:56] </w:t>
      </w:r>
      <w:r>
        <w:t>barq yaani light, yaani lightning speed se chalne wala ek janwar ya udne wala. quran mein aata hai raad wa barq. quran mein barq aur bhi jagah aaya hai. to prophet ne describe kiya hai, yeh jo is buraq hai, yeh itne tez udta tha ke ek,</w:t>
      </w:r>
    </w:p>
    <w:p>
      <w:pPr>
        <w:jc w:val="right"/>
      </w:pPr>
      <w:r>
        <w:t>बर्क यानी लाइट, यानी लाइटनिंग स्पीड से चलने वाला एक जानवर या उड़ने वाला। कुरान में आता है राद व बर्क। कुरान में बर्क और भी जगह आया है। तो प्रोफेट ने डिस्क्राइब किया है, यह जो इस बुराक है, यह इतने तेज उड़ता था कि एक,</w:t>
      </w:r>
    </w:p>
    <w:p>
      <w:r>
        <w:rPr>
          <w:b/>
        </w:rPr>
        <w:t xml:space="preserve">[21:19] </w:t>
      </w:r>
      <w:r>
        <w:t>ek kadam iske yahan hai, ek corner par hai horizon ke, to doosra kadam doosre</w:t>
      </w:r>
    </w:p>
    <w:p>
      <w:pPr>
        <w:jc w:val="right"/>
      </w:pPr>
      <w:r>
        <w:t>एक कदम इसके यहां है, एक कॉर्नर पर है होराइजन के, तो दूसरा कदम दूसरे</w:t>
      </w:r>
    </w:p>
    <w:p>
      <w:r>
        <w:rPr>
          <w:b/>
        </w:rPr>
        <w:t xml:space="preserve">[21:25] </w:t>
      </w:r>
      <w:r>
        <w:t>corner par. yani itni tez, tez raftaar wo tha.</w:t>
      </w:r>
    </w:p>
    <w:p>
      <w:pPr>
        <w:jc w:val="right"/>
      </w:pPr>
      <w:r>
        <w:t>कॉर्नर पर। यानी इतनी तेज, तेज रफ्तार वो था।</w:t>
      </w:r>
    </w:p>
    <w:p>
      <w:r>
        <w:rPr>
          <w:b/>
        </w:rPr>
        <w:t xml:space="preserve">[21:29] </w:t>
      </w:r>
      <w:r>
        <w:t>aur prophet kehte hain, it had, it had a muzzle on it and a harness and a saddle.</w:t>
      </w:r>
    </w:p>
    <w:p>
      <w:pPr>
        <w:jc w:val="right"/>
      </w:pPr>
      <w:r>
        <w:t>और प्रोफेट कहते हैं, इट हैड, इट हैड ए मजल ऑन इट एंड ए हार्नेस एंड ए सेडल।</w:t>
      </w:r>
    </w:p>
    <w:p>
      <w:r>
        <w:rPr>
          <w:b/>
        </w:rPr>
        <w:t xml:space="preserve">[21:34] </w:t>
      </w:r>
      <w:r>
        <w:t>yani bilkul wo jaise ghode ke liye lagaam waghera hoti hai, us tarah tayyar tha.</w:t>
      </w:r>
    </w:p>
    <w:p>
      <w:pPr>
        <w:jc w:val="right"/>
      </w:pPr>
      <w:r>
        <w:t>यानी बिल्कुल वो जैसे घोड़े के लिए लगाम वगैरह होती है, उस तरह तैयार था।</w:t>
      </w:r>
    </w:p>
    <w:p>
      <w:r>
        <w:rPr>
          <w:b/>
        </w:rPr>
        <w:t xml:space="preserve">[21:39] </w:t>
      </w:r>
      <w:r>
        <w:t>and Jibraeel was holding the harness and the prophet stepped on the Buraq.</w:t>
      </w:r>
    </w:p>
    <w:p>
      <w:pPr>
        <w:jc w:val="right"/>
      </w:pPr>
      <w:r>
        <w:t>एंड जिब्रील वाज होल्डिंग द हार्नेस एंड द प्रोफेट स्टेप्ड ऑन द बुराक।</w:t>
      </w:r>
    </w:p>
    <w:p>
      <w:r>
        <w:rPr>
          <w:b/>
        </w:rPr>
        <w:t xml:space="preserve">[21:45] </w:t>
      </w:r>
      <w:r>
        <w:t>to jab prophet Buraq ke upar baithe, to jo janwar hota hai, na, koi naya aadmi agar uske</w:t>
      </w:r>
    </w:p>
    <w:p>
      <w:pPr>
        <w:jc w:val="right"/>
      </w:pPr>
      <w:r>
        <w:t>तो जब प्रोफेट बुराक के ऊपर बैठे, तो जो जानवर होता है, ना, कोई नया आदमी अगर उसके</w:t>
      </w:r>
    </w:p>
    <w:p>
      <w:r>
        <w:rPr>
          <w:b/>
        </w:rPr>
        <w:t xml:space="preserve">[21:50] </w:t>
      </w:r>
      <w:r>
        <w:t>upar sawar ho, to wo thoda uncomfortable hota hai.</w:t>
      </w:r>
    </w:p>
    <w:p>
      <w:pPr>
        <w:jc w:val="right"/>
      </w:pPr>
      <w:r>
        <w:t>ऊपर सवार हो, तो वो थोड़ा अनकंफर्टेबल होता है।</w:t>
      </w:r>
    </w:p>
    <w:p>
      <w:r>
        <w:rPr>
          <w:b/>
        </w:rPr>
        <w:t xml:space="preserve">[21:53] </w:t>
      </w:r>
      <w:r>
        <w:t>wo khilne lagta hai.</w:t>
      </w:r>
    </w:p>
    <w:p>
      <w:pPr>
        <w:jc w:val="right"/>
      </w:pPr>
      <w:r>
        <w:t>वो खिलने लगता है।</w:t>
      </w:r>
    </w:p>
    <w:p>
      <w:r>
        <w:rPr>
          <w:b/>
        </w:rPr>
        <w:t xml:space="preserve">[21:55] </w:t>
      </w:r>
      <w:r>
        <w:t>ji, to burraq ne bhi yahi kiya. started jumping. ji, to jibril ne usko, unko, usko daanta. so real like doctor sahab. ji, aur kaha ki this is the, this is the most noble rider that you ever had. to wo burraq thoda sharma gaya aur usko paseene chhoot gaye. aur phir wo theek ho gaya.</w:t>
      </w:r>
    </w:p>
    <w:p>
      <w:pPr>
        <w:jc w:val="right"/>
      </w:pPr>
      <w:r>
        <w:t>जी, तो बुराक ने भी यही किया। स्टार्टेड जंपिंग। जी, तो जिब्रील ने उसको, उनको, उसको डांटा। सो रियल लाइक डॉक्टर साहब। जी, और कहा कि दिस इज द, दिस इज द मोस्ट नोबल राइडर दैट यू एवर हैड। तो वो बुराक थोड़ा शर्मा गया और उसको पसीने छूट गए। और फिर वोठीक हो गया।</w:t>
      </w:r>
    </w:p>
    <w:p>
      <w:r>
        <w:rPr>
          <w:b/>
        </w:rPr>
        <w:t xml:space="preserve">[22:18] </w:t>
      </w:r>
      <w:r>
        <w:t>ji, to wo is, is tarike se rasoolullah sallallahu al makka se rawana hue burraq ke upar aur jerusalem ki taraf ka safar hua. ye ji. aur doctor sahab, phir uske baad veni rides on burraq to jerusalem. phir uske baad ka safar aage kaise badha?</w:t>
      </w:r>
    </w:p>
    <w:p>
      <w:pPr>
        <w:jc w:val="right"/>
      </w:pPr>
      <w:r>
        <w:t>जी, तो वो इस, इस तरीके से रसूलल्लाह सल्लल्लाहु अल मक्का से रवाना हुए बुराक के ऊपर और जेरूसलम की तरफ का सफर हुआ। ये जी। और डॉक्टर साहब, फिर उसके बाद वेनी राइड्स ऑन बुराक टू जेरूसलम। फिर उसके बाद का सफर आगे कैसे बढ़ा?</w:t>
      </w:r>
    </w:p>
    <w:p>
      <w:r>
        <w:rPr>
          <w:b/>
        </w:rPr>
        <w:t xml:space="preserve">[22:36] </w:t>
      </w:r>
      <w:r>
        <w:t>haan, uske baad batate hain ki main burraq se paha, safar kiya aur main jerusalem pahunch gaya. ji, aur</w:t>
      </w:r>
    </w:p>
    <w:p>
      <w:pPr>
        <w:jc w:val="right"/>
      </w:pPr>
      <w:r>
        <w:t>हां, उसके बाद बताते हैं कि मैं बुराक से प रहा, सफर किया और मैं जेरूसलम पहुंच गया। जी, और</w:t>
      </w:r>
    </w:p>
    <w:p>
      <w:r>
        <w:rPr>
          <w:b/>
        </w:rPr>
        <w:t xml:space="preserve">[22:44] </w:t>
      </w:r>
      <w:r>
        <w:t>maine jerusalem ko us waqt baitul maqdis kaha jata tha. aur ab, ab wo baitul maqdis us waqt kaisa tha, wo bhi koi bata nahi sakta. chuki ab jo qubat sakhra hai ya masjid aqsa hai, wo to baad mein bani hai. to area to wahi tha,</w:t>
      </w:r>
    </w:p>
    <w:p>
      <w:pPr>
        <w:jc w:val="right"/>
      </w:pPr>
      <w:r>
        <w:t>मैंने जेरूसलम को उस वक्त बैतुल मकदिस कहा जाता था। और अब, अब वो बैतुल मकदिस उस वक्त कैसा था, वह भी कोई बता नहीं सकता। चूंकि अब जो कुबत सखरा है या मस्जिद अकसा है, वह तो बाद में बनी है। तो एरिया तो वही था,</w:t>
      </w:r>
    </w:p>
    <w:p>
      <w:r>
        <w:rPr>
          <w:b/>
        </w:rPr>
        <w:t xml:space="preserve">[23:07] </w:t>
      </w:r>
      <w:r>
        <w:t>jaise western wall hai, wo taqreeban 2000 saal se bhi zyada purani</w:t>
      </w:r>
    </w:p>
    <w:p>
      <w:pPr>
        <w:jc w:val="right"/>
      </w:pPr>
      <w:r>
        <w:t>जैसे वेस्टर्न वॉल है, वह तकरीबन 2000 साल से भी ज्यादा पुरानी</w:t>
      </w:r>
    </w:p>
    <w:p>
      <w:r>
        <w:rPr>
          <w:b/>
        </w:rPr>
        <w:t xml:space="preserve">[23:12] </w:t>
      </w:r>
      <w:r>
        <w:t>hai. to western wall rahi hogi us waqt, jis ko wailing wall kehte hain.</w:t>
      </w:r>
    </w:p>
    <w:p>
      <w:pPr>
        <w:jc w:val="right"/>
      </w:pPr>
      <w:r>
        <w:t>है। तो वेस्टर्न वॉल रही होगी उस वक्त, जिसको बेलिंग वॉल कहते हैं।</w:t>
      </w:r>
    </w:p>
    <w:p>
      <w:r>
        <w:rPr>
          <w:b/>
        </w:rPr>
        <w:t xml:space="preserve">[23:16] </w:t>
      </w:r>
      <w:r>
        <w:t>to wahi kahin, koi mere khayal se aap keh sakte hain ke</w:t>
      </w:r>
    </w:p>
    <w:p>
      <w:pPr>
        <w:jc w:val="right"/>
      </w:pPr>
      <w:r>
        <w:t>तो वही कहीं, कोई मेरे ख्याल से आप कह सकते हैं कि</w:t>
      </w:r>
    </w:p>
    <w:p>
      <w:r>
        <w:rPr>
          <w:b/>
        </w:rPr>
        <w:t xml:space="preserve">[23:22] </w:t>
      </w:r>
      <w:r>
        <w:t>koi structure raha hoga, koi sajdagah keh sakte hain, namaz parhne ki jagah.</w:t>
      </w:r>
    </w:p>
    <w:p>
      <w:pPr>
        <w:jc w:val="right"/>
      </w:pPr>
      <w:r>
        <w:t>कोई स्ट्रक्चर रहा होगा, कोई सजदागाह कह सकते हैं, नमाज पढ़ने की जगह।</w:t>
      </w:r>
    </w:p>
    <w:p>
      <w:r>
        <w:rPr>
          <w:b/>
        </w:rPr>
        <w:t xml:space="preserve">[23:28] </w:t>
      </w:r>
      <w:r>
        <w:t>to rasoolallah farmate hain ke maine woh jo animal tha burak, usko ek animal post par usko baandh</w:t>
      </w:r>
    </w:p>
    <w:p>
      <w:pPr>
        <w:jc w:val="right"/>
      </w:pPr>
      <w:r>
        <w:t>तो रसूलल्लाह फरमाते हैं कि मैंने वह जो एनिमल था बुराक, उसको एक एनिमल पोस्ट पर उसको बांध</w:t>
      </w:r>
    </w:p>
    <w:p>
      <w:r>
        <w:rPr>
          <w:b/>
        </w:rPr>
        <w:t xml:space="preserve">[23:35] </w:t>
      </w:r>
      <w:r>
        <w:t>diya. ek hadis mein aata hai ke jibreel ne apni ungli ke isharay se ek surakh kar diya.</w:t>
      </w:r>
    </w:p>
    <w:p>
      <w:pPr>
        <w:jc w:val="right"/>
      </w:pPr>
      <w:r>
        <w:t>दिया। एक हदीस में आता है कि जिब्रील ने अपनी उंगली के इशारे से एक सुराख कर दिया।</w:t>
      </w:r>
    </w:p>
    <w:p>
      <w:r>
        <w:rPr>
          <w:b/>
        </w:rPr>
        <w:t xml:space="preserve">[23:42] </w:t>
      </w:r>
      <w:r>
        <w:t>us suraakh mein usko baandh diya. hum, hum, usmein yeh aata hai ki us jagah baandha jahan doosre prophets apne animals baandha karte the. ji, to isse ek, yeh clue milta hai ki galib purane jo prophets hain, doosre prophets bhi aaya karte rahenge wahan. ji, aur apne animals ko baandhte honge. unke saath bhi kuch isi tarah ka tajurba hota hoga. to</w:t>
      </w:r>
    </w:p>
    <w:p>
      <w:pPr>
        <w:jc w:val="right"/>
      </w:pPr>
      <w:r>
        <w:t>उस सुराख में उसको बांध दिया। हम, हम, उसमें यह आता है कि उस जगह बांधा जहां दूसरे प्रोफेट्स अपने एनिमल्स बांधा करते थे। जी, तो इससे एक, यह क्लून मिलता है कि गलब पुराने जो प्रोफेट्स हैं, दूसरे प्रोफेट्स भी आया करते रहे होंगे वहां। जी, और अपने एनिमल्स को बांधते होंगे। उनके साथ भी कुछ इसी तरह का तजुर्बा होता होगा। तो</w:t>
      </w:r>
    </w:p>
    <w:p>
      <w:r>
        <w:rPr>
          <w:b/>
        </w:rPr>
        <w:t xml:space="preserve">[24:06] </w:t>
      </w:r>
      <w:r>
        <w:t>yeh</w:t>
      </w:r>
    </w:p>
    <w:p>
      <w:pPr>
        <w:jc w:val="right"/>
      </w:pPr>
      <w:r>
        <w:t>यह</w:t>
      </w:r>
    </w:p>
    <w:p>
      <w:r>
        <w:rPr>
          <w:b/>
        </w:rPr>
        <w:t xml:space="preserve">[24:09] </w:t>
      </w:r>
      <w:r>
        <w:t>rasoolullah farmate hain ki main andar gaya aur maine namaz padhi do rakat. aur maine dekha bahut saare prophets ko wahan. hum, i saw moses standing and praying calmly. aur unko thoda describe kiya ki he was tall, strong and muscular. and he was brownish in color. and he looked like a person from the shanwa tribe.</w:t>
      </w:r>
    </w:p>
    <w:p>
      <w:pPr>
        <w:jc w:val="right"/>
      </w:pPr>
      <w:r>
        <w:t>रसूलल्लाह फरमाते हैं कि मैं अंदर गया और मैंने नमाज पढ़ी दो रकत। और मैंने देखा बहुत सारे प्रोफेट्स को वहां। हम, आई सॉ मोजेस स्टैंडिंग एंड प्रेइंग काइम युसली। और उनको थोड़ा डिस्क्राइब किया कि ही वाज टॉल, स्ट्रांग एंड मस्कुलर। एंड ही वाज ब्राउनिश इन कलर। एंड ही लुक्ड लाइक ए पर्सन फ्रॉम द शनवा ट्राइब।</w:t>
      </w:r>
    </w:p>
    <w:p>
      <w:r>
        <w:rPr>
          <w:b/>
        </w:rPr>
        <w:t xml:space="preserve">[24:37] </w:t>
      </w:r>
      <w:r>
        <w:t>shanwa tribe ek tribe hai yaman ki. to uske jo log the, us unki resemblance batai. aur phir kaha ki i saw isa ibne mariam standing and praying calmly. and he looked like urwa ibne masood saqafi sahabi the, razi allahu an.</w:t>
      </w:r>
    </w:p>
    <w:p>
      <w:pPr>
        <w:jc w:val="right"/>
      </w:pPr>
      <w:r>
        <w:t>शनवा ट्राइब एक ट्राइब है यमन की। तो उसके जो लोग थे, उस उनकी रिजेंस बताई। और फिर कहा कि आई सॉ ईसा इब्ने मरियम स्टैंडिंग एंड प्रेइंग काइम युसली। एंड ही लुक्ड लाइक उरवा इब्ने मसूद सखफी सहाबी थे, रजि अल्लाह अन।</w:t>
      </w:r>
    </w:p>
    <w:p>
      <w:r>
        <w:rPr>
          <w:b/>
        </w:rPr>
        <w:t xml:space="preserve">[24:57] </w:t>
      </w:r>
      <w:r>
        <w:t>to kehte hain ki the prophet, prophet says that isa was, was white reddish in color. and his hair was shining as if he has taken bath. paani se zara thoda chamak aa jaati hai, na?</w:t>
      </w:r>
    </w:p>
    <w:p>
      <w:pPr>
        <w:jc w:val="right"/>
      </w:pPr>
      <w:r>
        <w:t>तो कहते हैं कि द प्रोफेट, प्रोफेट सेज दैट ईसा वाज, वाज वाइट रेडिश इन कलर। एंड हिज हेयर वाज शाइनिंग एज इफ ही हैज टेकन बाथ। पानी से जरा थोड़ा चमक आ जाती है, ना?</w:t>
      </w:r>
    </w:p>
    <w:p>
      <w:r>
        <w:rPr>
          <w:b/>
        </w:rPr>
        <w:t xml:space="preserve">[25:13] </w:t>
      </w:r>
      <w:r>
        <w:t>ji, to aisa lag raha tha ki abhi unhone bath liya hai. and he was rather short and not that muscular as compared to moses</w:t>
      </w:r>
    </w:p>
    <w:p>
      <w:pPr>
        <w:jc w:val="right"/>
      </w:pPr>
      <w:r>
        <w:t>जी, तो ऐसा लग रहा था कि अभी उन्होंने बाथ लिया है। एंड ही वाज राद शॉर्ट एंड नॉट दैट मस्कुलर एज कंपेयर टू मोजेस</w:t>
      </w:r>
    </w:p>
    <w:p>
      <w:r>
        <w:rPr>
          <w:b/>
        </w:rPr>
        <w:t xml:space="preserve">[25:22] </w:t>
      </w:r>
      <w:r>
        <w:t>। to is tarah kuch paigambaron ko dekha aur ibrahim al salam ko dekha. i saw ibrahim al salam calmly. he was standing and praying. aur rasoolullah kehte hain ki ibrahim was resemblance to your companion, meaning himself. ji, zahir hai ibrahim al salam was the forefather of the prophet. to resemblance hogi. to phir rasoolullah farmate hain ki namaz ka waqt aa gaya. to</w:t>
      </w:r>
    </w:p>
    <w:p>
      <w:pPr>
        <w:jc w:val="right"/>
      </w:pPr>
      <w:r>
        <w:t>। तो इस तरह कुछ पैगंबरों को देखा और इब्राहिम अल सलाम को देखा। आई सॉ इब्राहम अल सलाम काइम युसली। ही वाज स्टैंडिंग एंड प्रेइंग। और रसूलल्लाह कहते हैं कि इब्राहम वाज रिजेंस टू योर कंपेनियन, मीनिंग हिमसेल्फ। जी, जाहिर है इब्राहिम अल सलाम वाज द फोर फादर ऑफ द प्रोफेट। तो रिजेंस होगी। तो फिर रसूलल्लाह फरमाते हैं कि नमाज का वक्त आ गया। तो</w:t>
      </w:r>
    </w:p>
    <w:p>
      <w:r>
        <w:rPr>
          <w:b/>
        </w:rPr>
        <w:t xml:space="preserve">[25:49] </w:t>
      </w:r>
      <w:r>
        <w:t>jibril ne mujhse, mujhe aage kar diya ki aap namaz padhaiye. to prophet led all the prayers. all the prophets in prayers. all</w:t>
      </w:r>
    </w:p>
    <w:p>
      <w:pPr>
        <w:jc w:val="right"/>
      </w:pPr>
      <w:r>
        <w:t>जिब्रील ने मुझसे, मुझे आगे कर दिया कि आप नमाज पढ़ाइए। तो प्रोफेट लेड ऑल द प्रेयर्स। ऑल द प्रोफेट्स इन प्रेयर्स। ऑ</w:t>
      </w:r>
    </w:p>
    <w:p>
      <w:r>
        <w:rPr>
          <w:b/>
        </w:rPr>
        <w:t xml:space="preserve">[25:59] </w:t>
      </w:r>
      <w:r>
        <w:t>all the prophets prayed, prayed behind the prophet muhammad sallallahu alaihi wasallam. to ek tarike se imam, saare paigambaron ko namaz padhai rasoolullah sallallahu al ne. aur jab namaz padhali, to namaz padhne ke baad</w:t>
      </w:r>
    </w:p>
    <w:p>
      <w:pPr>
        <w:jc w:val="right"/>
      </w:pPr>
      <w:r>
        <w:t>ल द प्रोफेट रेड, प्रेड बिहाइंड द प्रोफेट मोहम्मद सल्लल्लाहु अल वसल्लम। तो एक तरीके से इमाम, सारे पैगंबरों को नमाज पढ़ाई रसूलल्लाह सल्लल्लाहु अल ने। और जब नमाज पढ़ा ली, तो नमाज पढ़ने के बाद</w:t>
      </w:r>
    </w:p>
    <w:p>
      <w:r>
        <w:rPr>
          <w:b/>
        </w:rPr>
        <w:t xml:space="preserve">[26:22] </w:t>
      </w:r>
      <w:r>
        <w:t>jibril ne kaha ki did you know who prayed behind you?</w:t>
      </w:r>
    </w:p>
    <w:p>
      <w:pPr>
        <w:jc w:val="right"/>
      </w:pPr>
      <w:r>
        <w:t>जिब्रील ने कहा कि डिड यू नो हु प्रेड बिहाइंड यू?</w:t>
      </w:r>
    </w:p>
    <w:p>
      <w:r>
        <w:rPr>
          <w:b/>
        </w:rPr>
        <w:t xml:space="preserve">[26:28] </w:t>
      </w:r>
      <w:r>
        <w:t>to prophet ne kaha ki no. to jibril ne kaha ki all the prophets prayed behind you. to yeh ek bahut hi, yaani hairat angrez waqia tha ki allah taala ne kis tarah se saare paigambaron ko jama kar diya. aur rasoolullah ne wahan imamat ki aur namaz padhai. ji, masha allah. doctor sahab, kafi log program dekh</w:t>
      </w:r>
    </w:p>
    <w:p>
      <w:pPr>
        <w:jc w:val="right"/>
      </w:pPr>
      <w:r>
        <w:t>तो प्रोफेट ने कहा कि नो। तो जिब्रील ने कहा कि ऑल द प्रोफेट प्रेड बिहाइंड यू। तो यह एक बहुत ही, यानी हैरत अंगेज वाकया था कि अल्लाह ताला ने किस तरह से सारे पैगंबरों को जमा कर दिया। और रसूलल्लाह ने वहां इमामत की और नमाज पढ़ाई। जी, माशाल्लाह। डॉक्टर साहब, काफी लोग प्रोग्राम देख</w:t>
      </w:r>
    </w:p>
    <w:p>
      <w:r>
        <w:rPr>
          <w:b/>
        </w:rPr>
        <w:t xml:space="preserve">[26:58] </w:t>
      </w:r>
      <w:r>
        <w:t>rahe hain. agla sawal lene se pehle kuch ye teen comments padhna chahunga. azhar mubarak sahab ne likha hai mumbai se ki true justification of the sign of isra, it gives a great direction for the dawa work in the modern age. and god does not do anything without wisdom. shad hussain sahab ne srinagar se likha hai thrilling influences from the meraj. may god bless cps team.</w:t>
      </w:r>
    </w:p>
    <w:p>
      <w:pPr>
        <w:jc w:val="right"/>
      </w:pPr>
      <w:r>
        <w:t>रहे हैं। अगला सवाल लेने से पहले कुछ ये तीन कमेंट्स पढ़ना चाहूंगा। अजहर मुबारक साहब ने लिखा है मुंबई से कि ट्रू जस्टिफिकेशन ऑफ द साइन ऑफ इसरा, इट गिव्स अ ग्रेट डायरेक्शन फॉर द दावा वर्क इन द मॉडर्न एज। एंड गॉड डज नॉट डू एनीथिंग विदाउट विजडम। शाद हुसैन साहब ने श्रीनगर से लिखा है थ्रिलिंग इनफ्लुएंसेस फ्रॉम द मेराज। मे गॉड ब्लेस सीपीएस टीम।</w:t>
      </w:r>
    </w:p>
    <w:p>
      <w:r>
        <w:rPr>
          <w:b/>
        </w:rPr>
        <w:t xml:space="preserve">[27:25] </w:t>
      </w:r>
      <w:r>
        <w:t>mehran khayal sahab ne sindh pakistan se likha hai maulana wahiduddin khan words were unique. may allah almighty grant him a high place in paradise. aameen. doctor sahab, yeh bahut hi important incident hai jo aapne abhi bataya. prophet leading all the prophets in the prayer. to iska kya significance hai, doctor sahab?</w:t>
      </w:r>
    </w:p>
    <w:p>
      <w:pPr>
        <w:jc w:val="right"/>
      </w:pPr>
      <w:r>
        <w:t>मेहरान खयाल साहब ने सिंध पाकिस्तान से लिखा है मौलाना वदीन खान वर्ड्स वर यूनिक। मे अल्लाह ऑलमाइटी ग्रांट हिम अ हाई प्लेस इन पैराडाइस। आमीन। डॉक्टर साहब, यह बहुत ही इंपॉर्टेंट इंसिडेंट है जो आपने अभी बताया। प्रोफेट लीडिंग ऑल द प्रोफेट्स इन द प्रेयर। तो इसका क्या सिग्निफिकेंट है, डॉक्टर साहब?</w:t>
      </w:r>
    </w:p>
    <w:p>
      <w:r>
        <w:rPr>
          <w:b/>
        </w:rPr>
        <w:t xml:space="preserve">[27:50] </w:t>
      </w:r>
      <w:r>
        <w:t>isko bhi aap wazeh</w:t>
      </w:r>
    </w:p>
    <w:p>
      <w:pPr>
        <w:jc w:val="right"/>
      </w:pPr>
      <w:r>
        <w:t>इसको भी आप वाज कर</w:t>
      </w:r>
    </w:p>
    <w:p>
      <w:r>
        <w:rPr>
          <w:b/>
        </w:rPr>
        <w:t xml:space="preserve">[27:52] </w:t>
      </w:r>
      <w:r>
        <w:t>karein. iske bare mein maulana ne, maulana wahiduddin khan ne taazkur quran mein likha hai ki iska matlab yeh tha ki rasoolullah sallallahu al ne saare paigambaron ko namaz padhai, imamat ki. iska matlab yeh tha ki jo purane paigambar hain,</w:t>
      </w:r>
    </w:p>
    <w:p>
      <w:pPr>
        <w:jc w:val="right"/>
      </w:pPr>
      <w:r>
        <w:t>ें। इसके बारे में मौलाना ने, मौलाना वदीन खान ने तस्कूर कुरान में लिखा है कि इसका मतलब यह था कि रसूलल्लाह सल्लल्लाहु अल ने सारे पैगंबरों को नमाज पढ़ाई, इमामत की। इसका मतलब यह था कि जो पुराने पैगंबर हैं,</w:t>
      </w:r>
    </w:p>
    <w:p>
      <w:r>
        <w:rPr>
          <w:b/>
        </w:rPr>
        <w:t xml:space="preserve">[28:11] </w:t>
      </w:r>
      <w:r>
        <w:t>saare paigambar, halanki quran ke mutabik saare paigambar barabar hain, la nufarru baina ahadin min rusulihi. aur sabko ek hi message diya gaya.</w:t>
      </w:r>
    </w:p>
    <w:p>
      <w:pPr>
        <w:jc w:val="right"/>
      </w:pPr>
      <w:r>
        <w:t>सारे पैगंबर, हालांकि कुरान के मुताबिक सारे पैगंबर बराबर हैं, ला नुफर बना आद रसूली। और सबको एक ही मैसेज दिया गया।</w:t>
      </w:r>
    </w:p>
    <w:p>
      <w:r>
        <w:rPr>
          <w:b/>
        </w:rPr>
        <w:t xml:space="preserve">[28:21] </w:t>
      </w:r>
      <w:r>
        <w:t>aisa nahi ki rasoolullah ka message alag tha aur doosre paigambaron ka alag tha. lekin maulana ne yeh likha hai ki jo purane paigambar the, unka, unki jo laayi hui shariyat thi, jo unki, unke laaya hua message tha,</w:t>
      </w:r>
    </w:p>
    <w:p>
      <w:pPr>
        <w:jc w:val="right"/>
      </w:pPr>
      <w:r>
        <w:t>ऐसा नहीं कि रसूलल्लाह का मैसेज अलग था और दूसरे पैगंबरों का अलग था। लेकिन मौलाना ने यह लिखा है कि जो पुराने पैगंबर थे, उनका, उनकी जो लाई हुई शरीयत थी, जो उनकी, उनके लाया हुआ मैसेज था,</w:t>
      </w:r>
    </w:p>
    <w:p>
      <w:r>
        <w:rPr>
          <w:b/>
        </w:rPr>
        <w:t xml:space="preserve">[28:35] </w:t>
      </w:r>
      <w:r>
        <w:t>wah, wah ab qabil e aitbaar nahi raha. uski wajah yeh hai ke woh distort ho gaya. kuch, kuch paighambaron ka khatm hi ho gaya, kuch ka distort ho gaya aur us mein tabdeeli aa gayi kaafi</w:t>
      </w:r>
    </w:p>
    <w:p>
      <w:pPr>
        <w:jc w:val="right"/>
      </w:pPr>
      <w:r>
        <w:t>वह, वह अब काबिल तबार नहीं रहा। उसकी वजह यह है कि वह डिस्टोर्ट हो गया। कुछ, कुछ पैगंबरों का खत्म ही हो गया, कुछ का डिस्टोर्ट हो गया और उसमें तब्दीली आ गई काफी</w:t>
      </w:r>
    </w:p>
    <w:p>
      <w:r>
        <w:rPr>
          <w:b/>
        </w:rPr>
        <w:t xml:space="preserve">[28:50] </w:t>
      </w:r>
      <w:r>
        <w:t>hai. to is wajah se ab, ab jo preserved deen hai, woh wohi hai jo Rasool Allah sallallahu alaihi wasallam ke zariye hamein mila hai, Quran aur Hadees. to</w:t>
      </w:r>
    </w:p>
    <w:p>
      <w:pPr>
        <w:jc w:val="right"/>
      </w:pPr>
      <w:r>
        <w:t>। तो इस वजह से अब, अब जो जो प्रिजर्व्ड दीन है, वह वही है जो रसूलल्लाह सल्लल्लाहु अल वसल्लम के जरिए हमें मिला है, कुरान और हदीस। तो</w:t>
      </w:r>
    </w:p>
    <w:p>
      <w:r>
        <w:rPr>
          <w:b/>
        </w:rPr>
        <w:t xml:space="preserve">[29:04] </w:t>
      </w:r>
      <w:r>
        <w:t>is lihaaz se jo, jo deen Rasool Allah sallallahu alaihi wasallam ka hai, jo shariyat hamein wahan se milti hai, wohi authentic source hoga,</w:t>
      </w:r>
    </w:p>
    <w:p>
      <w:pPr>
        <w:jc w:val="right"/>
      </w:pPr>
      <w:r>
        <w:t>इस लिहाज से जो, जो दीन रसूलल्लाह सल्लल्लाहु अल वसल्लम का है, जो शरीयत हमें वहां से मिलती है, वही ऑथेंटिक सोर्स होगा,</w:t>
      </w:r>
    </w:p>
    <w:p>
      <w:r>
        <w:rPr>
          <w:b/>
        </w:rPr>
        <w:t xml:space="preserve">[29:19] </w:t>
      </w:r>
      <w:r>
        <w:t>yaani qayamat tak Allah ke deen ko samajhne ke liye. ji, to is lihaaz se, yaani jo purane paighambar the, saare paighambaron ki jo bhi taleemat thi, woh ab authentic nahi rahi</w:t>
      </w:r>
    </w:p>
    <w:p>
      <w:pPr>
        <w:jc w:val="right"/>
      </w:pPr>
      <w:r>
        <w:t>यानी कयामत तक अल्लाह के दीन को समझने के लिए। जी, तो इस लिहाज से, यानी जो पुराने पैगंबर थे, सारे पैगंबरों की जो भी तालीमा थी, वह अब ऑथेंटिक नहीं र</w:t>
      </w:r>
    </w:p>
    <w:p>
      <w:r>
        <w:rPr>
          <w:b/>
        </w:rPr>
        <w:t xml:space="preserve">[29:31] </w:t>
      </w:r>
      <w:r>
        <w:t>hai. ji, aur uski wajah yeh thi ke woh sab us mein tabdeeli waqey ho gayi, badal gayi, kuch khatm ho gayi. jo bhi hain, woh bhi kaafi had tak badli hui hai. to lekin Hazrat Muhammad sallallahu alaihi wasallam ki jo taleemat thi, Quran tha, us mein ek zarra barabar bhi farq nahi hai.</w:t>
      </w:r>
    </w:p>
    <w:p>
      <w:pPr>
        <w:jc w:val="right"/>
      </w:pPr>
      <w:r>
        <w:t>ही। जी, और उसकी वजह यह थी कि वह सब उसमें तब्दीली वाक हो गई, बदल गई, कुछ खत्म हो गई। जो भी हैं, वह भी काफी हद तक बदली हुई है। तो लेकिन हजरत मोहम्मद सल्लल्लाहु अल वसल्लम की जो तालीमा थी, कुरान था, उसमें एक जर्रा बराबर भी फर्क नहीं है।</w:t>
      </w:r>
    </w:p>
    <w:p>
      <w:r>
        <w:rPr>
          <w:b/>
        </w:rPr>
        <w:t xml:space="preserve">[29:50] </w:t>
      </w:r>
      <w:r>
        <w:t>to is lihaaz se yeh uska ek demonstrate tha ke jo bhi purane paighambar hain, saare bade-bade paighambar, unki taleemat ab, ab qabile aitbaar nahi rahi. is wajah se ke woh ab original form mein nahi hai. aur ab jo source hai, ji, woh Rasool Allah ki laayi hui taleemat, yaani Quran aur Hadees, wohi ek wahid source rahega Allah ke deen ko janne ka. ji, to uska ek yeh demonstrate</w:t>
      </w:r>
    </w:p>
    <w:p>
      <w:pPr>
        <w:jc w:val="right"/>
      </w:pPr>
      <w:r>
        <w:t>तो इस लिहाज से यह उसका एक डेमोंस्ट्रेट था कि जो भी पुराने पैगंबर हैं, सारे बड़े-बड़े पैगंबर, उनकी तालीमा अब, अब काबिले मोत नहीं रही। इस वजह से कि वह अब ओरिजिनल फॉर्म में नहीं है। और अब जो सोर्स है, जी, वह रसूलल्लाह की लाई हुई तालीमा, यानी कुरान और हदीस, वही एक वाहिद सोर्स रहेगा अल्लाह के दीन को जानने का। जी, तो उसका एक यह डेमोंस्ट्रेट</w:t>
      </w:r>
    </w:p>
    <w:p>
      <w:r>
        <w:rPr>
          <w:b/>
        </w:rPr>
        <w:t xml:space="preserve">[30:18] </w:t>
      </w:r>
      <w:r>
        <w:t>tha. hum, ji, Masha Allah. Doctor Sahab, mere ko ek, ek woh bhi baat yaad aayi kyunke yeh bahut hi, iska bahut hi spiritual significance hai. aur aap ne jaise explain bhi kiya, Maulana Wahiduddin Khan Sahab ke kai baar safar hue. to ek jo bahut hi zabardast cheez, jo mere dil ko bhi chhui, unhone is mein Al Risala ka bhi zikr kiya hai. aur hum ne pichhle kuch sessions mein bhi us, usko emphasize kiya hai ke point of reference banana</w:t>
      </w:r>
    </w:p>
    <w:p>
      <w:pPr>
        <w:jc w:val="right"/>
      </w:pPr>
      <w:r>
        <w:t>था। हम, जी, माशाल्लाह। डॉक्टर साहब, मेरे को एक, एक वो भी बात याद आई क्योंकि ये बहुत ही, इसका बहुत ही स्पिरिचुअल सिग्निफिकेंट है। और आपने जैसे एक्सप्लेन भी किया, मौलाना वदीन खान साहब के कई बार सफर हुए। तो एक जो बहुत ही जबरदस्त चीज, जो मेरे दिल को भी छुई, उन्होंने इसमें अल रसाला का भी जिक्र किया है। और हमने पिछले कुछ सेशंस में भी उस, उसको एमफसा इज किया है कि पॉइंट ऑफ रेफरेंस बनाना</w:t>
      </w:r>
    </w:p>
    <w:p>
      <w:r>
        <w:rPr>
          <w:b/>
        </w:rPr>
        <w:t xml:space="preserve">[30:46] </w:t>
      </w:r>
      <w:r>
        <w:t>hai. matlab when you face different situations, you have different experiences, you see different signs. to har cheez ko Allah se jodna, Allah se qareeb hona. to Maulana ne likha ke jab unka doosra safar hua tha, Doctor Sahab, aur woh Al Aqsa Mosque mein namaz ada karne ke liye wahan gaye the, to do rakat namaz padhi unhone</w:t>
      </w:r>
    </w:p>
    <w:p>
      <w:pPr>
        <w:jc w:val="right"/>
      </w:pPr>
      <w:r>
        <w:t>, मतलब व्हेन यू फेस डिफरेंट सिचुएशंस, यू हैव डिफरेंट एक्सपीरियंस, यू सी डिफरेंट साइंस। तो हर चीज को अल्लाह से जोड़ना, अल्लाह से करीब होना। तो मौलाना ने लिखा कि जब उनका दूसरा सफर हुआ था, डॉक्टर साहब, और वह अल अकसा मौस में नमाज अदा करने के लिए वहां गए थे, तो दो रकात नमाज पढ़ी उन्होंने</w:t>
      </w:r>
    </w:p>
    <w:p>
      <w:r>
        <w:rPr>
          <w:b/>
        </w:rPr>
        <w:t xml:space="preserve">[31:10] </w:t>
      </w:r>
      <w:r>
        <w:t>hai. lekin jab woh sajde mein gaye, to unka dil bhar aaya aur unki aankhon se aansu beh uthe. aur yeh dua unke dil se nikli ke, "Ya Allah, tere liye time matter nahi karta,</w:t>
      </w:r>
    </w:p>
    <w:p>
      <w:pPr>
        <w:jc w:val="right"/>
      </w:pPr>
      <w:r>
        <w:t>। लेकिन जब वह सजदे में गए, तो उनका दिल भर आया और उनके आंखों से आंसू बह उठे। और यह दुआ उनके दिल से निकली कि, "या अल्लाह, तेरे लिए टाइम मैटर नहीं करता,</w:t>
      </w:r>
    </w:p>
    <w:p>
      <w:r>
        <w:rPr>
          <w:b/>
        </w:rPr>
        <w:t xml:space="preserve">[31:23] </w:t>
      </w:r>
      <w:r>
        <w:t>to tu mere liye bhi woh samay ki doori, woh waqt ki doori ko khatm kar de aur mujhe bhi us majlis mein shaamil kar de, jis majlis ko Rasool Allah ne lead kiya, jiska zikr aap ne kiya." to Doctor Sahab, yeh itna zabardast point of reference ko kis tarah Maulana Wahiduddin Khan Sahab ne usko link kara. aur apne aap ko,</w:t>
      </w:r>
    </w:p>
    <w:p>
      <w:pPr>
        <w:jc w:val="right"/>
      </w:pPr>
      <w:r>
        <w:t>तो तू मेरे लिए भी वह समय की दूरी, वह वक्त की दूरी को खत्म कर दे और मुझे भी उस मजलिस में शामिल कर दे, जिस मजलिस को रसूलल्लाह ने लीड किया, जिसका जिक्र आपने किया।" तो डॉक्टर साहब, यह इतना जबरदस्त पॉइंट ऑफ रेफरेंस को किस तरह मौलाना वदीन खान साहब ने उसको लिंक करा। और अपने आप को,</w:t>
      </w:r>
    </w:p>
    <w:p>
      <w:r>
        <w:rPr>
          <w:b/>
        </w:rPr>
        <w:t xml:space="preserve">[31:44] </w:t>
      </w:r>
      <w:r>
        <w:t>main dua karta hoon Doctor Sahab ki, zaroor Allah Taala ne unko shaamil kar diya hoga us majlis mein. zabardast! to bahut hi zabardast experience tha.</w:t>
      </w:r>
    </w:p>
    <w:p>
      <w:pPr>
        <w:jc w:val="right"/>
      </w:pPr>
      <w:r>
        <w:t>मैं दुआ करता हूं डॉक्टर साहब की, जरूर अल्लाह ताला ने उनको शामिल कर दिया होगा उस मजलिस में। जबरदस्त! तो बहुत ही जबरदस्त एक्सपीरियंस था।</w:t>
      </w:r>
    </w:p>
    <w:p>
      <w:r>
        <w:rPr>
          <w:b/>
        </w:rPr>
        <w:t xml:space="preserve">[31:53] </w:t>
      </w:r>
      <w:r>
        <w:t>Doctor Sahab, aakhri sawal bacha hai aaj ke session ka, lekin us se pehle main do comments padhna chahoonga. yeh comment bheja hai Rohit Kumar ji ne Amritsar se. unhone likha hai, "Respected Doctor Sahab and all CPS team members,</w:t>
      </w:r>
    </w:p>
    <w:p>
      <w:pPr>
        <w:jc w:val="right"/>
      </w:pPr>
      <w:r>
        <w:t>डॉक्टर साहब, आखिरी सवाल बचा है आज का सेशन का, लेकिन उससे पहले मैं दो कमेंट्स पढ़ना चाहूंगा। यह कमेंट भेजा है रोहित कुमार जी ने अमृतसर से। उन्होंने लिखा है, "रिस्पेक्टेड डॉक्टर साहब एंड ऑल सीपीएस टीम मेंबर्स,</w:t>
      </w:r>
    </w:p>
    <w:p>
      <w:r>
        <w:rPr>
          <w:b/>
        </w:rPr>
        <w:t xml:space="preserve">[32:08] </w:t>
      </w:r>
      <w:r>
        <w:t>Masha Allah. Doctor Sahab, aap ke spiritual speech aur aap ki awaaz se hamare dilon ko sukoon milta hai. Jazak Allah,</w:t>
      </w:r>
    </w:p>
    <w:p>
      <w:pPr>
        <w:jc w:val="right"/>
      </w:pPr>
      <w:r>
        <w:t>माशाल्लाह। डॉक्टर साहब, आपके स्पिरिचुअल स्पीच और आपकी आवाज से हमारे दिलों को सुकून मिलता है। जजाकल्लाह,</w:t>
      </w:r>
    </w:p>
    <w:p>
      <w:r>
        <w:rPr>
          <w:b/>
        </w:rPr>
        <w:t xml:space="preserve">[32:18] </w:t>
      </w:r>
      <w:r>
        <w:t>sar." mis fareeda kamran ne pakistan se likha hai, "jazakallah.</w:t>
      </w:r>
    </w:p>
    <w:p>
      <w:pPr>
        <w:jc w:val="right"/>
      </w:pPr>
      <w:r>
        <w:t>सर।" मिस फरीदा कामरान ने पाकिस्तान से लिखा है, "जजाकल्लाह।</w:t>
      </w:r>
    </w:p>
    <w:p>
      <w:r>
        <w:rPr>
          <w:b/>
        </w:rPr>
        <w:t xml:space="preserve">[32:22] </w:t>
      </w:r>
      <w:r>
        <w:t>thank you cps team for sharing such a beautiful lecture.</w:t>
      </w:r>
    </w:p>
    <w:p>
      <w:pPr>
        <w:jc w:val="right"/>
      </w:pPr>
      <w:r>
        <w:t>थैंक यू सीपीएस टीम फॉर शेयरिंग सच अ ब्यूटीफुल लेक्चर।</w:t>
      </w:r>
    </w:p>
    <w:p>
      <w:r>
        <w:rPr>
          <w:b/>
        </w:rPr>
        <w:t xml:space="preserve">[32:27] </w:t>
      </w:r>
      <w:r>
        <w:t>stay blessed." doctor sahab, aakhri sawal, yahan se jerusalem se phir doosra safar ka hissa shuru hota hai,</w:t>
      </w:r>
    </w:p>
    <w:p>
      <w:pPr>
        <w:jc w:val="right"/>
      </w:pPr>
      <w:r>
        <w:t>स्टे ब्लेस्ड।" डॉक्टर साहब, आखिरी सवाल, यहां से जेरूसलम से फिर दूसरा सफर का हिस्सा शुरू होता है,</w:t>
      </w:r>
    </w:p>
    <w:p>
      <w:r>
        <w:rPr>
          <w:b/>
        </w:rPr>
        <w:t xml:space="preserve">[32:37] </w:t>
      </w:r>
      <w:r>
        <w:t>meraj ka. to main chahunga ke uske bare mein, us details ke bare mein bhi aap hum sabko</w:t>
      </w:r>
    </w:p>
    <w:p>
      <w:pPr>
        <w:jc w:val="right"/>
      </w:pPr>
      <w:r>
        <w:t>मेराज का। तो मैं चाहूंगा कि उसके बारे में, उस डिटेल्स के बारे में भी आप हम सबको</w:t>
      </w:r>
    </w:p>
    <w:p>
      <w:r>
        <w:rPr>
          <w:b/>
        </w:rPr>
        <w:t xml:space="preserve">[32:42] </w:t>
      </w:r>
      <w:r>
        <w:t>batayen. ji, meraj ke bare mein bohat hadis mein, hadis, hadis aaye hain.</w:t>
      </w:r>
    </w:p>
    <w:p>
      <w:pPr>
        <w:jc w:val="right"/>
      </w:pPr>
      <w:r>
        <w:t>बताएं। जी, मेराज के बारे में बहुत हदीस में, हदीस, हदीस आए हैं।</w:t>
      </w:r>
    </w:p>
    <w:p>
      <w:r>
        <w:rPr>
          <w:b/>
        </w:rPr>
        <w:t xml:space="preserve">[32:48] </w:t>
      </w:r>
      <w:r>
        <w:t>lekin ek Hadees jo Bukhari mein aayi hai aur jiske kai rawi hain, kai narrator hain, ji. lekin sab se aham jo uske rawi hain, woh Hazrat Malik bin Saasa Radi Allahu An hain. aur unki bahut hi taweel Hadees hai yeh, jisko main leta hoon, Insha Allah. is mein kaafi baatein milti hain. is mein aise aata hai ke, "Baina ma ana fil Hatim," Rasool Allah farmate hain ke, "I was lying in Hatim,"</w:t>
      </w:r>
    </w:p>
    <w:p>
      <w:pPr>
        <w:jc w:val="right"/>
      </w:pPr>
      <w:r>
        <w:t>लेकिन एक हदीस जो बुखारी में आई है और जिसके कई रावी हैं, कई नरेट हैं, जी। लेकिन सबसे अहम जो उसके रावी हैं, वह हजरत मालिक बिन सासा रजि अल्लाह अन हैं। और उनकी बहुत ही तवील हदीस है यह, जिसको मैं लेता हूं, इंशाल्लाह। इसमें काफी बातें मिलती हैं। इसमें ऐसे आता है कि, "बैना मा अना फिल हतीम," रसूलल्लाह फरमाते हैं कि, "आई वाज लाइंग इन हतीम,"</w:t>
      </w:r>
    </w:p>
    <w:p>
      <w:r>
        <w:rPr>
          <w:b/>
        </w:rPr>
        <w:t xml:space="preserve">[33:17] </w:t>
      </w:r>
      <w:r>
        <w:t>yaani aise the ke jaise halki si neend uski kaifiyat mein Hatim mein lete hue the. "Iz atani aatin," to ek aane wala aaya. literal tarjuma hai iska, yaani woh Jibreel the. woh Jibreel aaye aur, "Summa uti bi daban dun al baqali wa fawq al himar abadi wa hu al Buraq."</w:t>
      </w:r>
    </w:p>
    <w:p>
      <w:pPr>
        <w:jc w:val="right"/>
      </w:pPr>
      <w:r>
        <w:t>यानी ऐसे थे कि जैसे हल्की सी नींद उसकी कैफियत में हतीम में लेटे हुए थे। "इज आतानी आतिन," तो एक आने वाला आया। लिटरल तर्जुमा है इसका, यानी वो जिब्रील थे। वो जिब्रील आए और, "सुमा उती उती ब दबन दून अल बगली व फोक अल हिमार अबद व हु अल बुराक।"</w:t>
      </w:r>
    </w:p>
    <w:p>
      <w:r>
        <w:rPr>
          <w:b/>
        </w:rPr>
        <w:t xml:space="preserve">[33:44] </w:t>
      </w:r>
      <w:r>
        <w:t>"Then a white animal, which was smaller than a mule and bigger than a donkey, was brought to me and its name was Buraq." Jaise maine bataya, Buraq ka matlab lightning speed se daudne wala. "Fa milt alaihi," to main us par sawaar ho gaya.</w:t>
      </w:r>
    </w:p>
    <w:p>
      <w:pPr>
        <w:jc w:val="right"/>
      </w:pPr>
      <w:r>
        <w:t>"देन ए वाइट एनिमल, च वाज स्मॉलर देन अ म्यूल एंड बिगर देन ए डोंकी, वाज ब्रॉट टू मी एंड इट्स नेम वाज बुराक।" जैसे मैंने बताया, बुराक का मतलब लाइटनिंग स्पीड से दौड़ने वाला। "फ मिल्त अलेही," तो मैं उस पर सवार हो गया।</w:t>
      </w:r>
    </w:p>
    <w:p>
      <w:r>
        <w:rPr>
          <w:b/>
        </w:rPr>
        <w:t xml:space="preserve">[34:04] </w:t>
      </w:r>
      <w:r>
        <w:t>"I, I, I, I was carried on it." And aur bataya ke iske jo steps the, woh aise the ke jaise ke ek edge horizon se lekar doosre edge, ji, horizon par. "Yaani, it would zoom like anything from one horizon to another horizon." "Fa talaka bi Jibreel, hatta at as sama ad dunya." "Fa qeel man haza?"</w:t>
      </w:r>
    </w:p>
    <w:p>
      <w:pPr>
        <w:jc w:val="right"/>
      </w:pPr>
      <w:r>
        <w:t>"आई, आई, आई, आई वाज कैरिड ऑन इट।" एंड और बताया कि इसके जो स्टेप्स थे, वह ऐसे थे कि जैसे कि एक एज होराइजन से लेकर दूसरे एज, जी, होराइजन पर। "य नहीं, वड जूम लाइक एनीथिंग फ्रॉम वन होराइजन टू अनदर होराइजन।" "फ तलका बी जिब्रील, हता अत समा दुनिया।" "फ फकील मन हाज।"</w:t>
      </w:r>
    </w:p>
    <w:p>
      <w:r>
        <w:rPr>
          <w:b/>
        </w:rPr>
        <w:t xml:space="preserve">[34:32] </w:t>
      </w:r>
      <w:r>
        <w:t>to phir main, "Then Jibreel set out with me till we reach the nearest heaven," yaani first heaven. seven heavens hain, to har heaven par ek-ek karke jaate hain. to pehle heaven par gaye, to wahan par koi gate raha hoga, ji. aur unhone knock kiya, hum to awaaz aayi, koi koi farishta hi raha hoga ke, "Who is there?</w:t>
      </w:r>
    </w:p>
    <w:p>
      <w:pPr>
        <w:jc w:val="right"/>
      </w:pPr>
      <w:r>
        <w:t>तो फिर मैं, "देन जिब्रील सेट आउट वि विद मी टिल वी रीच द नियरेस्ट हेवन," यानी फर्स्ट हेवन। सेवन हेवन्स हैं, तो हर हेवन पर एक-एक करके जाते हैं। तो पहले हेवन पर गए, तो वहां पर कोई गेट रहा होगा, जी। और उन्होंने नॉक किया, हम तो आवाज आई, कोई कोई फरिश्ता ही रहा होगा कि, "हु इज देयर?</w:t>
      </w:r>
    </w:p>
    <w:p>
      <w:r>
        <w:rPr>
          <w:b/>
        </w:rPr>
        <w:t xml:space="preserve">[34:56] </w:t>
      </w:r>
      <w:r>
        <w:t>Who is that?" to unhone kaha ke, "A Jibreel,</w:t>
      </w:r>
    </w:p>
    <w:p>
      <w:pPr>
        <w:jc w:val="right"/>
      </w:pPr>
      <w:r>
        <w:t>हु इज दैट?" तो उन्होंने कहा कि, "अ जिब्रील,</w:t>
      </w:r>
    </w:p>
    <w:p>
      <w:r>
        <w:rPr>
          <w:b/>
        </w:rPr>
        <w:t xml:space="preserve">[35:01] </w:t>
      </w:r>
      <w:r>
        <w:t>ji." to us farishte ne kaha ke, "Qila wa man ma'ak? Who is with you? Is there somebody with you? Somebody accompanying you?" to unhone kaha ke, "Muhammad, Muhammad sallallahu alaihi wasallam." to Qila wa qad ursila. to awaaz ne kaha ke, "Has he been called?</w:t>
      </w:r>
    </w:p>
    <w:p>
      <w:pPr>
        <w:jc w:val="right"/>
      </w:pPr>
      <w:r>
        <w:t>जी।" तो उस फरिश्ते ने कहा कि, "किला वमन माक? हु इज विद यू? इज देयर समबडी विद यू? समबडी अंपन यू?" तो उन्होंने कहा कि, "मोहम्मद, मोहम्मद सल्लल्लाहु अल वसल्लम।" तो किला वकद उर्स इले। तो आवाज ने कहा कि, "हैज ही बीन कॉल्ड?</w:t>
      </w:r>
    </w:p>
    <w:p>
      <w:r>
        <w:rPr>
          <w:b/>
        </w:rPr>
        <w:t xml:space="preserve">[35:18] </w:t>
      </w:r>
      <w:r>
        <w:t>Has he been invited?" ji, to unhone kaha, "Yes." to phir woh us farishte ki awaaz phir aayi ke, "Marhaban bi, welcome."</w:t>
      </w:r>
    </w:p>
    <w:p>
      <w:pPr>
        <w:jc w:val="right"/>
      </w:pPr>
      <w:r>
        <w:t>हैज ही बीन इनवाइटेड?" जी, तो उन्होंने कहा, "यस।" तो फिर वो उस फरिश्ते की आवाज फिर आई कि, "मरहबन भी, वेलकम।"</w:t>
      </w:r>
    </w:p>
    <w:p>
      <w:r>
        <w:rPr>
          <w:b/>
        </w:rPr>
        <w:t xml:space="preserve">[35:29] </w:t>
      </w:r>
      <w:r>
        <w:t>aur usne kaha ke, "faml maziya ja," yani wht an excellent visitor he has come.</w:t>
      </w:r>
    </w:p>
    <w:p>
      <w:pPr>
        <w:jc w:val="right"/>
      </w:pPr>
      <w:r>
        <w:t>और उसने कहा कि, "फमल मजिया जा," यानी व्ट एन एक्सीलेंट विजिटर ही हैज कम।</w:t>
      </w:r>
    </w:p>
    <w:p>
      <w:r>
        <w:rPr>
          <w:b/>
        </w:rPr>
        <w:t xml:space="preserve">[35:36] </w:t>
      </w:r>
      <w:r>
        <w:t>"f fathah and the door was open."</w:t>
      </w:r>
    </w:p>
    <w:p>
      <w:pPr>
        <w:jc w:val="right"/>
      </w:pPr>
      <w:r>
        <w:t>"फ फतहा एंड द डोर वाज ओपन।"</w:t>
      </w:r>
    </w:p>
    <w:p>
      <w:r>
        <w:rPr>
          <w:b/>
        </w:rPr>
        <w:t xml:space="preserve">[35:40] </w:t>
      </w:r>
      <w:r>
        <w:t>to yeh communication, yani ek conversation hua jibreel ka gatekeeper se, jo pehli jannat ke gatekeeper thay.</w:t>
      </w:r>
    </w:p>
    <w:p>
      <w:pPr>
        <w:jc w:val="right"/>
      </w:pPr>
      <w:r>
        <w:t>तो यह कम्युनिकेशन, यानी एक कन्वर्सेशन हुआ जिब्रील का गेटकीपर से, जो पहली जन्नत के गेटकीपर थे।</w:t>
      </w:r>
    </w:p>
    <w:p>
      <w:r>
        <w:rPr>
          <w:b/>
        </w:rPr>
        <w:t xml:space="preserve">[35:48] </w:t>
      </w:r>
      <w:r>
        <w:t>to rasoolallah farmate hain ke, "falma</w:t>
      </w:r>
    </w:p>
    <w:p>
      <w:pPr>
        <w:jc w:val="right"/>
      </w:pPr>
      <w:r>
        <w:t>तो रसूलल्लाह फरमाते हैं कि, "फलमा</w:t>
      </w:r>
    </w:p>
    <w:p>
      <w:r>
        <w:rPr>
          <w:b/>
        </w:rPr>
        <w:t xml:space="preserve">[35:52] </w:t>
      </w:r>
      <w:r>
        <w:t>khalat faz fi adam.</w:t>
      </w:r>
    </w:p>
    <w:p>
      <w:pPr>
        <w:jc w:val="right"/>
      </w:pPr>
      <w:r>
        <w:t>खलत फज फी आदम।</w:t>
      </w:r>
    </w:p>
    <w:p>
      <w:r>
        <w:rPr>
          <w:b/>
        </w:rPr>
        <w:t xml:space="preserve">[35:55] </w:t>
      </w:r>
      <w:r>
        <w:t>na i went on the first heaven, i so adam."</w:t>
      </w:r>
    </w:p>
    <w:p>
      <w:pPr>
        <w:jc w:val="right"/>
      </w:pPr>
      <w:r>
        <w:t>न आई वेंट ऑन द फर्स्ट हेवन, आई सो आदम।"</w:t>
      </w:r>
    </w:p>
    <w:p>
      <w:r>
        <w:rPr>
          <w:b/>
        </w:rPr>
        <w:t xml:space="preserve">[36:00] </w:t>
      </w:r>
      <w:r>
        <w:t>aur Jibreel ne kaha, "Falaha abuka." Jibreel said, "This is your father," yaani he is your ancestor and forefather. "This is your haza abuka Adam. Fa sallim alaihi, he is your your father Adam. So give salam to him." "Fa sallam alaihi, fa raddas salam." So I greeted him and he returned my greeting. "Summa qala marhaban bi ibn saleh wa nabiy</w:t>
      </w:r>
    </w:p>
    <w:p>
      <w:pPr>
        <w:jc w:val="right"/>
      </w:pPr>
      <w:r>
        <w:t>और जिब्रील ने कहा, "फला हाज अबू का।" जिब्रील सेड, "दिस इज योर फादर," यानी ही इज योर एंसेट एंड फोरफादर। "दिस इज योर हाज अबू का आदम। फसम अलेही, ही इज योर योर फादर आदम। सो गिव सलाम टू हिम।" "फ सलम अलेही, फद सलाम।" सो आई ग्रीटेड हिम एंड ही रिटर्न माय ग्रीटिंग। "सुम काला मरहबन ब इब्न साले व नबी</w:t>
      </w:r>
    </w:p>
    <w:p>
      <w:r>
        <w:rPr>
          <w:b/>
        </w:rPr>
        <w:t xml:space="preserve">[36:29] </w:t>
      </w:r>
      <w:r>
        <w:t>saleh." phir Adam alaihi salam ne kaha ke, "Welcome, you are welcome, O pious son and O pious prophet." to yeh first heaven ki baat itni hai. aaiye, is waqt</w:t>
      </w:r>
    </w:p>
    <w:p>
      <w:pPr>
        <w:jc w:val="right"/>
      </w:pPr>
      <w:r>
        <w:t>साले।" फिर आदम अली सलाम ने कहा कि, "वेलकम, यू आर वेलकम, ओ पायस सन एंड ओ पायस प्रोफेट।" तो यह फर्स्ट हेवन की बात इतनी है। आइए, इस वक्त</w:t>
      </w:r>
    </w:p>
    <w:p>
      <w:r>
        <w:rPr>
          <w:b/>
        </w:rPr>
        <w:t xml:space="preserve">[36:44] </w:t>
      </w:r>
      <w:r>
        <w:t>phir second heaven par gaye aur waise hi wahan bhi gate tha.</w:t>
      </w:r>
    </w:p>
    <w:p>
      <w:pPr>
        <w:jc w:val="right"/>
      </w:pPr>
      <w:r>
        <w:t>फिर सेकंड हेवन पर गए और वैसे ही वहां भी गेट था।</w:t>
      </w:r>
    </w:p>
    <w:p>
      <w:r>
        <w:rPr>
          <w:b/>
        </w:rPr>
        <w:t xml:space="preserve">[36:48] </w:t>
      </w:r>
      <w:r>
        <w:t>aur gate par unhon ne kaha ke, "knock</w:t>
      </w:r>
    </w:p>
    <w:p>
      <w:pPr>
        <w:jc w:val="right"/>
      </w:pPr>
      <w:r>
        <w:t>और गेट पर उन्होंने कहा कि, "नॉक</w:t>
      </w:r>
    </w:p>
    <w:p>
      <w:r>
        <w:rPr>
          <w:b/>
        </w:rPr>
        <w:t xml:space="preserve">[36:52] </w:t>
      </w:r>
      <w:r>
        <w:t>kiya kholne ke liye."</w:t>
      </w:r>
    </w:p>
    <w:p>
      <w:pPr>
        <w:jc w:val="right"/>
      </w:pPr>
      <w:r>
        <w:t>किया खोलने के लिए।"</w:t>
      </w:r>
    </w:p>
    <w:p>
      <w:r>
        <w:rPr>
          <w:b/>
        </w:rPr>
        <w:t xml:space="preserve">[36:53] </w:t>
      </w:r>
      <w:r>
        <w:t>to wahan se awaz aayi kisi farishtay ki, "galban ke hu is there?"</w:t>
      </w:r>
    </w:p>
    <w:p>
      <w:pPr>
        <w:jc w:val="right"/>
      </w:pPr>
      <w:r>
        <w:t>तो वहां से आवाज आई किसी फरिश्ते की, "गलबन के हु इज देयर?"</w:t>
      </w:r>
    </w:p>
    <w:p>
      <w:r>
        <w:rPr>
          <w:b/>
        </w:rPr>
        <w:t xml:space="preserve">[36:57] </w:t>
      </w:r>
      <w:r>
        <w:t>unhon ne kaha, "main jibreel hoon."</w:t>
      </w:r>
    </w:p>
    <w:p>
      <w:pPr>
        <w:jc w:val="right"/>
      </w:pPr>
      <w:r>
        <w:t>उन्होंने कहा, "मैं जिब्रील हूं।"</w:t>
      </w:r>
    </w:p>
    <w:p>
      <w:r>
        <w:rPr>
          <w:b/>
        </w:rPr>
        <w:t xml:space="preserve">[36:58] </w:t>
      </w:r>
      <w:r>
        <w:t>unhon ne kaha, "tumhare sath koi aur hai?"</w:t>
      </w:r>
    </w:p>
    <w:p>
      <w:pPr>
        <w:jc w:val="right"/>
      </w:pPr>
      <w:r>
        <w:t>उन्होंने कहा, "तुम्हारे साथ कोई और है?"</w:t>
      </w:r>
    </w:p>
    <w:p>
      <w:r>
        <w:rPr>
          <w:b/>
        </w:rPr>
        <w:t xml:space="preserve">[36:59] </w:t>
      </w:r>
      <w:r>
        <w:t>kaha, "haan, muhammad."</w:t>
      </w:r>
    </w:p>
    <w:p>
      <w:pPr>
        <w:jc w:val="right"/>
      </w:pPr>
      <w:r>
        <w:t>कहा, "हां, मोहम्मद।"</w:t>
      </w:r>
    </w:p>
    <w:p>
      <w:r>
        <w:rPr>
          <w:b/>
        </w:rPr>
        <w:t xml:space="preserve">[37:00] </w:t>
      </w:r>
      <w:r>
        <w:t>aur phir unko bulaya gaya hai.</w:t>
      </w:r>
    </w:p>
    <w:p>
      <w:pPr>
        <w:jc w:val="right"/>
      </w:pPr>
      <w:r>
        <w:t>और फिर उनको बुलाया गया है।</w:t>
      </w:r>
    </w:p>
    <w:p>
      <w:r>
        <w:rPr>
          <w:b/>
        </w:rPr>
        <w:t xml:space="preserve">[37:02] </w:t>
      </w:r>
      <w:r>
        <w:t>woh sab karke phir gate khula.</w:t>
      </w:r>
    </w:p>
    <w:p>
      <w:pPr>
        <w:jc w:val="right"/>
      </w:pPr>
      <w:r>
        <w:t>वह सब करके फिर गेट खुला।</w:t>
      </w:r>
    </w:p>
    <w:p>
      <w:r>
        <w:rPr>
          <w:b/>
        </w:rPr>
        <w:t xml:space="preserve">[37:04] </w:t>
      </w:r>
      <w:r>
        <w:t>phir second heaven par pohanchay.</w:t>
      </w:r>
    </w:p>
    <w:p>
      <w:pPr>
        <w:jc w:val="right"/>
      </w:pPr>
      <w:r>
        <w:t>फिर सेकंड हेवन पर पहुंचे।</w:t>
      </w:r>
    </w:p>
    <w:p>
      <w:r>
        <w:rPr>
          <w:b/>
        </w:rPr>
        <w:t xml:space="preserve">[37:06] </w:t>
      </w:r>
      <w:r>
        <w:t>rasoolallah farmate hain, "falma khalat iza yahya wa isa."</w:t>
      </w:r>
    </w:p>
    <w:p>
      <w:pPr>
        <w:jc w:val="right"/>
      </w:pPr>
      <w:r>
        <w:t>रसूलल्लाह फरमाते हैं, "फलमा खलत इजा यहया व ईसा।"</w:t>
      </w:r>
    </w:p>
    <w:p>
      <w:r>
        <w:rPr>
          <w:b/>
        </w:rPr>
        <w:t xml:space="preserve">[37:12] </w:t>
      </w:r>
      <w:r>
        <w:t>"वन आई रीच द सेकंड हेवन, आई फाउंड देयर यहया जॉन एंड ईसा जीसस।"</w:t>
      </w:r>
    </w:p>
    <w:p>
      <w:pPr>
        <w:jc w:val="right"/>
      </w:pPr>
      <w:r>
        <w:t>"वन आई रीच द सेकंड हेवन, आई फाउंड देयर यहया जॉन एंड ईसा जीसस।"</w:t>
      </w:r>
    </w:p>
    <w:p>
      <w:r>
        <w:rPr>
          <w:b/>
        </w:rPr>
        <w:t xml:space="preserve">[37:20] </w:t>
      </w:r>
      <w:r>
        <w:t>yeh dono cousin thay. "ji, ji." "kal haza yahya wa isa. fasallim alayhima." "and jibreel said, 'he is yahya and isa. so say salaam to them.'" "fasallim fardain." "so i said salaam to each of them."</w:t>
      </w:r>
    </w:p>
    <w:p>
      <w:pPr>
        <w:jc w:val="right"/>
      </w:pPr>
      <w:r>
        <w:t>यह दोनों कजिन थे। "जी, जी।" "कल हाज यहया व ईसा। फसम अलेहिमा।" एंड जिब्रील सेड, "ही इज यहया एंड ईसा। सो से सलाम टू देम।" "फ सलम फर्दन।" सो आई सेड सलाम टू ईच ऑफ देम</w:t>
      </w:r>
    </w:p>
    <w:p>
      <w:r>
        <w:rPr>
          <w:b/>
        </w:rPr>
        <w:t xml:space="preserve">[37:42] </w:t>
      </w:r>
      <w:r>
        <w:t>"sum qala marhaban bil akh al saleh wa nabiy saleh." "and they said, 'welcome, o righteous brother, o righteous prophet.'" phir third heaven par wahi silsila chalta hai. conversation wahi hoti hai hazrat jibreel ki gatekeeper se. phir woh khul jata hai darwaza. "falma khalat ija yusuf." "third heaven par jab main pahuncha, to "then i saw yusuf."</w:t>
      </w:r>
    </w:p>
    <w:p>
      <w:pPr>
        <w:jc w:val="right"/>
      </w:pPr>
      <w:r>
        <w:t>। "सुम काला मरहबन बिल अख साले व नबी साले।" एंड दे सेड, "वेलकम, ओ राइटियस ब्रदर, ओ राइटियस प्रोफेट।" फिर थर्ड हेवन पर वही सिलसिला चलता है। कन्वर्सेशन वही होती है हजरत जिब्रील की गेटकीपर से। फिर वह खुल जाता है दरवाजा। "फलमा खलत इजा यूसुफ।" थर्ड हेवन पर जब मैं पहुंचा, तो "देन आई सो यूसुफ।</w:t>
      </w:r>
    </w:p>
    <w:p>
      <w:r>
        <w:rPr>
          <w:b/>
        </w:rPr>
        <w:t xml:space="preserve">[38:12] </w:t>
      </w:r>
      <w:r>
        <w:t>" "kal haza yusuf. fasallim alaih." "jibreel said, 'that he is yusuf. he is joseph. say salaam to him.'" "fasallim alaih." "sum qala marhaban bi akh al saleh wa nabiy saleh." "and he said, 'he returned his salaam.'" "and he said, 'welcome, o righteous pious brother and o pious prophet.'" phir fourth heaven par bhi yahi guftagu hui gatekeeper se</w:t>
      </w:r>
    </w:p>
    <w:p>
      <w:pPr>
        <w:jc w:val="right"/>
      </w:pPr>
      <w:r>
        <w:t>" "कल हाज यूसुफ। फसम अलेही।" जिब्रील सेड, "दैट ही इज यूसुफ। ही इज जोसेफ। से सलाम टू हिम।" "फ सलम अलेही।" "सुम काला मरहबन ब अख साले व नबी साले।" एंड ही सेड, "ही रिटर्न हिज सलाम।" एंड ही सेड, "वेलकम, ओ राइटियस पायस ब्रदर एंड ओ पायस प्रोफेट।" फिर फोर्थ हेवन पर भी यही गुफ्तगू हुई गेटकीपर से</w:t>
      </w:r>
    </w:p>
    <w:p>
      <w:r>
        <w:rPr>
          <w:b/>
        </w:rPr>
        <w:t xml:space="preserve">[38:38] </w:t>
      </w:r>
      <w:r>
        <w:t>, ji, jibreel ki. aur phir kehte hain, rasoolullah, "falma khalat ija idrees." "kal haza idrees. fasallim alaih</w:t>
      </w:r>
    </w:p>
    <w:p>
      <w:pPr>
        <w:jc w:val="right"/>
      </w:pPr>
      <w:r>
        <w:t>, जी, जिब्रील की। और फिर कहते हैं, रसूलल्लाह, "फलमा खलत इजा इद्रीस।" "कल हाज इद्रीस। फसम अलेही</w:t>
      </w:r>
    </w:p>
    <w:p>
      <w:r>
        <w:rPr>
          <w:b/>
        </w:rPr>
        <w:t xml:space="preserve">[38:46] </w:t>
      </w:r>
      <w:r>
        <w:t>." "prophet idrees thay wahan. "i saw idrees on the fourth heaven." "and jibreel, "jibreel told me to say salaam to him." "and "i, i sallim alaih." "sum qala marhaban bil akh al saleh wa nabiy saleh." "then i said salaam to him." "and "he returned my greetings." "then he said, welcome, o pious brother and o pious prophet."</w:t>
      </w:r>
    </w:p>
    <w:p>
      <w:pPr>
        <w:jc w:val="right"/>
      </w:pPr>
      <w:r>
        <w:t>।" प्रोफेट इद्रीस थे वहां। "आई सो इद्रीस ऑन द फोर्थ हेवन।" एंड जिब्रील, "गिब्रील टोल्ड मी टू से सलाम टू हिम।" एंड "आई, आई सलम अलेही।" "सुम काला मरहबन बिल अख साले व नबी साले।" "देन आई सेड सलाम टू हिम।" एंड "ही अ रिटर्न माय ग्रीटिंग्स।" "देन ही सेड, वेलकम, ओ पायस ब्रदर एंड ओ पायस प्रोफेट।</w:t>
      </w:r>
    </w:p>
    <w:p>
      <w:r>
        <w:rPr>
          <w:b/>
        </w:rPr>
        <w:t xml:space="preserve">[39:15] </w:t>
      </w:r>
      <w:r>
        <w:t>" phir fifth heaven par bhi wahi silsila chala. "falma khalat faj haroon." "kal haza haroon. fasallim alaih." "when i reach the fifth heaven, i saw haroon there aaron, the brother of moses." "and jibreel said, "say salaam to him. he is aaron haroon."</w:t>
      </w:r>
    </w:p>
    <w:p>
      <w:pPr>
        <w:jc w:val="right"/>
      </w:pPr>
      <w:r>
        <w:t>" फिर फिफ्थ हेवन पर भी वही सिलसिला चला। "फलमा खलत फज हारून।" "कल हाज हारून। फसम अलेही।" "वन आई रीच द फिफ्थ हेवन, आई सो हारून देयर एरन, द ब्रदर ऑफ मोसेस।" एंड जिब्रील सेड, "से सलाम टू हिम। ही इज एरन हारून।"</w:t>
      </w:r>
    </w:p>
    <w:p>
      <w:r>
        <w:rPr>
          <w:b/>
        </w:rPr>
        <w:t xml:space="preserve">[39:41] </w:t>
      </w:r>
      <w:r>
        <w:t>"fasallim alaih." "fadasum qala marhaban bi akh al saleh wa nabiy saleh." "and "i said salaam to him." "he returned my salaam." "and "he said, welcome, o righteous brother and o righteous prof</w:t>
      </w:r>
    </w:p>
    <w:p>
      <w:pPr>
        <w:jc w:val="right"/>
      </w:pPr>
      <w:r>
        <w:t>"फ सलम अलेही।" "फद सुम काला मरहबन ब अख साले व नबी साले।" एंड "आई सेड सलाम टू हिम।" "ही रिटर्न माय सलाम।" एंड "ही सेड, वेलकम, ओ राइटियस ब्रदर एंड ओ राइटियस प्रोफ</w:t>
      </w:r>
    </w:p>
    <w:p>
      <w:r>
        <w:rPr>
          <w:b/>
        </w:rPr>
        <w:t xml:space="preserve">[39:58] </w:t>
      </w:r>
      <w:r>
        <w:t>et." phir sixth heaven par bhi wahi baat hoti hai. gate khulta hai. phir rasoolullah andar jaate hain aur kehte hain, "falma khalat faj musa." "kal haza musa. fasallim alaih." "jibreel kehte hain, 'this is moses. you say salaam to him.'" "and prophet says salaam to him. "fasallim alaih. fasallim alaih." "fadasum qala marhaban bi akh al saleh wa nabiy</w:t>
      </w:r>
    </w:p>
    <w:p>
      <w:pPr>
        <w:jc w:val="right"/>
      </w:pPr>
      <w:r>
        <w:t>ेट।" फिर सिक्स्थ हेवन पर भी वही बात होती है। गेट खुलता है। फिर रसूलल्लाह अंदर जाते हैं और कहते हैं, "फलमा खलत फज मूसा।" "कल हाज मूसा। फसम अलेही।" जिब्रील कहते हैं, "दिस इज मोसेस। यू से सलाम टू हिम।" एंड प्रोफेट सेज सलाम टू हिम। "फ सलम अलेही। फ सलम अलेही।" "फद सुम काला मरहबन ब अख साले व नबी</w:t>
      </w:r>
    </w:p>
    <w:p>
      <w:r>
        <w:rPr>
          <w:b/>
        </w:rPr>
        <w:t xml:space="preserve">[40:24] </w:t>
      </w:r>
      <w:r>
        <w:t>saleh." "so "i said salaam to moses." "and "he returned my salaam." "and "he said, welcome, o pious brother and o pious prophet." "falma tajawazt baka lahu ma yuki ka." "so "when i was about to leave." rasoolullah kehte hain,</w:t>
      </w:r>
    </w:p>
    <w:p>
      <w:pPr>
        <w:jc w:val="right"/>
      </w:pPr>
      <w:r>
        <w:t>साले।" सो "आई सेड सलाम टू मोसेस।" एंड "ही रिटर्न माय सलाम।" एंड "ही सेड, वेलकम, ओ पायस ब्रदर एंड ओ पायस प्रोफेट।" "फलमा तजावत बका लहु मा युकी का।" सो "वन आई वाज अबाउट टू लीव।" रसूलल्लाह कहते हैं,</w:t>
      </w:r>
    </w:p>
    <w:p>
      <w:r>
        <w:rPr>
          <w:b/>
        </w:rPr>
        <w:t xml:space="preserve">[40:43] </w:t>
      </w:r>
      <w:r>
        <w:t>"he started crying." hum to kisi ne poocha ki, "why do you cry?" ji, musa ali salam se ki, "tum kyun ro rahe ho?" aap</w:t>
      </w:r>
    </w:p>
    <w:p>
      <w:pPr>
        <w:jc w:val="right"/>
      </w:pPr>
      <w:r>
        <w:t>"ही स्टार्टेड क्राइंग।" हम तो किसी ने पूछा कि, "व्हाई डू यू क्राई?" जी, मूसा अली सलाम से कि, "तुम क्यों रो रहे हैं?" आप</w:t>
      </w:r>
    </w:p>
    <w:p>
      <w:r>
        <w:rPr>
          <w:b/>
        </w:rPr>
        <w:t xml:space="preserve">[40:54] </w:t>
      </w:r>
      <w:r>
        <w:t>to musa ali salam farmate hain, "qala abki lana ghulaman bas badi yadul jannat min ummati min ummati akthar ma yadul yadul min ummati." "ke 'i am crying because this young man.'" yaani prophet ke liye kaha,</w:t>
      </w:r>
    </w:p>
    <w:p>
      <w:pPr>
        <w:jc w:val="right"/>
      </w:pPr>
      <w:r>
        <w:t>तो मूसा अली सलाम फरमाते हैं, "कला अबकी लाना गुलामन बस बादी यदल जन्नत मिन उम्मती मिन उम्मति अक्सर म यदल यदल मिन उम्मती।" के "आई एम क्राइंग बिकॉज दिस यंग मैन।" यानी प्रोफेट के लिए कहा,</w:t>
      </w:r>
    </w:p>
    <w:p>
      <w:r>
        <w:rPr>
          <w:b/>
        </w:rPr>
        <w:t xml:space="preserve">[41:15] </w:t>
      </w:r>
      <w:r>
        <w:t>"h ke came after me. his nation, his ummah will be greater. will go in greater number in paradise than my ummah." to ye ye ek tarah se khushi ke aansu thay. jaise koi nana dada hota hai, uska chhota bachcha, koi kamyabi usko milti hai, to usko aansu aa jaate hain. to is is wajah se galban unke aankhon mein aansu aa gaye.</w:t>
      </w:r>
    </w:p>
    <w:p>
      <w:pPr>
        <w:jc w:val="right"/>
      </w:pPr>
      <w:r>
        <w:t>"ह केम आफ्टर मी। हिज नेशन, हिज उम्मा विल बी ग्रेटर। विल गो इन ग्रेटर नंबर इन पैराडाइस देन माय उम्मा।" तो ये ये एक तरीके से खुशी के आंसू थे। जैसे कोई नाना दादा होता है, उसका छोटा बच्चा, कोई कामयाबी उसको मिलती है, तो उसको आंसू आ जाते हैं। तो इस इस वजह से गलब उनके आंखों में आंसू आ गए।</w:t>
      </w:r>
    </w:p>
    <w:p>
      <w:r>
        <w:rPr>
          <w:b/>
        </w:rPr>
        <w:t xml:space="preserve">[41:39] </w:t>
      </w:r>
      <w:r>
        <w:t>phir jo aakhri heaven hai, seventh heaven, wahan jab pahunchte hain, to gate khulwate hain jibreel. aur phir rasoolullah farmate hain, "falma khalat faj ibrahim. kal haza abu ka. fasallim alaih.</w:t>
      </w:r>
    </w:p>
    <w:p>
      <w:pPr>
        <w:jc w:val="right"/>
      </w:pPr>
      <w:r>
        <w:t>फिर जो आखिरी हेवन है, सेवंथ हेवन, वहां जब पहुंचते हैं, तो गेट खुलवा हैं जिब्रील। और फिर रसूलल्लाह फरमाते हैं, "फलमा खलत फज इब्राहिम। कल हाज अबू का। फसम अलेही।</w:t>
      </w:r>
    </w:p>
    <w:p>
      <w:r>
        <w:rPr>
          <w:b/>
        </w:rPr>
        <w:t xml:space="preserve">[41:55] </w:t>
      </w:r>
      <w:r>
        <w:t>" "when i reach the seventh heaven, i saw abraham there." "and "jibreel told me that he is ibrahim." "and "you you say salaam to him. he is your your your father ibrahim." "forefather thay zahir hai. to rasoolullah sallallahu al ne kaha, "qala sallim alaih." "and "he i said salaam to him." "and "he returned my sala</w:t>
      </w:r>
    </w:p>
    <w:p>
      <w:pPr>
        <w:jc w:val="right"/>
      </w:pPr>
      <w:r>
        <w:t>" "वन आई रीच द सेवंथ हेवन, आई सो अब्राहम देयर।" एंड "जिब्रील टोल्ड मी दैट ही इज इब्राहिम।" एंड "यू यू से सलाम टू हिम। ही इज योर योर योर फादर इब्राहिम।" फोरफादर थे जाहिर है। तो रसूलल्लाह सल्लल्लाहु अल ने कहा, "कला सलम अलेही।" एंड "ही आई सेड सलाम टू हिम।" एंड "ही रिटर्न माय सला</w:t>
      </w:r>
    </w:p>
    <w:p>
      <w:r>
        <w:rPr>
          <w:b/>
        </w:rPr>
        <w:t xml:space="preserve">[42:22] </w:t>
      </w:r>
      <w:r>
        <w:t>m." "qala marhaban bi ibn saleh wa nabiy saleh." "welcome, o righteous son and righteous prophet." "and ibrahim ali salam ne righteous son kaha tha. aur adam ali salam ne righteous son. baqi saare prophets ne righteous brother kaha.</w:t>
      </w:r>
    </w:p>
    <w:p>
      <w:pPr>
        <w:jc w:val="right"/>
      </w:pPr>
      <w:r>
        <w:t>म।" "कला मरहबन ब इब्न साले व नबी साले।" वेलकम, ओ राइटियस सन एंड राइटियस प्रोफेट। एंड इब्राहिम अली सलाम ने राइटियस सन कहा था। और आदम अली सलाम ने राइटियस सन। बाकी सारे प्रोफेट्स ने राइटियस ब्रदर कहा।</w:t>
      </w:r>
    </w:p>
    <w:p>
      <w:r>
        <w:rPr>
          <w:b/>
        </w:rPr>
        <w:t xml:space="preserve">[42:39] </w:t>
      </w:r>
      <w:r>
        <w:t>ji, ji. to hazrat ibrahim ali salam ne ek aur baat bahut achhi kahi rasoolullah sallallahu al se. aur woh ye ye ye kaha ki, "ya muhammad, aqri ummati min salaam. o muhammad, convey my salaam to your ummah." yaani saari ummat ko ibrahim ali salam ne salaam bheja hai.</w:t>
      </w:r>
    </w:p>
    <w:p>
      <w:pPr>
        <w:jc w:val="right"/>
      </w:pPr>
      <w:r>
        <w:t>जी, जी। तो हजरत इब्राहिम अली सलाम ने एक और बात बहुत अच्छी कही रसूलल्लाह सल्लल्लाहु अल से। और वो ये ये ये कहा कि, "या मोहम्मद, अकरी उम्मत मिन सलाम। ओ मोहम्मद, कन्वे माय सलाम टू योर उम्मा।" यानी सारी उम्मत को इब्राहिम अली सलाम ने सलाम भेजा है।</w:t>
      </w:r>
    </w:p>
    <w:p>
      <w:r>
        <w:rPr>
          <w:b/>
        </w:rPr>
        <w:t xml:space="preserve">[43:03] </w:t>
      </w:r>
      <w:r>
        <w:t>"ya muhammad, aqri ummati min salaam. wa akhbir." "and tell them, "anna anna jannata tuba. t t jannata d d paradise is is pure soil." "yaani jo mitti hai, wahan ki wa bahut hi achhi mitti hai. "its its very fertile and pur</w:t>
      </w:r>
    </w:p>
    <w:p>
      <w:pPr>
        <w:jc w:val="right"/>
      </w:pPr>
      <w:r>
        <w:t>"या मोहम्मद, अकरी उम्मत मिन सलाम। व अखब एंड टेल देम, अन्ना अन्ना जन्नत तबा। ट ट जन्नत द द पैराडाइस इज इज प्योर सोइल।" यानी जो मिट्टी है, वहां की व बहुत ही अच्छी मिट्टी है। इट्स इट्स वेरी फर्टाइल एंड प्य</w:t>
      </w:r>
    </w:p>
    <w:p>
      <w:r>
        <w:rPr>
          <w:b/>
        </w:rPr>
        <w:t xml:space="preserve">[43:29] </w:t>
      </w:r>
      <w:r>
        <w:t>ोर। "व अजब अजब मा अजब मा।"</w:t>
      </w:r>
    </w:p>
    <w:p>
      <w:pPr>
        <w:jc w:val="right"/>
      </w:pPr>
      <w:r>
        <w:t>ोर। "व अजब अजब मा अजब मा।"</w:t>
      </w:r>
    </w:p>
    <w:p>
      <w:r>
        <w:rPr>
          <w:b/>
        </w:rPr>
        <w:t xml:space="preserve">[43:34] </w:t>
      </w:r>
      <w:r>
        <w:t>एंड "द वाटर इज वेरी स्वीट।"</w:t>
      </w:r>
    </w:p>
    <w:p>
      <w:pPr>
        <w:jc w:val="right"/>
      </w:pPr>
      <w:r>
        <w:t>एंड "द वाटर इज वेरी स्वीट।"</w:t>
      </w:r>
    </w:p>
    <w:p>
      <w:r>
        <w:rPr>
          <w:b/>
        </w:rPr>
        <w:t xml:space="preserve">[43:36] </w:t>
      </w:r>
      <w:r>
        <w:t>यानी बहुत ही स्वीट वाटर है।</w:t>
      </w:r>
    </w:p>
    <w:p>
      <w:pPr>
        <w:jc w:val="right"/>
      </w:pPr>
      <w:r>
        <w:t>यानी बहुत ही स्वीट वाटर है।</w:t>
      </w:r>
    </w:p>
    <w:p>
      <w:r>
        <w:rPr>
          <w:b/>
        </w:rPr>
        <w:t xml:space="preserve">[43:38] </w:t>
      </w:r>
      <w:r>
        <w:t>बहुत फर्टाइल लैंड है।</w:t>
      </w:r>
    </w:p>
    <w:p>
      <w:pPr>
        <w:jc w:val="right"/>
      </w:pPr>
      <w:r>
        <w:t>बहुत फर्टाइल लैंड है।</w:t>
      </w:r>
    </w:p>
    <w:p>
      <w:r>
        <w:rPr>
          <w:b/>
        </w:rPr>
        <w:t xml:space="preserve">[43:41] </w:t>
      </w:r>
      <w:r>
        <w:t>"व अन्ना कन व अन्ना कन।"</w:t>
      </w:r>
    </w:p>
    <w:p>
      <w:pPr>
        <w:jc w:val="right"/>
      </w:pPr>
      <w:r>
        <w:t>"व अन्ना कन व अन्ना कन।"</w:t>
      </w:r>
    </w:p>
    <w:p>
      <w:r>
        <w:rPr>
          <w:b/>
        </w:rPr>
        <w:t xml:space="preserve">[43:45] </w:t>
      </w:r>
      <w:r>
        <w:t>लेकिन यह फ्लैट लैंड है।</w:t>
      </w:r>
    </w:p>
    <w:p>
      <w:pPr>
        <w:jc w:val="right"/>
      </w:pPr>
      <w:r>
        <w:t>लेकिन यह फ्लैट लैंड है।</w:t>
      </w:r>
    </w:p>
    <w:p>
      <w:r>
        <w:rPr>
          <w:b/>
        </w:rPr>
        <w:t xml:space="preserve">[43:47] </w:t>
      </w:r>
      <w:r>
        <w:t>इट्स अ फ्लैट लैंड।</w:t>
      </w:r>
    </w:p>
    <w:p>
      <w:pPr>
        <w:jc w:val="right"/>
      </w:pPr>
      <w:r>
        <w:t>इट्स अ फ्लैट लैंड।</w:t>
      </w:r>
    </w:p>
    <w:p>
      <w:r>
        <w:rPr>
          <w:b/>
        </w:rPr>
        <w:t xml:space="preserve">[43:48] </w:t>
      </w:r>
      <w:r>
        <w:t>यानी देर आर नो ट्रीज।</w:t>
      </w:r>
    </w:p>
    <w:p>
      <w:pPr>
        <w:jc w:val="right"/>
      </w:pPr>
      <w:r>
        <w:t>यानी देर आर नो ट्रीज।</w:t>
      </w:r>
    </w:p>
    <w:p>
      <w:r>
        <w:rPr>
          <w:b/>
        </w:rPr>
        <w:t xml:space="preserve">[43:50] </w:t>
      </w:r>
      <w:r>
        <w:t>बहुत अच्छी मिट्टी है, बहुत मीठा पानी है।</w:t>
      </w:r>
    </w:p>
    <w:p>
      <w:pPr>
        <w:jc w:val="right"/>
      </w:pPr>
      <w:r>
        <w:t>बहुत अच्छी मिट्टी है, बहुत मीठा पानी है।</w:t>
      </w:r>
    </w:p>
    <w:p>
      <w:r>
        <w:rPr>
          <w:b/>
        </w:rPr>
        <w:t xml:space="preserve">[43:53] </w:t>
      </w:r>
      <w:r>
        <w:t>लेकिन लेकिन जमीन पूरी चटिल है।</w:t>
      </w:r>
    </w:p>
    <w:p>
      <w:pPr>
        <w:jc w:val="right"/>
      </w:pPr>
      <w:r>
        <w:t>लेकिन लेकिन जमीन पूरी चटिल है।</w:t>
      </w:r>
    </w:p>
    <w:p>
      <w:r>
        <w:rPr>
          <w:b/>
        </w:rPr>
        <w:t xml:space="preserve">[43:56] </w:t>
      </w:r>
      <w:r>
        <w:t>यानी कोई कोई उस पर दरख्त नहीं है।</w:t>
      </w:r>
    </w:p>
    <w:p>
      <w:pPr>
        <w:jc w:val="right"/>
      </w:pPr>
      <w:r>
        <w:t>यानी कोई कोई उस पर दरख्त नहीं है।</w:t>
      </w:r>
    </w:p>
    <w:p>
      <w:r>
        <w:rPr>
          <w:b/>
        </w:rPr>
        <w:t xml:space="preserve">[43:59] </w:t>
      </w:r>
      <w:r>
        <w:t>"wa anna giras. subhan allah wa alhamdulillah. la ilaha illallah. allahu akbar." "and its seedling is or sapling is, that is. "subhan allah wa alhamdulillah. la ilaha illallah. allahu akbar." hum to is hadees ko, is baat ko log bahut hi literal lete hain. halanki bahut hi zabardast hadees hai ye. bahut hi zabardast hadees hai. maulana ne isko bahut hi alag tarah se explain kiya hai. hum</w:t>
      </w:r>
    </w:p>
    <w:p>
      <w:pPr>
        <w:jc w:val="right"/>
      </w:pPr>
      <w:r>
        <w:t>"व अन्ना गिरास। सुभान अल्लाह व अल्हम्दुलिल्लाह। ला इलाहा इल्लल्लाह। अल्लाहु अकबर।" और इसका जो सीडलिंग है या सैपलिंग है, वो यह है। "सुभान अल्लाह व अल्हम्दुलिल्लाह। ला इलाहा इल्लल्लाह। अल्लाहु अकबर।" हम तो इस हदीस को, अ इस बात को लोग बहुत ही लिटरल लेते हैं। हालांकि बहुत ही जबरदस्त हदीस है ये। बहुत ही जबरदस्त हदीस है। मौलाना ने इसको बहुत ही अलग तरह से एक्सप्लेन किया है। हम</w:t>
      </w:r>
    </w:p>
    <w:p>
      <w:r>
        <w:rPr>
          <w:b/>
        </w:rPr>
        <w:t xml:space="preserve">[44:26] </w:t>
      </w:r>
      <w:r>
        <w:t>log log kya kehte hain ki aap subhan allah kahenge to wahan jannat mein ek ped ug jayega. alhamdulillah kahenge ek aur ped ug jayega. to subhan allah alhamdulillah kehte jaye, ped ugte chale jayenge. ji, ye bada hi literal explanation hai.</w:t>
      </w:r>
    </w:p>
    <w:p>
      <w:pPr>
        <w:jc w:val="right"/>
      </w:pPr>
      <w:r>
        <w:t>लोग लोग क्या कहते हैं कि आप सुभान अल्लाह कहेंगे तो वहां जन्नत में एक पेड़ उग जाएगा। अल्हम्दुलिल्लाह कहेंगे एक और पेड़ उग जाएगा। तो सुभान अल्लाह अल्हम्दुलिल्लाह कहते जाए, पेड़ उगते चले जाएंगे। जी, ये बड़ा ही लिटरल एक्सप्लेनेशन है।</w:t>
      </w:r>
    </w:p>
    <w:p>
      <w:r>
        <w:rPr>
          <w:b/>
        </w:rPr>
        <w:t xml:space="preserve">[44:39] </w:t>
      </w:r>
      <w:r>
        <w:t>maulana ne yeh explain kiya ki jo yahan bataya gaya hai ki jannat bahut hi fertile land hai aur wahan ka pani bahut meetha hai. lekin woh flat hai. aur jo uska seedling hai ya sapling hai, woh woh seedling aur sapling woh insaan hai. hum yaani is duniya mein jo insaan aata hai, woh ek ek paudhe ki tarah hota hai.</w:t>
      </w:r>
    </w:p>
    <w:p>
      <w:pPr>
        <w:jc w:val="right"/>
      </w:pPr>
      <w:r>
        <w:t>मौलाना ने यह एक्सप्लेन किया कि जो यहां बताया गया है कि जन्नत बहुत ही फर्टाइल लैंड है और वहां का पानी बहुत मीठा है। लेकिन वह फ्लैट है। और जो उसका सीडलिंग है या सैपलिंग है, वह वह सीडलिंग और सैपलिंग वह इंसान है। हम यानी इस दुनिया में जो इंसान आता है, वह एक एक पौधे की तरह होता है।</w:t>
      </w:r>
    </w:p>
    <w:p>
      <w:r>
        <w:rPr>
          <w:b/>
        </w:rPr>
        <w:t xml:space="preserve">[45:07] </w:t>
      </w:r>
      <w:r>
        <w:t>ji, to woh agar apne aap ko jaise balki maulana ne nursery se isko bataya tha ki jo nursery hoti hai, usmein chhote chhote paudhe hote hain. hum aur jo paudhe achhe nahi hote hain, woh mali usko hata deta hai. to jo jo achhe paudhe hote hain, chhote chhote, woh wahan se phir koi le jata hai, apne garden mein lagata hai. woh to bahut bada ped ban</w:t>
      </w:r>
    </w:p>
    <w:p>
      <w:pPr>
        <w:jc w:val="right"/>
      </w:pPr>
      <w:r>
        <w:t>जी, तो वह अगर अपने आप को जैसे बल्कि मौलाना ने नर्सरी से इसको बताया था कि जो नर्सरी होती है, उसमें छोटे-छोटे पौधे होते हैं। हम और जो पौधे अच्छे नहीं होते हैं, वो माली उसको हटा देता है। तो जो जो अच्छे पौधे होते हैं, छोटे-छोटे, वो वहां से फिर कोई ले जाता है, अपने गार्डन में लगाता है। वो तो बहुत बड़ा पेड़ बन</w:t>
      </w:r>
    </w:p>
    <w:p>
      <w:r>
        <w:rPr>
          <w:b/>
        </w:rPr>
        <w:t xml:space="preserve">[45:29] </w:t>
      </w:r>
      <w:r>
        <w:t>jayega. to nursery se isko explain kiya tha ki ki duniya bhi jannat ki nursery hai. hum aur yahan jo insaan hai, woh ek paudhe ki tarah hai. hum</w:t>
      </w:r>
    </w:p>
    <w:p>
      <w:pPr>
        <w:jc w:val="right"/>
      </w:pPr>
      <w:r>
        <w:t>जाता है। तो नर्सरी से इसको एक्सप्लेन किया था कि कि दुनिया भी जन्नत की नर्सरी है। हम और यहां जो इंसान है, वो एक पौधे की तरह है। हम</w:t>
      </w:r>
    </w:p>
    <w:p>
      <w:r>
        <w:rPr>
          <w:b/>
        </w:rPr>
        <w:t xml:space="preserve">[45:42] </w:t>
      </w:r>
      <w:r>
        <w:t>अगर वो इस लायक अपने आप को बनाएगा, जैसे वो पौधा जो इस लायक होता है कि वो</w:t>
      </w:r>
    </w:p>
    <w:p>
      <w:pPr>
        <w:jc w:val="right"/>
      </w:pPr>
      <w:r>
        <w:t>अगर वो इस लायक अपने आप को बनाएगा, जैसे वो पौधा जो इस लायक होता है कि वो</w:t>
      </w:r>
    </w:p>
    <w:p>
      <w:r>
        <w:rPr>
          <w:b/>
        </w:rPr>
        <w:t xml:space="preserve">[45:46] </w:t>
      </w:r>
      <w:r>
        <w:t>जाए कहीं और।</w:t>
      </w:r>
    </w:p>
    <w:p>
      <w:pPr>
        <w:jc w:val="right"/>
      </w:pPr>
      <w:r>
        <w:t>जाए कहीं और।</w:t>
      </w:r>
    </w:p>
    <w:p>
      <w:r>
        <w:rPr>
          <w:b/>
        </w:rPr>
        <w:t xml:space="preserve">[45:47] </w:t>
      </w:r>
      <w:r>
        <w:t>अगर इंसान अपने आप को इस लायक बनाएगा कि वो जन्नत के बागों में उसको बसाया जा सके</w:t>
      </w:r>
    </w:p>
    <w:p>
      <w:pPr>
        <w:jc w:val="right"/>
      </w:pPr>
      <w:r>
        <w:t>अगर इंसान अपने आप को इस लायक बनाएगा कि वो जन्नत के बागों में उसको बसाया जा सके</w:t>
      </w:r>
    </w:p>
    <w:p>
      <w:r>
        <w:rPr>
          <w:b/>
        </w:rPr>
        <w:t xml:space="preserve">[45:55] </w:t>
      </w:r>
      <w:r>
        <w:t>ताकि वो और उसकी ग्रोथ हो और स्पिरिचुअल ग्रोथ हो और उसकी उसकी वहां पर</w:t>
      </w:r>
    </w:p>
    <w:p>
      <w:pPr>
        <w:jc w:val="right"/>
      </w:pPr>
      <w:r>
        <w:t>ताकि वो और उसकी ग्रोथ हो और स्पिरिचुअल ग्रोथ हो और उसकी उसकी वहां पर</w:t>
      </w:r>
    </w:p>
    <w:p>
      <w:r>
        <w:rPr>
          <w:b/>
        </w:rPr>
        <w:t xml:space="preserve">[46:02] </w:t>
      </w:r>
      <w:r>
        <w:t>ग्रोथ हो। तो यह उस सेंस में है कि जो यह गिरास का लफ्ज आया, सीडलिंग या सैपलिंग,</w:t>
      </w:r>
    </w:p>
    <w:p>
      <w:pPr>
        <w:jc w:val="right"/>
      </w:pPr>
      <w:r>
        <w:t>ग्रोथ हो। तो यह उस सेंस में है कि जो यह गिरास का लफ्ज आया, सीडलिंग या सैपलिंग,</w:t>
      </w:r>
    </w:p>
    <w:p>
      <w:r>
        <w:rPr>
          <w:b/>
        </w:rPr>
        <w:t xml:space="preserve">[46:11] </w:t>
      </w:r>
      <w:r>
        <w:t>यह एक इंसान के लिए कहा जा रहा है।</w:t>
      </w:r>
    </w:p>
    <w:p>
      <w:pPr>
        <w:jc w:val="right"/>
      </w:pPr>
      <w:r>
        <w:t>यह एक इंसान के लिए कहा जा रहा है।</w:t>
      </w:r>
    </w:p>
    <w:p>
      <w:r>
        <w:rPr>
          <w:b/>
        </w:rPr>
        <w:t xml:space="preserve">[46:14] </w:t>
      </w:r>
      <w:r>
        <w:t>ji, ki insaan bhi ek giraas ki tarah se, ek seedling ki tarah hai. wah apne aap ko agar yahan par is laiq banayega, to Allah taala usko jannat mein jannat mein jagah denge. yaani ek bahut hi symbolic hadis hai. hum aur isko literal logon ne liya hai, to bada usko meaningless wo ban ban ban jata hai. to phir yeh aage baat thodi si aur hai.</w:t>
      </w:r>
    </w:p>
    <w:p>
      <w:pPr>
        <w:jc w:val="right"/>
      </w:pPr>
      <w:r>
        <w:t>जी, कि इंसान भी एक गिरास की तरह से, एक सीडलिंग की तरह है। वह अपने आप को अगर यहां पर इस लायक बनाएगा, तो अल्लाह ताला उसको जन्नत में जन्नत में जगह देंगे। यानी एक बहुत ही सिंबॉलिक हदीस है। हम और इसको लिटरल लोगों ने लिया है, तो बड़ा उसको मीनिंगलेस वो बन बन बन जाता है। तो फिर यह आगे बात थोड़ी सी और है।</w:t>
      </w:r>
    </w:p>
    <w:p>
      <w:r>
        <w:rPr>
          <w:b/>
        </w:rPr>
        <w:t xml:space="preserve">[46:38] </w:t>
      </w:r>
      <w:r>
        <w:t>to rasoolullah ne aage bataya ki suma ruf atli sidratul muntaha. then sidratul muntaha wa shawn to me. jaise maine bataya tha ki wo ek luth tree, ek berry tree hai. ji, jo ki aakhri boundary hai. uske baad koi ja nahi sakta. yaani jibreel ne bhi kaha tha ki i will try to go beyond this. even one and distance, my wings will be b</w:t>
      </w:r>
    </w:p>
    <w:p>
      <w:pPr>
        <w:jc w:val="right"/>
      </w:pPr>
      <w:r>
        <w:t>तो रसूलल्लाह ने आगे बताया कि सुमा रुफ अतली सिद्रतुल मुंताहा। देन सिद्रतुल मुंताहा वा शोन टू मी। जैसे मैंने बताया था कि वो एक लूथ ट्री, एक बेरी ट्री है। जी, जो कि आखिरी बाउंड्री है। उसके बाद कोई जा नहीं सकता। यानी जिब्रील ने भी कहा था कि आई विल ट्राई टू गो बियोंड दिस। इवन वन एंड डिस्टेंस, माय विंग्स विल बी ब</w:t>
      </w:r>
    </w:p>
    <w:p>
      <w:r>
        <w:rPr>
          <w:b/>
        </w:rPr>
        <w:t xml:space="preserve">[47:08] </w:t>
      </w:r>
      <w:r>
        <w:t>nt. hum to wo uske aage phir Allah ka throne hai. to wahan koi insaan ya koi ja nahi sakta. aur rasoolullah ne sidratul muntaha ko dekha aur bataya ki it was so beautiful that i can not describe. ji, yaani beyond description hai. i can not describe its beauty. aur uske uske jo patte the, wo bahut bade-bade the. aur usme jo phal the, wo bade khubsurat phal the. wo usko bhi kuch describe kiya hai, like jars of haj</w:t>
      </w:r>
    </w:p>
    <w:p>
      <w:pPr>
        <w:jc w:val="right"/>
      </w:pPr>
      <w:r>
        <w:t>ंट। हम तो वो उसके आगे फिर अल्लाह का थ्रोन है। तो वहां कोई इंसान या कोई जा नहीं सकता। और रसूलल्लाह ने सिद्रतुल मुंताहा को देखा और बताया कि इट वाज सो ब्यूटीफुल दैट आई कैन नॉट डिस्क्राइब। जी, यानी बियोंड डिस्क्रिप्शन है। आई कैन नॉट डिस्क्राइब इट्स ब्यूटी। और उसके उसके जो पत्ते थे, वो बहुत बड़े-बड़े थे। और उसमें जो फल थे, वो बड़े खूबसूरत फल थे। वो उसको भी कुछ डिस्क्राइब किया है, लाइक जार्स ऑफ हज</w:t>
      </w:r>
    </w:p>
    <w:p>
      <w:r>
        <w:rPr>
          <w:b/>
        </w:rPr>
        <w:t xml:space="preserve">[47:38] </w:t>
      </w:r>
      <w:r>
        <w:t>r. hajar ek place hai madina mein. to uske koi jaise kuch nahi latakte hain, wo khubsurti ke liye latkate hain. urdu mein kumkume kehte hain use. to koi kumkume jaisi koi cheez rahi hogi. to jibreel ne kaha ki haaj sidratul muntaha.</w:t>
      </w:r>
    </w:p>
    <w:p>
      <w:pPr>
        <w:jc w:val="right"/>
      </w:pPr>
      <w:r>
        <w:t>र। हजर एक प्लेस है मदीना में। तो उसके कोई जैसे कुछ नहीं लटकते हैं, वो खूबसूरती के लिए लटकाते हैं। उर्दू में कुमकुमे कहते हैं उसे। तो कोई कुमकुमे जैसी कोई चीज रही होगी। तो जिब्रील ने कहा कि हाज सिद्रतुल मुंताहा।</w:t>
      </w:r>
    </w:p>
    <w:p>
      <w:r>
        <w:rPr>
          <w:b/>
        </w:rPr>
        <w:t xml:space="preserve">[47:56] </w:t>
      </w:r>
      <w:r>
        <w:t>to sidratul muntaha dikhaya gaya. aur phir uske baad</w:t>
      </w:r>
    </w:p>
    <w:p>
      <w:pPr>
        <w:jc w:val="right"/>
      </w:pPr>
      <w:r>
        <w:t>तो सिद्रतुल मुंताहा दिखाया गया। और फिर उसके बाद</w:t>
      </w:r>
    </w:p>
    <w:p>
      <w:r>
        <w:rPr>
          <w:b/>
        </w:rPr>
        <w:t xml:space="preserve">[48:05] </w:t>
      </w:r>
      <w:r>
        <w:t>aata hai ki wahan par jibreel ne bataya hai ki there are four rivers.</w:t>
      </w:r>
    </w:p>
    <w:p>
      <w:pPr>
        <w:jc w:val="right"/>
      </w:pPr>
      <w:r>
        <w:t>आता है कि वहां पर जिब्रील ने बताया है कि देर आर फोर रिवर्स।</w:t>
      </w:r>
    </w:p>
    <w:p>
      <w:r>
        <w:rPr>
          <w:b/>
        </w:rPr>
        <w:t xml:space="preserve">[48:13] </w:t>
      </w:r>
      <w:r>
        <w:t>वज अरब अनहार नहरान बातिन व नहरान जाहिरान।</w:t>
      </w:r>
    </w:p>
    <w:p>
      <w:pPr>
        <w:jc w:val="right"/>
      </w:pPr>
      <w:r>
        <w:t>वज अरब अनहार नहरान बातिन व नहरान जाहिरान।</w:t>
      </w:r>
    </w:p>
    <w:p>
      <w:r>
        <w:rPr>
          <w:b/>
        </w:rPr>
        <w:t xml:space="preserve">[48:21] </w:t>
      </w:r>
      <w:r>
        <w:t>कि चार नहरें हैं यहां, चार रिवर्स हैं।</w:t>
      </w:r>
    </w:p>
    <w:p>
      <w:pPr>
        <w:jc w:val="right"/>
      </w:pPr>
      <w:r>
        <w:t>कि चार नहरें हैं यहां, चार रिवर्स हैं।</w:t>
      </w:r>
    </w:p>
    <w:p>
      <w:r>
        <w:rPr>
          <w:b/>
        </w:rPr>
        <w:t xml:space="preserve">[48:24] </w:t>
      </w:r>
      <w:r>
        <w:t>दो विजिबल हैं और दो हिडन हैं।</w:t>
      </w:r>
    </w:p>
    <w:p>
      <w:pPr>
        <w:jc w:val="right"/>
      </w:pPr>
      <w:r>
        <w:t>दो विजिबल हैं और दो हिडन हैं।</w:t>
      </w:r>
    </w:p>
    <w:p>
      <w:r>
        <w:rPr>
          <w:b/>
        </w:rPr>
        <w:t xml:space="preserve">[48:27] </w:t>
      </w:r>
      <w:r>
        <w:t>और जो विजिबल हैं, उनका उनका नाम बताया कि नील और फुरात।</w:t>
      </w:r>
    </w:p>
    <w:p>
      <w:pPr>
        <w:jc w:val="right"/>
      </w:pPr>
      <w:r>
        <w:t>और जो विजिबल हैं, उनका उनका नाम बताया कि नील और फुरात।</w:t>
      </w:r>
    </w:p>
    <w:p>
      <w:r>
        <w:rPr>
          <w:b/>
        </w:rPr>
        <w:t xml:space="preserve">[48:34] </w:t>
      </w:r>
      <w:r>
        <w:t>नाइल एंड यूफ्रेटिस हैं।</w:t>
      </w:r>
    </w:p>
    <w:p>
      <w:pPr>
        <w:jc w:val="right"/>
      </w:pPr>
      <w:r>
        <w:t>नाइल एंड यूफ्रेटिस हैं।</w:t>
      </w:r>
    </w:p>
    <w:p>
      <w:r>
        <w:rPr>
          <w:b/>
        </w:rPr>
        <w:t xml:space="preserve">[48:36] </w:t>
      </w:r>
      <w:r>
        <w:t>और जो जो बातिन हैं, वो जन्नत की नहरें हैं।</w:t>
      </w:r>
    </w:p>
    <w:p>
      <w:pPr>
        <w:jc w:val="right"/>
      </w:pPr>
      <w:r>
        <w:t>और जो जो बातिन हैं, वो जन्नत की नहरें हैं।</w:t>
      </w:r>
    </w:p>
    <w:p>
      <w:r>
        <w:rPr>
          <w:b/>
        </w:rPr>
        <w:t xml:space="preserve">[48:41] </w:t>
      </w:r>
      <w:r>
        <w:t>गलब कौसर और सलसल</w:t>
      </w:r>
    </w:p>
    <w:p>
      <w:pPr>
        <w:jc w:val="right"/>
      </w:pPr>
      <w:r>
        <w:t>गलब कौसर और सलसल</w:t>
      </w:r>
    </w:p>
    <w:p>
      <w:r>
        <w:rPr>
          <w:b/>
        </w:rPr>
        <w:t xml:space="preserve">[48:44] </w:t>
      </w:r>
      <w:r>
        <w:t>kuch log kehte hain, matlab hidden. hidden. haan, sorry. jo hidden hai, ji, wo wo wo jannat ki nahrein hain. aur jo zaahir hai, wo wo neel aur furat hai. hum phir usme aata hai ki suma ruf ali al baitul mamur. then baitul mamur wa shawn to me.</w:t>
      </w:r>
    </w:p>
    <w:p>
      <w:pPr>
        <w:jc w:val="right"/>
      </w:pPr>
      <w:r>
        <w:t>कुछ लोग कहते हैं, मतलब हिडन। हिडन। हां, सॉरी। जो हिडन है, जी, वो वो वो जन्नत की नहरें हैं। और जो जाहिर है, वो वो नील और फुरात है। हम फिर उसमें आता है कि सुमा रुफ अली अल बैतुल मामूर। देन बैतुल मामूर वा शोन टू मी।</w:t>
      </w:r>
    </w:p>
    <w:p>
      <w:r>
        <w:rPr>
          <w:b/>
        </w:rPr>
        <w:t xml:space="preserve">[49:03] </w:t>
      </w:r>
      <w:r>
        <w:t>a hadis mein aata hai ki jannat mein kaba ki tarah se ek ghar hai, kaba ki tarah, jisko baitul mamur kaha jata hai. aur wahan 70000 angels enter every day and they never return. they never return</w:t>
      </w:r>
    </w:p>
    <w:p>
      <w:pPr>
        <w:jc w:val="right"/>
      </w:pPr>
      <w:r>
        <w:t>अ हदीस में आता है कि जन्नत में काबे की तरह से एक घर है, काबा की तरह, जिसको बैतुल मामूर कहा जाता है। और वहां 70000 एंजल्स एंटर एवरी डे एंड दे नेवर रिटर्न। दे नेवर रिटर्न</w:t>
      </w:r>
    </w:p>
    <w:p>
      <w:r>
        <w:rPr>
          <w:b/>
        </w:rPr>
        <w:t xml:space="preserve">[49:19] </w:t>
      </w:r>
      <w:r>
        <w:t>. yaani har baar naye farishte aate hain. 70000. aap tasawwur kariye. aur phir uske baad rasoolullah farmate hain ki suma utit banai min khamar wani min laban wani min asal.</w:t>
      </w:r>
    </w:p>
    <w:p>
      <w:pPr>
        <w:jc w:val="right"/>
      </w:pPr>
      <w:r>
        <w:t>। यानी हर बार नए फरिश्ते आते हैं। 70000। आप तसव्वुर करिए। और फिर उसके बाद रसूलल्लाह फरमाते हैं कि सुमा उतीत बनाई मिन खमर वनाई मिन लबन वनाई मिन असल।</w:t>
      </w:r>
    </w:p>
    <w:p>
      <w:r>
        <w:rPr>
          <w:b/>
        </w:rPr>
        <w:t xml:space="preserve">[49:35] </w:t>
      </w:r>
      <w:r>
        <w:t>then a bowl of wine and bowl of milk and a bowl of honey was brought to me. and i i akht albana. i took the milk. to jibreel ne kaha, fakala. jibreel said, "ya al fitrat ata aliha wa ummat. ummat.</w:t>
      </w:r>
    </w:p>
    <w:p>
      <w:pPr>
        <w:jc w:val="right"/>
      </w:pPr>
      <w:r>
        <w:t>देन अ बोल ऑफ वाइन एंड बोल ऑफ मिल्क एंड अ बोल ऑफ हनी वाज ब्रॉट टू मी। एंड आई आई अखत अलबना। आई टूक द मिल्क। तो जिब्रील ने कहा, फकाला। जिब्रील सेड, "या अल फितरत अता अलीहा व उम्मत। उम्मत।</w:t>
      </w:r>
    </w:p>
    <w:p>
      <w:r>
        <w:rPr>
          <w:b/>
        </w:rPr>
        <w:t xml:space="preserve">[49:58] </w:t>
      </w:r>
      <w:r>
        <w:t>i took milk and jibreel remarked that you are on on the nature and your ummat is also on it." suma fajat ali salawa kham salat kul yomin. then 50 prayers r enjoined upon me. 50 times every day. ji, to jab wapas guzre to fajat farat</w:t>
      </w:r>
    </w:p>
    <w:p>
      <w:pPr>
        <w:jc w:val="right"/>
      </w:pPr>
      <w:r>
        <w:t>आई टूक मिल्क एंड जिब्रील रिमार्क्ड दैट यू आर ऑन ऑन द नेचर एंड योर उम्मत इज आल्सो ऑन इट।" सुमा फजत अली सलावा खम सलात कुल योमिन। देन 50 प्रेयर्स र एंजॉयड अपॉन मी। 50 टाइम्स एवरी डे। जी, तो जब वापस गुजरे तो फजत फरत</w:t>
      </w:r>
    </w:p>
    <w:p>
      <w:r>
        <w:rPr>
          <w:b/>
        </w:rPr>
        <w:t xml:space="preserve">[50:26] </w:t>
      </w:r>
      <w:r>
        <w:t>ala musa. when i return. i pass by moses. yaani moses ne kaha, "what you have been enjoined? what order god give you?" to unhone kaha ki 50 namaz ka hukam diya Allah taala ne har roz. to kala, "inna ummat ka la tasta kham salat kul yomin." ki tumhari jo ummat hai, 50 namaz nahi padh sakti ek</w:t>
      </w:r>
    </w:p>
    <w:p>
      <w:pPr>
        <w:jc w:val="right"/>
      </w:pPr>
      <w:r>
        <w:t>अला मूसा। न आई रिटर्न। आई पास बाय मोजेस। यानी मोजेस ने कहा, "व्हाट यू हैव बीन एंजॉयड? व्हाट ऑर्डर गॉड गिव यू?" तो उन्होंने कहा कि 50 नमाज का हुकम दिया अल्लाह ताला ने हर रोज। तो काला, "इन्ना उम्मत का ला तस्ती खम सलात कुल योमिन।" कि तुम्हारी जो उम्मत है, 50 नमाज नहीं पढ़ सकती एक</w:t>
      </w:r>
    </w:p>
    <w:p>
      <w:r>
        <w:rPr>
          <w:b/>
        </w:rPr>
        <w:t xml:space="preserve">[50:51] </w:t>
      </w:r>
      <w:r>
        <w:t>din mein. maine, maine, maine wani wallah qad jarab anas qabal. maine bani israel ke sath tajurba kiya hai. hum to tum jao wapas aur kam karao. ji,</w:t>
      </w:r>
    </w:p>
    <w:p>
      <w:pPr>
        <w:jc w:val="right"/>
      </w:pPr>
      <w:r>
        <w:t>दिन में। मैंने, मैंने, मैंने वनी वल्लाह कद जरब अनास कबल। मैंने बनी इसराइल के साथ तजुर्बा किया है। हम तो तुम जाओ वापस और कम कराओ। जी,</w:t>
      </w:r>
    </w:p>
    <w:p>
      <w:r>
        <w:rPr>
          <w:b/>
        </w:rPr>
        <w:t xml:space="preserve">[51:05] </w:t>
      </w:r>
      <w:r>
        <w:t>to fajat fawani ashar. to main wapas gaya aur Allah taala se kaha ki bahut zyada hai, kam kar de. to 10 kam kar di, 40</w:t>
      </w:r>
    </w:p>
    <w:p>
      <w:pPr>
        <w:jc w:val="right"/>
      </w:pPr>
      <w:r>
        <w:t>तो फजत फव अनी अशर। तो मैं वापस गया और अल्लाह ताला से कहा कि बहुत ज्यादा है, कम कर दे। तो 10 कम कर दी, 40</w:t>
      </w:r>
    </w:p>
    <w:p>
      <w:r>
        <w:rPr>
          <w:b/>
        </w:rPr>
        <w:t xml:space="preserve">[51:16] </w:t>
      </w:r>
      <w:r>
        <w:t>kam kar di. phir wapas aaye. phir unhone musa al salam ne kaha, "nahi, 40 bhi bahut zyada hai, wapas jao." phir gaye, phir 30 hui, phir 20 hui, phir phir 10 hui, phir paanch hui. paanch</w:t>
      </w:r>
    </w:p>
    <w:p>
      <w:pPr>
        <w:jc w:val="right"/>
      </w:pPr>
      <w:r>
        <w:t>कम कर दी। फिर वापस आए। फिर उन्होंने मूसा अल सलाम ने कहा, "नहीं, 40 भी बहुत ज्यादा है, वापस जाओ।" फिर गए, फिर 30 हुई, फिर 20 हुई, फिर फिर 10 हुई, फिर पांच हुई। पांच</w:t>
      </w:r>
    </w:p>
    <w:p>
      <w:r>
        <w:rPr>
          <w:b/>
        </w:rPr>
        <w:t xml:space="preserve">[51:27] </w:t>
      </w:r>
      <w:r>
        <w:t>hui. To jab panch ho gayi, to phir aaye, "Fakala, bama umar kul umar kham salat kul yomin."</w:t>
      </w:r>
    </w:p>
    <w:p>
      <w:pPr>
        <w:jc w:val="right"/>
      </w:pPr>
      <w:r>
        <w:t>हुई। तो जब पांच हो गई, तो फिर आए, "फकाला, बमा उमर कुल उमर खम सलात कुल योमिन।"</w:t>
      </w:r>
    </w:p>
    <w:p>
      <w:r>
        <w:rPr>
          <w:b/>
        </w:rPr>
        <w:t xml:space="preserve">[51:34] </w:t>
      </w:r>
      <w:r>
        <w:t>ki I am order to pray five prayers every day.</w:t>
      </w:r>
    </w:p>
    <w:p>
      <w:pPr>
        <w:jc w:val="right"/>
      </w:pPr>
      <w:r>
        <w:t>कि आई एम ऑर्डर टू प्रे फाइव प्रेयर्स एवरी डे।</w:t>
      </w:r>
    </w:p>
    <w:p>
      <w:r>
        <w:rPr>
          <w:b/>
        </w:rPr>
        <w:t xml:space="preserve">[51:39] </w:t>
      </w:r>
      <w:r>
        <w:t>To Musa al salam ne kaha ke yeh bhi zyada hai.</w:t>
      </w:r>
    </w:p>
    <w:p>
      <w:pPr>
        <w:jc w:val="right"/>
      </w:pPr>
      <w:r>
        <w:t>तो मूसा अल सलाम ने कहा कि यह भी ज्यादा है।</w:t>
      </w:r>
    </w:p>
    <w:p>
      <w:r>
        <w:rPr>
          <w:b/>
        </w:rPr>
        <w:t xml:space="preserve">[51:42] </w:t>
      </w:r>
      <w:r>
        <w:t>Mere khayal se wo chahte the teen ho jaye.</w:t>
      </w:r>
    </w:p>
    <w:p>
      <w:pPr>
        <w:jc w:val="right"/>
      </w:pPr>
      <w:r>
        <w:t>मेरे ख्याल से वो चाहते थे तीन हो जाए।</w:t>
      </w:r>
    </w:p>
    <w:p>
      <w:r>
        <w:rPr>
          <w:b/>
        </w:rPr>
        <w:t xml:space="preserve">[51:44] </w:t>
      </w:r>
      <w:r>
        <w:t>Ji, to Musa al salam ne kaha, "Yeh bhi zyada hai, jao ab kam kara ke aao."</w:t>
      </w:r>
    </w:p>
    <w:p>
      <w:pPr>
        <w:jc w:val="right"/>
      </w:pPr>
      <w:r>
        <w:t>जी, तो मूसा अल सलाम ने कहा, "यह भी ज्यादा है, जाओ अब कम करा के आओ।"</w:t>
      </w:r>
    </w:p>
    <w:p>
      <w:r>
        <w:rPr>
          <w:b/>
        </w:rPr>
        <w:t xml:space="preserve">[51:49] </w:t>
      </w:r>
      <w:r>
        <w:t>To Rasoolullah ne kaha, "Mujhe bohat sharm aa rahi hai.</w:t>
      </w:r>
    </w:p>
    <w:p>
      <w:pPr>
        <w:jc w:val="right"/>
      </w:pPr>
      <w:r>
        <w:t>तो रसूलल्लाह ने कहा, "मुझे बहुत शर्म आ रही है।</w:t>
      </w:r>
    </w:p>
    <w:p>
      <w:r>
        <w:rPr>
          <w:b/>
        </w:rPr>
        <w:t xml:space="preserve">[51:51] </w:t>
      </w:r>
      <w:r>
        <w:t>Ab main bar bar ja ke kam karwa ke aa chuka hoon.</w:t>
      </w:r>
    </w:p>
    <w:p>
      <w:pPr>
        <w:jc w:val="right"/>
      </w:pPr>
      <w:r>
        <w:t>अब मैं बार-बार जाके कम करवा के आ चुका हूं।</w:t>
      </w:r>
    </w:p>
    <w:p>
      <w:r>
        <w:rPr>
          <w:b/>
        </w:rPr>
        <w:t xml:space="preserve">[51:55] </w:t>
      </w:r>
      <w:r>
        <w:t>Ab main isi ko maan leta hoon."</w:t>
      </w:r>
    </w:p>
    <w:p>
      <w:pPr>
        <w:jc w:val="right"/>
      </w:pPr>
      <w:r>
        <w:t>अब मैं इसी को मान लेता हूं।"</w:t>
      </w:r>
    </w:p>
    <w:p>
      <w:r>
        <w:rPr>
          <w:b/>
        </w:rPr>
        <w:t xml:space="preserve">[51:57] </w:t>
      </w:r>
      <w:r>
        <w:t>Ji,</w:t>
      </w:r>
    </w:p>
    <w:p>
      <w:pPr>
        <w:jc w:val="right"/>
      </w:pPr>
      <w:r>
        <w:t>जी,</w:t>
      </w:r>
    </w:p>
    <w:p>
      <w:r>
        <w:rPr>
          <w:b/>
        </w:rPr>
        <w:t xml:space="preserve">[51:58] </w:t>
      </w:r>
      <w:r>
        <w:t>to phir rasoolullah ne usko phir dobara nahi gaye. aur phir jab nikal rahe the wahan se, "kala, falma javast nada munadin amj farij</w:t>
      </w:r>
    </w:p>
    <w:p>
      <w:pPr>
        <w:jc w:val="right"/>
      </w:pPr>
      <w:r>
        <w:t>तो फिर रसूलल्लाह ने उसको फिर दोबारा नहीं गए। और फिर जब निकल रहे थे वहां से, "काला, फलमा जावस्त नादा मुनादिन अमज फरीज</w:t>
      </w:r>
    </w:p>
    <w:p>
      <w:r>
        <w:rPr>
          <w:b/>
        </w:rPr>
        <w:t xml:space="preserve">[52:16] </w:t>
      </w:r>
      <w:r>
        <w:t>wa khaf an badi."</w:t>
      </w:r>
    </w:p>
    <w:p>
      <w:pPr>
        <w:jc w:val="right"/>
      </w:pPr>
      <w:r>
        <w:t>व खफ अन बादी।"</w:t>
      </w:r>
    </w:p>
    <w:p>
      <w:r>
        <w:rPr>
          <w:b/>
        </w:rPr>
        <w:t xml:space="preserve">[52:20] </w:t>
      </w:r>
      <w:r>
        <w:t>when i left. i heard a voice saying, "i have passed my order and have lessen the burden on my servants." masha Allah. to is tarah se yeh safar pura ho gaya aur rasoolullah wapas makka aa gaye. ji,</w:t>
      </w:r>
    </w:p>
    <w:p>
      <w:pPr>
        <w:jc w:val="right"/>
      </w:pPr>
      <w:r>
        <w:t>न आई लेफ्ट। आई हर्ड अ वॉइस सेइंग, "आई हैव पास्ड माय ऑर्डर एंड हैव लेसन द बर्डन ऑन माय सर्वेंट्स।" माशाल्लाह। तो इस तरह से यह सफर पूरा हो गया और रसूलल्लाह वापस मक्का आ गए। जी,</w:t>
      </w:r>
    </w:p>
    <w:p>
      <w:r>
        <w:rPr>
          <w:b/>
        </w:rPr>
        <w:t xml:space="preserve">[52:40] </w:t>
      </w:r>
      <w:r>
        <w:t>to jab kaba mein baithe hue the aur soch rahe the ki yeh safar kaisa uske bare mein, to abu lahab guzra.</w:t>
      </w:r>
    </w:p>
    <w:p>
      <w:pPr>
        <w:jc w:val="right"/>
      </w:pPr>
      <w:r>
        <w:t>तो जब काबा में बैठे हुए थे और सोच रहे थे कि यह सफर कैसा उसके बारे में, तो अबू लहब गुजरा।</w:t>
      </w:r>
    </w:p>
    <w:p>
      <w:r>
        <w:rPr>
          <w:b/>
        </w:rPr>
        <w:t xml:space="preserve">[52:49] </w:t>
      </w:r>
      <w:r>
        <w:t>to abu lahab ne dekha ki rasool baithe hue hain aur soch rahe hain. to poocha, "kya baat hai, sab theek hai?" to unhone kaha ki "i visited jerusalem last night hum and i have returned." to wo mazak udane laga aur sabko bulane laga, "kam ya maash fala fala." sabko bulane laga. to saare log ikattha ho gaye. to abu lahab ne kaha ki "can you repeat what you have said to me earlier rasoolullah se?" to rasoolullah ne wahi baat kahi ki "i visited jerusalem last night hum.</w:t>
      </w:r>
    </w:p>
    <w:p>
      <w:pPr>
        <w:jc w:val="right"/>
      </w:pPr>
      <w:r>
        <w:t>तो अबू लहब ने देखा कि रसूल बैठे हुए हैं और सोच रहे हैं। तो पूछा, "क्या बात है, सबठीक है?" तो उन्होंने कहा कि "आई विजिटेड जेरूसलम लास्ट नाइट हम एंड आई हैव रिटर्न।" तो वो मजाक उड़ाने लगा और सबको बुलाने लगा, "कम या माश फला फला।" सबको बुलाने लगा। तो सारे लोग इकट्ठा हो गए। तो अबू लहब ने कहा कि "कैन यू रिपीट व्हाट यू हैव सेड टू मी अर्लिया रसूलल्लाह से?" तो रसूलल्लाह ने वही बात कही कि "आई विजिटेड जेरूसलम लास्ट नाइट हम।</w:t>
      </w:r>
    </w:p>
    <w:p>
      <w:r>
        <w:rPr>
          <w:b/>
        </w:rPr>
        <w:t xml:space="preserve">[53:19] </w:t>
      </w:r>
      <w:r>
        <w:t>" To wo aur sab mazak udane lage.</w:t>
      </w:r>
    </w:p>
    <w:p>
      <w:pPr>
        <w:jc w:val="right"/>
      </w:pPr>
      <w:r>
        <w:t>" तो वो और सब मजाक उड़ाने लगे।</w:t>
      </w:r>
    </w:p>
    <w:p>
      <w:r>
        <w:rPr>
          <w:b/>
        </w:rPr>
        <w:t xml:space="preserve">[53:21] </w:t>
      </w:r>
      <w:r>
        <w:t>جی، تو ان میں سے ایک نے کہا کہ "Can you describe Baitul Maqdis for me?"</w:t>
      </w:r>
    </w:p>
    <w:p>
      <w:pPr>
        <w:jc w:val="right"/>
      </w:pPr>
      <w:r>
        <w:t>जी, तो उनमें से एक ने कहा कि "कैन यू डिस्क्राइब बैतुल मकदिस फॉर मी?"</w:t>
      </w:r>
    </w:p>
    <w:p>
      <w:r>
        <w:rPr>
          <w:b/>
        </w:rPr>
        <w:t xml:space="preserve">[53:26] </w:t>
      </w:r>
      <w:r>
        <w:t>Hum to Rasoolullah ne kaha, "Yes."</w:t>
      </w:r>
    </w:p>
    <w:p>
      <w:pPr>
        <w:jc w:val="right"/>
      </w:pPr>
      <w:r>
        <w:t>हम तो रसूलल्लाह ने कहा, "यस।"</w:t>
      </w:r>
    </w:p>
    <w:p>
      <w:r>
        <w:rPr>
          <w:b/>
        </w:rPr>
        <w:t xml:space="preserve">[53:29] </w:t>
      </w:r>
      <w:r>
        <w:t>To Rasoolullah ne us batana shuru kiya ke aisa tha, waisa tha.</w:t>
      </w:r>
    </w:p>
    <w:p>
      <w:pPr>
        <w:jc w:val="right"/>
      </w:pPr>
      <w:r>
        <w:t>तो रसूलल्लाह ने उस बताना शुरू किया कि ऐसा था, वैसा था।</w:t>
      </w:r>
    </w:p>
    <w:p>
      <w:r>
        <w:rPr>
          <w:b/>
        </w:rPr>
        <w:t xml:space="preserve">[53:33] </w:t>
      </w:r>
      <w:r>
        <w:t>To wo shakhs ja chuka tha pehle.</w:t>
      </w:r>
    </w:p>
    <w:p>
      <w:pPr>
        <w:jc w:val="right"/>
      </w:pPr>
      <w:r>
        <w:t>तो वो शख्स जा चुका था पहले।</w:t>
      </w:r>
    </w:p>
    <w:p>
      <w:r>
        <w:rPr>
          <w:b/>
        </w:rPr>
        <w:t xml:space="preserve">[53:36] </w:t>
      </w:r>
      <w:r>
        <w:t>Ji, to wo bohat hi specific cheezein poochne laga ke wo pillar kaisa hai, wo stone kaisa hai,</w:t>
      </w:r>
    </w:p>
    <w:p>
      <w:pPr>
        <w:jc w:val="right"/>
      </w:pPr>
      <w:r>
        <w:t>जी, तो वो बहुत ही स्पेसिफिक चीजें पूछने लगा कि वो पिलर कैसा है, वो स्टोन कैसा है,</w:t>
      </w:r>
    </w:p>
    <w:p>
      <w:r>
        <w:rPr>
          <w:b/>
        </w:rPr>
        <w:t xml:space="preserve">[53:42] </w:t>
      </w:r>
      <w:r>
        <w:t>aur wo kaisa.</w:t>
      </w:r>
    </w:p>
    <w:p>
      <w:pPr>
        <w:jc w:val="right"/>
      </w:pPr>
      <w:r>
        <w:t>और वो कैसा।</w:t>
      </w:r>
    </w:p>
    <w:p>
      <w:r>
        <w:rPr>
          <w:b/>
        </w:rPr>
        <w:t xml:space="preserve">[53:43] </w:t>
      </w:r>
      <w:r>
        <w:t>To prophet bata nahi sake.</w:t>
      </w:r>
    </w:p>
    <w:p>
      <w:pPr>
        <w:jc w:val="right"/>
      </w:pPr>
      <w:r>
        <w:t>तो प्रोफेट बता नहीं सके।</w:t>
      </w:r>
    </w:p>
    <w:p>
      <w:r>
        <w:rPr>
          <w:b/>
        </w:rPr>
        <w:t xml:space="preserve">[53:45] </w:t>
      </w:r>
      <w:r>
        <w:t>Itne gaur se nahi dekha tha.</w:t>
      </w:r>
    </w:p>
    <w:p>
      <w:pPr>
        <w:jc w:val="right"/>
      </w:pPr>
      <w:r>
        <w:t>इतने गौर से नहीं देखा था।</w:t>
      </w:r>
    </w:p>
    <w:p>
      <w:r>
        <w:rPr>
          <w:b/>
        </w:rPr>
        <w:t xml:space="preserve">[53:46] </w:t>
      </w:r>
      <w:r>
        <w:t>Ji, to Rasoolullah kehte hain ke "Main poori zindagi mein kabhi itna pareshan nahi hua jitna is is</w:t>
      </w:r>
    </w:p>
    <w:p>
      <w:pPr>
        <w:jc w:val="right"/>
      </w:pPr>
      <w:r>
        <w:t>जी, तो रसूलल्लाह कहते हैं कि "मैं पूरी जिंदगी में कभी इतना परेशान नहीं हुआ जितना इस इस</w:t>
      </w:r>
    </w:p>
    <w:p>
      <w:r>
        <w:rPr>
          <w:b/>
        </w:rPr>
        <w:t xml:space="preserve">[53:51] </w:t>
      </w:r>
      <w:r>
        <w:t>waqt par</w:t>
      </w:r>
    </w:p>
    <w:p>
      <w:pPr>
        <w:jc w:val="right"/>
      </w:pPr>
      <w:r>
        <w:t>वक्त पर</w:t>
      </w:r>
    </w:p>
    <w:p>
      <w:r>
        <w:rPr>
          <w:b/>
        </w:rPr>
        <w:t xml:space="preserve">[53:52] </w:t>
      </w:r>
      <w:r>
        <w:t>pareshan hua ke main bata nahi paya."</w:t>
      </w:r>
    </w:p>
    <w:p>
      <w:pPr>
        <w:jc w:val="right"/>
      </w:pPr>
      <w:r>
        <w:t>ेशान हुआ कि मैं बता नहीं पाया।"</w:t>
      </w:r>
    </w:p>
    <w:p>
      <w:r>
        <w:rPr>
          <w:b/>
        </w:rPr>
        <w:t xml:space="preserve">[53:54] </w:t>
      </w:r>
      <w:r>
        <w:t>Ji, to ek ajeeb baat yeh hui ke Allah taala ne ek moajze ke tehat Baitul Maqdis ko</w:t>
      </w:r>
    </w:p>
    <w:p>
      <w:pPr>
        <w:jc w:val="right"/>
      </w:pPr>
      <w:r>
        <w:t>जी, तो एक अजीब बात यह हुई कि अल्लाह ताला ने एक मोजजे के तहत बैतुल मकदिस को</w:t>
      </w:r>
    </w:p>
    <w:p>
      <w:r>
        <w:rPr>
          <w:b/>
        </w:rPr>
        <w:t xml:space="preserve">[54:00] </w:t>
      </w:r>
      <w:r>
        <w:t>Rasoolullah ke samne lakar rakh diya.</w:t>
      </w:r>
    </w:p>
    <w:p>
      <w:pPr>
        <w:jc w:val="right"/>
      </w:pPr>
      <w:r>
        <w:t>रसूलल्लाह के सामने लाकर रख दिया।</w:t>
      </w:r>
    </w:p>
    <w:p>
      <w:r>
        <w:rPr>
          <w:b/>
        </w:rPr>
        <w:t xml:space="preserve">[54:02] </w:t>
      </w:r>
      <w:r>
        <w:t>ہم in front of his eyes and he was seeing it and telling.</w:t>
      </w:r>
    </w:p>
    <w:p>
      <w:pPr>
        <w:jc w:val="right"/>
      </w:pPr>
      <w:r>
        <w:t>हम इन फ्रंट ऑफ हिज आइज एंड ही वाज सीइंग इट एंड टेलिंग।</w:t>
      </w:r>
    </w:p>
    <w:p>
      <w:r>
        <w:rPr>
          <w:b/>
        </w:rPr>
        <w:t xml:space="preserve">[54:06] </w:t>
      </w:r>
      <w:r>
        <w:t>Jo bhi pooch raha tha, ek ek cheez batate rahe.</w:t>
      </w:r>
    </w:p>
    <w:p>
      <w:pPr>
        <w:jc w:val="right"/>
      </w:pPr>
      <w:r>
        <w:t>जो भी पूछ रहा था, एक-एक चीज बताते रहे।</w:t>
      </w:r>
    </w:p>
    <w:p>
      <w:r>
        <w:rPr>
          <w:b/>
        </w:rPr>
        <w:t xml:space="preserve">[54:10] </w:t>
      </w:r>
      <w:r>
        <w:t>Every stone, every pillar, every corner batate rahe.</w:t>
      </w:r>
    </w:p>
    <w:p>
      <w:pPr>
        <w:jc w:val="right"/>
      </w:pPr>
      <w:r>
        <w:t>एवरी स्टोन, एवरी पिलर, एवरी कॉर्नर बताते रहे।</w:t>
      </w:r>
    </w:p>
    <w:p>
      <w:r>
        <w:rPr>
          <w:b/>
        </w:rPr>
        <w:t xml:space="preserve">[54:14] </w:t>
      </w:r>
      <w:r>
        <w:t>तो उसने कहा लास्ट में कि "As for the description of the Baitul Muqaddas is concerned, he is</w:t>
      </w:r>
    </w:p>
    <w:p>
      <w:pPr>
        <w:jc w:val="right"/>
      </w:pPr>
      <w:r>
        <w:t>तो उसने कहा लास्ट में कि "एस फॉर द डिस्क्रिप्शन ऑफ दी बैतुल मकदिस इज कंसर्न, ही इज</w:t>
      </w:r>
    </w:p>
    <w:p>
      <w:r>
        <w:rPr>
          <w:b/>
        </w:rPr>
        <w:t xml:space="preserve">[54:21] </w:t>
      </w:r>
      <w:r>
        <w:t>Absolute right." Masha</w:t>
      </w:r>
    </w:p>
    <w:p>
      <w:pPr>
        <w:jc w:val="right"/>
      </w:pPr>
      <w:r>
        <w:t>एब्सलूट राइट।" माशा</w:t>
      </w:r>
    </w:p>
    <w:p>
      <w:r>
        <w:rPr>
          <w:b/>
        </w:rPr>
        <w:t xml:space="preserve">[54:23] </w:t>
      </w:r>
      <w:r>
        <w:t>allah. lekin uske bawajood bhi quraish maane nahi. aur phir gaye hazrat abu bakr ke paas aur bole ki "you have heard what your companion is saying?" ji, "what did he say?" kehne laga, "he says that he went to jerusalem last night and come back. it takes 30 days for us to reach there one way." ji, to hazrat abu bakr ne kaha, "has he said that?" to unhone kaha, "yes, he has said that.</w:t>
      </w:r>
    </w:p>
    <w:p>
      <w:pPr>
        <w:jc w:val="right"/>
      </w:pPr>
      <w:r>
        <w:t>ल्लाह। लेकिन उसके बावजूद भी कुरैश माने नहीं। और फिर गए हजरत अबू बकर के पास और बोले कि "आपने हैव यू हर्ड व्हाट योर कंपेन इज सेइंग?" जी, "व्हाट डिड ही से?" कहने लगा, "ही सेज दैट ही वेंट टू जेरूसलम लास्ट नाइट एंड कम बैक। इट टेक्स 30 डेज फॉर अस टू रीच देयर वन वे।" जी, तो हजरत अबू बकर ने कहा, "हैज ही सेड दैट?" तो उन्होंने कहा, "यस, ही है सेड दैट</w:t>
      </w:r>
    </w:p>
    <w:p>
      <w:r>
        <w:rPr>
          <w:b/>
        </w:rPr>
        <w:t xml:space="preserve">[54:52] </w:t>
      </w:r>
      <w:r>
        <w:t>to hazrat abu bakr ne zabardast baat kahi, "wallah ila in kaana lak sadak. If he has said that, he must be true." ji, to unhon ne kaha ke "do you believe in him?" ji, to hazrat abu bakr ne kaha, "yes, i believe in him and i believe in something greater than that. i believe that he receives communication from god. he is in communication with god</w:t>
      </w:r>
    </w:p>
    <w:p>
      <w:pPr>
        <w:jc w:val="right"/>
      </w:pPr>
      <w:r>
        <w:t>।" तो हजरत अबू बकर ने जबरदस्त बात कही, "वल्लाह इला इन काना लक सदक। इफ ही हैज सेड दैट, ही मस्ट बी ट्रू।" जी, तो उन्होंने कहा कि "डू यू बिलीव इन हिम?" जी, तो हजरत अबू बकर ने कहा, "यस, आई बिलीव इन हिम एंड आई बिलीव इन समथिंग ग्रेटर देन दैट। आई बिलीव दैट ही रिसीव कम्युनिकेशन फ्रॉम गॉड। ही इज इन कम्युनिकेशन विद गॉ</w:t>
      </w:r>
    </w:p>
    <w:p>
      <w:r>
        <w:rPr>
          <w:b/>
        </w:rPr>
        <w:t xml:space="preserve">[55:20] </w:t>
      </w:r>
      <w:r>
        <w:t>d. he is, he is god is saying his revelations to him. yani agar if you believe that he is in prophet is in communication with god, everything is understandable." to isi wajah se rasoolullah ne hazrat abu bakr ko as siddiq ka khitab diya tha, "one who testify the faith.</w:t>
      </w:r>
    </w:p>
    <w:p>
      <w:pPr>
        <w:jc w:val="right"/>
      </w:pPr>
      <w:r>
        <w:t>ड। ही इज, ही इज गॉड इज सेइंग हिज रेवलेशंस टू हिम। यानी अगर इफ यू बिलीव दैट ही इज इन प्रोफेट इज इन कम्युनिकेशन विद गॉड, एवरीथिंग इज अंडरस्टैंडेबल।" तो इसी वजह से रसूलल्लाह ने हजरत अबू बकर को अस सिद्दीक का खिताब दिया था, "वन हु टेस्टिफाई द फेथ।</w:t>
      </w:r>
    </w:p>
    <w:p>
      <w:r>
        <w:rPr>
          <w:b/>
        </w:rPr>
        <w:t xml:space="preserve">[55:44] </w:t>
      </w:r>
      <w:r>
        <w:t>" to yeh bada hi moajaz waqia tha. aur allah taala hum sab ko bhi is is moajaz safar ko samajhne ki taufeeq ata farmae. aur</w:t>
      </w:r>
    </w:p>
    <w:p>
      <w:pPr>
        <w:jc w:val="right"/>
      </w:pPr>
      <w:r>
        <w:t>" तो यह बड़ा ही मोजज वाकया था। और अल्लाह ताला हम सबको भी इस इस मोजज सफर को समझने की तौफीक अता फरमाए। और</w:t>
      </w:r>
    </w:p>
    <w:p>
      <w:r>
        <w:rPr>
          <w:b/>
        </w:rPr>
        <w:t xml:space="preserve">[56:06] </w:t>
      </w:r>
      <w:r>
        <w:t>hum dua karte hain ke hum sahi maanon mein is ko samajh sakein aur is ki jo dawati spirit hai, us ko samajh sakein. aur allah taala hamare kaam ko bhi ek dawati meraj bana de</w:t>
      </w:r>
    </w:p>
    <w:p>
      <w:pPr>
        <w:jc w:val="right"/>
      </w:pPr>
      <w:r>
        <w:t>हम दुआ करते हैं कि हम सही मानों में इसको समझ सके और इसकी जो दावती स्पिरिट है, उसको समझ सके। और अल्लाह ताला हमारे काम को भी एक दावती मेराज बना दे</w:t>
      </w:r>
    </w:p>
    <w:p>
      <w:r>
        <w:rPr>
          <w:b/>
        </w:rPr>
        <w:t xml:space="preserve">[56:17] </w:t>
      </w:r>
      <w:r>
        <w:t>, inshallah. rabbana taqbal minna, inna ka samiyul aleem. wa tub alayna, innaka antat tawwabur raheem. wasallallahu taala ala khair khalqihi mohammadin wa ala aalihi wasahbihi ajmaeen, ya raheem. ji,</w:t>
      </w:r>
    </w:p>
    <w:p>
      <w:pPr>
        <w:jc w:val="right"/>
      </w:pPr>
      <w:r>
        <w:t>, इंशाल्लाह। रब्बना तकबल मना, इक अंसमी अल अलीम वतुब अलीना, इक तवाब रहीम। वसल्लल्लाह ताला अला खैर खलक मोहम्मद वाला आली वसाबी अजम यार रहीम। जी,</w:t>
      </w:r>
    </w:p>
    <w:p>
      <w:r>
        <w:rPr>
          <w:b/>
        </w:rPr>
        <w:t xml:space="preserve">[56:31] </w:t>
      </w:r>
      <w:r>
        <w:t>alhamdulillah. doctor sahib, bahut hi achhe se aap ne ishra aur meraj ke subject ko waz kiya, but i am sure doctor sahib, there will be many more spiritual lessons still left. and therefore, we look forward to your second part of this topic, inshallah soon. so, with this, we will end today session. we will be back next sunday 10:30 am. thank you.</w:t>
      </w:r>
    </w:p>
    <w:p>
      <w:pPr>
        <w:jc w:val="right"/>
      </w:pPr>
      <w:r>
        <w:t>अल्हम्दुलिल्लाह। डॉक्टर साहब, बहुत ही अच्छे से आपने इसरा और मेराज के सब्जेक्ट को वाज किया, बट आई एम श्योर डॉक्टर साहब, देर बी मेनी मोर स्पिरिचुअल लेसंस स्टिल लेफ्ट। एंड देयर फॉर, वी लुक फॉरवर्ड टू योर सेकंड पार्ट ऑफ दिस टॉपिक, इंशाल्लाह सून। सो, विद दिस, वी विल एंड टुडे सेशन। वी विल बी बैक नेक्स्ट संडे 10:30 एम। थैंक 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