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Develop Pratical Wisdom May 5, 2024</w:t>
      </w:r>
    </w:p>
    <w:p>
      <w:r>
        <w:t>https://youtu.be/QIKxtH-MyMM</w:t>
      </w:r>
    </w:p>
    <w:p>
      <w:r>
        <w:rPr>
          <w:b/>
        </w:rPr>
        <w:t xml:space="preserve">[00:10] </w:t>
      </w:r>
      <w:r>
        <w:t>assalam o alaikum. today we will have a conversation with professor farida khanum on the subject "how to develop practical wisdom." wisdom is the key to success and happiness; it is the greatest asset of every man and woman.</w:t>
      </w:r>
    </w:p>
    <w:p>
      <w:pPr>
        <w:jc w:val="right"/>
      </w:pPr>
      <w:r>
        <w:t>السلام علیکم۔ Today we will have a conversation with Professor Farida Khanum on the subject "How to Develop Practical Wisdom." Wisdom is the key to success and happiness; it is the greatest asset of every man and woman.</w:t>
      </w:r>
    </w:p>
    <w:p>
      <w:r>
        <w:rPr>
          <w:b/>
        </w:rPr>
        <w:t xml:space="preserve">[00:27] </w:t>
      </w:r>
      <w:r>
        <w:t>we can say that wisdom is the ability to sort the relevant from the irrelevant.</w:t>
      </w:r>
    </w:p>
    <w:p>
      <w:pPr>
        <w:jc w:val="right"/>
      </w:pPr>
      <w:r>
        <w:t>We can say that wisdom is the ability to sort the relevant from the irrelevant.</w:t>
      </w:r>
    </w:p>
    <w:p>
      <w:r>
        <w:rPr>
          <w:b/>
        </w:rPr>
        <w:t xml:space="preserve">[00:35] </w:t>
      </w:r>
      <w:r>
        <w:t>just as a healthy body gives physical energy, similarly a healthy mind gives wisdom, but the only way to develop practical wisdom is through a positive mindset.</w:t>
      </w:r>
    </w:p>
    <w:p>
      <w:pPr>
        <w:jc w:val="right"/>
      </w:pPr>
      <w:r>
        <w:t>Just as a healthy body gives physical energy, similarly a healthy mind gives wisdom, but the only way to develop practical wisdom is through a positive mindset.</w:t>
      </w:r>
    </w:p>
    <w:p>
      <w:r>
        <w:rPr>
          <w:b/>
        </w:rPr>
        <w:t xml:space="preserve">[00:47] </w:t>
      </w:r>
      <w:r>
        <w:t>but in life, we face many difficulties, challenges, problems, and the only way to deal with such unwanted situations is by developing practical wisdom.</w:t>
      </w:r>
    </w:p>
    <w:p>
      <w:pPr>
        <w:jc w:val="right"/>
      </w:pPr>
      <w:r>
        <w:t>But in life, we face many difficulties, challenges, problems, and the only way to deal with such unwanted situations is by developing practical wisdom.</w:t>
      </w:r>
    </w:p>
    <w:p>
      <w:r>
        <w:rPr>
          <w:b/>
        </w:rPr>
        <w:t xml:space="preserve">[00:59] </w:t>
      </w:r>
      <w:r>
        <w:t>to chaliye aaj is important mauzu par charcha karte hain, farida aap ke sath. assalam o alaikum, apa kaisi hain</w:t>
      </w:r>
    </w:p>
    <w:p>
      <w:pPr>
        <w:jc w:val="right"/>
      </w:pPr>
      <w:r>
        <w:t>तो चलिए आज इस इंपॉर्टेंट मौजू पर चर्चा करते हैं, फरीदा आप के साथ। अस्सलाम वालेकुम, आपा कैसी हैं</w:t>
      </w:r>
    </w:p>
    <w:p>
      <w:r>
        <w:rPr>
          <w:b/>
        </w:rPr>
        <w:t xml:space="preserve">[01:05] </w:t>
      </w:r>
      <w:r>
        <w:t>aap? wa alaikum assalam, sab khairiyat? ji apa, alhamdulillah. apa, sab se pehla mera sawal to aaj ke topic par hi hai ke "what is wisdom," us ko kaise hum define karenge, is ke bare mein aap bataein.</w:t>
      </w:r>
    </w:p>
    <w:p>
      <w:pPr>
        <w:jc w:val="right"/>
      </w:pPr>
      <w:r>
        <w:t>आप? وعلیکم السلام، سب خیریت؟ जी आपा, अल्हम्दुलिल्लाह। आपा, सबसे पहला मेरा सवाल तो आज के टॉपिक पर ही है कि "व्हाट इज विजडम," उसको कैसे हम डिफाइन करेंगे, इसके बारे में आप बताएँ।</w:t>
      </w:r>
    </w:p>
    <w:p>
      <w:r>
        <w:rPr>
          <w:b/>
        </w:rPr>
        <w:t xml:space="preserve">[01:19] </w:t>
      </w:r>
      <w:r>
        <w:t>ji, asal mein wisdom to bahut hi zaroori hai, bahut hi important hai, aur wisdom se murad hai bahut hi gehri samajh, gehri insight, sound judgment le pana.</w:t>
      </w:r>
    </w:p>
    <w:p>
      <w:pPr>
        <w:jc w:val="right"/>
      </w:pPr>
      <w:r>
        <w:t>جی، اصل میں وزڈم تو بہت ہی ضروری ہے، بہت ہی امپورٹنٹ ہے، اور وزڈم سے مراد ہے بہت ہی گہری سمجھ، گہری انسائٹ، ساؤنڈ ججمنٹ لے پانا۔</w:t>
      </w:r>
    </w:p>
    <w:p>
      <w:r>
        <w:rPr>
          <w:b/>
        </w:rPr>
        <w:t xml:space="preserve">[01:34] </w:t>
      </w:r>
      <w:r>
        <w:t>to aksar hota hai bahut zyada educated ho, experience ho, to woh us ko intelligent ho, to us ko log kehte hain bahut hi wise person hai woh.</w:t>
      </w:r>
    </w:p>
    <w:p>
      <w:pPr>
        <w:jc w:val="right"/>
      </w:pPr>
      <w:r>
        <w:t>تو اکثر ہوتا ہے بہت زیادہ ایجوکیٹڈ ہو، ایکسپیرینس ہو، تو وہ اس کو انٹیلیجنٹ ہو، تو اس کو لوگ کہتے ہیں بہت ہی وائس پرسن ہے وہ۔</w:t>
      </w:r>
    </w:p>
    <w:p>
      <w:r>
        <w:rPr>
          <w:b/>
        </w:rPr>
        <w:t xml:space="preserve">[01:45] </w:t>
      </w:r>
      <w:r>
        <w:t>lekin jo masla pesh aata hai woh hai ke practical wisdom</w:t>
      </w:r>
    </w:p>
    <w:p>
      <w:pPr>
        <w:jc w:val="right"/>
      </w:pPr>
      <w:r>
        <w:t>لیکن جو مسئلہ پیش آتا ہے وہ ہے کہ پریکٹیکل وزڈ</w:t>
      </w:r>
    </w:p>
    <w:p>
      <w:r>
        <w:rPr>
          <w:b/>
        </w:rPr>
        <w:t xml:space="preserve">[01:49] </w:t>
      </w:r>
      <w:r>
        <w:t>m, to is wisdom ko practical situation mein kaise apply karein, yeh bahut kam hota hai.</w:t>
      </w:r>
    </w:p>
    <w:p>
      <w:pPr>
        <w:jc w:val="right"/>
      </w:pPr>
      <w:r>
        <w:t>م، تو اس وزڈم کو پریکٹیکل سچویشن میں کیسے اپلائی کریں، یہ بہت کم ہوتا ہے۔</w:t>
      </w:r>
    </w:p>
    <w:p>
      <w:r>
        <w:rPr>
          <w:b/>
        </w:rPr>
        <w:t xml:space="preserve">[01:57] </w:t>
      </w:r>
      <w:r>
        <w:t>yeh to maulana sahib ne is par bahut bar bar likha hai aur bataya hai ke rasool allah sallallahu alaihi wasallam ki sari kamyabiyan isi se hui hain, practical wisdom ko gehre taur par samajhna aur us ko mauqa ba mauqa istemal karna.</w:t>
      </w:r>
    </w:p>
    <w:p>
      <w:pPr>
        <w:jc w:val="right"/>
      </w:pPr>
      <w:r>
        <w:t>یہ تو مولانا صاحب نے اس پر بہت بار بار لکھا ہے اور بتایا ہے کہ رسول اللہ صلی اللہ علیہ وسلم کی ساری کامیابیاں اسی سے ہوئی ہیں، پریکٹیکل وزڈم کو گہرے طور پر سمجھنا اور اس کو موقع بموقع استعمال کرنا۔</w:t>
      </w:r>
    </w:p>
    <w:p>
      <w:r>
        <w:rPr>
          <w:b/>
        </w:rPr>
        <w:t xml:space="preserve">[02:15] </w:t>
      </w:r>
      <w:r>
        <w:t>to wisdom jo hai woh to practical wisdom se murad yahi hai ke ilm aur tajrube ko moassar tareeqe se practical halaat mein apply karna.</w:t>
      </w:r>
    </w:p>
    <w:p>
      <w:pPr>
        <w:jc w:val="right"/>
      </w:pPr>
      <w:r>
        <w:t>تو وزڈم جو ہے وہ تو پریکٹیکل وزڈم سے مراد یہی ہے کہ علم اور تجربے کو موثر طریقے سے پریکٹیکل حالات میں اپلائی کرنا۔</w:t>
      </w:r>
    </w:p>
    <w:p>
      <w:r>
        <w:rPr>
          <w:b/>
        </w:rPr>
        <w:t xml:space="preserve">[02:27] </w:t>
      </w:r>
      <w:r>
        <w:t>to wisdom sirf aql aur information nahin hai, is mein gehri samajh duniyavi mamlaat ki hai, kyunke duniyavi mamlaat jo hote hain, worldly matters hote hain, is mein bahut zyada farq hota hai,</w:t>
      </w:r>
    </w:p>
    <w:p>
      <w:pPr>
        <w:jc w:val="right"/>
      </w:pPr>
      <w:r>
        <w:t>تو وزڈم صرف عقل اور انفارمیشن نہیں ہے، اس میں گہری سمجھ دنیاوی معاملات کی ہے، کیونکہ دنیاوی معاملات جو ہوتے ہیں، ورلڈلی میٹرز ہوتے ہیں، اس میں بہت زیادہ فرق ہوتا ہے،</w:t>
      </w:r>
    </w:p>
    <w:p>
      <w:r>
        <w:rPr>
          <w:b/>
        </w:rPr>
        <w:t xml:space="preserve">[02:42] </w:t>
      </w:r>
      <w:r>
        <w:t>har situation mein farq hota hai. to is situation ke hisab se wisdom ke usoolon ko apply karna parta hai.</w:t>
      </w:r>
    </w:p>
    <w:p>
      <w:pPr>
        <w:jc w:val="right"/>
      </w:pPr>
      <w:r>
        <w:t>ہر سچویشن میں فرق ہوتا ہے۔ تو اس سچویشن کے حساب سے وزڈم کے اصولوں کو اپلائی کرنا پڑتا ہے۔</w:t>
      </w:r>
    </w:p>
    <w:p>
      <w:r>
        <w:rPr>
          <w:b/>
        </w:rPr>
        <w:t xml:space="preserve">[02:52] </w:t>
      </w:r>
      <w:r>
        <w:t>to lekin ek cheez hai jo ke greek philosophers ne bhi kaha ke wisdom ko hasil karne ke liye humility bahut zaroori hai, kyunke agar humility hamare andar hogi to hamare andar openness hogi, har ek se hum learning kar paayenge.</w:t>
      </w:r>
    </w:p>
    <w:p>
      <w:pPr>
        <w:jc w:val="right"/>
      </w:pPr>
      <w:r>
        <w:t>تو لیکن ایک چیز ہے جو کہ گریک فلاسفرز نے بھی کہا کہ وزڈم کو حاصل کرنے کے لیے ہیومیلٹی بہت ضروری ہے، کیونکہ اگر ہیومیلٹی ہمارے اندر ہوگی تو ہمارے اندر اوپننس ہوگی، ہر ایک سے ہم لرننگ کر پائیں گے۔</w:t>
      </w:r>
    </w:p>
    <w:p>
      <w:r>
        <w:rPr>
          <w:b/>
        </w:rPr>
        <w:t xml:space="preserve">[03:09] </w:t>
      </w:r>
      <w:r>
        <w:t>kahin bhi hamein wisdom ki koi baat milegi to hum us se learning kar lenge, kyunke hum ko woh jaisa ke hadith mein aaya hai ke "hikmat momin ka gumshuda maal hai,</w:t>
      </w:r>
    </w:p>
    <w:p>
      <w:pPr>
        <w:jc w:val="right"/>
      </w:pPr>
      <w:r>
        <w:t>کہیں بھی ہمیں وزڈم کی کوئی بات ملے گی تو ہم اس سے لرننگ کر لیں گے، کیونکہ ہم کو وہ جیسا کہ حدیث میں آیا ہے کہ "حکمت مومن کا گمشدہ مال ہے،</w:t>
      </w:r>
    </w:p>
    <w:p>
      <w:r>
        <w:rPr>
          <w:b/>
        </w:rPr>
        <w:t xml:space="preserve">[03:23] </w:t>
      </w:r>
      <w:r>
        <w:t>jahan bhi woh use paye, us ko ikattha kar le." to kahin bhi hikmat mile to agar aadmi ko yeh lagega ke hamein to sab maloom hai to phir woh le nahin payega.</w:t>
      </w:r>
    </w:p>
    <w:p>
      <w:pPr>
        <w:jc w:val="right"/>
      </w:pPr>
      <w:r>
        <w:t>جہاں بھی وہ اسے پائے، اس کو اکٹھا کر لے۔" تو کہیں بھی حکمت ملے تو اگر آدمی کو یہ لگے گا کہ ہمیں تو سب معلوم ہے تو پھر وہ لے نہیں پائے گا۔</w:t>
      </w:r>
    </w:p>
    <w:p>
      <w:r>
        <w:rPr>
          <w:b/>
        </w:rPr>
        <w:t xml:space="preserve">[03:34] </w:t>
      </w:r>
      <w:r>
        <w:t>is liye zaroori hai ke woh apne aap ko bilkul humble position mein apne aap ko rakhe taake har aise mauqe par se woh faida utha sake aur learning kar sake.</w:t>
      </w:r>
    </w:p>
    <w:p>
      <w:pPr>
        <w:jc w:val="right"/>
      </w:pPr>
      <w:r>
        <w:t>اس لیے ضروری ہے کہ وہ اپنے آپ کو بالکل ہمبل پوزیشن میں اپنے آپ کو رکھے تاکہ ہر ایسے موقع پر سے وہ فائدہ اٹھا سکے اور لرننگ کر سکے۔</w:t>
      </w:r>
    </w:p>
    <w:p>
      <w:r>
        <w:rPr>
          <w:b/>
        </w:rPr>
        <w:t xml:space="preserve">[03:47] </w:t>
      </w:r>
      <w:r>
        <w:t>to ab dekhiye jo situations hoti hain, worldly situations, har situation mein is ke kai aspects hote hain.</w:t>
      </w:r>
    </w:p>
    <w:p>
      <w:pPr>
        <w:jc w:val="right"/>
      </w:pPr>
      <w:r>
        <w:t>تو اب دیکھیے جو سچویشنز ہوتی ہیں، ورلڈلی سچویشنز، ہر سچویشن میں اس کے کئی ایسپیکٹ ہوتے ہیں۔</w:t>
      </w:r>
    </w:p>
    <w:p>
      <w:r>
        <w:rPr>
          <w:b/>
        </w:rPr>
        <w:t xml:space="preserve">[03:56] </w:t>
      </w:r>
      <w:r>
        <w:t>to bahut sare aspects jo hain woh irrelevant hote hain</w:t>
      </w:r>
    </w:p>
    <w:p>
      <w:pPr>
        <w:jc w:val="right"/>
      </w:pPr>
      <w:r>
        <w:t>تو بہت سارے ایسپیکٹ جو ہیں وہ ارریلیونٹ ہوتے ہیں</w:t>
      </w:r>
    </w:p>
    <w:p>
      <w:r>
        <w:rPr>
          <w:b/>
        </w:rPr>
        <w:t xml:space="preserve">[04:01] </w:t>
      </w:r>
      <w:r>
        <w:t>, to yeh dekhna parta hai kon sa aspect most relevant hai, most relevant, most result oriented, most effective.</w:t>
      </w:r>
    </w:p>
    <w:p>
      <w:pPr>
        <w:jc w:val="right"/>
      </w:pPr>
      <w:r>
        <w:t>، تو یہ دیکھنا پڑتا ہے کون سا ایسپیکٹ موسٹ ریلیونٹ ہے، موسٹ ریلیونٹ، موسٹ رزلٹ اورینٹڈ، موسٹ ایفیکٹیو۔</w:t>
      </w:r>
    </w:p>
    <w:p>
      <w:r>
        <w:rPr>
          <w:b/>
        </w:rPr>
        <w:t xml:space="preserve">[04:11] </w:t>
      </w:r>
      <w:r>
        <w:t>to yeh dekhna hota hai ke is mein hamare liye kon sa best option hai, to isi ko lena parta hai. to yeh yahan log chook jatay hain.</w:t>
      </w:r>
    </w:p>
    <w:p>
      <w:pPr>
        <w:jc w:val="right"/>
      </w:pPr>
      <w:r>
        <w:t>تو یہ دیکھنا ہوتا ہے کہ اس میں ہمارے لیے کون سا بیسٹ آپشن ہے، تو اسی کو لینا پڑتا ہے۔ تو یہ یہاں لوگ چوک جاتے ہیں۔</w:t>
      </w:r>
    </w:p>
    <w:p>
      <w:r>
        <w:rPr>
          <w:b/>
        </w:rPr>
        <w:t xml:space="preserve">[04:21] </w:t>
      </w:r>
      <w:r>
        <w:t>aksar kya hota hai ke log react karte hain ke agar kisi ne hum ko bura bhala kaha hai, kisi ne hamare par zulm kiya hai to hum bhi zulm karein g</w:t>
      </w:r>
    </w:p>
    <w:p>
      <w:pPr>
        <w:jc w:val="right"/>
      </w:pPr>
      <w:r>
        <w:t>اکثر کیا ہوتا ہے کہ لوگ ری ایکٹ کرتے ہیں کہ اگر کسی نے ہم کو برا بھلا کہا ہے، کسی نے ہمارے پر ظلم کیا ہے تو ہم بھی ظلم کریں گ</w:t>
      </w:r>
    </w:p>
    <w:p>
      <w:r>
        <w:rPr>
          <w:b/>
        </w:rPr>
        <w:t xml:space="preserve">[04:29] </w:t>
      </w:r>
      <w:r>
        <w:t>e. to zulm ka badla agar hum zulm se karte hain to woh ek chain reaction hota hai, to woh bhi zulm karega, phir hum zulm aur karein ge, phir woh aur zulm karega.</w:t>
      </w:r>
    </w:p>
    <w:p>
      <w:pPr>
        <w:jc w:val="right"/>
      </w:pPr>
      <w:r>
        <w:t>ے۔ تو ظلم کا بدلہ اگر ہم ظلم سے کرتے ہیں تو وہ ایک چین ری ایکشن ہوتا ہے، تو وہ بھی ظلم کرے گا، پھر ہم ظلم اور کریں گے، پھر وہ اور ظلم کرے گا۔</w:t>
      </w:r>
    </w:p>
    <w:p>
      <w:r>
        <w:rPr>
          <w:b/>
        </w:rPr>
        <w:t xml:space="preserve">[04:39] </w:t>
      </w:r>
      <w:r>
        <w:t>to yeh sab apni tabahi aur barbadi mein izafa hoga. to rasool Allah sal Allah alaih wasallam kabhi react nahi karte thay, balkeh soch samajh kar planning karte thay ke is mauqe par kon sa option hamare liye best hai.</w:t>
      </w:r>
    </w:p>
    <w:p>
      <w:pPr>
        <w:jc w:val="right"/>
      </w:pPr>
      <w:r>
        <w:t>تو یہ سب اپنی تباہی اور بربادی میں اضافہ ہوگا۔ تو رسول اللہ صلی اللہ علیہ وسلم کبھی ری ایکٹ نہیں کرتے تھے، بلکہ سوچ سمجھ کر پلاننگ کرتے تھے کہ اس موقع پر کون سا آپشن ہمارے لیے بیسٹ ہے۔</w:t>
      </w:r>
    </w:p>
    <w:p>
      <w:r>
        <w:rPr>
          <w:b/>
        </w:rPr>
        <w:t xml:space="preserve">[04:58] </w:t>
      </w:r>
      <w:r>
        <w:t>to wohi hamein bhi karna hai ke hamein irrelevant aspect ko ignore karna hai aur relevant aspect ko avail karna hai. to kai bar aisa hota hai ke present mein hamein samajh mein nahi ata, lekin future par agar hamari nazar rahe aur woh wise person hi ki nazar reh sakti hai, wise person jo educated hota hai, experienced hota hai aur gehri ghor o fikr karta hai, woh</w:t>
      </w:r>
    </w:p>
    <w:p>
      <w:pPr>
        <w:jc w:val="right"/>
      </w:pPr>
      <w:r>
        <w:t>تو وہی ہمیں بھی کرنا ہے کہ ہمیں ارریلیونٹ ایسپیکٹ کو اگنور کرنا ہے اور ریلیونٹ ایسپیکٹ کو اویل کرنا ہے۔ تو کئی بار ایسا ہوتا ہے کہ پریزنٹ میں ہمیں سمجھ میں نہیں آتا، لیکن فیوچر پر اگر ہماری نظر رہے اور وہ وائس پرسن ہی کی نظر رہ سکتی ہے، وائس پرسن جو ایجوکیٹڈ ہوتا ہے، ایکسپیرینسڈ ہوتا ہے اور گہری غور و فکر کرتا ہے، وہ</w:t>
      </w:r>
    </w:p>
    <w:p>
      <w:r>
        <w:rPr>
          <w:b/>
        </w:rPr>
        <w:t xml:space="preserve">[05:24] </w:t>
      </w:r>
      <w:r>
        <w:t>to woh us ko samajh jo hai, jis ko jis ko hum insight kehte hain, to woh us ki insight develop ho jati hai. to us ko samajh mein baatein zyada behtar tareeqay par aati hain.</w:t>
      </w:r>
    </w:p>
    <w:p>
      <w:pPr>
        <w:jc w:val="right"/>
      </w:pPr>
      <w:r>
        <w:t>تو وہ اس کو سمجھ جو ہے، جس کو جس کو ہم انسائٹ کہتے ہیں، تو وہ اس کی انسائٹ ڈیولپ ہو جاتی ہے۔ تو اس کو سمجھ میں باتیں زیادہ بہتر طریقے پر آتی ہیں۔</w:t>
      </w:r>
    </w:p>
    <w:p>
      <w:r>
        <w:rPr>
          <w:b/>
        </w:rPr>
        <w:t xml:space="preserve">[05:37] </w:t>
      </w:r>
      <w:r>
        <w:t>to isi liye kaha gaya hai ke jahan bhi hamein wisdom mile, woh us ko hum le lein. yeh na dekhein ke woh hum se chota hai, hum se bara hai, hum se kam educated hai ya zyada educated hai, yeh kuch nahi hai.</w:t>
      </w:r>
    </w:p>
    <w:p>
      <w:pPr>
        <w:jc w:val="right"/>
      </w:pPr>
      <w:r>
        <w:t>تو اسی لیے کہا گیا ہے کہ جہاں بھی ہمیں وزڈم ملے، وہ اس کو ہم لے لیں۔ یہ نہ دیکھیں کہ وہ ہم سے چھوٹا ہے، ہم سے بڑا ہے، ہم سے کم ایجوکیٹڈ ہے یا زیادہ ایجوکیٹڈ ہے، یہ کچھ نہیں ہے۔</w:t>
      </w:r>
    </w:p>
    <w:p>
      <w:r>
        <w:rPr>
          <w:b/>
        </w:rPr>
        <w:t xml:space="preserve">[05:51] </w:t>
      </w:r>
      <w:r>
        <w:t>agar wisdom hai to woh le lo</w:t>
      </w:r>
    </w:p>
    <w:p>
      <w:pPr>
        <w:jc w:val="right"/>
      </w:pPr>
      <w:r>
        <w:t>اگر وزڈم ہے تو وہ لے لو</w:t>
      </w:r>
    </w:p>
    <w:p>
      <w:r>
        <w:rPr>
          <w:b/>
        </w:rPr>
        <w:t xml:space="preserve">[05:53] </w:t>
      </w:r>
      <w:r>
        <w:t>. to isi tareeqay se hum apne aap ko develop karte rahein ge. misaal ke taur par, rasool Allah sal Allah alaih wasallam jab taif gaye aur taif walon ne bohat zulm kiya aap ke upar, to aap ne yeh nahi dekha jabke paharon ke farishtay bhi aya aur kaha ke hum is ka badla le lene ke liye Allah ne bheja hai.</w:t>
      </w:r>
    </w:p>
    <w:p>
      <w:pPr>
        <w:jc w:val="right"/>
      </w:pPr>
      <w:r>
        <w:t>۔ تو اسی طریقے سے ہم اپنے آپ کو ڈیولپ کرتے رہیں گے۔ مثال کے طور پر، رسول اللہ صلی اللہ علیہ وسلم جب طائف گئے اور طائف والوں نے بہت ظلم کیا آپ کے اوپر، تو آپ نے یہ نہیں دیکھا جبکہ پہاڑوں کا فرشتہ بھی آیا اور کہا کہ ہم اس کا بدلہ لے لینے کے لیے اللہ نے بھیجا ہے۔</w:t>
      </w:r>
    </w:p>
    <w:p>
      <w:r>
        <w:rPr>
          <w:b/>
        </w:rPr>
        <w:t xml:space="preserve">[06:13] </w:t>
      </w:r>
      <w:r>
        <w:t>aap ne kaha nahi, hum dekhein ge ke un ki agli generations iman laein gi.</w:t>
      </w:r>
    </w:p>
    <w:p>
      <w:pPr>
        <w:jc w:val="right"/>
      </w:pPr>
      <w:r>
        <w:t>آپ نے کہا نہیں، ہم دیکھیں گے کہ ان کی اگلی جنریشنز ایمان لائیں گی۔</w:t>
      </w:r>
    </w:p>
    <w:p>
      <w:r>
        <w:rPr>
          <w:b/>
        </w:rPr>
        <w:t xml:space="preserve">[06:19] </w:t>
      </w:r>
      <w:r>
        <w:t>to agli generations tak ke liye aap intezar karne ke liye tayyar thay. to yeh wohi kar sakta hai jo bohat zyada wise ho, bohat zyada samajhdar ho ke jo present situation hai, us se guzar kar woh aage tak dekh sakta hai.</w:t>
      </w:r>
    </w:p>
    <w:p>
      <w:pPr>
        <w:jc w:val="right"/>
      </w:pPr>
      <w:r>
        <w:t>تو اگلی جنریشنز تک کے لیے آپ انتظار کرنے کے لیے تیار تھے۔ تو یہ وہی کر سکتا ہے جو بہت زیادہ وائز ہو، بہت زیادہ سمجھدار ہو کہ جو پریزنٹ سچویشن ہے، اس سے گزر کر وہ آگے تک دیکھ سکتا ہے۔</w:t>
      </w:r>
    </w:p>
    <w:p>
      <w:r>
        <w:rPr>
          <w:b/>
        </w:rPr>
        <w:t xml:space="preserve">[06:36] </w:t>
      </w:r>
      <w:r>
        <w:t>aur khas taur par jo Maulana ne bohat zyada zor diya hai ke hamare actions jo hain, woh result oriented hona chahiye.</w:t>
      </w:r>
    </w:p>
    <w:p>
      <w:pPr>
        <w:jc w:val="right"/>
      </w:pPr>
      <w:r>
        <w:t>اور خاص طور پر جو مولانا نے بہت زیادہ زور دیا ہے کہ ہمارے ایکشنز جو ہیں، وہ رزلٹ اورینٹڈ ہونا چاہیے۔</w:t>
      </w:r>
    </w:p>
    <w:p>
      <w:r>
        <w:rPr>
          <w:b/>
        </w:rPr>
        <w:t xml:space="preserve">[06:43] </w:t>
      </w:r>
      <w:r>
        <w:t>to woh result oriented jab hum dekhein ge to hum ko khud hi samajh mein aa jaye ga ke kon sa option hamein lena hai, kon sa hamein ignore karna hai.</w:t>
      </w:r>
    </w:p>
    <w:p>
      <w:pPr>
        <w:jc w:val="right"/>
      </w:pPr>
      <w:r>
        <w:t>تو وہ رزلٹ اورینٹڈ جب ہم دیکھیں گے تو ہم کو خود ہی سمجھ میں آ جائے گا کہ کون سا آپشن ہمیں لینا ہے، کون سا ہمیں اگنور کرنا ہے۔</w:t>
      </w:r>
    </w:p>
    <w:p>
      <w:r>
        <w:rPr>
          <w:b/>
        </w:rPr>
        <w:t xml:space="preserve">[06:54] </w:t>
      </w:r>
      <w:r>
        <w:t>ji ji, bilkul apa aap ne sahi farmaya. apa the path to intellect can be a slippery one. like a person, an intellectual person can fall into misunderstanding if he or she does not look at things with the correct perspective</w:t>
      </w:r>
    </w:p>
    <w:p>
      <w:pPr>
        <w:jc w:val="right"/>
      </w:pPr>
      <w:r>
        <w:t>جی جی، بالکل آپا آپ نے صحیح فرمایا۔ آپا the path to intellect can be a slippery one. Like a person, an intellectual person can fall into misunderstanding if he or she does not look at things with the correct perspectiv</w:t>
      </w:r>
    </w:p>
    <w:p>
      <w:r>
        <w:rPr>
          <w:b/>
        </w:rPr>
        <w:t xml:space="preserve">[07:09] </w:t>
      </w:r>
      <w:r>
        <w:t>e. to aap kis angle se cheezon ko dekh rahe hain, yeh bohat important hai. jaise aap ne abhi aap a Greek philosopher ka bhi zikr kiya, to main chahunga ke aap batayein ke according to Greek philosophers, unhon ne wisdom ko kis standpoint pe rakha tha, wisdom kaise define kiya tha, us ke bare mein aap batayein.</w:t>
      </w:r>
    </w:p>
    <w:p>
      <w:pPr>
        <w:jc w:val="right"/>
      </w:pPr>
      <w:r>
        <w:t>e. تو آپ کس اینگل سے چیزوں کو دیکھ رہے ہیں، یہ بہت امپورٹنٹ ہے۔ جیسے آپ نے ابھی آپا گریک فلاسفر کا بھی ذکر کیا، تو میں چاہوں گا کہ آپ بتائیں کہ اکارڈنگ ٹو گریک فلاسفرز، انہوں نے وزڈم کو کس سٹینڈ پوائنٹ پہ رکھا تھا، وزڈم کیسے ڈیفائن کیا تھا، اس کے بارے میں آپ بتائیں۔</w:t>
      </w:r>
    </w:p>
    <w:p>
      <w:r>
        <w:rPr>
          <w:b/>
        </w:rPr>
        <w:t xml:space="preserve">[07:30] </w:t>
      </w:r>
      <w:r>
        <w:t>haan, sab se pehle wisdom par jo discussion shuru hua, woh greek philosophers ne hi shuru kiya, kyunke qadeem zamanay mein critical thinking taboo thi.</w:t>
      </w:r>
    </w:p>
    <w:p>
      <w:pPr>
        <w:jc w:val="right"/>
      </w:pPr>
      <w:r>
        <w:t>ہاں، سب سے پہلے وزڈم پر جو ڈسکشن شروع ہوا، وہ گریک فلاسفرز نے ہی شروع کیا، کیونکہ قدیم زمانے میں کریٹیکل تھنکنگ ٹیبو تھی۔</w:t>
      </w:r>
    </w:p>
    <w:p>
      <w:r>
        <w:rPr>
          <w:b/>
        </w:rPr>
        <w:t xml:space="preserve">[07:42] </w:t>
      </w:r>
      <w:r>
        <w:t>koi kisi ko criticize nahi kar sakta tha. jo badshah ka hukum hota tha, jo badshah ki rai hoti thi, usi par sab ko chalna parta tha.</w:t>
      </w:r>
    </w:p>
    <w:p>
      <w:pPr>
        <w:jc w:val="right"/>
      </w:pPr>
      <w:r>
        <w:t>کوئی کسی کو کریٹیسائز نہیں کر سکتا تھا۔ جو بادشاہ کا حکم ہوتا تھا، جو بادشاہ کی رائے ہوتی تھی، اسی پر سب کو چلنا پڑتا تھا۔</w:t>
      </w:r>
    </w:p>
    <w:p>
      <w:r>
        <w:rPr>
          <w:b/>
        </w:rPr>
        <w:t xml:space="preserve">[07:51] </w:t>
      </w:r>
      <w:r>
        <w:t>lekin pehli bar greek philosophers ne cheezon ko discuss kiya baqayda, to unhon ne wisdom ko bhi discuss kiya.</w:t>
      </w:r>
    </w:p>
    <w:p>
      <w:pPr>
        <w:jc w:val="right"/>
      </w:pPr>
      <w:r>
        <w:t>لیکن پہلی بار گریک فلاسفرز نے چیزوں کو ڈسکس کیا باقاعدہ، تو انہوں نے وزڈم کو بھی ڈسکس کیا۔</w:t>
      </w:r>
    </w:p>
    <w:p>
      <w:r>
        <w:rPr>
          <w:b/>
        </w:rPr>
        <w:t xml:space="preserve">[08:00] </w:t>
      </w:r>
      <w:r>
        <w:t>to wisdom ko bhi yahan tak ke practical wisdom bhi wahin se unhon ne us ko discussion kiya aur us ko aage barhaya. to greek philosopher viewed wisdom as more than mere knowledge, understanding,</w:t>
      </w:r>
    </w:p>
    <w:p>
      <w:pPr>
        <w:jc w:val="right"/>
      </w:pPr>
      <w:r>
        <w:t>تو وزڈم کو بھی یہاں تک کہ پریکٹیکل وزڈم بھی وہیں سے انہوں نے اس کو ڈسکشن کیا اور اس کو آگے بڑھایا۔ تو گریک فلاسفر ویوڈ وزڈم ایز مور دین میئر نالج، انڈرسٹینڈنگ،</w:t>
      </w:r>
    </w:p>
    <w:p>
      <w:r>
        <w:rPr>
          <w:b/>
        </w:rPr>
        <w:t xml:space="preserve">[08:15] </w:t>
      </w:r>
      <w:r>
        <w:t>skillful application of insights in daily life. to woh sirf knowledge aur information nahi thi, balkeh us ko skillfully hamein nai situation par us ko apply karna.</w:t>
      </w:r>
    </w:p>
    <w:p>
      <w:pPr>
        <w:jc w:val="right"/>
      </w:pPr>
      <w:r>
        <w:t>سکل فل ایپلیکیشن آف انسائٹس ان ڈیلی لائف۔ تو وہ صرف نالج اور انفارمیشن نہیں تھی، بلکہ اس کو سکل فلی ہمیں نئی سچویشن پر اس کو اپلائی کرنا۔</w:t>
      </w:r>
    </w:p>
    <w:p>
      <w:r>
        <w:rPr>
          <w:b/>
        </w:rPr>
        <w:t xml:space="preserve">[08:27] </w:t>
      </w:r>
      <w:r>
        <w:t>to yeh bohat ajeeb baat</w:t>
      </w:r>
    </w:p>
    <w:p>
      <w:pPr>
        <w:jc w:val="right"/>
      </w:pPr>
      <w:r>
        <w:t>تو یہ بہت عجیب بات</w:t>
      </w:r>
    </w:p>
    <w:p>
      <w:r>
        <w:rPr>
          <w:b/>
        </w:rPr>
        <w:t xml:space="preserve">[08:29] </w:t>
      </w:r>
      <w:r>
        <w:t>hai. log kehte hain ke insan jo hai evolve hua hai, lekin itnay puranay qadeem zamanay ke insan jo hamare record mein hain, recorded history mein hain, un ko bhi itni hi aqal thi jitni aaj ke insan ko aqal hai.</w:t>
      </w:r>
    </w:p>
    <w:p>
      <w:pPr>
        <w:jc w:val="right"/>
      </w:pPr>
      <w:r>
        <w:t>ہے۔ لوگ کہتے ہیں کہ انسان جو ہے ایوالو ہوا ہے، لیکن اتنے پرانے کریم قدیم زمانے کے انسان جو ہمارے ریکارڈ میں ہیں، ریکارڈڈ ہسٹری میں ہیں، ان کو بھی اتنی ہی عقل تھی جتنی آج کے انسان کو عقل ہے۔</w:t>
      </w:r>
    </w:p>
    <w:p>
      <w:r>
        <w:rPr>
          <w:b/>
        </w:rPr>
        <w:t xml:space="preserve">[08:45] </w:t>
      </w:r>
      <w:r>
        <w:t>to greek philosophers ne har cheez par discussion kiya. isi discussion ko musalman muslim philosophers ne bohat zyada aage barhaya.</w:t>
      </w:r>
    </w:p>
    <w:p>
      <w:pPr>
        <w:jc w:val="right"/>
      </w:pPr>
      <w:r>
        <w:t>تو گریک فلاسفرز نے ہر چیز پر ڈسکشن کیا۔ اسی ڈسکشن کو مسلمان مسلم فلاسفرز نے بہت زیادہ آگے بڑھایا۔</w:t>
      </w:r>
    </w:p>
    <w:p>
      <w:r>
        <w:rPr>
          <w:b/>
        </w:rPr>
        <w:t xml:space="preserve">[08:55] </w:t>
      </w:r>
      <w:r>
        <w:t>bil</w:t>
      </w:r>
    </w:p>
    <w:p>
      <w:pPr>
        <w:jc w:val="right"/>
      </w:pPr>
      <w:r>
        <w:t>بل</w:t>
      </w:r>
    </w:p>
    <w:p>
      <w:r>
        <w:rPr>
          <w:b/>
        </w:rPr>
        <w:t xml:space="preserve">[08:56] </w:t>
      </w:r>
      <w:r>
        <w:t>keh Greek philosophers ko to log bhool chuke the, kyunkeh mahol favorable nahi tha. woh unhon ne apne zamaney mein kaam kiya, us ke baad logon ne is ko accept nahi kiya, appreciate nahi kiya.</w:t>
      </w:r>
    </w:p>
    <w:p>
      <w:pPr>
        <w:jc w:val="right"/>
      </w:pPr>
      <w:r>
        <w:t>کہ گریک فلاسفرز کو تو لوگ بھول چکے تھے، کیونکہ ماحول فیوریبل نہیں تھا۔ وہ انہوں نے اپنے زمانے میں کام کیا، اس کے بعد لوگوں نے اس کو ایکسیپٹ نہیں کیا، ایپریشیٹ نہیں کیا۔</w:t>
      </w:r>
    </w:p>
    <w:p>
      <w:r>
        <w:rPr>
          <w:b/>
        </w:rPr>
        <w:t xml:space="preserve">[09:10] </w:t>
      </w:r>
      <w:r>
        <w:t>ab bohat se logon ko sazayein di gayeen, to woh un ka cheezein jo hain, tab pehle zamaney mein kitabein tak jala di jaati theen. to woh wohin ka wohin un ka ilm reh gaya.</w:t>
      </w:r>
    </w:p>
    <w:p>
      <w:pPr>
        <w:jc w:val="right"/>
      </w:pPr>
      <w:r>
        <w:t>اب بہت سے لوگوں کو سزائیں دی گئیں، تو وہ ان کا چیزیں جو ہیں، تب پہلے زمانے میں کتابیں تک جلا دی جاتی تھیں۔ تو وہ وہیں کا وہیں ان کا علم رہ گیا۔</w:t>
      </w:r>
    </w:p>
    <w:p>
      <w:r>
        <w:rPr>
          <w:b/>
        </w:rPr>
        <w:t xml:space="preserve">[09:20] </w:t>
      </w:r>
      <w:r>
        <w:t>lekin</w:t>
      </w:r>
    </w:p>
    <w:p>
      <w:pPr>
        <w:jc w:val="right"/>
      </w:pPr>
      <w:r>
        <w:t>لیکن</w:t>
      </w:r>
    </w:p>
    <w:p>
      <w:r>
        <w:rPr>
          <w:b/>
        </w:rPr>
        <w:t xml:space="preserve">[09:21] </w:t>
      </w:r>
      <w:r>
        <w:t>phir jab musalmanon ki empire qaim hui, to unhon ne woh saari kitabon ko jama karaya aur saari kitabon ke tarjamey karaye. to pehle step mein to unhon ne tarjamey karaye, doosre step mein is mein additions kiye, khaas tor par Ibn Rushd, jis ko Averroes kaha jata hai, us ne Aristotle ki kitabon ko lafz ba lafz, sentence ba sentence tarjamey</w:t>
      </w:r>
    </w:p>
    <w:p>
      <w:pPr>
        <w:jc w:val="right"/>
      </w:pPr>
      <w:r>
        <w:t>پھر جب مسلمانوں کی ایمپائر قائم ہوئی، تو انہوں نے وہ ساری کتابوں کو جمع کرایا اور ساری کتابوں کے ترجمے کرائے۔ تو پہلے سٹیپ میں تو انہوں نے ترجمے کرائے، دوسرے سٹیپ میں اس میں ایڈیشنز کیے، خاص طور پر ابن رشد، جس کو ایوروس کہا جاتا ہے، اس نے ارسٹارٹل کی کتابوں کو لفظ بلفظ، سینٹنس بائی سینٹنس ترجمے</w:t>
      </w:r>
    </w:p>
    <w:p>
      <w:r>
        <w:rPr>
          <w:b/>
        </w:rPr>
        <w:t xml:space="preserve">[09:45] </w:t>
      </w:r>
      <w:r>
        <w:t>kiye. to is ke tarjamey jo hain, woh baad mein European languages mein shaya' hue aur wahan se dobara ek revival hua is is ilm ka.</w:t>
      </w:r>
    </w:p>
    <w:p>
      <w:pPr>
        <w:jc w:val="right"/>
      </w:pPr>
      <w:r>
        <w:t>کیے۔ تو اس کے ترجمے جو ہیں، وہ بعد میں یورپین لینگویجز میں شائع ہوئے اور وہاں سے دوبارہ ایک ریوائیول ہوا اس اس علم کا۔</w:t>
      </w:r>
    </w:p>
    <w:p>
      <w:r>
        <w:rPr>
          <w:b/>
        </w:rPr>
        <w:t xml:space="preserve">[09:56] </w:t>
      </w:r>
      <w:r>
        <w:t>to yeh wahan par sab se pehle jo lafz tha, woh Sophia. to aql aur sahih faisla aur practical wisdom ke liye Yunan mein yeh lafz bola jata tha, Sophia.</w:t>
      </w:r>
    </w:p>
    <w:p>
      <w:pPr>
        <w:jc w:val="right"/>
      </w:pPr>
      <w:r>
        <w:t>تو یہ وہاں پر سب سے پہلے جو لفظ تھا، وہ صوفیا۔ تو عقل اور صحیح فیصلہ اور پریکٹیکل وزڈم کے لیے یونان میں یہ لفظ بولا جاتا تھا، صوفیا۔</w:t>
      </w:r>
    </w:p>
    <w:p>
      <w:r>
        <w:rPr>
          <w:b/>
        </w:rPr>
        <w:t xml:space="preserve">[10:09] </w:t>
      </w:r>
      <w:r>
        <w:t>baad mein yahi Sophia ka lafz jo hai, woh Philosophia ho gaya,</w:t>
      </w:r>
    </w:p>
    <w:p>
      <w:pPr>
        <w:jc w:val="right"/>
      </w:pPr>
      <w:r>
        <w:t>بعد میں یہی صوفیا کا لفظ جو ہے، وہ فلاسفیا ہو گیا،</w:t>
      </w:r>
    </w:p>
    <w:p>
      <w:r>
        <w:rPr>
          <w:b/>
        </w:rPr>
        <w:t xml:space="preserve">[10:14] </w:t>
      </w:r>
      <w:r>
        <w:t>jis se Philosophy nikli hai. to Plato ke dialogue mein is ko Philosophia, Philosophia ka naam diya gaya.</w:t>
      </w:r>
    </w:p>
    <w:p>
      <w:pPr>
        <w:jc w:val="right"/>
      </w:pPr>
      <w:r>
        <w:t>جس سے فلاسفی نکلی ہے۔ تو پلیٹو کے ڈائیلاگ میں اس کو فلاسفیا، فلاسفیا کا نام دیا گیا۔</w:t>
      </w:r>
    </w:p>
    <w:p>
      <w:r>
        <w:rPr>
          <w:b/>
        </w:rPr>
        <w:t xml:space="preserve">[10:22] </w:t>
      </w:r>
      <w:r>
        <w:t>Philosophia ka matlab hota tha "love of wisdom". to isi ko Arabi mein hikmat kaha jata hai. bar bar Quran mein aaya hai ke har peghambar ko hum ne hikmat di, kitab o hikmat di.</w:t>
      </w:r>
    </w:p>
    <w:p>
      <w:pPr>
        <w:jc w:val="right"/>
      </w:pPr>
      <w:r>
        <w:t>فلاسفیا کا مطلب ہوتا تھا "لو اف وزڈم"۔ تو اسی کو عربی میں حکمت کہا جاتا ہے۔ بار بار قرآن میں آیا ہے کہ ہر پیغمبر کو ہم نے حکمت دی، کتاب و حکمت دی۔</w:t>
      </w:r>
    </w:p>
    <w:p>
      <w:r>
        <w:rPr>
          <w:b/>
        </w:rPr>
        <w:t xml:space="preserve">[10:36] </w:t>
      </w:r>
      <w:r>
        <w:t>to</w:t>
      </w:r>
    </w:p>
    <w:p>
      <w:pPr>
        <w:jc w:val="right"/>
      </w:pPr>
      <w:r>
        <w:t>تو</w:t>
      </w:r>
    </w:p>
    <w:p>
      <w:r>
        <w:rPr>
          <w:b/>
        </w:rPr>
        <w:t xml:space="preserve">[10:37] </w:t>
      </w:r>
      <w:r>
        <w:t>is se samajh mein aata hai ke to sirf kitab kafi nahi hai, balkeh hikmat ke zariye se is ko hum apply karein ge nayi situations par.</w:t>
      </w:r>
    </w:p>
    <w:p>
      <w:pPr>
        <w:jc w:val="right"/>
      </w:pPr>
      <w:r>
        <w:t>اس سے سمجھ میں آتا ہے کہ تو صرف کتاب کافی نہیں ہے، بلکہ حکمت کے ذریعے سے اس کو ہم اپلائی کریں گے نئی سچویشنز پر۔</w:t>
      </w:r>
    </w:p>
    <w:p>
      <w:r>
        <w:rPr>
          <w:b/>
        </w:rPr>
        <w:t xml:space="preserve">[10:48] </w:t>
      </w:r>
      <w:r>
        <w:t>to Plato wahan chand bohat baray baray philosophers guzrey hain, Plato aur Aristotle aur Socrates. Sacrati</w:t>
      </w:r>
    </w:p>
    <w:p>
      <w:pPr>
        <w:jc w:val="right"/>
      </w:pPr>
      <w:r>
        <w:t>تو پلیٹو وہاں چند بہت بڑے بڑے فلاسفرز گزرے ہیں، پلیٹو اور ارسٹارٹل اور ساکریٹیز۔ ساکریٹی</w:t>
      </w:r>
    </w:p>
    <w:p>
      <w:r>
        <w:rPr>
          <w:b/>
        </w:rPr>
        <w:t xml:space="preserve">[10:57] </w:t>
      </w:r>
      <w:r>
        <w:t>z to un Plato ne ko ne kaha ke hikmat jo hai, woh ek supreme virtue hai. aur yahi baat Quran mein aaya hai ke sab se bari cheez jo hum ne paida ki, woh aql hai.</w:t>
      </w:r>
    </w:p>
    <w:p>
      <w:pPr>
        <w:jc w:val="right"/>
      </w:pPr>
      <w:r>
        <w:t>ز تو ان پلیٹو نے کو نے کہا کہ حکمت جو ہے، وہ ایک سپریم ورچو ہے۔ اور یہی بات قرآن میں آیا ہے کہ سب سے بڑی چیز جو ہم نے پیدا کی، وہ عقل ہے۔</w:t>
      </w:r>
    </w:p>
    <w:p>
      <w:r>
        <w:rPr>
          <w:b/>
        </w:rPr>
        <w:t xml:space="preserve">[11:10] </w:t>
      </w:r>
      <w:r>
        <w:t>to yeh wisdom aur Plato ne yeh kaha ke yeh aql jo hai, yeh wisdom jo hai, woh experiences aur taleem ke zariye se hasil hoti hai.</w:t>
      </w:r>
    </w:p>
    <w:p>
      <w:pPr>
        <w:jc w:val="right"/>
      </w:pPr>
      <w:r>
        <w:t>تو یہ وزڈم اور پلیٹو نے یہ کہا کہ یہ عقل جو ہے، یہ وزڈم جو ہے، وہ ایکسپیرینسز اور تعلیم کے ذریعے سے حاصل ہوتی ہے۔</w:t>
      </w:r>
    </w:p>
    <w:p>
      <w:r>
        <w:rPr>
          <w:b/>
        </w:rPr>
        <w:t xml:space="preserve">[11:22] </w:t>
      </w:r>
      <w:r>
        <w:t>to wisdom koi abstract koi cheez nahi hai, balkeh hum experiences se jo hum learning karte hain aur jo conclusion draw karte hain, us se hamein wisdom milti hai.</w:t>
      </w:r>
    </w:p>
    <w:p>
      <w:pPr>
        <w:jc w:val="right"/>
      </w:pPr>
      <w:r>
        <w:t>تو وزڈم کوئی ایبسٹریکٹ کوئی چیز نہیں ہے، بلکہ ہم ایکسپیرینسز سے جو ہم لرننگ کرتے ہیں اور جو کنکلوژن ڈرا کرتے ہیں، اس سے ہمیں وزڈم ملتی ہے۔</w:t>
      </w:r>
    </w:p>
    <w:p>
      <w:r>
        <w:rPr>
          <w:b/>
        </w:rPr>
        <w:t xml:space="preserve">[11:36] </w:t>
      </w:r>
      <w:r>
        <w:t>to asal mein hamesha jo hai, talash thi sachai ki. to Philosophy ka ilm bhi isi se develop hua ke sachai ki talash mein</w:t>
      </w:r>
    </w:p>
    <w:p>
      <w:pPr>
        <w:jc w:val="right"/>
      </w:pPr>
      <w:r>
        <w:t>تو اصل میں ہمیشہ جو ہے، تلاش تھی سچائی کی۔ تو فلاسفی کا علم بھی اسی سے ڈیولپ ہوا کہ سچائی کی تلاش میں</w:t>
      </w:r>
    </w:p>
    <w:p>
      <w:r>
        <w:rPr>
          <w:b/>
        </w:rPr>
        <w:t xml:space="preserve">[11:49] </w:t>
      </w:r>
      <w:r>
        <w:t>un ko lagta tha ke Hindi tradition mein bhi is duniya ko maya jaal kaha jata hai. to un ko lagta tha ke yeh jo material world hai, yeh asal nahi hai, is ke beyond kuch hai.</w:t>
      </w:r>
    </w:p>
    <w:p>
      <w:pPr>
        <w:jc w:val="right"/>
      </w:pPr>
      <w:r>
        <w:t>ان کو لگتا تھا کہ ہندی ٹریڈیشن میں بھی اس دنیا کو مایا جال کہا جاتا ہے۔ تو ان کو لگتا تھا کہ یہ جو مٹیریل ورلڈ ہے، یہ اصل نہیں ہے، اس کے بیونڈ کچھ ہے۔</w:t>
      </w:r>
    </w:p>
    <w:p>
      <w:r>
        <w:rPr>
          <w:b/>
        </w:rPr>
        <w:t xml:space="preserve">[12:00] </w:t>
      </w:r>
      <w:r>
        <w:t>to isi sachai ki talash mein log rehte the. aur jab Allah taala ne peghambar bheja to peghambar ko log chunkeh accept nahi karte the, to un ki jo woh thi taleemat, woh sab zaya ho jaati theen.</w:t>
      </w:r>
    </w:p>
    <w:p>
      <w:pPr>
        <w:jc w:val="right"/>
      </w:pPr>
      <w:r>
        <w:t>تو اسی سچائی کی تلاش میں لوگ رہتے تھے۔ اور جب اللہ تعالی نے پیغمبر بھیجا تو پیغمبر کو لوگ چونکہ ایکسیپٹ نہیں کرتے تھے، تو ان کی جو وہ تھی تعلیمات، وہ سب ضائع ہو جاتی تھیں۔</w:t>
      </w:r>
    </w:p>
    <w:p>
      <w:r>
        <w:rPr>
          <w:b/>
        </w:rPr>
        <w:t xml:space="preserve">[12:15] </w:t>
      </w:r>
      <w:r>
        <w:t>to logon ke paas bohat sarey log truth seeker hotey hain, sarey log ko to duniya mein hi mashghool rehte hain, lekin bohat se log truth seeker hotey hain.</w:t>
      </w:r>
    </w:p>
    <w:p>
      <w:pPr>
        <w:jc w:val="right"/>
      </w:pPr>
      <w:r>
        <w:t>تو لوگوں کے پاس بہت سارے لوگ ٹروتھ سیکھر ہوتے ہیں، سارے لوگ کو تو دنیا میں ہی مشغول رہتے ہیں، لیکن بہت سے لوگ ٹروتھ سیکھر ہوتے ہیں۔</w:t>
      </w:r>
    </w:p>
    <w:p>
      <w:r>
        <w:rPr>
          <w:b/>
        </w:rPr>
        <w:t xml:space="preserve">[12:25] </w:t>
      </w:r>
      <w:r>
        <w:t>to yeh wohi rahe honge jo truth seeker jin ko hum kehte hain. to yeh log talash mein thay sachai ki, isi ke liye unhon ne Philosophy ko develop kiya tha.</w:t>
      </w:r>
    </w:p>
    <w:p>
      <w:pPr>
        <w:jc w:val="right"/>
      </w:pPr>
      <w:r>
        <w:t>تو یہ وہی رہے ہوں گے جو ٹروتھ سیکھر جن کو ہم کہتے ہیں۔ تو یہ لوگ تلاش میں تھے سچائی کی، اسی کے لیے انہوں نے فلاسفی کو ڈیولپ کیا تھا۔</w:t>
      </w:r>
    </w:p>
    <w:p>
      <w:r>
        <w:rPr>
          <w:b/>
        </w:rPr>
        <w:t xml:space="preserve">[12:38] </w:t>
      </w:r>
      <w:r>
        <w:t>to Aristotle ke nazdeek hikmat mein aql aur akhlaqi virtues bhi shamil</w:t>
      </w:r>
    </w:p>
    <w:p>
      <w:pPr>
        <w:jc w:val="right"/>
      </w:pPr>
      <w:r>
        <w:t>تو ارسطو کے نزدیک حکمت میں عقل اور اخلاقی ورچوز بھی شامل</w:t>
      </w:r>
    </w:p>
    <w:p>
      <w:r>
        <w:rPr>
          <w:b/>
        </w:rPr>
        <w:t xml:space="preserve">[12:43] </w:t>
      </w:r>
      <w:r>
        <w:t>theen. matlab hikmat ke zariye se jo hum rehnumai hasil karein ge, jo hamare rehnuma principles honge, to is mein hamein dekhna hai ke woh morally bhi sound hon.</w:t>
      </w:r>
    </w:p>
    <w:p>
      <w:pPr>
        <w:jc w:val="right"/>
      </w:pPr>
      <w:r>
        <w:t>تھیں۔ مطلب حکمت کے ذریعے سے جو ہم رہنمائی حاصل کریں گے، جو ہمارے رہنما پرنسپلز ہوں گے، تو اس میں ہمیں دیکھنا ہے کہ وہ مورلی بھی ساؤنڈ ہوں۔</w:t>
      </w:r>
    </w:p>
    <w:p>
      <w:r>
        <w:rPr>
          <w:b/>
        </w:rPr>
        <w:t xml:space="preserve">[12:55] </w:t>
      </w:r>
      <w:r>
        <w:t>to yeh ek naya us ne edition kiya. ji to is ke nazdeek true wisdom mein theoretical fehm ke sath practical application shamil</w:t>
      </w:r>
    </w:p>
    <w:p>
      <w:pPr>
        <w:jc w:val="right"/>
      </w:pPr>
      <w:r>
        <w:t>تو یہ ایک نیا اس نے ایڈیشن کیا۔ جی تو اس کے نزدیک ٹرو وزڈم میں تھیوریٹیکل فہم کے ساتھ پریکٹیکل ایپلیکیشن شامل</w:t>
      </w:r>
    </w:p>
    <w:p>
      <w:r>
        <w:rPr>
          <w:b/>
        </w:rPr>
        <w:t xml:space="preserve">[13:06] </w:t>
      </w:r>
      <w:r>
        <w:t>thi. to yeh Aristotle ke zamaney mein yeh hua ke wisdom ke sath unhon ne practical wisdom ko shamil kiya. Socrates ne chand sirf baray baray liye hain philosophers.</w:t>
      </w:r>
    </w:p>
    <w:p>
      <w:pPr>
        <w:jc w:val="right"/>
      </w:pPr>
      <w:r>
        <w:t>تھی۔ تو یہ ارسطو کے زمانے میں یہ ہوا کہ وزڈم کے ساتھ انہوں نے پریکٹیکل وزڈم کو شامل کیا۔ ساکریٹیز میں نے چند صرف بڑے بڑے لیے ہیں فلاسفرز۔</w:t>
      </w:r>
    </w:p>
    <w:p>
      <w:r>
        <w:rPr>
          <w:b/>
        </w:rPr>
        <w:t xml:space="preserve">[13:19] </w:t>
      </w:r>
      <w:r>
        <w:t>Socrates ne intellectual humility par bohat ziyada zor diya. main yeh jab dekh rahi thi to main sochti thi ke har cheez jo wisdom se related hai, woh Maulana mein pai jati thi,</w:t>
      </w:r>
    </w:p>
    <w:p>
      <w:pPr>
        <w:jc w:val="right"/>
      </w:pPr>
      <w:r>
        <w:t>ساکریٹیز نے انٹلیکچول ہیومیلٹی پر بہت زیادہ زور دیا۔ میں یہ جب دیکھ رہی تھی تو میں سوچتی تھی کہ ہر چیز جو وزڈم سے ریلیٹڈ ہے، وہ مولانا میں پائی جاتی تھی،</w:t>
      </w:r>
    </w:p>
    <w:p>
      <w:r>
        <w:rPr>
          <w:b/>
        </w:rPr>
        <w:t xml:space="preserve">[13:31] </w:t>
      </w:r>
      <w:r>
        <w:t>kyunke woh itne zyada humility un ke andar thi ke koi bhi koi baat kehta tha to kehte thay, "main bilkul empty mind ho kar sunta hoon." ke jab tak aap empty mind ho kar nahi sunenge, tab tak aap is ko grasp nahi kar sakenge.</w:t>
      </w:r>
    </w:p>
    <w:p>
      <w:pPr>
        <w:jc w:val="right"/>
      </w:pPr>
      <w:r>
        <w:t>کیونکہ وہ اتنے زیادہ ہیومیلٹی ان کے اندر تھی کہ کوئی بھی کوئی بات کہتا تھا تو کہتے تھے، "میں بالکل ایمپٹی مائنڈ ہو کر سنتا ہوں۔" کہ جب تک آپ ایمپٹی مائنڈ ہو کر نہیں سنیں گے، تب تک آپ اس کو گراسپ نہیں کر سکیں گے۔</w:t>
      </w:r>
    </w:p>
    <w:p>
      <w:r>
        <w:rPr>
          <w:b/>
        </w:rPr>
        <w:t xml:space="preserve">[13:46] </w:t>
      </w:r>
      <w:r>
        <w:t>agar is mein koi aisi baat hai jis ko aap lein aur is se aap apne information ko apne knowledge mein izafa karein, to aap ko empty mind hona parega.</w:t>
      </w:r>
    </w:p>
    <w:p>
      <w:pPr>
        <w:jc w:val="right"/>
      </w:pPr>
      <w:r>
        <w:t>اگر اس میں کوئی ایسی بات ہے جس کو آپ لیں اور اس سے آپ اپنے انفارمیشن کو اپنے نالج میں اضافہ کریں، تو آپ کو ایمپٹی مائنڈ ہونا پڑے گا۔</w:t>
      </w:r>
    </w:p>
    <w:p>
      <w:r>
        <w:rPr>
          <w:b/>
        </w:rPr>
        <w:t xml:space="preserve">[13:57] </w:t>
      </w:r>
      <w:r>
        <w:t>to jo log ke andar yeh intellectual humility nahi hogi, to un ke liye bohat mushkil hai yeh practical wisdom ko develop karna.</w:t>
      </w:r>
    </w:p>
    <w:p>
      <w:pPr>
        <w:jc w:val="right"/>
      </w:pPr>
      <w:r>
        <w:t>تو جو لوگ کے اندر یہ انٹلیکچول ہیومیلٹی نہیں ہوگی، تو ان کے لیے بہت مشکل ہے یہ پریکٹیکل وزڈم کو ڈیولپ کرنا۔</w:t>
      </w:r>
    </w:p>
    <w:p>
      <w:r>
        <w:rPr>
          <w:b/>
        </w:rPr>
        <w:t xml:space="preserve">[14:08] </w:t>
      </w:r>
      <w:r>
        <w:t>Plato ne ek bari dilchasp baat kahi ke "I know that I am intelligent because I know that I know nothing." matlab yeh janne ke liye bhi ke hum intelligent hain, yeh janna parega ke hum kuch nahi jante.</w:t>
      </w:r>
    </w:p>
    <w:p>
      <w:pPr>
        <w:jc w:val="right"/>
      </w:pPr>
      <w:r>
        <w:t>پلیٹو نے ایک بڑی دلچسپ بات کہی کہ "I know that I am intelligent because I know that I know nothing." مطلب یہ جاننے کے لیے بھی کہ ہم انٹیلیجنٹ ہیں، یہ جاننا پڑے گا کہ ہم کچھ نہیں جانتے۔</w:t>
      </w:r>
    </w:p>
    <w:p>
      <w:r>
        <w:rPr>
          <w:b/>
        </w:rPr>
        <w:t xml:space="preserve">[14:23] </w:t>
      </w:r>
      <w:r>
        <w:t>matlab agar hamare andar yeh hai ke hum sab kuch jante hain, to is ka matlab hum intelligent nahi hain. to yeh bari dilchasp baat hai. to Socrates ne, Socrates ne, "Know thy self" Maulana ki ek kitab bhi hai, "Man Know Thy Self".</w:t>
      </w:r>
    </w:p>
    <w:p>
      <w:pPr>
        <w:jc w:val="right"/>
      </w:pPr>
      <w:r>
        <w:t>مطلب اگر ہمارے اندر یہ ہے کہ ہم سب کچھ جانتے ہیں، تو اس کا مطلب ہم انٹیلیجنٹ نہیں ہیں۔ تو یہ بڑی دلچسپ بات ہے۔ تو سکرات نے، ساکریٹیز نے، "نو دائی سیلف" مولانا کی ایک کتاب بھی ہے، "مین نو دائی سیلف"۔</w:t>
      </w:r>
    </w:p>
    <w:p>
      <w:r>
        <w:rPr>
          <w:b/>
        </w:rPr>
        <w:t xml:space="preserve">[14:39] </w:t>
      </w:r>
      <w:r>
        <w:t>to is ne khud shnasi, apne aap ko pehchan, is par bohat zyada zor diya. kyunke jab tak insan apne aap ko nahi pehchanega, woh apne Rab ko bhi nahi pehchan</w:t>
      </w:r>
    </w:p>
    <w:p>
      <w:pPr>
        <w:jc w:val="right"/>
      </w:pPr>
      <w:r>
        <w:t>تو اس نے خود شناسی، اپنے آپ کو پہچان، اس پر بہت زیادہ زور دیا۔ کیونکہ جب تک انسان اپنے آپ کو نہیں پہچانے گا، وہ اپنے رب کو بھی نہیں پہچ</w:t>
      </w:r>
    </w:p>
    <w:p>
      <w:r>
        <w:rPr>
          <w:b/>
        </w:rPr>
        <w:t xml:space="preserve">[14:50] </w:t>
      </w:r>
      <w:r>
        <w:t>sakta, woh sachaiyon ko bhi nahi pehchan sakta. to yahi isi ko arabi mein kehte hain "La adri nisf al ilm" .</w:t>
      </w:r>
    </w:p>
    <w:p>
      <w:pPr>
        <w:jc w:val="right"/>
      </w:pPr>
      <w:r>
        <w:t>ان سکتا، وہ سچائیوں کو بھی نہیں پہچان سکتا۔ تو یہی اسی کو عربی میں کہتے ہیں "لا ادري نصف العلم" ۔</w:t>
      </w:r>
    </w:p>
    <w:p>
      <w:r>
        <w:rPr>
          <w:b/>
        </w:rPr>
        <w:t xml:space="preserve">[15:00] </w:t>
      </w:r>
      <w:r>
        <w:t>to yeh thi pursuit of philosophers ke theoretical understanding ka practical experience in real life.</w:t>
      </w:r>
    </w:p>
    <w:p>
      <w:pPr>
        <w:jc w:val="right"/>
      </w:pPr>
      <w:r>
        <w:t>تو یہ تھی پرسوٹ آف فلاسفرز کہ تھیوریٹیکل انڈرسٹینڈنگ کا پریکٹیکل ایکسپیرینس ان ریئل لائف۔</w:t>
      </w:r>
    </w:p>
    <w:p>
      <w:r>
        <w:rPr>
          <w:b/>
        </w:rPr>
        <w:t xml:space="preserve">[15:10] </w:t>
      </w:r>
      <w:r>
        <w:t>yeh bohat hi important baat hai, kyunke is ke baghair wisdom ko hum qabil e istimaal nahi bana sakte.</w:t>
      </w:r>
    </w:p>
    <w:p>
      <w:pPr>
        <w:jc w:val="right"/>
      </w:pPr>
      <w:r>
        <w:t>یہ بہت ہی امپورٹنٹ بات ہے، کیونکہ اس کے بغیر وزڈم کو ہم قابل استعمال نہیں بنا سکتے۔</w:t>
      </w:r>
    </w:p>
    <w:p>
      <w:r>
        <w:rPr>
          <w:b/>
        </w:rPr>
        <w:t xml:space="preserve">[15:17] </w:t>
      </w:r>
      <w:r>
        <w:t>ji to yani aise course of action ko ikhtiyar karna jo morally aur practically sound hon. to yeh Greek philosophers ka bohat bara contribution hai.</w:t>
      </w:r>
    </w:p>
    <w:p>
      <w:pPr>
        <w:jc w:val="right"/>
      </w:pPr>
      <w:r>
        <w:t>جی تو یعنی ایسے کورس آف ایکشن کو اختیار کرنا جو مورلی اور پریکٹیکلی ساؤنڈ ہوں۔ تو یہ گریک فلاسفرز کا بہت بڑا کنٹریبیوشن ہے۔</w:t>
      </w:r>
    </w:p>
    <w:p>
      <w:r>
        <w:rPr>
          <w:b/>
        </w:rPr>
        <w:t xml:space="preserve">[15:29] </w:t>
      </w:r>
      <w:r>
        <w:t>ji acha apa yeh bhi ek fallacy hai ke agar koi shakhs old hai to woh wise</w:t>
      </w:r>
    </w:p>
    <w:p>
      <w:pPr>
        <w:jc w:val="right"/>
      </w:pPr>
      <w:r>
        <w:t>جی اچھا آپا یہ بھی ایک فیلیسی ہے کہ اگر کوئی شخص اولڈ ہے تو وہ وائز</w:t>
      </w:r>
    </w:p>
    <w:p>
      <w:r>
        <w:rPr>
          <w:b/>
        </w:rPr>
        <w:t xml:space="preserve">[15:37] </w:t>
      </w:r>
      <w:r>
        <w:t>he. Lekin Hazrat Umar ne aik martaba kaha ke "Wisdom</w:t>
      </w:r>
    </w:p>
    <w:p>
      <w:pPr>
        <w:jc w:val="right"/>
      </w:pPr>
      <w:r>
        <w:t>ہے۔ لیکن حضرت عمر نے ایک مرتبہ کہا کہ "Wisdom</w:t>
      </w:r>
    </w:p>
    <w:p>
      <w:r>
        <w:rPr>
          <w:b/>
        </w:rPr>
        <w:t xml:space="preserve">[15:42] </w:t>
      </w:r>
      <w:r>
        <w:t>is not due to advancement of age, but it is a gift of God to whomsoever He wills</w:t>
      </w:r>
    </w:p>
    <w:p>
      <w:pPr>
        <w:jc w:val="right"/>
      </w:pPr>
      <w:r>
        <w:t>is not due to advancement of age, but it is a gift of God to whomsoever He wills</w:t>
      </w:r>
    </w:p>
    <w:p>
      <w:r>
        <w:rPr>
          <w:b/>
        </w:rPr>
        <w:t xml:space="preserve">[15:47] </w:t>
      </w:r>
      <w:r>
        <w:t>to give, and therefore</w:t>
      </w:r>
    </w:p>
    <w:p>
      <w:pPr>
        <w:jc w:val="right"/>
      </w:pPr>
      <w:r>
        <w:t>to give, and therefore</w:t>
      </w:r>
    </w:p>
    <w:p>
      <w:r>
        <w:rPr>
          <w:b/>
        </w:rPr>
        <w:t xml:space="preserve">[15:51] </w:t>
      </w:r>
      <w:r>
        <w:t>save yourself from mean works and bad morals."</w:t>
      </w:r>
    </w:p>
    <w:p>
      <w:pPr>
        <w:jc w:val="right"/>
      </w:pPr>
      <w:r>
        <w:t>save yourself from mean works and bad morals."</w:t>
      </w:r>
    </w:p>
    <w:p>
      <w:r>
        <w:rPr>
          <w:b/>
        </w:rPr>
        <w:t xml:space="preserve">[15:54] </w:t>
      </w:r>
      <w:r>
        <w:t>Aur aap Quran mein bhi aaya hai chapter two mein ke "God grants wisdom to whomever He will,</w:t>
      </w:r>
    </w:p>
    <w:p>
      <w:pPr>
        <w:jc w:val="right"/>
      </w:pPr>
      <w:r>
        <w:t>اور آپا قرآن میں بھی آیا ہے چیپٹر ٹو میں کہ "God grants wisdom to whomever He will,</w:t>
      </w:r>
    </w:p>
    <w:p>
      <w:r>
        <w:rPr>
          <w:b/>
        </w:rPr>
        <w:t xml:space="preserve">[16:00] </w:t>
      </w:r>
      <w:r>
        <w:t>and anyone who is granted wisdom has been granted abundant wealth, but only a person with understanding can</w:t>
      </w:r>
    </w:p>
    <w:p>
      <w:pPr>
        <w:jc w:val="right"/>
      </w:pPr>
      <w:r>
        <w:t>and anyone who is granted wisdom has been granted abundant wealth, but only a person with understanding can</w:t>
      </w:r>
    </w:p>
    <w:p>
      <w:r>
        <w:rPr>
          <w:b/>
        </w:rPr>
        <w:t xml:space="preserve">[16:08] </w:t>
      </w:r>
      <w:r>
        <w:t>know this."</w:t>
      </w:r>
    </w:p>
    <w:p>
      <w:pPr>
        <w:jc w:val="right"/>
      </w:pPr>
      <w:r>
        <w:t>know this."</w:t>
      </w:r>
    </w:p>
    <w:p>
      <w:r>
        <w:rPr>
          <w:b/>
        </w:rPr>
        <w:t xml:space="preserve">[16:09] </w:t>
      </w:r>
      <w:r>
        <w:t>to apa mein chahunga ke aap hum sab ko yeh bhi batayein ke wisdom ko le kar Quran mein kya aya hai, is ke bare mein aap hum sab ko batayein.</w:t>
      </w:r>
    </w:p>
    <w:p>
      <w:pPr>
        <w:jc w:val="right"/>
      </w:pPr>
      <w:r>
        <w:t>تو آپا میں چاہوں گا کہ آپ ہم سب کو یہ بھی بتائیں کہ وزڈم کو لے کر قرآن میں کیا آیا ہے، اس کے بارے میں آپ ہم سب کو بتائیں۔</w:t>
      </w:r>
    </w:p>
    <w:p>
      <w:r>
        <w:rPr>
          <w:b/>
        </w:rPr>
        <w:t xml:space="preserve">[16:21] </w:t>
      </w:r>
      <w:r>
        <w:t>jaisa ke aap ne bataya ke Allah taala grant karta hai, to Allah taala grant karta hai, lekin yeh nahi ke kuch khaas log hain, unhi ko grant karega.</w:t>
      </w:r>
    </w:p>
    <w:p>
      <w:pPr>
        <w:jc w:val="right"/>
      </w:pPr>
      <w:r>
        <w:t>جیسا کہ آپ نے بتایا کہ اللہ تعالی گرانٹ کرتا ہے، تو اللہ تعالی گرانٹ کرتا ہے، لیکن یہ نہیں کہ کچھ خاص لوگ ہیں، انہی کو گرانٹ کرے گا۔</w:t>
      </w:r>
    </w:p>
    <w:p>
      <w:r>
        <w:rPr>
          <w:b/>
        </w:rPr>
        <w:t xml:space="preserve">[16:32] </w:t>
      </w:r>
      <w:r>
        <w:t>matlab hamare andar woh desire bhi honi chahiye,</w:t>
      </w:r>
    </w:p>
    <w:p>
      <w:pPr>
        <w:jc w:val="right"/>
      </w:pPr>
      <w:r>
        <w:t>مطلب ہمارے اندر وہ ڈیزائر بھی ہونی چاہیے،</w:t>
      </w:r>
    </w:p>
    <w:p>
      <w:r>
        <w:rPr>
          <w:b/>
        </w:rPr>
        <w:t xml:space="preserve">[16:35] </w:t>
      </w:r>
      <w:r>
        <w:t>woh duaen hon karni chahiye hamein ke Allah taala hamein aql ko, wisdom ko hamein grant kare.</w:t>
      </w:r>
    </w:p>
    <w:p>
      <w:pPr>
        <w:jc w:val="right"/>
      </w:pPr>
      <w:r>
        <w:t>وہ دعائیں ہوں کرنی چاہیے ہمیں کہ اللہ تعالی ہمیں عقل کو، وزڈم کو ہمیں گرانٹ کرے۔</w:t>
      </w:r>
    </w:p>
    <w:p>
      <w:r>
        <w:rPr>
          <w:b/>
        </w:rPr>
        <w:t xml:space="preserve">[16:44] </w:t>
      </w:r>
      <w:r>
        <w:t>kyunke ek ek hum ko dua milti hai jo Rasool Allah Salallahu Alaihi Wasallam ne Abdullah Ibn Abbas ko apne sine se lagaya aur dua ki ke Allah taala un ko wisdom ata farmaye, hikmat ata farmaye.</w:t>
      </w:r>
    </w:p>
    <w:p>
      <w:pPr>
        <w:jc w:val="right"/>
      </w:pPr>
      <w:r>
        <w:t>کیونکہ ایک ایک ہم کو دعا ملتی ہے جو رسول اللہ صلی اللہ علیہ وسلم نے عبداللہ ابن عباس کو اپنے سینے سے لگایا اور دعا کی کہ اللہ تعالی ان کو وزڈم عطا فرمائے، حکمت عطا فرمائے۔</w:t>
      </w:r>
    </w:p>
    <w:p>
      <w:r>
        <w:rPr>
          <w:b/>
        </w:rPr>
        <w:t xml:space="preserve">[16:58] </w:t>
      </w:r>
      <w:r>
        <w:t>to is ka matlab hai ke hum sab ko dua karni chahiye.</w:t>
      </w:r>
    </w:p>
    <w:p>
      <w:pPr>
        <w:jc w:val="right"/>
      </w:pPr>
      <w:r>
        <w:t>تو اس کا مطلب ہے کہ ہم سب کو دعا کرنی چاہیے۔</w:t>
      </w:r>
    </w:p>
    <w:p>
      <w:r>
        <w:rPr>
          <w:b/>
        </w:rPr>
        <w:t xml:space="preserve">[17:03] </w:t>
      </w:r>
      <w:r>
        <w:t>Quran mein aql ko bohat zyada aql par zor diya gaya hai ke is ka jo is mein kabhi aql ka naam hota hai, lubb, fuad waghera kai alfaaz hain, aur kabhi is ke derivatives hote hain.</w:t>
      </w:r>
    </w:p>
    <w:p>
      <w:pPr>
        <w:jc w:val="right"/>
      </w:pPr>
      <w:r>
        <w:t>قرآن میں عقل کو بہت زیادہ عقل پر زور دیا گیا ہے کہ اس کا جو اس میں کبھی عقل کا نام ہوتا ہے، لب فواد وغیرہ کئی الفاظ ہیں، اور کبھی اس کے ڈیرائیویٹیوز ہوتے ہیں۔</w:t>
      </w:r>
    </w:p>
    <w:p>
      <w:r>
        <w:rPr>
          <w:b/>
        </w:rPr>
        <w:t xml:space="preserve">[17:18] </w:t>
      </w:r>
      <w:r>
        <w:t>to is ka jis ko kehte hain maada to root hota hai, is ke bohat sare arabi mein to bohat zyada derivatives hain.</w:t>
      </w:r>
    </w:p>
    <w:p>
      <w:pPr>
        <w:jc w:val="right"/>
      </w:pPr>
      <w:r>
        <w:t>تو اس کا جس کو کہتے ہیں مادہ تو روٹ ہوتا ہے، اس کے بہت سارے عربی میں تو بہت زیادہ ڈیرائیویٹیوز ہیں۔</w:t>
      </w:r>
    </w:p>
    <w:p>
      <w:r>
        <w:rPr>
          <w:b/>
        </w:rPr>
        <w:t xml:space="preserve">[17:25] </w:t>
      </w:r>
      <w:r>
        <w:t>to yeh jo hai aql ka lafz to 50 bar istemal hua hai, aur lubb ka is lafz 16 bar istemal hua hai.</w:t>
      </w:r>
    </w:p>
    <w:p>
      <w:pPr>
        <w:jc w:val="right"/>
      </w:pPr>
      <w:r>
        <w:t>تو یہ جو ہے عقل کا لفظ تو 50 بار استعمال ہوا ہے، اور لب کا اس لفظ 16 بار استعمال ہوا ہے۔</w:t>
      </w:r>
    </w:p>
    <w:p>
      <w:r>
        <w:rPr>
          <w:b/>
        </w:rPr>
        <w:t xml:space="preserve">[17:34] </w:t>
      </w:r>
      <w:r>
        <w:t>bar bar aata hai ke log samajhte kyun nahi, un ke un ke aankh hai, kaan hai, dimagh hai, log samajhte kyun nahi.</w:t>
      </w:r>
    </w:p>
    <w:p>
      <w:pPr>
        <w:jc w:val="right"/>
      </w:pPr>
      <w:r>
        <w:t>بار بار آتا ہے کہ لوگ سمجھتے کیوں نہیں، ان کے ان کے آنکھ ہے، کان ہے، دماغ ہے، لوگ سمجھتے کیوں نہیں۔</w:t>
      </w:r>
    </w:p>
    <w:p>
      <w:r>
        <w:rPr>
          <w:b/>
        </w:rPr>
        <w:t xml:space="preserve">[17:43] </w:t>
      </w:r>
      <w:r>
        <w:t>to aur yeh bar bar aya hai ke jo ulul albab samajhne wale, yani woh log jo naseehat ko pakadte hain, samajhte hain.</w:t>
      </w:r>
    </w:p>
    <w:p>
      <w:pPr>
        <w:jc w:val="right"/>
      </w:pPr>
      <w:r>
        <w:t>تو اور یہ بار بار آیا ہے کہ جو اول الباب سمجھنے والے، یعنی وہ لوگ جو نصیحت کو پکڑتے ہیں، سمجھتے ہیں۔</w:t>
      </w:r>
    </w:p>
    <w:p>
      <w:r>
        <w:rPr>
          <w:b/>
        </w:rPr>
        <w:t xml:space="preserve">[17:53] </w:t>
      </w:r>
      <w:r>
        <w:t>to</w:t>
      </w:r>
    </w:p>
    <w:p>
      <w:pPr>
        <w:jc w:val="right"/>
      </w:pPr>
      <w:r>
        <w:t>تو</w:t>
      </w:r>
    </w:p>
    <w:p>
      <w:r>
        <w:rPr>
          <w:b/>
        </w:rPr>
        <w:t xml:space="preserve">[17:54] </w:t>
      </w:r>
      <w:r>
        <w:t>Surah Baqarah mein aya hai ayat 269 ke Allah jis ko chahta hai hikmat de deta hai, aur jis ko hikmat mili, us ko bari dolat mil gayi, aur naseehat wahi hasil karte hain jo aql wale hain.</w:t>
      </w:r>
    </w:p>
    <w:p>
      <w:pPr>
        <w:jc w:val="right"/>
      </w:pPr>
      <w:r>
        <w:t>سورہ بقرہ میں آیا ہے آیت 269 کہ اللہ جس کو چاہتا ہے حکمت دے دیتا ہے، اور جس کو حکمت ملی، اس کو بڑی دولت مل گئی، اور نصیحت وہی حاصل کرتے ہیں جو عقل والے ہیں۔</w:t>
      </w:r>
    </w:p>
    <w:p>
      <w:r>
        <w:rPr>
          <w:b/>
        </w:rPr>
        <w:t xml:space="preserve">[18:09] </w:t>
      </w:r>
      <w:r>
        <w:t>to is ka matlab hai ke naseehat hasil karne mein bhi aqal ki zaroorat hoti hai. to har kaam aqal se hi hota hai.</w:t>
      </w:r>
    </w:p>
    <w:p>
      <w:pPr>
        <w:jc w:val="right"/>
      </w:pPr>
      <w:r>
        <w:t>تو اس کا مطلب ہے کہ نصیحت حاصل کرنے میں بھی عقل کی ضرورت ہوتی ہے۔ تو ہر کام عقل سے ہی ہوتا ہے۔</w:t>
      </w:r>
    </w:p>
    <w:p>
      <w:r>
        <w:rPr>
          <w:b/>
        </w:rPr>
        <w:t xml:space="preserve">[18:20] </w:t>
      </w:r>
      <w:r>
        <w:t>to wisdom jo hai, Allah taala ka aik bohat hi qeemti atiya hai, jaisa ke hamein quran se maloom hota hai ke Allah ne sab se afzal cheez jo paida ki hai, woh aqal hai.</w:t>
      </w:r>
    </w:p>
    <w:p>
      <w:pPr>
        <w:jc w:val="right"/>
      </w:pPr>
      <w:r>
        <w:t>تو وزڈم جو ہے، اللہ تعالی کا ایک بہت ہی قیمتی عطیہ ہے، جیسا کہ ہمیں قرآن سے معلوم ہوتا ہے کہ اللہ نے سب سے افضل چیز جو پیدا کی ہے، وہ عقل ہے۔</w:t>
      </w:r>
    </w:p>
    <w:p>
      <w:r>
        <w:rPr>
          <w:b/>
        </w:rPr>
        <w:t xml:space="preserve">[18:32] </w:t>
      </w:r>
      <w:r>
        <w:t>bohat sari ayatein hain is tarah ki. aik ayat hai surah mulk mein 67 verse 10.</w:t>
      </w:r>
    </w:p>
    <w:p>
      <w:pPr>
        <w:jc w:val="right"/>
      </w:pPr>
      <w:r>
        <w:t>بہت ساری آیتیں ہیں اس طرح کی۔ ایک آیت ہے سورہ ملک میں 67 ورس 10۔</w:t>
      </w:r>
    </w:p>
    <w:p>
      <w:r>
        <w:rPr>
          <w:b/>
        </w:rPr>
        <w:t xml:space="preserve">[18:42] </w:t>
      </w:r>
      <w:r>
        <w:t>kyun ke aqliyat se hum sochte hain, tajziya karte hain, analysis karte hain, baton ko gehrai se samajhte hain, aur gehrai se samajhna zaroori hai na sirf dunya ke mamlaat mein balkeh akhirat ke mamlaat mein bhi</w:t>
      </w:r>
    </w:p>
    <w:p>
      <w:pPr>
        <w:jc w:val="right"/>
      </w:pPr>
      <w:r>
        <w:t>کیونکہ عقلیت سے ہم سوچتے ہیں، تجزیہ کرتے ہیں، انالیسز کرتے ہیں، باتوں کو گہرائی سے سمجھتے ہیں، اور گہرائی سے سمجھنا ضروری ہے نہ صرف دنیا کے معاملات میں بلکہ آخرت کے معاملات میں بھی</w:t>
      </w:r>
    </w:p>
    <w:p>
      <w:r>
        <w:rPr>
          <w:b/>
        </w:rPr>
        <w:t xml:space="preserve">[18:56] </w:t>
      </w:r>
      <w:r>
        <w:t>. hum ko marifat hi nahi milegi agar hum gehrai se ghor o fikr na karein ge quran par, hadith par. to to yeh sab aur khaas tor par kainat ki nishaniyon par.</w:t>
      </w:r>
    </w:p>
    <w:p>
      <w:pPr>
        <w:jc w:val="right"/>
      </w:pPr>
      <w:r>
        <w:t>۔ ہم کو معرفت ہی نہیں ملے گی اگر ہم گہرائی سے غور و فکر نہ کریں گے قرآن پر، حدیث پر۔ تو تو یہ سب اور خاص طور پر کائنات کی نشانیوں پر۔</w:t>
      </w:r>
    </w:p>
    <w:p>
      <w:r>
        <w:rPr>
          <w:b/>
        </w:rPr>
        <w:t xml:space="preserve">[19:10] </w:t>
      </w:r>
      <w:r>
        <w:t>to greek philosophers dekhein, aqal ke zariye se sachai ko samajhna chah rahe thay, jis mein woh kamyab nahi hue.</w:t>
      </w:r>
    </w:p>
    <w:p>
      <w:pPr>
        <w:jc w:val="right"/>
      </w:pPr>
      <w:r>
        <w:t>تو گریک فلاسفرز دیکھیں، عقل کے ذریعے سے سچائی کو سمجھنا چاہ رہے تھے، جس میں وہ کامیاب نہیں ہوئے۔</w:t>
      </w:r>
    </w:p>
    <w:p>
      <w:r>
        <w:rPr>
          <w:b/>
        </w:rPr>
        <w:t xml:space="preserve">[19:20] </w:t>
      </w:r>
      <w:r>
        <w:t>falsafa jo hai, is mein kamyab nahi hua</w:t>
      </w:r>
    </w:p>
    <w:p>
      <w:pPr>
        <w:jc w:val="right"/>
      </w:pPr>
      <w:r>
        <w:t>فلسفہ جو ہے، اس میں کامیاب نہیں ہوا</w:t>
      </w:r>
    </w:p>
    <w:p>
      <w:r>
        <w:rPr>
          <w:b/>
        </w:rPr>
        <w:t xml:space="preserve">[19:23] </w:t>
      </w:r>
      <w:r>
        <w:t>. to lekin islam mein yeh hai ke wisdom ke liye jo ghor o fikr hai, woh is ki based hona chahiye wahi ki rehnumai mein.</w:t>
      </w:r>
    </w:p>
    <w:p>
      <w:pPr>
        <w:jc w:val="right"/>
      </w:pPr>
      <w:r>
        <w:t>۔ تو لیکن اسلام میں یہ ہے کہ وزڈم کے لیے جو غور و فکر ہے، وہ اس کی بیسڈ ہونا چاہیے وحی کی رہنمائی میں۔</w:t>
      </w:r>
    </w:p>
    <w:p>
      <w:r>
        <w:rPr>
          <w:b/>
        </w:rPr>
        <w:t xml:space="preserve">[19:35] </w:t>
      </w:r>
      <w:r>
        <w:t>to woh is se bohat sare aap ko rehnuma usool milen ge. aap quran o hadith aur rasool Allah salallaho alaihi wasallam ke uswa ko jab dekhenge to aap ko bohat sari baatein milengi.</w:t>
      </w:r>
    </w:p>
    <w:p>
      <w:pPr>
        <w:jc w:val="right"/>
      </w:pPr>
      <w:r>
        <w:t>تو وہ اس سے بہت سارے آپ کو رہنما اصول ملیں گے۔ آپ قرآن و حدیث اور رسول اللہ صلی اللہ علیہ وسلم کے اسوہ کو جب دیکھیں گے تو آپ کو بہت ساری باتیں ملیں گی۔</w:t>
      </w:r>
    </w:p>
    <w:p>
      <w:r>
        <w:rPr>
          <w:b/>
        </w:rPr>
        <w:t xml:space="preserve">[19:47] </w:t>
      </w:r>
      <w:r>
        <w:t>lekin wahi hai ke bohat hi serious hona parega, bohat hi gehrai se aap ko is ko samajhna parega.</w:t>
      </w:r>
    </w:p>
    <w:p>
      <w:pPr>
        <w:jc w:val="right"/>
      </w:pPr>
      <w:r>
        <w:t>لیکن وہی ہے کہ بہت ہی سیریس ہونا پڑے گا، بہت ہی گہرائی سے آپ کو اس کو سمجھنا پڑے گا۔</w:t>
      </w:r>
    </w:p>
    <w:p>
      <w:r>
        <w:rPr>
          <w:b/>
        </w:rPr>
        <w:t xml:space="preserve">[19:56] </w:t>
      </w:r>
      <w:r>
        <w:t>to is mein surah yusuf mein bhi rasool Allah taala ne farmaya hai ke hum ne is kitab ko arabi quran bana kar utara hai ta ke tum samjho la'allakum ta'qiloon .</w:t>
      </w:r>
    </w:p>
    <w:p>
      <w:pPr>
        <w:jc w:val="right"/>
      </w:pPr>
      <w:r>
        <w:t>تو اس میں سورہ یوسف میں بھی رسول اللہ تعالی نے فرمایا ہے کہ ہم نے اس کتاب کو عربی قرآن بنا کر اتارا ہے تاکہ تم سمجھو لعلکم تعقلون ۔</w:t>
      </w:r>
    </w:p>
    <w:p>
      <w:r>
        <w:rPr>
          <w:b/>
        </w:rPr>
        <w:t xml:space="preserve">[20:10] </w:t>
      </w:r>
      <w:r>
        <w:t>to bohat sari ayatein hain surah baqarah mein. naseehat sirf aqal wale hasil karte hain, aur yeh ayat quran mein bar bar aayi hai.</w:t>
      </w:r>
    </w:p>
    <w:p>
      <w:pPr>
        <w:jc w:val="right"/>
      </w:pPr>
      <w:r>
        <w:t>تو بہت ساری آیتیں ہیں سورہ بقرہ میں۔ نصیحت صرف عقل والے حاصل کرتے ہیں، اور یہ آیت قرآن میں بار بار آئی ہے۔</w:t>
      </w:r>
    </w:p>
    <w:p>
      <w:r>
        <w:rPr>
          <w:b/>
        </w:rPr>
        <w:t xml:space="preserve">[20:20] </w:t>
      </w:r>
      <w:r>
        <w:t>phir al imran mein hai aasman o zameen ki paidaish, raat din ke mukhtalif hone mein nishani hai aqal walon ke liye.</w:t>
      </w:r>
    </w:p>
    <w:p>
      <w:pPr>
        <w:jc w:val="right"/>
      </w:pPr>
      <w:r>
        <w:t>پھر آل عمران میں ہے آسمان و زمین کی پیدائش، رات دن کے مختلف ہونے میں نشانی ہے عقل والوں کے لیے۔</w:t>
      </w:r>
    </w:p>
    <w:p>
      <w:r>
        <w:rPr>
          <w:b/>
        </w:rPr>
        <w:t xml:space="preserve">[20:29] </w:t>
      </w:r>
      <w:r>
        <w:t>to yeh sab isi ko milega jo ghor o fikr karega, aur bohat hi ghor o fikr ke liye yeh zaroori hai ke hamara hum distracted na hon.</w:t>
      </w:r>
    </w:p>
    <w:p>
      <w:pPr>
        <w:jc w:val="right"/>
      </w:pPr>
      <w:r>
        <w:t>تو یہ سب اسی کو ملے گا جو غور و فکر کرے گا، اور بہت ہی غور و فکر کے لیے یہ ضروری ہے کہ ہمارا ہم ڈسٹریکٹڈ نہ ہوں۔</w:t>
      </w:r>
    </w:p>
    <w:p>
      <w:r>
        <w:rPr>
          <w:b/>
        </w:rPr>
        <w:t xml:space="preserve">[20:38] </w:t>
      </w:r>
      <w:r>
        <w:t>agar hamara mind kahin aur laga hua hoga to hum ghor o fikr se bhi hamein kuch nahi milega.</w:t>
      </w:r>
    </w:p>
    <w:p>
      <w:pPr>
        <w:jc w:val="right"/>
      </w:pPr>
      <w:r>
        <w:t>اگر ہمارا مائنڈ کہیں اور لگا ہوا ہوگا تو ہم غور و فکر سے بھی ہمیں کچھ نہیں ملے گا۔</w:t>
      </w:r>
    </w:p>
    <w:p>
      <w:r>
        <w:rPr>
          <w:b/>
        </w:rPr>
        <w:t xml:space="preserve">[20:46] </w:t>
      </w:r>
      <w:r>
        <w:t>to is tareeqe se quran ko agar hum parhte hain to hum ko bar bar milta hai ke hamein aqal ka istemal hamare liye zaroori hai, dunya ke mamlaat ko bhi theek karne ke liye aur Khuda ki marifat hasil karne ke liye bhi.</w:t>
      </w:r>
    </w:p>
    <w:p>
      <w:pPr>
        <w:jc w:val="right"/>
      </w:pPr>
      <w:r>
        <w:t>تو اس طریقے سے قرآن کو اگر ہم پڑھتے ہیں تو ہم کو بار بار ملتا ہے کہ ہمیں عقل کا استعمال ہمارے لیے ضروری ہے، دنیا کے معاملات کو بھی ٹھیک کرنے کے لیے اور خدا کی معرفت حاصل کرنے کے لیے بھی۔</w:t>
      </w:r>
    </w:p>
    <w:p>
      <w:r>
        <w:rPr>
          <w:b/>
        </w:rPr>
        <w:t xml:space="preserve">[21:03] </w:t>
      </w:r>
      <w:r>
        <w:t>ji apa aik sawal, kyun ke aap ne abhi philosophy ko le kar bare achhe se samjhaya, to doctor naghma siddiqui ne dilli se sawal bheja ke "How is wisdom from God different from philosophical wisdom?" is ko bhi aap wazeh kar dein.</w:t>
      </w:r>
    </w:p>
    <w:p>
      <w:pPr>
        <w:jc w:val="right"/>
      </w:pPr>
      <w:r>
        <w:t>جی آپا ایک سوال، کیونکہ آپ نے ابھی فلاسفی کو لے کر بڑے اچھے سے سمجھایا، تو ڈاکٹر نغمہ صدیقی نے دلی سے سوال بھیجا کہ "How is wisdom from God different from philosophical wisdom?" اس کو بھی آپ واضح کر دیں۔</w:t>
      </w:r>
    </w:p>
    <w:p>
      <w:r>
        <w:rPr>
          <w:b/>
        </w:rPr>
        <w:t xml:space="preserve">[21:19] </w:t>
      </w:r>
      <w:r>
        <w:t>mere khayal se abhi aap ne touch upon bhi kiya, kyun ke philosophy is man made, and wisdom jo hamein milti hai woh wahi ki shakal mein, through revelation ke zariye se hum is ko paas</w:t>
      </w:r>
    </w:p>
    <w:p>
      <w:pPr>
        <w:jc w:val="right"/>
      </w:pPr>
      <w:r>
        <w:t>میرے خیال سے ابھی آپ نے ٹچ اپون بھی کیا، کیونکہ فلاسفی از مین میڈ، اینڈ وزڈم جو ہمیں ملتی ہے وہ وحی کی شکل میں، تھرو ریولیشن کے ذریعے سے ہم اس کو پا س</w:t>
      </w:r>
    </w:p>
    <w:p>
      <w:r>
        <w:rPr>
          <w:b/>
        </w:rPr>
        <w:t xml:space="preserve">[21:30] </w:t>
      </w:r>
      <w:r>
        <w:t>kute hain. to thoda sa agar aap is ko expand kar dein, apa. asal mein aqal ki limitation hai. ji greek philosophers jo hain, woh aqal ke zariye se baton ko samajhna chah rahe thay, to is wajah se un ko matlab poori rehnumai un ko nahi mili.</w:t>
      </w:r>
    </w:p>
    <w:p>
      <w:pPr>
        <w:jc w:val="right"/>
      </w:pPr>
      <w:r>
        <w:t>کتے ہیں۔ تو تھوڑا سا اگر آپ اس کو ایکسپینڈ کر دیں، آپا۔ اصل میں عقل کی لیمیٹیشن ہے۔ جی گریک فلاسفرز جو ہیں، وہ عقل کے ذریعے سے باتوں کو سمجھنا چاہ رہے تھے، تو اس وجہ سے ان کو مطلب پوری رہنمائی ان کو نہیں ملی۔</w:t>
      </w:r>
    </w:p>
    <w:p>
      <w:r>
        <w:rPr>
          <w:b/>
        </w:rPr>
        <w:t xml:space="preserve">[21:47] </w:t>
      </w:r>
      <w:r>
        <w:t>unhon ne falsafa bohat zyada develop kiya, baad mein muslim philosophers ne bhi develop kiya, lekin woh kisi nateejay tak nahi pahunch paye. jab</w:t>
      </w:r>
    </w:p>
    <w:p>
      <w:pPr>
        <w:jc w:val="right"/>
      </w:pPr>
      <w:r>
        <w:t>انہوں نے فلسفہ بہت زیادہ ڈیولپ کیا، بعد میں مسلم فلاسفرز نے بھی ڈیولپ کیا، لیکن وہ کسی نتیجے تک نہیں پہنچ پائے۔ جب</w:t>
      </w:r>
    </w:p>
    <w:p>
      <w:r>
        <w:rPr>
          <w:b/>
        </w:rPr>
        <w:t xml:space="preserve">[21:56] </w:t>
      </w:r>
      <w:r>
        <w:t>ke agar hum quran ki rehnumai mein yeh ghor o fikr karte hain to hum aik nateejay tak pahunchte hain. to aik main baat yeh hai ke jab hum samajhte hain ke yeh dunya jo hai, yeh sirf yeh eternal nahi hai, hamein ephemeral aik life hai hamari, hamein kuch din yahan rehna hai,</w:t>
      </w:r>
    </w:p>
    <w:p>
      <w:pPr>
        <w:jc w:val="right"/>
      </w:pPr>
      <w:r>
        <w:t>کہ اگر ہم قرآن کی رہنمائی میں یہ غور و فکر کرتے ہیں تو ہم ایک نتیجے تک پہنچتے ہیں۔ تو ایک مین بات یہ ہے کہ جب ہم سمجھتے ہیں کہ یہ دنیا جو ہے، یہ صرف یہ ایٹرنل نہیں ہے، ہمیں ایفیمرل ایک لائف ہے ہماری، ہمیں کچھ دن یہاں رہنا ہے،</w:t>
      </w:r>
    </w:p>
    <w:p>
      <w:r>
        <w:rPr>
          <w:b/>
        </w:rPr>
        <w:t xml:space="preserve">[22:18] </w:t>
      </w:r>
      <w:r>
        <w:t>yeh ideal nahi hai, balkeh ideal jo hai, woh perfect world, ideal world akhirat hai.</w:t>
      </w:r>
    </w:p>
    <w:p>
      <w:pPr>
        <w:jc w:val="right"/>
      </w:pPr>
      <w:r>
        <w:t>یہ آئیڈیل نہیں ہے، بلکہ آئیڈیل جو ہے، وہ پرفیکٹ ورلڈ، آئیڈیل ورلڈ آخرت ہے۔</w:t>
      </w:r>
    </w:p>
    <w:p>
      <w:r>
        <w:rPr>
          <w:b/>
        </w:rPr>
        <w:t xml:space="preserve">[22:25] </w:t>
      </w:r>
      <w:r>
        <w:t>to yeh samajh kar hum ko jab tak yeh understanding hamare andar na hogi, hum koi bhi baat nahi samjhe samajh sakte. kyun ke tamam greek philosophers se le kar ke ideal king, ideal man, aik Al-Jilli aik philosopher tha, woh Insan, Insan al-kamil,</w:t>
      </w:r>
    </w:p>
    <w:p>
      <w:pPr>
        <w:jc w:val="right"/>
      </w:pPr>
      <w:r>
        <w:t>تو یہ سمجھ کر ہم کو جب تک یہ انڈرسٹینڈنگ ہمارے اندر نہ ہوگی، ہم کوئی بھی بات نہیں سمجھے سمجھ سکتے۔ کیونکہ تمام گریک فلاسفرز سے لے کر کے آئیڈیل کنگ، آئیڈیل مین، ایک الجیلی ایک فلاسفر تھا، وہ الانسان، الانسان الکامل،</w:t>
      </w:r>
    </w:p>
    <w:p>
      <w:r>
        <w:rPr>
          <w:b/>
        </w:rPr>
        <w:t xml:space="preserve">[22:45] </w:t>
      </w:r>
      <w:r>
        <w:t>a perfect man, isi mein woh lage rahe, lage rahe. halankeh is dunya mein perfection hai hi nahi, to kahan se milega?</w:t>
      </w:r>
    </w:p>
    <w:p>
      <w:pPr>
        <w:jc w:val="right"/>
      </w:pPr>
      <w:r>
        <w:t>اے پرفیکٹ مین، اسی میں وہ لگے رہے، لگے رہے۔ حالانکہ اس دنیا میں پرفیکشن ہے ہی نہیں، تو کہاں سے ملے گا؟</w:t>
      </w:r>
    </w:p>
    <w:p>
      <w:r>
        <w:rPr>
          <w:b/>
        </w:rPr>
        <w:t xml:space="preserve">[22:54] </w:t>
      </w:r>
      <w:r>
        <w:t>isi liye hamein chahiye ke hum wahi ki rehnumai mein yeh koshish karein in baton ko samajhne ki. is ne Alexander, Aristotle ne bohat koshish ki thi Alexander par ke woh jo hai aik ideal king banega, lekin woh nahi ideal king bana.</w:t>
      </w:r>
    </w:p>
    <w:p>
      <w:pPr>
        <w:jc w:val="right"/>
      </w:pPr>
      <w:r>
        <w:t>اسی لیے ہمیں چاہیے کہ ہم وحی کی رہنمائی میں یہ کوشش کریں ان باتوں کو سمجھنے کی۔ اس نے الیگزینڈر، ارسٹوٹل نے بہت کوشش کی تھی الیگزینڈر پر کہ وہ جو ہے ایک آئیڈیل کنگ بنے گا، لیکن وہ نہیں آئیڈیل کنگ بنا۔</w:t>
      </w:r>
    </w:p>
    <w:p>
      <w:r>
        <w:rPr>
          <w:b/>
        </w:rPr>
        <w:t xml:space="preserve">[23:15] </w:t>
      </w:r>
      <w:r>
        <w:t>kingdom milti, woh kehte hain power corrupts and absolute power corrupts, absolutely. to</w:t>
      </w:r>
    </w:p>
    <w:p>
      <w:pPr>
        <w:jc w:val="right"/>
      </w:pPr>
      <w:r>
        <w:t>کنگڈم ملتی، وہ کہتے ہیں پاور کرپٹس اینڈ ایبسولیوٹ پاور کرپٹس، ایبسولیوٹلی۔ تو</w:t>
      </w:r>
    </w:p>
    <w:p>
      <w:r>
        <w:rPr>
          <w:b/>
        </w:rPr>
        <w:t xml:space="preserve">[23:21] </w:t>
      </w:r>
      <w:r>
        <w:t>woh is dunya mein jo cheez mumkin nahi, us ke upar woh apne ghore daurate rahe, to is waja se unhein kuch mila nahi. finally logon ne switch kiya science ki taraf, tab ja ke dunya ko bohat kuch science ke zariye se, technology ke zariye se dunya ko bohat kuch mila.</w:t>
      </w:r>
    </w:p>
    <w:p>
      <w:pPr>
        <w:jc w:val="right"/>
      </w:pPr>
      <w:r>
        <w:t>وہ اس دنیا میں جو چیز ممکن نہیں، اس کے اوپر وہ اپنے گھوڑے دوڑاتے رہے، تو اس وجہ سے انہیں کچھ ملا نہیں۔ فائنلی لوگوں نے سوئچ کیا سائنس کی طرف، تب جا کے دنیا کو بہت کچھ سائنس کے ذریعے سے، ٹیکنالوجی کے ذریعے سے دنیا کو بہت کچھ ملا۔</w:t>
      </w:r>
    </w:p>
    <w:p>
      <w:r>
        <w:rPr>
          <w:b/>
        </w:rPr>
        <w:t xml:space="preserve">[23:41] </w:t>
      </w:r>
      <w:r>
        <w:t>philosophy jo kehte thay queen of of arts hai, lekin philosophy se logon ko kuch mila nahi, kyunke woh limitations hain philosophy ki.</w:t>
      </w:r>
    </w:p>
    <w:p>
      <w:pPr>
        <w:jc w:val="right"/>
      </w:pPr>
      <w:r>
        <w:t>فلسفہ جو کہ کہتے تھے کوئین آف آف آرٹس ہے، لیکن فلسفے سے لوگوں کو کچھ ملا نہیں، کیونکہ وہ لیمیٹیشنز ہیں فلسفے کی۔</w:t>
      </w:r>
    </w:p>
    <w:p>
      <w:r>
        <w:rPr>
          <w:b/>
        </w:rPr>
        <w:t xml:space="preserve">[23:52] </w:t>
      </w:r>
      <w:r>
        <w:t>agar unhon ne Khuda ki revelation jo hai, us ki rehnumai mein kaam kiya hota, tab un ko sare rehnuma usool milte.</w:t>
      </w:r>
    </w:p>
    <w:p>
      <w:pPr>
        <w:jc w:val="right"/>
      </w:pPr>
      <w:r>
        <w:t>اگر انہوں نے خدا کی ریولیشن جو ہے، اس کی رہنمائی میں کام کیا ہوتا، تب ان کو سارے رہنما اصول ملتے۔</w:t>
      </w:r>
    </w:p>
    <w:p>
      <w:r>
        <w:rPr>
          <w:b/>
        </w:rPr>
        <w:t xml:space="preserve">[24:01] </w:t>
      </w:r>
      <w:r>
        <w:t>jaise Maulana ne aik aik Arsalah ka aik nikala hai, shumarah 2018 mein, January 2018</w:t>
      </w:r>
    </w:p>
    <w:p>
      <w:pPr>
        <w:jc w:val="right"/>
      </w:pPr>
      <w:r>
        <w:t>جیسے مولانا نے ایک ایک الرسالہ کا ایک نکالا ہے، شمارہ 2018 میں، جنوری 2018</w:t>
      </w:r>
    </w:p>
    <w:p>
      <w:r>
        <w:rPr>
          <w:b/>
        </w:rPr>
        <w:t xml:space="preserve">[24:10] </w:t>
      </w:r>
      <w:r>
        <w:t>, to us mein bohat sare rehnuma usool bataye hain jo ke Rasool Allah salallaho alaihi wasallam ki zindagi se unhon ne liye hain.</w:t>
      </w:r>
    </w:p>
    <w:p>
      <w:pPr>
        <w:jc w:val="right"/>
      </w:pPr>
      <w:r>
        <w:t>، تو اس میں بہت سارے رہنما اصول بتائے ہیں جو کہ رسول اللہ صلی اللہ علیہ وسلم کی زندگی سے انہوں نے لیے ہیں۔</w:t>
      </w:r>
    </w:p>
    <w:p>
      <w:r>
        <w:rPr>
          <w:b/>
        </w:rPr>
        <w:t xml:space="preserve">[24:19] </w:t>
      </w:r>
      <w:r>
        <w:t>to conclusion jo hai, woh wahan se unhon ne draw kiya hai. to pehle log samajhte nahi thay wisdom aur practical wisdom ka farq.</w:t>
      </w:r>
    </w:p>
    <w:p>
      <w:pPr>
        <w:jc w:val="right"/>
      </w:pPr>
      <w:r>
        <w:t>تو کنکلوژن جو ہے، وہ وہاں سے انہوں نے ڈرا کیا ہے۔ تو پہلے لوگ سمجھتے نہیں تھے وزڈم اور پریکٹیکل وزڈم کا فرق۔</w:t>
      </w:r>
    </w:p>
    <w:p>
      <w:r>
        <w:rPr>
          <w:b/>
        </w:rPr>
        <w:t xml:space="preserve">[24:28] </w:t>
      </w:r>
      <w:r>
        <w:t>to Maulana ne bar bar is par likha aur bohat mehnat ki ke agar jab tak ke hum practical wisdom ko samjhenge nahi, hum apne mamlaat ko rectify nahi kar sakte.</w:t>
      </w:r>
    </w:p>
    <w:p>
      <w:pPr>
        <w:jc w:val="right"/>
      </w:pPr>
      <w:r>
        <w:t>تو مولانا نے بار بار اس پر لکھا اور بہت محنت کی کہ اگر جب تک کہ ہم پریکٹیکل وزڈم کو سمجھیں گے نہیں، ہم اپنے معاملات کو ریکٹیفائی نہیں کر سکتے۔</w:t>
      </w:r>
    </w:p>
    <w:p>
      <w:r>
        <w:rPr>
          <w:b/>
        </w:rPr>
        <w:t xml:space="preserve">[24:40] </w:t>
      </w:r>
      <w:r>
        <w:t>to yeh farq hai, kyunke hamare paas poora ilm hi nahi hai. jab poora ilm hi nahi hai, to hum kisi bhi baaton ko, jo hai teh tak pohnch nahi sakte.</w:t>
      </w:r>
    </w:p>
    <w:p>
      <w:pPr>
        <w:jc w:val="right"/>
      </w:pPr>
      <w:r>
        <w:t>تو یہ فرق ہے، کیونکہ ہمارے پاس پورا علم ہی نہیں ہے۔ جب پورا علم ہی نہیں ہے، تو ہم کسی بھی باتوں کو جو ہے تہ تک پہنچ نہیں سکتے۔</w:t>
      </w:r>
    </w:p>
    <w:p>
      <w:r>
        <w:rPr>
          <w:b/>
        </w:rPr>
        <w:t xml:space="preserve">[24:52] </w:t>
      </w:r>
      <w:r>
        <w:t>ji apa, aur apa Maulana ne kafi is ke bare mein baat cheet bhi ki hai. Burton Russell ka jaise bohat example dete thay ke "all is life is study philosophy", but he failed to come up with any credible ideology.</w:t>
      </w:r>
    </w:p>
    <w:p>
      <w:pPr>
        <w:jc w:val="right"/>
      </w:pPr>
      <w:r>
        <w:t>جی آپا، اور آپا مولانا نے کافی اس کے بارے میں بات چیت بھی کی ہے۔ برٹن ڈریسل کا جیسے بہت ایگزامپل دیتے تھے کہ "ال ایز لائف از سٹڈی فلاسفی"، بٹ ہی فیلڈ ٹو کم اپ ود اینی کریڈیبل آئیڈیالوجی۔</w:t>
      </w:r>
    </w:p>
    <w:p>
      <w:r>
        <w:rPr>
          <w:b/>
        </w:rPr>
        <w:t xml:space="preserve">[25:08] </w:t>
      </w:r>
      <w:r>
        <w:t>to kisi ne kaha bhi ke he was a philosopher of no philosophy. aur apa Hazrat Mass se bhi attributed hain ke jab woh aakhri dinon mein thay aur log un se knowledge lene ke liye jatay thay, to woh kehte thay ke "save yourself from absurd philosophy or absurd reasoning".</w:t>
      </w:r>
    </w:p>
    <w:p>
      <w:pPr>
        <w:jc w:val="right"/>
      </w:pPr>
      <w:r>
        <w:t>تو کسی نے کہا بھی کہ ہی واز ا فلاسفر آف نو فلاسفی۔ اور آپا حضرت ماس سے بھی ایٹریبیوٹڈ ہیں کہ جب وہ آخری دنوں میں تھے اور لوگ ان سے نالج لینے کے لیے جاتے تھے، تو وہ کہتے تھے کہ "سیو یور سیلف فرام ایبسرڈ فلاسفی اور ایبسرڈ ریزننگ"۔</w:t>
      </w:r>
    </w:p>
    <w:p>
      <w:r>
        <w:rPr>
          <w:b/>
        </w:rPr>
        <w:t xml:space="preserve">[25:26] </w:t>
      </w:r>
      <w:r>
        <w:t>to kaha gaya tha ke bhai aap because it is unscientific. apa</w:t>
      </w:r>
    </w:p>
    <w:p>
      <w:pPr>
        <w:jc w:val="right"/>
      </w:pPr>
      <w:r>
        <w:t>تو کہا گیا تھا کہ بھئی آپ بیکاز اٹ از ان سائنٹیفک۔ آپا</w:t>
      </w:r>
    </w:p>
    <w:p>
      <w:r>
        <w:rPr>
          <w:b/>
        </w:rPr>
        <w:t xml:space="preserve">[25:31] </w:t>
      </w:r>
      <w:r>
        <w:t>acha, apa mera agla sawal yahi hai ke what are the different aspects of wisdom? is ke bare mein bhi aap batayein. different aspect of wisdom matlab practical wisdom, kyunke har situation alag hoti hai.</w:t>
      </w:r>
    </w:p>
    <w:p>
      <w:pPr>
        <w:jc w:val="right"/>
      </w:pPr>
      <w:r>
        <w:t>اچھا، آپا میرا اگلا سوال یہی ہے کہ واٹ آر دا ڈفرنٹ ایسپیکٹس آف وزڈم؟ اس کے بارے میں بھی آپ بتائیں۔ ڈفرنٹ ایسپیکٹ آف وزڈم مطلب پریکٹیکل وزڈم، کیونکہ ہر سچویشن الگ ہوتی ہے۔</w:t>
      </w:r>
    </w:p>
    <w:p>
      <w:r>
        <w:rPr>
          <w:b/>
        </w:rPr>
        <w:t xml:space="preserve">[25:48] </w:t>
      </w:r>
      <w:r>
        <w:t>to is nai situation par kis tarike se wisdom ke jo usool hain, woh apply karte hain? woh jo aap ne bataya tha ke wisdom, yeh Maulana ne is ko define kiya hai:</w:t>
      </w:r>
    </w:p>
    <w:p>
      <w:pPr>
        <w:jc w:val="right"/>
      </w:pPr>
      <w:r>
        <w:t>تو اس نئی سچویشن پر کس طریقے سے وزڈم کے جو اصول ہیں، وہ اپلائی کرتے ہیں؟ وہ جو آپ نے بتایا تھا کہ وزڈم، یہ مولانا نے اس کو ڈیفائن کیا ہے:</w:t>
      </w:r>
    </w:p>
    <w:p>
      <w:r>
        <w:rPr>
          <w:b/>
        </w:rPr>
        <w:t xml:space="preserve">[26:01] </w:t>
      </w:r>
      <w:r>
        <w:t>"wisdom is the ability to discover the relevant by sorting out the irrelevant". to bohat sare aise aspect hotay hain jis ko humein ignore karna parta hai, jis ko humein zyada importance nahi deni parti hai.</w:t>
      </w:r>
    </w:p>
    <w:p>
      <w:pPr>
        <w:jc w:val="right"/>
      </w:pPr>
      <w:r>
        <w:t>"وزڈم از دا ایبیلیٹی ٹو ڈسکور دا ریلیونٹ بائی سورٹنگ آؤٹ دا ار ریلیونٹ"۔ تو بہت سارے ایسے ایسپیکٹ ہوتے ہیں جس کو ہمیں اگنور کرنا پڑتا ہے، جس کو ہمیں زیادہ امپورٹنس نہیں دینی پڑتی ہے۔</w:t>
      </w:r>
    </w:p>
    <w:p>
      <w:r>
        <w:rPr>
          <w:b/>
        </w:rPr>
        <w:t xml:space="preserve">[26:17] </w:t>
      </w:r>
      <w:r>
        <w:t>lekin jo log is baat ko nahi samajhte, woh jaise kisi ne koi zulm kiya hai hamare upar, to hum wahin bharr jayenge. woh yeh nahi sochenge is ko bharrne ka nateeja kya hoga.</w:t>
      </w:r>
    </w:p>
    <w:p>
      <w:pPr>
        <w:jc w:val="right"/>
      </w:pPr>
      <w:r>
        <w:t>لیکن جو لوگ اس بات کو نہیں سمجھتے، وہ جیسے کسی نے کوئی ظلم کیا ہے ہمارے اوپر، تو ہم وہیں بھڑ جائیں گے۔ وہ یہ نہیں سوچیں گے اس کو بھڑنے کا نتیجہ کیا ہوگا۔</w:t>
      </w:r>
    </w:p>
    <w:p>
      <w:r>
        <w:rPr>
          <w:b/>
        </w:rPr>
        <w:t xml:space="preserve">[26:28] </w:t>
      </w:r>
      <w:r>
        <w:t>to Maulana ne result oriented action par bohat hi zyada zor diya hai. to humein har situation mein humein is ke ghair mutaliq pehlu ko, irrelevant pehluon ko alag kar ke humein relevant pehlu ko dekhna hai.</w:t>
      </w:r>
    </w:p>
    <w:p>
      <w:pPr>
        <w:jc w:val="right"/>
      </w:pPr>
      <w:r>
        <w:t>تو مولانا نے رزلٹ اورینٹڈ ایکشن پر بہت ہی زیادہ زور دیا ہے۔ تو ہمیں ہر سچویشن میں ہمیں اس کے غیر متعلق پہلو کو، ار ریلیونٹ پہلوؤں کو الگ کر کے ہمیں ریلیونٹ پہلو کو دیکھنا ہے۔</w:t>
      </w:r>
    </w:p>
    <w:p>
      <w:r>
        <w:rPr>
          <w:b/>
        </w:rPr>
        <w:t xml:space="preserve">[26:44] </w:t>
      </w:r>
      <w:r>
        <w:t>aur is ki misalein itni zyada Rasool Allah salallaho alaihi wasallam ki zindagi mein milti hain ke Rasool Allah salallaho alaihi wasallam ne jab Makah mein kaam shuru kiya to society mein tarah tarah ki buraiyan theen.</w:t>
      </w:r>
    </w:p>
    <w:p>
      <w:pPr>
        <w:jc w:val="right"/>
      </w:pPr>
      <w:r>
        <w:t>اور اس کی مثالیں اتنی زیادہ رسول اللہ صلی اللہ علیہ وسلم کی زندگی میں ملتی ہیں کہ رسول اللہ صلی اللہ علیہ وسلم نے جب مکے میں کام شروع کیا تو سوسائٹی میں طرح طرح کی برائیاں تھیں۔</w:t>
      </w:r>
    </w:p>
    <w:p>
      <w:r>
        <w:rPr>
          <w:b/>
        </w:rPr>
        <w:t xml:space="preserve">[26:57] </w:t>
      </w:r>
      <w:r>
        <w:t>wahan tarah tarah ke jurm hotay thay, wahan tarah tarah ke jo hain aik doosre par log zulm karte thay. das das bees bees saal tak jangain ladte rehte thay.</w:t>
      </w:r>
    </w:p>
    <w:p>
      <w:pPr>
        <w:jc w:val="right"/>
      </w:pPr>
      <w:r>
        <w:t>وہاں طرح طرح کے جرائم ہوتے تھے، وہاں طرح طرح کے جو ہیں ایک دوسرے پر لوگ ظلم کرتے تھے۔ دس دس بیس بیس سال تک جنگیں لڑتے رہتے تھے۔</w:t>
      </w:r>
    </w:p>
    <w:p>
      <w:r>
        <w:rPr>
          <w:b/>
        </w:rPr>
        <w:t xml:space="preserve">[27:08] </w:t>
      </w:r>
      <w:r>
        <w:t>tribal society mein yahi hota tha. Rome o Iran ki siyasi intervention barabar rehta tha. to tarah tarah se Ka'bah mein but rakhe hue thay.</w:t>
      </w:r>
    </w:p>
    <w:p>
      <w:pPr>
        <w:jc w:val="right"/>
      </w:pPr>
      <w:r>
        <w:t>ٹرائبل سوسائٹی میں یہی ہوتا تھا۔ روم و ایران کی سیاسی انٹروینشن برابر رہتا تھا۔ تو طرح طرح سے کعبہ میں بت رکھے ہوئے تھے۔</w:t>
      </w:r>
    </w:p>
    <w:p>
      <w:r>
        <w:rPr>
          <w:b/>
        </w:rPr>
        <w:t xml:space="preserve">[27:18] </w:t>
      </w:r>
      <w:r>
        <w:t>lekin Rasool Allah salallaho alaihi wasallam in tamam cheezon se nahi disturb</w:t>
      </w:r>
    </w:p>
    <w:p>
      <w:pPr>
        <w:jc w:val="right"/>
      </w:pPr>
      <w:r>
        <w:t>لیکن رسول اللہ صلی اللہ علیہ وسلم ان تمام چیزوں سے نہیں ڈسٹرب</w:t>
      </w:r>
    </w:p>
    <w:p>
      <w:r>
        <w:rPr>
          <w:b/>
        </w:rPr>
        <w:t xml:space="preserve">[27:25] </w:t>
      </w:r>
      <w:r>
        <w:t>huye. unhon ne dekha ke sirf aik root cause dekha. root cause kya hai? ke un ko tauheed ka message nahi mila hua hai.</w:t>
      </w:r>
    </w:p>
    <w:p>
      <w:pPr>
        <w:jc w:val="right"/>
      </w:pPr>
      <w:r>
        <w:t>ہوئے۔ انہوں نے دیکھا کہ صرف ایک روٹ کاز دیکھا۔ روٹ کاز کیا ہے؟ کہ ان کو توحید کا میسج نہیں ملا ہوا ہے۔</w:t>
      </w:r>
    </w:p>
    <w:p>
      <w:r>
        <w:rPr>
          <w:b/>
        </w:rPr>
        <w:t xml:space="preserve">[27:34] </w:t>
      </w:r>
      <w:r>
        <w:t>un ko Khuda se taluq, Khuda se mohabbat, Khuda ka khauf, yeh sab cheezein un ke andar paida karna hai. aakhirat ka shauq, to yeh sab paida ho jayega.</w:t>
      </w:r>
    </w:p>
    <w:p>
      <w:pPr>
        <w:jc w:val="right"/>
      </w:pPr>
      <w:r>
        <w:t>ان کو خدا سے تعلق، خدا سے محبت، خدا کا خوف، یہ سب چیزیں ان کے اندر پیدا کرنا ہے۔ آخرت کا شوق، تو یہ سب پیدا ہو جائے گا۔</w:t>
      </w:r>
    </w:p>
    <w:p>
      <w:r>
        <w:rPr>
          <w:b/>
        </w:rPr>
        <w:t xml:space="preserve">[27:45] </w:t>
      </w:r>
      <w:r>
        <w:t>to yeh sari cheezein jo hain khud ba khud khatam ho jayen gi.</w:t>
      </w:r>
    </w:p>
    <w:p>
      <w:pPr>
        <w:jc w:val="right"/>
      </w:pPr>
      <w:r>
        <w:t>تو یہ ساری چیزیں جو ہیں خود بخود ختم ہو جائیں گ</w:t>
      </w:r>
    </w:p>
    <w:p>
      <w:r>
        <w:rPr>
          <w:b/>
        </w:rPr>
        <w:t xml:space="preserve">[27:48] </w:t>
      </w:r>
      <w:r>
        <w:t>to wahi hua. Rasool Allah salallaho alaihi wasallam ne aik taraf to tauheed par bohat zyada zor diya, aur phir ilm par bohat zyada zor diya.</w:t>
      </w:r>
    </w:p>
    <w:p>
      <w:pPr>
        <w:jc w:val="right"/>
      </w:pPr>
      <w:r>
        <w:t>ی۔ تو وہی ہوا۔ رسول اللہ صلی اللہ علیہ وسلم نے ایک طرف تو خدا توحید پر بہت زیادہ زور دیا، اور پھر علم پر بہت زیادہ زور دیا۔</w:t>
      </w:r>
    </w:p>
    <w:p>
      <w:r>
        <w:rPr>
          <w:b/>
        </w:rPr>
        <w:t xml:space="preserve">[27:58] </w:t>
      </w:r>
      <w:r>
        <w:t>yahan tak ke auraton ki taleem ka bhi bohat achhe tareeqe se intezam kiya taake kyunke auratein jo hain kisi bhi society ka taqreeban aadha hissa hoti hain, to agar woh educated nahi hain to phir bohat mushkil ho jayegi society mein education phail nahi payegi.</w:t>
      </w:r>
    </w:p>
    <w:p>
      <w:pPr>
        <w:jc w:val="right"/>
      </w:pPr>
      <w:r>
        <w:t>یہاں تک کہ عورتوں کی تعلیم کا بھی بہت اچھے طریقے سے انتظام کیا تاکہ کیونکہ عورتیں جو ہیں کسی بھی سوسائٹی کا تقریباً نصف حصہ ہوتی ہیں، تو اگر وہ ایجوکیٹڈ نہیں ہیں تو پھر بہت مشکل ہو جائے گی سوسائٹی میں ایجوکیشن پھیل نہیں پائے گی۔</w:t>
      </w:r>
    </w:p>
    <w:p>
      <w:r>
        <w:rPr>
          <w:b/>
        </w:rPr>
        <w:t xml:space="preserve">[28:18] </w:t>
      </w:r>
      <w:r>
        <w:t>to phir rasool Allah sal Allah alaihi wasallam ne status ko dekha ke status ko agar hai koi prevail kar raha hai to usko khatam nahi karein, kyunke khatam karne se bohat zyada disturbance hoti hai.</w:t>
      </w:r>
    </w:p>
    <w:p>
      <w:pPr>
        <w:jc w:val="right"/>
      </w:pPr>
      <w:r>
        <w:t>تو پھر رسول اللہ صلی اللہ علیہ وسلم نے اسٹیٹس کو دیکھا کہ اسٹیٹس کو اگر ہے کوئی پریویل کر رہا ہے تو اس کو ختم نہیں کریں، کیونکہ ختم کرنے سے بہت زیادہ ڈسٹربنس ہوتی ہے۔</w:t>
      </w:r>
    </w:p>
    <w:p>
      <w:r>
        <w:rPr>
          <w:b/>
        </w:rPr>
        <w:t xml:space="preserve">[28:31] </w:t>
      </w:r>
      <w:r>
        <w:t>to rasool Allah sal Allah alaihi wasallam ka jo sab se zyada yeh tha ke peace aur normal situation prevail kare taake jo woh kaam kar rahe hain, us kaam mein disturbance na ho.</w:t>
      </w:r>
    </w:p>
    <w:p>
      <w:pPr>
        <w:jc w:val="right"/>
      </w:pPr>
      <w:r>
        <w:t>تو رسول اللہ صلی اللہ علیہ وسلم کا جو سب سے زیادہ یہ تھا کہ پیس اور نارمل سچویشن پریویل کرے تاکہ جو وہ کام کر رہے ہیں، اس کام میں ڈسٹربنس نہ ہو۔</w:t>
      </w:r>
    </w:p>
    <w:p>
      <w:r>
        <w:rPr>
          <w:b/>
        </w:rPr>
        <w:t xml:space="preserve">[28:43] </w:t>
      </w:r>
      <w:r>
        <w:t>to is liye aap status ko nahi todte the.</w:t>
      </w:r>
    </w:p>
    <w:p>
      <w:pPr>
        <w:jc w:val="right"/>
      </w:pPr>
      <w:r>
        <w:t>تو اس لیے آپ اسٹیٹس کو نہیں توڑتے تھے۔</w:t>
      </w:r>
    </w:p>
    <w:p>
      <w:r>
        <w:rPr>
          <w:b/>
        </w:rPr>
        <w:t xml:space="preserve">[28:46] </w:t>
      </w:r>
      <w:r>
        <w:t>iski ek misaal wahi hai jo kaba jab kai baar jab flood mein kaba gir gaya tha, to dobara jab banaya gaya to itna unke paas quraish ke paas itna material nahi tha, kyunke kaba lamba tha aur ab chokor hai.</w:t>
      </w:r>
    </w:p>
    <w:p>
      <w:pPr>
        <w:jc w:val="right"/>
      </w:pPr>
      <w:r>
        <w:t>اس کی ایک مثال وہی ہے جو کعبہ جب کئی بار جب فلش فلٹ میں کعبہ گر گیا تھا، تو دوبارہ جب بنایا گیا تو اتنا ان کے پاس قریش کے پاس اتنا مٹیریل نہیں تھا، کیونکہ کعبہ لمبا تھا اور اب چوکور ہے۔</w:t>
      </w:r>
    </w:p>
    <w:p>
      <w:r>
        <w:rPr>
          <w:b/>
        </w:rPr>
        <w:t xml:space="preserve">[29:02] </w:t>
      </w:r>
      <w:r>
        <w:t>to material unka khatam ho gaya, to unhone chokor building bana di. to</w:t>
      </w:r>
    </w:p>
    <w:p>
      <w:pPr>
        <w:jc w:val="right"/>
      </w:pPr>
      <w:r>
        <w:t>تو مٹیریل ان کا ختم ہو گیا، تو انہوں نے چوکور بلڈنگ بنا دیا۔ تو</w:t>
      </w:r>
    </w:p>
    <w:p>
      <w:r>
        <w:rPr>
          <w:b/>
        </w:rPr>
        <w:t xml:space="preserve">[29:07] </w:t>
      </w:r>
      <w:r>
        <w:t>jab aap ne makka conquer kar liya to aap ne chaha ke hum jo original kaba tha hazrat ibrahim alaihi wasallam ka banaya hua, uske upar usko dobara se bana dein.</w:t>
      </w:r>
    </w:p>
    <w:p>
      <w:pPr>
        <w:jc w:val="right"/>
      </w:pPr>
      <w:r>
        <w:t>جب آپ نے مکہ کانکر کر لیا تو آپ نے چاہا کہ ہم جو اوریجنل کعبہ تھا حضرت ابراہیم علیہ السلام کا بنایا ہوا، اس کے اوپر اس کو دوبارہ سے بنا دیں۔</w:t>
      </w:r>
    </w:p>
    <w:p>
      <w:r>
        <w:rPr>
          <w:b/>
        </w:rPr>
        <w:t xml:space="preserve">[29:20] </w:t>
      </w:r>
      <w:r>
        <w:t>to phir hazrat aisha ne kaha: "bhai to aap chahte hain to kyun nahi bana dete?" to aap ne kaha ke yeh qaum jo hai nayi nayi islam layi hai, woh kahegi ke yeh kaisa mazhab hai ke aate hi yeh log kaba ko todne lag</w:t>
      </w:r>
    </w:p>
    <w:p>
      <w:pPr>
        <w:jc w:val="right"/>
      </w:pPr>
      <w:r>
        <w:t>تو پھر حضرت عائشہ نے کہا: "بھئی تو آپ چاہتے ہیں تو کیوں نہیں بنا دیتے؟" تو آپ نے کہا کہ یہ قوم جو ہے نئی نئی اسلام لائی ہے، وہ کہے گی کہ یہ کیسا مذہب ہے کہ آتے ہی یہ لوگ کعبہ کو توڑنے لگ</w:t>
      </w:r>
    </w:p>
    <w:p>
      <w:r>
        <w:rPr>
          <w:b/>
        </w:rPr>
        <w:t xml:space="preserve">[29:33] </w:t>
      </w:r>
      <w:r>
        <w:t>e. to yeh bohat zyada jo hai na ulta iska nateeja niklega. to is tareeqe se bohat saare waqiyat hain jo ke rasool Allah sal Allah alaihi wasallam ne status ko barqarar rakha aur root cause ko dekha ke root cause par kaam karne se khud ba khud doosre tamam masail hal ho jate hain.</w:t>
      </w:r>
    </w:p>
    <w:p>
      <w:pPr>
        <w:jc w:val="right"/>
      </w:pPr>
      <w:r>
        <w:t>ے۔ تو یہ بہت زیادہ جو ہے نا الٹا اس کا نتیجہ نکلے گا۔ تو اس طریقے سے بہت سارے واقعات ہیں جو کہ رسول اللہ صلی اللہ علیہ وسلم نے اسٹیٹس کو برقرار رکھا اور روٹ کاز کو دیکھا کہ روٹ کاز پر کام کرنے سے خود بخود دوسرے تمام مسائل حل ہو جاتے ہیں۔</w:t>
      </w:r>
    </w:p>
    <w:p>
      <w:r>
        <w:rPr>
          <w:b/>
        </w:rPr>
        <w:t xml:space="preserve">[29:55] </w:t>
      </w:r>
      <w:r>
        <w:t>ji apa aur molana se ek yeh bhi cheez seekhi ke woh kehte the: "wise person is one who lives in remembrance of God and in wise person is one who lives in material world because he is not aware of the creation plan of God." apa agar sahaba ki zindagi se bhi dekhein to bohat examples milte hain.</w:t>
      </w:r>
    </w:p>
    <w:p>
      <w:pPr>
        <w:jc w:val="right"/>
      </w:pPr>
      <w:r>
        <w:t>جی آپا اور مولانا سے ایک یہ بھی چیز سیکھی کہ وہ کہتے تھے: "وائز پرسن از ون ہو لیوز ان ریممبرنس آف گاڈ اینڈ ان وائز پرسن از ون ہو لیوز ان مٹیریل ورلڈ بیکاز ہی از ناٹ اویئر آف دی کریشن پلان آف گاڈ۔" آپا اگر صحابہ کی زندگی سے بھی دیکھیں تو بہت ایگزامپلز ملتے ہیں۔</w:t>
      </w:r>
    </w:p>
    <w:p>
      <w:r>
        <w:rPr>
          <w:b/>
        </w:rPr>
        <w:t xml:space="preserve">[30:17] </w:t>
      </w:r>
      <w:r>
        <w:t>jaise um daradah ne ek martaba hazrat abu dardah ke bare mein bataya</w:t>
      </w:r>
    </w:p>
    <w:p>
      <w:pPr>
        <w:jc w:val="right"/>
      </w:pPr>
      <w:r>
        <w:t>جیسے ام دردہ نے ایک مرتبہ حضرت ابو دردہ کے بارے میں بتایا</w:t>
      </w:r>
    </w:p>
    <w:p>
      <w:r>
        <w:rPr>
          <w:b/>
        </w:rPr>
        <w:t xml:space="preserve">[30:22] </w:t>
      </w:r>
      <w:r>
        <w:t>Jab un ke baray mein poocha gaya ke un ki favorite</w:t>
      </w:r>
    </w:p>
    <w:p>
      <w:pPr>
        <w:jc w:val="right"/>
      </w:pPr>
      <w:r>
        <w:t>جب ان کے بارے میں پوچھا گیا کہ ان کی فیوریٹ</w:t>
      </w:r>
    </w:p>
    <w:p>
      <w:r>
        <w:rPr>
          <w:b/>
        </w:rPr>
        <w:t xml:space="preserve">[30:25] </w:t>
      </w:r>
      <w:r>
        <w:t>favorite deed kya thi to wo kehte the ke "He would contemplate and seek wisdom."</w:t>
      </w:r>
    </w:p>
    <w:p>
      <w:pPr>
        <w:jc w:val="right"/>
      </w:pPr>
      <w:r>
        <w:t>فیوریٹ ڈیڈ کیا تھی تو وہ کہتے تھے کہ "ہی وڈ کانٹیمپلیٹ اینڈ سیک وزڈم۔"</w:t>
      </w:r>
    </w:p>
    <w:p>
      <w:r>
        <w:rPr>
          <w:b/>
        </w:rPr>
        <w:t xml:space="preserve">[30:32] </w:t>
      </w:r>
      <w:r>
        <w:t>Aur aap wo is cheez se bhi aik example se pata chalta hai ke kitni practical wisdom thi</w:t>
      </w:r>
    </w:p>
    <w:p>
      <w:pPr>
        <w:jc w:val="right"/>
      </w:pPr>
      <w:r>
        <w:t>اور آپا وہ اس چیز سے بھی ایک ایگزامپل سے پتہ چلتا ہے کہ کتنی پریکٹیکل وزڈم تھی</w:t>
      </w:r>
    </w:p>
    <w:p>
      <w:r>
        <w:rPr>
          <w:b/>
        </w:rPr>
        <w:t xml:space="preserve">[30:38] </w:t>
      </w:r>
      <w:r>
        <w:t>Sahaba mein ke unhon ne aik martaba aik Sahabi ko kaha ke "Remember</w:t>
      </w:r>
    </w:p>
    <w:p>
      <w:pPr>
        <w:jc w:val="right"/>
      </w:pPr>
      <w:r>
        <w:t>صحابہ میں کہ انہوں نے ایک مرتبہ ایک صحابی کو کہا کہ "ریممبر</w:t>
      </w:r>
    </w:p>
    <w:p>
      <w:r>
        <w:rPr>
          <w:b/>
        </w:rPr>
        <w:t xml:space="preserve">[30:44] </w:t>
      </w:r>
      <w:r>
        <w:t>God while you are enjoying happiness because then God will remember you while you are in trouble."</w:t>
      </w:r>
    </w:p>
    <w:p>
      <w:pPr>
        <w:jc w:val="right"/>
      </w:pPr>
      <w:r>
        <w:t>گاڈ وائل یو آر انجوائنگ ہیپینس بیکاز دین گاڈ ویل ریممبر یو وائل یو آر ان ٹربل۔"</w:t>
      </w:r>
    </w:p>
    <w:p>
      <w:r>
        <w:rPr>
          <w:b/>
        </w:rPr>
        <w:t xml:space="preserve">[30:50] </w:t>
      </w:r>
      <w:r>
        <w:t>And whenever you see a worldly thing, remember its transitory nature, its temporary nature, and tell your</w:t>
      </w:r>
    </w:p>
    <w:p>
      <w:pPr>
        <w:jc w:val="right"/>
      </w:pPr>
      <w:r>
        <w:t>اینڈ وین ایور یو سی ا ورلڈلی تھنگ، ریممبر اٹس ٹرانزیٹری نیچر، اٹس ٹیمپرری نیچر، اینڈ ٹیل یور</w:t>
      </w:r>
    </w:p>
    <w:p>
      <w:r>
        <w:rPr>
          <w:b/>
        </w:rPr>
        <w:t xml:space="preserve">[30:58] </w:t>
      </w:r>
      <w:r>
        <w:t>self that this world will soon get over.</w:t>
      </w:r>
    </w:p>
    <w:p>
      <w:pPr>
        <w:jc w:val="right"/>
      </w:pPr>
      <w:r>
        <w:t>سیلف دیٹ دس ورلڈ ویل سون گیٹ اوور۔</w:t>
      </w:r>
    </w:p>
    <w:p>
      <w:r>
        <w:rPr>
          <w:b/>
        </w:rPr>
        <w:t xml:space="preserve">[31:01] </w:t>
      </w:r>
      <w:r>
        <w:t>to yeh bohat hi practical tip hai kyunke apa jab hum chaka chaundh dekhte hain, worldly cheezon ko dekhte hain to bilkul uski taraf drawn ho jate hain, usi mein jeene lagte hain.</w:t>
      </w:r>
    </w:p>
    <w:p>
      <w:pPr>
        <w:jc w:val="right"/>
      </w:pPr>
      <w:r>
        <w:t>تو یہ بہت ہی پریکٹیکل ٹپ ہے کیونکہ آپا جب ہم چکا چوند دیکھتے ہیں، ورلڈلی چیزوں کو دیکھتے ہیں تو بالکل اس کی طرف ڈرون ہو جاتے ہیں، اسی میں جینے لگتے ہیں۔</w:t>
      </w:r>
    </w:p>
    <w:p>
      <w:r>
        <w:rPr>
          <w:b/>
        </w:rPr>
        <w:t xml:space="preserve">[31:10] </w:t>
      </w:r>
      <w:r>
        <w:t>lekin yeh kitne aasani se ek practical wisdom ka unhone example diya. to apa yahan pe mera agla sawal bhi yahi aata hai ke aap ne starting mein zikr bhi kiya tha theoretical wisdom ka.</w:t>
      </w:r>
    </w:p>
    <w:p>
      <w:pPr>
        <w:jc w:val="right"/>
      </w:pPr>
      <w:r>
        <w:t>لیکن یہ کتنے آسانی سے ایک پریکٹیکل وزڈم کا انہوں نے ایگزامپل دیا۔ تو آپا یہاں پہ میرا اگلا سوال بھی یہی آتا ہے کہ آپ نے سٹارٹنگ میں ذکر بھی کیا تھا تھیوریٹیکل وزڈم کا۔</w:t>
      </w:r>
    </w:p>
    <w:p>
      <w:r>
        <w:rPr>
          <w:b/>
        </w:rPr>
        <w:t xml:space="preserve">[31:22] </w:t>
      </w:r>
      <w:r>
        <w:t>to theoretical wisdom aur practical wisdom mein kya farq hai? kya difference hai? iske bare mein aap hum sab ko bataein.</w:t>
      </w:r>
    </w:p>
    <w:p>
      <w:pPr>
        <w:jc w:val="right"/>
      </w:pPr>
      <w:r>
        <w:t>تو تھیوریٹیکل وزڈم اور پریکٹیکل وزڈم میں کیا فرق ہے؟ کیا ڈیفرنس ہے؟ اس کے بارے میں آپ ہم سب کو بتائیں۔</w:t>
      </w:r>
    </w:p>
    <w:p>
      <w:r>
        <w:rPr>
          <w:b/>
        </w:rPr>
        <w:t xml:space="preserve">[31:34] </w:t>
      </w:r>
      <w:r>
        <w:t>to yeh greek philosophers ne hi yeh jis ko differentiate kiya tha to sufis jo unke haan jo lafz bola jata tha us se yahi murad thi ke universal sachaiyan aur universal usool aur uska practical application.</w:t>
      </w:r>
    </w:p>
    <w:p>
      <w:pPr>
        <w:jc w:val="right"/>
      </w:pPr>
      <w:r>
        <w:t>تو یہ گریک فلاسفرز نے ہی یہ جس کو ڈیفرنشیٹ کیا تھا تو صوفیا جو ان کے ہاں جو لفظ بولا جاتا تھا اس سے یہی مراد تھی کہ یونیورسل سچائیاں اور یونیورسل اصول اور اس کا پریکٹیکل ایپلیکیشن۔</w:t>
      </w:r>
    </w:p>
    <w:p>
      <w:r>
        <w:rPr>
          <w:b/>
        </w:rPr>
        <w:t xml:space="preserve">[31:51] </w:t>
      </w:r>
      <w:r>
        <w:t>to ek to dekhein universal sachaiyan hoti hain jo ultimate truth hota hai lekin usko kaise apply karein real life situation par.</w:t>
      </w:r>
    </w:p>
    <w:p>
      <w:pPr>
        <w:jc w:val="right"/>
      </w:pPr>
      <w:r>
        <w:t>تو ایک تو دیکھیں یونیورسل سچائیاں ہوتی ہیں جو الٹیمیٹ ٹروتھ ہوتا ہے لیکن اس کو کیسے اپلائی کریں ریئل لائف سچویشن پر۔</w:t>
      </w:r>
    </w:p>
    <w:p>
      <w:r>
        <w:rPr>
          <w:b/>
        </w:rPr>
        <w:t xml:space="preserve">[32:01] </w:t>
      </w:r>
      <w:r>
        <w:t>to jo naye naye situation pesh amadah surat haal jo hoti hai us mein jo situation aati hai us mein in cheezon ko, in usoolon ko kaise woh apply karein to usko effectively kaise usko istemal kiya jaye.</w:t>
      </w:r>
    </w:p>
    <w:p>
      <w:pPr>
        <w:jc w:val="right"/>
      </w:pPr>
      <w:r>
        <w:t>تو جو نئے نئے سچویشن پیش آمدہ صورتحال جو ہوتی ہے اس میں جو سچویشن آتی ہے اس میں ان چیزوں کو، ان اصولوں کو کیسے وہ اپلائی کریں تو اس کو ایفیکٹیولی کیسے اس کو استعمال کیا جائے۔</w:t>
      </w:r>
    </w:p>
    <w:p>
      <w:r>
        <w:rPr>
          <w:b/>
        </w:rPr>
        <w:t xml:space="preserve">[32:18] </w:t>
      </w:r>
      <w:r>
        <w:t>to theoretical jo wisdom hai woh hamari aqal mein to izafa karti hai lekin yeh usko practical wisdom mein convert karne ke liye to hum ko usko usko develop karna padta hai.</w:t>
      </w:r>
    </w:p>
    <w:p>
      <w:pPr>
        <w:jc w:val="right"/>
      </w:pPr>
      <w:r>
        <w:t>تو تھیوریٹیکل جو وزڈم ہے وہ ہماری عقل میں تو اضافہ کرتی ہے لیکن یہ اس کو پریکٹیکل وزڈم میں کنورٹ کرنے کے لیے تو ہم کو اس کو اس کو ڈیویلپ کرنا پڑتا ہے۔</w:t>
      </w:r>
    </w:p>
    <w:p>
      <w:r>
        <w:rPr>
          <w:b/>
        </w:rPr>
        <w:t xml:space="preserve">[32:36] </w:t>
      </w:r>
      <w:r>
        <w:t>iske liye bohat saari nayi cheezon ki, bohat saari cheezon ki zaroorat hoti hai. maslan sabr hai,</w:t>
      </w:r>
    </w:p>
    <w:p>
      <w:pPr>
        <w:jc w:val="right"/>
      </w:pPr>
      <w:r>
        <w:t>اس کے لیے بہت ساری نئی چیزوں کی، بہت ساری چیزوں کی ضرورت ہوتی ہے۔ مثلاً صبر ہے،</w:t>
      </w:r>
    </w:p>
    <w:p>
      <w:r>
        <w:rPr>
          <w:b/>
        </w:rPr>
        <w:t xml:space="preserve">[32:43] </w:t>
      </w:r>
      <w:r>
        <w:t>matlab koi situation aayi aur us mein thoda humein wait karna padega, foran result nahi nikal raha hai. to agar hum besabri karenge to hum us mein hum nuksan uthayenge.</w:t>
      </w:r>
    </w:p>
    <w:p>
      <w:pPr>
        <w:jc w:val="right"/>
      </w:pPr>
      <w:r>
        <w:t>مطلب کوئی سچویشن آئی اور اس میں تھوڑا ہمیں ویٹ کرنا پڑے گا، فوراً رزلٹ نہیں نکل رہا ہے۔ تو اگر ہم بے صبری کریں گے تو ہم اس میں ہم نقصان اٹھائیں گے۔</w:t>
      </w:r>
    </w:p>
    <w:p>
      <w:r>
        <w:rPr>
          <w:b/>
        </w:rPr>
        <w:t xml:space="preserve">[32:56] </w:t>
      </w:r>
      <w:r>
        <w:t>to yeh is tareeqe se hikmat, wisdom aur sabr jo hai woh inter related ho jate hain. aur sabr par isi liye islam mein bhi, quran mein, rasool Allah sal Allah alaihi wasallam ki zindagi mein, sunnat mein hum dekhte hain ke bohat zyada zor diya gaya</w:t>
      </w:r>
    </w:p>
    <w:p>
      <w:pPr>
        <w:jc w:val="right"/>
      </w:pPr>
      <w:r>
        <w:t>تو یہ اس طریقے سے حکمت، وزڈم اور صبر جو ہے وہ انٹر ریلیٹڈ ہو جاتے ہیں۔ اور صبر پر اسی لیے اسلام میں بھی، قرآن میں، رسول اللہ صلی اللہ علیہ وسلم کی زندگی میں، سنت میں ہم دیکھتے ہیں کہ بہت زیادہ زور دیا گیا</w:t>
      </w:r>
    </w:p>
    <w:p>
      <w:r>
        <w:rPr>
          <w:b/>
        </w:rPr>
        <w:t xml:space="preserve">[33:12] </w:t>
      </w:r>
      <w:r>
        <w:t>hai ke sabr ka matlab hai ke hum reaction, reactionary approach hamari na ho balkeh soch samajh kar, objectively hum planning karein.</w:t>
      </w:r>
    </w:p>
    <w:p>
      <w:pPr>
        <w:jc w:val="right"/>
      </w:pPr>
      <w:r>
        <w:t>ہے کہ صبر کا مطلب ہے کہ ہم ردعمل، ری ایکشنری اپروچ ہماری نہ ہو بلکہ سوچ سمجھ کر، ابجیکٹولی ہم پلاننگ کریں۔</w:t>
      </w:r>
    </w:p>
    <w:p>
      <w:r>
        <w:rPr>
          <w:b/>
        </w:rPr>
        <w:t xml:space="preserve">[33:23] </w:t>
      </w:r>
      <w:r>
        <w:t>to bohat zyada yeh cheez hamein rasool Allah sal Allah alaihi wasallam ki zindagi mein milti hai. kabhi bhi aap ne react nahi kiya balkeh soch samajh kar, plan kar ke phir aap koi qadam uthate the.</w:t>
      </w:r>
    </w:p>
    <w:p>
      <w:pPr>
        <w:jc w:val="right"/>
      </w:pPr>
      <w:r>
        <w:t>تو بہت زیادہ یہ چیز ہمیں رسول اللہ صلی اللہ علیہ وسلم کی زندگی میں ملتی ہے۔ کبھی بھی آپ نے ری ایکٹ نہیں کیا بلکہ سوچ سمجھ کر، پلان کر کے پھر آپ کوئی قدم اٹھاتے تھے۔</w:t>
      </w:r>
    </w:p>
    <w:p>
      <w:r>
        <w:rPr>
          <w:b/>
        </w:rPr>
        <w:t xml:space="preserve">[33:35] </w:t>
      </w:r>
      <w:r>
        <w:t>to asal mein situation itna different hoti hai.</w:t>
      </w:r>
    </w:p>
    <w:p>
      <w:pPr>
        <w:jc w:val="right"/>
      </w:pPr>
      <w:r>
        <w:t>تو اصل میں سچویشن اتنا ڈفرنٹ ہوتی ہے۔</w:t>
      </w:r>
    </w:p>
    <w:p>
      <w:r>
        <w:rPr>
          <w:b/>
        </w:rPr>
        <w:t xml:space="preserve">[33:38] </w:t>
      </w:r>
      <w:r>
        <w:t>kabhi bolna zaroori ho jata hai, kabhi chup rehna zaroori ho jata hai, kabhi iqdam karna zaroori hota hai, kabhi peechay hatna zaroori hota hai.</w:t>
      </w:r>
    </w:p>
    <w:p>
      <w:pPr>
        <w:jc w:val="right"/>
      </w:pPr>
      <w:r>
        <w:t>کبھی بولنا ضروری ہو جاتا ہے، کبھی چپ رہنا ضروری ہو جاتا ہے، کبھی اقدام کرنا ضروری ہوتا ہے، کبھی پیچھے ہٹنا ضروری ہوتا ہے۔</w:t>
      </w:r>
    </w:p>
    <w:p>
      <w:r>
        <w:rPr>
          <w:b/>
        </w:rPr>
        <w:t xml:space="preserve">[33:47] </w:t>
      </w:r>
      <w:r>
        <w:t>to isi farq ko janne ka naam jo hai wo hikmat hai. misaal ke taur par jo ke har aadmi ko iska tajurba hota hai ke koi sarak par hum wo gaari daura rahe hain to achanak koi doosri gaari aa jati hai ya green light ho gayi lekin doosri gaari chal chuki hai.</w:t>
      </w:r>
    </w:p>
    <w:p>
      <w:pPr>
        <w:jc w:val="right"/>
      </w:pPr>
      <w:r>
        <w:t>تو اسی فرق کو جاننے کا نام جو ہے وہ حکمت ہے۔ مثال کے طور پر جو کہ ہر آدمی کو اس کا تجربہ ہوتا ہے کہ کوئی سڑک پر ہم وہ گاڑی دوڑا رہے ہیں تو اچانک کوئی دوسری گاڑی آ جاتی ہے یا گرین لائٹ ہو گئی لیکن دوسری گاڑی چل چکی ہے۔</w:t>
      </w:r>
    </w:p>
    <w:p>
      <w:r>
        <w:rPr>
          <w:b/>
        </w:rPr>
        <w:t xml:space="preserve">[34:07] </w:t>
      </w:r>
      <w:r>
        <w:t>to is waqt to hum jo hain is waqt apni gaari nahi daurayenge balkay sabr ke sath thora sa rukenge ke jab tak hamare liye rasta na khali ho jaye tab tak hum gaari nahi daurayenge.</w:t>
      </w:r>
    </w:p>
    <w:p>
      <w:pPr>
        <w:jc w:val="right"/>
      </w:pPr>
      <w:r>
        <w:t>تو اس وقت تو ہم جو ہیں اس وقت اپنی گاڑی نہیں دوڑائیں گے بلکہ صبر کے ساتھ تھوڑا سا رکیں گے کہ جب تک ہمارے لیے راستہ نہ خالی ہو جائے تب تک ہم گاڑی نہیں دوڑائیں گے۔</w:t>
      </w:r>
    </w:p>
    <w:p>
      <w:r>
        <w:rPr>
          <w:b/>
        </w:rPr>
        <w:t xml:space="preserve">[34:20] </w:t>
      </w:r>
      <w:r>
        <w:t>to yeh jo hai halankay hum hum jab green light ho gayi to hum apni gaari daura sakte hain lekin wahan par rasta khali nahi hai to hum wait karenge, sabr kari</w:t>
      </w:r>
    </w:p>
    <w:p>
      <w:pPr>
        <w:jc w:val="right"/>
      </w:pPr>
      <w:r>
        <w:t>تو یہ جو ہے حالانکہ ہم ہم جب گرین لائٹ ہو گئی تو ہم اپنی گاڑی دوڑا سکتے ہیں لیکن وہاں پر راستہ خالی نہیں ہے تو ہم ویٹ کریں گے، صبر کری</w:t>
      </w:r>
    </w:p>
    <w:p>
      <w:r>
        <w:rPr>
          <w:b/>
        </w:rPr>
        <w:t xml:space="preserve">[34:34] </w:t>
      </w:r>
      <w:r>
        <w:t>nge. to isi tarah se yeh to ek aisi misaal hai jo har aadmi ko face karta hai, har aadmi. to isi tarah se rasool ALLAH صلی اللہ علیہ وسلم ne kiya ke makkah mein dekhiye, makkah mein itna zyada aap ke upar zulm kiya gaya lekin aap ne react nahi kiya, aap ne koi muqabla nahi kiya.</w:t>
      </w:r>
    </w:p>
    <w:p>
      <w:pPr>
        <w:jc w:val="right"/>
      </w:pPr>
      <w:r>
        <w:t>ں گے۔ تو اسی طریقے سے یہ تو ایک ایسی مثال ہے جو ہر آدمی کو فیس کرتا ہے، ہر آدمی۔ تو اسی طریقے سے رسول اللہ صلی اللہ علیہ وسلم نے کیا کہ مکے میں دیکھیے، مکے میں اتنا زیادہ آپ کے اوپر ظلم کیا گیا لیکن آپ نے ری ایکٹ نہیں کیا، آپ نے کوئی مقابلہ نہیں کیا۔</w:t>
      </w:r>
    </w:p>
    <w:p>
      <w:r>
        <w:rPr>
          <w:b/>
        </w:rPr>
        <w:t xml:space="preserve">[34:51] </w:t>
      </w:r>
      <w:r>
        <w:t>lekin jab madinah gaye to kai baar muqabla karna pada aap ko.</w:t>
      </w:r>
    </w:p>
    <w:p>
      <w:pPr>
        <w:jc w:val="right"/>
      </w:pPr>
      <w:r>
        <w:t>لیکن جب مدینہ گئے تو کئی بار مقابلہ کرنا پڑا آپ کو۔</w:t>
      </w:r>
    </w:p>
    <w:p>
      <w:r>
        <w:rPr>
          <w:b/>
        </w:rPr>
        <w:t xml:space="preserve">[34:57] </w:t>
      </w:r>
      <w:r>
        <w:t>to is tarah se yeh halaat ko samajhna aur halaat ko samajhne ke liye experience bhi bohat zaroori hai.</w:t>
      </w:r>
    </w:p>
    <w:p>
      <w:pPr>
        <w:jc w:val="right"/>
      </w:pPr>
      <w:r>
        <w:t>تو اس طریقے سے یہ حالات کو سمجھنا اور حالات کو سمجھنے کے لیے ایکسپیرینس بھی بہت ضروری ہے۔</w:t>
      </w:r>
    </w:p>
    <w:p>
      <w:r>
        <w:rPr>
          <w:b/>
        </w:rPr>
        <w:t xml:space="preserve">[35:06] </w:t>
      </w:r>
      <w:r>
        <w:t>jo aap ne kaha tha na ke zyada umar wale logon ko wise log samajhte hain to asal mein kai baar aisa hota hai ke unke paas experience zyada hota hai na.</w:t>
      </w:r>
    </w:p>
    <w:p>
      <w:pPr>
        <w:jc w:val="right"/>
      </w:pPr>
      <w:r>
        <w:t>جو آپ نے کہا تھا نا کہ زیادہ عمر والے لوگوں کو وائز لوگ سمجھتے ہیں تو اصل میں کئی بار ایسا ہوتا ہے کہ ان کے پاس ایکسپیرینس زیادہ ہوتا ہے نا۔</w:t>
      </w:r>
    </w:p>
    <w:p>
      <w:r>
        <w:rPr>
          <w:b/>
        </w:rPr>
        <w:t xml:space="preserve">[35:16] </w:t>
      </w:r>
      <w:r>
        <w:t>ab naujawan aadmi ke paas to degree wala ilm hota hai aur boorhay aadmi ke paas experience</w:t>
      </w:r>
    </w:p>
    <w:p>
      <w:pPr>
        <w:jc w:val="right"/>
      </w:pPr>
      <w:r>
        <w:t>اب نوجوان آدمی کے پاس تو ڈگری والا علم ہوتا ہے اور بوڑھے آدمی کے پاس ایکسپیرینس</w:t>
      </w:r>
    </w:p>
    <w:p>
      <w:r>
        <w:rPr>
          <w:b/>
        </w:rPr>
        <w:t xml:space="preserve">[35:22] </w:t>
      </w:r>
      <w:r>
        <w:t>hota hai. to apne experience se jo batata hai to is mein kai baar wo sahi is ki rai hoti hai. to is liye hamein samajhna hota hai ke ideal jo hai wo har jagah is is is ko applicable nahi hota, har jagah achievable nahi hota.</w:t>
      </w:r>
    </w:p>
    <w:p>
      <w:pPr>
        <w:jc w:val="right"/>
      </w:pPr>
      <w:r>
        <w:t>ہوتا ہے۔ تو اپنے ایکسپیرینس سے جو بتاتا ہے تو اس میں کئی بار وہ صحیح اس کی رائے ہوتی ہے۔ تو اس لیے ہمیں سمجھنا ہوتا ہے کہ آئیڈیل جو ہے وہ ہر جگہ اس اس اس کو ایپلیکیبل نہیں ہوتا، ہر جگہ اچیویبل نہیں ہوتا۔</w:t>
      </w:r>
    </w:p>
    <w:p>
      <w:r>
        <w:rPr>
          <w:b/>
        </w:rPr>
        <w:t xml:space="preserve">[35:41] </w:t>
      </w:r>
      <w:r>
        <w:t>to ideal ko achieve karne ke liye hum jo hai thora wait karna parta hai, samajh lijiyay. to is wo wait karna jo hai wahi sabr o barda</w:t>
      </w:r>
    </w:p>
    <w:p>
      <w:pPr>
        <w:jc w:val="right"/>
      </w:pPr>
      <w:r>
        <w:t>تو آئیڈیل کو اچیو کرنے کے لیے ہم جو ہے تھوڑا ویٹ کرنا پڑتا ہے، سمجھ لیجئے۔ تو اس وہ ویٹ کرنا جو ہے وہی صبر و بردا</w:t>
      </w:r>
    </w:p>
    <w:p>
      <w:r>
        <w:rPr>
          <w:b/>
        </w:rPr>
        <w:t xml:space="preserve">[35:52] </w:t>
      </w:r>
      <w:r>
        <w:t>sht hai. ji to is ke liye bohat zyada emphasis se wo is ka zikr aya hai quran o hadith mein sabr par.</w:t>
      </w:r>
    </w:p>
    <w:p>
      <w:pPr>
        <w:jc w:val="right"/>
      </w:pPr>
      <w:r>
        <w:t>شت ہے۔ جی تو اس کے لیے بہت زیادہ ایمفیسز سے وہ اس کا ذکر آیا ہے قرآن و حدیث میں صبر پر۔</w:t>
      </w:r>
    </w:p>
    <w:p>
      <w:r>
        <w:rPr>
          <w:b/>
        </w:rPr>
        <w:t xml:space="preserve">[36:02] </w:t>
      </w:r>
      <w:r>
        <w:t>ji jazak ALLAH aap ka. kuch chapak comments aur questions bhi aaye hain, mein lena chahunga. yeh oman se likha hai fatin ashraf siddiqui sahab ne, unhone likha hai bohat hi fikr angrez baatein hain.</w:t>
      </w:r>
    </w:p>
    <w:p>
      <w:pPr>
        <w:jc w:val="right"/>
      </w:pPr>
      <w:r>
        <w:t>جی جزاک اللہ آپا۔ کچھ چھاپک کمنٹس اور کوئسچنز بھی آئے ہیں، میں لینا چاہوں گا۔ یہ عمان سے لکھا ہے فتین اشرف صدیقی صاحب نے، انہوں نے لکھا ہے بہت ہی فکر انگیز باتیں ہیں۔</w:t>
      </w:r>
    </w:p>
    <w:p>
      <w:r>
        <w:rPr>
          <w:b/>
        </w:rPr>
        <w:t xml:space="preserve">[36:17] </w:t>
      </w:r>
      <w:r>
        <w:t>muhammad asif khan sahab ne lucknow se likha hai quran ki rehnumai mein ghor o fikar se hi hum wisdom ko hasil kar sakte hain aur is ki misaal hamein nabi ki poori zindagi se milti hai.</w:t>
      </w:r>
    </w:p>
    <w:p>
      <w:pPr>
        <w:jc w:val="right"/>
      </w:pPr>
      <w:r>
        <w:t>محمد اصف خان صاحب نے لکھنو سے لکھا ہے قرآن کی رہنمائی میں غور فکر سے ہی ہم وزڈم کو حاصل کر سکتے ہیں اور اس کی مثال ہمیں نبی کی پوری زندگی سے ملتی ہے۔</w:t>
      </w:r>
    </w:p>
    <w:p>
      <w:r>
        <w:rPr>
          <w:b/>
        </w:rPr>
        <w:t xml:space="preserve">[36:30] </w:t>
      </w:r>
      <w:r>
        <w:t>aap practice wisdom ke ki sab se bari misaal thay. miss farida kamran ne pakistan se likha hai jazak ALLAH very effective and meaningful lecture with beautiful examples.</w:t>
      </w:r>
    </w:p>
    <w:p>
      <w:pPr>
        <w:jc w:val="right"/>
      </w:pPr>
      <w:r>
        <w:t>آپ پریکٹس وزڈم کے کی سب سے بڑی مثال تھے۔ مس فریدہ کامران نے پاکستان سے لکھا ہے جزاک اللہ ویری ایفیکٹیو اینڈ میننگ فل لیکچر ود بیوٹی فل ایگزیمپلز۔</w:t>
      </w:r>
    </w:p>
    <w:p>
      <w:r>
        <w:rPr>
          <w:b/>
        </w:rPr>
        <w:t xml:space="preserve">[36:43] </w:t>
      </w:r>
      <w:r>
        <w:t>may ALLAH bless you all and accept your efforts. amin.</w:t>
      </w:r>
    </w:p>
    <w:p>
      <w:pPr>
        <w:jc w:val="right"/>
      </w:pPr>
      <w:r>
        <w:t>می اللہ بلیس یو آل اینڈ ایکسیپٹ یور ایفرٹس۔ آمین۔</w:t>
      </w:r>
    </w:p>
    <w:p>
      <w:r>
        <w:rPr>
          <w:b/>
        </w:rPr>
        <w:t xml:space="preserve">[36:47] </w:t>
      </w:r>
      <w:r>
        <w:t>yeh ek koi community group hai enlighten your mind, unhone naam nahi likha hai apna jinhone bhi is ko bheja hai. unhone likha hai practical wisdom is the ability to make sound judgments and decisions in practical matters based on deep understanding and experience.</w:t>
      </w:r>
    </w:p>
    <w:p>
      <w:pPr>
        <w:jc w:val="right"/>
      </w:pPr>
      <w:r>
        <w:t>یہ ایک کوئی کمیونٹی گروپ ہے انلائٹن یور مائنڈ، انہوں نے نام نہیں لکھا ہے اپنا جنہوں نے بھیجا ہے۔ انہوں نے لکھا ہے پریکٹیکل وزڈم از دی ایبیلیٹی ٹو میک ساؤنڈ ججمنٹس اینڈ ڈیسیژنز ان پریکٹیکل میٹرز بیسڈ ان ڈیپ انڈرسٹینڈنگ اینڈ ایکسپیرینس۔</w:t>
      </w:r>
    </w:p>
    <w:p>
      <w:r>
        <w:rPr>
          <w:b/>
        </w:rPr>
        <w:t xml:space="preserve">[37:03] </w:t>
      </w:r>
      <w:r>
        <w:t>it involves having a good sense of what is morally right or virtuous and knowing how to apply general principles to specific situations.</w:t>
      </w:r>
    </w:p>
    <w:p>
      <w:pPr>
        <w:jc w:val="right"/>
      </w:pPr>
      <w:r>
        <w:t>اٹ انوالوز ہیونگ ا گڈ سینس اف واٹ از مورلی رائٹ اور ورچوس اینڈ نوئنگ ہاؤ ٹو اپلائی جنرل پرنسپلز ٹو سپیسیفک سچویشنز۔</w:t>
      </w:r>
    </w:p>
    <w:p>
      <w:r>
        <w:rPr>
          <w:b/>
        </w:rPr>
        <w:t xml:space="preserve">[37:14] </w:t>
      </w:r>
      <w:r>
        <w:t>the real teaching of the quran is only to apply practical wisdom. doctor farida really described it nicely. bahrain se saifuddin sahab ne likha hai ke mein swat pakistan se hoon.</w:t>
      </w:r>
    </w:p>
    <w:p>
      <w:pPr>
        <w:jc w:val="right"/>
      </w:pPr>
      <w:r>
        <w:t>دا ریئل ٹیچنگ اف دا قرآن از اونلی ٹو اپلائی پریکٹیکل وزڈم۔ ڈاکٹر فریدہ ریلی ڈسکرائبڈ اٹ نائسلی۔ بحرین سے سیف الدین صاحب نے لکھا ہے کہ میں سوات پاکستان سے ہوں۔</w:t>
      </w:r>
    </w:p>
    <w:p>
      <w:r>
        <w:rPr>
          <w:b/>
        </w:rPr>
        <w:t xml:space="preserve">[37:27] </w:t>
      </w:r>
      <w:r>
        <w:t>ALLAH pak aap sab ko salamat rakhe. amin. faiz qadri sahab ne coimbatore se likha hai maulana man of wisdom thay, un ke har sentence mein wisdom hua karti</w:t>
      </w:r>
    </w:p>
    <w:p>
      <w:pPr>
        <w:jc w:val="right"/>
      </w:pPr>
      <w:r>
        <w:t>اللہ پاک آپ سب کو سلامت رکھے۔ آمین۔ فیض قادری صاحب نے کوئمبٹور سے لکھا ہے مولانا مین اف وزڈم تھے، ان کے ہر سینٹنس میں وزڈم ہوا کرتی</w:t>
      </w:r>
    </w:p>
    <w:p>
      <w:r>
        <w:rPr>
          <w:b/>
        </w:rPr>
        <w:t xml:space="preserve">[37:42] </w:t>
      </w:r>
      <w:r>
        <w:t>thi. practical wisdom ke baray mein maulana ke paas jo clarity thi wo door hazir mein kisi ke paas nahi thi. musalman jab tak maulana ki is wisdom se faida nahi uthayenge masail se bahar nahi aa sakte.</w:t>
      </w:r>
    </w:p>
    <w:p>
      <w:pPr>
        <w:jc w:val="right"/>
      </w:pPr>
      <w:r>
        <w:t>تھی۔ پریکٹیکل وزڈم کے بارے میں مولانا کے پاس جو کلیرٹی تھی وہ دور حاضر میں کسی کے پاس نہیں تھی۔ مسلمان جب تک مولانا کی اس وزڈم سے فائدہ نہیں اٹھائیں گے مسائل سے باہر نہیں آ سکتے۔</w:t>
      </w:r>
    </w:p>
    <w:p>
      <w:r>
        <w:rPr>
          <w:b/>
        </w:rPr>
        <w:t xml:space="preserve">[37:57] </w:t>
      </w:r>
      <w:r>
        <w:t>CPS mission ka ek aham kaam logon ko practical wisdom ko batana bhi hai. apa yeh kuch teen sawal hain jo online</w:t>
      </w:r>
    </w:p>
    <w:p>
      <w:pPr>
        <w:jc w:val="right"/>
      </w:pPr>
      <w:r>
        <w:t>سی پی ایس مشن کا ایک اہم کام لوگوں کو پریکٹیکل وزڈم کو بتانا بھی ہے۔ آپا یہ کچھ تین سوال ہیں جو ان لائن</w:t>
      </w:r>
    </w:p>
    <w:p>
      <w:r>
        <w:rPr>
          <w:b/>
        </w:rPr>
        <w:t xml:space="preserve">[38:07] </w:t>
      </w:r>
      <w:r>
        <w:t>aaye hain. arman khan sahab ne likha hai yeh shayad dubai se hain, unhone likha hai apa grasshopper mind se sanjeedgi kaise layein is ke baray mein batayen.</w:t>
      </w:r>
    </w:p>
    <w:p>
      <w:pPr>
        <w:jc w:val="right"/>
      </w:pPr>
      <w:r>
        <w:t>آئے ہیں۔ ارمان خان صاحب نے لکھا ہے یہ شاید دبئی سے ہیں، انہوں نے لکھا ہے آپا گراس ہاپر مائنڈ سے سنجیدگی کیسے لائیں اس کے بارے میں بتائیں۔</w:t>
      </w:r>
    </w:p>
    <w:p>
      <w:r>
        <w:rPr>
          <w:b/>
        </w:rPr>
        <w:t xml:space="preserve">[38:24] </w:t>
      </w:r>
      <w:r>
        <w:t>yeh to wahi ho gaya na ladri nasb al ilm. jab aap ko maloom hai ke aap grasshopper mind hain to phir to aap ka aadha rasta to aadha safar to tay</w:t>
      </w:r>
    </w:p>
    <w:p>
      <w:pPr>
        <w:jc w:val="right"/>
      </w:pPr>
      <w:r>
        <w:t>یہ تو وہی ہو گیا نا لادری نصب العلم۔ جب آپ کو معلوم ہے کہ آپ گراس ہاپر مائنڈ ہیں تو پھر تو آپ کا آدھا راستہ تو آدھا سفر تو طے</w:t>
      </w:r>
    </w:p>
    <w:p>
      <w:r>
        <w:rPr>
          <w:b/>
        </w:rPr>
        <w:t xml:space="preserve">[38:34] </w:t>
      </w:r>
      <w:r>
        <w:t>ho gaya. ab aap koshish kariye, thora study kariye, thora ghor o fikar kariye. to study karna zaroori hai aur sab se zyada zaroori jo hai maulana ki kitabon ki study kariye.</w:t>
      </w:r>
    </w:p>
    <w:p>
      <w:pPr>
        <w:jc w:val="right"/>
      </w:pPr>
      <w:r>
        <w:t>ہو گیا۔ اب آپ کوشش کریے، تھوڑا اسٹڈی کریے، تھوڑا غور و فکر کریے۔ تو اسٹڈی کرنا ضروری ہے اور سب سے زیادہ ضروری جو ہے مولانا کی کتابوں کی اسٹڈی کریے۔</w:t>
      </w:r>
    </w:p>
    <w:p>
      <w:r>
        <w:rPr>
          <w:b/>
        </w:rPr>
        <w:t xml:space="preserve">[38:45] </w:t>
      </w:r>
      <w:r>
        <w:t>aap is mein bohat hi simplify kar ke saare usoolon ko bata diya gaya hai. ab aap sochiye ke kitni kam muddat hamein is dunya mein mili hui hai to hamare paas time hi nahi hai zaya karne ka</w:t>
      </w:r>
    </w:p>
    <w:p>
      <w:pPr>
        <w:jc w:val="right"/>
      </w:pPr>
      <w:r>
        <w:t>آپ اس میں بہت ہی سمپلیفائی کر کے سارے اصولوں کو بتا دیا گیا ہے۔ اب آپ سوچیے کہ کتنی کم مدت ہمیں اس دنیا میں ملی ہوئی ہے تو ہمارے پاس ٹائم ہی نہیں ہے ضائع کرنے کا</w:t>
      </w:r>
    </w:p>
    <w:p>
      <w:r>
        <w:rPr>
          <w:b/>
        </w:rPr>
        <w:t xml:space="preserve">[38:59] </w:t>
      </w:r>
      <w:r>
        <w:t>. to hum ko kya kehte hain? der is no better time den this very minute. aap foran serious ho jaiye aur apne aap ko tayyar kariye kyunke hamari ek eternal life hai.</w:t>
      </w:r>
    </w:p>
    <w:p>
      <w:pPr>
        <w:jc w:val="right"/>
      </w:pPr>
      <w:r>
        <w:t>۔ تو ہم کو کیا کہتے ہیں؟ دیر از نو بیٹر ٹائم دین دس ویری منٹ۔ آپ فوراً سیریس ہو جائیے اور اپنے آپ کو تیار کریے کیونکہ ہماری ایک ایٹرنل لائف ہے۔</w:t>
      </w:r>
    </w:p>
    <w:p>
      <w:r>
        <w:rPr>
          <w:b/>
        </w:rPr>
        <w:t xml:space="preserve">[39:15] </w:t>
      </w:r>
      <w:r>
        <w:t>bas aap itna sochiye to aap ko bohat hi kitna aap serious ho jayenge. eternal life hai aur is ke liye hamein isi dunya mein apne aap ko prepare karna hai.</w:t>
      </w:r>
    </w:p>
    <w:p>
      <w:pPr>
        <w:jc w:val="right"/>
      </w:pPr>
      <w:r>
        <w:t>بس آپ اتنا سوچیے تو آپ کو بہت ہی کتنا آپ سیریس ہو جائیں گے۔ ایٹرنل لائف ہے اور اس کے لیے ہمیں اسی دنیا میں اپنے آپ کو پریپیئر کرنا ہے۔</w:t>
      </w:r>
    </w:p>
    <w:p>
      <w:r>
        <w:rPr>
          <w:b/>
        </w:rPr>
        <w:t xml:space="preserve">[39:25] </w:t>
      </w:r>
      <w:r>
        <w:t>jitna hum prepare karenge isi ke mutabiq hamein akhirat mein is ka badla milega. ji to ab hamein kya pata hamari kitni umar hai, kisi ko bhi pata nahi.</w:t>
      </w:r>
    </w:p>
    <w:p>
      <w:pPr>
        <w:jc w:val="right"/>
      </w:pPr>
      <w:r>
        <w:t>جتنا ہم پریپیئر کریں گے اسی کے مطابق ہمیں آخرت میں اس کا بدلہ ملے گا۔ جی تو اب ہمیں کیا پتہ ہماری کتنی عمر ہے، کسی کو بھی پتہ نہیں۔</w:t>
      </w:r>
    </w:p>
    <w:p>
      <w:r>
        <w:rPr>
          <w:b/>
        </w:rPr>
        <w:t xml:space="preserve">[39:35] </w:t>
      </w:r>
      <w:r>
        <w:t>to hum ko bas is zara bhi apna time waste nahi karna hai.</w:t>
      </w:r>
    </w:p>
    <w:p>
      <w:pPr>
        <w:jc w:val="right"/>
      </w:pPr>
      <w:r>
        <w:t>تو ہم کو بس اس ذرا بھی اپنا ٹائم ویسٹ نہیں کرنا ہے۔</w:t>
      </w:r>
    </w:p>
    <w:p>
      <w:r>
        <w:rPr>
          <w:b/>
        </w:rPr>
        <w:t xml:space="preserve">[39:41] </w:t>
      </w:r>
      <w:r>
        <w:t>aur apa yeh bhi hai ke jaise Maulana hum sab ko bohat kaha karte the ke aap ko ek sincere person ban ke rehna hai kyunke agar aap ke andar sincerity nahi to phir Allah taala, Allah taala ki taraf se bhi madad nahi aayegi.</w:t>
      </w:r>
    </w:p>
    <w:p>
      <w:pPr>
        <w:jc w:val="right"/>
      </w:pPr>
      <w:r>
        <w:t>اور آپا یہ بھی ہے کہ جیسے مولانا ہم سب کو بہت کہا کرتے تھے کہ آپ کو ایک سنسیئر پرسن بن کے رہنا ہے کیونکہ اگر آپ کے اندر سنسیریٹی نہیں تو پھر اللہ تعالیٰ، اللہ تعالیٰ کی طرف سے بھی مدد نہیں آئے گی۔</w:t>
      </w:r>
    </w:p>
    <w:p>
      <w:r>
        <w:rPr>
          <w:b/>
        </w:rPr>
        <w:t xml:space="preserve">[39:56] </w:t>
      </w:r>
      <w:r>
        <w:t>aur aap sincerity ke ilawa aap afford nahi kar sakte kyunke in sincere person is like moving on the direction of psychological suicide kyunke woh apne conscious ke khilaaf ja raha hai.</w:t>
      </w:r>
    </w:p>
    <w:p>
      <w:pPr>
        <w:jc w:val="right"/>
      </w:pPr>
      <w:r>
        <w:t>اور آپ سنسیریٹی کے علاوہ آپ افورڈ نہیں کر سکتے کیونکہ ان سنسیئر پرسن از لائک موونگ ان دا ڈائریکشن اف سائیکلوجیکل سوسائیڈ کیونکہ وہ اپنے کانشیس کے خلاف جا رہا ہے۔</w:t>
      </w:r>
    </w:p>
    <w:p>
      <w:r>
        <w:rPr>
          <w:b/>
        </w:rPr>
        <w:t xml:space="preserve">[40:07] </w:t>
      </w:r>
      <w:r>
        <w:t>woh is dunya se bhi jayega aur akhirat se bhi.</w:t>
      </w:r>
    </w:p>
    <w:p>
      <w:pPr>
        <w:jc w:val="right"/>
      </w:pPr>
      <w:r>
        <w:t>وہ اس دنیا سے بھی جائے گا اور آخرت سے بھی۔</w:t>
      </w:r>
    </w:p>
    <w:p>
      <w:r>
        <w:rPr>
          <w:b/>
        </w:rPr>
        <w:t xml:space="preserve">[40:10] </w:t>
      </w:r>
      <w:r>
        <w:t>to sab se jo mushkil cheez hai aur jo rare cheez hai, Maulana kehte the jo pai jati hai woh hai sincerity.</w:t>
      </w:r>
    </w:p>
    <w:p>
      <w:pPr>
        <w:jc w:val="right"/>
      </w:pPr>
      <w:r>
        <w:t>تو سب سے جو مشکل چیز ہے اور جو ریئر چیز ہے، مولانا کہتے تھے جو پائی جاتی ہے وہ ہے سنسیریٹی۔</w:t>
      </w:r>
    </w:p>
    <w:p>
      <w:r>
        <w:rPr>
          <w:b/>
        </w:rPr>
        <w:t xml:space="preserve">[40:18] </w:t>
      </w:r>
      <w:r>
        <w:t>so the process, the beginning process is sincerity and following the principles in a disciplined manner. tab aap ko ek khaas madad bhi aane lagti hai.</w:t>
      </w:r>
    </w:p>
    <w:p>
      <w:pPr>
        <w:jc w:val="right"/>
      </w:pPr>
      <w:r>
        <w:t>سو دا پروسیس، دا بگننگ پروسیس از سنسیریٹی اینڈ فالونگ دا پرنسپلز ان ا ڈسپلن مینر۔ تب آپ کو ایک خاص مدد بھی آنے لگتی ہے۔</w:t>
      </w:r>
    </w:p>
    <w:p>
      <w:r>
        <w:rPr>
          <w:b/>
        </w:rPr>
        <w:t xml:space="preserve">[40:29] </w:t>
      </w:r>
      <w:r>
        <w:t>to yeh bohat aham cheez hai. apa</w:t>
      </w:r>
    </w:p>
    <w:p>
      <w:pPr>
        <w:jc w:val="right"/>
      </w:pPr>
      <w:r>
        <w:t>تو یہ بہت اہم چیز ہے۔ آپا</w:t>
      </w:r>
    </w:p>
    <w:p>
      <w:r>
        <w:rPr>
          <w:b/>
        </w:rPr>
        <w:t xml:space="preserve">[40:33] </w:t>
      </w:r>
      <w:r>
        <w:t>Iqbal, Maulana Iqbal Umri ne Chennai se likha hai ke wisdom of life par bohat acha session ho raha hai. mera sawal yeh hai ke wisdom of dawah ka matlab kya hai?</w:t>
      </w:r>
    </w:p>
    <w:p>
      <w:pPr>
        <w:jc w:val="right"/>
      </w:pPr>
      <w:r>
        <w:t>اقبال، مولانا اقبال عمری نے چنئی سے لکھا ہے کہ وزڈم اف لائف پر بہت اچھا سیشن ہو رہا ہے۔ میرا سوال یہ ہے کہ وزڈم اف دعویٰ کا مطلب کیا ہے؟</w:t>
      </w:r>
    </w:p>
    <w:p>
      <w:r>
        <w:rPr>
          <w:b/>
        </w:rPr>
        <w:t xml:space="preserve">[40:45] </w:t>
      </w:r>
      <w:r>
        <w:t>Maulana ne ummat ko is ki ahmiyat kahan tak wazeh ki is ke bare mein bataein. dekhiye yeh to hamari zimmedari hai.</w:t>
      </w:r>
    </w:p>
    <w:p>
      <w:pPr>
        <w:jc w:val="right"/>
      </w:pPr>
      <w:r>
        <w:t>مولانا نے امت کو اس کی اہمیت کہاں تک واضح کی اس کے بارے میں بتائیں۔ دیکھیے یہ تو ہماری ذمہ داری ہے۔</w:t>
      </w:r>
    </w:p>
    <w:p>
      <w:r>
        <w:rPr>
          <w:b/>
        </w:rPr>
        <w:t xml:space="preserve">[40:57] </w:t>
      </w:r>
      <w:r>
        <w:t>Rasool Allah Salallaho Alaihi Wasallam ne ashaab ko address kiya aur kaha ke mere paigham ko sari dunya mein pohncha do. to yeh to hamari zimmedari hai aur hamein pohnchana hai.</w:t>
      </w:r>
    </w:p>
    <w:p>
      <w:pPr>
        <w:jc w:val="right"/>
      </w:pPr>
      <w:r>
        <w:t>رسول اللہ صلی اللہ علیہ وسلم نے اصحاب کو ایڈریس کیا اور کہا کہ میرے پیغام کو ساری دنیا میں پہنچا دو۔ تو یہ تو ہماری ذمہ داری ہے اور ہمیں پہنچانا ہے۔</w:t>
      </w:r>
    </w:p>
    <w:p>
      <w:r>
        <w:rPr>
          <w:b/>
        </w:rPr>
        <w:t xml:space="preserve">[41:07] </w:t>
      </w:r>
      <w:r>
        <w:t>agar hum nahi pohnchate to hamari pooch hogi akhirat mein. to mujhe to yahi samajh mein aata hai. ji apa yeh ek sawal bheja hai Dr. Jyoti Malhotra ne Delhi se.</w:t>
      </w:r>
    </w:p>
    <w:p>
      <w:pPr>
        <w:jc w:val="right"/>
      </w:pPr>
      <w:r>
        <w:t>اگر ہم نہیں پہنچاتے تو ہماری پوچھ ہوگی آخرت میں۔ تو مجھے تو یہی سمجھ میں آتا ہے۔ جی آپا یہ ایک سوال بھیجا ہے ڈاکٹر ستوتی مہلوترا نے دلی سے۔</w:t>
      </w:r>
    </w:p>
    <w:p>
      <w:r>
        <w:rPr>
          <w:b/>
        </w:rPr>
        <w:t xml:space="preserve">[41:20] </w:t>
      </w:r>
      <w:r>
        <w:t>unhone likha hai is wisdom given to few or to everyone</w:t>
      </w:r>
    </w:p>
    <w:p>
      <w:pPr>
        <w:jc w:val="right"/>
      </w:pPr>
      <w:r>
        <w:t>انہوں نے لکھا ہے از وزڈم گیون ٹو فیو اور ٹو ایوری ون</w:t>
      </w:r>
    </w:p>
    <w:p>
      <w:r>
        <w:rPr>
          <w:b/>
        </w:rPr>
        <w:t xml:space="preserve">[41:25] </w:t>
      </w:r>
      <w:r>
        <w:t>and how is wisdom different from truth? please advise.</w:t>
      </w:r>
    </w:p>
    <w:p>
      <w:pPr>
        <w:jc w:val="right"/>
      </w:pPr>
      <w:r>
        <w:t>اینڈ ہاؤ از وزڈم ڈفرنٹ فرام ٹروتھ؟ پلیز ایڈوائس۔</w:t>
      </w:r>
    </w:p>
    <w:p>
      <w:r>
        <w:rPr>
          <w:b/>
        </w:rPr>
        <w:t xml:space="preserve">[41:34] </w:t>
      </w:r>
      <w:r>
        <w:t>wisdom dekhiye jaise har cheez hai. seeker the seeker kya one who? seekth find bible mein hai shayad. ji ji to har cheez ke liye seeker banna chahiye.</w:t>
      </w:r>
    </w:p>
    <w:p>
      <w:pPr>
        <w:jc w:val="right"/>
      </w:pPr>
      <w:r>
        <w:t>وزڈم دیکھیے جیسے ہر چیز ہے۔ سیکر دا سیکر کیا ون ہو؟ سیکت فائنڈ بائبل میں ہے شاید۔ جی جی تو ہر چیز کے لیے سیکر بننا چاہیے۔</w:t>
      </w:r>
    </w:p>
    <w:p>
      <w:r>
        <w:rPr>
          <w:b/>
        </w:rPr>
        <w:t xml:space="preserve">[41:45] </w:t>
      </w:r>
      <w:r>
        <w:t>jab seeker hum banenge tabhi hum mehnat bhi karenge aur tabhi hamein Khuda ki madad aayegi.</w:t>
      </w:r>
    </w:p>
    <w:p>
      <w:pPr>
        <w:jc w:val="right"/>
      </w:pPr>
      <w:r>
        <w:t>جب سیکر ہم بنیں گے تبھی ہم محنت بھی کریں گے اور تبھی ہمیں خدا کی مدد آئے گی۔</w:t>
      </w:r>
    </w:p>
    <w:p>
      <w:r>
        <w:rPr>
          <w:b/>
        </w:rPr>
        <w:t xml:space="preserve">[41:52] </w:t>
      </w:r>
      <w:r>
        <w:t>to is dunya mein hum koi bhi kaam Khuda ki madad ke baghair nahi kar sakte. to is ke liye serious hona padega, distraction ko khatam karna padega aur jo hai ke ghaur o fikr karna padega.</w:t>
      </w:r>
    </w:p>
    <w:p>
      <w:pPr>
        <w:jc w:val="right"/>
      </w:pPr>
      <w:r>
        <w:t>تو اس دنیا میں ہم کوئی بھی کام خدا کی مدد کے بغیر نہیں کر سکتے۔ تو اس کے لیے سیریس ہونا پڑے گا، ڈسٹریکشن کو ختم کرنا پڑے گا اور جو ہے کہ غور و فکر کرنا پڑے گا۔</w:t>
      </w:r>
    </w:p>
    <w:p>
      <w:r>
        <w:rPr>
          <w:b/>
        </w:rPr>
        <w:t xml:space="preserve">[42:06] </w:t>
      </w:r>
      <w:r>
        <w:t>to study karna padega, yeh sab karna padega tabhi wisdom milegi. ji to wisdom aur kya keh rahe hain? sachai. ji kya haan?</w:t>
      </w:r>
    </w:p>
    <w:p>
      <w:pPr>
        <w:jc w:val="right"/>
      </w:pPr>
      <w:r>
        <w:t>تو اسٹڈی کرنا پڑے گا، یہ سب کرنا پڑے گا تبھی وزڈم ملے گی۔ جی تو وزڈم اور کیا کہہ رہے ہیں؟ سچائی۔ جی کیا ہاں؟</w:t>
      </w:r>
    </w:p>
    <w:p>
      <w:r>
        <w:rPr>
          <w:b/>
        </w:rPr>
        <w:t xml:space="preserve">[42:15] </w:t>
      </w:r>
      <w:r>
        <w:t>are they different or the same? truth to alag hai, truth to alag</w:t>
      </w:r>
    </w:p>
    <w:p>
      <w:pPr>
        <w:jc w:val="right"/>
      </w:pPr>
      <w:r>
        <w:t>ار دے ڈفرنٹ اور دا سیم؟ ٹروتھ تو الگ ہے، ٹروتھ تو الگ</w:t>
      </w:r>
    </w:p>
    <w:p>
      <w:r>
        <w:rPr>
          <w:b/>
        </w:rPr>
        <w:t xml:space="preserve">[42:22] </w:t>
      </w:r>
      <w:r>
        <w:t>hai. wisdom ke zariye se hum truth ko samajhte hain. truth ko paane ke liye wisdom zaroori hai. ji hmm ji apa agla comment bheja hai Dr. Aslam Khan Sahab ne Saharanpur se.</w:t>
      </w:r>
    </w:p>
    <w:p>
      <w:pPr>
        <w:jc w:val="right"/>
      </w:pPr>
      <w:r>
        <w:t>ہے۔ وزڈم کے ذریعے سے ہم ٹروتھ کو سمجھتے ہیں۔ ٹروتھ کو پانے کے لیے وزڈم ضروری ہے۔ جی ہمم جی آپا اگلا کمنٹ بھیجا ہے ڈاکٹر اسلم خان صاحب نے سارن پور سے۔</w:t>
      </w:r>
    </w:p>
    <w:p>
      <w:r>
        <w:rPr>
          <w:b/>
        </w:rPr>
        <w:t xml:space="preserve">[42:34] </w:t>
      </w:r>
      <w:r>
        <w:t>unhone likha hai practical wisdom is the ability to make sound judgment and decisions in practical matters based on deep understanding, patience and experience</w:t>
      </w:r>
    </w:p>
    <w:p>
      <w:pPr>
        <w:jc w:val="right"/>
      </w:pPr>
      <w:r>
        <w:t>انہوں نے لکھا ہے پریکٹیکل وزڈم از دی ایبیلیٹی ٹو میک ساؤنڈ ججمنٹ اینڈ ڈیسیژنز ان پریکٹیکل میٹرز بیسڈ ان ڈیپ انڈرسٹینڈنگ، پیشنس اینڈ ایکسپیرینس</w:t>
      </w:r>
    </w:p>
    <w:p>
      <w:r>
        <w:rPr>
          <w:b/>
        </w:rPr>
        <w:t xml:space="preserve">[42:47] </w:t>
      </w:r>
      <w:r>
        <w:t>. apa agla sawal mein poochna chahunga Prophet Yusuf ki zindagi se kyunke ek Quran mein ek poora chapter hi un ke upar aaya hai.</w:t>
      </w:r>
    </w:p>
    <w:p>
      <w:pPr>
        <w:jc w:val="right"/>
      </w:pPr>
      <w:r>
        <w:t>۔ آپا اگلا سوال میں پوچھنا چاہوں گا پرافٹ یوسف کی زندگی سے کیونکہ ایک قرآن میں ایک پورا چیپٹر ہی ان کے اوپر آیا ہے۔</w:t>
      </w:r>
    </w:p>
    <w:p>
      <w:r>
        <w:rPr>
          <w:b/>
        </w:rPr>
        <w:t xml:space="preserve">[42:57] </w:t>
      </w:r>
      <w:r>
        <w:t>to un ki zindagi jab hum dekhte hain apa to hamein bohat practical lessons milte hain. to mein chahunga ke koi example un ki zindagi se le kar bhi aap hamein samjhayein wisdom ke bare mein.</w:t>
      </w:r>
    </w:p>
    <w:p>
      <w:pPr>
        <w:jc w:val="right"/>
      </w:pPr>
      <w:r>
        <w:t>تو ان کی زندگی جب ہم دیکھتے ہیں آپا تو ہمیں بہت پریکٹیکل لیسنز ملتے ہیں۔ تو میں چاہوں گا کہ کوئی ایگزیمپل ان کی زندگی سے لے کر بھی آپ ہمیں سمجھائیں وزڈم کے بارے میں۔</w:t>
      </w:r>
    </w:p>
    <w:p>
      <w:r>
        <w:rPr>
          <w:b/>
        </w:rPr>
        <w:t xml:space="preserve">[43:09] </w:t>
      </w:r>
      <w:r>
        <w:t>yeh bohat hi ajeeb baat hai ke ek hi chapter Quran mein aisa aya hai jo poora ka poora ek paighambar ke upar hai.</w:t>
      </w:r>
    </w:p>
    <w:p>
      <w:pPr>
        <w:jc w:val="right"/>
      </w:pPr>
      <w:r>
        <w:t>یہ بہت ہی عجیب بات ہے کہ ایک ہی چیپٹر قرآن میں ایسا آیا ہے جو پورا کا پورا ایک پیغمبر کے اوپر ہے۔</w:t>
      </w:r>
    </w:p>
    <w:p>
      <w:r>
        <w:rPr>
          <w:b/>
        </w:rPr>
        <w:t xml:space="preserve">[43:17] </w:t>
      </w:r>
      <w:r>
        <w:t>ji nahi to bare bare paighambar hain jaise Hazrat Musa to chand matlab kuch kuch hissa un ke upar rahega, phir doosri doosri baatein hongi.</w:t>
      </w:r>
    </w:p>
    <w:p>
      <w:pPr>
        <w:jc w:val="right"/>
      </w:pPr>
      <w:r>
        <w:t>جی نہیں تو بڑے بڑے پیغمبر ہیں جیسے حضرت موسیٰ تو چند مطلب کچھ کچھ حصہ ان کے اوپر رہے گا، پھر دوسری دوسری باتیں ہوں گی۔</w:t>
      </w:r>
    </w:p>
    <w:p>
      <w:r>
        <w:rPr>
          <w:b/>
        </w:rPr>
        <w:t xml:space="preserve">[43:28] </w:t>
      </w:r>
      <w:r>
        <w:t>lekin yeh poori jo hai kahani ek is mein aayi hai aur is ko best story bhi kaha gaya hai, husn ul qasas kaha gaya hai. ji ji to yeh yeh jo hai na practical wisdom ki bohat behtareen misaal</w:t>
      </w:r>
    </w:p>
    <w:p>
      <w:pPr>
        <w:jc w:val="right"/>
      </w:pPr>
      <w:r>
        <w:t>لیکن یہ پوری جو ہے کہانی ایک اس میں آئی ہے اور اس کو بیسٹ سٹوری بھی کہا گیا ہے، حسن القصص کہا گیا ہے۔ جی جی تو یہ یہ جو ہے نا پریکٹیکل وزڈم کی بہت بہترین مثال</w:t>
      </w:r>
    </w:p>
    <w:p>
      <w:r>
        <w:rPr>
          <w:b/>
        </w:rPr>
        <w:t xml:space="preserve">[43:40] </w:t>
      </w:r>
      <w:r>
        <w:t>hai. ji ji kyunke dekhiye itna bara zulm kiya bhaiyon ne, soteli bhaiyon ne. al unhone koi react nahi kiya, koi unhone react kiya hota to Quran mein is ka zikr hota.</w:t>
      </w:r>
    </w:p>
    <w:p>
      <w:pPr>
        <w:jc w:val="right"/>
      </w:pPr>
      <w:r>
        <w:t>ہے۔ جی جی کیونکہ دیکھیے اتنا بڑا ظلم کیا بھائیوں نے، سوتیلے بھائیوں نے۔ ال انہوں نے کوئی ری ایکٹ نہیں کیا، کوئی انہوں نے ری ایکٹ کیا ہوتا تو قرآن میں اس کا ذکر ہوتا۔</w:t>
      </w:r>
    </w:p>
    <w:p>
      <w:r>
        <w:rPr>
          <w:b/>
        </w:rPr>
        <w:t xml:space="preserve">[43:51] </w:t>
      </w:r>
      <w:r>
        <w:t>na negative hue, na unhone apne bhaiyon se nafrat ki aur sirf sabr aur bardasht se kaam liya. Allah se duaein keen unhone aur jab un ko mauqa mila kaam karne ka to badshah jo hai wahan ka woh mushrik badshah tha.</w:t>
      </w:r>
    </w:p>
    <w:p>
      <w:pPr>
        <w:jc w:val="right"/>
      </w:pPr>
      <w:r>
        <w:t>نہ نیگیٹیو ہوئے، نہ انہوں نے اپنے بھائیوں سے نفرت کی اور صرف صبر اور برداشت سے کام لیا۔ اللہ سے دعائیں کیں انہوں نے اور جب ان کو موقع ملا کام کرنے کا تو بادشاہ جو ہے وہاں کا وہ مشرک بادشاہ تھا۔</w:t>
      </w:r>
    </w:p>
    <w:p>
      <w:r>
        <w:rPr>
          <w:b/>
        </w:rPr>
        <w:t xml:space="preserve">[44:08] </w:t>
      </w:r>
      <w:r>
        <w:t>to woh aap ki personality se bohat zyada mutasir hua. to us ne woh ek lambi kahani hai, khwab waghera ki to mutasir ho gaya aur us ne aap ko rakh liya ke jo us zamane mein ek hi minister hota tha, us ko aap chahe chief minister kahiye, chahe food minister kahiye, agriculture sab kuch hota tha.</w:t>
      </w:r>
    </w:p>
    <w:p>
      <w:pPr>
        <w:jc w:val="right"/>
      </w:pPr>
      <w:r>
        <w:t>تو وہ آپ کی پرسنیلٹی سے بہت زیادہ متاثر ہوا۔ تو اس نے وہ ایک لمبی کہانی ہے، خواب وغیرہ کی تو متاثر ہو گیا اور اس نے آپ کو رکھ لیا کہ جو اس زمانے میں ایک ہی منسٹر ہوتا تھا، اس کو آپ چاہے چیف منسٹر کہیے، چاہے فوڈ منسٹر کہیے، ایگریکلچری سب کچھ ہوتا تھا۔</w:t>
      </w:r>
    </w:p>
    <w:p>
      <w:r>
        <w:rPr>
          <w:b/>
        </w:rPr>
        <w:t xml:space="preserve">[44:29] </w:t>
      </w:r>
      <w:r>
        <w:t>to</w:t>
      </w:r>
    </w:p>
    <w:p>
      <w:pPr>
        <w:jc w:val="right"/>
      </w:pPr>
      <w:r>
        <w:t>تو</w:t>
      </w:r>
    </w:p>
    <w:p>
      <w:r>
        <w:rPr>
          <w:b/>
        </w:rPr>
        <w:t xml:space="preserve">[44:30] </w:t>
      </w:r>
      <w:r>
        <w:t>poora ka poora ikhtiyar badshah ne aap ko de diya kyunke wahan pehle zamane mein qahat waghera bohat parhte rehte thay na. to unhone itna zabardast tareeqe se jab qahat pada, intezam kar kiya tha unhone ke door door se log ghalla lene ke liye un ke paas aaye.</w:t>
      </w:r>
    </w:p>
    <w:p>
      <w:pPr>
        <w:jc w:val="right"/>
      </w:pPr>
      <w:r>
        <w:t>پورا کا پورا اختیار بادشاہ نے آپ کو دے دیا کیونکہ وہاں پہلے زمانے میں قہد وغیرہ بہت پڑھتے رہتے تھے نا۔ تو انہوں نے اتنا زبردست طریقے سے جب قہد پڑا، انتظام کر کیا تھا انہوں نے کہ دور دور سے لوگ غلہ لینے کے لیے ان کے پاس آئے۔</w:t>
      </w:r>
    </w:p>
    <w:p>
      <w:r>
        <w:rPr>
          <w:b/>
        </w:rPr>
        <w:t xml:space="preserve">[44:48] </w:t>
      </w:r>
      <w:r>
        <w:t>to unhone ab in ke bhai bhi aaye,</w:t>
      </w:r>
    </w:p>
    <w:p>
      <w:pPr>
        <w:jc w:val="right"/>
      </w:pPr>
      <w:r>
        <w:t>تو انہوں نے اب ان کے بھائی بھی آئے،</w:t>
      </w:r>
    </w:p>
    <w:p>
      <w:r>
        <w:rPr>
          <w:b/>
        </w:rPr>
        <w:t xml:space="preserve">[44:53] </w:t>
      </w:r>
      <w:r>
        <w:t>bhai ki unhone respect kiya, un ko ghalla diya aur un ke ghalla, un ki jo is ka payment bhi unhone wapas kar diya. to poori izzat ke sath un se, un ko unhone dealing kari.</w:t>
      </w:r>
    </w:p>
    <w:p>
      <w:pPr>
        <w:jc w:val="right"/>
      </w:pPr>
      <w:r>
        <w:t>بھائی کی انہوں نے ریسپیکٹ کیا، ان کو غلہ دیا اور ان کے غل، ان کی جو اس کا پیمنٹ بھی انہوں نے واپس کر دیا۔ تو پوری عزت کے ساتھ ان سے، ان کو انہوں نے ڈیلنگ کری۔</w:t>
      </w:r>
    </w:p>
    <w:p>
      <w:r>
        <w:rPr>
          <w:b/>
        </w:rPr>
        <w:t xml:space="preserve">[45:05] </w:t>
      </w:r>
      <w:r>
        <w:t>to is ke matlab hai ke kitne zyada un ke andar wisdom thi ke agar jo wisdom jis ke andar hogi, wahi react nahi karega.</w:t>
      </w:r>
    </w:p>
    <w:p>
      <w:pPr>
        <w:jc w:val="right"/>
      </w:pPr>
      <w:r>
        <w:t>تو اس کے مطلب ہے کہ کتنے زیادہ ان کے اندر وزڈم تھی کہ اگر جو وزڈم جس کے اندر ہوگی، وہی ری ایکٹ نہیں کرے گا۔</w:t>
      </w:r>
    </w:p>
    <w:p>
      <w:r>
        <w:rPr>
          <w:b/>
        </w:rPr>
        <w:t xml:space="preserve">[45:14] </w:t>
      </w:r>
      <w:r>
        <w:t>to unhone kuch bhi react nahi kiya kyunke woh to future ko dekhta hai ke aindah hamare sath kuch behtar hone wala hai,</w:t>
      </w:r>
    </w:p>
    <w:p>
      <w:pPr>
        <w:jc w:val="right"/>
      </w:pPr>
      <w:r>
        <w:t>تو انہوں نے کچھ بھی ری ایکٹ نہیں کیا کیونکہ وہ تو فیوچر کو دیکھتا ہے کہ آئندہ ہمارے ساتھ کچھ بہتر ہونے والا ہے،</w:t>
      </w:r>
    </w:p>
    <w:p>
      <w:r>
        <w:rPr>
          <w:b/>
        </w:rPr>
        <w:t xml:space="preserve">[45:23] </w:t>
      </w:r>
      <w:r>
        <w:t>Allah taala hamari madad farmaye ga. to unhone kuch bhi react nahi kiya. to is tareeqe se unhone yeh dikhaya ke hum ke maafii kitni bari cheez hai aur unhone sab ko maaf kar diya.</w:t>
      </w:r>
    </w:p>
    <w:p>
      <w:pPr>
        <w:jc w:val="right"/>
      </w:pPr>
      <w:r>
        <w:t>اللہ تعالیٰ ہماری مدد فرمائیں گے۔ تو انہوں نے کچھ بھی ری ایکٹ نہیں کیا۔ تو اس طریقے سے انہوں نے یہ دکھایا کہ ہم کہ معافی کتنی بڑی چیز ہے اور انہوں نے سب کو معاف کر دیا۔</w:t>
      </w:r>
    </w:p>
    <w:p>
      <w:r>
        <w:rPr>
          <w:b/>
        </w:rPr>
        <w:t xml:space="preserve">[45:37] </w:t>
      </w:r>
      <w:r>
        <w:t>aur jo hai Quran mein aya hai ke samajhdar logon ke liye is qisse mein bohat si learning ki baatein hain. to yahi hai ke jo rehnuma usool thay, us ko poora ka poora unhone apni zindagi par apply kiya.</w:t>
      </w:r>
    </w:p>
    <w:p>
      <w:pPr>
        <w:jc w:val="right"/>
      </w:pPr>
      <w:r>
        <w:t>اور جو ہے قرآن میں آیا ہے کہ سمجھدار لوگوں کے لیے اس قصے میں بہت سی لرننگ کی باتیں ہیں۔ تو یہی ہے کہ جو رہنما اصول تھے، اس کو پورا کا پورا انہوں نے اپنی زندگی پر اپلائی کیا۔</w:t>
      </w:r>
    </w:p>
    <w:p>
      <w:r>
        <w:rPr>
          <w:b/>
        </w:rPr>
        <w:t xml:space="preserve">[45:51] </w:t>
      </w:r>
      <w:r>
        <w:t>mushrik badshah ke under mein poori wafadari ke sath unhone kaam kiya, zabardast tareeqe se khazane ko unhone manage kiya aur phir us ke baad apne bhaiyon ko maaf kar diya aur sab ko wahan Misr mein bulaya.</w:t>
      </w:r>
    </w:p>
    <w:p>
      <w:pPr>
        <w:jc w:val="right"/>
      </w:pPr>
      <w:r>
        <w:t>مشرک بادشاہ کے انڈر میں پوری وفاداری کے ساتھ انہوں نے کام کیا، زبردست طریقے سے خزانے کو انہوں نے مینج کیا اور پھر اس کے بعد اپنے بھائیوں کو معاف کر دیا اور سب کو وہاں مصر میں بلایا۔</w:t>
      </w:r>
    </w:p>
    <w:p>
      <w:r>
        <w:rPr>
          <w:b/>
        </w:rPr>
        <w:t xml:space="preserve">[46:08] </w:t>
      </w:r>
      <w:r>
        <w:t>baqayda yeh log wahan bas gaye aur kai so saal tak woh wahan rahe yahan tak ke Firon ka zamana aaya aur Firon ne zulm karna shuru kiya.</w:t>
      </w:r>
    </w:p>
    <w:p>
      <w:pPr>
        <w:jc w:val="right"/>
      </w:pPr>
      <w:r>
        <w:t>باقاعدہ یہ لوگ وہاں بس گئے اور کئی سو سال تک وہ وہاں رہے یہاں تک کہ فرعون کا زمانہ آیا اور فرعون نے ظلم کرنا شروع کیا۔</w:t>
      </w:r>
    </w:p>
    <w:p>
      <w:r>
        <w:rPr>
          <w:b/>
        </w:rPr>
        <w:t xml:space="preserve">[46:17] </w:t>
      </w:r>
      <w:r>
        <w:t>is ke baad aap jo hain, Allah taala ne madad farmayi, Hazrat Musa alaihi salam ko bheja aur Bani Israel ko wahan se nikala.</w:t>
      </w:r>
    </w:p>
    <w:p>
      <w:pPr>
        <w:jc w:val="right"/>
      </w:pPr>
      <w:r>
        <w:t>اس کے بعد آپ جو ہیں، اللہ تعالیٰ نے مدد فرمائی، حضرت موسیٰ علیہ السلام کو بھیجا اور بنی اسرائیل کو وہاں سے نکالا۔</w:t>
      </w:r>
    </w:p>
    <w:p>
      <w:r>
        <w:rPr>
          <w:b/>
        </w:rPr>
        <w:t xml:space="preserve">[46:29] </w:t>
      </w:r>
      <w:r>
        <w:t>to yeh hamare liye is mein bohat zyada sabak hai Hazrat Yusuf alaihi salam ki qisse mein.</w:t>
      </w:r>
    </w:p>
    <w:p>
      <w:pPr>
        <w:jc w:val="right"/>
      </w:pPr>
      <w:r>
        <w:t>تو یہ ہمارے لیے اس میں بہت زیادہ سبق ہے حضرت یوسف علیہ السلام کی قصے میں۔</w:t>
      </w:r>
    </w:p>
    <w:p>
      <w:r>
        <w:rPr>
          <w:b/>
        </w:rPr>
        <w:t xml:space="preserve">[46:36] </w:t>
      </w:r>
      <w:r>
        <w:t>ji jazak Allah apaa. apa ek comment aur sawal aya hai, is ke baad phir mein aaj ke session ka aakhri sawal aap se poochna chahunga.</w:t>
      </w:r>
    </w:p>
    <w:p>
      <w:pPr>
        <w:jc w:val="right"/>
      </w:pPr>
      <w:r>
        <w:t>جی جزاک اللہ آپا۔ آپا ایک کمنٹ اور سوال آیا ہے، اس کے بعد پھر میں آج کے سیشن کا آخری سوال آپ سے پوچھنا چاہوں گا۔</w:t>
      </w:r>
    </w:p>
    <w:p>
      <w:r>
        <w:rPr>
          <w:b/>
        </w:rPr>
        <w:t xml:space="preserve">[46:45] </w:t>
      </w:r>
      <w:r>
        <w:t>yeh comment bheja hai Miss Shaheen Feroz ne Jammu Kashmir se. unhone likha hai people are living in reactionary lifestyle and don't know the concept of practical wisdom.</w:t>
      </w:r>
    </w:p>
    <w:p>
      <w:pPr>
        <w:jc w:val="right"/>
      </w:pPr>
      <w:r>
        <w:t>یہ کمنٹ بھیجا ہے مس شاہین فیروز نے جموں کشمیر سے۔ انہوں نے لکھا ہے پیپل آر لیونگ ان ری ایکشنری لائف سٹائل اینڈ ڈونٹ نو دا کانسیپٹ اف پریکٹیکل وزڈم۔</w:t>
      </w:r>
    </w:p>
    <w:p>
      <w:r>
        <w:rPr>
          <w:b/>
        </w:rPr>
        <w:t xml:space="preserve">[46:58] </w:t>
      </w:r>
      <w:r>
        <w:t>present clerics are not talking of this wisdom.</w:t>
      </w:r>
    </w:p>
    <w:p>
      <w:pPr>
        <w:jc w:val="right"/>
      </w:pPr>
      <w:r>
        <w:t>پریزنٹ کلیرکس آر ناٹ ٹاکنگ اف دس وزڈم۔</w:t>
      </w:r>
    </w:p>
    <w:p>
      <w:r>
        <w:rPr>
          <w:b/>
        </w:rPr>
        <w:t xml:space="preserve">[47:02] </w:t>
      </w:r>
      <w:r>
        <w:t>Alhamdulillah Maulana and now his team are doing a wonderful job. Sometimes there are varied situations where decision making becomes difficult.</w:t>
      </w:r>
    </w:p>
    <w:p>
      <w:pPr>
        <w:jc w:val="right"/>
      </w:pPr>
      <w:r>
        <w:t>الحمدللہ مولانا اینڈ ناؤ ہز ٹیم آر ڈوئنگ ا ونڈرفل جاب۔ سم ٹائمز دیر آر ویریڈ سچویشنز ویئر ڈیسیژن میکنگ بیکمز ڈیفیکلٹ۔</w:t>
      </w:r>
    </w:p>
    <w:p>
      <w:r>
        <w:rPr>
          <w:b/>
        </w:rPr>
        <w:t xml:space="preserve">[47:12] </w:t>
      </w:r>
      <w:r>
        <w:t>How can one take decisions in such situations? Moreover, how can one convince a person who is always over reactive?</w:t>
      </w:r>
    </w:p>
    <w:p>
      <w:pPr>
        <w:jc w:val="right"/>
      </w:pPr>
      <w:r>
        <w:t>ہاؤ کین ون ٹیک ڈیسیژنز ان سچ سچویشنز؟ مور اوور، ہاؤ کین ون کنونس ا پرسن ہو از الویز اوور ری ایکٹیو؟</w:t>
      </w:r>
    </w:p>
    <w:p>
      <w:r>
        <w:rPr>
          <w:b/>
        </w:rPr>
        <w:t xml:space="preserve">[47:22] </w:t>
      </w:r>
      <w:r>
        <w:t>to is ke bare mein batayein.</w:t>
      </w:r>
    </w:p>
    <w:p>
      <w:pPr>
        <w:jc w:val="right"/>
      </w:pPr>
      <w:r>
        <w:t>تو اس کے بارے میں بتائیں۔</w:t>
      </w:r>
    </w:p>
    <w:p>
      <w:r>
        <w:rPr>
          <w:b/>
        </w:rPr>
        <w:t xml:space="preserve">[47:28] </w:t>
      </w:r>
      <w:r>
        <w:t>ab is ko aap samjha hi sakte hain.</w:t>
      </w:r>
    </w:p>
    <w:p>
      <w:pPr>
        <w:jc w:val="right"/>
      </w:pPr>
      <w:r>
        <w:t>اب اس کو آپ سمجھا ہی سکتے ہیں۔</w:t>
      </w:r>
    </w:p>
    <w:p>
      <w:r>
        <w:rPr>
          <w:b/>
        </w:rPr>
        <w:t xml:space="preserve">[47:32] </w:t>
      </w:r>
      <w:r>
        <w:t>ab is dunya mein Allah taala ne sab ko azadi di hai. ab hum zabardasti to kisi ke sath kuch kar nahi sakte. ji samjha sakte hain is ko, literature dijiye parhne ke liye aur ho sakta hai ke kabhi is ko samajh mein aa jaye.</w:t>
      </w:r>
    </w:p>
    <w:p>
      <w:pPr>
        <w:jc w:val="right"/>
      </w:pPr>
      <w:r>
        <w:t>اب اس دنیا میں اللہ تعالیٰ نے سب کو آزادی دی ہے۔ اب ہم زبردستی تو کسی کے ساتھ کچھ کر نہیں سکتے۔ جی سمجھا سکتے ہیں اس کو، لٹریچر دیجئے پڑھنے کے لیے اور ہو سکتا ہے کہ کبھی اس کو سمجھ میں آ جائے۔</w:t>
      </w:r>
    </w:p>
    <w:p>
      <w:r>
        <w:rPr>
          <w:b/>
        </w:rPr>
        <w:t xml:space="preserve">[47:48] </w:t>
      </w:r>
      <w:r>
        <w:t>wait wait and watch wali jo policy hoti hai, woh karen. ji sabar karen, bardasht karen kyunke agar aap sabar karte hain tab bhi aap ko sawab milega.</w:t>
      </w:r>
    </w:p>
    <w:p>
      <w:pPr>
        <w:jc w:val="right"/>
      </w:pPr>
      <w:r>
        <w:t>ویٹ ویٹ اینڈ واچ والی جو پالیسی ہوتی ہے، وہ کریں۔ جی صبر کریں، برداشت کریں کیونکہ اگر آپ صبر کرتے ہیں تب بھی آپ کو ثواب ملے گا۔</w:t>
      </w:r>
    </w:p>
    <w:p>
      <w:r>
        <w:rPr>
          <w:b/>
        </w:rPr>
        <w:t xml:space="preserve">[47:58] </w:t>
      </w:r>
      <w:r>
        <w:t>kyunke ek bar Maulana se kisi ne poocha ke sabar kab tak? to Maulana ne kaha ke aap ne kabhi kaha ke namaz kab tak aur roza kab tak?</w:t>
      </w:r>
    </w:p>
    <w:p>
      <w:pPr>
        <w:jc w:val="right"/>
      </w:pPr>
      <w:r>
        <w:t>کیونکہ ایک بار مولانا سے کسی نے پوچھا کہ صبر کب تک؟ تو مولانا نے کہا کہ آپ نے کبھی کہا کہ نماز کب تک اور روزہ کب تک؟</w:t>
      </w:r>
    </w:p>
    <w:p>
      <w:r>
        <w:rPr>
          <w:b/>
        </w:rPr>
        <w:t xml:space="preserve">[48:06] </w:t>
      </w:r>
      <w:r>
        <w:t>to sabar bhi isi tarike se rewardable act hai, balke bohat zyada is mein bohat zyada be hisab reward hai. to agar woh mamla hal nahi hota hai to aap sabar kijiye, is ka aap ko reward milega.</w:t>
      </w:r>
    </w:p>
    <w:p>
      <w:pPr>
        <w:jc w:val="right"/>
      </w:pPr>
      <w:r>
        <w:t>تو صبر بھی اسی طریقے سے ریوارڈیبل ایکٹ ہے، بلکہ بہت زیادہ اس میں بہت زیادہ بے حساب ریوارڈ ہے۔ تو اگر وہ معاملہ حل نہیں ہوتا ہے تو آپ صبر کیجئے، اس کا آپ کو ریوارڈ ملے</w:t>
      </w:r>
    </w:p>
    <w:p>
      <w:r>
        <w:rPr>
          <w:b/>
        </w:rPr>
        <w:t xml:space="preserve">[48:21] </w:t>
      </w:r>
      <w:r>
        <w:t>ga. Islam ki to yeh khoobi hai ke har halat mein har act hamara rewardable act ho jata hai agar hum Khuda ke liye karen. ji aur apa ek cheez yeh bhi hai ke pe Maulana bohat hum logon ko advice kiya karte the.</w:t>
      </w:r>
    </w:p>
    <w:p>
      <w:pPr>
        <w:jc w:val="right"/>
      </w:pPr>
      <w:r>
        <w:t>گا۔ اسلام کی تو یہ خوبی ہے کہ ہر حالت میں ہر ایکٹ ہمارا ریوارڈیبل ایکٹ ہو جاتا ہے اگر ہم خدا کے لیے کریں۔ جی اور آپا ایک چیز یہ بھی ہے کہ اس پہ مولانا بہت ہم لوگوں کو ایڈوائس کیا کرتے تھے۔</w:t>
      </w:r>
    </w:p>
    <w:p>
      <w:r>
        <w:rPr>
          <w:b/>
        </w:rPr>
        <w:t xml:space="preserve">[48:35] </w:t>
      </w:r>
      <w:r>
        <w:t>woh kehte the ke Islam ka yeh principle hai ke aap result ko dekh kar action len. agar aap ko lagta hai ke aap sahi hain lekin aap jo action lene ja rahe hain us se result ek dam opposite niklega to practical wisdom yeh kahe gi ke aap woh action na len.</w:t>
      </w:r>
    </w:p>
    <w:p>
      <w:pPr>
        <w:jc w:val="right"/>
      </w:pPr>
      <w:r>
        <w:t>وہ کہتے تھے کہ اسلام کا یہ پرنسپل ہے کہ آپ رزلٹ کو دیکھ کر ایکشن لیں۔ اگر آپ کو لگتا ہے کہ آپ صحیح ہیں لیکن آپ جو ایکشن لینے جا رہے ہیں اس سے رزلٹ ایک دم اپوزٹ نکلے گا تو پریکٹیکل وزڈم یہ کہے گی کہ آپ وہ ایکشن نہ لیں۔</w:t>
      </w:r>
    </w:p>
    <w:p>
      <w:r>
        <w:rPr>
          <w:b/>
        </w:rPr>
        <w:t xml:space="preserve">[48:50] </w:t>
      </w:r>
      <w:r>
        <w:t>aap pehle result ko dekhen, aap phir action ko len. aur apa abhi jo aap ne example diya Prophet Yusuf ka, woh itna behtareen example hai aur isi liye Quran mein shayad best story bhi kaha gaya ke unhon ne bhi apne bhaiyon ko badal diya, un ke dil badal gaye.</w:t>
      </w:r>
    </w:p>
    <w:p>
      <w:pPr>
        <w:jc w:val="right"/>
      </w:pPr>
      <w:r>
        <w:t>آپ پہلے رزلٹ کو دیکھیں، آپ پھر ایکشن کو لیں۔ اور آپا ابھی جو آپ نے ایگزیمپل دیا پرافٹ یوسف کا، وہ اتنا بہترین ایگزیمپل ہے اور اسی لیے قرآن میں شاید بیسٹ سٹوری بھی کہا گیا کہ انہوں نے بھی اپنے بھائیوں کو بدل دیا، ان کے دل بدل گئے۔</w:t>
      </w:r>
    </w:p>
    <w:p>
      <w:r>
        <w:rPr>
          <w:b/>
        </w:rPr>
        <w:t xml:space="preserve">[49:06] </w:t>
      </w:r>
      <w:r>
        <w:t>to sabar, lekin unhon ne sabar kiya. to jaise unhon ne bhi yeh poocha ke how can we convince a person who is always over reactive? to sabar karna aur kai bar taking no action is also an action.</w:t>
      </w:r>
    </w:p>
    <w:p>
      <w:pPr>
        <w:jc w:val="right"/>
      </w:pPr>
      <w:r>
        <w:t>تو صبر، لیکن انہوں نے صبر کیا۔ تو جیسے انہوں نے بھی یہ پوچھا کہ ہاؤ کین وی کنونس ا پرسن ہو از الویز اوور ری ایکٹیو؟ تو صبر کرنا اور کئی بار ٹیکنگ نو ایکشن از السو این ایک</w:t>
      </w:r>
    </w:p>
    <w:p>
      <w:r>
        <w:rPr>
          <w:b/>
        </w:rPr>
        <w:t xml:space="preserve">[49:19] </w:t>
      </w:r>
      <w:r>
        <w:t>action. to yeh bohat important hai ke aap result ko dekhen, aap sabar karen, dua karen. to result bhi positive aayega aur inshallah woh insan bhi badal jayega jis ke liye aap dua kar rahe hain.</w:t>
      </w:r>
    </w:p>
    <w:p>
      <w:pPr>
        <w:jc w:val="right"/>
      </w:pPr>
      <w:r>
        <w:t>شن۔ تو یہ بہت امپورٹنٹ ہے کہ آپ رزلٹ کو دیکھیں، آپ صبر کریں، دعا کریں۔ تو رزلٹ بھی پوزیٹیو آئے گا اور انشاءاللہ وہ انسان بھی بدل جائے گا جس کے لیے آپ دعا کر رہے ہیں۔</w:t>
      </w:r>
    </w:p>
    <w:p>
      <w:r>
        <w:rPr>
          <w:b/>
        </w:rPr>
        <w:t xml:space="preserve">[49:33] </w:t>
      </w:r>
      <w:r>
        <w:t>aur maan lijiye agar woh insan sincere nahi hai to kam se kam aap complex free ho jayenge, jo ke bohat important hai from the point of your entry into paradise.</w:t>
      </w:r>
    </w:p>
    <w:p>
      <w:pPr>
        <w:jc w:val="right"/>
      </w:pPr>
      <w:r>
        <w:t>اور مان لیجئے اگر وہ انسان سنسیئر نہیں ہے تو کم سے کم آپ کمپلیکس فری ہو جائیں گے، جو کہ بہت امپورٹنٹ ہے فرام دی پوائنٹ اف یور انٹری انٹو پیراڈائز۔</w:t>
      </w:r>
    </w:p>
    <w:p>
      <w:r>
        <w:rPr>
          <w:b/>
        </w:rPr>
        <w:t xml:space="preserve">[49:45] </w:t>
      </w:r>
      <w:r>
        <w:t>to Maulana kehte the khud ko</w:t>
      </w:r>
    </w:p>
    <w:p>
      <w:pPr>
        <w:jc w:val="right"/>
      </w:pPr>
      <w:r>
        <w:t>تو مولانا کہتے تھے خود کو</w:t>
      </w:r>
    </w:p>
    <w:p>
      <w:r>
        <w:rPr>
          <w:b/>
        </w:rPr>
        <w:t xml:space="preserve">[49:47] </w:t>
      </w:r>
      <w:r>
        <w:t>bachaiye, to humein apne aap ko bachana hai. save yourself. save yourself. apa aap ne Prophet Yusuf ki zindagi se abhi bohat hi acha example diya.</w:t>
      </w:r>
    </w:p>
    <w:p>
      <w:pPr>
        <w:jc w:val="right"/>
      </w:pPr>
      <w:r>
        <w:t>بچائیے، تو ہمیں اپنے آپ کو بچانا ہے۔ سیو یور سیلف۔ سیو یور سیلف۔ آپا آپ نے پرافٹ یوسف کی زندگی سے ابھی بہت ہی اچھا ایگزیمپل دیا۔</w:t>
      </w:r>
    </w:p>
    <w:p>
      <w:r>
        <w:rPr>
          <w:b/>
        </w:rPr>
        <w:t xml:space="preserve">[49:59] </w:t>
      </w:r>
      <w:r>
        <w:t>aakhri sawal, Rasool Allah ki zindagi to poori wisdom se bhari hui hai aur woh yeh bhi unhon ne kaha ek martaba ke how nice is that gathering where words of wisdom are spoken and that there is no better gift than words of wisdom.</w:t>
      </w:r>
    </w:p>
    <w:p>
      <w:pPr>
        <w:jc w:val="right"/>
      </w:pPr>
      <w:r>
        <w:t>آخری سوال، رسول اللہ کی زندگی تو پوری وزڈم سے بھری ہوئی ہے اور وہ یہ بھی انہوں نے کہا ایک مرتبہ کہ ہاؤ نائس از دیٹ گیدرنگ ویئر ورڈز اف وزڈم آر سپوکن اینڈ دیٹ دیر از نو بیٹر گفٹ دین ورڈز اف وز</w:t>
      </w:r>
    </w:p>
    <w:p>
      <w:r>
        <w:rPr>
          <w:b/>
        </w:rPr>
        <w:t xml:space="preserve">[50:15] </w:t>
      </w:r>
      <w:r>
        <w:t>wisdom. to apa mein chahunga ke aakhri sawal aap isi jawab par khatam karen ke hum un ki zindagi se practical wisdom ko le kar kya sabak le sakte hain?</w:t>
      </w:r>
    </w:p>
    <w:p>
      <w:pPr>
        <w:jc w:val="right"/>
      </w:pPr>
      <w:r>
        <w:t>ڈم۔ تو آپا میں چاہوں گا کہ آخری سوال آپ اسی جواب پر ختم کریں کہ ہم ان کی زندگی سے پریکٹیکل وزڈم کو لے کر کیا سبق لے سکتے ہیں؟</w:t>
      </w:r>
    </w:p>
    <w:p>
      <w:r>
        <w:rPr>
          <w:b/>
        </w:rPr>
        <w:t xml:space="preserve">[50:27] </w:t>
      </w:r>
      <w:r>
        <w:t>is ke bare mein aap hum sab ko batayen. Rasool Allah sal Allah alayhi wasallam ki zindagi to full of practical wisdom hai. asal mein logon ne is tarike se biography likhi nahi.</w:t>
      </w:r>
    </w:p>
    <w:p>
      <w:pPr>
        <w:jc w:val="right"/>
      </w:pPr>
      <w:r>
        <w:t>اس کے بارے میں آپ ہم سب کو بتائیں۔ رسول اللہ صلی اللہ علیہ وسلم کی زندگی تو فل اف پریکٹیکل وزڈم ہے۔ اصل میں لوگوں نے اس طریقے سے بائیوگرافی لکھی نہیں۔</w:t>
      </w:r>
    </w:p>
    <w:p>
      <w:r>
        <w:rPr>
          <w:b/>
        </w:rPr>
        <w:t xml:space="preserve">[50:37] </w:t>
      </w:r>
      <w:r>
        <w:t>yeh to pehli bar Maulana ne is tarike ki kitaben likhin ke is se humein kya wisdom milta</w:t>
      </w:r>
    </w:p>
    <w:p>
      <w:pPr>
        <w:jc w:val="right"/>
      </w:pPr>
      <w:r>
        <w:t>یہ تو پہلی بار مولانا نے اس طریقے کی کتابیں لکھیں کہ اس سے ہمیں کیا وزڈم ملتا</w:t>
      </w:r>
    </w:p>
    <w:p>
      <w:r>
        <w:rPr>
          <w:b/>
        </w:rPr>
        <w:t xml:space="preserve">[50:43] </w:t>
      </w:r>
      <w:r>
        <w:t>hai. logon ke nazdeek to Prophet hero hain, hamare liye is mein koi example nahi hai, hamare liye koi sabak nahi hai. bas bas humein ishq Rasool mein natein padhni hain.</w:t>
      </w:r>
    </w:p>
    <w:p>
      <w:pPr>
        <w:jc w:val="right"/>
      </w:pPr>
      <w:r>
        <w:t>ہے۔ لوگوں کے نزدیک تو پرافٹ ہیرو ہیں، ہمارے لیے اس میں کوئی ایگزامپل نہیں ہے، ہمارے لیے کوئی سبق نہیں ہے۔ بس بس ہمیں عشق رسول میں نعتیں پڑھنی ہیں۔</w:t>
      </w:r>
    </w:p>
    <w:p>
      <w:r>
        <w:rPr>
          <w:b/>
        </w:rPr>
        <w:t xml:space="preserve">[50:55] </w:t>
      </w:r>
      <w:r>
        <w:t>to yeh hai. to yeh pehli bar humein sare rahinuma usool humein mile aur is mein jo jo kitab, jo January mein ne bataya tha 2018 ka Al-Risala jo hai, woh khusoosi shumarah hai.</w:t>
      </w:r>
    </w:p>
    <w:p>
      <w:pPr>
        <w:jc w:val="right"/>
      </w:pPr>
      <w:r>
        <w:t>تو یہ ہے۔ تو یہ پہلی بار ہمیں سارے رہنما اصول ہمیں ملے اور اس میں جو جو کتاب، جو جنوری میں نے بتایا تھا 2018 کا الرسالہ جو ہے، وہ خصوصی شمارہ ہے۔</w:t>
      </w:r>
    </w:p>
    <w:p>
      <w:r>
        <w:rPr>
          <w:b/>
        </w:rPr>
        <w:t xml:space="preserve">[51:08] </w:t>
      </w:r>
      <w:r>
        <w:t>woh is ka naam hi hai Paighambaraana Hikmat.</w:t>
      </w:r>
    </w:p>
    <w:p>
      <w:pPr>
        <w:jc w:val="right"/>
      </w:pPr>
      <w:r>
        <w:t>وہ اس کا نام ہی ہے پیغمبرانہ حکمت۔</w:t>
      </w:r>
    </w:p>
    <w:p>
      <w:r>
        <w:rPr>
          <w:b/>
        </w:rPr>
        <w:t xml:space="preserve">[51:11] </w:t>
      </w:r>
      <w:r>
        <w:t>to is ko logon ko chahiye ke zaroor is ko padhen aur inshallah is ki koshish karte hain ke woh English mein bhi aa jaye. woh inshallah.</w:t>
      </w:r>
    </w:p>
    <w:p>
      <w:pPr>
        <w:jc w:val="right"/>
      </w:pPr>
      <w:r>
        <w:t>تو اس کو لوگوں چاہیے کہ ضرور اس کو پڑھیں اور انشاءاللہ اس کی کوشش کرتے ہیں کہ وہ انگلش میں بھی آ جائے۔ وہ انشاءاللہ۔</w:t>
      </w:r>
    </w:p>
    <w:p>
      <w:r>
        <w:rPr>
          <w:b/>
        </w:rPr>
        <w:t xml:space="preserve">[51:19] </w:t>
      </w:r>
      <w:r>
        <w:t>to is se Paighambar Islam jo hain, woh ek bohat hi ba hikmat insan the, wise man the. Maulana ne mutala kiya seerat ki kitabon ka to wahan koi hikmat ki tareef nahi mili.</w:t>
      </w:r>
    </w:p>
    <w:p>
      <w:pPr>
        <w:jc w:val="right"/>
      </w:pPr>
      <w:r>
        <w:t>تو اس سے پیغمبر اسلام جو ہیں، وہ ایک بہت ہی باحکمت انسان تھے، وائز مین تھے۔ مولانا نے مطالعہ کیا سیرت کی کتابوں کا تو وہاں کوئی حکمت کی تعریف نہیں ملی۔</w:t>
      </w:r>
    </w:p>
    <w:p>
      <w:r>
        <w:rPr>
          <w:b/>
        </w:rPr>
        <w:t xml:space="preserve">[51:34] </w:t>
      </w:r>
      <w:r>
        <w:t>to woh hikmat ki baaten to thi lekin hikmat kya hai?</w:t>
      </w:r>
    </w:p>
    <w:p>
      <w:pPr>
        <w:jc w:val="right"/>
      </w:pPr>
      <w:r>
        <w:t>تو وہ حکمت کی باتیں تو تھیں لیکن حکمت کیا ہے</w:t>
      </w:r>
    </w:p>
    <w:p>
      <w:r>
        <w:rPr>
          <w:b/>
        </w:rPr>
        <w:t xml:space="preserve">[51:38] </w:t>
      </w:r>
      <w:r>
        <w:t>woh sare waqiat to recorded the lekin wisdom aur practical wisdom ke angle se recorded nahi the. to unhon ne phir aap ke is role ko dekha, aap ki practice ko dekha ke jab aap ba hikmat insan the to aap ki practice mein woh hikmat zaroor reflect hui hogi.</w:t>
      </w:r>
    </w:p>
    <w:p>
      <w:pPr>
        <w:jc w:val="right"/>
      </w:pPr>
      <w:r>
        <w:t>؟ وہ سارے واقعات تو ریکارڈڈ تھے لیکن وزڈم اور پریکٹیکل وزڈم کے اینگل سے ریکارڈڈ نہیں تھے۔ تو انہوں نے پھر آپ کے اسوہ کو دیکھا، آپ کی پریکٹس کو دیکھا کہ جب آپ باحکمت انسان تھے تو آپ کی پریکٹس میں وہ حکمت ضرور ریفلیکٹ ہوئی ہوگی۔</w:t>
      </w:r>
    </w:p>
    <w:p>
      <w:r>
        <w:rPr>
          <w:b/>
        </w:rPr>
        <w:t xml:space="preserve">[51:59] </w:t>
      </w:r>
      <w:r>
        <w:t>to is tarike se is mein unhon ne yeh likha aur bohat sari aur doosri bhi kitaben hain.</w:t>
      </w:r>
    </w:p>
    <w:p>
      <w:pPr>
        <w:jc w:val="right"/>
      </w:pPr>
      <w:r>
        <w:t>تو اس طریقے سے اس میں انہوں نے یہ لکھا اور بہت ساری اور دوسری بھی کتابیں ہیں۔</w:t>
      </w:r>
    </w:p>
    <w:p>
      <w:r>
        <w:rPr>
          <w:b/>
        </w:rPr>
        <w:t xml:space="preserve">[52:05] </w:t>
      </w:r>
      <w:r>
        <w:t>to sab se pehle to sab se pehle to jab aap ko prophet hood nahi mili thi, tab bhi aap isi tareeqay se wise person thay.</w:t>
      </w:r>
    </w:p>
    <w:p>
      <w:pPr>
        <w:jc w:val="right"/>
      </w:pPr>
      <w:r>
        <w:t>تو سب سے پہلے تو سب سے پہلے تو جب آپ کو پرافٹ ہڈ نہیں ملی تھی، تب بھی آپ اسی طریقے سے وائس پرسن تھے۔</w:t>
      </w:r>
    </w:p>
    <w:p>
      <w:r>
        <w:rPr>
          <w:b/>
        </w:rPr>
        <w:t xml:space="preserve">[52:17] </w:t>
      </w:r>
      <w:r>
        <w:t>prophet hood ke baad is mein aur jala mili is ko aur ziyada nikhaar aaya. to jab dekhiye hajar aswad ka qissa hua to log jo hain bilkul larne ki matlab aisi jang jari honay wali thi, khana jangi jis ko kehte</w:t>
      </w:r>
    </w:p>
    <w:p>
      <w:pPr>
        <w:jc w:val="right"/>
      </w:pPr>
      <w:r>
        <w:t>پرافٹ ہڈ کے بعد اس میں اور جلا ملی اس کو اور زیادہ نکھار آیا۔ تو جب دیکھیے حجر اسود کا قصہ ہوا تو لوگ جو ہیں بالکل لڑنے کی مطلب ایسی جنگ جاری ہونے والی تھی، خانہ جنگی جس کو کہتے</w:t>
      </w:r>
    </w:p>
    <w:p>
      <w:r>
        <w:rPr>
          <w:b/>
        </w:rPr>
        <w:t xml:space="preserve">[52:33] </w:t>
      </w:r>
      <w:r>
        <w:t>hain. to log keh rahe thay ke hajar aswad har tribal chief chahta tha ke hamein yeh izaz mile ke hum is ko jab wohi kaba jab gir gaya tha na ji to woh utha rahe thay.</w:t>
      </w:r>
    </w:p>
    <w:p>
      <w:pPr>
        <w:jc w:val="right"/>
      </w:pPr>
      <w:r>
        <w:t>ہیں۔ تو لوگ کہہ رہے تھے کہ حجر اسود ہر ٹرائبل چیف چاہتا تھا کہ ہمیں یہ اعزاز ملے کہ ہم اس کو جب وہی کعبہ جب گر گیا تھا نا جی تو وہ اٹھا رہے تھے۔</w:t>
      </w:r>
    </w:p>
    <w:p>
      <w:r>
        <w:rPr>
          <w:b/>
        </w:rPr>
        <w:t xml:space="preserve">[52:43] </w:t>
      </w:r>
      <w:r>
        <w:t>jab deewar oonchi tak aa gayi jahan tak hajar aswad hai, to jab hajar aswad ko wahan rakhnay ka moqa aaya to to saray tribes walay jo hain larne lagay ke hamaray tribal chief ko hamaray is ko moqa milna chahiye.</w:t>
      </w:r>
    </w:p>
    <w:p>
      <w:pPr>
        <w:jc w:val="right"/>
      </w:pPr>
      <w:r>
        <w:t>جب دیوار اونچی تک آ گئی جہاں تک حجر اسود ہے، تو جب حجر اسود کو وہاں رکھنے کا موقع آیا تو تو سارے ٹرائبس والے جو ہیں لڑنے لگے کہ ہمارے ٹرائبل چیف کو ہمارے اس کو موقع ملنا چاہیے۔</w:t>
      </w:r>
    </w:p>
    <w:p>
      <w:r>
        <w:rPr>
          <w:b/>
        </w:rPr>
        <w:t xml:space="preserve">[52:57] </w:t>
      </w:r>
      <w:r>
        <w:t>to phir aik buzurg ne kaha ke kal subah sawere jo aadmi aye ga to usi ko hum salis bana dein gay, wohi faisla karega.</w:t>
      </w:r>
    </w:p>
    <w:p>
      <w:pPr>
        <w:jc w:val="right"/>
      </w:pPr>
      <w:r>
        <w:t>تو پھر ایک بزرگ نے کہا کہ کل صبح سویرے جو آدمی آئے گا تو اسی کو ہم ثالث بنا دیں گے، وہی فیصلہ کرے گا۔</w:t>
      </w:r>
    </w:p>
    <w:p>
      <w:r>
        <w:rPr>
          <w:b/>
        </w:rPr>
        <w:t xml:space="preserve">[53:07] </w:t>
      </w:r>
      <w:r>
        <w:t>saray log raat bhar wahan baithe rahay to dekha to pehla shakhs jo aaya woh prophet is waqt prophet nahi thay, to to umar 40 saal par aap ko prophet hood mili na to woh Muhammad thay.</w:t>
      </w:r>
    </w:p>
    <w:p>
      <w:pPr>
        <w:jc w:val="right"/>
      </w:pPr>
      <w:r>
        <w:t>سارے لوگ رات بھر وہاں بیٹھے رہے تو دیکھا تو پہلا شخص جو آیا وہ پرافٹ اس وقت پرافٹ نہیں تھے، تو تو عمر 40 سال پر آپ کو پرافٹ ہڈ ملی نا تو وہ محمد تھے۔</w:t>
      </w:r>
    </w:p>
    <w:p>
      <w:r>
        <w:rPr>
          <w:b/>
        </w:rPr>
        <w:t xml:space="preserve">[53:21] </w:t>
      </w:r>
      <w:r>
        <w:t>to to woh jo hain sab ne kaha ke yeh to al-ameen hai, al-ameen hai, in ke faislay par hum raazi hain. to aap ne kitna hikmat bhara faisla kiya ke aik safed saaf chadar le aayi jaye aur chadar ke beech mein aap ne khud woh pathar utha ke rakha aur saray chief se kaha, saray sardaron se kaha ke tum kinare, charon kinare is ko pakar ke wahan par us jagah par le chalo jahan is ko nasb karna tha.</w:t>
      </w:r>
    </w:p>
    <w:p>
      <w:pPr>
        <w:jc w:val="right"/>
      </w:pPr>
      <w:r>
        <w:t>تو تو وہ جو ہیں سب نے کہا کہ یہ تو الامین ہے، الامین ہے، ان کے فیصلے پر ہم راضی ہیں۔ تو آپ نے کتنا حکمت بھرا فیصلہ کیا کہ ایک سفید صاف چادر لے آئی جائے اور چادر کے بیچ میں آپ نے خود وہ پتھر اٹھا کے رکھا اور سارے چیف سے کہا، سارے سرداروں سے کہا کہ تم کنارے، چاروں کنارے اس کو پکڑ کے وہاں پر اس جگہ پر لے چلو جہاں اس کو نصب کرنا تھا۔</w:t>
      </w:r>
    </w:p>
    <w:p>
      <w:r>
        <w:rPr>
          <w:b/>
        </w:rPr>
        <w:t xml:space="preserve">[53:50] </w:t>
      </w:r>
      <w:r>
        <w:t>phir aap ne apne hath se woh nasb kar diya. to is tareeqay se itna bara masla hal hua ke wahan to jangain hoti theen, to jang khatam honay ka naam hi nahi leti theen.</w:t>
      </w:r>
    </w:p>
    <w:p>
      <w:pPr>
        <w:jc w:val="right"/>
      </w:pPr>
      <w:r>
        <w:t>پھر آپ نے اپنے ہاتھ سے وہ نصب کر دیا۔ تو اس طریقے سے اتنا بڑا مسئلہ حل ہوا کہ وہاں تو جنگیں ہوتی تھیں، تو جنگ ختم ہونے کا نام ہی نہیں لیتی تھیں۔</w:t>
      </w:r>
    </w:p>
    <w:p>
      <w:r>
        <w:rPr>
          <w:b/>
        </w:rPr>
        <w:t xml:space="preserve">[54:01] </w:t>
      </w:r>
      <w:r>
        <w:t>to woh is ke baad jab hum aap ko wahi mili aur aap ko bataya gaya ke aap ko yeh paigham logon tak pohanchana hai to aap ne dekha ke wahan to toheed ka paigham tha.</w:t>
      </w:r>
    </w:p>
    <w:p>
      <w:pPr>
        <w:jc w:val="right"/>
      </w:pPr>
      <w:r>
        <w:t>تو وہ اس کے بعد جب ہم آپ کو وحی ملی اور آپ کو بتایا گیا کہ آپ کو یہ پیغام لوگوں تک پہنچانا ہے تو آپ نے دیکھا کہ وہاں تو توحید کا پیغام تھا۔</w:t>
      </w:r>
    </w:p>
    <w:p>
      <w:r>
        <w:rPr>
          <w:b/>
        </w:rPr>
        <w:t xml:space="preserve">[54:13] </w:t>
      </w:r>
      <w:r>
        <w:t>dekha ke kaba mein to saray but</w:t>
      </w:r>
    </w:p>
    <w:p>
      <w:pPr>
        <w:jc w:val="right"/>
      </w:pPr>
      <w:r>
        <w:t>دیکھا کہ کعبہ میں تو سارے بت</w:t>
      </w:r>
    </w:p>
    <w:p>
      <w:r>
        <w:rPr>
          <w:b/>
        </w:rPr>
        <w:t xml:space="preserve">[54:16] </w:t>
      </w:r>
      <w:r>
        <w:t>rakhe hue hain, ab koi bhi aik hota to kehta ke ab is buton mein hum toheed ka paigham kaise pohanchayein? to aap ne wohi jo relevant aur irrelevant ka bohat hi acute sense tha aap ke andar, to aap ne kaha ke woh to woh alag cheez hai, is ko alag kiya aur is buton ki wajah se jo wahan gathering hoti thi, us gathering ko istemal karein ge Khuda ka paigham pohanchane ke li</w:t>
      </w:r>
    </w:p>
    <w:p>
      <w:pPr>
        <w:jc w:val="right"/>
      </w:pPr>
      <w:r>
        <w:t>رکھے ہوئے ہیں، اب کوئی بھی ایک ہوتا تو کہتا کہ اب اس بتوں میں ہم توحید کا پیغام کیسے پہنچائیں؟ تو آپ نے وہی جو ریلیونٹ اور ار ریلیونٹ کا بہت ہی ایکیوٹ سینس تھا آپ کے اندر، تو آپ نے کہا کہ وہ تو وہ الگ چیز ہے، اس کو الگ کیا اور اس بتوں کی وجہ سے جو وہاں گیدرنگ ہوتی تھی، اس گیدرنگ کو استعمال کریں گے خدا کا پیغام پہنچانے کے لی</w:t>
      </w:r>
    </w:p>
    <w:p>
      <w:r>
        <w:rPr>
          <w:b/>
        </w:rPr>
        <w:t xml:space="preserve">[54:43] </w:t>
      </w:r>
      <w:r>
        <w:t>ye. to is tareeqay se unhon ne woh relevant ko irrelevant se alag kar liya.</w:t>
      </w:r>
    </w:p>
    <w:p>
      <w:pPr>
        <w:jc w:val="right"/>
      </w:pPr>
      <w:r>
        <w:t>ے۔ تو اس طریقے سے انہوں نے وہ ریلیونٹ کو ار ریلیونٹ سے الگ کر لیا۔</w:t>
      </w:r>
    </w:p>
    <w:p>
      <w:r>
        <w:rPr>
          <w:b/>
        </w:rPr>
        <w:t xml:space="preserve">[54:53] </w:t>
      </w:r>
      <w:r>
        <w:t>phir aap taif ka dekhiye, itna ziyada zulm kiya in logon ne magar aap ne koi react nahi kiya. aap ne kaha ke hamari nazar jo hai mustaqbil par hai aur is se malik al-jibal se farishtay, jab paharon ke farishtay se kaha ke nahi, hum agli nasal se umeed rakhte hain ke woh Khuda ki koi ibadat karein gay.</w:t>
      </w:r>
    </w:p>
    <w:p>
      <w:pPr>
        <w:jc w:val="right"/>
      </w:pPr>
      <w:r>
        <w:t>پھر آپ طائف کا دیکھیے، اتنا زیادہ ظلم کیا ان لوگوں نے مگر آپ نے کوئی ری ایکٹ نہیں کیا۔ آپ نے کہا کہ ہماری نظر جو ہے مستقبل پر ہے اور اس سے ملک الجبال سے فرشتے، جب پہاڑوں کے فرشتوں سے کہا کہ نہیں، ہم اگلی نسل سے امید رکھتے ہیں کہ وہ خدا کی کوئی عبادت کریں گے۔</w:t>
      </w:r>
    </w:p>
    <w:p>
      <w:r>
        <w:rPr>
          <w:b/>
        </w:rPr>
        <w:t xml:space="preserve">[55:16] </w:t>
      </w:r>
      <w:r>
        <w:t>to is tareeqay se aur baat umeed sahi bhi hui. to</w:t>
      </w:r>
    </w:p>
    <w:p>
      <w:pPr>
        <w:jc w:val="right"/>
      </w:pPr>
      <w:r>
        <w:t>تو اس طریقے سے اور بات امید صحیح بھی ہوئی۔ تو</w:t>
      </w:r>
    </w:p>
    <w:p>
      <w:r>
        <w:rPr>
          <w:b/>
        </w:rPr>
        <w:t xml:space="preserve">[55:20] </w:t>
      </w:r>
      <w:r>
        <w:t>is tareeqay se kabhi dekhiye, practical wisdom mein kabhi kuch dekhna parta hai, kabhi kuch dekhna parta hai, kabhi wait karna parta hai agli generation tak, kabhi nayi planning karni parti hai.</w:t>
      </w:r>
    </w:p>
    <w:p>
      <w:pPr>
        <w:jc w:val="right"/>
      </w:pPr>
      <w:r>
        <w:t>اس طریقے سے کبھی دیکھیے، پریکٹیکل وزڈم میں کبھی کچھ دیکھنا پڑتا ہے، کبھی کچھ دیکھنا پڑتا ہے، کبھی ویٹ کرنا پڑتا ہے اگلی جنریشن تک، کبھی نئی پلاننگ کرنی پڑتی ہے۔</w:t>
      </w:r>
    </w:p>
    <w:p>
      <w:r>
        <w:rPr>
          <w:b/>
        </w:rPr>
        <w:t xml:space="preserve">[55:33] </w:t>
      </w:r>
      <w:r>
        <w:t>makkah mein jab bohat ziyada mukhalifat honay lagi to wahan par aur koi kuch kuch opportunity nahi thi mazeed kuch kaam karne</w:t>
      </w:r>
    </w:p>
    <w:p>
      <w:pPr>
        <w:jc w:val="right"/>
      </w:pPr>
      <w:r>
        <w:t>مکہ میں جب بہت زیادہ مخالفت ہونے لگی تو وہاں پر اور کوئی کچھ کچھ اپرچونیٹی نہیں تھی مزید کچھ کام کرنے</w:t>
      </w:r>
    </w:p>
    <w:p>
      <w:r>
        <w:rPr>
          <w:b/>
        </w:rPr>
        <w:t xml:space="preserve">[55:43] </w:t>
      </w:r>
      <w:r>
        <w:t>ki. to aap khamoshi se makkah chhod kar madina chalay gaye aur wahan madine mein bilkul low profile mein kaam karna shuru kar diya, bilkul peaceful tareeqay se.</w:t>
      </w:r>
    </w:p>
    <w:p>
      <w:pPr>
        <w:jc w:val="right"/>
      </w:pPr>
      <w:r>
        <w:t>کی۔ تو آپ خاموشی سے مکہ چھوڑ کر مدینہ چلے گئے اور وہاں مدینے میں بالکل لو پروفائل میں کام کرنا شروع کر دیا، بالکل پیس فل طریقے سے۔</w:t>
      </w:r>
    </w:p>
    <w:p>
      <w:r>
        <w:rPr>
          <w:b/>
        </w:rPr>
        <w:t xml:space="preserve">[55:55] </w:t>
      </w:r>
      <w:r>
        <w:t>to agar aik planning aap ki kamyab nahi ho rahi hai to aap re-planning karein. is par Maulana ne aik pamphlet bhi hai re-planning par.</w:t>
      </w:r>
    </w:p>
    <w:p>
      <w:pPr>
        <w:jc w:val="right"/>
      </w:pPr>
      <w:r>
        <w:t>تو اگر ایک پلاننگ آپ کی کامیاب نہیں ہو رہی ہے تو آپ ری پلاننگ کریے۔ اس پر مولانا نے ایک پیمفلیٹ بھی ہے ری پلاننگ پر۔</w:t>
      </w:r>
    </w:p>
    <w:p>
      <w:r>
        <w:rPr>
          <w:b/>
        </w:rPr>
        <w:t xml:space="preserve">[56:05] </w:t>
      </w:r>
      <w:r>
        <w:t>to re-planning jo hai woh mukammal taur par kamyab hui.</w:t>
      </w:r>
    </w:p>
    <w:p>
      <w:pPr>
        <w:jc w:val="right"/>
      </w:pPr>
      <w:r>
        <w:t>تو ری پلاننگ جو ہے وہ مکمل طور پر کامیاب ہوئی۔</w:t>
      </w:r>
    </w:p>
    <w:p>
      <w:r>
        <w:rPr>
          <w:b/>
        </w:rPr>
        <w:t xml:space="preserve">[56:11] </w:t>
      </w:r>
      <w:r>
        <w:t>to isi tareeqay se jab aap madina gaye to wahan yahoodi aik sizable un ka group tha aur woh log jo hain un ke paas hi saray paighambar atay thay.</w:t>
      </w:r>
    </w:p>
    <w:p>
      <w:pPr>
        <w:jc w:val="right"/>
      </w:pPr>
      <w:r>
        <w:t>تو اسی طریقے سے جب آپ مدینہ گئے تو وہاں یہودی ایک سائز ایبل ان کا گروپ تھا اور وہ لوگ جو ہیں ان کے پاس ہی سارے پیغمبر آتے تھے۔</w:t>
      </w:r>
    </w:p>
    <w:p>
      <w:r>
        <w:rPr>
          <w:b/>
        </w:rPr>
        <w:t xml:space="preserve">[56:21] </w:t>
      </w:r>
      <w:r>
        <w:t>to awam jo hai un ko lagta tha ke yahi sachai par hain aur unhi ko woh follow karte thay bohat sari baton mein.</w:t>
      </w:r>
    </w:p>
    <w:p>
      <w:pPr>
        <w:jc w:val="right"/>
      </w:pPr>
      <w:r>
        <w:t>تو عوام جو ہے ان کو لگتا تھا کہ یہی سچائی پر ہیں اور انہی کو وہ فالو کرتے تھے بہت ساری باتوں میں۔</w:t>
      </w:r>
    </w:p>
    <w:p>
      <w:r>
        <w:rPr>
          <w:b/>
        </w:rPr>
        <w:t xml:space="preserve">[56:30] </w:t>
      </w:r>
      <w:r>
        <w:t>to woh log jo hain bait ul maqdis un ka qibla tha. to</w:t>
      </w:r>
    </w:p>
    <w:p>
      <w:pPr>
        <w:jc w:val="right"/>
      </w:pPr>
      <w:r>
        <w:t>تو وہ لوگ جو ہیں بیت المقدس ان کا قبلہ تھا۔ تو</w:t>
      </w:r>
    </w:p>
    <w:p>
      <w:r>
        <w:rPr>
          <w:b/>
        </w:rPr>
        <w:t xml:space="preserve">[56:34] </w:t>
      </w:r>
      <w:r>
        <w:t>itna bara aap ne kaam kiya ke un ki taaleef qalb yani softening of the heart, un ki taaleef qalb ke liye aap ne qibla badal diya.</w:t>
      </w:r>
    </w:p>
    <w:p>
      <w:pPr>
        <w:jc w:val="right"/>
      </w:pPr>
      <w:r>
        <w:t>اتنا بڑا آپ نے کام کیا کہ ان کی تالیف قلب یعنی صافیننگ اف دی ہارٹ، ان کی تالیف قلب کے لیے آپ نے قبلہ بدل دیا۔</w:t>
      </w:r>
    </w:p>
    <w:p>
      <w:r>
        <w:rPr>
          <w:b/>
        </w:rPr>
        <w:t xml:space="preserve">[56:44] </w:t>
      </w:r>
      <w:r>
        <w:t>to taqreeban 16-17 mahine tak yahoodiyon ka jo qibla tha bait ul maqdis usi ki taraf kar ke namaz parhte rahay.</w:t>
      </w:r>
    </w:p>
    <w:p>
      <w:pPr>
        <w:jc w:val="right"/>
      </w:pPr>
      <w:r>
        <w:t>تو تقریباً 16-17 مہینے تک یہودیوں کا جو قبلہ تھا بیت المقدس اسی کی طرف کر کے نماز پڑھتے رہے۔</w:t>
      </w:r>
    </w:p>
    <w:p>
      <w:r>
        <w:rPr>
          <w:b/>
        </w:rPr>
        <w:t xml:space="preserve">[56:55] </w:t>
      </w:r>
      <w:r>
        <w:t>to jab tab bhi dekha ke in logon par is ka kuch asar nahi ho raha, un ke heart jo hain woh saaf nahi ho rahe,</w:t>
      </w:r>
    </w:p>
    <w:p>
      <w:pPr>
        <w:jc w:val="right"/>
      </w:pPr>
      <w:r>
        <w:t>تو جب تب بھی دیکھا کہ ان لوگوں پر اس کا کچھ اثر نہیں ہو رہا، ان کے ہارٹ جو ہیں وہ صاف نہیں ہو رہے،</w:t>
      </w:r>
    </w:p>
    <w:p>
      <w:r>
        <w:rPr>
          <w:b/>
        </w:rPr>
        <w:t xml:space="preserve">[57:03] </w:t>
      </w:r>
      <w:r>
        <w:t>phir hukum hua ke apna kabe ki taraf qibla karne ka. to is tarike se unhon ne poori koshish ki aap ne ke mo'tedil halaat mein, normal halaat mein apna kaam karen.</w:t>
      </w:r>
    </w:p>
    <w:p>
      <w:pPr>
        <w:jc w:val="right"/>
      </w:pPr>
      <w:r>
        <w:t>پھر حکم ہوا کہ اپنا کعبے کی طرف قبلہ کرنے کا۔ تو اس طریقے سے انہوں نے پوری کوشش کی آپ نے کہ معتدل حالات میں، نارمل حالات میں اپنا کام کریں۔</w:t>
      </w:r>
    </w:p>
    <w:p>
      <w:r>
        <w:rPr>
          <w:b/>
        </w:rPr>
        <w:t xml:space="preserve">[57:16] </w:t>
      </w:r>
      <w:r>
        <w:t>kyunke agar woh qibla isi waqt agar qibla na badla hota to woh log kehte hain ke yeh pata nahin kaun log hain, un ka qibla kuch aur hai. abhi tak saare paighambar jo hain un ka qibla bait ul maqdis hota tha.</w:t>
      </w:r>
    </w:p>
    <w:p>
      <w:pPr>
        <w:jc w:val="right"/>
      </w:pPr>
      <w:r>
        <w:t>کیونکہ اگر وہ قبلہ اسی وقت اگر قبلہ نہ بدلا ہوتا تو وہ لوگ کہتے ہیں کہ یہ پتہ نہیں کون لوگ ہیں، ان کا قبلہ کچھ اور ہے۔ ابھی تک سارے پیغمبر جو ہیں ان کا قبلہ بیت المقدس ہوتا تھا۔</w:t>
      </w:r>
    </w:p>
    <w:p>
      <w:r>
        <w:rPr>
          <w:b/>
        </w:rPr>
        <w:t xml:space="preserve">[57:30] </w:t>
      </w:r>
      <w:r>
        <w:t>isi tarike se usool Hudaibiyah hai. baar baar jangain hoti rahin, jangon se koi nateeja nahin nikla, sirf barbadi aur tabaahi aai.</w:t>
      </w:r>
    </w:p>
    <w:p>
      <w:pPr>
        <w:jc w:val="right"/>
      </w:pPr>
      <w:r>
        <w:t>اسی طریقے سے اصول حدیبیہ ہے۔ بار بار جنگیں ہوتی رہیں، جنگوں سے کوئی نتیجہ نہیں نکلا، صرف بربادی اور تباہی آئی۔</w:t>
      </w:r>
    </w:p>
    <w:p>
      <w:r>
        <w:rPr>
          <w:b/>
        </w:rPr>
        <w:t xml:space="preserve">[57:41] </w:t>
      </w:r>
      <w:r>
        <w:t>to phir finally aap ne enemy ki tamam sharaait ko le kar ke aap ne sulah kar li, jis ko hum treaty of Hudaibiyah kehte hain.</w:t>
      </w:r>
    </w:p>
    <w:p>
      <w:pPr>
        <w:jc w:val="right"/>
      </w:pPr>
      <w:r>
        <w:t>تو پھر فائنلی آپ نے اینمی کی تمام شرائط کو لے کر کے آپ نے صلح کر لی، جس کو ہم ٹریٹی اف حدیبیہ کہتے ہیں۔</w:t>
      </w:r>
    </w:p>
    <w:p>
      <w:r>
        <w:rPr>
          <w:b/>
        </w:rPr>
        <w:t xml:space="preserve">[57:52] </w:t>
      </w:r>
      <w:r>
        <w:t>to us waqt mutalliq pehlu, ghair mutalliq pehlu yeh tha ke woh log bohat zyada pareshan kar rahe the aur chahte hi nahin the sulah, balkeh woh jang hi chahte the.</w:t>
      </w:r>
    </w:p>
    <w:p>
      <w:pPr>
        <w:jc w:val="right"/>
      </w:pPr>
      <w:r>
        <w:t>تو اس وقت متعلق پہلو، غیر متعلق پہلو یہ تھا کہ وہ لوگ بہت زیادہ پریشان کر رہے تھے اور چاہتے ہی نہیں تھے صلح، بلکہ وہ جنگ ہی چاہتے تھے۔</w:t>
      </w:r>
    </w:p>
    <w:p>
      <w:r>
        <w:rPr>
          <w:b/>
        </w:rPr>
        <w:t xml:space="preserve">[58:03] </w:t>
      </w:r>
      <w:r>
        <w:t>to jab mu'ahida likha jaane laga to us par likha Hazrat Ali ne Rasool Allah ki taraf se. to us par bhi unhon ne hungama machaya ke Rasool Allah ko agar hum Rasool Allah maante to hum hum yeh jang hi kyun karte?</w:t>
      </w:r>
    </w:p>
    <w:p>
      <w:pPr>
        <w:jc w:val="right"/>
      </w:pPr>
      <w:r>
        <w:t>تو جب معاہدہ لکھا جانے لگا تو اس پر لکھا حضرت علی نے رسول اللہ کی طرف سے۔ تو اس پر بھی انہوں نے ہنگامہ مچایا کہ رسول اللہ کو اگر ہم رسول اللہ مانتے تو ہم ہم یہ جنگی کیوں کرتے؟</w:t>
      </w:r>
    </w:p>
    <w:p>
      <w:r>
        <w:rPr>
          <w:b/>
        </w:rPr>
        <w:t xml:space="preserve">[58:19] </w:t>
      </w:r>
      <w:r>
        <w:t>to woh Rasool Allah ka lafz mittwaya, woh bhi aap ne mita diya kyunke woh ghair mutalliq, irrelevant expect tha ke jo relevant tha woh yeh tha ke kisi na kisi tarah peace qaim ho jaye.</w:t>
      </w:r>
    </w:p>
    <w:p>
      <w:pPr>
        <w:jc w:val="right"/>
      </w:pPr>
      <w:r>
        <w:t>تو وہ رسول اللہ کا لفظ مٹوایا، وہ بھی آپ نے مٹا دیا کیونکہ وہ غیر متعلق، ار ریلیونٹ ایکسپیکٹ تھا کہ جو ریلیونٹ تھا وہ یہ تھا کہ کسی نہ کسی طرح پیس قائم ہو جائے۔</w:t>
      </w:r>
    </w:p>
    <w:p>
      <w:r>
        <w:rPr>
          <w:b/>
        </w:rPr>
        <w:t xml:space="preserve">[58:32] </w:t>
      </w:r>
      <w:r>
        <w:t>kyun</w:t>
      </w:r>
    </w:p>
    <w:p>
      <w:pPr>
        <w:jc w:val="right"/>
      </w:pPr>
      <w:r>
        <w:t>کیون</w:t>
      </w:r>
    </w:p>
    <w:p>
      <w:r>
        <w:rPr>
          <w:b/>
        </w:rPr>
        <w:t xml:space="preserve">[58:33] </w:t>
      </w:r>
      <w:r>
        <w:t>ke peace qaim ho jayega to phir tamam jo hai jo peaceful activities hain, da'wa work hai, woh tamam jaari ho jayengi.</w:t>
      </w:r>
    </w:p>
    <w:p>
      <w:pPr>
        <w:jc w:val="right"/>
      </w:pPr>
      <w:r>
        <w:t>کہ پیس قائم ہو جائے گا تو پھر تمام جو ہے جو پیس فل ایکٹیویٹیز ہیں، دعویٰ ورک ہے، وہ تمام جاری ہو جائیں گی۔</w:t>
      </w:r>
    </w:p>
    <w:p>
      <w:r>
        <w:rPr>
          <w:b/>
        </w:rPr>
        <w:t xml:space="preserve">[58:42] </w:t>
      </w:r>
      <w:r>
        <w:t>aur bilkul wahi hua ke peace qaim ho gaya to bilkul normal situation ho gayi aur saara kaam hone laga aur bohat jald jo hai Makka fateh ho gaya.</w:t>
      </w:r>
    </w:p>
    <w:p>
      <w:pPr>
        <w:jc w:val="right"/>
      </w:pPr>
      <w:r>
        <w:t>اور بالکل وہی ہوا کہ پیس قائم ہو گیا تو بالکل نارمل سچوئیشن ہو گئی اور سارا کام ہونے لگا اور بہت جلد جو ہے مکہ فتح ہو گیا۔</w:t>
      </w:r>
    </w:p>
    <w:p>
      <w:r>
        <w:rPr>
          <w:b/>
        </w:rPr>
        <w:t xml:space="preserve">[58:55] </w:t>
      </w:r>
      <w:r>
        <w:t>phir ek rehnuma usool hai practical wisdom ka, potential friend aur actual</w:t>
      </w:r>
    </w:p>
    <w:p>
      <w:pPr>
        <w:jc w:val="right"/>
      </w:pPr>
      <w:r>
        <w:t>پھر ایک رہنما اصول ہے پریکٹیکل وزڈم کا، پوٹینشل فرینڈ اور ایکچ</w:t>
      </w:r>
    </w:p>
    <w:p>
      <w:r>
        <w:rPr>
          <w:b/>
        </w:rPr>
        <w:t xml:space="preserve">[59:01] </w:t>
      </w:r>
      <w:r>
        <w:t>friend. ab hum log jo hain yahi jaante the ke yeh hamara dost hai, yeh hamara dushman hai. to pehli baar yeh saari rehnuma usoolon ko Maulana ne nikala Quran se, Hadees se, Prophet ke sunnaton se,</w:t>
      </w:r>
    </w:p>
    <w:p>
      <w:pPr>
        <w:jc w:val="right"/>
      </w:pPr>
      <w:r>
        <w:t>ول فرینڈ۔ اب ہم لوگ جو ہیں یہی جانتے تھے کہ یہ ہمارا دوست ہے، یہ ہمارا دشمن ہے۔ تو پہلی بار یہ ساری رہنما اصولوں کو مولانا نے نکالا قرآن سے، حدیث سے، پرافٹ کے سنتوں سے،</w:t>
      </w:r>
    </w:p>
    <w:p>
      <w:r>
        <w:rPr>
          <w:b/>
        </w:rPr>
        <w:t xml:space="preserve">[59:16] </w:t>
      </w:r>
      <w:r>
        <w:t>practices se, aur phir us ke us par likha. to is mein bataya ke jo potential friend aur actual friend hai, to ab hum jab burai ka jawab bhalaai se denge na to to wahi potential friend jo hai woh actual friend ban jayega.</w:t>
      </w:r>
    </w:p>
    <w:p>
      <w:pPr>
        <w:jc w:val="right"/>
      </w:pPr>
      <w:r>
        <w:t>پریکٹسز سے، اور پھر اس کے اس پر لکھا۔ تو اس میں بتایا کہ جو پوٹینشل فرینڈ اور ایکچول فرینڈ ہے، تو اب ہم جب برائی کا جواب بھلائی سے دیں گے نا تو تو وہی پوٹینشل فرینڈ جو ہے وہ ایکچول فرینڈ بن جائے گا۔</w:t>
      </w:r>
    </w:p>
    <w:p>
      <w:r>
        <w:rPr>
          <w:b/>
        </w:rPr>
        <w:t xml:space="preserve">[59:32] </w:t>
      </w:r>
      <w:r>
        <w:t>to</w:t>
      </w:r>
    </w:p>
    <w:p>
      <w:pPr>
        <w:jc w:val="right"/>
      </w:pPr>
      <w:r>
        <w:t>تو</w:t>
      </w:r>
    </w:p>
    <w:p>
      <w:r>
        <w:rPr>
          <w:b/>
        </w:rPr>
        <w:t xml:space="preserve">[59:33] </w:t>
      </w:r>
      <w:r>
        <w:t>is tarike se Quran mein aaya hai chapter 41 mein verse 34. to aur sab yahi hua, tamam jo log saare Makka wale, Arab wale, itne zabardast dushman the aap ke, aap ne sab ko maaf karte rahe, maaf karte rahe, jab fateh Makka ke baad sab ko maaf kar diya, sab dost ban gaye.</w:t>
      </w:r>
    </w:p>
    <w:p>
      <w:pPr>
        <w:jc w:val="right"/>
      </w:pPr>
      <w:r>
        <w:t>اس طریقے سے قرآن میں آیا ہے چیپٹر 41 میں ورس 34۔ تو اور سب یہی ہوا، تمام جو لوگ سارے مکہ والے، عرب والے، اتنے زبردست دشمن تھے آپ کے، آپ نے سب کو معاف کرتے رہے، معاف کرتے رہے، جب فتح مکہ کے بعد سب کو معاف کر دیا، سب دوست بن گئے۔</w:t>
      </w:r>
    </w:p>
    <w:p>
      <w:r>
        <w:rPr>
          <w:b/>
        </w:rPr>
        <w:t xml:space="preserve">[59:57] </w:t>
      </w:r>
      <w:r>
        <w:t>to isi tarike se doosra ek rehnuma usool hai ke jo problems hain un ko ignore karo, yani problems jo hain na woh irrelevant aspect hain aur opportunities jo hain woh relevant aspect hain.</w:t>
      </w:r>
    </w:p>
    <w:p>
      <w:pPr>
        <w:jc w:val="right"/>
      </w:pPr>
      <w:r>
        <w:t>تو اسی طریقے سے دوسرا ایک رہنما اصول ہے کہ جو پرابلمز ہیں ان کو اگنور کرو، یعنی پرابلمز جو ہیں نا وہ ار ریلیونٹ ایسپیکٹ ہیں اور اپرچونیٹیز جو ہیں وہ ریلیونٹ ایسپیکٹ ہیں۔</w:t>
      </w:r>
    </w:p>
    <w:p>
      <w:r>
        <w:rPr>
          <w:b/>
        </w:rPr>
        <w:t xml:space="preserve">[1:00:09] </w:t>
      </w:r>
      <w:r>
        <w:t>to problems ko ignore karo aur opportunities ko avail karo. to aur hum log hamesha masail se takrate rehte hain, problems se takrate</w:t>
      </w:r>
    </w:p>
    <w:p>
      <w:pPr>
        <w:jc w:val="right"/>
      </w:pPr>
      <w:r>
        <w:t>تو پرابلمز کو اگنور کرو اور اپرچونیٹیز کو اویل کرو۔ تو اور ہم لوگ ہمیشہ مسائل سے ٹکراتے رہتے ہیں، پرابلم سے ٹکراتے</w:t>
      </w:r>
    </w:p>
    <w:p>
      <w:r>
        <w:rPr>
          <w:b/>
        </w:rPr>
        <w:t xml:space="preserve">[1:00:18] </w:t>
      </w:r>
      <w:r>
        <w:t>rehte hain, milta kuch bhi nahin hai. aur agar hum opportunities ko discover karen aur us par kaam karen to hum bohat zyada kamyabi hasil kar sakte hain.</w:t>
      </w:r>
    </w:p>
    <w:p>
      <w:pPr>
        <w:jc w:val="right"/>
      </w:pPr>
      <w:r>
        <w:t>رہتے ہیں، ملتا کچھ بھی نہیں ہے۔ اور اگر ہم اپرچونیٹیز کو ڈسکور کریں اور اس پر کام کریں تو ہم بہت زیادہ کامیابی حاصل کر سکتے ہیں۔</w:t>
      </w:r>
    </w:p>
    <w:p>
      <w:r>
        <w:rPr>
          <w:b/>
        </w:rPr>
        <w:t xml:space="preserve">[1:00:29] </w:t>
      </w:r>
      <w:r>
        <w:t>to doosri woh hai ke woh to bohat zyada maine thode se usool liye hain ke result oriented action. to jab wahan bohat zyada zulm badh gaya aur Hazrat Umar bhi Islam le aaye to Hazrat Umar to pehelwan the, unhon ne kaha hum kab tak zulm ko bardasht karenge?</w:t>
      </w:r>
    </w:p>
    <w:p>
      <w:pPr>
        <w:jc w:val="right"/>
      </w:pPr>
      <w:r>
        <w:t>تو دوسری وہ ہے کہ وہ تو بہت زیادہ میں نے تھوڑے سے اصول لیے ہیں کہ رزلٹ اورینٹڈ ایکشن۔ تو جب وہاں بہت زیادہ ظلم بڑھ گیا اور حضرت عمر بھی اسلام لے آئے تو حضرت عمر تو پہلوان تھے، انہوں نے کہا ہم کب تک ظلم کو برداشت کریں گے؟</w:t>
      </w:r>
    </w:p>
    <w:p>
      <w:r>
        <w:rPr>
          <w:b/>
        </w:rPr>
        <w:t xml:space="preserve">[1:00:47] </w:t>
      </w:r>
      <w:r>
        <w:t>to aap ne kaha nahin, aap ne dekha ke nateeja kya niklega? to aap ne kaha ya Umar inna qaleel, hum bohat thode hain, to humein to thode hain, to humein bardasht</w:t>
      </w:r>
    </w:p>
    <w:p>
      <w:pPr>
        <w:jc w:val="right"/>
      </w:pPr>
      <w:r>
        <w:t>تو آپ نے کہا نہیں، آپ نے دیکھا کہ نتیجہ کیا نکلے گا؟ تو آپ نے کہا یا عمر انا قلیل، ہم بہت تھوڑے ہیں، تو ہمیں تو تھوڑے ہیں، تو ہمیں برداشت</w:t>
      </w:r>
    </w:p>
    <w:p>
      <w:r>
        <w:rPr>
          <w:b/>
        </w:rPr>
        <w:t xml:space="preserve">[1:00:57] </w:t>
      </w:r>
      <w:r>
        <w:t>karna hai. to baqi un ka zulm, zulm jo hai woh us ko sabr o bardasht ke zariye se hum sahenge. to hamare andar jitni taqat hai utna kaam karna chahiye, tabhi hum koi bhi nateeja khez amal, result oriented amal kar sakte hain.</w:t>
      </w:r>
    </w:p>
    <w:p>
      <w:pPr>
        <w:jc w:val="right"/>
      </w:pPr>
      <w:r>
        <w:t>کرنا ہے۔ تو باقی ان کا ظلم، ظلم جو ہے وہ اس کو صبر و برداشت کے ذریعے سے ہم سہیں گے۔ تو ہمارے اندر جتنی طاقت ہے اتنا کام کرنا چاہیے، تبھی ہم کوئی بھی نتیجہ خیز عمل، رزلٹ اورینٹڈ عمل کر سکتے ہیں۔</w:t>
      </w:r>
    </w:p>
    <w:p>
      <w:r>
        <w:rPr>
          <w:b/>
        </w:rPr>
        <w:t xml:space="preserve">[1:01:18] </w:t>
      </w:r>
      <w:r>
        <w:t>to isi tarike se lesser evil aur greater evil. to bohat sari cheezain jo hoti hain na lesser evil hoti</w:t>
      </w:r>
    </w:p>
    <w:p>
      <w:pPr>
        <w:jc w:val="right"/>
      </w:pPr>
      <w:r>
        <w:t>تو اسی طریقے سے لیسر ایول اور گریٹر ایول۔ تو بہت ساری چیزیں جو ہوتی ہیں نا لیسر ایول ہوتی</w:t>
      </w:r>
    </w:p>
    <w:p>
      <w:r>
        <w:rPr>
          <w:b/>
        </w:rPr>
        <w:t xml:space="preserve">[1:01:24] </w:t>
      </w:r>
      <w:r>
        <w:t>hain. agar hum lesser evil ko bardasht nahin karte to humein greater evil ka saamna karna padta hai. to is liye humein jaise farz kariye raaste mein koi woh ho jata hai, gaadi chala rahe hain, koi accident ho gaya, thoda sa koi chot lag gayi, kisi ne kuch keh diya.</w:t>
      </w:r>
    </w:p>
    <w:p>
      <w:pPr>
        <w:jc w:val="right"/>
      </w:pPr>
      <w:r>
        <w:t>ہیں۔ اگر ہم لیسر ایول کو برداشت نہیں کرتے تو ہمیں گریٹر ایول کا سامنا کرنا پڑتا ہے۔ تو اس لیے ہمیں جیسے فرض کریے راستے میں کوئی وہ ہو جاتا ہے، گاڑی چلا رہے ہیں، کوئی ایکسیڈنٹ ہو گیا، تھوڑا سا کوئی چوٹ لگ گئی، کسی نے کچھ کہہ دیا۔</w:t>
      </w:r>
    </w:p>
    <w:p>
      <w:r>
        <w:rPr>
          <w:b/>
        </w:rPr>
        <w:t xml:space="preserve">[1:01:42] </w:t>
      </w:r>
      <w:r>
        <w:t>jab mein gaadi chala rahi thi to shuru shuru mein to kuch na kuch karti thi. to ek aadmi ne kaha why can't you drive properly?</w:t>
      </w:r>
    </w:p>
    <w:p>
      <w:pPr>
        <w:jc w:val="right"/>
      </w:pPr>
      <w:r>
        <w:t>جب میں گاڑی چلا رہی تھی تو شروع شروع میں تو کچھ نہ کچھ کرتی تھی۔ تو ایک آدمی نے کہا وائی کانٹ یو ڈرائیو پراپرلی؟</w:t>
      </w:r>
    </w:p>
    <w:p>
      <w:r>
        <w:rPr>
          <w:b/>
        </w:rPr>
        <w:t xml:space="preserve">[1:01:51] </w:t>
      </w:r>
      <w:r>
        <w:t>bohat ghusse mein kaha.</w:t>
      </w:r>
    </w:p>
    <w:p>
      <w:pPr>
        <w:jc w:val="right"/>
      </w:pPr>
      <w:r>
        <w:t>بہت غصے میں کہا۔</w:t>
      </w:r>
    </w:p>
    <w:p>
      <w:r>
        <w:rPr>
          <w:b/>
        </w:rPr>
        <w:t xml:space="preserve">[1:01:53] </w:t>
      </w:r>
      <w:r>
        <w:t>to is tareeqay say bohat kuch hota hai. to phir hum agar isi waqt is ko bardasht kar lain, kuch log bardasht nahi karte, phir nikal ke larna shuru kar dete hain.</w:t>
      </w:r>
    </w:p>
    <w:p>
      <w:pPr>
        <w:jc w:val="right"/>
      </w:pPr>
      <w:r>
        <w:t>تو اس طریقے سے بہت کچھ ہوتا ہے۔ تو پھر ہم اگر اسی وقت اس کو برداشت کر لیں، کچھ لوگ برداشت نہیں کرتے، پھر نکل کے لڑنا شروع کر دیتے ہیں۔</w:t>
      </w:r>
    </w:p>
    <w:p>
      <w:r>
        <w:rPr>
          <w:b/>
        </w:rPr>
        <w:t xml:space="preserve">[1:02:02] </w:t>
      </w:r>
      <w:r>
        <w:t>to hamare aik colleague thay, un ke bhai ne larna shuru kar diya, yahan tak ke bohat zabardast jang ladaai hui aur police case ban gaya.</w:t>
      </w:r>
    </w:p>
    <w:p>
      <w:pPr>
        <w:jc w:val="right"/>
      </w:pPr>
      <w:r>
        <w:t>تو ہمارے ایک کولیگ تھے، ان کے بھائی نے لڑنا شروع کر دیا، یہاں تک کہ بہت زبردست جنگ لڑائی ہوئی اور پولیس کیس بن گیا۔</w:t>
      </w:r>
    </w:p>
    <w:p>
      <w:r>
        <w:rPr>
          <w:b/>
        </w:rPr>
        <w:t xml:space="preserve">[1:02:11] </w:t>
      </w:r>
      <w:r>
        <w:t>bohat dinon tak woh jail mein rahe. to yahi woh lesser evil tha aur lesser evil ko bardasht na karne se phir woh greater evil ko bardasht karna parta hai.</w:t>
      </w:r>
    </w:p>
    <w:p>
      <w:pPr>
        <w:jc w:val="right"/>
      </w:pPr>
      <w:r>
        <w:t>بہت دنوں تک وہ جیل میں رہے۔ تو یہی وہ لیسر ایول تھا اور لیسر ایول کو برداشت نہ کرنے سے پھر وہ گریٹر ایول کو برداشت کرنا پڑتا ہے۔</w:t>
      </w:r>
    </w:p>
    <w:p>
      <w:r>
        <w:rPr>
          <w:b/>
        </w:rPr>
        <w:t xml:space="preserve">[1:02:23] </w:t>
      </w:r>
      <w:r>
        <w:t>to yeh hai ke dekhiye, is sab se bari baat yeh hai ke is dunya mein Allah ne sab ko azadi di hai. ab azadi di hai to yeh sab hoga ji, to is ko humein bardasht karna parhe ga.</w:t>
      </w:r>
    </w:p>
    <w:p>
      <w:pPr>
        <w:jc w:val="right"/>
      </w:pPr>
      <w:r>
        <w:t>تو یہ ہے کہ دیکھیے، اس سب سے بڑی بات یہ ہے کہ اس دنیا میں اللہ نے سب کو آزادی دی ہے۔ اب آزادی دی ہے تو یہ سب ہوگا جی، تو اس کو ہمیں برداشت کرنا پڑے گا۔</w:t>
      </w:r>
    </w:p>
    <w:p>
      <w:r>
        <w:rPr>
          <w:b/>
        </w:rPr>
        <w:t xml:space="preserve">[1:02:34] </w:t>
      </w:r>
      <w:r>
        <w:t>agar hum bardasht nahi karein ge to aur bari museebat mein par jayen ge.</w:t>
      </w:r>
    </w:p>
    <w:p>
      <w:pPr>
        <w:jc w:val="right"/>
      </w:pPr>
      <w:r>
        <w:t>اگر ہم برداشت نہیں کریں گے تو اور بڑی مصیبت میں پڑ جائیں گے۔</w:t>
      </w:r>
    </w:p>
    <w:p>
      <w:r>
        <w:rPr>
          <w:b/>
        </w:rPr>
        <w:t xml:space="preserve">[1:02:41] </w:t>
      </w:r>
      <w:r>
        <w:t>to is tareeqay say Rasool Allah Sal Allahu Alaihi Wa Sallam ki poori zindagi jo hai, is mein aap ko saare guiding principles practical wisdom ke milte hain.</w:t>
      </w:r>
    </w:p>
    <w:p>
      <w:pPr>
        <w:jc w:val="right"/>
      </w:pPr>
      <w:r>
        <w:t>تو اس طریقے سے رسول اللہ صلی اللہ علیہ وسلم کی پوری زندگی جو ہے، اس میں آپ کو سارے گائیڈنگ پرنسپلز پریکٹیکل وزڈم کے ملتے ہیں۔</w:t>
      </w:r>
    </w:p>
    <w:p>
      <w:r>
        <w:rPr>
          <w:b/>
        </w:rPr>
        <w:t xml:space="preserve">[1:02:50] </w:t>
      </w:r>
      <w:r>
        <w:t>bas yeh hai ke is angle say aap ko dekhna hai</w:t>
      </w:r>
    </w:p>
    <w:p>
      <w:pPr>
        <w:jc w:val="right"/>
      </w:pPr>
      <w:r>
        <w:t>بس یہ ہے کہ اس اینگل سے آپ کو دیکھنا ہے</w:t>
      </w:r>
    </w:p>
    <w:p>
      <w:r>
        <w:rPr>
          <w:b/>
        </w:rPr>
        <w:t xml:space="preserve">[1:02:53] </w:t>
      </w:r>
      <w:r>
        <w:t>kyun ke hum is angle say nahi dekhte. hum to dekhte hain ke bas yeh prophet ka life hai, un ki teachings hain, bas wisdom aur practical wisdom ke angle say nahi dekhte.</w:t>
      </w:r>
    </w:p>
    <w:p>
      <w:pPr>
        <w:jc w:val="right"/>
      </w:pPr>
      <w:r>
        <w:t>کیونکہ ہم اس اینگل سے نہیں دیکھتے۔ ہم تو دیکھتے ہیں کہ بس یہ پرافٹ کا لائف ہے، ان کی ٹیچنگز ہیں، بس وزڈم اور پریکٹیکل وزڈم کے اینگل سے نہیں دیکھتے۔</w:t>
      </w:r>
    </w:p>
    <w:p>
      <w:r>
        <w:rPr>
          <w:b/>
        </w:rPr>
        <w:t xml:space="preserve">[1:03:04] </w:t>
      </w:r>
      <w:r>
        <w:t>is liye hum samajhte nahi hain. ji, thank you apa for doing a very important session today. jazak Allah. so with this, we will end today's session and we will be back next Sunday at 10:30 AM.</w:t>
      </w:r>
    </w:p>
    <w:p>
      <w:pPr>
        <w:jc w:val="right"/>
      </w:pPr>
      <w:r>
        <w:t>اس لیے ہم سمجھتے نہیں ہیں۔ جی، تھینک یو آپا فار ڈوئنگ ا ویری امپورٹنٹ سیشن ٹوڈے۔ جزاک اللہ۔ سو ود دس، وی ویل اینڈ ٹوڈے سیشن اینڈ وی بی بیک نیکسٹ سنڈے ایٹ 10:30 اے ایم۔</w:t>
      </w:r>
    </w:p>
    <w:p>
      <w:r>
        <w:rPr>
          <w:b/>
        </w:rPr>
        <w:t xml:space="preserve">[1:03:17]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