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6 Al-An‘am (The Cattle) Verses 1-83</w:t>
      </w:r>
    </w:p>
    <w:p>
      <w:r>
        <w:t>https://www.youtube.com/watch?v=kThzHwECyLU</w:t>
      </w:r>
    </w:p>
    <w:p>
      <w:r>
        <w:rPr>
          <w:b/>
        </w:rPr>
        <w:t xml:space="preserve">[00:01] </w:t>
      </w:r>
      <w:r>
        <w:t>Bismillahir Rahmanir Rahim. Alhamdu lillahillazi khalaqas samawati wal arda wa ja'alal zulumati wan nur. Thumma lladhina kafaroo bi rabbihim ya'dilun.</w:t>
      </w:r>
    </w:p>
    <w:p>
      <w:pPr>
        <w:jc w:val="right"/>
      </w:pPr>
      <w:r>
        <w:t>بسم الله الرحمن الرحيم. الحمد لله الذي خلق السماوات والأرض وجعل الظلمات والنور، ثم الذين كفروا بربهم يعدلون.</w:t>
      </w:r>
    </w:p>
    <w:p>
      <w:r>
        <w:rPr>
          <w:b/>
        </w:rPr>
        <w:t xml:space="preserve">[00:25] </w:t>
      </w:r>
      <w:r>
        <w:t>Huwallazi khalaqakum min tin thumma qada ajalan wa ajalum musamma 'indahu,</w:t>
      </w:r>
    </w:p>
    <w:p>
      <w:pPr>
        <w:jc w:val="right"/>
      </w:pPr>
      <w:r>
        <w:t>هو الذي خلقكم من طين ثم قضى أجلاً وأجل مسمّى عنده،</w:t>
      </w:r>
    </w:p>
    <w:p>
      <w:r>
        <w:rPr>
          <w:b/>
        </w:rPr>
        <w:t xml:space="preserve">[00:40] </w:t>
      </w:r>
      <w:r>
        <w:t>Thumma antum tamtarun. Wa Huwallahu fis samawati wa fil ardi ya'lamu sirrakum wa jahrakum wa ya'lamu ma taksabun.</w:t>
      </w:r>
    </w:p>
    <w:p>
      <w:pPr>
        <w:jc w:val="right"/>
      </w:pPr>
      <w:r>
        <w:t>ثم أنتم تمترون. وهو الله في السماوات وفي الأرض يعلم سركم وجهركم ويعلم ما تكسبون.</w:t>
      </w:r>
    </w:p>
    <w:p>
      <w:r>
        <w:rPr>
          <w:b/>
        </w:rPr>
        <w:t xml:space="preserve">[00:58] </w:t>
      </w:r>
      <w:r>
        <w:t>Shuru Allah ke naam se jo bara meherban, nihayat reham wala hai. Tareef Allah ke liye hai jis ne aasmanon aur zameen ko paida kiya, aur tareekiyon aur roshni ko banaya.</w:t>
      </w:r>
    </w:p>
    <w:p>
      <w:pPr>
        <w:jc w:val="right"/>
      </w:pPr>
      <w:r>
        <w:t>شروع اللہ کے نام سے جو بڑا مہربان، نہایت رحم والا ہے۔ تعریف اللہ کے لیے ہے جس نے آسمانوں اور زمین کو پیدا کیا، اور تاریکیوں اور روشنی کو بنایا۔</w:t>
      </w:r>
    </w:p>
    <w:p>
      <w:r>
        <w:rPr>
          <w:b/>
        </w:rPr>
        <w:t xml:space="preserve">[01:14] </w:t>
      </w:r>
      <w:r>
        <w:t>Phir bhi munkir log doosron ko apne Rab ka humsar thehrate hain. Wohi hai jis ne tum ko mitti se paida kiya,</w:t>
      </w:r>
    </w:p>
    <w:p>
      <w:pPr>
        <w:jc w:val="right"/>
      </w:pPr>
      <w:r>
        <w:t>پھر بھی منکر لوگ دوسروں کو اپنے رب کا ہمسر ٹھہراتے ہیں۔ وہی ہے جس نے تم کو مٹی سے پیدا کیا،</w:t>
      </w:r>
    </w:p>
    <w:p>
      <w:r>
        <w:rPr>
          <w:b/>
        </w:rPr>
        <w:t xml:space="preserve">[01:24] </w:t>
      </w:r>
      <w:r>
        <w:t>phir ek muddat muqarrar ki, aur muqarrar muddat usi ke ilm mein hai. Phir bhi tum shakk karte ho, aur wohi Allah aasmanon mein hai aur wohi zameen mein.</w:t>
      </w:r>
    </w:p>
    <w:p>
      <w:pPr>
        <w:jc w:val="right"/>
      </w:pPr>
      <w:r>
        <w:t>پھر ایک مدت مقرر کی، اور مقررہ مدت اسی کے علم میں ہے۔ پھر بھی تم شک کرتے ہو، اور وہی اللہ آسمانوں میں ہے اور وہی زمین میں۔</w:t>
      </w:r>
    </w:p>
    <w:p>
      <w:r>
        <w:rPr>
          <w:b/>
        </w:rPr>
        <w:t xml:space="preserve">[01:38] </w:t>
      </w:r>
      <w:r>
        <w:t>Woh tumhare chhupe aur khule ko janta hai, aur woh janta hai jo kuch tum karte ho.</w:t>
      </w:r>
    </w:p>
    <w:p>
      <w:pPr>
        <w:jc w:val="right"/>
      </w:pPr>
      <w:r>
        <w:t>وہ تمہارے چھپے اور کھلے کو جانتا ہے، اور وہ جانتا ہے جو کچھ تم کرتے ہو۔</w:t>
      </w:r>
    </w:p>
    <w:p>
      <w:r>
        <w:rPr>
          <w:b/>
        </w:rPr>
        <w:t xml:space="preserve">[01:47] </w:t>
      </w:r>
      <w:r>
        <w:t>Tashreeh: Aasmanon aur zameen ka nizam apni sari wusaton ke bawajood itna marboot aur itna wahdani hai ke woh pukar raha hai ke is ka khaliq aur muntazim ek Khuda ke siwa koi aur nahi ho sakta.</w:t>
      </w:r>
    </w:p>
    <w:p>
      <w:pPr>
        <w:jc w:val="right"/>
      </w:pPr>
      <w:r>
        <w:t>تشریح: آسمانوں اور زمین کا نظام اپنی ساری وسعتوں کے باوجود اتنا مربوط اور اتنا وحدانی ہے کہ وہ پکار رہا ہے کہ اس کا خالق اور منتظم ایک خدا کے سوا کوئی اور نہیں ہو سکتا۔</w:t>
      </w:r>
    </w:p>
    <w:p>
      <w:r>
        <w:rPr>
          <w:b/>
        </w:rPr>
        <w:t xml:space="preserve">[02:07] </w:t>
      </w:r>
      <w:r>
        <w:t>Phir zameen o aasman ki yeh kainat apne phailao aur apni hikmat o ma'nawiyat ke aitbar se na qabil e qiyas had tak azeem hai.</w:t>
      </w:r>
    </w:p>
    <w:p>
      <w:pPr>
        <w:jc w:val="right"/>
      </w:pPr>
      <w:r>
        <w:t>پھر زمین و آسمان کی یہ کائنات اپنے پھیلاؤ اور اپنی حکمت و معنویت کے اعتبار سے ناقابلِ قیاس حد تک عظیم ہے۔</w:t>
      </w:r>
    </w:p>
    <w:p>
      <w:r>
        <w:rPr>
          <w:b/>
        </w:rPr>
        <w:t xml:space="preserve">[02:20] </w:t>
      </w:r>
      <w:r>
        <w:t>Suraj ke roshan karay ke gird khala mein zameen ke had darja munazzam gardish, aur is se zameen ki satah par roshni aur tareeki,</w:t>
      </w:r>
    </w:p>
    <w:p>
      <w:pPr>
        <w:jc w:val="right"/>
      </w:pPr>
      <w:r>
        <w:t>سورج کے روشن کرہ کے گرد خلا میں زمین کے حد درجہ منظم گردش، اور اس سے زمین کی سطح پر روشنی اور تاریکی،</w:t>
      </w:r>
    </w:p>
    <w:p>
      <w:r>
        <w:rPr>
          <w:b/>
        </w:rPr>
        <w:t xml:space="preserve">[02:35] </w:t>
      </w:r>
      <w:r>
        <w:t>aur din aur raat ka paida hona, insan ke tamam qiyas o ghuman se kahin zyada bara waqea hai.</w:t>
      </w:r>
    </w:p>
    <w:p>
      <w:pPr>
        <w:jc w:val="right"/>
      </w:pPr>
      <w:r>
        <w:t>اور دن اور رات کا پیدا ہونا، انسان کے تمام قیاس و گمان سے کہیں زیادہ بڑا واقعہ ہے۔</w:t>
      </w:r>
    </w:p>
    <w:p>
      <w:r>
        <w:rPr>
          <w:b/>
        </w:rPr>
        <w:t xml:space="preserve">[02:45] </w:t>
      </w:r>
      <w:r>
        <w:t>ab jo khuda itne bare kainaati karkhane ko itne ba kamal tareeqe par chala raha hai, us ki zaat mein woh kaun si kami ho sakti hai jis ki talafi ke liye woh kisi ko apna shareek thahraye?</w:t>
      </w:r>
    </w:p>
    <w:p>
      <w:pPr>
        <w:jc w:val="right"/>
      </w:pPr>
      <w:r>
        <w:t>اب جو خدا اتنے بڑے کائناتی کارخانے کو اتنے باکمال طریقے پر چلا رہا ہے، اس کی ذات میں وہ کون سی کمی ہو سکتی ہے جس کی تلافی کے لیے وہ کسی کو اپنا شریک ٹھہرائے؟</w:t>
      </w:r>
    </w:p>
    <w:p>
      <w:r>
        <w:rPr>
          <w:b/>
        </w:rPr>
        <w:t xml:space="preserve">[03:03] </w:t>
      </w:r>
      <w:r>
        <w:t>haqeeqat yeh hai ke hamari dunya aur is ke andar qaim shuda herat nak nizaam khud hi is baat ka suboot hai ke is ka khuda sirf aik hai, aur yahi nizaam is baat ka bhi suboot hai ke yeh khuda itna azeem ul shaan hai ke is ko apni takhleeq aur intezaam mein kisi madadgar ki zaroorat nahin.</w:t>
      </w:r>
    </w:p>
    <w:p>
      <w:pPr>
        <w:jc w:val="right"/>
      </w:pPr>
      <w:r>
        <w:t>حقیقت یہ ہے کہ ہماری دنیا اور اس کے اندر قائم شدہ حیرت ناک نظام خود ہی اس بات کا ثبوت ہے کہ اس کا خدا صرف ایک ہے، اور یہی نظام اس بات کا بھی ثبوت ہے کہ یہ خدا اتنا عظیم الشان ہے کہ اس کو اپنی تخلیق اور انتظام میں کسی مددگار کی ضرورت نہیں۔</w:t>
      </w:r>
    </w:p>
    <w:p>
      <w:r>
        <w:rPr>
          <w:b/>
        </w:rPr>
        <w:t xml:space="preserve">[03:32] </w:t>
      </w:r>
      <w:r>
        <w:t>maujooda dunya ki umar mehdood hai. yahan dukh se khali zindagi mumkin nahin. yahan har khushgawari ke sath nakhushgawari ka pehlu laga hua hai.</w:t>
      </w:r>
    </w:p>
    <w:p>
      <w:pPr>
        <w:jc w:val="right"/>
      </w:pPr>
      <w:r>
        <w:t>موجودہ دنیا کی عمر محدود ہے۔ یہاں دکھ سے خالی زندگی ممکن نہیں۔ یہاں ہر خوشگواری کے ساتھ ناخوشگواری کا پہلو لگا ہوا ہے۔</w:t>
      </w:r>
    </w:p>
    <w:p>
      <w:r>
        <w:rPr>
          <w:b/>
        </w:rPr>
        <w:t xml:space="preserve">[03:45] </w:t>
      </w:r>
      <w:r>
        <w:t>yahan shar ko khair se aur khair ko shar se juda nahin kiya ja sakta.</w:t>
      </w:r>
    </w:p>
    <w:p>
      <w:pPr>
        <w:jc w:val="right"/>
      </w:pPr>
      <w:r>
        <w:t>یہاں شر کو خیر سے اور خیر کو شر سے جدا نہیں کیا جا سکتا۔</w:t>
      </w:r>
    </w:p>
    <w:p>
      <w:r>
        <w:rPr>
          <w:b/>
        </w:rPr>
        <w:t xml:space="preserve">[03:52] </w:t>
      </w:r>
      <w:r>
        <w:t>aisi halat mein aadmi ki samajh mein nahin aata ke aakhirat ki abdi dunya jo har qism ke hazan se khali hogi, kaise ban jaye gi.</w:t>
      </w:r>
    </w:p>
    <w:p>
      <w:pPr>
        <w:jc w:val="right"/>
      </w:pPr>
      <w:r>
        <w:t>ایسی حالت میں آدمی کی سمجھ میں نہیں آتا کہ آخرت کی ابدی دنیا جو ہر قسم کے حزن سے خالی ہوگی، کیسے بن جائے گی۔</w:t>
      </w:r>
    </w:p>
    <w:p>
      <w:r>
        <w:rPr>
          <w:b/>
        </w:rPr>
        <w:t xml:space="preserve">[04:04] </w:t>
      </w:r>
      <w:r>
        <w:t>agar kisi aur maade se aakhirat ki dunya banne wali ho to insaan is se waqif nahin, aur agar isi dunya ke maade se woh doosri dunya banne wali hai to is dunya ke andar is qism ki aik kamil dunya ko wajood mein lane ki salahiyat nahin.</w:t>
      </w:r>
    </w:p>
    <w:p>
      <w:pPr>
        <w:jc w:val="right"/>
      </w:pPr>
      <w:r>
        <w:t>اگر کسی اور مادے سے آخرت کی دنیا بننے والی ہو تو انسان اس سے واقف نہیں، اور اگر اسی دنیا کے مادے سے وہ دوسری دنیا بننے والی ہے تو اس دنیا کے اندر اس قسم کی ایک کامل دنیا کو وجود میں لانے کی صلاحیت نہیں۔</w:t>
      </w:r>
    </w:p>
    <w:p>
      <w:r>
        <w:rPr>
          <w:b/>
        </w:rPr>
        <w:t xml:space="preserve">[04:26] </w:t>
      </w:r>
      <w:r>
        <w:t>magar sawal karne wale ka khud apna wajood hi is sawal ka jawab dene ke liye kafi hai.</w:t>
      </w:r>
    </w:p>
    <w:p>
      <w:pPr>
        <w:jc w:val="right"/>
      </w:pPr>
      <w:r>
        <w:t>مگر سوال کرنے والے کا خود اپنا وجود ہی اس سوال کا جواب دینے کے لیے کافی ہے۔</w:t>
      </w:r>
    </w:p>
    <w:p>
      <w:r>
        <w:rPr>
          <w:b/>
        </w:rPr>
        <w:t xml:space="preserve">[04:34] </w:t>
      </w:r>
      <w:r>
        <w:t>insaan ka jism poora ka poora mitti yani zamini ajza se bana hai, magar is ke andar aisi munfarid salahiyatein hain jin mein se koi salahiyat bhi mitti ke andar nahin.</w:t>
      </w:r>
    </w:p>
    <w:p>
      <w:pPr>
        <w:jc w:val="right"/>
      </w:pPr>
      <w:r>
        <w:t>انسان کا جسم پورا کا پورا مٹی یعنی زمینی اجزاء سے بنا ہے، مگر اس کے اندر ایسی منفرد صلاحیتیں ہیں جن میں سے کوئی صلاحیت بھی مٹی کے اندر نہیں۔</w:t>
      </w:r>
    </w:p>
    <w:p>
      <w:r>
        <w:rPr>
          <w:b/>
        </w:rPr>
        <w:t xml:space="preserve">[04:49] </w:t>
      </w:r>
      <w:r>
        <w:t>aadmi sunta hai, woh bolta hai, woh sochta hai, woh tarah tarah ke herat nak amal anjaam deta hai,</w:t>
      </w:r>
    </w:p>
    <w:p>
      <w:pPr>
        <w:jc w:val="right"/>
      </w:pPr>
      <w:r>
        <w:t>آدمی سنتا ہے، وہ بولتا ہے، وہ سوچتا ہے، وہ طرح طرح کے حیرت ناک عمل انجام دیتا ہے،</w:t>
      </w:r>
    </w:p>
    <w:p>
      <w:r>
        <w:rPr>
          <w:b/>
        </w:rPr>
        <w:t xml:space="preserve">[04:58] </w:t>
      </w:r>
      <w:r>
        <w:t>halankeh woh jis mitti se bana hai, woh is qism ka koi bhi amal anjaam nahin de sakti. zamini ajza se herat anghez tor par aik ghair zamini makhlooq ban kar khari ho gayi.</w:t>
      </w:r>
    </w:p>
    <w:p>
      <w:pPr>
        <w:jc w:val="right"/>
      </w:pPr>
      <w:r>
        <w:t>حالانکہ وہ جس مٹی سے بنا ہے، وہ اس قسم کا کوئی بھی عمل انجام نہیں دے سکتی۔ زمینی اجزاء سے حیرت انگیز طور پر ایک غیر زمینی مخلوق بن کر کھڑی ہوگئی۔</w:t>
      </w:r>
    </w:p>
    <w:p>
      <w:r>
        <w:rPr>
          <w:b/>
        </w:rPr>
        <w:t xml:space="preserve">[05:12] </w:t>
      </w:r>
      <w:r>
        <w:t>yeh aik aisa tajruba hai jo har roz aadmi ke samne aa raha hai. aisi halat mein kaisi ajeeb baat hai ke aadmi aakhirat ke waqe hone par shak kare.</w:t>
      </w:r>
    </w:p>
    <w:p>
      <w:pPr>
        <w:jc w:val="right"/>
      </w:pPr>
      <w:r>
        <w:t>یہ ایک ایسا تجربہ ہے جو ہر روز آدمی کے سامنے آ رہا ہے۔ ایسی حالت میں کیسی عجیب بات ہے کہ آدمی آخرت کے واقع ہونے پر شک کرے۔</w:t>
      </w:r>
    </w:p>
    <w:p>
      <w:r>
        <w:rPr>
          <w:b/>
        </w:rPr>
        <w:t xml:space="preserve">[05:27] </w:t>
      </w:r>
      <w:r>
        <w:t>agar mitti se jeeta jaagta insaan nikal sakta hai, agar mitti se khushbudar aur zaeqadar phal baramad ho sakte hain, to hamari maujooda dunya se aik aur zyada kamil aur zyada me'yari dunya kyun zahir nahin ho sakti?</w:t>
      </w:r>
    </w:p>
    <w:p>
      <w:pPr>
        <w:jc w:val="right"/>
      </w:pPr>
      <w:r>
        <w:t>اگر مٹی سے جیتا جاگتا انسان نکل سکتا ہے، اگر مٹی سے خوشبودار اور ذائقہ دار پھل برآمد ہو سکتے ہیں، تو ہماری موجودہ دنیا سے ایک اور زیادہ مکمل اور زیادہ معیاری دنیا کیوں ظاہر نہیں ہو سکتی؟</w:t>
      </w:r>
    </w:p>
    <w:p>
      <w:r>
        <w:rPr>
          <w:b/>
        </w:rPr>
        <w:t xml:space="preserve">[05:48] </w:t>
      </w:r>
      <w:r>
        <w:t>wa taatihim min ayatin min ayati rabbihim illa kanoo anha mu'rideen.</w:t>
      </w:r>
    </w:p>
    <w:p>
      <w:pPr>
        <w:jc w:val="right"/>
      </w:pPr>
      <w:r>
        <w:t>وما تأتيهم من آية من آيات ربهم إلا كانوا عنها معرضين.</w:t>
      </w:r>
    </w:p>
    <w:p>
      <w:r>
        <w:rPr>
          <w:b/>
        </w:rPr>
        <w:t xml:space="preserve">[06:00] </w:t>
      </w:r>
      <w:r>
        <w:t>faqad kazzaboo bilhaqqi lamma ja'ahum, fasawfa yatihim anbau ma kanoo bihi yastahzi'oon.</w:t>
      </w:r>
    </w:p>
    <w:p>
      <w:pPr>
        <w:jc w:val="right"/>
      </w:pPr>
      <w:r>
        <w:t>فقد كذبوا بالحق لما جاءهم، فسوف يأتيهم أنباء ما كانوا به يستهزئون.</w:t>
      </w:r>
    </w:p>
    <w:p>
      <w:r>
        <w:rPr>
          <w:b/>
        </w:rPr>
        <w:t xml:space="preserve">[06:17] </w:t>
      </w:r>
      <w:r>
        <w:t>alam yaraw kam ahlakna min qablihim min qarnin makannahum fil ardi ma lam tumakkin lakum?</w:t>
      </w:r>
    </w:p>
    <w:p>
      <w:pPr>
        <w:jc w:val="right"/>
      </w:pPr>
      <w:r>
        <w:t>ألم يروا كم أهلكنا من قبلهم من قرن من مكناهم في الأرض ما لم نمكن لكم؟</w:t>
      </w:r>
    </w:p>
    <w:p>
      <w:r>
        <w:rPr>
          <w:b/>
        </w:rPr>
        <w:t xml:space="preserve">[06:30] </w:t>
      </w:r>
      <w:r>
        <w:t>wa arsalnas samā'</w:t>
      </w:r>
    </w:p>
    <w:p>
      <w:pPr>
        <w:jc w:val="right"/>
      </w:pPr>
      <w:r>
        <w:t>وأرسلنا السماء،</w:t>
      </w:r>
    </w:p>
    <w:p>
      <w:r>
        <w:rPr>
          <w:b/>
        </w:rPr>
        <w:t xml:space="preserve">[06:35] </w:t>
      </w:r>
      <w:r>
        <w:t>wa arsalnas samā' alayhim midraaran, wa ja'alnal anhara tajri min tahtihim, fa ahlaknahum,</w:t>
      </w:r>
    </w:p>
    <w:p>
      <w:pPr>
        <w:jc w:val="right"/>
      </w:pPr>
      <w:r>
        <w:t>وأرسلنا السماء عليهم مدرارا، وجعلنا الأنهار تجري من تحتهم، فأهلكناهم،</w:t>
      </w:r>
    </w:p>
    <w:p>
      <w:r>
        <w:rPr>
          <w:b/>
        </w:rPr>
        <w:t xml:space="preserve">[06:50] </w:t>
      </w:r>
      <w:r>
        <w:t>fa ahlaknahum bizunubihim, wa ansha'na min ba'dihim qarnan akharin.</w:t>
      </w:r>
    </w:p>
    <w:p>
      <w:pPr>
        <w:jc w:val="right"/>
      </w:pPr>
      <w:r>
        <w:t>فأهلكناهم بذنوبهم، وأنشأنا من بعدهم قرنا آخرين.</w:t>
      </w:r>
    </w:p>
    <w:p>
      <w:r>
        <w:rPr>
          <w:b/>
        </w:rPr>
        <w:t xml:space="preserve">[07:02] </w:t>
      </w:r>
      <w:r>
        <w:t>aur un ke rab ki nishaniyon mein se jo nishani bhi un ke pas aati hai, woh is se a'raaz karte hain. chunancheh jo haq un ke pas aaya hai, us ko bhi unhon ne jhutla diya.</w:t>
      </w:r>
    </w:p>
    <w:p>
      <w:pPr>
        <w:jc w:val="right"/>
      </w:pPr>
      <w:r>
        <w:t>اور ان کے رب کی نشانیوں میں سے جو نشانی بھی ان کے پاس آتی ہے، وہ اس سے اعراض کرتے ہیں۔ چنانچہ جو حق ان کے پاس آیا ہے، اس کو بھی انہوں نے جھٹلا دیا۔</w:t>
      </w:r>
    </w:p>
    <w:p>
      <w:r>
        <w:rPr>
          <w:b/>
        </w:rPr>
        <w:t xml:space="preserve">[07:17] </w:t>
      </w:r>
      <w:r>
        <w:t>pas anqareeb un ke pas is cheez ki khabrein ayengi jis ka woh mazaq udate thay. kya unhon ne nahin dekha ke hum ne un se pehle kitni qomon ko halak kar diya?</w:t>
      </w:r>
    </w:p>
    <w:p>
      <w:pPr>
        <w:jc w:val="right"/>
      </w:pPr>
      <w:r>
        <w:t>پس عنقریب ان کے پاس اس چیز کی خبریں آئیں گی جس کا وہ مذاق اڑاتے تھے۔ کیا انہوں نے نہیں دیکھا کہ ہم نے ان سے پہلے کتنی قوموں کو ہلاک کر دیا؟</w:t>
      </w:r>
    </w:p>
    <w:p>
      <w:r>
        <w:rPr>
          <w:b/>
        </w:rPr>
        <w:t xml:space="preserve">[07:30] </w:t>
      </w:r>
      <w:r>
        <w:t>un ko hum ne zameen mein jama diya tha jitna tum ko nahin jamaya. aur hum ne un par aasman se khoob barish barsai, aur hum ne nahrein jari keen jo un ke neeche behti theen.</w:t>
      </w:r>
    </w:p>
    <w:p>
      <w:pPr>
        <w:jc w:val="right"/>
      </w:pPr>
      <w:r>
        <w:t>ان کو ہم نے زمین میں جما دیا تھا جتنا تم کو نہیں جمایا۔ اور ہم نے ان پر آسمان سے خوب بارش برسائی، اور ہم نے نہریں جاری کیں جو ان کے نیچے بہتی تھیں۔</w:t>
      </w:r>
    </w:p>
    <w:p>
      <w:r>
        <w:rPr>
          <w:b/>
        </w:rPr>
        <w:t xml:space="preserve">[07:44] </w:t>
      </w:r>
      <w:r>
        <w:t>phir hum ne un ko un ke gunahon ke ba'is halak kar dala, aur un ke baad hum ne doosri qomon ko uthaya.</w:t>
      </w:r>
    </w:p>
    <w:p>
      <w:pPr>
        <w:jc w:val="right"/>
      </w:pPr>
      <w:r>
        <w:t>پھر ہم نے ان کو ان کے گناہوں کے باعث ہلاک کر ڈالا، اور ان کے بعد ہم نے دوسری قوموں کو اٹھایا۔</w:t>
      </w:r>
    </w:p>
    <w:p>
      <w:r>
        <w:rPr>
          <w:b/>
        </w:rPr>
        <w:t xml:space="preserve">[07:56] </w:t>
      </w:r>
      <w:r>
        <w:t>tashreeh: khuda aur aakhirat ki dawat jo khuda ki barah rast ta'eed se uthi ho, us ke sath wazeh alamaatein hoti hain jo is baat ka ailan kar rahi hoti hain ke yeh aik sachi dawat hai aur khuda ki taraf se hai.</w:t>
      </w:r>
    </w:p>
    <w:p>
      <w:pPr>
        <w:jc w:val="right"/>
      </w:pPr>
      <w:r>
        <w:t>تشریح: خدا اور آخرت کی دعوت جو خدا کی براہ راست تائید سے اٹھی ہو، اس کے ساتھ واضح علامتیں ہوتی ہیں جو اس بات کا اعلان کر رہی ہوتی ہیں کہ یہ ایک سچی دعوت ہے اور خدا کی طرف سے ہے۔</w:t>
      </w:r>
    </w:p>
    <w:p>
      <w:r>
        <w:rPr>
          <w:b/>
        </w:rPr>
        <w:t xml:space="preserve">[08:17] </w:t>
      </w:r>
      <w:r>
        <w:t>is ka is fitrat ke andaaz par hona jis par khuda ki abdi dunya ka nizaam qaim hai, is ka aise dalail ki buniyad par uthna jis ka tod kisi ke liye mumkin na ho, is ki pusht par aise da'i ka hona jis ki sanjeedgi aur ikhlas par shubah na kiya ja sakta ho,</w:t>
      </w:r>
    </w:p>
    <w:p>
      <w:pPr>
        <w:jc w:val="right"/>
      </w:pPr>
      <w:r>
        <w:t>اس کا اس فطرت کے انداز پر ہونا جس پر خدا کی ابدی دنیا کا نظام قائم ہے، اس کا ایسے دلائل کی بنیاد پر اٹھنا جس کا توڑ کسی کے لیے ممکن نہ ہو، اس کی پشت پر ایسے داعی کا ہونا جس کی سنجیدگی اور اخلاص پر شبہ نہ کیا جا سکتا ہو،</w:t>
      </w:r>
    </w:p>
    <w:p>
      <w:r>
        <w:rPr>
          <w:b/>
        </w:rPr>
        <w:t xml:space="preserve">[08:42] </w:t>
      </w:r>
      <w:r>
        <w:t>is ke sath aise ta'eedi waqeaat ka wabasta hona ke mukhalifeen apni bartar quwwat ke bawajood is ke khilaf apni takhreebi mansoobon mein kamyab na hue hon.</w:t>
      </w:r>
    </w:p>
    <w:p>
      <w:pPr>
        <w:jc w:val="right"/>
      </w:pPr>
      <w:r>
        <w:t>اس کے ساتھ ایسے تائیدی واقعات کا وابستہ ہونا کہ مخالفین اپنی برتر قوت کے باوجود اس کے خلاف اپنی تخریبی منصوبوں میں کامیاب نہ ہوئے ہوں۔</w:t>
      </w:r>
    </w:p>
    <w:p>
      <w:r>
        <w:rPr>
          <w:b/>
        </w:rPr>
        <w:t xml:space="preserve">[08:57] </w:t>
      </w:r>
      <w:r>
        <w:t>is tarah ke wazeh qaraa'in hain jo is ke barhaq hone ki taraf khula ishara kar rahe hote hain.</w:t>
      </w:r>
    </w:p>
    <w:p>
      <w:pPr>
        <w:jc w:val="right"/>
      </w:pPr>
      <w:r>
        <w:t>اس طرح کے واضح قرائن ہیں جو اس کے برحق ہونے کی طرف کھلا اشارہ کر رہے ہوتے ہیں۔</w:t>
      </w:r>
    </w:p>
    <w:p>
      <w:r>
        <w:rPr>
          <w:b/>
        </w:rPr>
        <w:t xml:space="preserve">[09:07] </w:t>
      </w:r>
      <w:r>
        <w:t>is ke bawajood insan is par yaqeen nahi karta aur is ka saath dene par aamada nahi hota.</w:t>
      </w:r>
    </w:p>
    <w:p>
      <w:pPr>
        <w:jc w:val="right"/>
      </w:pPr>
      <w:r>
        <w:t>اس کے باوجود انسان اس پر یقین نہیں کرتا اور اس کا ساتھ دینے پر آمادہ نہیں ہوتا۔</w:t>
      </w:r>
    </w:p>
    <w:p>
      <w:r>
        <w:rPr>
          <w:b/>
        </w:rPr>
        <w:t xml:space="preserve">[09:16] </w:t>
      </w:r>
      <w:r>
        <w:t>is</w:t>
      </w:r>
    </w:p>
    <w:p>
      <w:pPr>
        <w:jc w:val="right"/>
      </w:pPr>
      <w:r>
        <w:t>اس</w:t>
      </w:r>
    </w:p>
    <w:p>
      <w:r>
        <w:rPr>
          <w:b/>
        </w:rPr>
        <w:t xml:space="preserve">[09:17] </w:t>
      </w:r>
      <w:r>
        <w:t>ki wajah yeh hai ke tamam ta'eedi qaraa'in apni sari wazahat ke bawajood hamesha asbab ke parde mein zahir hote hain.</w:t>
      </w:r>
    </w:p>
    <w:p>
      <w:pPr>
        <w:jc w:val="right"/>
      </w:pPr>
      <w:r>
        <w:t>کی وجہ یہ ہے کہ تمام تائیدی قرائن اپنی ساری وضاحت کے باوجود ہمیشہ اسباب کے پردے میں ظاہر ہوتے ہیں۔</w:t>
      </w:r>
    </w:p>
    <w:p>
      <w:r>
        <w:rPr>
          <w:b/>
        </w:rPr>
        <w:t xml:space="preserve">[09:28] </w:t>
      </w:r>
      <w:r>
        <w:t>aadmi ke samne jab yeh qaraa'in ate hain to woh un ko makhsoos asbab ki taraf mansoob kar ke unhein nazar andaaz kar deta hai.</w:t>
      </w:r>
    </w:p>
    <w:p>
      <w:pPr>
        <w:jc w:val="right"/>
      </w:pPr>
      <w:r>
        <w:t>آدمی کے سامنے جب یہ قرائن آتے ہیں تو وہ ان کو مخصوص اسباب کی طرف منسوب کر کے انہیں نظر انداز کر دیتا ہے۔</w:t>
      </w:r>
    </w:p>
    <w:p>
      <w:r>
        <w:rPr>
          <w:b/>
        </w:rPr>
        <w:t xml:space="preserve">[09:39] </w:t>
      </w:r>
      <w:r>
        <w:t>is ka zehn etiraf ke rukh par chalne ke liye aamada nahi hota. woh</w:t>
      </w:r>
    </w:p>
    <w:p>
      <w:pPr>
        <w:jc w:val="right"/>
      </w:pPr>
      <w:r>
        <w:t>اس کا ذہن اعتراف کے رخ پر چلنے کے لیے آمادہ نہیں ہوتا۔ وہ</w:t>
      </w:r>
    </w:p>
    <w:p>
      <w:r>
        <w:rPr>
          <w:b/>
        </w:rPr>
        <w:t xml:space="preserve">[09:46] </w:t>
      </w:r>
      <w:r>
        <w:t>kehta hai ke yeh dawat agar khuda ki taraf se hoti to khuda aur farishte barhana surat mein is ke saath maujood hote.</w:t>
      </w:r>
    </w:p>
    <w:p>
      <w:pPr>
        <w:jc w:val="right"/>
      </w:pPr>
      <w:r>
        <w:t>کہتا ہے کہ یہ دعوت اگر خدا کی طرف سے ہوتی تو خدا اور فرشتے برہنہ صورت میں اس کے ساتھ موجود ہوتے۔</w:t>
      </w:r>
    </w:p>
    <w:p>
      <w:r>
        <w:rPr>
          <w:b/>
        </w:rPr>
        <w:t xml:space="preserve">[09:56] </w:t>
      </w:r>
      <w:r>
        <w:t>halankeh yeh khayal sarasar batil hai kyunke khuda aur farishte jab barhana surat mein samne aa jayen to woh faisle ka waqt hota hai na ke dawat aur tablegh ka.</w:t>
      </w:r>
    </w:p>
    <w:p>
      <w:pPr>
        <w:jc w:val="right"/>
      </w:pPr>
      <w:r>
        <w:t>حالانکہ یہ خیال سراسر باطل ہے کیونکہ خدا اور فرشتے جب برہنہ صورت میں سامنے آ جائیں تو وہ فیصلے کا وقت ہوتا ہے نہ کہ دعوت اور تبلیغ کا۔</w:t>
      </w:r>
    </w:p>
    <w:p>
      <w:r>
        <w:rPr>
          <w:b/>
        </w:rPr>
        <w:t xml:space="preserve">[10:10] </w:t>
      </w:r>
      <w:r>
        <w:t>jin logon ko zameen mein jamao hasil ho, jinhon ne apne liye maashi saaz o saman jama kar liya ho, jin ko apne aas pas azmat aur qabooliyat ke mazahir dikhai dete hon, woh hamesha ghalat fehmi mein par jate hain.</w:t>
      </w:r>
    </w:p>
    <w:p>
      <w:pPr>
        <w:jc w:val="right"/>
      </w:pPr>
      <w:r>
        <w:t>جن لوگوں کو زمین میں جماؤ حاصل ہو، جنہوں نے اپنے لیے معاشی ساز و سامان جمع کر لیا ہو، جن کو اپنے آس پاس عظمت اور قبولیت کے مظاہر دکھائی دیتے ہوں، وہ ہمیشہ غلط فہمی میں پڑ جاتے ہیں۔</w:t>
      </w:r>
    </w:p>
    <w:p>
      <w:r>
        <w:rPr>
          <w:b/>
        </w:rPr>
        <w:t xml:space="preserve">[10:32] </w:t>
      </w:r>
      <w:r>
        <w:t>woh apne gird jama shuda cheezon ke muqable mein un cheezon ko haqeer samajh lete hain jo da'i-e-haq ke gird khuda ne jama ki hain.</w:t>
      </w:r>
    </w:p>
    <w:p>
      <w:pPr>
        <w:jc w:val="right"/>
      </w:pPr>
      <w:r>
        <w:t>وہ اپنے گرد جمع شدہ چیزوں کے مقابلے میں ان چیزوں کو حقیر سمجھ لیتے ہیں جو داعی حق کے گرد خدا نے جمع کی ہیں۔</w:t>
      </w:r>
    </w:p>
    <w:p>
      <w:r>
        <w:rPr>
          <w:b/>
        </w:rPr>
        <w:t xml:space="preserve">[10:45] </w:t>
      </w:r>
      <w:r>
        <w:t>un ki yeh khud etimadi itna barhti hai ke woh khuda ki taraf se bhi bekhauf ho jate hain.</w:t>
      </w:r>
    </w:p>
    <w:p>
      <w:pPr>
        <w:jc w:val="right"/>
      </w:pPr>
      <w:r>
        <w:t>ان کی یہ خود اعتمادی اتنا بڑھتی ہے کہ وہ خدا کی طرف سے بھی بے خوف ہو جاتے ہیں۔</w:t>
      </w:r>
    </w:p>
    <w:p>
      <w:r>
        <w:rPr>
          <w:b/>
        </w:rPr>
        <w:t xml:space="preserve">[10:53] </w:t>
      </w:r>
      <w:r>
        <w:t>woh da'i-e-haq ki is tanbih ka mazak urane lagte hain ke tumhari sarkashi jari rahi to tumhari maadi taraqqiyan tum ko khuda ki pakar se na bacha saken gi.</w:t>
      </w:r>
    </w:p>
    <w:p>
      <w:pPr>
        <w:jc w:val="right"/>
      </w:pPr>
      <w:r>
        <w:t>وہ داعی حق کی اس تنبیہ کا مذاق اڑانے لگتے ہیں کہ تمہاری سرکشی جاری رہی تو تمہاری مادی ترقیاں تم کو خدا کی پکڑ سے نہ بچا سکیں گی۔</w:t>
      </w:r>
    </w:p>
    <w:p>
      <w:r>
        <w:rPr>
          <w:b/>
        </w:rPr>
        <w:t xml:space="preserve">[11:08] </w:t>
      </w:r>
      <w:r>
        <w:t>da'i-e-haq ko nachiz samajhna un ki nazar mein da'i ki tanbihat ko bhi nachiz bana deta hai.</w:t>
      </w:r>
    </w:p>
    <w:p>
      <w:pPr>
        <w:jc w:val="right"/>
      </w:pPr>
      <w:r>
        <w:t>داعی حق کو ناچیز سمجھنا ان کی نظر میں داعی کی تنبیہات کو بھی ناچیز بنا دیتا ہے۔</w:t>
      </w:r>
    </w:p>
    <w:p>
      <w:r>
        <w:rPr>
          <w:b/>
        </w:rPr>
        <w:t xml:space="preserve">[11:18] </w:t>
      </w:r>
      <w:r>
        <w:t>maazi ke woh tareekhi waqiyat bhi un ko sabak dene ke liye kafi sabit nahi hote. jab ke badi badi maadi istahkam ke bawajood khuda ne logon ko is tarah mita diya jaise un ki koi qimat hi na thi.</w:t>
      </w:r>
    </w:p>
    <w:p>
      <w:pPr>
        <w:jc w:val="right"/>
      </w:pPr>
      <w:r>
        <w:t>ماضی کے وہ تاریخی واقعات بھی ان کو سبق دینے کے لیے کافی ثابت نہیں ہوتے۔ جب کہ بڑی بڑی مادی استحکام کے باوجود خدا نے لوگوں کو اس طرح مٹا دیا جیسے ان کی کوئی قیمت ہی نہ تھی۔</w:t>
      </w:r>
    </w:p>
    <w:p>
      <w:r>
        <w:rPr>
          <w:b/>
        </w:rPr>
        <w:t xml:space="preserve">[11:39] </w:t>
      </w:r>
      <w:r>
        <w:t>zameen mein bar bar ek qaum ka girna aur doosri qaum ka ubharna zahir karta hai ke yahan mukafaat ka qanoon nafiz hai magar aadmi sabak nahi leta.</w:t>
      </w:r>
    </w:p>
    <w:p>
      <w:pPr>
        <w:jc w:val="right"/>
      </w:pPr>
      <w:r>
        <w:t>زمین میں بار بار ایک قوم کا گرنا اور دوسری قوم کا ابھرنا ظاہر کرتا ہے کہ یہاں مکافات کا قانون نافذ ہے مگر آدمی سبق نہیں لیتا۔</w:t>
      </w:r>
    </w:p>
    <w:p>
      <w:r>
        <w:rPr>
          <w:b/>
        </w:rPr>
        <w:t xml:space="preserve">[11:52] </w:t>
      </w:r>
      <w:r>
        <w:t>pichlay log dobara isi amal ko dohratay hain jis ki waja se aglay log barbad ho gaye.</w:t>
      </w:r>
    </w:p>
    <w:p>
      <w:pPr>
        <w:jc w:val="right"/>
      </w:pPr>
      <w:r>
        <w:t>پچھلے لوگ دوبارہ اسی عمل کو دہراتے ہیں جس کی وجہ سے اگلے لوگ برباد ہو گئے۔</w:t>
      </w:r>
    </w:p>
    <w:p>
      <w:r>
        <w:rPr>
          <w:b/>
        </w:rPr>
        <w:t xml:space="preserve">[12:02] </w:t>
      </w:r>
      <w:r>
        <w:t>walaw nazalna alayka kitaban fi qirtasin</w:t>
      </w:r>
    </w:p>
    <w:p>
      <w:pPr>
        <w:jc w:val="right"/>
      </w:pPr>
      <w:r>
        <w:t>ولو نزلنا علیک کتابا فی قرطاس</w:t>
      </w:r>
    </w:p>
    <w:p>
      <w:r>
        <w:rPr>
          <w:b/>
        </w:rPr>
        <w:t xml:space="preserve">[12:08] </w:t>
      </w:r>
      <w:r>
        <w:t>falamassuhu biaydihim lqala alladhina kafarua</w:t>
      </w:r>
    </w:p>
    <w:p>
      <w:pPr>
        <w:jc w:val="right"/>
      </w:pPr>
      <w:r>
        <w:t>فلمسوه بایدیہم لقال الذین کفروا</w:t>
      </w:r>
    </w:p>
    <w:p>
      <w:r>
        <w:rPr>
          <w:b/>
        </w:rPr>
        <w:t xml:space="preserve">[12:14] </w:t>
      </w:r>
      <w:r>
        <w:t>lqala alladhina kafarua</w:t>
      </w:r>
    </w:p>
    <w:p>
      <w:pPr>
        <w:jc w:val="right"/>
      </w:pPr>
      <w:r>
        <w:t>لقال الذین کفروا</w:t>
      </w:r>
    </w:p>
    <w:p>
      <w:r>
        <w:rPr>
          <w:b/>
        </w:rPr>
        <w:t xml:space="preserve">[12:18] </w:t>
      </w:r>
      <w:r>
        <w:t>in hadha illa sihrun</w:t>
      </w:r>
    </w:p>
    <w:p>
      <w:pPr>
        <w:jc w:val="right"/>
      </w:pPr>
      <w:r>
        <w:t>ان هذا الا سحر</w:t>
      </w:r>
    </w:p>
    <w:p>
      <w:r>
        <w:rPr>
          <w:b/>
        </w:rPr>
        <w:t xml:space="preserve">[12:23] </w:t>
      </w:r>
      <w:r>
        <w:t>mubinu wa qalu lawla</w:t>
      </w:r>
    </w:p>
    <w:p>
      <w:pPr>
        <w:jc w:val="right"/>
      </w:pPr>
      <w:r>
        <w:t>مبین وقالوا لولا</w:t>
      </w:r>
    </w:p>
    <w:p>
      <w:r>
        <w:rPr>
          <w:b/>
        </w:rPr>
        <w:t xml:space="preserve">[12:30] </w:t>
      </w:r>
      <w:r>
        <w:t>unzila alayhi malakun</w:t>
      </w:r>
    </w:p>
    <w:p>
      <w:pPr>
        <w:jc w:val="right"/>
      </w:pPr>
      <w:r>
        <w:t>انزل عليه ملك</w:t>
      </w:r>
    </w:p>
    <w:p>
      <w:r>
        <w:rPr>
          <w:b/>
        </w:rPr>
        <w:t xml:space="preserve">[12:33] </w:t>
      </w:r>
      <w:r>
        <w:t>walaw anzala malakun laqdiya al amru thumma la yunzarun</w:t>
      </w:r>
    </w:p>
    <w:p>
      <w:pPr>
        <w:jc w:val="right"/>
      </w:pPr>
      <w:r>
        <w:t>ولو انزلنا ملكا لقضی الامر ثم لا ينظرون</w:t>
      </w:r>
    </w:p>
    <w:p>
      <w:r>
        <w:rPr>
          <w:b/>
        </w:rPr>
        <w:t xml:space="preserve">[12:44] </w:t>
      </w:r>
      <w:r>
        <w:t>walaw ja alnahu rajulan lajalnahu rajulan</w:t>
      </w:r>
    </w:p>
    <w:p>
      <w:pPr>
        <w:jc w:val="right"/>
      </w:pPr>
      <w:r>
        <w:t>ولو جعلناه ملكا لجعلناه رجلا</w:t>
      </w:r>
    </w:p>
    <w:p>
      <w:r>
        <w:rPr>
          <w:b/>
        </w:rPr>
        <w:t xml:space="preserve">[12:49] </w:t>
      </w:r>
      <w:r>
        <w:t>walalabbasna alayhim ma yulabbisuna</w:t>
      </w:r>
    </w:p>
    <w:p>
      <w:pPr>
        <w:jc w:val="right"/>
      </w:pPr>
      <w:r>
        <w:t>وللبسنا عليهم ما يلبسون</w:t>
      </w:r>
    </w:p>
    <w:p>
      <w:r>
        <w:rPr>
          <w:b/>
        </w:rPr>
        <w:t xml:space="preserve">[12:55] </w:t>
      </w:r>
      <w:r>
        <w:t>walaqad istuhziya birusuli</w:t>
      </w:r>
    </w:p>
    <w:p>
      <w:pPr>
        <w:jc w:val="right"/>
      </w:pPr>
      <w:r>
        <w:t>ولقد استهزئ برسل</w:t>
      </w:r>
    </w:p>
    <w:p>
      <w:r>
        <w:rPr>
          <w:b/>
        </w:rPr>
        <w:t xml:space="preserve">[12:59] </w:t>
      </w:r>
      <w:r>
        <w:t>min qablika fahaqa billadhina sakharu minhum</w:t>
      </w:r>
    </w:p>
    <w:p>
      <w:pPr>
        <w:jc w:val="right"/>
      </w:pPr>
      <w:r>
        <w:t>من قبلك فحاق بالذين سخروا منهم</w:t>
      </w:r>
    </w:p>
    <w:p>
      <w:r>
        <w:rPr>
          <w:b/>
        </w:rPr>
        <w:t xml:space="preserve">[13:05] </w:t>
      </w:r>
      <w:r>
        <w:t>fahaqa billadhina sakharu minhum</w:t>
      </w:r>
    </w:p>
    <w:p>
      <w:pPr>
        <w:jc w:val="right"/>
      </w:pPr>
      <w:r>
        <w:t>فحاق بالذين سخروا منهم</w:t>
      </w:r>
    </w:p>
    <w:p>
      <w:r>
        <w:rPr>
          <w:b/>
        </w:rPr>
        <w:t xml:space="preserve">[13:09] </w:t>
      </w:r>
      <w:r>
        <w:t>ma kanu bihi yastahziuna</w:t>
      </w:r>
    </w:p>
    <w:p>
      <w:pPr>
        <w:jc w:val="right"/>
      </w:pPr>
      <w:r>
        <w:t>ما كانوا به يستهزئون</w:t>
      </w:r>
    </w:p>
    <w:p>
      <w:r>
        <w:rPr>
          <w:b/>
        </w:rPr>
        <w:t xml:space="preserve">[13:15] </w:t>
      </w:r>
      <w:r>
        <w:t>qul siru</w:t>
      </w:r>
    </w:p>
    <w:p>
      <w:pPr>
        <w:jc w:val="right"/>
      </w:pPr>
      <w:r>
        <w:t>قل سيروا</w:t>
      </w:r>
    </w:p>
    <w:p>
      <w:r>
        <w:rPr>
          <w:b/>
        </w:rPr>
        <w:t xml:space="preserve">[13:16] </w:t>
      </w:r>
      <w:r>
        <w:t>fil arzi thumma anzuroo kaifa kana aaqibatu almukazzibeen</w:t>
      </w:r>
    </w:p>
    <w:p>
      <w:pPr>
        <w:jc w:val="right"/>
      </w:pPr>
      <w:r>
        <w:t>في الارض ثم انظروا كيف كان عاقبه المكذبين</w:t>
      </w:r>
    </w:p>
    <w:p>
      <w:r>
        <w:rPr>
          <w:b/>
        </w:rPr>
        <w:t xml:space="preserve">[13:26] </w:t>
      </w:r>
      <w:r>
        <w:t>aur agar hum tum par aisi kitab utarte jo kaghaz mein likhi hui hoti aur woh is ko apne hathon se chho bhi lete tab bhi inkar karne wale yeh kehte ke yeh to ek khula hua jadu hai</w:t>
      </w:r>
    </w:p>
    <w:p>
      <w:pPr>
        <w:jc w:val="right"/>
      </w:pPr>
      <w:r>
        <w:t>اور اگر ہم تم پر ایسی کتاب اتارتے جو کاغذ میں لکھی ہوئی ہوتی اور وہ اس کو اپنے ہاتھوں سے چھو بھی لیتے تب بھی انکار کرنے والے یہ کہتے کہ یہ تو ایک کھلا ہوا جادو ہے</w:t>
      </w:r>
    </w:p>
    <w:p>
      <w:r>
        <w:rPr>
          <w:b/>
        </w:rPr>
        <w:t xml:space="preserve">[13:44] </w:t>
      </w:r>
      <w:r>
        <w:t>aur woh kehte hain ke is par koi farishta kyun nahi utara gaya aur agar hum koi farishta utarte to mamle ka faisla ho jata</w:t>
      </w:r>
    </w:p>
    <w:p>
      <w:pPr>
        <w:jc w:val="right"/>
      </w:pPr>
      <w:r>
        <w:t>اور وہ کہتے ہیں کہ اس پر کوئی فرشتہ کیوں نہیں اتارا گیا اور اگر ہم کوئی فرشتہ اتارتے تو معاملے کا فیصلہ ہو جاتا</w:t>
      </w:r>
    </w:p>
    <w:p>
      <w:r>
        <w:rPr>
          <w:b/>
        </w:rPr>
        <w:t xml:space="preserve">[13:56] </w:t>
      </w:r>
      <w:r>
        <w:t>phir unhein koi mahlat na milti</w:t>
      </w:r>
    </w:p>
    <w:p>
      <w:pPr>
        <w:jc w:val="right"/>
      </w:pPr>
      <w:r>
        <w:t>پھر انہیں کوئی مہلت نہ ملتی</w:t>
      </w:r>
    </w:p>
    <w:p>
      <w:r>
        <w:rPr>
          <w:b/>
        </w:rPr>
        <w:t xml:space="preserve">[14:03] </w:t>
      </w:r>
      <w:r>
        <w:t>aur agar hum kisi farishte ko rasool bana kar bhejte to us ko bhi aadmi banate aur un ko usi shube mein daal dete jis mein woh ab pade hue hain</w:t>
      </w:r>
    </w:p>
    <w:p>
      <w:pPr>
        <w:jc w:val="right"/>
      </w:pPr>
      <w:r>
        <w:t>اور اگر ہم کسی فرشتے کو رسول بنا کر بھیجتے تو اس کو بھی آدمی بناتے اور ان کو اسی شعبے میں ڈال دیتے جس میں وہ اب پڑے ہوئے ہیں</w:t>
      </w:r>
    </w:p>
    <w:p>
      <w:r>
        <w:rPr>
          <w:b/>
        </w:rPr>
        <w:t xml:space="preserve">[14:16] </w:t>
      </w:r>
      <w:r>
        <w:t>aur tum se pehle bhi rasoolon ka mazak uraya gaya to un mein se jin logon ne mazak uraya un ko us cheez ne aagheira jis ka woh mazak urate the. kaho zameen mein chalo phiro aur dekho ke jhutlane walon ka anjam kya hua</w:t>
      </w:r>
    </w:p>
    <w:p>
      <w:pPr>
        <w:jc w:val="right"/>
      </w:pPr>
      <w:r>
        <w:t>اور تم سے پہلے بھی رسولوں کا مذاق اڑایا گیا تو ان میں سے جن لوگوں نے مذاق اڑایا ان کو اس چیز نے آ گھیرا جس کا وہ مذاق اڑاتے تھے کہو زمین میں چلو پھرو اور دیکھو کہ جھٹلانے والوں کا انجام کیا ہوا</w:t>
      </w:r>
    </w:p>
    <w:p>
      <w:r>
        <w:rPr>
          <w:b/>
        </w:rPr>
        <w:t xml:space="preserve">[14:38] </w:t>
      </w:r>
      <w:r>
        <w:t>dunya mein aadmi ki gumrahi ka sabab yeh hai ke yahan us ko haq inkar ki poori azadi mili hui hai hatta ke us ko yeh mauqa bhi hasil hai ke woh apne afkar ki khoobsurat tawjeeh kar sake. imtehan ki is dunya mein itni wusat hai ke yahan alfaz har us mafhoom mein dhal jate hain jis mein insan un ko dhalna chahe.</w:t>
      </w:r>
    </w:p>
    <w:p>
      <w:pPr>
        <w:jc w:val="right"/>
      </w:pPr>
      <w:r>
        <w:t>دنیا میں آدمی کی گمراہی کا سبب یہ ہے کہ یہاں اس کو حق انکار کی پوری آزادی ملی ہوئی ہے حتی کہ اس کو یہ موقع بھی حاصل ہے کہ وہ اپنے افکار کی خوبصورت توجیح کر سکے امتحان کی اس دنیا میں اتنی وسعت ہے کہ یہاں الفاظ ہر اس مفہوم میں ڈھل جاتے ہیں جس میں انسان ان کو ڈھالنا چاہے</w:t>
      </w:r>
    </w:p>
    <w:p>
      <w:r>
        <w:rPr>
          <w:b/>
        </w:rPr>
        <w:t xml:space="preserve">[15:08] </w:t>
      </w:r>
      <w:r>
        <w:t>daii agar aik aam insan ke roop mein zahir ho to aadmi us ko yeh keh kar nazar</w:t>
      </w:r>
    </w:p>
    <w:p>
      <w:pPr>
        <w:jc w:val="right"/>
      </w:pPr>
      <w:r>
        <w:t>داعی اگر ایک عام انسان کے روپ میں ظاہر ہو تو آدمی اس کو یہ کہہ کر نظر</w:t>
      </w:r>
    </w:p>
    <w:p>
      <w:r>
        <w:rPr>
          <w:b/>
        </w:rPr>
        <w:t xml:space="preserve">[15:14] </w:t>
      </w:r>
      <w:r>
        <w:t>andaz kar sakta hai ke yeh aik shakhs ka qiyadati hosla hai na ke koi haq o sadaqat</w:t>
      </w:r>
    </w:p>
    <w:p>
      <w:pPr>
        <w:jc w:val="right"/>
      </w:pPr>
      <w:r>
        <w:t>انداز کر سکتا ہے کہ یہ ایک شخص کا قیادتی حوصلہ ہے نہ کہ کوئی حق و صداقت</w:t>
      </w:r>
    </w:p>
    <w:p>
      <w:r>
        <w:rPr>
          <w:b/>
        </w:rPr>
        <w:t xml:space="preserve">[15:22] </w:t>
      </w:r>
      <w:r>
        <w:t>ka mamla isi tarah agar aasman se koi likhi hui kitab utar aaye to us ko radd karne</w:t>
      </w:r>
    </w:p>
    <w:p>
      <w:pPr>
        <w:jc w:val="right"/>
      </w:pPr>
      <w:r>
        <w:t>کا معاملہ اسی طرح اگر آسمان سے کوئی لکھی ہوئی کتاب اتر آئے تو اس کو رد کرنے</w:t>
      </w:r>
    </w:p>
    <w:p>
      <w:r>
        <w:rPr>
          <w:b/>
        </w:rPr>
        <w:t xml:space="preserve">[15:31] </w:t>
      </w:r>
      <w:r>
        <w:t>ke liye bhi woh yeh lafz pa lega ke yeh to aik jadu hai</w:t>
      </w:r>
    </w:p>
    <w:p>
      <w:pPr>
        <w:jc w:val="right"/>
      </w:pPr>
      <w:r>
        <w:t>کے لیے بھی وہ یہ لفظ پا لے گا کہ یہ تو ایک جادو ہے</w:t>
      </w:r>
    </w:p>
    <w:p>
      <w:r>
        <w:rPr>
          <w:b/>
        </w:rPr>
        <w:t xml:space="preserve">[15:41] </w:t>
      </w:r>
      <w:r>
        <w:t>makkah ke log kehte thay ke peghambar agar khuda ki taraf se is ki peghambari ke liye muqarrar kiya gaya hai to is ke sath khuda ke farishtay kyun nahin jo is ki tasdeeq karen is qism ki baatein aadmi is liye kehta hai ke woh dawat ke maamle mein sanjeeda nahin hota agar woh sanjeeda ho to is ko foran maloom ho jaye ke yeh dunya imtehan ki dunya hai</w:t>
      </w:r>
    </w:p>
    <w:p>
      <w:pPr>
        <w:jc w:val="right"/>
      </w:pPr>
      <w:r>
        <w:t>مکہ کے لوگ کہتے تھے کہ پیغمبر اگر خدا کی طرف سے اس کی پیغمبری کے لیے مقرر کیا گیا ہے تو اس کے ساتھ خدا کے فرشتے کیوں نہیں جو اس کی تصدیق کریں اس قسم کی باتیں آدمی اس لیے کہتا ہے کہ وہ دعوت کے معاملے میں سنجیدہ نہیں ہوتا اگر وہ سنجیدہ ہو تو اس کو فوراً معلوم ہو جائے کہ یہ دنیا امتحان کی دنیا ہے</w:t>
      </w:r>
    </w:p>
    <w:p>
      <w:r>
        <w:rPr>
          <w:b/>
        </w:rPr>
        <w:t xml:space="preserve">[16:10] </w:t>
      </w:r>
      <w:r>
        <w:t>imtehan isi waqt ho sakta hai jab ke ghaybi haqiqaton par parda pada hua ho agar ghaybi haqiqaten khul jayen aur khuda aur is ke farishtay samne aa jayen to phir peghambari aur dawat rasani ka koi sawal hi na hoga kyunke is ke baad kisi ko yeh jurrat hi na hogi ke woh haqayiq ka inkar kar sake</w:t>
      </w:r>
    </w:p>
    <w:p>
      <w:pPr>
        <w:jc w:val="right"/>
      </w:pPr>
      <w:r>
        <w:t>امتحان اسی وقت ہو سکتا ہے جب کہ غیبی حقیقتوں پر پردہ پڑا ہوا ہو اگر غیبی حقیقتیں کھل جائیں اور خدا اور اس کے فرشتے سامنے آ جائیں تو پھر پیغمبری اور دعوت رسانی کا کوئی سوال ہی نہ ہوگا کیونکہ اس کے بعد کسی کو یہ جرات ہی نہ ہوگی کہ وہ حقائق کا انکار کر سکے</w:t>
      </w:r>
    </w:p>
    <w:p>
      <w:r>
        <w:rPr>
          <w:b/>
        </w:rPr>
        <w:t xml:space="preserve">[16:40] </w:t>
      </w:r>
      <w:r>
        <w:t>maujooda dunya mein log apni zahir parasti ki wajah se khuda ke daai ko is ki baaton ki azmat mein nahin dekh paate woh is ka andaza sirf is ke zahiri pehlu ke aitbar se karte hain aur zahiri aitbar se ghair aham pa kar is ka inkar kar dete hain hatta ke woh is ka mazak urane lagte hain</w:t>
      </w:r>
    </w:p>
    <w:p>
      <w:pPr>
        <w:jc w:val="right"/>
      </w:pPr>
      <w:r>
        <w:t>موجودہ دنیا میں لوگ اپنی ظاہر پرستی کی وجہ سے خدا کے داعی کو اس کی باتوں کی عظمت میں نہیں دیکھ پاتے وہ اس کا اندازہ صرف اس کے ظاہری پہلو کے اعتبار سے کرتے ہیں اور ظاہری اعتبار سے غیر اہم پا کر اس کا انکار کر دیتے ہیں حتی کہ وہ اس کا مذاق اڑانے لگتے ہیں</w:t>
      </w:r>
    </w:p>
    <w:p>
      <w:r>
        <w:rPr>
          <w:b/>
        </w:rPr>
        <w:t xml:space="preserve">[17:06] </w:t>
      </w:r>
      <w:r>
        <w:t>khuda ke daai ka maamla un ko aisa maloom hota hai jaise ek mamooli aadmi achanak uth kar bohat bari hasiyat ka daawa karne lage</w:t>
      </w:r>
    </w:p>
    <w:p>
      <w:pPr>
        <w:jc w:val="right"/>
      </w:pPr>
      <w:r>
        <w:t>خدا کے داعی کا معاملہ ان کو ایسا معلوم ہوتا ہے جیسے ایک معمولی آدمی اچانک اٹھ کر بہت بڑی حیثیت کا دعویٰ کرنے لگے</w:t>
      </w:r>
    </w:p>
    <w:p>
      <w:r>
        <w:rPr>
          <w:b/>
        </w:rPr>
        <w:t xml:space="preserve">[17:22] </w:t>
      </w:r>
      <w:r>
        <w:t>is dunya mein dawat rasani ka sara maamla khuda ke qanoon iltibas ke tehat hota hai yahan haq ke upar ek shubah ka pehlu rakha gaya hai</w:t>
      </w:r>
    </w:p>
    <w:p>
      <w:pPr>
        <w:jc w:val="right"/>
      </w:pPr>
      <w:r>
        <w:t>اس دنیا میں دعوت رسانی کا سارا معاملہ خدا کے قانون التباس کے تحت ہوتا ہے یہاں حق کے اوپر ایک شبہ کا پہلو رکھا گیا ہے</w:t>
      </w:r>
    </w:p>
    <w:p>
      <w:r>
        <w:rPr>
          <w:b/>
        </w:rPr>
        <w:t xml:space="preserve">[17:34] </w:t>
      </w:r>
      <w:r>
        <w:t>taake aadmi iqrar ke dalail ke sath kuch inkar ke wujuh bhi pa sakta ho aadmi ka asal imtehan yeh hai ke woh is shubah ke parde ko phaar kar apne ko yaqeen ke maqam par pohanchaye woh shubah ke pehlu ko hadaf kar ke yaqeen ke pehluon ko le le</w:t>
      </w:r>
    </w:p>
    <w:p>
      <w:pPr>
        <w:jc w:val="right"/>
      </w:pPr>
      <w:r>
        <w:t>تاکہ آدمی اقرار کے دلائل کے ساتھ کچھ انکار کے وجوہ بھی پا سکتا ہو آدمی کا اصل امتحان یہ ہے کہ وہ اس شبہ کے پردے کو پھاڑ کر اپنے کو یقین کے مقام پر پہنچائے وہ شبہ کے پہلو کو حذف کر کے یقین کے پہلوؤں کو لے لے</w:t>
      </w:r>
    </w:p>
    <w:p>
      <w:r>
        <w:rPr>
          <w:b/>
        </w:rPr>
        <w:t xml:space="preserve">[17:59] </w:t>
      </w:r>
      <w:r>
        <w:t>aadmi ka asal imtehan yeh hai ke woh dekhe baghair maane jab haqiqat ko dikha diya jaye to phir manne ki koi qeemat nahin</w:t>
      </w:r>
    </w:p>
    <w:p>
      <w:pPr>
        <w:jc w:val="right"/>
      </w:pPr>
      <w:r>
        <w:t>آدمی کا اصل امتحان یہ ہے کہ وہ دیکھے بغیر مانے جب حقیقت کو دکھا دیا جائے تو پھر ماننے کی کوئی قیمت نہیں</w:t>
      </w:r>
    </w:p>
    <w:p>
      <w:r>
        <w:rPr>
          <w:b/>
        </w:rPr>
        <w:t xml:space="preserve">[18:15] </w:t>
      </w:r>
      <w:r>
        <w:t>fi alsamawati wal ardi qul allahu</w:t>
      </w:r>
    </w:p>
    <w:p>
      <w:pPr>
        <w:jc w:val="right"/>
      </w:pPr>
      <w:r>
        <w:t>فی السماوات والارض قل اللہ</w:t>
      </w:r>
    </w:p>
    <w:p>
      <w:r>
        <w:rPr>
          <w:b/>
        </w:rPr>
        <w:t xml:space="preserve">[18:23] </w:t>
      </w:r>
      <w:r>
        <w:t>kataba ala nafsihi alrahmata</w:t>
      </w:r>
    </w:p>
    <w:p>
      <w:pPr>
        <w:jc w:val="right"/>
      </w:pPr>
      <w:r>
        <w:t>کتب علی نفسہ الرحمہ</w:t>
      </w:r>
    </w:p>
    <w:p>
      <w:r>
        <w:rPr>
          <w:b/>
        </w:rPr>
        <w:t xml:space="preserve">[18:27] </w:t>
      </w:r>
      <w:r>
        <w:t>layajma annakum ila yawmi alqiyamati la rayba fihi</w:t>
      </w:r>
    </w:p>
    <w:p>
      <w:pPr>
        <w:jc w:val="right"/>
      </w:pPr>
      <w:r>
        <w:t>لیجمعنکم الی یوم القیامۃ لا ریب فیہ</w:t>
      </w:r>
    </w:p>
    <w:p>
      <w:r>
        <w:rPr>
          <w:b/>
        </w:rPr>
        <w:t xml:space="preserve">[18:36] </w:t>
      </w:r>
      <w:r>
        <w:t>allazina khasiruu anfusahum fahum laa yuminuun</w:t>
      </w:r>
    </w:p>
    <w:p>
      <w:pPr>
        <w:jc w:val="right"/>
      </w:pPr>
      <w:r>
        <w:t>الذین خسروا انفسہم فہم لا یؤمنون</w:t>
      </w:r>
    </w:p>
    <w:p>
      <w:r>
        <w:rPr>
          <w:b/>
        </w:rPr>
        <w:t xml:space="preserve">[18:46] </w:t>
      </w:r>
      <w:r>
        <w:t>wa lahu maa sakan fil laili wan nahaar</w:t>
      </w:r>
    </w:p>
    <w:p>
      <w:pPr>
        <w:jc w:val="right"/>
      </w:pPr>
      <w:r>
        <w:t>ولہ ما سکن فی الليل والنهار</w:t>
      </w:r>
    </w:p>
    <w:p>
      <w:r>
        <w:rPr>
          <w:b/>
        </w:rPr>
        <w:t xml:space="preserve">[18:51] </w:t>
      </w:r>
      <w:r>
        <w:t>wa huwas samii'ul 'aliim</w:t>
      </w:r>
    </w:p>
    <w:p>
      <w:pPr>
        <w:jc w:val="right"/>
      </w:pPr>
      <w:r>
        <w:t>وهو السميع العلیم</w:t>
      </w:r>
    </w:p>
    <w:p>
      <w:r>
        <w:rPr>
          <w:b/>
        </w:rPr>
        <w:t xml:space="preserve">[18:55] </w:t>
      </w:r>
      <w:r>
        <w:t>qul aghairallaahi attakhidhu waliyyan</w:t>
      </w:r>
    </w:p>
    <w:p>
      <w:pPr>
        <w:jc w:val="right"/>
      </w:pPr>
      <w:r>
        <w:t>قل اغير اللہ اتخذ ولیا</w:t>
      </w:r>
    </w:p>
    <w:p>
      <w:r>
        <w:rPr>
          <w:b/>
        </w:rPr>
        <w:t xml:space="preserve">[19:00] </w:t>
      </w:r>
      <w:r>
        <w:t>faathir</w:t>
      </w:r>
    </w:p>
    <w:p>
      <w:pPr>
        <w:jc w:val="right"/>
      </w:pPr>
      <w:r>
        <w:t>فاطر</w:t>
      </w:r>
    </w:p>
    <w:p>
      <w:r>
        <w:rPr>
          <w:b/>
        </w:rPr>
        <w:t xml:space="preserve">[19:01] </w:t>
      </w:r>
      <w:r>
        <w:t>as samaawaati wal ardhi wa huwa yuth'imu wa laa yuth'am qul innii</w:t>
      </w:r>
    </w:p>
    <w:p>
      <w:pPr>
        <w:jc w:val="right"/>
      </w:pPr>
      <w:r>
        <w:t>السماوات والارض وهو يطعم ولا يطعم قل انی</w:t>
      </w:r>
    </w:p>
    <w:p>
      <w:r>
        <w:rPr>
          <w:b/>
        </w:rPr>
        <w:t xml:space="preserve">[19:10] </w:t>
      </w:r>
      <w:r>
        <w:t>umirtu an akuuna awwala man aslama wa laa takuunanna</w:t>
      </w:r>
    </w:p>
    <w:p>
      <w:pPr>
        <w:jc w:val="right"/>
      </w:pPr>
      <w:r>
        <w:t>امرت ان اكون اول من اسلم ولا تكونن</w:t>
      </w:r>
    </w:p>
    <w:p>
      <w:r>
        <w:rPr>
          <w:b/>
        </w:rPr>
        <w:t xml:space="preserve">[19:16] </w:t>
      </w:r>
      <w:r>
        <w:t>minal mushrikiin qul innii</w:t>
      </w:r>
    </w:p>
    <w:p>
      <w:pPr>
        <w:jc w:val="right"/>
      </w:pPr>
      <w:r>
        <w:t>من المشرکین قل انی</w:t>
      </w:r>
    </w:p>
    <w:p>
      <w:r>
        <w:rPr>
          <w:b/>
        </w:rPr>
        <w:t xml:space="preserve">[19:24] </w:t>
      </w:r>
      <w:r>
        <w:t>akhaaful in 'asoytu rabbii 'adzaaba yawmin 'aziim</w:t>
      </w:r>
    </w:p>
    <w:p>
      <w:pPr>
        <w:jc w:val="right"/>
      </w:pPr>
      <w:r>
        <w:t>اخاف ان عصیت ربی عذاب يوم عظیم</w:t>
      </w:r>
    </w:p>
    <w:p>
      <w:r>
        <w:rPr>
          <w:b/>
        </w:rPr>
        <w:t xml:space="preserve">[19:31] </w:t>
      </w:r>
      <w:r>
        <w:t>man yasrif 'anhu yawma'idhin faqad rahimahu wa dhalika al-fawz al-mubin</w:t>
      </w:r>
    </w:p>
    <w:p>
      <w:pPr>
        <w:jc w:val="right"/>
      </w:pPr>
      <w:r>
        <w:t>من یصرف عنہ یومئذ فقد رحمه وذلك الفوز المبین</w:t>
      </w:r>
    </w:p>
    <w:p>
      <w:r>
        <w:rPr>
          <w:b/>
        </w:rPr>
        <w:t xml:space="preserve">[19:45] </w:t>
      </w:r>
      <w:r>
        <w:t>poochho ke kis ka hai jo kuch aasmanon aur zameen mein hai kaho sab kuch Allah ka hai is ne apne upar rehmat likh li hai woh zaroor tum ko jama karega qayamat ke din is mein koi shubah nahin jin logon ne apne aap ko ghaate mein dala wohi hain jo is par iman nahin laate</w:t>
      </w:r>
    </w:p>
    <w:p>
      <w:pPr>
        <w:jc w:val="right"/>
      </w:pPr>
      <w:r>
        <w:t>پوچھو کہ کس کا ہے جو کچھ آسمانوں اور زمین میں ہے کہو سب کچھ اللہ کا ہے اس نے اپنے اوپر رحمت لکھ لی ہے وہ ضرور تم کو جمع کرے گا قیامت کے دن اس میں کوئی شک نہیں جن لوگوں نے اپنے آپ کو گھاٹے میں ڈالا وہی ہیں جو اس پر ایمان نہیں لاتے</w:t>
      </w:r>
    </w:p>
    <w:p>
      <w:r>
        <w:rPr>
          <w:b/>
        </w:rPr>
        <w:t xml:space="preserve">[20:11] </w:t>
      </w:r>
      <w:r>
        <w:t>aur Allah hi ka hai jo kuch theherta hai raat mein aur jo kuch din mein aur woh sab kuch sunne wala janne wala hai kaho kya main Allah ke siwa kisi aur ko madadgar banaon jo banane wala hai aasmanon aur zameen ka aur woh sab ko khilata hai aur is ko koi nahin khilata</w:t>
      </w:r>
    </w:p>
    <w:p>
      <w:pPr>
        <w:jc w:val="right"/>
      </w:pPr>
      <w:r>
        <w:t>اور اللہ ہی کا ہے جو کچھ ٹھہرتا ہے رات میں اور جو کچھ دن میں اور وہ سب کچھ سننے والا جاننے والا ہے کہو کیا میں اللہ کے سوا کسی اور کو مددگار بناؤں جو بنانے والا ہے آسمانوں اور زمین کا اور وہ سب کو کھلاتا ہے اور اس کو کوئی نہیں کھلاتا</w:t>
      </w:r>
    </w:p>
    <w:p>
      <w:r>
        <w:rPr>
          <w:b/>
        </w:rPr>
        <w:t xml:space="preserve">[20:38] </w:t>
      </w:r>
      <w:r>
        <w:t>kaho mujh ko hukum mila hai ke main sab se pehle islam lanay wala banoon aur tum hargiz mushrikon mein se na bano kaho agar main apne rab ki nafarmani karoon to main aik barhe din ke azab se darta hoon</w:t>
      </w:r>
    </w:p>
    <w:p>
      <w:pPr>
        <w:jc w:val="right"/>
      </w:pPr>
      <w:r>
        <w:t>کہو مجھ کو حکم ملا ہے کہ میں سب سے پہلے اسلام لانے والا بنوں اور تم ہرگز مشرکوں میں سے نہ بنو کہو اگر میں اپنے رب کی نافرمانی کروں تو میں ایک بڑے دن کے عذاب سے ڈرتا ہوں</w:t>
      </w:r>
    </w:p>
    <w:p>
      <w:r>
        <w:rPr>
          <w:b/>
        </w:rPr>
        <w:t xml:space="preserve">[20:59] </w:t>
      </w:r>
      <w:r>
        <w:t>jis shakhs se woh is roz hata liya gaya us par Allah ne bara reham farmaya aur yahi</w:t>
      </w:r>
    </w:p>
    <w:p>
      <w:pPr>
        <w:jc w:val="right"/>
      </w:pPr>
      <w:r>
        <w:t>جس شخص سے وہ اس روز ہٹا لیا گیا اس پر اللہ نے بڑا رحم فرمایا اور یہی</w:t>
      </w:r>
    </w:p>
    <w:p>
      <w:r>
        <w:rPr>
          <w:b/>
        </w:rPr>
        <w:t xml:space="preserve">[21:07] </w:t>
      </w:r>
      <w:r>
        <w:t>khuli kamyaabi hai</w:t>
      </w:r>
    </w:p>
    <w:p>
      <w:pPr>
        <w:jc w:val="right"/>
      </w:pPr>
      <w:r>
        <w:t>کھلی کامیابی ہے</w:t>
      </w:r>
    </w:p>
    <w:p>
      <w:r>
        <w:rPr>
          <w:b/>
        </w:rPr>
        <w:t xml:space="preserve">[21:11] </w:t>
      </w:r>
      <w:r>
        <w:t>tashriih insaan khule hue haq ka inkaar karta hai woh taaqat pa kar doosron ko zaleel karta hai</w:t>
      </w:r>
    </w:p>
    <w:p>
      <w:pPr>
        <w:jc w:val="right"/>
      </w:pPr>
      <w:r>
        <w:t>تشریح انسان کھلے ہوئے حق کا انکار کرتا ہے وہ طاقت پا کر دوسروں کو ذلیل کرتا ہے</w:t>
      </w:r>
    </w:p>
    <w:p>
      <w:r>
        <w:rPr>
          <w:b/>
        </w:rPr>
        <w:t xml:space="preserve">[21:22] </w:t>
      </w:r>
      <w:r>
        <w:t>ek insaan doosre insaan ko apne zulm ka nishana banata hai aisa kyun hai</w:t>
      </w:r>
    </w:p>
    <w:p>
      <w:pPr>
        <w:jc w:val="right"/>
      </w:pPr>
      <w:r>
        <w:t>ایک انسان دوسرے انسان کو اپنے ظلم کا نشانہ بناتا ہے ایسا کیوں ہے</w:t>
      </w:r>
    </w:p>
    <w:p>
      <w:r>
        <w:rPr>
          <w:b/>
        </w:rPr>
        <w:t xml:space="preserve">[21:29] </w:t>
      </w:r>
      <w:r>
        <w:t>kya insaan ko is dunya mein mutlaq ikhtiyar hasil hai kya yahan is ka koi hath pakarne wala nahin kya khuda ke haan tazad hai ke is ne baqiya dunya ko rehmat o ma'nawiyat se bhar rakha hai aur insaan ki dunya ko zulm aur be insafi se aisa nahin hai</w:t>
      </w:r>
    </w:p>
    <w:p>
      <w:pPr>
        <w:jc w:val="right"/>
      </w:pPr>
      <w:r>
        <w:t>کیا انسان کو اس دنیا میں مطلق اقتدار حاصل ہے کیا یہاں اس کا کوئی ہاتھ پکڑنے والا نہیں کیا خدا کے ہاں تضاد ہے کہ اس نے بقیہ دنیا کو رحمت و معنویت سے بھر رکھا ہے اور انسان کی دنیا کو ظلم اور بے انصافی سے ایسا نہیں ہے</w:t>
      </w:r>
    </w:p>
    <w:p>
      <w:r>
        <w:rPr>
          <w:b/>
        </w:rPr>
        <w:t xml:space="preserve">[21:54] </w:t>
      </w:r>
      <w:r>
        <w:t>jo khuda zameen o asman ka malik hai wohi khuda is makhlooq ka malik bhi hai jo din ko mutharrik hoti hai aur raaton ko qaraar pakarti hai khuda jis tarah baqiya kainat ke liye sarapa rehmat hai isi tarah woh insaan ke liye bhi sarapa rehmat hai</w:t>
      </w:r>
    </w:p>
    <w:p>
      <w:pPr>
        <w:jc w:val="right"/>
      </w:pPr>
      <w:r>
        <w:t>جو خدا زمین و آسمان کا مالک ہے وہی خدا اس مخلوق کا مالک بھی ہے جو دن کو متحرک ہوتی ہے اور راتوں کو قرار پکڑتی ہے خدا جس طرح بقیہ کائنات کے لیے سراپا رحمت ہے اسی طرح وہ انسان کے لیے بھی سراپا رحمت ہے</w:t>
      </w:r>
    </w:p>
    <w:p>
      <w:r>
        <w:rPr>
          <w:b/>
        </w:rPr>
        <w:t xml:space="preserve">[22:17] </w:t>
      </w:r>
      <w:r>
        <w:t>farq yeh hai ke baqiya dunya mein khuda ki rehmaton ka zahoor awwal din se hai aur insaan ki dunya mein is ki rehmaton ka kamil zahoor qayamat ke din hoga</w:t>
      </w:r>
    </w:p>
    <w:p>
      <w:pPr>
        <w:jc w:val="right"/>
      </w:pPr>
      <w:r>
        <w:t>فرق یہ ہے کہ بقیہ دنیا میں خدا کی رحمتوں کا ظہور اول دن سے ہے اور انسان کی دنیا میں اس کی رحمتوں کا کامل ظہور قیامت کے دن ہوگا</w:t>
      </w:r>
    </w:p>
    <w:p>
      <w:r>
        <w:rPr>
          <w:b/>
        </w:rPr>
        <w:t xml:space="preserve">[22:34] </w:t>
      </w:r>
      <w:r>
        <w:t>insaan aik iradi makhlooq hai aur is se iradi ibadat matloob hai</w:t>
      </w:r>
    </w:p>
    <w:p>
      <w:pPr>
        <w:jc w:val="right"/>
      </w:pPr>
      <w:r>
        <w:t>انسان ایک ارادی مخلوق ہے اور اس سے ارادی عبادت مطلوب ہے</w:t>
      </w:r>
    </w:p>
    <w:p>
      <w:r>
        <w:rPr>
          <w:b/>
        </w:rPr>
        <w:t xml:space="preserve">[22:43] </w:t>
      </w:r>
      <w:r>
        <w:t>isi se yeh baat nikalti hai ke jo log apne irade ka sahi istemal na karen woh is qabil nahin ke un ko khuda ki rehmaton mein hissa daar banaya jaye kyunke unhon ne apni takhleeq ke maqsad ko poora na kiya</w:t>
      </w:r>
    </w:p>
    <w:p>
      <w:pPr>
        <w:jc w:val="right"/>
      </w:pPr>
      <w:r>
        <w:t>اسی سے یہ بات نکلتی ہے کہ جو لوگ اپنے ارادے کا صحیح استعمال نہ کریں وہ اس قابل نہیں کہ ان کو خدا کی رحمتوں میں حصہ دار بنایا جائے کیونکہ انہوں نے اپنی تخلیق کے مقصد کو پورا نہ کیا</w:t>
      </w:r>
    </w:p>
    <w:p>
      <w:r>
        <w:rPr>
          <w:b/>
        </w:rPr>
        <w:t xml:space="preserve">[23:07] </w:t>
      </w:r>
      <w:r>
        <w:t>azmaish ki muddat poori hone ke baad sare log aik nai dunya mein jama kiye jayenge is din khuda isi tarah dunya ka intezam apne hath mein le lega jis tarah aaj woh baqiya kainat ka intezam apne hath mein liye hue hai is roz khuda ka insaf ka tarazu khara hoga</w:t>
      </w:r>
    </w:p>
    <w:p>
      <w:pPr>
        <w:jc w:val="right"/>
      </w:pPr>
      <w:r>
        <w:t>ازمائشی مدت پوری ہونے کے بعد سارے لوگ ایک نئی دنیا میں جمع کیے جائیں گے اس دن خدا اسی طرح دنیا کا انتظام اپنے ہاتھ میں لے لے گا جس طرح اج وہ بقیہ کائنات کا انتظام اپنے ہاتھ میں لیے ہوئے ہے اس روز خدا کا انصاف کا ترازو کھڑا ہوگا</w:t>
      </w:r>
    </w:p>
    <w:p>
      <w:r>
        <w:rPr>
          <w:b/>
        </w:rPr>
        <w:t xml:space="preserve">[23:33] </w:t>
      </w:r>
      <w:r>
        <w:t>is din woh log sarfaraz honge jinhon ne haqiqat waqia ka itraf kar ke apne ko khudaai itaat mein de diya aur woh log ghaate mein rahenge jinhon ne haqiqat waqia ka itraf nahin kiya aur khuda ki dunya mein sarkashi aur hat dharmi ke tareeqay par chalte rahe</w:t>
      </w:r>
    </w:p>
    <w:p>
      <w:pPr>
        <w:jc w:val="right"/>
      </w:pPr>
      <w:r>
        <w:t>اس دن وہ لوگ سرفراز ہوں گے جنہوں نے حقیقت واقعہ کا اعتراف کر کے اپنے کو خدائی اطاعت میں دے دیا اور وہ لوگ گھاٹے میں رہیں گے جنہوں نے حقیقت واقعہ کا اعتراف نہیں کیا اور خدا کی دنیا میں سرکشی اور ہٹ دھرمی کے طریقے پر چلتے رہے</w:t>
      </w:r>
    </w:p>
    <w:p>
      <w:r>
        <w:rPr>
          <w:b/>
        </w:rPr>
        <w:t xml:space="preserve">[24:01] </w:t>
      </w:r>
      <w:r>
        <w:t>insaan jab bhi sarkashi karta hai kisi barhte par karta hai magar jin cheezon ke barhte par insaan sarkashi karta hai un ki is kainat mein koi qeemat nahin yahan har cheez be zor hai zor wala sirf aik khuda hai sab is ke mohtaj hain aur woh kisi ka mohtaj nahin</w:t>
      </w:r>
    </w:p>
    <w:p>
      <w:pPr>
        <w:jc w:val="right"/>
      </w:pPr>
      <w:r>
        <w:t>انسان جب بھی سرکشی کرتا ہے کسی برتے پر کرتا ہے مگر جن چیزوں کے برتے پر انسان سرکشی کرتا ہے ان کی اس کائنات میں کوئی قیمت نہیں یہاں ہر چیز بے زور ہے زور والا صرف ایک خدا ہے سب اس کے محتاج ہیں اور وہ کسی کا محتاج نہیں</w:t>
      </w:r>
    </w:p>
    <w:p>
      <w:r>
        <w:rPr>
          <w:b/>
        </w:rPr>
        <w:t xml:space="preserve">[24:29] </w:t>
      </w:r>
      <w:r>
        <w:t>is liye faisle ke din wohi shakhs bhamurad hoga jis ne haqeeqi sahare ko apna sahara banaya hoga jis ne haqeeqi deen ko apni zindagi ke deen ki hasiyat se ikhtiyar kiya hoga</w:t>
      </w:r>
    </w:p>
    <w:p>
      <w:pPr>
        <w:jc w:val="right"/>
      </w:pPr>
      <w:r>
        <w:t>اس لیے فیصلے کے دن وہی شخص بامراد ہوگا جس نے حقیقی سہارے کو اپنا سہارا بنایا ہوگا جس نے حقیقی دین کو اپنی زندگی کے دین کی حیثیت سے اختیار کیا ہوگا</w:t>
      </w:r>
    </w:p>
    <w:p>
      <w:r>
        <w:rPr>
          <w:b/>
        </w:rPr>
        <w:t xml:space="preserve">[24:50] </w:t>
      </w:r>
      <w:r>
        <w:t>allaahu falaa kaashifa lahu</w:t>
      </w:r>
    </w:p>
    <w:p>
      <w:pPr>
        <w:jc w:val="right"/>
      </w:pPr>
      <w:r>
        <w:t>اللہ فلا کاشف له</w:t>
      </w:r>
    </w:p>
    <w:p>
      <w:r>
        <w:rPr>
          <w:b/>
        </w:rPr>
        <w:t xml:space="preserve">[24:56] </w:t>
      </w:r>
      <w:r>
        <w:t>illaa huwa wa in yamsask bikhairun fa huwa 'alaa kulli shai'in qadiir</w:t>
      </w:r>
    </w:p>
    <w:p>
      <w:pPr>
        <w:jc w:val="right"/>
      </w:pPr>
      <w:r>
        <w:t>الاھو وانیمسسک بخیر فہو علی کل شی قدیر</w:t>
      </w:r>
    </w:p>
    <w:p>
      <w:r>
        <w:rPr>
          <w:b/>
        </w:rPr>
        <w:t xml:space="preserve">[25:09] </w:t>
      </w:r>
      <w:r>
        <w:t>wa huwal qahiru fawqa 'ibaadihi wa huwal hakiimul khabiir</w:t>
      </w:r>
    </w:p>
    <w:p>
      <w:pPr>
        <w:jc w:val="right"/>
      </w:pPr>
      <w:r>
        <w:t>وهو القاہر فوق عباده وهو الحکیم الخبیر</w:t>
      </w:r>
    </w:p>
    <w:p>
      <w:r>
        <w:rPr>
          <w:b/>
        </w:rPr>
        <w:t xml:space="preserve">[25:17] </w:t>
      </w:r>
      <w:r>
        <w:t>qul ayyu shai'in akbaru shahaadatan</w:t>
      </w:r>
    </w:p>
    <w:p>
      <w:pPr>
        <w:jc w:val="right"/>
      </w:pPr>
      <w:r>
        <w:t>قل ای شی اکبر شہادہ</w:t>
      </w:r>
    </w:p>
    <w:p>
      <w:r>
        <w:rPr>
          <w:b/>
        </w:rPr>
        <w:t xml:space="preserve">[25:21] </w:t>
      </w:r>
      <w:r>
        <w:t>qul allaahu shahiidun</w:t>
      </w:r>
    </w:p>
    <w:p>
      <w:pPr>
        <w:jc w:val="right"/>
      </w:pPr>
      <w:r>
        <w:t>قل اللہ شہید</w:t>
      </w:r>
    </w:p>
    <w:p>
      <w:r>
        <w:rPr>
          <w:b/>
        </w:rPr>
        <w:t xml:space="preserve">[25:24] </w:t>
      </w:r>
      <w:r>
        <w:t>baiynii wa bainakum</w:t>
      </w:r>
    </w:p>
    <w:p>
      <w:pPr>
        <w:jc w:val="right"/>
      </w:pPr>
      <w:r>
        <w:t>من بینی وبینکم</w:t>
      </w:r>
    </w:p>
    <w:p>
      <w:r>
        <w:rPr>
          <w:b/>
        </w:rPr>
        <w:t xml:space="preserve">[25:27] </w:t>
      </w:r>
      <w:r>
        <w:t>wa uuhyiya ilayha haadhal quraanu li undhirakum</w:t>
      </w:r>
    </w:p>
    <w:p>
      <w:pPr>
        <w:jc w:val="right"/>
      </w:pPr>
      <w:r>
        <w:t>واوحی الي هذا القران لانذركم</w:t>
      </w:r>
    </w:p>
    <w:p>
      <w:r>
        <w:rPr>
          <w:b/>
        </w:rPr>
        <w:t xml:space="preserve">[25:34] </w:t>
      </w:r>
      <w:r>
        <w:t>bihi wa man balagha</w:t>
      </w:r>
    </w:p>
    <w:p>
      <w:pPr>
        <w:jc w:val="right"/>
      </w:pPr>
      <w:r>
        <w:t>به ومن بلغ</w:t>
      </w:r>
    </w:p>
    <w:p>
      <w:r>
        <w:rPr>
          <w:b/>
        </w:rPr>
        <w:t xml:space="preserve">[25:37] </w:t>
      </w:r>
      <w:r>
        <w:t>a'inna kum latashhaduuna anna ma'allaahi aalihatun ukhraa</w:t>
      </w:r>
    </w:p>
    <w:p>
      <w:pPr>
        <w:jc w:val="right"/>
      </w:pPr>
      <w:r>
        <w:t>اانکم لتشهدون ان مع اللہ الہۃ اخرى</w:t>
      </w:r>
    </w:p>
    <w:p>
      <w:r>
        <w:rPr>
          <w:b/>
        </w:rPr>
        <w:t xml:space="preserve">[25:46] </w:t>
      </w:r>
      <w:r>
        <w:t>qul laa ash-hadu</w:t>
      </w:r>
    </w:p>
    <w:p>
      <w:pPr>
        <w:jc w:val="right"/>
      </w:pPr>
      <w:r>
        <w:t>قل لا اشهد</w:t>
      </w:r>
    </w:p>
    <w:p>
      <w:r>
        <w:rPr>
          <w:b/>
        </w:rPr>
        <w:t xml:space="preserve">[25:51] </w:t>
      </w:r>
      <w:r>
        <w:t>qul innamaa huwa ilaahun</w:t>
      </w:r>
    </w:p>
    <w:p>
      <w:pPr>
        <w:jc w:val="right"/>
      </w:pPr>
      <w:r>
        <w:t>قل انما هو اله</w:t>
      </w:r>
    </w:p>
    <w:p>
      <w:r>
        <w:rPr>
          <w:b/>
        </w:rPr>
        <w:t xml:space="preserve">[25:55] </w:t>
      </w:r>
      <w:r>
        <w:t>waahidun wa innanii barii'un</w:t>
      </w:r>
    </w:p>
    <w:p>
      <w:pPr>
        <w:jc w:val="right"/>
      </w:pPr>
      <w:r>
        <w:t>واحد وانمی بریء</w:t>
      </w:r>
    </w:p>
    <w:p>
      <w:r>
        <w:rPr>
          <w:b/>
        </w:rPr>
        <w:t xml:space="preserve">[26:01] </w:t>
      </w:r>
      <w:r>
        <w:t>muma tushrikun</w:t>
      </w:r>
    </w:p>
    <w:p>
      <w:pPr>
        <w:jc w:val="right"/>
      </w:pPr>
      <w:r>
        <w:t>مما تشركون</w:t>
      </w:r>
    </w:p>
    <w:p>
      <w:r>
        <w:rPr>
          <w:b/>
        </w:rPr>
        <w:t xml:space="preserve">[26:08] </w:t>
      </w:r>
      <w:r>
        <w:t>aur agar Allah tujh ko koi dukh pounchaye to us ke siwa koi is ka door karne wala nahi aur agar Allah tujh ko koi bhalai pounchaye to woh har cheez par qadir hai aur isi ka zor hai apne bando par aur woh hikmat wala sab ki khabar rakhne wala hai tum pucho ke sab se bara gawah kaun hai</w:t>
      </w:r>
    </w:p>
    <w:p>
      <w:pPr>
        <w:jc w:val="right"/>
      </w:pPr>
      <w:r>
        <w:t>اور اگر اللہ تجھ کو کوئی دکھ پہنچائے تو اس کے سوا کوئی اس کا دور کرنے والا نہیں اور اگر اللہ تجھ کو کوئی بھلائی پہنچائے تو وہ ہر چیز پر قادر ہے اور اسی کا زور ہے اپنے بندوں پر اور وہ حکمت والا سب کی خبر رکھنے والا ہے تم پوچھو کہ سب سے بڑا گواہ کون ہے</w:t>
      </w:r>
    </w:p>
    <w:p>
      <w:r>
        <w:rPr>
          <w:b/>
        </w:rPr>
        <w:t xml:space="preserve">[26:37] </w:t>
      </w:r>
      <w:r>
        <w:t>kaho Allah woh mere aur tumhare darmiyan gawah hai aur mujh par yeh Quran utra hai ta ke main tum ko is se khabardar kar doon aur is ko jisay yeh pounchay kiya tum is ki gawahi dete ho ke Khuda ke sath kuch aur mabood bhi hain kaho main is ki gawahi nahi deta</w:t>
      </w:r>
    </w:p>
    <w:p>
      <w:pPr>
        <w:jc w:val="right"/>
      </w:pPr>
      <w:r>
        <w:t>کہو اللہ وہ میرے اور تمہارے درمیان گواہ ہے اور مجھ پر یہ قران اترا ہے تاکہ میں تم کو اس سے خبردار کر دوں اور اس کو جسے یہ پہنچے کیا تم اس کی گواہی دیتے ہو کہ خدا کے ساتھ کچھ اور معبود بھی ہیں کہو میں اس کی گواہی نہیں دیتا</w:t>
      </w:r>
    </w:p>
    <w:p>
      <w:r>
        <w:rPr>
          <w:b/>
        </w:rPr>
        <w:t xml:space="preserve">[27:04] </w:t>
      </w:r>
      <w:r>
        <w:t>kaho woh to bas aik hi mabood hai aur main bari hoon tumhare shirk se</w:t>
      </w:r>
    </w:p>
    <w:p>
      <w:pPr>
        <w:jc w:val="right"/>
      </w:pPr>
      <w:r>
        <w:t>کہو وہ تو بس ایک ہی معبود ہے اور میں بری ہوں تمہارے شرک سے</w:t>
      </w:r>
    </w:p>
    <w:p>
      <w:r>
        <w:rPr>
          <w:b/>
        </w:rPr>
        <w:t xml:space="preserve">[27:15] </w:t>
      </w:r>
      <w:r>
        <w:t>tashreeh hamare samne jo azeem kainat phaili hui hai is ke mukhtalif ajza bahem itne zyada marboot hain ke yahan kisi aik waqe ko zahoor mein lane ke liye bhi poori kainat ki masadit zarori hai</w:t>
      </w:r>
    </w:p>
    <w:p>
      <w:pPr>
        <w:jc w:val="right"/>
      </w:pPr>
      <w:r>
        <w:t>تشریح ہمارے سامنے جو عظیم کائنات پھیلی ہوئی ہے اس کے مختلف اجزاء باہم اتنے زیادہ مربوط ہیں کہ یہاں کسی ایک واقعے کو ظہور میں لانے کے لیے بھی پوری کائنات کی مساعدت ضروری ہے</w:t>
      </w:r>
    </w:p>
    <w:p>
      <w:r>
        <w:rPr>
          <w:b/>
        </w:rPr>
        <w:t xml:space="preserve">[27:35] </w:t>
      </w:r>
      <w:r>
        <w:t>is bina par koi bhi insan kisi waqe ko zahoor mein lane par qadir nahi kyunke koi bhi insan kainat ke ooper qabu yafta nahi</w:t>
      </w:r>
    </w:p>
    <w:p>
      <w:pPr>
        <w:jc w:val="right"/>
      </w:pPr>
      <w:r>
        <w:t>اس بنا پر کوئی بھی انسان کسی واقعے کو ظہور میں لانے پر قادر نہیں کیونکہ کوئی بھی انسان کائنات کے اوپر قابو یافتہ نہیں</w:t>
      </w:r>
    </w:p>
    <w:p>
      <w:r>
        <w:rPr>
          <w:b/>
        </w:rPr>
        <w:t xml:space="preserve">[27:49] </w:t>
      </w:r>
      <w:r>
        <w:t>yahan aik choti si cheez bhi us waqt wuqoo mein ati hai jabke beshumar kawaynati asbab is ki pusht par jama ho gaye hon aur Khuda ke siwa koi nahi jo in asbab par hakim ho kawaynati asbab ke darmiyan admi sirf aik haqeer irade ka malik hai</w:t>
      </w:r>
    </w:p>
    <w:p>
      <w:pPr>
        <w:jc w:val="right"/>
      </w:pPr>
      <w:r>
        <w:t>یہاں ایک چھوٹی سی چیز بھی اس وقت وقوع میں اتی ہے جبکہ بے شمار عالمی اسباب اس کی پشت پر جمع ہو گئے ہوں اور خدا کے سوا کوئی نہیں جو ان اسباب پر حکمران ہو کائناتی اسباب کے درمیان ادمی صرف ایک حقیر ارادے کا مالک ہے</w:t>
      </w:r>
    </w:p>
    <w:p>
      <w:r>
        <w:rPr>
          <w:b/>
        </w:rPr>
        <w:t xml:space="preserve">[28:13] </w:t>
      </w:r>
      <w:r>
        <w:t>haqiqat yeh hai ke is dunya mein kisi ko koi sukh mile ya kisi ko koi dukh pounchaye dono hi barah e rast Khuda ki ijazat ke tehat hote hain</w:t>
      </w:r>
    </w:p>
    <w:p>
      <w:pPr>
        <w:jc w:val="right"/>
      </w:pPr>
      <w:r>
        <w:t>حقیقت یہ ہے کہ اس دنیا میں کسی کو کوئی سکھ ملے یا کسی کو کوئی دکھ پہنچائے دونوں ہی براہ راست خدا کی اجازت کے تحت ہوتے ہیں</w:t>
      </w:r>
    </w:p>
    <w:p>
      <w:r>
        <w:rPr>
          <w:b/>
        </w:rPr>
        <w:t xml:space="preserve">[28:26] </w:t>
      </w:r>
      <w:r>
        <w:t>aisi halat mein kisi ka yeh sochna bhi hamakat hai ke woh kisi ko abad ya barbad kar sakta hai aur yeh baat bhi mazak khayz had tak be mani hai ke Khuda ke siwa koi bhi hai jis se admi dare ya Khuda ke siwa koi hai jis se woh apni umeedain wabasta kare</w:t>
      </w:r>
    </w:p>
    <w:p>
      <w:pPr>
        <w:jc w:val="right"/>
      </w:pPr>
      <w:r>
        <w:t>ایسی حالت میں کسی کا یہ سوچنا بھی حماقت ہے کہ وہ کسی کو اباد یا برباد کر سکتا ہے اور یہ بات بھی مذاق خیز حد تک بے معنی ہے کہ خدا کے سوا کوئی بھی ہے جس سے ادمی ڈرے یا خدا کے سوا کوئی ہے جس سے وہ اپنی امیدیں وابستہ کرے</w:t>
      </w:r>
    </w:p>
    <w:p>
      <w:r>
        <w:rPr>
          <w:b/>
        </w:rPr>
        <w:t xml:space="preserve">[28:54] </w:t>
      </w:r>
      <w:r>
        <w:t>dunya mein ahl e haq aur ahl e batil ke darmiyan jo kashmakash jari hai is mein faisla kun cheez sirf Khuda ki kitab hai Khuda ke siwa kisi ko haqaiq ka ilm nahi aur Khuda ke siwa kisi ko kisi qism ka zor hasil nahi</w:t>
      </w:r>
    </w:p>
    <w:p>
      <w:pPr>
        <w:jc w:val="right"/>
      </w:pPr>
      <w:r>
        <w:t>دنیا میں اہل حق اور اہل باطل کے درمیان جو کشمکش جاری ہے اس میں فیصلہ کن چیز صرف خدا کی کتاب ہے خدا کے سوا کسی کو حقائق کا علم نہیں اور خدا کے سوا کسی کو کسی قسم کا زور حاصل نہیں</w:t>
      </w:r>
    </w:p>
    <w:p>
      <w:r>
        <w:rPr>
          <w:b/>
        </w:rPr>
        <w:t xml:space="preserve">[29:15] </w:t>
      </w:r>
      <w:r>
        <w:t>is liye Khuda hi woh hasti hai jo is jhagre mein wahid talsis hai aur Khuda ne Quran ki surat mein yeh talsis logon ke darmiyan rakh diya hai ab admi ke samne do hi raste hain agar woh Quran ki sadaqat se be khabar hai to woh tehqeeq kar ke jane ke kya waqeatan woh Khuda ki kitab hai</w:t>
      </w:r>
    </w:p>
    <w:p>
      <w:pPr>
        <w:jc w:val="right"/>
      </w:pPr>
      <w:r>
        <w:t>اس لیے خدا ہی وہ ہستی ہے جو اس جھگڑے میں واحد ثالث ہے اور خدا نے قران کی صورت میں یہ ثالث لوگوں کے درمیان رکھ دیا ہے اب ادمی کے سامنے دو ہی راستے ہیں اگر وہ قران کی صداقت سے بے خبر ہے تو وہ تحقیق کر کے جانے کہ کیا واقعتا وہ خدا کی کتاب ہے</w:t>
      </w:r>
    </w:p>
    <w:p>
      <w:r>
        <w:rPr>
          <w:b/>
        </w:rPr>
        <w:t xml:space="preserve">[29:43] </w:t>
      </w:r>
      <w:r>
        <w:t>aur jab woh jaan le ke woh fi waqe Khuda ki kitab hai to us ko lazman is ke faisle par razi ho jana chahiye jo admi Quran ke faisle par razi na ho woh yeh khatra mol le raha hai ke akhirat mein ruswai aur azab ki qeemat par us ko is ke faisle par razi hona pare</w:t>
      </w:r>
    </w:p>
    <w:p>
      <w:pPr>
        <w:jc w:val="right"/>
      </w:pPr>
      <w:r>
        <w:t>اور جب وہ جان لے کہ وہ فی الواقع خدا کی کتاب ہے تو اس کو لازما اس کے فیصلے پر راضی ہو جانا چاہیے جو ادمی قران کے فیصلے پر راضی نہ ہو وہ یہ خطرہ مول لے رہا ہے کہ اخرت میں رسوائی اور عذاب کی قیمت پر اس کو اس کے فیصلے پر راضی ہونا پڑے</w:t>
      </w:r>
    </w:p>
    <w:p>
      <w:r>
        <w:rPr>
          <w:b/>
        </w:rPr>
        <w:t xml:space="preserve">[30:11] </w:t>
      </w:r>
      <w:r>
        <w:t>Quran is liye utara gaya hai ke faisle ka waqt anay se pehle logon ko anay wale waqt se hoshiyar kar diya jaye rasool ne yahi kaam apne zamane mein kiya aur aap ki ummat ko yahi kaam aap ke baad qayamat tak anjam dena hai Quran is baat ki peshgi itla</w:t>
      </w:r>
    </w:p>
    <w:p>
      <w:pPr>
        <w:jc w:val="right"/>
      </w:pPr>
      <w:r>
        <w:t>قران اس لیے اتارا گیا ہے کہ فیصلے کا وقت انے سے پہلے لوگوں کو انے والے وقت سے ہوشیار کر دیا جائے رسول نے یہی کام اپنے زمانے میں کیا اور اپ کی امت کو یہی کام اپ کے بعد قیامت تک انجام دینا ہے قران اس بات کی پیشگی اطلا</w:t>
      </w:r>
    </w:p>
    <w:p>
      <w:r>
        <w:rPr>
          <w:b/>
        </w:rPr>
        <w:t xml:space="preserve">[30:35] </w:t>
      </w:r>
      <w:r>
        <w:t>a hai ke akhirat ki abadi dunya mein logon ka Khuda logon ke sath kiya muamla karne wala hai pounchanay walay us waqt apni zimmedari se sabak dosh ho jatay hain jabke woh is ko poori tarah logon tak pouncha dein</w:t>
      </w:r>
    </w:p>
    <w:p>
      <w:pPr>
        <w:jc w:val="right"/>
      </w:pPr>
      <w:r>
        <w:t>ع ہے کہ اخرت کی ابدی دنیا میں لوگوں کا خدا لوگوں کے ساتھ کیا معاملہ کرنے والا ہے پہنچانے والے اس وقت اپنی ذمہ داری سے سبک دوش ہو جاتے ہیں جبکہ وہ اس کو پوری طرح لوگوں تک پہنچا دیں</w:t>
      </w:r>
    </w:p>
    <w:p>
      <w:r>
        <w:rPr>
          <w:b/>
        </w:rPr>
        <w:t xml:space="preserve">[30:55] </w:t>
      </w:r>
      <w:r>
        <w:t>magar sunnay walay khuda ke yahan us waqt sabak dosh honge jabke woh is ko manen aur</w:t>
      </w:r>
    </w:p>
    <w:p>
      <w:pPr>
        <w:jc w:val="right"/>
      </w:pPr>
      <w:r>
        <w:t>مگر سننے والے خدا کے یہاں اس وقت سبک دوش ہوں گے جبکہ وہ اس کو مانیں اور</w:t>
      </w:r>
    </w:p>
    <w:p>
      <w:r>
        <w:rPr>
          <w:b/>
        </w:rPr>
        <w:t xml:space="preserve">[31:04] </w:t>
      </w:r>
      <w:r>
        <w:t>is ko apni amli zindagi mein ikhtiyar karen</w:t>
      </w:r>
    </w:p>
    <w:p>
      <w:pPr>
        <w:jc w:val="right"/>
      </w:pPr>
      <w:r>
        <w:t>اس کو اپنی عملی زندگی میں اختیار کریں</w:t>
      </w:r>
    </w:p>
    <w:p>
      <w:r>
        <w:rPr>
          <w:b/>
        </w:rPr>
        <w:t xml:space="preserve">[31:10] </w:t>
      </w:r>
      <w:r>
        <w:t>daii ki zimmedari tabligh par khatam hoti hai aur madu ki zimmedari itaat par</w:t>
      </w:r>
    </w:p>
    <w:p>
      <w:pPr>
        <w:jc w:val="right"/>
      </w:pPr>
      <w:r>
        <w:t>داعی کی ذمہ داری تبلیغ پر ختم ہوتی ہے اور مدعو کی ذمہ داری اطاعت پر</w:t>
      </w:r>
    </w:p>
    <w:p>
      <w:r>
        <w:rPr>
          <w:b/>
        </w:rPr>
        <w:t xml:space="preserve">[31:20] </w:t>
      </w:r>
      <w:r>
        <w:t>allazina atainahumul kitaba ya'rifunahu</w:t>
      </w:r>
    </w:p>
    <w:p>
      <w:pPr>
        <w:jc w:val="right"/>
      </w:pPr>
      <w:r>
        <w:t>الذین اتیناہم الکتاب یعرفونہ</w:t>
      </w:r>
    </w:p>
    <w:p>
      <w:r>
        <w:rPr>
          <w:b/>
        </w:rPr>
        <w:t xml:space="preserve">[31:25] </w:t>
      </w:r>
      <w:r>
        <w:t>kama ya'rifuna abna'a</w:t>
      </w:r>
    </w:p>
    <w:p>
      <w:pPr>
        <w:jc w:val="right"/>
      </w:pPr>
      <w:r>
        <w:t>کما یعرفون ابناء</w:t>
      </w:r>
    </w:p>
    <w:p>
      <w:r>
        <w:rPr>
          <w:b/>
        </w:rPr>
        <w:t xml:space="preserve">[31:28] </w:t>
      </w:r>
      <w:r>
        <w:t>allazina khasiru anfusahum fahum la yu'minun</w:t>
      </w:r>
    </w:p>
    <w:p>
      <w:pPr>
        <w:jc w:val="right"/>
      </w:pPr>
      <w:r>
        <w:t>الذین خسروا انفسہم فہم لا یومنون</w:t>
      </w:r>
    </w:p>
    <w:p>
      <w:r>
        <w:rPr>
          <w:b/>
        </w:rPr>
        <w:t xml:space="preserve">[31:39] </w:t>
      </w:r>
      <w:r>
        <w:t>wa man azlamu mimman</w:t>
      </w:r>
    </w:p>
    <w:p>
      <w:pPr>
        <w:jc w:val="right"/>
      </w:pPr>
      <w:r>
        <w:t>ومن اظلم ممن</w:t>
      </w:r>
    </w:p>
    <w:p>
      <w:r>
        <w:rPr>
          <w:b/>
        </w:rPr>
        <w:t xml:space="preserve">[31:42] </w:t>
      </w:r>
      <w:r>
        <w:t>iftara alallahi kaziban aw kaziba bi aayatihi innahu la yuflihuz zalimun</w:t>
      </w:r>
    </w:p>
    <w:p>
      <w:pPr>
        <w:jc w:val="right"/>
      </w:pPr>
      <w:r>
        <w:t>افترى علی اللہ کذبا او کذب باياته انہ لا یفلح الظالمون</w:t>
      </w:r>
    </w:p>
    <w:p>
      <w:r>
        <w:rPr>
          <w:b/>
        </w:rPr>
        <w:t xml:space="preserve">[31:55] </w:t>
      </w:r>
      <w:r>
        <w:t>wa yawma nahshuruhum jami'an</w:t>
      </w:r>
    </w:p>
    <w:p>
      <w:pPr>
        <w:jc w:val="right"/>
      </w:pPr>
      <w:r>
        <w:t>ويوم نحشرهم جميعا</w:t>
      </w:r>
    </w:p>
    <w:p>
      <w:r>
        <w:rPr>
          <w:b/>
        </w:rPr>
        <w:t xml:space="preserve">[31:58] </w:t>
      </w:r>
      <w:r>
        <w:t>thumma naqulu lillazina ashraku</w:t>
      </w:r>
    </w:p>
    <w:p>
      <w:pPr>
        <w:jc w:val="right"/>
      </w:pPr>
      <w:r>
        <w:t>ثم نقول للذین اشرکوا</w:t>
      </w:r>
    </w:p>
    <w:p>
      <w:r>
        <w:rPr>
          <w:b/>
        </w:rPr>
        <w:t xml:space="preserve">[32:04] </w:t>
      </w:r>
      <w:r>
        <w:t>thumma naqulu lillazina ashraku</w:t>
      </w:r>
    </w:p>
    <w:p>
      <w:pPr>
        <w:jc w:val="right"/>
      </w:pPr>
      <w:r>
        <w:t>ثم نقول للذین اشرکوا</w:t>
      </w:r>
    </w:p>
    <w:p>
      <w:r>
        <w:rPr>
          <w:b/>
        </w:rPr>
        <w:t xml:space="preserve">[32:10] </w:t>
      </w:r>
      <w:r>
        <w:t>aina shuraka'ukumullazina kuntum taz'umun</w:t>
      </w:r>
    </w:p>
    <w:p>
      <w:pPr>
        <w:jc w:val="right"/>
      </w:pPr>
      <w:r>
        <w:t>این شرکاؤکم الذین کنتم تزعمون</w:t>
      </w:r>
    </w:p>
    <w:p>
      <w:r>
        <w:rPr>
          <w:b/>
        </w:rPr>
        <w:t xml:space="preserve">[32:19] </w:t>
      </w:r>
      <w:r>
        <w:t>thumma lam takun fitnatuhum illa</w:t>
      </w:r>
    </w:p>
    <w:p>
      <w:pPr>
        <w:jc w:val="right"/>
      </w:pPr>
      <w:r>
        <w:t>ثم لم تكن فتنتهم الا</w:t>
      </w:r>
    </w:p>
    <w:p>
      <w:r>
        <w:rPr>
          <w:b/>
        </w:rPr>
        <w:t xml:space="preserve">[32:26] </w:t>
      </w:r>
      <w:r>
        <w:t>an qalu wallahi rabbina ma kunna mushrikina</w:t>
      </w:r>
    </w:p>
    <w:p>
      <w:pPr>
        <w:jc w:val="right"/>
      </w:pPr>
      <w:r>
        <w:t>ان قالوا والله ربنا ما كنا مشرکين</w:t>
      </w:r>
    </w:p>
    <w:p>
      <w:r>
        <w:rPr>
          <w:b/>
        </w:rPr>
        <w:t xml:space="preserve">[32:35] </w:t>
      </w:r>
      <w:r>
        <w:t>unzur kaifa kazabu ala</w:t>
      </w:r>
    </w:p>
    <w:p>
      <w:pPr>
        <w:jc w:val="right"/>
      </w:pPr>
      <w:r>
        <w:t>انظر كيف كذبوا على</w:t>
      </w:r>
    </w:p>
    <w:p>
      <w:r>
        <w:rPr>
          <w:b/>
        </w:rPr>
        <w:t xml:space="preserve">[32:40] </w:t>
      </w:r>
      <w:r>
        <w:t>anfusihim wa zalla anhum ma kanu yaftirun</w:t>
      </w:r>
    </w:p>
    <w:p>
      <w:pPr>
        <w:jc w:val="right"/>
      </w:pPr>
      <w:r>
        <w:t>انفسهم وضل عنهم ما كانوا يفترون</w:t>
      </w:r>
    </w:p>
    <w:p>
      <w:r>
        <w:rPr>
          <w:b/>
        </w:rPr>
        <w:t xml:space="preserve">[32:51] </w:t>
      </w:r>
      <w:r>
        <w:t>jin logon ko hum ne kitab di hai woh is ko pehchantay hain jaisa apne beton ko pehchantay hain jin logon ne apne ko ghaate mein dala woh is ko nahi mantay aur is shakhs se zyada zalim kaun hoga jo Allah par buhtan bandhay ya Allah ki nishaniyon ko jhutlaye</w:t>
      </w:r>
    </w:p>
    <w:p>
      <w:pPr>
        <w:jc w:val="right"/>
      </w:pPr>
      <w:r>
        <w:t>جن لوگوں کو ہم نے کتاب دی ہے وہ اس کو پہچانتے ہیں جیسا اپنے بیٹوں کو پہچانتے ہیں جن لوگوں نے اپنے کو گھاٹے میں ڈالا وہ اس کو نہیں مانتے اور اس شخص سے زیادہ ظالم کون ہوگا جو اللہ پر بہتان باندھے یا اللہ کی نشانیوں کو جھٹلائے</w:t>
      </w:r>
    </w:p>
    <w:p>
      <w:r>
        <w:rPr>
          <w:b/>
        </w:rPr>
        <w:t xml:space="preserve">[33:17] </w:t>
      </w:r>
      <w:r>
        <w:t>yaqeenan zalimon ko falah nahi milti aur jis din hum in sab ko jama karein ge phir hum kahein ge in shareek thahranay walon se ke tumhare woh shareek kahan hain jin ka tum ko dawah tha phir un ke pas koi fareeb na rahega</w:t>
      </w:r>
    </w:p>
    <w:p>
      <w:pPr>
        <w:jc w:val="right"/>
      </w:pPr>
      <w:r>
        <w:t>یقینا ظالموں کو فلاح نہیں ملتی اور جس دن ہم ان سب کو جمع کریں گے پھر ہم کہیں گے ان شریک ٹھہرانے والوں سے کہ تمہارے وہ شریک کہاں ہیں جن کا تم کو دعوی تھا پھر ان کے پاس کوئی فریب نہ رہے گا</w:t>
      </w:r>
    </w:p>
    <w:p>
      <w:r>
        <w:rPr>
          <w:b/>
        </w:rPr>
        <w:t xml:space="preserve">[33:39] </w:t>
      </w:r>
      <w:r>
        <w:t>magar yeh ke woh kahein ge ke Allah apne Rab ki qasam hum shirk karne walay na thay daikho yeh kis tarah apne aap par jhoot bolay aur khoi gayi un se woh batain jo woh banaya karte thay</w:t>
      </w:r>
    </w:p>
    <w:p>
      <w:pPr>
        <w:jc w:val="right"/>
      </w:pPr>
      <w:r>
        <w:t>مگر یہ کہ وہ کہیں گے کہ اللہ اپنے رب کی قسم ہم شرک کرنے والے نہ تھے دیکھو یہ کس طرح اپنے اپ پر جھوٹ بولے اور کھوئی گئیں ان سے وہ باتیں جو وہ بنایا کرتے تھے</w:t>
      </w:r>
    </w:p>
    <w:p>
      <w:r>
        <w:rPr>
          <w:b/>
        </w:rPr>
        <w:t xml:space="preserve">[34:03] </w:t>
      </w:r>
      <w:r>
        <w:t>tashreeh haqiqat admi ke liye jani pehchani cheez hai kyunke woh admi ki fitrat mein pevast hai aur kainat mein har taraf khamosh zaban mein bol rahi hai</w:t>
      </w:r>
    </w:p>
    <w:p>
      <w:pPr>
        <w:jc w:val="right"/>
      </w:pPr>
      <w:r>
        <w:t>تشریح حقیقت ادمی کے لیے جانی پہچانی چیز ہے کیونکہ وہ ادمی کی فطرت میں پیوست ہے اور کائنات میں ہر طرف خاموش زبان میں بول رہی ہے</w:t>
      </w:r>
    </w:p>
    <w:p>
      <w:r>
        <w:rPr>
          <w:b/>
        </w:rPr>
        <w:t xml:space="preserve">[34:20] </w:t>
      </w:r>
      <w:r>
        <w:t>yahood o nasara ka muamla is bab mein aur bhi zyada agay tha kyunke un ke anbiya aur un ke saheefay un ko Quran aur paighambar akhir uz zaman ke baray mein saaf lafzon mein peshgi khabar de chukay thay hatta ke un ke liye usay janna aisa hi tha jaisa apne bete ko janna</w:t>
      </w:r>
    </w:p>
    <w:p>
      <w:pPr>
        <w:jc w:val="right"/>
      </w:pPr>
      <w:r>
        <w:t>یہود و نصاری کا معاملہ اس باب میں اور بھی زیادہ اگے تھا کیونکہ ان کے انبیاء اور ان کے صحیفے ان کو قران اور پیغمبر اخر الزماں کے بارے میں صاف لفظوں میں پیشگی خبر دے چکے تھے حتی کہ ان کے لیے اسے جاننا ایسا ہی تھا جیسا اپنے بیٹے کو جاننا</w:t>
      </w:r>
    </w:p>
    <w:p>
      <w:r>
        <w:rPr>
          <w:b/>
        </w:rPr>
        <w:t xml:space="preserve">[34:46] </w:t>
      </w:r>
      <w:r>
        <w:t>is qadar khula hua hone ke bawajood insan kyun haqiqat ko tasleem nahi karta is ki wajah waqti nuqsan ka andesha hai haqiqat ko manna hamesha is qeemat par hota hai ke admi apne ko barhai ke maqam se utaray woh taqleedi dhanchay se bahar aaye woh miley huay faidon ko tark kare admi yeh qurbani denay ke liye tayar nahi hot</w:t>
      </w:r>
    </w:p>
    <w:p>
      <w:pPr>
        <w:jc w:val="right"/>
      </w:pPr>
      <w:r>
        <w:t>اس قدر کھلا ہوا ہونے کے باوجود انسان کیوں حقیقت کو تسلیم نہیں کرتا اس کی وجہ وقتی نقصان کا اندیشہ ہے حقیقت کو ماننا ہمیشہ اس قیمت پر ہوتا ہے کہ ادمی اپنے کو بڑائی کے مقام سے اتارے وہ تقلیدی ڈھانچے سے باہر ائے وہ ملے ہوئے فائدوں کو ترک کرے ادمی یہ قربانی دینے کے لیے تیار نہیں ہوت</w:t>
      </w:r>
    </w:p>
    <w:p>
      <w:r>
        <w:rPr>
          <w:b/>
        </w:rPr>
        <w:t xml:space="preserve">[35:14] </w:t>
      </w:r>
      <w:r>
        <w:t>a is liye woh haq ko bhi qabool nahi karta waqti faiday ki khatir woh apne ko abadi ghaate mein daal deta hai</w:t>
      </w:r>
    </w:p>
    <w:p>
      <w:pPr>
        <w:jc w:val="right"/>
      </w:pPr>
      <w:r>
        <w:t>ا اس لیے وہ حق کو بھی قبول نہیں کرتا وقتی فائدے کی خاطر وہ اپنے کو ابدی گھاٹے میں ڈال دیتا ہے</w:t>
      </w:r>
    </w:p>
    <w:p>
      <w:r>
        <w:rPr>
          <w:b/>
        </w:rPr>
        <w:t xml:space="preserve">[35:27] </w:t>
      </w:r>
      <w:r>
        <w:t>apne is mauqaf par mutmaen rahne ke liye mazeed yeh baat us ko dhoke mein dalti hai ke woh imtehan ki is dunya mein hamesha apne muwafiq tojihat pane mein kamyab ho jata hai</w:t>
      </w:r>
    </w:p>
    <w:p>
      <w:pPr>
        <w:jc w:val="right"/>
      </w:pPr>
      <w:r>
        <w:t>اپنے اس موقف پر مطمئن رہنے کے لیے مزید یہ بات اس کو دھوکے میں ڈالتی ہے کہ وہ امتحان کی اس دنیا میں ہمیشہ اپنے موافق توجیحات پانے میں کامیاب ہو جاتا ہے</w:t>
      </w:r>
    </w:p>
    <w:p>
      <w:r>
        <w:rPr>
          <w:b/>
        </w:rPr>
        <w:t xml:space="preserve">[35:42] </w:t>
      </w:r>
      <w:r>
        <w:t>woh sachai ke haq mein zahir hone wale dalail ko radd karne ke liye jhoote alfaaz pa leta hai hatta ke yahan us ko yeh azadi bhi hasil hai ke haqeeqat ki khud sakhta ta'beer kar ke yeh keh sake ke sachai ain wahi hai jis par mein qaim hoon</w:t>
      </w:r>
    </w:p>
    <w:p>
      <w:pPr>
        <w:jc w:val="right"/>
      </w:pPr>
      <w:r>
        <w:t>وہ سچائی کے حق میں ظاہر ہونے والے دلائل کو رد کرنے کے لیے جھوٹے الفاظ پا لیتا ہے حتی کہ یہاں اس کو یہ ازادی بھی حاصل ہے کہ حقیقت کی خود ساختہ تعبیر کر کے یہ کہہ سکے کہ سچائی عین وہی ہے جس پر میں قائم ہوں</w:t>
      </w:r>
    </w:p>
    <w:p>
      <w:r>
        <w:rPr>
          <w:b/>
        </w:rPr>
        <w:t xml:space="preserve">[36:08] </w:t>
      </w:r>
      <w:r>
        <w:t>jab bhi aadmi Khuda ko chhod kar doosri cheezon ko apna markaz tawajjuh banata hai to woh dheere dheere un cheezon ke gird ta'yidi baaton ka tilism tayyar ho jata hai woh mahoob arzuon aur jhooti tamnaon ka ek khud sakhta halah bana leta hai jo us ko is fareb mein mubtala rakhte hain ke us ne bare mazboot sahare ko pakad rakha</w:t>
      </w:r>
    </w:p>
    <w:p>
      <w:pPr>
        <w:jc w:val="right"/>
      </w:pPr>
      <w:r>
        <w:t>جب بھی ادمی خدا کو چھوڑ کر دوسری چیزوں کو اپنا مرکز توجہ بناتا ہے تو وہ دھیرے دھیرے ان چیزوں کے گرد تائیدی باتوں کا تلسم تیار ہو جاتا ہے وہ موہوب ارزوؤں اور جھوٹی تمناؤں کا ایک خود ساختہ حالہ بنا لیتا ہے جو اس کو اس فریب میں مبتلا رکھتے ہیں کہ اس نے بڑے مضبوط سہارے کو پکڑ رکھا</w:t>
      </w:r>
    </w:p>
    <w:p>
      <w:r>
        <w:rPr>
          <w:b/>
        </w:rPr>
        <w:t xml:space="preserve">[36:36] </w:t>
      </w:r>
      <w:r>
        <w:t>hai magar qayamat mein jab tamam parde phat jayenge aur aadmi dekhega ke Khuda ke siwa tamam sahare bilkul jhoote the to us ke samne us ke siwa koi rah na hogi ke woh khud apni kahi hui baaton ki tardeed karne lage goya is qism ke log us waqt khud apne khilaf jhoote gawah ban jayenge</w:t>
      </w:r>
    </w:p>
    <w:p>
      <w:pPr>
        <w:jc w:val="right"/>
      </w:pPr>
      <w:r>
        <w:t>ہے مگر قیامت میں جب تمام پردے پھٹ جائیں گے اور ادمی دیکھے گا کہ خدا کے سوا تمام سہارے بالکل جھوٹے تھے تو اس کے سامنے اس کے سوا کوئی راہ نہ ہوگی کہ وہ خود اپنی کہی ہوئی باتوں کی تردید کرنے لگے گویا اس قسم کے لوگ اس وقت خود اپنے خلاف جھوٹے گواہ بن جائیں گے</w:t>
      </w:r>
    </w:p>
    <w:p>
      <w:r>
        <w:rPr>
          <w:b/>
        </w:rPr>
        <w:t xml:space="preserve">[37:05] </w:t>
      </w:r>
      <w:r>
        <w:t>dunya mein woh jin cheezon ke hami bane rahe aur jin se mansoob hone ko apne liye bais</w:t>
      </w:r>
    </w:p>
    <w:p>
      <w:pPr>
        <w:jc w:val="right"/>
      </w:pPr>
      <w:r>
        <w:t>دنیا میں وہ جن چیزوں کے حامی بنے رہے اور جن سے منسوب ہونے کو اپنے لیے باعث</w:t>
      </w:r>
    </w:p>
    <w:p>
      <w:r>
        <w:rPr>
          <w:b/>
        </w:rPr>
        <w:t xml:space="preserve">[37:13] </w:t>
      </w:r>
      <w:r>
        <w:t>fakhr samajhte rahe akhirat mein khud un ke munkir ho jayenge unhon ne aqaaid aur tawjihaat ka</w:t>
      </w:r>
    </w:p>
    <w:p>
      <w:pPr>
        <w:jc w:val="right"/>
      </w:pPr>
      <w:r>
        <w:t>فخر سمجھتے رہے اخرت میں خود ان کے منکر ہو جائیں گے انہوں نے عقائد اور توجیحات کا</w:t>
      </w:r>
    </w:p>
    <w:p>
      <w:r>
        <w:rPr>
          <w:b/>
        </w:rPr>
        <w:t xml:space="preserve">[37:21] </w:t>
      </w:r>
      <w:r>
        <w:t>jo jhoota qila khada kiya tha woh is tarah dhal jayega jaise is ka koi wajood hi</w:t>
      </w:r>
    </w:p>
    <w:p>
      <w:pPr>
        <w:jc w:val="right"/>
      </w:pPr>
      <w:r>
        <w:t>جو جھوٹا قلع کھڑا کیا تھا وہ اس طرح ڈھل جائے گا جیسے اس کا کوئی وجود ہی</w:t>
      </w:r>
    </w:p>
    <w:p>
      <w:r>
        <w:rPr>
          <w:b/>
        </w:rPr>
        <w:t xml:space="preserve">[37:28] </w:t>
      </w:r>
      <w:r>
        <w:t>na tha</w:t>
      </w:r>
    </w:p>
    <w:p>
      <w:pPr>
        <w:jc w:val="right"/>
      </w:pPr>
      <w:r>
        <w:t>نہ تھا</w:t>
      </w:r>
    </w:p>
    <w:p>
      <w:r>
        <w:rPr>
          <w:b/>
        </w:rPr>
        <w:t xml:space="preserve">[38:08] </w:t>
      </w:r>
      <w:r>
        <w:t>in hadha illa asateer al awwaleen</w:t>
      </w:r>
    </w:p>
    <w:p>
      <w:pPr>
        <w:jc w:val="right"/>
      </w:pPr>
      <w:r>
        <w:t>ان هذا الا اساطير الاولین</w:t>
      </w:r>
    </w:p>
    <w:p>
      <w:r>
        <w:rPr>
          <w:b/>
        </w:rPr>
        <w:t xml:space="preserve">[38:19] </w:t>
      </w:r>
      <w:r>
        <w:t>wa hum yanhauna 'anhu wa yunawna 'anhu wa ma yuhlikauna illa</w:t>
      </w:r>
    </w:p>
    <w:p>
      <w:pPr>
        <w:jc w:val="right"/>
      </w:pPr>
      <w:r>
        <w:t>وهم ينهون عنه ويناون عنه وان يهلكون الا</w:t>
      </w:r>
    </w:p>
    <w:p>
      <w:r>
        <w:rPr>
          <w:b/>
        </w:rPr>
        <w:t xml:space="preserve">[38:28] </w:t>
      </w:r>
      <w:r>
        <w:t>anfusahum wa ma yash'urun</w:t>
      </w:r>
    </w:p>
    <w:p>
      <w:pPr>
        <w:jc w:val="right"/>
      </w:pPr>
      <w:r>
        <w:t>انفسهم وما يشعرون</w:t>
      </w:r>
    </w:p>
    <w:p>
      <w:r>
        <w:rPr>
          <w:b/>
        </w:rPr>
        <w:t xml:space="preserve">[38:33] </w:t>
      </w:r>
      <w:r>
        <w:t>wa law tara iz wuqifu 'alan nari faqaluu ya laytana</w:t>
      </w:r>
    </w:p>
    <w:p>
      <w:pPr>
        <w:jc w:val="right"/>
      </w:pPr>
      <w:r>
        <w:t>ولو ترى اذ وقفوا على النار فقالوا يا ليتنا</w:t>
      </w:r>
    </w:p>
    <w:p>
      <w:r>
        <w:rPr>
          <w:b/>
        </w:rPr>
        <w:t xml:space="preserve">[38:42] </w:t>
      </w:r>
      <w:r>
        <w:t>faqaluu ya laytana nuraddu wa la nukazziba bi ayati rabbina wa nakuna minal mu'minina</w:t>
      </w:r>
    </w:p>
    <w:p>
      <w:pPr>
        <w:jc w:val="right"/>
      </w:pPr>
      <w:r>
        <w:t>فقالوا يا ليتنا نرد ولا نكذب بايات ربنا ونكون من المؤمنين</w:t>
      </w:r>
    </w:p>
    <w:p>
      <w:r>
        <w:rPr>
          <w:b/>
        </w:rPr>
        <w:t xml:space="preserve">[38:53] </w:t>
      </w:r>
      <w:r>
        <w:t>bal bada lahum</w:t>
      </w:r>
    </w:p>
    <w:p>
      <w:pPr>
        <w:jc w:val="right"/>
      </w:pPr>
      <w:r>
        <w:t>بل بدا لهم</w:t>
      </w:r>
    </w:p>
    <w:p>
      <w:r>
        <w:rPr>
          <w:b/>
        </w:rPr>
        <w:t xml:space="preserve">[38:56] </w:t>
      </w:r>
      <w:r>
        <w:t>ma kanu yukhfuna min qablu wa law ruddu la'awdu lima nuha 'anhu wa annahum</w:t>
      </w:r>
    </w:p>
    <w:p>
      <w:pPr>
        <w:jc w:val="right"/>
      </w:pPr>
      <w:r>
        <w:t>ما كانوا يخفون من قبل ولو ردوا لعادوا لما نهوا عنه وانهم</w:t>
      </w:r>
    </w:p>
    <w:p>
      <w:r>
        <w:rPr>
          <w:b/>
        </w:rPr>
        <w:t xml:space="preserve">[39:06] </w:t>
      </w:r>
      <w:r>
        <w:t>lakadhriboon</w:t>
      </w:r>
    </w:p>
    <w:p>
      <w:pPr>
        <w:jc w:val="right"/>
      </w:pPr>
      <w:r>
        <w:t>لكاذبون</w:t>
      </w:r>
    </w:p>
    <w:p>
      <w:r>
        <w:rPr>
          <w:b/>
        </w:rPr>
        <w:t xml:space="preserve">[39:10] </w:t>
      </w:r>
      <w:r>
        <w:t>aur un mein baaz log aise hain jo tumhari taraf kaan lagate hain aur hum ne un ke dilon par parde daal diye hain ke woh us ko na samjhein aur un ke kaanon mein bojh hai agar woh tamam nishaniyan dekh len tab bhi un par iman na layenge yeh</w:t>
      </w:r>
    </w:p>
    <w:p>
      <w:pPr>
        <w:jc w:val="right"/>
      </w:pPr>
      <w:r>
        <w:t>اور ان میں بعض لوگ ایسے ہیں جو تمہاری طرف کان لگاتے ہیں اور ہم نے ان کے دلوں پر پردے ڈال دیے ہیں کہ وہ اس کو نہ سمجھیں اور ان کے کانوں میں بوجھ ہے اگر وہ تمام نشانیاں دیکھ لیں تب بھی ان پر ایمان نہ لائیں گے یہ</w:t>
      </w:r>
    </w:p>
    <w:p>
      <w:r>
        <w:rPr>
          <w:b/>
        </w:rPr>
        <w:t xml:space="preserve">[39:32] </w:t>
      </w:r>
      <w:r>
        <w:t>an tak ke jab woh tumhare paas tum se jhagadne aate hain to woh munkir kehte hain ke yeh to bas pehle logon ki kahaniyan hain woh logon ko rokte hain aur khud bhi is se alag rehte hain</w:t>
      </w:r>
    </w:p>
    <w:p>
      <w:pPr>
        <w:jc w:val="right"/>
      </w:pPr>
      <w:r>
        <w:t>اں تک کہ جب وہ تمہارے پاس تم سے جھگڑنے اتے ہیں تو وہ منکر کہتے ہیں کہ یہ تو بس پہلے لوگوں کی کہانیاں ہیں وہ لوگوں کو روکتے ہیں اور خود بھی اس سے الگ رہتے ہیں</w:t>
      </w:r>
    </w:p>
    <w:p>
      <w:r>
        <w:rPr>
          <w:b/>
        </w:rPr>
        <w:t xml:space="preserve">[39:50] </w:t>
      </w:r>
      <w:r>
        <w:t>woh khud apne ko halak kar rahe hain magar woh nahi samajhte aur agar tum un ko us waqt dekho jab woh aag par khade kiye jayenge aur kahenge ke kaash hum phir bhej diye jayen to hum apne rab ki nishaniyon ko na jhutlayen aur hum iman walon mein se ho jayen</w:t>
      </w:r>
    </w:p>
    <w:p>
      <w:pPr>
        <w:jc w:val="right"/>
      </w:pPr>
      <w:r>
        <w:t>وہ خود اپنے کو ہلاک کر رہے ہیں مگر وہ نہیں سمجھتے اور اگر تم ان کو اس وقت دیکھو جب وہ اگ پر کھڑے کیے جائیں گے اور کہیں گے کہ کاش ہم پھر بھیج دیے جائیں تو ہم اپنے رب کی نشانیوں کو نہ جھٹلائیں اور ہم ایمان والوں میں سے ہو جائیں</w:t>
      </w:r>
    </w:p>
    <w:p>
      <w:r>
        <w:rPr>
          <w:b/>
        </w:rPr>
        <w:t xml:space="preserve">[40:15] </w:t>
      </w:r>
      <w:r>
        <w:t>ab un par woh cheez khul gayi jis ko woh is se pehle chhipate the aur agar woh wapas bhej diye jayen to woh phir wohi karenge jis se woh roke gaye the aur beshak woh jhoote hain</w:t>
      </w:r>
    </w:p>
    <w:p>
      <w:pPr>
        <w:jc w:val="right"/>
      </w:pPr>
      <w:r>
        <w:t>اب ان پر وہ چیز کھل گئی جس کو وہ اس سے پہلے چھپاتے تھے اور اگر وہ واپس بھیج دیے جائیں تو وہ پھر وہی کریں گے جس سے وہ روکے گئے تھے اور بے شک وہ جھوٹے ہیں</w:t>
      </w:r>
    </w:p>
    <w:p>
      <w:r>
        <w:rPr>
          <w:b/>
        </w:rPr>
        <w:t xml:space="preserve">[40:34] </w:t>
      </w:r>
      <w:r>
        <w:t>tashreeh maujooda imtehan ki dunya mein aadmi ko yeh mauqa hasil hai ke woh har baat ki mufeed matlab tojeeh kar sake is liye jo log ta'assub ka zehn le kar baat ko sunte hain un ka haal aisa hota hai jaise un ke kaan band hon aur un ke dilon par parde pade hue hon</w:t>
      </w:r>
    </w:p>
    <w:p>
      <w:pPr>
        <w:jc w:val="right"/>
      </w:pPr>
      <w:r>
        <w:t>تشریح موجودہ امتحان کی دنیا میں ادمی کو یہ موقع حاصل ہے کہ وہ ہر بات کی مفید مطلب توجیح کر سکے اس لیے جو لوگ تعصب کا ذہن لے کر بات کو سنتے ہیں ان کا حال ایسا ہوتا ہے جیسے ان کے کان بند ہوں اور ان کے دلوں پر پردے پڑے ہوئے ہوں</w:t>
      </w:r>
    </w:p>
    <w:p>
      <w:r>
        <w:rPr>
          <w:b/>
        </w:rPr>
        <w:t xml:space="preserve">[41:02] </w:t>
      </w:r>
      <w:r>
        <w:t>woh sun kar bhi nahi suntay aur batane ke baad bhi nahi samajhte dalail apni sari wazahat ke bawajood un ko mutmaen karne mein nakaam rehte hain kyunke woh jo kuch suntay hain mujadale ke zehn se suntay hain na ke naseehat ke zehn se un ke andar baat ko sunne aur samajhne ka koi irada nahi hota</w:t>
      </w:r>
    </w:p>
    <w:p>
      <w:pPr>
        <w:jc w:val="right"/>
      </w:pPr>
      <w:r>
        <w:t>وہ سن کر بھی نہیں سنتے اور بتانے کے بعد بھی نہیں سمجھتے دلائل اپنی ساری وضاحت کے باوجود ان کو مطمئن کرنے میں ناکام رہتے ہیں کیونکہ وہ جو کچھ سنتے ہیں مجادلے کے ذہن سے سنتے ہیں نہ کہ نصیحت کے ذہن سے ان کے اندر بات کو سننے اور سمجھنے کا کوئی ارادہ نہیں ہوتا</w:t>
      </w:r>
    </w:p>
    <w:p>
      <w:r>
        <w:rPr>
          <w:b/>
        </w:rPr>
        <w:t xml:space="preserve">[41:32] </w:t>
      </w:r>
      <w:r>
        <w:t>iska nateeja yeh hota hai ke kisi baat ka asal pehlu un ke zehn ki giraft mein nahi aata is ke bar aks har baat ko ulti shakal dene ke liye unhein koi na koi cheez mil jati hai dalail un ke zehn ka juz nahi bante apne mukhalifana zehn ki wajah se woh har baat mein koi aisa pehlu nikal lete hain</w:t>
      </w:r>
    </w:p>
    <w:p>
      <w:pPr>
        <w:jc w:val="right"/>
      </w:pPr>
      <w:r>
        <w:t>اس کا نتیجہ یہ ہوتا ہے کہ کسی بات کا اصل پہلو ان کے ذہن کی گرفت میں نہیں اتا اس کے برعکس ہر بات کو الٹی شکل دینے کے لیے انہیں کوئی نہ کوئی چیز مل جاتی ہے دلائل ان کے ذہن کا جز نہیں بنتے اپنے مخالفانہ ذہن کی وجہ سے وہ ہر بات میں کوئی ایسا پہلو نکال لیتے ہیں</w:t>
      </w:r>
    </w:p>
    <w:p>
      <w:r>
        <w:rPr>
          <w:b/>
        </w:rPr>
        <w:t xml:space="preserve">[41:59] </w:t>
      </w:r>
      <w:r>
        <w:t>jis ko ghalat mani de kar woh apne aap ko badastoor mutmaen rakhein ke woh haq par hain</w:t>
      </w:r>
    </w:p>
    <w:p>
      <w:pPr>
        <w:jc w:val="right"/>
      </w:pPr>
      <w:r>
        <w:t>جس کو غلط معنی دے کر وہ اپنے اپ کو بدستور مطمئن رکھیں کہ وہ حق پر ہیں</w:t>
      </w:r>
    </w:p>
    <w:p>
      <w:r>
        <w:rPr>
          <w:b/>
        </w:rPr>
        <w:t xml:space="preserve">[42:12] </w:t>
      </w:r>
      <w:r>
        <w:t>jo log yeh mizaj rakhte hon un ke liye tamam dalail bekar hain</w:t>
      </w:r>
    </w:p>
    <w:p>
      <w:pPr>
        <w:jc w:val="right"/>
      </w:pPr>
      <w:r>
        <w:t>جو لوگ یہ مزاج رکھتے ہوں ان کے لیے تمام دلائل بیکار ہیں</w:t>
      </w:r>
    </w:p>
    <w:p>
      <w:r>
        <w:rPr>
          <w:b/>
        </w:rPr>
        <w:t xml:space="preserve">[42:17] </w:t>
      </w:r>
      <w:r>
        <w:t>kyunke imtehan ki is dunya mein koi bhi daleel aisi nahi jo aadmi ko is se roke ke woh us ki tardeed ke liye kuch khud sakhta alfaaz na paaye agar koi daleel na mil rahi ho tab bhi woh haqarat ke sath yeh keh kar us ko nazar andaz kar dega yeh kaun si nayi baat hai</w:t>
      </w:r>
    </w:p>
    <w:p>
      <w:pPr>
        <w:jc w:val="right"/>
      </w:pPr>
      <w:r>
        <w:t>کیونکہ امتحان کی اس دنیا میں کوئی بھی دلیل ایسی نہیں جو ادمی کو اس سے روک دے کہ وہ اس کی تردید کے لیے کچھ خود ساختہ الفاظ نہ پائے اگر کوئی دلیل نہ مل رہی ہو تب بھی وہ حقارت کے ساتھ یہ کہہ کر اس کو نظر انداز کر دے گا یہ کون سی نئی بات ہے</w:t>
      </w:r>
    </w:p>
    <w:p>
      <w:r>
        <w:rPr>
          <w:b/>
        </w:rPr>
        <w:t xml:space="preserve">[42:44] </w:t>
      </w:r>
      <w:r>
        <w:t>yeh to wahi purani baat hai jo hum bohat pehle se suntay chale aa rahe hain is tarah aadmi is ki sadaqat ko maan kar bhi us ko radd karne ka ek bahana pa lega aise log Khuda ke nazdeek dohra mujrim hain kyunke woh na sirf khud haq se rukte hain</w:t>
      </w:r>
    </w:p>
    <w:p>
      <w:pPr>
        <w:jc w:val="right"/>
      </w:pPr>
      <w:r>
        <w:t>یہ تو وہی پرانی بات ہے جو ہم بہت پہلے سے سنتے چلے ا رہے ہیں اس طرح ادمی اس کی صداقت کو مان کر بھی اس کو رد کرنے کا ایک بہانہ پا لے گا ایسے لوگ خدا کے نزدیک دہرا مجرم ہیں کیونکہ وہ نہ صرف خود حق سے رکتے ہیں</w:t>
      </w:r>
    </w:p>
    <w:p>
      <w:r>
        <w:rPr>
          <w:b/>
        </w:rPr>
        <w:t xml:space="preserve">[43:09] </w:t>
      </w:r>
      <w:r>
        <w:t>balkeh ek khudai daleel ko ghalat mani pehnakar aam logon ki nazar mein bhi us ko mashkooq banate hain jo itni samajh nahi rakhte ke baaton ki gehrai ke sath tajziya kar saken</w:t>
      </w:r>
    </w:p>
    <w:p>
      <w:pPr>
        <w:jc w:val="right"/>
      </w:pPr>
      <w:r>
        <w:t>بلکہ ایک خدائی دلیل کو غلط معنی پہنا کر عام لوگوں کی نظر میں بھی اس کو مشکوک بناتے ہیں جو اتنی سمجھ نہیں رکھتے کہ باتوں کی گہرائی کے ساتھ تجزیہ کر سکیں</w:t>
      </w:r>
    </w:p>
    <w:p>
      <w:r>
        <w:rPr>
          <w:b/>
        </w:rPr>
        <w:t xml:space="preserve">[43:28] </w:t>
      </w:r>
      <w:r>
        <w:t>dunya ki zindagi mein is qism ke log khoob barh barh kar baatein karte hain</w:t>
      </w:r>
    </w:p>
    <w:p>
      <w:pPr>
        <w:jc w:val="right"/>
      </w:pPr>
      <w:r>
        <w:t>دنیا کی زندگی میں اس قسم کے لوگ خوب بڑھ بڑھ کر باتیں کرتے ہیں</w:t>
      </w:r>
    </w:p>
    <w:p>
      <w:r>
        <w:rPr>
          <w:b/>
        </w:rPr>
        <w:t xml:space="preserve">[43:33] </w:t>
      </w:r>
      <w:r>
        <w:t>dunya mein haq ka inkar karke aadmi ka kuch nahi bigadta is liye woh ghalat fehmi mein</w:t>
      </w:r>
    </w:p>
    <w:p>
      <w:pPr>
        <w:jc w:val="right"/>
      </w:pPr>
      <w:r>
        <w:t>دنیا میں حق کا انکار کر کے ادمی کا کچھ نہیں بگڑتا اس لیے وہ غلط فہمی میں</w:t>
      </w:r>
    </w:p>
    <w:p>
      <w:r>
        <w:rPr>
          <w:b/>
        </w:rPr>
        <w:t xml:space="preserve">[43:40] </w:t>
      </w:r>
      <w:r>
        <w:t>par jata hai</w:t>
      </w:r>
    </w:p>
    <w:p>
      <w:pPr>
        <w:jc w:val="right"/>
      </w:pPr>
      <w:r>
        <w:t>پڑ جاتا ہے</w:t>
      </w:r>
    </w:p>
    <w:p>
      <w:r>
        <w:rPr>
          <w:b/>
        </w:rPr>
        <w:t xml:space="preserve">[43:42] </w:t>
      </w:r>
      <w:r>
        <w:t>magar qayamat mein jab us ko aag ke upar khara kar ke poocha jayega to un par</w:t>
      </w:r>
    </w:p>
    <w:p>
      <w:pPr>
        <w:jc w:val="right"/>
      </w:pPr>
      <w:r>
        <w:t>مگر قیامت میں جب اس کو اگ کے اوپر کھڑا کر کے پوچھا جائے گا تو ان پر</w:t>
      </w:r>
    </w:p>
    <w:p>
      <w:r>
        <w:rPr>
          <w:b/>
        </w:rPr>
        <w:t xml:space="preserve">[43:50] </w:t>
      </w:r>
      <w:r>
        <w:t>sari haqiqaten khul jayengi achaanak woh in tamam baton ka iqrar karne lagega jis ko woh</w:t>
      </w:r>
    </w:p>
    <w:p>
      <w:pPr>
        <w:jc w:val="right"/>
      </w:pPr>
      <w:r>
        <w:t>ساری حقیقتیں کھل جائیں گی اچانک وہ ان تمام باتوں کا اقرار کرنے لگے گا جس کو وہ</w:t>
      </w:r>
    </w:p>
    <w:p>
      <w:r>
        <w:rPr>
          <w:b/>
        </w:rPr>
        <w:t xml:space="preserve">[43:58] </w:t>
      </w:r>
      <w:r>
        <w:t>duniya mein thukra diya karta tha</w:t>
      </w:r>
    </w:p>
    <w:p>
      <w:pPr>
        <w:jc w:val="right"/>
      </w:pPr>
      <w:r>
        <w:t>دنیا میں ٹھکرا دیا کرتا تھا</w:t>
      </w:r>
    </w:p>
    <w:p>
      <w:r>
        <w:rPr>
          <w:b/>
        </w:rPr>
        <w:t xml:space="preserve">[44:04] </w:t>
      </w:r>
      <w:r>
        <w:t>innalama wa</w:t>
      </w:r>
    </w:p>
    <w:p>
      <w:pPr>
        <w:jc w:val="right"/>
      </w:pPr>
      <w:r>
        <w:t>ان الا وما</w:t>
      </w:r>
    </w:p>
    <w:p>
      <w:r>
        <w:rPr>
          <w:b/>
        </w:rPr>
        <w:t xml:space="preserve">[44:10] </w:t>
      </w:r>
      <w:r>
        <w:t>nahnu bimab'oothin walaw tara</w:t>
      </w:r>
    </w:p>
    <w:p>
      <w:pPr>
        <w:jc w:val="right"/>
      </w:pPr>
      <w:r>
        <w:t>نحن بمبعوثین ولو ترى</w:t>
      </w:r>
    </w:p>
    <w:p>
      <w:r>
        <w:rPr>
          <w:b/>
        </w:rPr>
        <w:t xml:space="preserve">[44:17] </w:t>
      </w:r>
      <w:r>
        <w:t>iz wuqifu ala rabbihim qala alaysa hadha bilhaqq</w:t>
      </w:r>
    </w:p>
    <w:p>
      <w:pPr>
        <w:jc w:val="right"/>
      </w:pPr>
      <w:r>
        <w:t>اذ وقفوا على ربهم قال اليس هذا بالحق</w:t>
      </w:r>
    </w:p>
    <w:p>
      <w:r>
        <w:rPr>
          <w:b/>
        </w:rPr>
        <w:t xml:space="preserve">[44:23] </w:t>
      </w:r>
      <w:r>
        <w:t>qaloo bala warabbina</w:t>
      </w:r>
    </w:p>
    <w:p>
      <w:pPr>
        <w:jc w:val="right"/>
      </w:pPr>
      <w:r>
        <w:t>قالوا بلا وربنا</w:t>
      </w:r>
    </w:p>
    <w:p>
      <w:r>
        <w:rPr>
          <w:b/>
        </w:rPr>
        <w:t xml:space="preserve">[44:27] </w:t>
      </w:r>
      <w:r>
        <w:t>qala fadhooqul azaaba bima kuntum</w:t>
      </w:r>
    </w:p>
    <w:p>
      <w:pPr>
        <w:jc w:val="right"/>
      </w:pPr>
      <w:r>
        <w:t>قال فذوقوا العذاب بما كنتم</w:t>
      </w:r>
    </w:p>
    <w:p>
      <w:r>
        <w:rPr>
          <w:b/>
        </w:rPr>
        <w:t xml:space="preserve">[44:32] </w:t>
      </w:r>
      <w:r>
        <w:t>takfuroon qad khasiralladheena kadhaboo bilqaa'</w:t>
      </w:r>
    </w:p>
    <w:p>
      <w:pPr>
        <w:jc w:val="right"/>
      </w:pPr>
      <w:r>
        <w:t>تكفرون قد خسر الذين كذبوا بلقاء</w:t>
      </w:r>
    </w:p>
    <w:p>
      <w:r>
        <w:rPr>
          <w:b/>
        </w:rPr>
        <w:t xml:space="preserve">[44:41] </w:t>
      </w:r>
      <w:r>
        <w:t>allahi hatta</w:t>
      </w:r>
    </w:p>
    <w:p>
      <w:pPr>
        <w:jc w:val="right"/>
      </w:pPr>
      <w:r>
        <w:t>الله حتى</w:t>
      </w:r>
    </w:p>
    <w:p>
      <w:r>
        <w:rPr>
          <w:b/>
        </w:rPr>
        <w:t xml:space="preserve">[44:45] </w:t>
      </w:r>
      <w:r>
        <w:t>idha jaa'athum us saa'ah</w:t>
      </w:r>
    </w:p>
    <w:p>
      <w:pPr>
        <w:jc w:val="right"/>
      </w:pPr>
      <w:r>
        <w:t>اذا جاءتهم الساعه</w:t>
      </w:r>
    </w:p>
    <w:p>
      <w:r>
        <w:rPr>
          <w:b/>
        </w:rPr>
        <w:t xml:space="preserve">[44:50] </w:t>
      </w:r>
      <w:r>
        <w:t>idha jaa'athum</w:t>
      </w:r>
    </w:p>
    <w:p>
      <w:pPr>
        <w:jc w:val="right"/>
      </w:pPr>
      <w:r>
        <w:t>حتى اذا جاءتهم</w:t>
      </w:r>
    </w:p>
    <w:p>
      <w:r>
        <w:rPr>
          <w:b/>
        </w:rPr>
        <w:t xml:space="preserve">[44:56] </w:t>
      </w:r>
      <w:r>
        <w:t>us saa'atu baghtatan qaloo ya hasratna</w:t>
      </w:r>
    </w:p>
    <w:p>
      <w:pPr>
        <w:jc w:val="right"/>
      </w:pPr>
      <w:r>
        <w:t>الساعه بغته قالوا يا حسرتنا</w:t>
      </w:r>
    </w:p>
    <w:p>
      <w:r>
        <w:rPr>
          <w:b/>
        </w:rPr>
        <w:t xml:space="preserve">[45:02] </w:t>
      </w:r>
      <w:r>
        <w:t>qaloo ya hasratna ala ma faratna feeha wahum yahmiloon awzaarahum ala dhuhurihim</w:t>
      </w:r>
    </w:p>
    <w:p>
      <w:pPr>
        <w:jc w:val="right"/>
      </w:pPr>
      <w:r>
        <w:t>قالوا يا حسرتنا على ما فرطنا فيها وهم يحملون اوزارهم على ظهورهم</w:t>
      </w:r>
    </w:p>
    <w:p>
      <w:r>
        <w:rPr>
          <w:b/>
        </w:rPr>
        <w:t xml:space="preserve">[45:13] </w:t>
      </w:r>
      <w:r>
        <w:t>ala sa'a ma yaziroon</w:t>
      </w:r>
    </w:p>
    <w:p>
      <w:pPr>
        <w:jc w:val="right"/>
      </w:pPr>
      <w:r>
        <w:t>الا ساء ما يزرون</w:t>
      </w:r>
    </w:p>
    <w:p>
      <w:r>
        <w:rPr>
          <w:b/>
        </w:rPr>
        <w:t xml:space="preserve">[45:19] </w:t>
      </w:r>
      <w:r>
        <w:t>wama alhayatud dunya</w:t>
      </w:r>
    </w:p>
    <w:p>
      <w:pPr>
        <w:jc w:val="right"/>
      </w:pPr>
      <w:r>
        <w:t>وما الحياه الدنيا</w:t>
      </w:r>
    </w:p>
    <w:p>
      <w:r>
        <w:rPr>
          <w:b/>
        </w:rPr>
        <w:t xml:space="preserve">[45:23] </w:t>
      </w:r>
      <w:r>
        <w:t>illa la'ibun walahwun waladdarul aakhirati khairulliladheena</w:t>
      </w:r>
    </w:p>
    <w:p>
      <w:pPr>
        <w:jc w:val="right"/>
      </w:pPr>
      <w:r>
        <w:t>الا لعب ولهو ولا الدار الاخره خير للذين</w:t>
      </w:r>
    </w:p>
    <w:p>
      <w:r>
        <w:rPr>
          <w:b/>
        </w:rPr>
        <w:t xml:space="preserve">[45:30] </w:t>
      </w:r>
      <w:r>
        <w:t>yattaquna afala taqiluna</w:t>
      </w:r>
    </w:p>
    <w:p>
      <w:pPr>
        <w:jc w:val="right"/>
      </w:pPr>
      <w:r>
        <w:t>يتقون افلا تعقلون</w:t>
      </w:r>
    </w:p>
    <w:p>
      <w:r>
        <w:rPr>
          <w:b/>
        </w:rPr>
        <w:t xml:space="preserve">[45:39] </w:t>
      </w:r>
      <w:r>
        <w:t>aur kehte hain ke zindagi to bas yahi hamari dunya ki zindagi hai aur hum phir uthaye jaane wale nahi aur agar tum us waqt dekhte jab ke woh apne rab ke samne khade kiye jayenge woh unse poochega kya yeh haqeeqat nahi hai woh jawab denge haan mere rab ki qasam yeh haqeeqat hai</w:t>
      </w:r>
    </w:p>
    <w:p>
      <w:pPr>
        <w:jc w:val="right"/>
      </w:pPr>
      <w:r>
        <w:t>اور کہتے ہیں کہ زندگی تو بس یہی ہماری دنیا کی زندگی ہے اور ہم پھر اٹھائے جانے والے نہیں اور اگر تم اس وقت دیکھتے جب کہ وہ اپنے رب کے سامنے کھڑے کیے جائیں گے وہ ان سے پوچھے گا کیا یہ حقیقت نہیں ہے وہ جواب دیں گے ہاں مرے رب کی قسم یہ حقیقت ہے</w:t>
      </w:r>
    </w:p>
    <w:p>
      <w:r>
        <w:rPr>
          <w:b/>
        </w:rPr>
        <w:t xml:space="preserve">[46:07] </w:t>
      </w:r>
      <w:r>
        <w:t>khuda farmayega achha to azab chakho is inkar ke badle jo tum karte the yaqeenan woh log ghaate mein rahe jinhone Allah se milne ko jhutlaya</w:t>
      </w:r>
    </w:p>
    <w:p>
      <w:pPr>
        <w:jc w:val="right"/>
      </w:pPr>
      <w:r>
        <w:t>خدا فرمائے گا اچھا تو عذاب چکھو اس انکار کے بدلے جو تم کرتے تھے یقینا وہ لوگ گھاٹے میں رہے جنہوں نے اللہ سے ملنے کو جھٹلایا</w:t>
      </w:r>
    </w:p>
    <w:p>
      <w:r>
        <w:rPr>
          <w:b/>
        </w:rPr>
        <w:t xml:space="preserve">[46:21] </w:t>
      </w:r>
      <w:r>
        <w:t>yahan tak ke jab woh ghadi un par achhanak agai to woh kahenge haye afsos is bab mein humne kaisi kotahi ki aur woh apne bojh apni peethon par uthaye hue honge</w:t>
      </w:r>
    </w:p>
    <w:p>
      <w:pPr>
        <w:jc w:val="right"/>
      </w:pPr>
      <w:r>
        <w:t>یہاں تک کہ جب وہ گھڑی ان پر اچانک اگئی تو وہ کہیں گے ہائے افسوس اس باب میں ہم نے کیسی کوتاہی کی اور وہ اپنے بوجھ اپنی پیٹھوں پر اٹھائے ہوئے ہوں گے</w:t>
      </w:r>
    </w:p>
    <w:p>
      <w:r>
        <w:rPr>
          <w:b/>
        </w:rPr>
        <w:t xml:space="preserve">[46:38] </w:t>
      </w:r>
      <w:r>
        <w:t>dekho kaisa bura bojh hai jis ko woh uthayenge aur dunya ki zindagi to bas khel tamasha hai aur akhirat ka ghar behtar hai un logon ke liye jo taqwa rakhte hain kya tum nahi samajhte</w:t>
      </w:r>
    </w:p>
    <w:p>
      <w:pPr>
        <w:jc w:val="right"/>
      </w:pPr>
      <w:r>
        <w:t>دیکھو کیسا برا بوجھ ہے جس کو وہ اٹھائیں گے اور دنیا کی زندگی تو بس کھیل تماشہ ہے اور اخرت کا گھر بہتر ہے ان لوگوں کے لیے جو تقوی رکھتے ہیں کیا تم نہیں سمجھتے</w:t>
      </w:r>
    </w:p>
    <w:p>
      <w:r>
        <w:rPr>
          <w:b/>
        </w:rPr>
        <w:t xml:space="preserve">[47:04] </w:t>
      </w:r>
      <w:r>
        <w:t>tashreeh jab bhi koi aadmi haq ka inkar karta hai ya nafs ki khwahishat par chalta hai to</w:t>
      </w:r>
    </w:p>
    <w:p>
      <w:pPr>
        <w:jc w:val="right"/>
      </w:pPr>
      <w:r>
        <w:t>تشریح جب بھی کوئی ادمی حق کا انکار کرتا ہے یا نفس کی خواہشات پر چلتا ہے تو</w:t>
      </w:r>
    </w:p>
    <w:p>
      <w:r>
        <w:rPr>
          <w:b/>
        </w:rPr>
        <w:t xml:space="preserve">[47:17] </w:t>
      </w:r>
      <w:r>
        <w:t>aisa is bina par hota hai ke woh yeh samajh kar duniya mein nahi rehta ke marne ke</w:t>
      </w:r>
    </w:p>
    <w:p>
      <w:pPr>
        <w:jc w:val="right"/>
      </w:pPr>
      <w:r>
        <w:t>ایسا اس بنا پر ہوتا ہے کہ وہ یہ سمجھ کر دنیا میں نہیں رہتا کہ مرنے کے</w:t>
      </w:r>
    </w:p>
    <w:p>
      <w:r>
        <w:rPr>
          <w:b/>
        </w:rPr>
        <w:t xml:space="preserve">[47:25] </w:t>
      </w:r>
      <w:r>
        <w:t>baad woh dobara uthaya jayega aur malik e kainat ke samne hisab kitab ke liye khara kiya jayega</w:t>
      </w:r>
    </w:p>
    <w:p>
      <w:pPr>
        <w:jc w:val="right"/>
      </w:pPr>
      <w:r>
        <w:t>بعد وہ دوبارہ اٹھایا جائے گا اور مالک کائنات کے سامنے حساب کتاب کے لیے کھڑا کیا جائے</w:t>
      </w:r>
    </w:p>
    <w:p>
      <w:r>
        <w:rPr>
          <w:b/>
        </w:rPr>
        <w:t xml:space="preserve">[47:35] </w:t>
      </w:r>
      <w:r>
        <w:t>duniya mein aadmi ko ikhtiyar mila hua hai</w:t>
      </w:r>
    </w:p>
    <w:p>
      <w:pPr>
        <w:jc w:val="right"/>
      </w:pPr>
      <w:r>
        <w:t>گا دنیا میں ادمی کو اختیار ملا ہوا ہے</w:t>
      </w:r>
    </w:p>
    <w:p>
      <w:r>
        <w:rPr>
          <w:b/>
        </w:rPr>
        <w:t xml:space="preserve">[47:42] </w:t>
      </w:r>
      <w:r>
        <w:t>jis ko woh be-rok tok istemal karta hai</w:t>
      </w:r>
    </w:p>
    <w:p>
      <w:pPr>
        <w:jc w:val="right"/>
      </w:pPr>
      <w:r>
        <w:t>جس کو وہ بے روک ٹوک استعمال کرتا ہے</w:t>
      </w:r>
    </w:p>
    <w:p>
      <w:r>
        <w:rPr>
          <w:b/>
        </w:rPr>
        <w:t xml:space="preserve">[47:48] </w:t>
      </w:r>
      <w:r>
        <w:t>us ko maal o daulat aur dost aur saathi hasil hain jin par woh bharosa kar sakta hai</w:t>
      </w:r>
    </w:p>
    <w:p>
      <w:pPr>
        <w:jc w:val="right"/>
      </w:pPr>
      <w:r>
        <w:t>اس کو مال و دولت اور دوست اور ساتھی حاصل ہیں جن پر وہ بھروسہ کر سکتا ہے</w:t>
      </w:r>
    </w:p>
    <w:p>
      <w:r>
        <w:rPr>
          <w:b/>
        </w:rPr>
        <w:t xml:space="preserve">[47:58] </w:t>
      </w:r>
      <w:r>
        <w:t>us ko aql mili hui hai jis se woh sarkashi ki baatein soche aur apne zalimana amal ki</w:t>
      </w:r>
    </w:p>
    <w:p>
      <w:pPr>
        <w:jc w:val="right"/>
      </w:pPr>
      <w:r>
        <w:t>اس کو عقل ملی ہوئی ہے جس سے وہ سرکشی کی باتیں سوچے اور اپنے ظالمانہ عمل کی</w:t>
      </w:r>
    </w:p>
    <w:p>
      <w:r>
        <w:rPr>
          <w:b/>
        </w:rPr>
        <w:t xml:space="preserve">[48:09] </w:t>
      </w:r>
      <w:r>
        <w:t>khoobsurat tojeeh kar sake</w:t>
      </w:r>
    </w:p>
    <w:p>
      <w:pPr>
        <w:jc w:val="right"/>
      </w:pPr>
      <w:r>
        <w:t>خوبصورت توجیح کر سکے</w:t>
      </w:r>
    </w:p>
    <w:p>
      <w:r>
        <w:rPr>
          <w:b/>
        </w:rPr>
        <w:t xml:space="preserve">[48:13] </w:t>
      </w:r>
      <w:r>
        <w:t>yeh cheezein us ko dhoke mein dalti hain woh khuda ke siwa doosri cheezon par jhoota bharosa kar leta hai woh samajhne lagta hai ke jaisa mein aaj hoon waisa hi mein hamesha rahoonga</w:t>
      </w:r>
    </w:p>
    <w:p>
      <w:pPr>
        <w:jc w:val="right"/>
      </w:pPr>
      <w:r>
        <w:t>یہ چیزیں اس کو دھوکے میں ڈالتی ہیں وہ خدا کے سوا دوسری چیزوں پر جھوٹا بھروسہ کر لیتا ہے وہ سمجھنے لگتا ہے کہ جیسا میں اج ہوں ویسا ہی میں ہمیشہ رہوں گا</w:t>
      </w:r>
    </w:p>
    <w:p>
      <w:r>
        <w:rPr>
          <w:b/>
        </w:rPr>
        <w:t xml:space="preserve">[48:35] </w:t>
      </w:r>
      <w:r>
        <w:t>woh bhool jata hai ke dunya mein us ko jo kuch mila hua hai woh bator imtehan hai na ke bator istihqaaq is qism ki zindagi khwah woh akhirat ka inkar kar ke ho ya inkar ke alfaaz bole baghair ho aadmi ka sab se bada jurm hai</w:t>
      </w:r>
    </w:p>
    <w:p>
      <w:pPr>
        <w:jc w:val="right"/>
      </w:pPr>
      <w:r>
        <w:t>وہ بھول جاتا ہے کہ دنیا میں اس کو جو کچھ ملا ہوا ہے وہ بطور امتحان ہے نہ کہ بطور استحقاق اس قسم کی زندگی خواہ وہ اخرت کا انکار کر کے ہو یا انکار کے الفاظ بولے بغیر ہو ادمی کا سب سے بڑا جرم ہے</w:t>
      </w:r>
    </w:p>
    <w:p>
      <w:r>
        <w:rPr>
          <w:b/>
        </w:rPr>
        <w:t xml:space="preserve">[49:05] </w:t>
      </w:r>
      <w:r>
        <w:t>jin dunyavi cheezon ko aadmi apna sab kuch samajh kar un par tootta hai akhir kis haq ki bina par woh aisa kar raha hai aadmi jis roshni mein chalta hai aur jis hawa mein woh saans leta hai us ka koi muawza us ne ada nahi kiya hai</w:t>
      </w:r>
    </w:p>
    <w:p>
      <w:pPr>
        <w:jc w:val="right"/>
      </w:pPr>
      <w:r>
        <w:t>جن دنیاوی چیزوں کو ادمی اپنا سب کچھ سمجھ کر ان پر ٹوٹتا ہے اخر کس حق کی بنا پر وہ ایسا کر رہا ہے ادمی جس روشنی میں چلتا ہے اور جس ہوا میں وہ سانس لیتا ہے اس کا کوئی معاوضہ اس نے ادا نہیں کیا ہے</w:t>
      </w:r>
    </w:p>
    <w:p>
      <w:r>
        <w:rPr>
          <w:b/>
        </w:rPr>
        <w:t xml:space="preserve">[49:32] </w:t>
      </w:r>
      <w:r>
        <w:t>woh jis zameen se apna rizq nikalta hai us ka koi bhi juz us ka apna banaya hua nahi hai woh tamam pasandeeda cheezein jin ko hasil karne ke liye aadmi daudta hai un mein se koi cheez nahi jo us ki apni ho</w:t>
      </w:r>
    </w:p>
    <w:p>
      <w:pPr>
        <w:jc w:val="right"/>
      </w:pPr>
      <w:r>
        <w:t>وہ جس زمین سے اپنا رزق نکالتا ہے اس کا کوئی بھی جز اس کا اپنا بنایا ہوا نہیں ہے وہ تمام پسندیدہ چیزیں جن کو حاصل کرنے کے لیے ادمی دوڑتا ہے ان میں سے کوئی چیز نہیں جو اس کی اپنی ہو</w:t>
      </w:r>
    </w:p>
    <w:p>
      <w:r>
        <w:rPr>
          <w:b/>
        </w:rPr>
        <w:t xml:space="preserve">[49:59] </w:t>
      </w:r>
      <w:r>
        <w:t>jab yeh cheezain insaan ki paida ki hui nahi hain to jo in tamam cheezon ka malik hai</w:t>
      </w:r>
    </w:p>
    <w:p>
      <w:pPr>
        <w:jc w:val="right"/>
      </w:pPr>
      <w:r>
        <w:t>جب یہ چیزیں انسان کی پیدا کی ہوئی نہیں ہیں تو جو ان تمام چیزوں کا مالک ہے</w:t>
      </w:r>
    </w:p>
    <w:p>
      <w:r>
        <w:rPr>
          <w:b/>
        </w:rPr>
        <w:t xml:space="preserve">[50:08] </w:t>
      </w:r>
      <w:r>
        <w:t>kya is ka adami ke oopar koi haq nahi</w:t>
      </w:r>
    </w:p>
    <w:p>
      <w:pPr>
        <w:jc w:val="right"/>
      </w:pPr>
      <w:r>
        <w:t>کیا اس کا ادمی کے اوپر کوئی حق نہیں</w:t>
      </w:r>
    </w:p>
    <w:p>
      <w:r>
        <w:rPr>
          <w:b/>
        </w:rPr>
        <w:t xml:space="preserve">[50:14] </w:t>
      </w:r>
      <w:r>
        <w:t>haqeeqat yeh hai ke adami ka moajza dunya ko istemaal karna hi lazim kar deta hai ke woh</w:t>
      </w:r>
    </w:p>
    <w:p>
      <w:pPr>
        <w:jc w:val="right"/>
      </w:pPr>
      <w:r>
        <w:t>حقیقت یہ ہے کہ ادمی کا معجزہ دنیا کو استعمال کرنا ہی لازم کر دیتا ہے کہ وہ</w:t>
      </w:r>
    </w:p>
    <w:p>
      <w:r>
        <w:rPr>
          <w:b/>
        </w:rPr>
        <w:t xml:space="preserve">[50:22] </w:t>
      </w:r>
      <w:r>
        <w:t>ek roz is ke malik ke samne hisab ke liye khara kiya jaye</w:t>
      </w:r>
    </w:p>
    <w:p>
      <w:pPr>
        <w:jc w:val="right"/>
      </w:pPr>
      <w:r>
        <w:t>ایک روز اس کے مالک کے سامنے حساب کے لیے کھڑا کیا جائے</w:t>
      </w:r>
    </w:p>
    <w:p>
      <w:r>
        <w:rPr>
          <w:b/>
        </w:rPr>
        <w:t xml:space="preserve">[50:34] </w:t>
      </w:r>
      <w:r>
        <w:t>jo log dunya ko khuda ki dunya samajh kar zindagi guzarein un ki zindagi taqwa ki zindagi hoti hai aur jo log is ko khuda ki dunya na samjhein un ki zindagi lahu o laib ki zindagi hoti hai lahu o laib ki zindagi chand roz ka tamasha hai</w:t>
      </w:r>
    </w:p>
    <w:p>
      <w:pPr>
        <w:jc w:val="right"/>
      </w:pPr>
      <w:r>
        <w:t>جو لوگ دنیا کو خدا کی دنیا سمجھ کر زندگی گزاریں ان کی زندگی تقوی کی زندگی ہوتی ہے اور جو لوگ اس کو خدا کی دنیا نہ سمجھیں ان کی زندگی لہو و لعیب کی زندگی ہوتی ہے لہو و لعیب کی زندگی چند روز کا تماشہ ہے</w:t>
      </w:r>
    </w:p>
    <w:p>
      <w:r>
        <w:rPr>
          <w:b/>
        </w:rPr>
        <w:t xml:space="preserve">[51:00] </w:t>
      </w:r>
      <w:r>
        <w:t>jo marne ke sath khatm ho jayega aur taqwa ki zindagi khuda ke abadi usoolon par qaim hai is liye woh abadi taur par aadmi ka sahara banegi</w:t>
      </w:r>
    </w:p>
    <w:p>
      <w:pPr>
        <w:jc w:val="right"/>
      </w:pPr>
      <w:r>
        <w:t>جو مرنے کے ساتھ ختم ہو جائے گا اور تقوی کی زندگی خدا کے ابدی اصولوں پر قائم ہے اس لیے وہ ابدی طور پر ادمی کا سہارا بنے گی</w:t>
      </w:r>
    </w:p>
    <w:p>
      <w:r>
        <w:rPr>
          <w:b/>
        </w:rPr>
        <w:t xml:space="preserve">[51:18] </w:t>
      </w:r>
      <w:r>
        <w:t>muajza dunya mein aadmi in haqeeqaton ka inkar karta hai</w:t>
      </w:r>
    </w:p>
    <w:p>
      <w:pPr>
        <w:jc w:val="right"/>
      </w:pPr>
      <w:r>
        <w:t>معجزہ دنیا میں ادمی ان حقیقتوں کا انکار کرتا ہے</w:t>
      </w:r>
    </w:p>
    <w:p>
      <w:r>
        <w:rPr>
          <w:b/>
        </w:rPr>
        <w:t xml:space="preserve">[51:23] </w:t>
      </w:r>
      <w:r>
        <w:t>magar imtehan ki azadi khatam hote hi woh is ka iqrar karne par majboor hoga agarche us waqt</w:t>
      </w:r>
    </w:p>
    <w:p>
      <w:pPr>
        <w:jc w:val="right"/>
      </w:pPr>
      <w:r>
        <w:t>مگر امتحان کی ازادی ختم ہوتے ہی وہ اس کا اقرار کرنے پر مجبور ہوگا اگرچہ اس وقت</w:t>
      </w:r>
    </w:p>
    <w:p>
      <w:r>
        <w:rPr>
          <w:b/>
        </w:rPr>
        <w:t xml:space="preserve">[51:34] </w:t>
      </w:r>
      <w:r>
        <w:t>ka iqrar is ke kuch kaam na aye ga</w:t>
      </w:r>
    </w:p>
    <w:p>
      <w:pPr>
        <w:jc w:val="right"/>
      </w:pPr>
      <w:r>
        <w:t>کا اقرار اس کے کچھ کام نہ ائے گا</w:t>
      </w:r>
    </w:p>
    <w:p>
      <w:r>
        <w:rPr>
          <w:b/>
        </w:rPr>
        <w:t xml:space="preserve">[53:11] </w:t>
      </w:r>
      <w:r>
        <w:t>inma yastajeeb allatheena yasmaoona walmawta yabathuhum Allahu thumma ilayhi yurjaoona</w:t>
      </w:r>
    </w:p>
    <w:p>
      <w:pPr>
        <w:jc w:val="right"/>
      </w:pPr>
      <w:r>
        <w:t>انما يستجيب الذين يسمعون والموتى يبعثهم الله ثم اليه يرجعون</w:t>
      </w:r>
    </w:p>
    <w:p>
      <w:r>
        <w:rPr>
          <w:b/>
        </w:rPr>
        <w:t xml:space="preserve">[53:21] </w:t>
      </w:r>
      <w:r>
        <w:t>hum ko maloom hai ke woh jo kuch kehte hain us se tum ko ranj hota hai yeh log tum ko nahi jhutlate balkeh yeh zalim darasal Allah ki nishaniyon ka inkar kar rahe hain aur tum se pehle bhi rasoolon ko jhutlaya gaya</w:t>
      </w:r>
    </w:p>
    <w:p>
      <w:pPr>
        <w:jc w:val="right"/>
      </w:pPr>
      <w:r>
        <w:t>ہم کو معلوم ہے کہ وہ جو کچھ کہتے ہیں اس سے تم کو رنج ہوتا ہے یہ لوگ تم کو نہیں جھٹلاتے بلکہ یہ ظالم دراصل اللہ کی نشانیوں کا انکار کر رہے ہیں اور تم سے پہلے بھی رسولوں کو جھٹلایا گیا</w:t>
      </w:r>
    </w:p>
    <w:p>
      <w:r>
        <w:rPr>
          <w:b/>
        </w:rPr>
        <w:t xml:space="preserve">[53:45] </w:t>
      </w:r>
      <w:r>
        <w:t>to unhone jhutlaye jaane aur takleef pahunchane par sabr kiya yahan tak ke un ko hum madad pahunchi</w:t>
      </w:r>
    </w:p>
    <w:p>
      <w:pPr>
        <w:jc w:val="right"/>
      </w:pPr>
      <w:r>
        <w:t>تو انہوں نے جھٹلائے جانے اور تکلیف پہنچانے پر صبر کیا یہاں تک کہ ان کو ہم مدد پہنچ گئی</w:t>
      </w:r>
    </w:p>
    <w:p>
      <w:r>
        <w:rPr>
          <w:b/>
        </w:rPr>
        <w:t xml:space="preserve">[53:58] </w:t>
      </w:r>
      <w:r>
        <w:t>aur Allah ki baaton ko koi badalne wala nahi</w:t>
      </w:r>
    </w:p>
    <w:p>
      <w:pPr>
        <w:jc w:val="right"/>
      </w:pPr>
      <w:r>
        <w:t>اور اللہ کی باتوں کو کوئی بدلنے والا نہیں</w:t>
      </w:r>
    </w:p>
    <w:p>
      <w:r>
        <w:rPr>
          <w:b/>
        </w:rPr>
        <w:t xml:space="preserve">[54:04] </w:t>
      </w:r>
      <w:r>
        <w:t>aur paighambaron ki kuch khabrein tum ko pahunch hi chuki hain aur agar un ki be rukhi tum</w:t>
      </w:r>
    </w:p>
    <w:p>
      <w:pPr>
        <w:jc w:val="right"/>
      </w:pPr>
      <w:r>
        <w:t>اور پیغمبروں کی کچھ خبریں تم کو پہنچ ہی چکی ہیں اور اگر ان کی بے رخی تم</w:t>
      </w:r>
    </w:p>
    <w:p>
      <w:r>
        <w:rPr>
          <w:b/>
        </w:rPr>
        <w:t xml:space="preserve">[54:12] </w:t>
      </w:r>
      <w:r>
        <w:t>par guzar rahi hai to agar tum mein kuch zor hai to zameen mein koi sarnag dhoondo</w:t>
      </w:r>
    </w:p>
    <w:p>
      <w:pPr>
        <w:jc w:val="right"/>
      </w:pPr>
      <w:r>
        <w:t>پر گرا گزر رہی ہے تو اگر تم میں کچھ زور ہے تو زمین میں کوئی سرنگ ڈھونڈو</w:t>
      </w:r>
    </w:p>
    <w:p>
      <w:r>
        <w:rPr>
          <w:b/>
        </w:rPr>
        <w:t xml:space="preserve">[54:21] </w:t>
      </w:r>
      <w:r>
        <w:t>ya aasman mein seedhi lagao aur un ke liye koi nishani le aao</w:t>
      </w:r>
    </w:p>
    <w:p>
      <w:pPr>
        <w:jc w:val="right"/>
      </w:pPr>
      <w:r>
        <w:t>یا اسمان میں سیڑھی لگاؤ اور ان کے لیے کوئی نشانی لے اؤ</w:t>
      </w:r>
    </w:p>
    <w:p>
      <w:r>
        <w:rPr>
          <w:b/>
        </w:rPr>
        <w:t xml:space="preserve">[54:29] </w:t>
      </w:r>
      <w:r>
        <w:t>aur agar Allah chahta to in sab ko hidayat par jama kar deta</w:t>
      </w:r>
    </w:p>
    <w:p>
      <w:pPr>
        <w:jc w:val="right"/>
      </w:pPr>
      <w:r>
        <w:t>اور اگر اللہ چاہتا تو ان سب کو ہدایت پر جمع کر دیتا</w:t>
      </w:r>
    </w:p>
    <w:p>
      <w:r>
        <w:rPr>
          <w:b/>
        </w:rPr>
        <w:t xml:space="preserve">[54:36] </w:t>
      </w:r>
      <w:r>
        <w:t>pas tum nadanon mein se na bano ubbur to wohi log karte hain jo sunte hain aur mardon ko Allah uthayega phir woh us ki taraf lotaye jayenge</w:t>
      </w:r>
    </w:p>
    <w:p>
      <w:pPr>
        <w:jc w:val="right"/>
      </w:pPr>
      <w:r>
        <w:t>پس تم نادانوں میں سے نہ بنو عبور تو وہی لوگ کرتے ہیں جو سنتے ہیں اور مردوں کو اللہ اٹھائے گا پھر وہ اس کی طرف لوٹائے جائیں گے</w:t>
      </w:r>
    </w:p>
    <w:p>
      <w:r>
        <w:rPr>
          <w:b/>
        </w:rPr>
        <w:t xml:space="preserve">[54:55] </w:t>
      </w:r>
      <w:r>
        <w:t>tashreeh abujahal ne rasool Allah sal Allah alaihi wasallam se kaha aey Muhammad Allah ki qasam hum tum ko nahi jhutlate yaqeenan tum hamare darmiyan ek sachhe aadmi ho magar hum us cheez ko jhutlate hain jis ko tum laye ho makkah ke log jo iman nahi laye woh aap ko ek achha insan mante the</w:t>
      </w:r>
    </w:p>
    <w:p>
      <w:pPr>
        <w:jc w:val="right"/>
      </w:pPr>
      <w:r>
        <w:t>تشریح ابوجہل نے رسول اللہ صلی اللہ علیہ وسلم سے کہا اے محمد خدا کی قسم ہم تم کو نہیں جھٹلاتے یقینا تم ہمارے درمیان ایک سچے ادمی ہو مگر ہم اس چیز کو جھٹلاتے ہیں جس کو تم لائے ہو مکہ کے لوگ جو ایمان نہیں لائے وہ اپ کو ایک اچھا انسان مانتے تھے</w:t>
      </w:r>
    </w:p>
    <w:p>
      <w:r>
        <w:rPr>
          <w:b/>
        </w:rPr>
        <w:t xml:space="preserve">[55:23] </w:t>
      </w:r>
      <w:r>
        <w:t>magar kisi ke mutalliq yeh manna ke us ki zuban par haq jari hua hai us ko bohat bara izaz dena hai aur itna bara izaz dene ke liye woh tayyar na the aap ko jab woh sachha ya imandar kehte to un ko yeh nafsiyati taskeen hasil rehti ke aap hamare hi satah ke ek insan hain</w:t>
      </w:r>
    </w:p>
    <w:p>
      <w:pPr>
        <w:jc w:val="right"/>
      </w:pPr>
      <w:r>
        <w:t>مگر کسی کے متعلق یہ ماننا کہ اس کی زبان پر حق جاری ہوا ہے اس کو بہت بڑا اعزاز دینا ہے اور اتنا بڑا اعزاز دینے کے لیے وہ تیار نہ تھے اپ کو جب وہ سچا یا ایماندار کہتے تو ان کو یہ نفسیاتی تسکین حاصل رہتی کہ اپ ہمارے ہی سطح کے ایک انسان ہیں</w:t>
      </w:r>
    </w:p>
    <w:p>
      <w:r>
        <w:rPr>
          <w:b/>
        </w:rPr>
        <w:t xml:space="preserve">[55:50] </w:t>
      </w:r>
      <w:r>
        <w:t>magar is baat ka iqrar ke aap ki zuban par khuda ka kalam jari hua hai aap ko apne se ooncha darja dene ke hum manna tha aur is qism ka etiraf aadmi ke liye mushkil tareen kaam hai</w:t>
      </w:r>
    </w:p>
    <w:p>
      <w:pPr>
        <w:jc w:val="right"/>
      </w:pPr>
      <w:r>
        <w:t>مگر اس بات کا اقرار کہ اپ کی زبان پر خدا کا کلام جاری ہوا ہے اپ کو اپنے سے اونچا درجہ دینے کے ہم مانا تھا اور اس قسم کا اعتراف ادمی کے لیے مشکل ترین کام ہے</w:t>
      </w:r>
    </w:p>
    <w:p>
      <w:r>
        <w:rPr>
          <w:b/>
        </w:rPr>
        <w:t xml:space="preserve">[56:10] </w:t>
      </w:r>
      <w:r>
        <w:t>muajza dunya mein khuda apni barah-e-rast surat mein samne nahi aata</w:t>
      </w:r>
    </w:p>
    <w:p>
      <w:pPr>
        <w:jc w:val="right"/>
      </w:pPr>
      <w:r>
        <w:t>معجزہ دنیا میں خدا اپنی براہ راست صورت میں سامنے نہیں اتا</w:t>
      </w:r>
    </w:p>
    <w:p>
      <w:r>
        <w:rPr>
          <w:b/>
        </w:rPr>
        <w:t xml:space="preserve">[56:16] </w:t>
      </w:r>
      <w:r>
        <w:t>woh dalail aur nishaniyon ki surat mein insaan ke samne zahir hota hai is liye haq ke dalail ko na manna ya us ke haq mein zahir hone wali nishaniyon ki taraf se aankhein band kar lena goya khuda ko na manna aur khuda ke chehre ki taraf se aankhein pher lena hai</w:t>
      </w:r>
    </w:p>
    <w:p>
      <w:pPr>
        <w:jc w:val="right"/>
      </w:pPr>
      <w:r>
        <w:t>وہ دلائل اور نشانیوں کی صورت میں انسان کے سامنے ظاہر ہوتا ہے اس لیے حق کے دلائل کو نہ ماننا یا اس کے حق میں ظاہر ہونے والی نشانیوں کی طرف سے انکھیں بند کر لینا گویا خدا کو نہ ماننا اور خدا کے چہرے کی طرف سے انکھیں پھیر لینا ہے</w:t>
      </w:r>
    </w:p>
    <w:p>
      <w:r>
        <w:rPr>
          <w:b/>
        </w:rPr>
        <w:t xml:space="preserve">[56:44] </w:t>
      </w:r>
      <w:r>
        <w:t>taham aisa nahi ho sakta ke khuda majboor kun moajzaat ke sath samne aaye majboor kun moajzaat ke jalwo mein khuda ki dawat pesh ki jaye to phir ikhtiyar ki azadi khatam ho jaye gi aur imtehan ke liye azadana ikhtiyar ka mahol hona zaroori hai</w:t>
      </w:r>
    </w:p>
    <w:p>
      <w:pPr>
        <w:jc w:val="right"/>
      </w:pPr>
      <w:r>
        <w:t>تاہم ایسا نہیں ہو سکتا کہ خدا مجبور کن معجزات کے ساتھ سامنے ائے مجبور کن معجزات کے جلو میں خدا کی دعوت پیش کی جائے تو پھر اختیار کی ازادی ختم ہو جائے گی اور امتحان کے لیے ازادانہ اختیار کا ماحول ہونا ضروری ہے</w:t>
      </w:r>
    </w:p>
    <w:p>
      <w:r>
        <w:rPr>
          <w:b/>
        </w:rPr>
        <w:t xml:space="preserve">[57:08] </w:t>
      </w:r>
      <w:r>
        <w:t>daai ko is baat ka gham na karna chahiye ke is ke sath sirf dalail ka zor hai ghair mamooli qism ki taskheeri quwatein is ke paas maujood nahi daai ko is fikr mein padne ke bajaye sabr karna chahiye</w:t>
      </w:r>
    </w:p>
    <w:p>
      <w:pPr>
        <w:jc w:val="right"/>
      </w:pPr>
      <w:r>
        <w:t>داعی کو اس بات کا غم نہ کرنا چاہیے کہ اس کے ساتھ صرف دلائل کا زور ہے غیر معمولی قسم کی تسخیری قوتیں اس کے پاس موجود نہیں داعی کو اس فکر میں پڑنے کے بجائے صبر کرنا چاہیے</w:t>
      </w:r>
    </w:p>
    <w:p>
      <w:r>
        <w:rPr>
          <w:b/>
        </w:rPr>
        <w:t xml:space="preserve">[57:26] </w:t>
      </w:r>
      <w:r>
        <w:t>dawat-e-haq ki jad-o-jehad ek taraf daai ke sabr ka imtehan hoti hai aur doosri taraf mukhatibin ke liye is baat ka imtehan ke woh apne jaisay ek insan mein numainda-e-khuda hone ki jhalak dekhein woh insan ke munh se nikle hue kalam mein khudai kalam ki azmaton ko pa lein</w:t>
      </w:r>
    </w:p>
    <w:p>
      <w:pPr>
        <w:jc w:val="right"/>
      </w:pPr>
      <w:r>
        <w:t>دعوت حق کی جدوجہد ایک طرف داعی کے صبر کا امتحان ہوتی ہے اور دوسری طرف مخاطبین کے لیے اس بات کا امتحان کہ وہ اپنے جیسے ایک انسان میں نمائندہ خدا ہونے کی جھلک دیکھیں وہ انسان کے منہ سے نکلے ہوئے کلام میں خدائی کلام کی عظمتوں کو پا لیں</w:t>
      </w:r>
    </w:p>
    <w:p>
      <w:r>
        <w:rPr>
          <w:b/>
        </w:rPr>
        <w:t xml:space="preserve">[57:51] </w:t>
      </w:r>
      <w:r>
        <w:t>woh madi zor se khali dalail ke aage is tarah jhuk jayen jis tarah woh zor aur khuda</w:t>
      </w:r>
    </w:p>
    <w:p>
      <w:pPr>
        <w:jc w:val="right"/>
      </w:pPr>
      <w:r>
        <w:t>وہ مادی زور سے خالی دلائل کے اگے اس طرح جھک جائیں جس طرح وہ زور اور خدا</w:t>
      </w:r>
    </w:p>
    <w:p>
      <w:r>
        <w:rPr>
          <w:b/>
        </w:rPr>
        <w:t xml:space="preserve">[57:58] </w:t>
      </w:r>
      <w:r>
        <w:t>ke aage jhukenge</w:t>
      </w:r>
    </w:p>
    <w:p>
      <w:pPr>
        <w:jc w:val="right"/>
      </w:pPr>
      <w:r>
        <w:t>کے اگے جھکیں گے</w:t>
      </w:r>
    </w:p>
    <w:p>
      <w:r>
        <w:rPr>
          <w:b/>
        </w:rPr>
        <w:t xml:space="preserve">[58:02] </w:t>
      </w:r>
      <w:r>
        <w:t>zinda logon ke liye sari kainat nishaniyon se bhari hui hai aur jinhon ne apne ehsasat ko murda</w:t>
      </w:r>
    </w:p>
    <w:p>
      <w:pPr>
        <w:jc w:val="right"/>
      </w:pPr>
      <w:r>
        <w:t>زندہ لوگوں کے لیے ساری کائنات نشانیوں سے بھری ہوئی ہے اور جنہوں نے اپنے احساسات کو مردہ</w:t>
      </w:r>
    </w:p>
    <w:p>
      <w:r>
        <w:rPr>
          <w:b/>
        </w:rPr>
        <w:t xml:space="preserve">[58:09] </w:t>
      </w:r>
      <w:r>
        <w:t>kar liya ho woh qayamat ke zalzale ke siwa kisi aur cheez se sabaq nahi le sakte</w:t>
      </w:r>
    </w:p>
    <w:p>
      <w:pPr>
        <w:jc w:val="right"/>
      </w:pPr>
      <w:r>
        <w:t>کر لیا ہو وہ قیامت کے زلزلے کے سوا کسی اور چیز سے سبق نہیں لے سکتے</w:t>
      </w:r>
    </w:p>
    <w:p>
      <w:r>
        <w:rPr>
          <w:b/>
        </w:rPr>
        <w:t xml:space="preserve">[59:05] </w:t>
      </w:r>
      <w:r>
        <w:t>ma faratna fil kitabi min shai'in thumma ila rabbihim yuhsharoon wal-ladheena kadhaboo bi ayatina summun wa bukmun fiz-zulumaat, mai yashaa'illahu yudlil-hu wa mai yashaa' yaj'alhu 'ala siratin mustaqeem</w:t>
      </w:r>
    </w:p>
    <w:p>
      <w:pPr>
        <w:jc w:val="right"/>
      </w:pPr>
      <w:r>
        <w:t>ما فرطنا في الكتاب من شيء ثم الى ربهم يحشرون والذين كذبوا باياتنا صم وبكم في الظلمات من يشاء الله يضلله ومن يشاء يجعله على صراط مستقیم</w:t>
      </w:r>
    </w:p>
    <w:p>
      <w:r>
        <w:rPr>
          <w:b/>
        </w:rPr>
        <w:t xml:space="preserve">[59:34] </w:t>
      </w:r>
      <w:r>
        <w:t>aur woh kehte hain ke rasool par koi nishani is ke rabb ki taraf se kyun nahi utri? kaho, Allah beshak qadir hai ke koi nishani utare, magar aksar log nahi jante. aur jo bhi janwar zameen par chalta hai aur jo bhi parinda apne dono bazoo'on se udta hai, woh sab tumhari hi tarah ke anwaa' hain.</w:t>
      </w:r>
    </w:p>
    <w:p>
      <w:pPr>
        <w:jc w:val="right"/>
      </w:pPr>
      <w:r>
        <w:t>اور وہ کہتے ہیں کہ رسول پر کوئی نشانی اس کے رب کی طرف سے کیوں نہیں اتری کہو اللہ بے شک قادر ہے کہ کوئی نشانی اتارے مگر اکثر لوگ نہیں جانتے اور جو بھی جانور زمین پر چلتا ہے اور جو بھی پرندہ اپنے دونوں بازوؤں سے اڑتا ہے وہ سب تمہاری ہی طرح کے انواع ہیں</w:t>
      </w:r>
    </w:p>
    <w:p>
      <w:r>
        <w:rPr>
          <w:b/>
        </w:rPr>
        <w:t xml:space="preserve">[1:00:02] </w:t>
      </w:r>
      <w:r>
        <w:t>hum ne likhne mein koi cheez nahi chhori hai. phir sab apne rabb ke paas ikatthe kiye jayenge. aur jinhone hamari nishaniyon ko jhutlaya, woh behre aur goonge hain, tareekiyon mein pade hue hain. Allah jisko chahta hai, bhatka deta hai aur jisko chahta hai, seedhi raah par laga deta hai.</w:t>
      </w:r>
    </w:p>
    <w:p>
      <w:pPr>
        <w:jc w:val="right"/>
      </w:pPr>
      <w:r>
        <w:t>ہم نے لکھنے میں کوئی چیز نہیں چھوڑی ہے پھر سب اپنے رب کے پاس اکٹھے کیے جائیں گے اور جنہوں نے ہماری نشانیوں کو جھٹلایا وہ بہرے اور گونگے ہیں تاریکیوں میں پڑے ہوئے ہیں اللہ جس کو چاہتا ہے بھٹکا دیتا ہے اور جس کو چاہتا ہے سیدھی راہ پر لگا دیتا ہے</w:t>
      </w:r>
    </w:p>
    <w:p>
      <w:r>
        <w:rPr>
          <w:b/>
        </w:rPr>
        <w:t xml:space="preserve">[1:00:32] </w:t>
      </w:r>
      <w:r>
        <w:t>tashreeh: in ayaton ke ikhtesar ko khol diya jaye to poora mazmoon is tarah hoga: woh kehte hain ke peghambar ke sath ghair mamooli nishani kyun nahi jo is ke paigham ke barhaq hone ka saboot ho? to Allah har qism ki nishani utarne par qadir hai.</w:t>
      </w:r>
    </w:p>
    <w:p>
      <w:pPr>
        <w:jc w:val="right"/>
      </w:pPr>
      <w:r>
        <w:t>تشریح ان ایات کے اختصار کو کھول دیا جائے تو پورا مضمون اس طرح ہوگا وہ کہتے ہیں کہ پیغمبر کے ساتھ غیر معمولی نشانی کیوں نہیں جو اس کے پیغام کے برحق ہونے کا ثبوت ہو تو اللہ ہر قسم کی نشانی اتارنے پر قادر ہے</w:t>
      </w:r>
    </w:p>
    <w:p>
      <w:r>
        <w:rPr>
          <w:b/>
        </w:rPr>
        <w:t xml:space="preserve">[1:00:58] </w:t>
      </w:r>
      <w:r>
        <w:t>magar asal sawal nishani ka nahi, balke logon ki be-elmi ka hai. nishaniyan to be-shumar tadad mein har taraf bikhri hui hain. jab log in maujood nishaniyon se sabaq nahi le rahe hain, to koi nayi nishani utarne se woh kya faida utha sakenge?</w:t>
      </w:r>
    </w:p>
    <w:p>
      <w:pPr>
        <w:jc w:val="right"/>
      </w:pPr>
      <w:r>
        <w:t>مگر اصل سوال نشانی کا نہیں بلکہ لوگوں کی بے علمی کا ہے نشانیاں تو بے شمار تعداد میں ہر طرف بکھری ہوئی ہیں جب لوگ ان موجود نشانیوں سے سبق نہیں لے رہے ہیں تو کوئی نئی نشانی اتارنے سے وہ کیا فائدہ اٹھا سکیں گے</w:t>
      </w:r>
    </w:p>
    <w:p>
      <w:r>
        <w:rPr>
          <w:b/>
        </w:rPr>
        <w:t xml:space="preserve">[1:01:23] </w:t>
      </w:r>
      <w:r>
        <w:t>tarah tarah ke chalne wale janwar aur mukhtalif qism ki udne wali chidiyan jo zameen mein aur fiza mein maujood hain, woh tumhare liye nishaniyan hi to hain. in tamam zinda makhlooqat se bhi Allah ko wahi kuch matloob hai jo tum se matloob hai aur har ek se jo kuch matloob hai, woh Khuda ne is ke liye likh diya hai.</w:t>
      </w:r>
    </w:p>
    <w:p>
      <w:pPr>
        <w:jc w:val="right"/>
      </w:pPr>
      <w:r>
        <w:t>طرح طرح کے چلنے والے جانور اور مختلف قسم کی اڑنے والی چڑیاں جو زمین میں اور فضا میں موجود ہیں وہ تمہارے لیے نشانیاں ہی تو ہیں ان تمام زندہ مخلوقات سے بھی اللہ کو وہی کچھ مطلوب ہے جو تم سے مطلوب ہے اور ہر ایک سے جو کچھ مطلوب ہے وہ خدا نے اس کے لیے لکھ دیا ہے</w:t>
      </w:r>
    </w:p>
    <w:p>
      <w:r>
        <w:rPr>
          <w:b/>
        </w:rPr>
        <w:t xml:space="preserve">[1:01:51] </w:t>
      </w:r>
      <w:r>
        <w:t>insan ko shar'i taur par aur doosri makhlooqat ko jibli taur par chidiyon aur janwaron jaisi makhlooqat Khuda ke likhe par poora poora amal kar rahi hain, magar insan Khuda ke likhe ko manne ke liye tayyar nahi. is liye yeh mamla nishani ka nahi, balke andhe pan ka hai.</w:t>
      </w:r>
    </w:p>
    <w:p>
      <w:pPr>
        <w:jc w:val="right"/>
      </w:pPr>
      <w:r>
        <w:t>انسان کو شرعی طور پر اور دوسری مخلوقات کو جبلی طور پر چڑیوں اور جانوروں جیسی مخلوقات خدا کے لکھے پر پورا پورا عمل کر رہی ہیں مگر انسان خدا کے لکھے کو ماننے کے لیے تیار نہیں اس لیے یہ معاملہ نشانی کا نہیں بلکہ اندھے پن کا ہے</w:t>
      </w:r>
    </w:p>
    <w:p>
      <w:r>
        <w:rPr>
          <w:b/>
        </w:rPr>
        <w:t xml:space="preserve">[1:02:17] </w:t>
      </w:r>
      <w:r>
        <w:t>baqi tamam makhlooqat jo deen ikhtiyar kiye hue hain, insan ke liye is ke siwa koi deen ikhtiyar karne ka jawaz kya hai? haqeeqat yeh hai ke jin ko amal karna hai, woh nishani ka mutaliba kiye baghair amal kar rahe hain aur jin ko amal karna nahi hai, woh nishaniyon ke hujoom mein reh kar nishaniyan mang rahe hain.</w:t>
      </w:r>
    </w:p>
    <w:p>
      <w:pPr>
        <w:jc w:val="right"/>
      </w:pPr>
      <w:r>
        <w:t>بقیہ تمام مخلوقات جو دین اختیار کیے ہوئے ہیں انسان کے لیے اس کے سوا کوئی دین اختیار کرنے کا جواز کیا ہے حقیقت یہ ہے کہ جن کو عمل کرنا ہے وہ نشانی کا مطالبہ کیے بغیر عمل کر رہے ہیں اور جن کو عمل کرنا نہیں ہے وہ نشانیوں کے ہجوم میں رہ کر نشانیاں مانگ رہے ہیں</w:t>
      </w:r>
    </w:p>
    <w:p>
      <w:r>
        <w:rPr>
          <w:b/>
        </w:rPr>
        <w:t xml:space="preserve">[1:02:42] </w:t>
      </w:r>
      <w:r>
        <w:t>aise logon ka anjam yahi hai ke qayamat mein sab ko jama kar ke dikha diya jaye ke har qism ke haiwanat kis tarah haqeeqat pasandi ka tareeqa ikhtiyar kar ke Khuda ke rastay par chal rahe thay. yeh sirf insan tha jo is se inhiraf karta raha.</w:t>
      </w:r>
    </w:p>
    <w:p>
      <w:pPr>
        <w:jc w:val="right"/>
      </w:pPr>
      <w:r>
        <w:t>ایسے لوگوں کا انجام یہی ہے کہ قیامت میں سب کو جمع کر کے دکھا دیا جائے کہ ہر قسم کے حیوانات کس طرح حقیقت پسندی کا طریقہ اختیار کر کے خدا کے راستے پر چل رہے تھے یہ صرف انسان تھا جو اس سے انحراف کرتا رہا</w:t>
      </w:r>
    </w:p>
    <w:p>
      <w:r>
        <w:rPr>
          <w:b/>
        </w:rPr>
        <w:t xml:space="preserve">[1:03:05] </w:t>
      </w:r>
      <w:r>
        <w:t>janwaron ki duniya mukammal taur par mutabiq fitrat duniya hai.</w:t>
      </w:r>
    </w:p>
    <w:p>
      <w:pPr>
        <w:jc w:val="right"/>
      </w:pPr>
      <w:r>
        <w:t>جانوروں کی دنیا مکمل طور پر مطابق فطرت دنیا ہے</w:t>
      </w:r>
    </w:p>
    <w:p>
      <w:r>
        <w:rPr>
          <w:b/>
        </w:rPr>
        <w:t xml:space="preserve">[1:03:09] </w:t>
      </w:r>
      <w:r>
        <w:t>un ke yahan rizq ki talash hai, magar loot aur zulm nahi. un ke yahan zaroorat hai, magar haris nahi. un ke yahan bahmi taluqat hain, magar ek doosre ki kaat nahi. un ke yahan oonch neech hai, magar hasad aur gharoor nahi.</w:t>
      </w:r>
    </w:p>
    <w:p>
      <w:pPr>
        <w:jc w:val="right"/>
      </w:pPr>
      <w:r>
        <w:t>ان کے یہاں رزق کی تلاش ہے مگر لوٹ اور ظلم نہیں ان کے یہاں ضرورت ہے مگر حرص نہیں ان کے یہاں باہمی تعلقات ہیں مگر ایک دوسرے کی کاٹ نہیں ان کے یہاں اونچ نیچ ہے مگر حسد اور غرور نہیں</w:t>
      </w:r>
    </w:p>
    <w:p>
      <w:r>
        <w:rPr>
          <w:b/>
        </w:rPr>
        <w:t xml:space="preserve">[1:03:33] </w:t>
      </w:r>
      <w:r>
        <w:t>un ke yahan ek ko doosre se takleef pahoanchti hai, magar bughz o adawat nahi. un ke yahan kaam ho rahe hain, magar credit lene ka shauq nahi. lekin insan sarkashi karta hai, woh khudai naqshay ka paband banne ke liye tayyar nahi hota.</w:t>
      </w:r>
    </w:p>
    <w:p>
      <w:pPr>
        <w:jc w:val="right"/>
      </w:pPr>
      <w:r>
        <w:t>ان کے یہاں ایک کو دوسرے سے تکلیف پہنچتی ہے مگر بغض و عداوت نہیں ان کے یہاں کام ہو رہے ہیں مگر کریڈٹ لینے کا شوق نہیں لیکن انسان سرکشی کرتا ہے وہ خدائی نقشے کا پابند بننے کے لیے تیار نہیں ہوتا</w:t>
      </w:r>
    </w:p>
    <w:p>
      <w:r>
        <w:rPr>
          <w:b/>
        </w:rPr>
        <w:t xml:space="preserve">[1:03:57] </w:t>
      </w:r>
      <w:r>
        <w:t>insan se jis cheez ka mutaliba hai, woh theek wahi hai jis par doosre haiwanat qaim hain. phir is ke liye moajza mangne ki kya zaroorat? haiwanat ki soorat mein chalti phirtee nishaniyan kya adami ke sabaq ke liye kafi nahi hain?</w:t>
      </w:r>
    </w:p>
    <w:p>
      <w:pPr>
        <w:jc w:val="right"/>
      </w:pPr>
      <w:r>
        <w:t>انسان سے جس چیز کا مطالبہ ہے وہ ٹھیک وہی ہے جس پر دوسرے حیوانات قائم ہیں پھر اس کے لیے معجزہ مانگنے کی کیا ضرورت حیوانات کی صورت میں چلتی پھرتے نشانیاں کیا ادمی کے سبق کے لیے کافی نہیں ہیں</w:t>
      </w:r>
    </w:p>
    <w:p>
      <w:r>
        <w:rPr>
          <w:b/>
        </w:rPr>
        <w:t xml:space="preserve">[1:04:18] </w:t>
      </w:r>
      <w:r>
        <w:t>jo khudai tareeqa-e-amal ka zinda namoona pesh kar rahi hain aur is tarah peghambar ki taleemat ke barhaq hone ki amli tasdeeq karti hain.</w:t>
      </w:r>
    </w:p>
    <w:p>
      <w:pPr>
        <w:jc w:val="right"/>
      </w:pPr>
      <w:r>
        <w:t>جو خدائی طریقہ عمل کا زندہ نمونہ پیش کر رہی ہیں اور اس طرح پیغمبر کی تعلیمات کے برحق ہونے کی عملی تصدیق کرتی ہیں</w:t>
      </w:r>
    </w:p>
    <w:p>
      <w:r>
        <w:rPr>
          <w:b/>
        </w:rPr>
        <w:t xml:space="preserve">[1:04:32] </w:t>
      </w:r>
      <w:r>
        <w:t>qul ara'aytum in ataakum 'adhabu Allahi aw atatkum us-sa'atu aghayra Allahi tad'oon in kuntum sadiqeen bal iyyahu tad'oon fa yakshifu ma tad'oona ilayhi in shaa' wa tansawna ma tushrikoon</w:t>
      </w:r>
    </w:p>
    <w:p>
      <w:pPr>
        <w:jc w:val="right"/>
      </w:pPr>
      <w:r>
        <w:t>ان اللہ او الساعۃ اللہ تدعون ان کنتم صادقین بل ایا تدعون فيکشف ما تدعون الیہ ان شاء وتنسون ما تشرکون</w:t>
      </w:r>
    </w:p>
    <w:p>
      <w:r>
        <w:rPr>
          <w:b/>
        </w:rPr>
        <w:t xml:space="preserve">[1:05:00] </w:t>
      </w:r>
      <w:r>
        <w:t>kaho, yeh batao ke agar tum par Allah ka azaab aaye ya qayamat aa jaye, to kya tum Allah ke siwa kisi aur ko pukaroge? batao agar tum sachche ho. balkeh tum usi ko pukaroge, phir woh door kar deta hai is museebat ko jis ke liye tum us ko pukarte ho.</w:t>
      </w:r>
    </w:p>
    <w:p>
      <w:pPr>
        <w:jc w:val="right"/>
      </w:pPr>
      <w:r>
        <w:t>کہو یہ بتاؤ کہ اگر تم پر اللہ کا عذاب ائے یا قیامت اجائے تو کیا تم اللہ کے سوا کسی اور کو پکارو گے بتاؤ اگر تم سچے ہو بلکہ تم اسی کو پکارو گے پھر وہ دور کر دیتا ہے اس مصیبت کو جس کے لیے تم اس کو پکارتے ہو</w:t>
      </w:r>
    </w:p>
    <w:p>
      <w:r>
        <w:rPr>
          <w:b/>
        </w:rPr>
        <w:t xml:space="preserve">[1:05:26] </w:t>
      </w:r>
      <w:r>
        <w:t>agar woh chahta hai, aur tum bhool jate ho un ko jinhein tum shareek thahrate ho.</w:t>
      </w:r>
    </w:p>
    <w:p>
      <w:pPr>
        <w:jc w:val="right"/>
      </w:pPr>
      <w:r>
        <w:t>اگر وہ چاہتا ہے اور تم بھول جاتے ہو ان کو جنہیں تم شریک ٹھہراتے ہو</w:t>
      </w:r>
    </w:p>
    <w:p>
      <w:r>
        <w:rPr>
          <w:b/>
        </w:rPr>
        <w:t xml:space="preserve">[1:05:36] </w:t>
      </w:r>
      <w:r>
        <w:t>tashreeh: Abu Jahl ke ladke Ikramah Islam ke sakht dushman thay. woh Fatah-e-Makkah tak Islam ke mukhalif banay rahay.</w:t>
      </w:r>
    </w:p>
    <w:p>
      <w:pPr>
        <w:jc w:val="right"/>
      </w:pPr>
      <w:r>
        <w:t>تشریح ابوجہل کے لڑکے اکرمہ اسلام کے سخت دشمن تھے وہ فتح مکہ تک اسلام کے مخالف بنے رہے</w:t>
      </w:r>
    </w:p>
    <w:p>
      <w:r>
        <w:rPr>
          <w:b/>
        </w:rPr>
        <w:t xml:space="preserve">[1:05:51] </w:t>
      </w:r>
      <w:r>
        <w:t>Fatah-e-Makkah ke din bhi unhon ne ek Musalman ko teer maar kar halaak kar diya tha. Ikramah un ashkhass mein thay jin ke mutalliq Fatah-e-Makkah ke din</w:t>
      </w:r>
    </w:p>
    <w:p>
      <w:pPr>
        <w:jc w:val="right"/>
      </w:pPr>
      <w:r>
        <w:t>فتح مکہ کے دن بھی انہوں نے ایک مسلمان کو تیر مار کر ہلاک کر دیا تھا اکرمہ ان اشخاص میں تھے جن کے متعلق فتح مکہ کے دن</w:t>
      </w:r>
    </w:p>
    <w:p>
      <w:r>
        <w:rPr>
          <w:b/>
        </w:rPr>
        <w:t xml:space="preserve">[1:06:05] </w:t>
      </w:r>
      <w:r>
        <w:t>Rasool Allah (SAW) ne yeh hukum diya tha ke jahan milein qatal kar diye jayein. Makkah jab fateh ho gaya to Ikramah Makkah chhod kar Jeddah ki taraf bhagay.</w:t>
      </w:r>
    </w:p>
    <w:p>
      <w:pPr>
        <w:jc w:val="right"/>
      </w:pPr>
      <w:r>
        <w:t>رسول اللہ صلی اللہ علیہ وسلم نے یہ حکم دیا تھا کہ جہاں ملیں قتل کر دیے جائیں مکہ جب فتح ہو گیا تو اکرمہ مکہ چھوڑ کر جدہ کی طرف بھاگے</w:t>
      </w:r>
    </w:p>
    <w:p>
      <w:r>
        <w:rPr>
          <w:b/>
        </w:rPr>
        <w:t xml:space="preserve">[1:06:18] </w:t>
      </w:r>
      <w:r>
        <w:t>unhon ne chaha ke kashti ke zariye Bahr-e-Khald paar kar ke Habash pohanch jayein. magar woh kashti mein sawar ho kar samandar mein pohanche thay ke tand hawaon ne kashti ko gher liya. kashti khatre mein pad gayi. kashti ke musafir sab mushrik log thay. unhon ne Lat aur Uzza waghera apne buton ko madad ke liye pukarna shuru kiya, magar toofan ki shiddat barhti rahi.</w:t>
      </w:r>
    </w:p>
    <w:p>
      <w:pPr>
        <w:jc w:val="right"/>
      </w:pPr>
      <w:r>
        <w:t>انہوں نے چاہا کہ کشتی کے ذریعے بحر خلد پار کر کے حبش پہنچ جائیں مگر وہ کشتی میں سوار ہو کر سمندر میں پہنچے تھے کہ تند ہواؤں نے کشتی کو گھیر لیا کشتی خطرے میں پڑ گئی کشتی کے مسافر سب مشرک لوگ تھے انہوں نے لات اور عزہ وغیرہ اپنے بتوں کو مدد کے لیے پکارنا شروع کیا مگر طوفان کی شدت بڑھتی رہی</w:t>
      </w:r>
    </w:p>
    <w:p>
      <w:r>
        <w:rPr>
          <w:b/>
        </w:rPr>
        <w:t xml:space="preserve">[1:06:48] </w:t>
      </w:r>
      <w:r>
        <w:t>yahan tak ke musafiron ko yaqeen ho gaya ke ab kashti doob jaye gi is ke baad kashti walon ne kaha ke is waqt lat ozza kuch kaam na dein ge ab sirf ek khuda ko pukaaro wahi tum ko bacha sakta hai chunancha sab ek khuda ko pukaarne lage ab toofan thum gaya aur kashti wapas apne sahil par agai</w:t>
      </w:r>
    </w:p>
    <w:p>
      <w:pPr>
        <w:jc w:val="right"/>
      </w:pPr>
      <w:r>
        <w:t>یہاں تک کہ مسافروں کو یقین ہو گیا کہ اب کشتی ڈوب جائے گی اس کے بعد کشتی والوں نے کہا کہ اس وقت لات عزہ کچھ کام نہ دیں گے اب صرف ایک خدا کو پکارو وہی تم کو بچا سکتا ہے چنانچہ سب ایک خدا کو پکارنے لگے اب طوفان تھم گیا اور کشتی واپس اپنے ساحل پر اگئی</w:t>
      </w:r>
    </w:p>
    <w:p>
      <w:r>
        <w:rPr>
          <w:b/>
        </w:rPr>
        <w:t xml:space="preserve">[1:07:16] </w:t>
      </w:r>
      <w:r>
        <w:t>akramah par is waqe par bohat asar hua unhon ne kaha khuda ki qasam darya mein agar koi cheez khuda ke siwa kaam na aa sakti to yaqeenan khushki mein bhi khuda ke siwa koi doosri cheez kaam na aa sakti khuda ya main tujh se wada karta hoon ke agar tu ne mujh ko is se nijat de di jis mein is waqt mein phansa hua hoon</w:t>
      </w:r>
    </w:p>
    <w:p>
      <w:pPr>
        <w:jc w:val="right"/>
      </w:pPr>
      <w:r>
        <w:t>اکرمہ پر اس واقعے کا بہت اثر ہوا انہوں نے کہا خدا کی قسم دریا میں اگر کوئی چیز خدا کے سوا کام نہیں ا سکتی تو یقینا خشکی میں بھی خدا کے سوا کوئی دوسری چیز کام نہیں ا سکتی خدایا میں تجھ سے وعدہ کرتا ہوں کہ اگر تو نے مجھ کو اس سے نجات دے دی جس میں اس وقت میں پھنسا ہوا ہوں</w:t>
      </w:r>
    </w:p>
    <w:p>
      <w:r>
        <w:rPr>
          <w:b/>
        </w:rPr>
        <w:t xml:space="preserve">[1:07:40] </w:t>
      </w:r>
      <w:r>
        <w:t>to main zaroor muhammad ke haan jaon ga aur apna hath un ke hath mein de doon ga aur mujhe yaqeen hai ke main un ko maaf karne wala darguzar karne wala aur meharban paon ga</w:t>
      </w:r>
    </w:p>
    <w:p>
      <w:pPr>
        <w:jc w:val="right"/>
      </w:pPr>
      <w:r>
        <w:t>تو میں ضرور محمد کے ہاں جاؤں گا اور اپنا ہاتھ ان کے ہاتھ میں دے دوں گا اور مجھے یقین ہے کہ میں ان کو معاف کرنے والا درگزر کرنے والا اور مہربان پاؤں گا</w:t>
      </w:r>
    </w:p>
    <w:p>
      <w:r>
        <w:rPr>
          <w:b/>
        </w:rPr>
        <w:t xml:space="preserve">[1:08:01] </w:t>
      </w:r>
      <w:r>
        <w:t>sari tareekh ka yeh mushahida hai ke insan nazuk lamhaat mein khuda ko pukaarne lagta hai</w:t>
      </w:r>
    </w:p>
    <w:p>
      <w:pPr>
        <w:jc w:val="right"/>
      </w:pPr>
      <w:r>
        <w:t>ساری تاریخ کا یہ مشاہدہ ہے کہ انسان نازک لمحات میں خدا کو پکارنے لگتا ہے</w:t>
      </w:r>
    </w:p>
    <w:p>
      <w:r>
        <w:rPr>
          <w:b/>
        </w:rPr>
        <w:t xml:space="preserve">[1:08:07] </w:t>
      </w:r>
      <w:r>
        <w:t>hata ke woh shakhs bhi jo aam zindagi mein khuda ke siwa doosron par bharosa kiye hue ho ya sary se khuda ko na manta ho yeh khuda ke wajood aur us ke qadir mutlaq hone ki fitri shahadat hai ghair mamooli halaat mein jab zahiri parde hat jate hain aur aadmi tamam masnooi khayalat ko bhula chuka hota hai</w:t>
      </w:r>
    </w:p>
    <w:p>
      <w:pPr>
        <w:jc w:val="right"/>
      </w:pPr>
      <w:r>
        <w:t>حتی کہ وہ شخص بھی جو عام زندگی میں خدا کے سوا دوسروں پر بھروسہ کیے ہوئے ہو یا سرے سے خدا کو نہ مانتا ہو یہ خدا کے وجود اور اس کے قادر مطلق ہونے کی فطری شہادت ہے غیر معمولی حالات میں جب ظاہری پردے ہٹ جاتے ہیں اور ادمی تمام مصنوعی خیالات کو بھول چکا ہوتا ہے</w:t>
      </w:r>
    </w:p>
    <w:p>
      <w:r>
        <w:rPr>
          <w:b/>
        </w:rPr>
        <w:t xml:space="preserve">[1:08:36] </w:t>
      </w:r>
      <w:r>
        <w:t>is waqt aadmi ko khuda ke siwa koi cheez yaad nahi aati balafz digar majboori ke nuqte par pohanch kar har aadmi khuda ka iqrar kar leta hai quran ka mutalba yeh hai ke yahi iqrar aur itaat aadmi is waqt karne lage jab ke bazahir majboor karne wali koi cheez us ke samne maujood na ho</w:t>
      </w:r>
    </w:p>
    <w:p>
      <w:pPr>
        <w:jc w:val="right"/>
      </w:pPr>
      <w:r>
        <w:t>اس وقت ادمی کو خدا کے سوا کوئی چیز یاد نہیں اتی بالفاظ دیگر مجبوری کے نقطے پر پہنچ کر ہر ادمی خدا کا اقرار کر لیتا ہے قران کا مطالبہ یہ ہے کہ یہی اقرار اور اطاعت ادمی اس وقت کرنے لگے جب کہ بظاہر مجبور کرنے والی کوئی چیز اس کے سامنے موجود نہ ہو</w:t>
      </w:r>
    </w:p>
    <w:p>
      <w:r>
        <w:rPr>
          <w:b/>
        </w:rPr>
        <w:t xml:space="preserve">[1:09:05] </w:t>
      </w:r>
      <w:r>
        <w:t>baqiye haiwanat apni jablatt ke tehat haqeeqat pasandana zindagi guzar rahe hain magar insaan ko jo cheez haqeeqat</w:t>
      </w:r>
    </w:p>
    <w:p>
      <w:pPr>
        <w:jc w:val="right"/>
      </w:pPr>
      <w:r>
        <w:t>بقیہ حیوانات اپنی جبلت کے تحت حقیقت پسندانہ زندگی گزار رہے ہیں مگر انسان کو جو چیز حقیقت</w:t>
      </w:r>
    </w:p>
    <w:p>
      <w:r>
        <w:rPr>
          <w:b/>
        </w:rPr>
        <w:t xml:space="preserve">[1:09:15] </w:t>
      </w:r>
      <w:r>
        <w:t>pasandi aur eteraf ki satah par lati hai woh khauf ki nafsiyat hai</w:t>
      </w:r>
    </w:p>
    <w:p>
      <w:pPr>
        <w:jc w:val="right"/>
      </w:pPr>
      <w:r>
        <w:t>پسندی اور اعتراف کی سطح پر لاتی ہے وہ خوف کی نفسیات ہے</w:t>
      </w:r>
    </w:p>
    <w:p>
      <w:r>
        <w:rPr>
          <w:b/>
        </w:rPr>
        <w:t xml:space="preserve">[1:09:21] </w:t>
      </w:r>
      <w:r>
        <w:t>haiwanat ki dunya mein jo kaam jablatt karti hai insaan ki dunya mein wahi kaam taqwa anjam deta</w:t>
      </w:r>
    </w:p>
    <w:p>
      <w:pPr>
        <w:jc w:val="right"/>
      </w:pPr>
      <w:r>
        <w:t>حیوانات کی دنیا میں جو کام جبلت کرتی ہے انسان کی دنیا میں وہی کام تقوی انجام دیتا</w:t>
      </w:r>
    </w:p>
    <w:p>
      <w:r>
        <w:rPr>
          <w:b/>
        </w:rPr>
        <w:t xml:space="preserve">[1:09:30] </w:t>
      </w:r>
      <w:r>
        <w:t>hai</w:t>
      </w:r>
    </w:p>
    <w:p>
      <w:pPr>
        <w:jc w:val="right"/>
      </w:pPr>
      <w:r>
        <w:t>ہے</w:t>
      </w:r>
    </w:p>
    <w:p>
      <w:r>
        <w:rPr>
          <w:b/>
        </w:rPr>
        <w:t xml:space="preserve">[1:10:21] </w:t>
      </w:r>
      <w:r>
        <w:t>falamma nasu ma zukkiru bihi fatahna alaihim abwaba kulli shay hatta idha farihu hatta</w:t>
      </w:r>
    </w:p>
    <w:p>
      <w:pPr>
        <w:jc w:val="right"/>
      </w:pPr>
      <w:r>
        <w:t>فلما نسوا ما ذكروا به فتحنا عليهم ابواب كل شيء حتى اذا فرحوا حتى</w:t>
      </w:r>
    </w:p>
    <w:p>
      <w:r>
        <w:rPr>
          <w:b/>
        </w:rPr>
        <w:t xml:space="preserve">[1:10:38] </w:t>
      </w:r>
      <w:r>
        <w:t>idha farihu bima utuna akhaznahum baghtatan fahaum mublisun fa quti'a dabirul qaumillazina zalamuu wal hamdulillahi rabbil alamin</w:t>
      </w:r>
    </w:p>
    <w:p>
      <w:pPr>
        <w:jc w:val="right"/>
      </w:pPr>
      <w:r>
        <w:t>اذا فرحوا بما اوتوا اخذناهم بغته فاذا هم مبلسون فقطع دابر القوم الذين ظلموا والحمدللہ رب العالمین</w:t>
      </w:r>
    </w:p>
    <w:p>
      <w:r>
        <w:rPr>
          <w:b/>
        </w:rPr>
        <w:t xml:space="preserve">[1:11:05] </w:t>
      </w:r>
      <w:r>
        <w:t>aur tum se pehle bohat si qomon ki taraf hum ne rasool bheje phir hum ne un ko pakda sakhti mein aur takleef mein taake woh gadgadayen pas jab hamari taraf se un par sakhti aai to kyun na woh gadgadayen balke un ke dil sakht ho gaye aur shaitan un ke amal ko un ki nazar mein khushnuma kar ke dikhata raha</w:t>
      </w:r>
    </w:p>
    <w:p>
      <w:pPr>
        <w:jc w:val="right"/>
      </w:pPr>
      <w:r>
        <w:t>اور تم سے پہلے بہت سی قوموں کی طرف ہم نے رسول بھیجے پھر ہم نے ان کو پکڑا سختی میں اور تکلیف میں تاکہ وہ گڑگڑائیں پس جب ہماری طرف سے ان پر سختی ائی تو کیوں نہ وہ گڑگڑائے بلکہ ان کے دل سخت ہو گئے اور شیطان ان کے عمل کو ان کی نظر میں خوشنما کر کے دکھاتا رہا</w:t>
      </w:r>
    </w:p>
    <w:p>
      <w:r>
        <w:rPr>
          <w:b/>
        </w:rPr>
        <w:t xml:space="preserve">[1:11:30] </w:t>
      </w:r>
      <w:r>
        <w:t>phir jab unhon ne is naseehat ko bhula diya jo un ko ki gai thi to hum ne un par har cheez ke darwaze khol diye yahan tak ke jab woh is cheez par khush ho gaye jo unhein di gai thi to hum ne achaanak un ko pakad liya is waqt woh namid ho kar reh gaye</w:t>
      </w:r>
    </w:p>
    <w:p>
      <w:pPr>
        <w:jc w:val="right"/>
      </w:pPr>
      <w:r>
        <w:t>پھر جب انہوں نے اس نصیحت کو بھلا دیا جو ان کو کی گئی تھی تو ہم نے ان پر ہر چیز کے دروازے کھول دیے یہاں تک کہ جب وہ اس چیز پر خوش ہوگئے جو انہیں دی گئی تھی تو ہم نے اچانک ان کو پکڑ لیا اس وقت وہ نا امید ہو کر رہ گئے</w:t>
      </w:r>
    </w:p>
    <w:p>
      <w:r>
        <w:rPr>
          <w:b/>
        </w:rPr>
        <w:t xml:space="preserve">[1:11:51] </w:t>
      </w:r>
      <w:r>
        <w:t>pas un logon ki jar kaat di gai jinhon ne zulm kiya tha aur sari tareef Allah ke liye hai tamam jahanon ka rab</w:t>
      </w:r>
    </w:p>
    <w:p>
      <w:pPr>
        <w:jc w:val="right"/>
      </w:pPr>
      <w:r>
        <w:t>پس ان لوگوں کی جڑ کاٹ دی گئی جنہوں نے ظلم کیا تھا اور ساری تعریف اللہ کے لیے ہے تمام جہانوں کا رب</w:t>
      </w:r>
    </w:p>
    <w:p>
      <w:r>
        <w:rPr>
          <w:b/>
        </w:rPr>
        <w:t xml:space="preserve">[1:12:05] </w:t>
      </w:r>
      <w:r>
        <w:t>tashreeh aadmi ke samne ek haq aata hai aur woh us ko nahi manta to Allah us ko foran nahi pakadta</w:t>
      </w:r>
    </w:p>
    <w:p>
      <w:pPr>
        <w:jc w:val="right"/>
      </w:pPr>
      <w:r>
        <w:t>تشریح ادمی کے سامنے ایک حق اتا ہے اور وہ اس کو نہیں مانتا تو اللہ اس کو فورا نہیں پکڑتا</w:t>
      </w:r>
    </w:p>
    <w:p>
      <w:r>
        <w:rPr>
          <w:b/>
        </w:rPr>
        <w:t xml:space="preserve">[1:12:17] </w:t>
      </w:r>
      <w:r>
        <w:t>balke us ko mali nuqsan aur jismani takleef ki soorat mein kuch jhatke deta hai taake us ki sochne ki salahiyat bedar ho aur woh apne rawaiye ke bare mein nazar sani kare zindagi ke hawadith mahaz hawadith nahi hain woh khuda ke bheje hue mehsoos paigham hain</w:t>
      </w:r>
    </w:p>
    <w:p>
      <w:pPr>
        <w:jc w:val="right"/>
      </w:pPr>
      <w:r>
        <w:t>بلکہ اس کو مالی نقصان اور جسمانی تکلیف کی صورت میں کچھ جھٹکے دیتا ہے تاکہ اس کی سوچنے کی صلاحیت بیدار ہو اور وہ اپنے رویے کے بارے میں نظر ثانی کرے زندگی کے حوادث محض حوادث نہیں ہیں وہ خدا کے بھیجے ہوئے محسوس پیغامات ہیں</w:t>
      </w:r>
    </w:p>
    <w:p>
      <w:r>
        <w:rPr>
          <w:b/>
        </w:rPr>
        <w:t xml:space="preserve">[1:12:41] </w:t>
      </w:r>
      <w:r>
        <w:t>jo is liye aate hain taake ghaflat mein soye hue insan ko jagayen magar aadmi aksar in cheezon se naseehat nahi leta woh yeh keh kar apne ko mutmain kar leta hai ke yeh to utar charhao ke waqeyat hain aur is qism ke utar charhao zindagi mein aate hi rehte hain</w:t>
      </w:r>
    </w:p>
    <w:p>
      <w:pPr>
        <w:jc w:val="right"/>
      </w:pPr>
      <w:r>
        <w:t>جو اس لیے اتے ہیں تاکہ غفلت میں سوئے ہوئے انسان کو جگائیں مگر ادمی اکثر ان چیزوں سے نصیحت نہیں لیتا وہ یہ کہہ کر اپنے کو مطمئن کر لیتا ہے کہ یہ تو اتار چڑھاؤ کے واقعات ہیں اور اس قسم کے اتار چڑھاؤ زندگی میں اتے ہی رہتے ہیں</w:t>
      </w:r>
    </w:p>
    <w:p>
      <w:r>
        <w:rPr>
          <w:b/>
        </w:rPr>
        <w:t xml:space="preserve">[1:13:07] </w:t>
      </w:r>
      <w:r>
        <w:t>is tarah har mauqe par shaitan koi khushnuma tawjeeh pesh kar ke aadmi ke zehn ko naseehat ke bajaye ghaflat ki taraf pher deta hai aadmi jab bar bar aisa karta hai to haq o batil aur sahi o galat ke bare mein us ke dil ki hassasiyat khatam ho jati hai woh qasawat ka shikar ho kar reh jata hai</w:t>
      </w:r>
    </w:p>
    <w:p>
      <w:pPr>
        <w:jc w:val="right"/>
      </w:pPr>
      <w:r>
        <w:t>اس طرح ہر موقع پر شیطان کوئی خوشنما توجیح پیش کر کے ادمی کے ذہن کو نصیحت کے بجائے غفلت کی طرف پھیر دیتا ہے ادمی جب بار بار ایسا کرتا ہے تو حق و باطل اور صحیح و غلط کے بارے میں اس کے دل کی حساسیت ختم ہو جاتی ہے وہ قساوت کا شکار ہو کر رہ جاتا ہے</w:t>
      </w:r>
    </w:p>
    <w:p>
      <w:r>
        <w:rPr>
          <w:b/>
        </w:rPr>
        <w:t xml:space="preserve">[1:13:36] </w:t>
      </w:r>
      <w:r>
        <w:t>jab aadmi khuda ki taraf se aai hui tanbihaat ko nazar andaz kar de to is ke baad us ke bare mein khuda ka andaaz badal jata hai ab us ke liye khuda ka faisla yeh hota hai ke us par asaniyon aur kamyabiyon ke darwaze khole jayen us par khushhali ki barish ki jayen us ki izzat aur maqbooliyat mein izafa kiya jayen</w:t>
      </w:r>
    </w:p>
    <w:p>
      <w:pPr>
        <w:jc w:val="right"/>
      </w:pPr>
      <w:r>
        <w:t>جب ادمی خدا کی طرف سے ائی ہوئی تنبیہات کو نظر انداز کر دے تو اس کے بعد اس کے بارے میں خدا کا انداز بدل جاتا ہے اب اس کے لیے خدا کا فیصلہ یہ ہوتا ہے کہ اس پر اسانیوں اور کامیابیوں کے دروازے کھولے جائیں اس پر خوشحالی کی بارش کی جائے اس کی عزت اور مقبولیت میں اضافہ کیا جائے</w:t>
      </w:r>
    </w:p>
    <w:p>
      <w:r>
        <w:rPr>
          <w:b/>
        </w:rPr>
        <w:t xml:space="preserve">[1:14:03] </w:t>
      </w:r>
      <w:r>
        <w:t>yeh darhaqeeqat ek saza hai jo is liye hoti hai taake is is ka andar aur ziyada bahar</w:t>
      </w:r>
    </w:p>
    <w:p>
      <w:pPr>
        <w:jc w:val="right"/>
      </w:pPr>
      <w:r>
        <w:t>یہ درحقیقت ایک سزا ہے جو اس لیے ہوتی ہے تاکہ اس اس کا اندر اور زیادہ باہر</w:t>
      </w:r>
    </w:p>
    <w:p>
      <w:r>
        <w:rPr>
          <w:b/>
        </w:rPr>
        <w:t xml:space="preserve">[1:14:12] </w:t>
      </w:r>
      <w:r>
        <w:t>aajaye is ka maqsad yeh hota hai ke adami mutmaeen ho kar apni be hsi ko aur barha</w:t>
      </w:r>
    </w:p>
    <w:p>
      <w:pPr>
        <w:jc w:val="right"/>
      </w:pPr>
      <w:r>
        <w:t>اجائے اس کا مقصد یہ ہوتا ہے کہ ادمی مطمئن ہو کر اپنی بے حسی کو اور بڑھا</w:t>
      </w:r>
    </w:p>
    <w:p>
      <w:r>
        <w:rPr>
          <w:b/>
        </w:rPr>
        <w:t xml:space="preserve">[1:14:20] </w:t>
      </w:r>
      <w:r>
        <w:t>le woh haq ko nazar andaz karne mein aur ziyada dheeth ho jaye aur is tarah Khuda ki</w:t>
      </w:r>
    </w:p>
    <w:p>
      <w:pPr>
        <w:jc w:val="right"/>
      </w:pPr>
      <w:r>
        <w:t>لے وہ حق کو نظر انداز کرنے میں اور زیادہ ڈھیٹ ہو جائے اور اس طرح خدا کی</w:t>
      </w:r>
    </w:p>
    <w:p>
      <w:r>
        <w:rPr>
          <w:b/>
        </w:rPr>
        <w:t xml:space="preserve">[1:14:28] </w:t>
      </w:r>
      <w:r>
        <w:t>saza ka istehqaq is ke liye poori tarah sabit ho jaye</w:t>
      </w:r>
    </w:p>
    <w:p>
      <w:pPr>
        <w:jc w:val="right"/>
      </w:pPr>
      <w:r>
        <w:t>سزا کا استحقاق اس کے لیے پوری طرح ثابت ہو جائے</w:t>
      </w:r>
    </w:p>
    <w:p>
      <w:r>
        <w:rPr>
          <w:b/>
        </w:rPr>
        <w:t xml:space="preserve">[1:14:35] </w:t>
      </w:r>
      <w:r>
        <w:t>jab yeh maqsad hasil ho jaye to is ke baad achaanak us par khuda ka azab toot padta hai us ko dunyawe zindagi se mahroom kar ke akhirat ki adalat mein hazir kar diya jata hai taake us ki sarkashi ki saza mein us ke liye jahannum ka faisla ho yeh dunya khuda ki dunya hai</w:t>
      </w:r>
    </w:p>
    <w:p>
      <w:pPr>
        <w:jc w:val="right"/>
      </w:pPr>
      <w:r>
        <w:t>جب یہ مقصد حاصل ہو جائے تو اس کے بعد اچانک اس پر خدا کا عذاب ٹوٹ پڑتا ہے اس کو دنیاوی زندگی سے محروم کر کے اخرت کی عدالت میں حاضر کر دیا جاتا ہے تاکہ اس کی سرکشی کی سزا میں اس کے لیے جہنم کا فیصلہ ہو یہ دنیا خدا کی دنیا ہے</w:t>
      </w:r>
    </w:p>
    <w:p>
      <w:r>
        <w:rPr>
          <w:b/>
        </w:rPr>
        <w:t xml:space="preserve">[1:14:59] </w:t>
      </w:r>
      <w:r>
        <w:t>yahan har qism ki badai aur tareef ka haq sirf ek zaat ke liye hai is liye jab koi shakhs khuda ki taraf se aaye hue haq ko nazar andaz kar deta hai to woh darasal khuda ki naqadre karta hai woh khuda ki azmaton ki dunya mein apni azmat qaim karna chahta hai woh aisa zulm karta hai jis se bara koi zulm nahi</w:t>
      </w:r>
    </w:p>
    <w:p>
      <w:pPr>
        <w:jc w:val="right"/>
      </w:pPr>
      <w:r>
        <w:t>یہاں ہر قسم کی بڑائی اور تعریف کا حق صرف ایک ذات کے لیے ہے اس لیے جب کوئی شخص خدا کی طرف سے ائے ہوئے حق کو نظر انداز کر دیتا ہے تو وہ دراصل خدا کی ناقدری کرتا ہے وہ خدا کی عظمتوں کی دنیا میں اپنی عظمت قائم کرنا چاہتا ہے وہ ایسا ظلم کرتا ہے جس سے بڑا کوئی ظلم نہیں</w:t>
      </w:r>
    </w:p>
    <w:p>
      <w:r>
        <w:rPr>
          <w:b/>
        </w:rPr>
        <w:t xml:space="preserve">[1:15:26] </w:t>
      </w:r>
      <w:r>
        <w:t>woh is khuda ke samne gustakhi karta hai jis ke samne ajz ke siwa koi aur rawaiya kisi insan ke liye durust nahi</w:t>
      </w:r>
    </w:p>
    <w:p>
      <w:pPr>
        <w:jc w:val="right"/>
      </w:pPr>
      <w:r>
        <w:t>وہ اس خدا کے سامنے گستاخی کرتا ہے جس کے سامنے عجز کے سوا کوئی اور رویہ کسی انسان کے لیے درست نہیں</w:t>
      </w:r>
    </w:p>
    <w:p>
      <w:r>
        <w:rPr>
          <w:b/>
        </w:rPr>
        <w:t xml:space="preserve">[1:15:42] </w:t>
      </w:r>
      <w:r>
        <w:t>in allaha</w:t>
      </w:r>
    </w:p>
    <w:p>
      <w:pPr>
        <w:jc w:val="right"/>
      </w:pPr>
      <w:r>
        <w:t>ان اللہ</w:t>
      </w:r>
    </w:p>
    <w:p>
      <w:r>
        <w:rPr>
          <w:b/>
        </w:rPr>
        <w:t xml:space="preserve">[1:15:45] </w:t>
      </w:r>
      <w:r>
        <w:t>wa khatama ala qulubikum</w:t>
      </w:r>
    </w:p>
    <w:p>
      <w:pPr>
        <w:jc w:val="right"/>
      </w:pPr>
      <w:r>
        <w:t>وختم علی قلوبکم</w:t>
      </w:r>
    </w:p>
    <w:p>
      <w:r>
        <w:rPr>
          <w:b/>
        </w:rPr>
        <w:t xml:space="preserve">[1:15:48] </w:t>
      </w:r>
      <w:r>
        <w:t>min ilah ghair Allah yatikum</w:t>
      </w:r>
    </w:p>
    <w:p>
      <w:pPr>
        <w:jc w:val="right"/>
      </w:pPr>
      <w:r>
        <w:t>من الہ غیر اللہ یاتیکم</w:t>
      </w:r>
    </w:p>
    <w:p>
      <w:r>
        <w:rPr>
          <w:b/>
        </w:rPr>
        <w:t xml:space="preserve">[1:15:53] </w:t>
      </w:r>
      <w:r>
        <w:t>anzur kaifa nusarrif al-ayat thumma hum yusdifun</w:t>
      </w:r>
    </w:p>
    <w:p>
      <w:pPr>
        <w:jc w:val="right"/>
      </w:pPr>
      <w:r>
        <w:t>انظر کیف نصرف الایات ثم هم یصدفون</w:t>
      </w:r>
    </w:p>
    <w:p>
      <w:r>
        <w:rPr>
          <w:b/>
        </w:rPr>
        <w:t xml:space="preserve">[1:16:03] </w:t>
      </w:r>
      <w:r>
        <w:t>qul araitum in atakum azab Allah baghtatan aw jahratan hal yuhlik illa al-qawm al-zhalimun</w:t>
      </w:r>
    </w:p>
    <w:p>
      <w:pPr>
        <w:jc w:val="right"/>
      </w:pPr>
      <w:r>
        <w:t>قل ارايتکم ان اتاكم عذاب اللہ بغته او جهره هل یهلك الا القوم الظالمون</w:t>
      </w:r>
    </w:p>
    <w:p>
      <w:r>
        <w:rPr>
          <w:b/>
        </w:rPr>
        <w:t xml:space="preserve">[1:16:16] </w:t>
      </w:r>
      <w:r>
        <w:t>wa ma nursil al-mursilin illa mubashirin wa mundhirin</w:t>
      </w:r>
    </w:p>
    <w:p>
      <w:pPr>
        <w:jc w:val="right"/>
      </w:pPr>
      <w:r>
        <w:t>وما نرسل المرسلین الا مبشرین ومنذرین</w:t>
      </w:r>
    </w:p>
    <w:p>
      <w:r>
        <w:rPr>
          <w:b/>
        </w:rPr>
        <w:t xml:space="preserve">[1:16:24] </w:t>
      </w:r>
      <w:r>
        <w:t>faman amana wa aslah fala khawfun alayhim wa la hum yahzanun</w:t>
      </w:r>
    </w:p>
    <w:p>
      <w:pPr>
        <w:jc w:val="right"/>
      </w:pPr>
      <w:r>
        <w:t>فمن امن واصلح فلا خوف عليهم ولا هم يحزنون</w:t>
      </w:r>
    </w:p>
    <w:p>
      <w:r>
        <w:rPr>
          <w:b/>
        </w:rPr>
        <w:t xml:space="preserve">[1:16:33] </w:t>
      </w:r>
      <w:r>
        <w:t>walladhina kadhabu bi-ayatina yamsashum</w:t>
      </w:r>
    </w:p>
    <w:p>
      <w:pPr>
        <w:jc w:val="right"/>
      </w:pPr>
      <w:r>
        <w:t>والذین کذبوا بایاتنایمسهم</w:t>
      </w:r>
    </w:p>
    <w:p>
      <w:r>
        <w:rPr>
          <w:b/>
        </w:rPr>
        <w:t xml:space="preserve">[1:16:38] </w:t>
      </w:r>
      <w:r>
        <w:t>al-azab bima kanu yafusiqun</w:t>
      </w:r>
    </w:p>
    <w:p>
      <w:pPr>
        <w:jc w:val="right"/>
      </w:pPr>
      <w:r>
        <w:t>العذاب بما كانوا یفسقون</w:t>
      </w:r>
    </w:p>
    <w:p>
      <w:r>
        <w:rPr>
          <w:b/>
        </w:rPr>
        <w:t xml:space="preserve">[1:16:43] </w:t>
      </w:r>
      <w:r>
        <w:t>qul la aqulu lakum indi khaza'in</w:t>
      </w:r>
    </w:p>
    <w:p>
      <w:pPr>
        <w:jc w:val="right"/>
      </w:pPr>
      <w:r>
        <w:t>قل لا اقول لكم عندي خزائن</w:t>
      </w:r>
    </w:p>
    <w:p>
      <w:r>
        <w:rPr>
          <w:b/>
        </w:rPr>
        <w:t xml:space="preserve">[1:16:51] </w:t>
      </w:r>
      <w:r>
        <w:t>Allah wa la a'lam al-ghayb</w:t>
      </w:r>
    </w:p>
    <w:p>
      <w:pPr>
        <w:jc w:val="right"/>
      </w:pPr>
      <w:r>
        <w:t>الله ولا اعلم الغيب</w:t>
      </w:r>
    </w:p>
    <w:p>
      <w:r>
        <w:rPr>
          <w:b/>
        </w:rPr>
        <w:t xml:space="preserve">[1:16:57] </w:t>
      </w:r>
      <w:r>
        <w:t>wa la a'lam al-ghayb wa la</w:t>
      </w:r>
    </w:p>
    <w:p>
      <w:pPr>
        <w:jc w:val="right"/>
      </w:pPr>
      <w:r>
        <w:t>ولا اعلم الغيب ولا</w:t>
      </w:r>
    </w:p>
    <w:p>
      <w:r>
        <w:rPr>
          <w:b/>
        </w:rPr>
        <w:t xml:space="preserve">[1:17:04] </w:t>
      </w:r>
      <w:r>
        <w:t>aqulu lakum anni malak in attabi'u illa ma yuha</w:t>
      </w:r>
    </w:p>
    <w:p>
      <w:pPr>
        <w:jc w:val="right"/>
      </w:pPr>
      <w:r>
        <w:t>اقول لكم اني ملك ان اتبع الا ما يوحى</w:t>
      </w:r>
    </w:p>
    <w:p>
      <w:r>
        <w:rPr>
          <w:b/>
        </w:rPr>
        <w:t xml:space="preserve">[1:17:12] </w:t>
      </w:r>
      <w:r>
        <w:t>ilayya qul hal yastawi al-a'ma wa al-basir</w:t>
      </w:r>
    </w:p>
    <w:p>
      <w:pPr>
        <w:jc w:val="right"/>
      </w:pPr>
      <w:r>
        <w:t>الي قل هل يستوي الاعمى والبصير</w:t>
      </w:r>
    </w:p>
    <w:p>
      <w:r>
        <w:rPr>
          <w:b/>
        </w:rPr>
        <w:t xml:space="preserve">[1:17:20] </w:t>
      </w:r>
      <w:r>
        <w:t>afala tatafakkarun</w:t>
      </w:r>
    </w:p>
    <w:p>
      <w:pPr>
        <w:jc w:val="right"/>
      </w:pPr>
      <w:r>
        <w:t>افلا تتفكرون</w:t>
      </w:r>
    </w:p>
    <w:p>
      <w:r>
        <w:rPr>
          <w:b/>
        </w:rPr>
        <w:t xml:space="preserve">[1:17:27] </w:t>
      </w:r>
      <w:r>
        <w:t>kaho yeh batao ke Allah agar chheen le tumhare kaan aur tumhari aankhein aur tumhare dilon par mohar kar de to Allah ke siwa kaun maabood hai jo us ko wapas laye dekho hum kyun kar tarah tarah se nishaniyan bayan karte hain phir bhi woh aaraaz karte hain</w:t>
      </w:r>
    </w:p>
    <w:p>
      <w:pPr>
        <w:jc w:val="right"/>
      </w:pPr>
      <w:r>
        <w:t>کہو یہ بتاؤ کہ اللہ اگر چھین لے تمہارے کان اور تمہاری انکھیں اور تمہارے دلوں پر مہر کر دے تو اللہ کے سوا کون معبود ہے جو اس کو واپس لائے دیکھو ہم کیوں کر طرح طرح سے نشانیاں بیان کرتے ہیں پھر بھی وہ اعراض کرتے ہیں</w:t>
      </w:r>
    </w:p>
    <w:p>
      <w:r>
        <w:rPr>
          <w:b/>
        </w:rPr>
        <w:t xml:space="preserve">[1:17:50] </w:t>
      </w:r>
      <w:r>
        <w:t>kaho yeh batao agar Allah ka azaab tumhare upar achaanak ya aelania ajaye to zalimon ke siwa aur kaun halak hoga aur rasoolon ko hum sirf khushkhabri dene wale ya darane wale ki hesiyat se bhejte hain</w:t>
      </w:r>
    </w:p>
    <w:p>
      <w:pPr>
        <w:jc w:val="right"/>
      </w:pPr>
      <w:r>
        <w:t>کہو یہ بتاؤ اگر اللہ کا عذاب تمہارے اوپر اچانک یا اعلانیہ اجائے تو ظالموں کے سوا اور کون ہلاک ہوگا اور رسولوں کو ہم صرف خوشخبری دینے والے یا ڈرانے والے کی حیثیت سے بھیجتے ہیں</w:t>
      </w:r>
    </w:p>
    <w:p>
      <w:r>
        <w:rPr>
          <w:b/>
        </w:rPr>
        <w:t xml:space="preserve">[1:18:10] </w:t>
      </w:r>
      <w:r>
        <w:t>phir jo imaan laya aur apni islaah ki to un ke liye na koi andesha hai aur na woh ghamgeen honge aur jinhone hamari nishaniyon ko jhutlaya to un ko azaab pakad lega is liye ke woh naafarmaani karte the</w:t>
      </w:r>
    </w:p>
    <w:p>
      <w:pPr>
        <w:jc w:val="right"/>
      </w:pPr>
      <w:r>
        <w:t>پھر جو ایمان لایا اور اپنی اصلاح کی تو ان کے لیے نہ کوئی اندیشہ ہے اور نہ وہ غمگین ہوں گے اور جنہوں نے ہماری نشانیوں کو جھٹلایا تو ان کو عذاب پکڑ لے گا اس لیے کہ وہ نافرمانی کرتے تھے</w:t>
      </w:r>
    </w:p>
    <w:p>
      <w:r>
        <w:rPr>
          <w:b/>
        </w:rPr>
        <w:t xml:space="preserve">[1:18:30] </w:t>
      </w:r>
      <w:r>
        <w:t>kaho mein tum se yeh nahi kehta ke mere pas Allah ke khazane hain aur na mein ghayb</w:t>
      </w:r>
    </w:p>
    <w:p>
      <w:pPr>
        <w:jc w:val="right"/>
      </w:pPr>
      <w:r>
        <w:t>کہو میں تم سے یہ نہیں کہتا کہ میرے پاس اللہ کے خزانے ہیں اور نہ میں غیب</w:t>
      </w:r>
    </w:p>
    <w:p>
      <w:r>
        <w:rPr>
          <w:b/>
        </w:rPr>
        <w:t xml:space="preserve">[1:18:38] </w:t>
      </w:r>
      <w:r>
        <w:t>ko janta hoon aur na mein tum se kehta hoon ke mein farishta hoon mein to bas is</w:t>
      </w:r>
    </w:p>
    <w:p>
      <w:pPr>
        <w:jc w:val="right"/>
      </w:pPr>
      <w:r>
        <w:t>کو جانتا ہوں اور نہ میں تم سے کہتا ہوں کہ میں فرشتہ ہوں میں تو بس اس</w:t>
      </w:r>
    </w:p>
    <w:p>
      <w:r>
        <w:rPr>
          <w:b/>
        </w:rPr>
        <w:t xml:space="preserve">[1:18:46] </w:t>
      </w:r>
      <w:r>
        <w:t>wahi ki pairwi karta hoon jo mere pas ati hai kaho kya andha aur ankhon wala dono barabar</w:t>
      </w:r>
    </w:p>
    <w:p>
      <w:pPr>
        <w:jc w:val="right"/>
      </w:pPr>
      <w:r>
        <w:t>وحی کی پیروی کرتا ہوں جو میرے پاس اتی ہے کہو کیا اندھا اور انکھوں والا دونوں برابر</w:t>
      </w:r>
    </w:p>
    <w:p>
      <w:r>
        <w:rPr>
          <w:b/>
        </w:rPr>
        <w:t xml:space="preserve">[1:18:55] </w:t>
      </w:r>
      <w:r>
        <w:t>ho sakte hain kya tum ghor nahi karte</w:t>
      </w:r>
    </w:p>
    <w:p>
      <w:pPr>
        <w:jc w:val="right"/>
      </w:pPr>
      <w:r>
        <w:t>ہو سکتے ہیں کیا تم غور نہیں کرتے</w:t>
      </w:r>
    </w:p>
    <w:p>
      <w:r>
        <w:rPr>
          <w:b/>
        </w:rPr>
        <w:t xml:space="preserve">[1:19:01] </w:t>
      </w:r>
      <w:r>
        <w:t>tashreeh aadam ko kaan aur aankh aur dil jaisi salahiyaten dena zahir karta hai ke is ka khaliq is se kya chahta hai khaliq yeh chahta hai ke aadam baat ko sune aur dekhe woh aqli daleel se is ko maane</w:t>
      </w:r>
    </w:p>
    <w:p>
      <w:pPr>
        <w:jc w:val="right"/>
      </w:pPr>
      <w:r>
        <w:t>تشریح ادمی کو کان اور انکھ اور دل جیسی صلاحیتیں دینا ظاہر کرتا ہے کہ اس کا خالق اس سے کیا چاہتا ہے خالق یہ چاہتا ہے کہ ادمی بات کو سنے اور دیکھے وہ عقلی دلیل سے اس کو مانے</w:t>
      </w:r>
    </w:p>
    <w:p>
      <w:r>
        <w:rPr>
          <w:b/>
        </w:rPr>
        <w:t xml:space="preserve">[1:19:23] </w:t>
      </w:r>
      <w:r>
        <w:t>agar aadam apni un khudadad salahiyaton se woh kaam na le jo is se maqsood hai to goya woh apne ko is khatre mein daal raha hai ke is ko na-ahl qarar de kar yeh nematen is se chheen li jayen kis qadar mehroom hai woh shakhs jisko andha aur bahra aur be-aqal bana diya jaye</w:t>
      </w:r>
    </w:p>
    <w:p>
      <w:pPr>
        <w:jc w:val="right"/>
      </w:pPr>
      <w:r>
        <w:t>اگر ادمی اپنی ان خداداد صلاحیتوں سے وہ کام نہ لے جو اس سے مقصود ہے تو گویا وہ اپنے کو اس خطرے میں ڈال رہا ہے کہ اس کو نااہل قرار دے کر یہ نعمتیں اس سے چھین لی جائیں کس قدر محروم ہے وہ شخص جس کو اندھا اور بہرہ اور بے عقل بنا دیا جائے</w:t>
      </w:r>
    </w:p>
    <w:p>
      <w:r>
        <w:rPr>
          <w:b/>
        </w:rPr>
        <w:t xml:space="preserve">[1:19:48] </w:t>
      </w:r>
      <w:r>
        <w:t>kyun ke aisa aadam dunya mein bilkul zaleel aur be-qeemat ho kar reh jata hai phir is se bhi badi mehroomi yeh hai ke aadam ke paas bazahir kaan hon magar woh haq ko sunne ke liye bahre ho jayen bazahir aankh ho magar woh haq ko dekhne ke liye andhi ho</w:t>
      </w:r>
    </w:p>
    <w:p>
      <w:pPr>
        <w:jc w:val="right"/>
      </w:pPr>
      <w:r>
        <w:t>کیونکہ ایسا ادمی دنیا میں بالکل ذلیل اور بے قیمت ہو کر رہ جاتا ہے پھر اس سے بھی بڑی محرومی یہ ہے کہ ادمی کے پاس بظاہر کان ہوں مگر وہ حق کو سننے کے لیے بہرے ہو جائیں بظاہر انکھ ہو مگر وہ حق کو دیکھنے کے لیے اندھی ہو</w:t>
      </w:r>
    </w:p>
    <w:p>
      <w:r>
        <w:rPr>
          <w:b/>
        </w:rPr>
        <w:t xml:space="preserve">[1:20:15] </w:t>
      </w:r>
      <w:r>
        <w:t>seene mein dil maujood ho magar woh haq ko samajhne ki istidad se khaali ho jaye chheen ne ki yeh qism pehli qism se kahin zyada sangin hai kyun ke woh aadam ko aakhirat ke aitbar se zaleel aur be-qeemat bana deti hai jis se badi mehroomi koi doosri nahi</w:t>
      </w:r>
    </w:p>
    <w:p>
      <w:pPr>
        <w:jc w:val="right"/>
      </w:pPr>
      <w:r>
        <w:t>سینے میں دل موجود ہو مگر وہ حق کو سمجھنے کی استعداد سے خالی ہو جائے چھیننے کی یہ قسم پہلی قسم سے کہیں زیادہ سنگین ہے کیونکہ وہ ادمی کو اخرت کے اعتبار سے ذلیل اور بے قیمت بنا دیتی ہے جس سے بڑی محرومی کوئی دوسری نہیں</w:t>
      </w:r>
    </w:p>
    <w:p>
      <w:r>
        <w:rPr>
          <w:b/>
        </w:rPr>
        <w:t xml:space="preserve">[1:20:41] </w:t>
      </w:r>
      <w:r>
        <w:t>aadam ko inkaar haq ke anjaam se daraya jaye to dheeth aadam be-khofi ka jawab deta hai dunya mein apne mamlaat ko durust dekh kar woh samajhta hai ke Khuda ki pakad ka andesha is ke apne liye nahi hai hatta ke jo zyada dheeth hain woh haq ke daai se kehte hain ke tum agar sachche ho to azaab ko la kar dikhao</w:t>
      </w:r>
    </w:p>
    <w:p>
      <w:pPr>
        <w:jc w:val="right"/>
      </w:pPr>
      <w:r>
        <w:t>ادمی کو انکار حق کے انجام سے ڈرایا جائے تو ڈھیٹ ادمی بے خوفی کا جواب دیتا ہے دنیا میں اپنے معاملات کو درست دیکھ کر وہ سمجھتا ہے کہ خدا کی پکڑ کا اندیشہ اس کے اپنے لیے نہیں ہے حتی کہ جو زیادہ ڈھیٹ ہیں وہ حق کے داعی سے کہتے ہیں کہ تم اگر سچے ہو تو عذاب کو لا کر دکھاؤ</w:t>
      </w:r>
    </w:p>
    <w:p>
      <w:r>
        <w:rPr>
          <w:b/>
        </w:rPr>
        <w:t xml:space="preserve">[1:21:07] </w:t>
      </w:r>
      <w:r>
        <w:t>woh nahi samajhte ke Khuda ka azaab aya to woh khud unhi ke upar padega na ke kisi doosre ke upar</w:t>
      </w:r>
    </w:p>
    <w:p>
      <w:pPr>
        <w:jc w:val="right"/>
      </w:pPr>
      <w:r>
        <w:t>وہ نہیں سمجھتے کہ خدا کا عذاب ایا تو وہ خود انہی کے اوپر پڑے گا نہ کہ کسی دوسرے کے اوپر</w:t>
      </w:r>
    </w:p>
    <w:p>
      <w:r>
        <w:rPr>
          <w:b/>
        </w:rPr>
        <w:t xml:space="preserve">[1:21:20] </w:t>
      </w:r>
      <w:r>
        <w:t>Allah ka daai munazzir aur mubashir ban kar aata hai</w:t>
      </w:r>
    </w:p>
    <w:p>
      <w:pPr>
        <w:jc w:val="right"/>
      </w:pPr>
      <w:r>
        <w:t>اللہ کا داعی منظر اور مبشر بن کر اتا ہے</w:t>
      </w:r>
    </w:p>
    <w:p>
      <w:r>
        <w:rPr>
          <w:b/>
        </w:rPr>
        <w:t xml:space="preserve">[1:21:24] </w:t>
      </w:r>
      <w:r>
        <w:t>ba-alfaaz-e-deegar aadam ka imtehan Khuda ke yahan jis buniyad par ho raha hai woh yeh hai ke aadam aagahi ki zaban mein haq ko pehchane aur apni islaah kar le</w:t>
      </w:r>
    </w:p>
    <w:p>
      <w:pPr>
        <w:jc w:val="right"/>
      </w:pPr>
      <w:r>
        <w:t>بالفاظ دیگر ادمی کا امتحان خدا کے یہاں جس بنیاد پر ہو رہا ہے وہ یہ ہے کہ ادمی اگاہی کی زبان میں حق کو پہچانے اور اپنی اصلاح کر لے</w:t>
      </w:r>
    </w:p>
    <w:p>
      <w:r>
        <w:rPr>
          <w:b/>
        </w:rPr>
        <w:t xml:space="preserve">[1:21:39] </w:t>
      </w:r>
      <w:r>
        <w:t>agar us ne agahi ki zaban mein haq ko na pehchana aur us ko man'ne ke liye asma</w:t>
      </w:r>
    </w:p>
    <w:p>
      <w:pPr>
        <w:jc w:val="right"/>
      </w:pPr>
      <w:r>
        <w:t>اگر اس نے اگاہی کی زبان میں حق کو نہ پہچانا اور اس کو ماننے کے لیے اسماء</w:t>
      </w:r>
    </w:p>
    <w:p>
      <w:r>
        <w:rPr>
          <w:b/>
        </w:rPr>
        <w:t xml:space="preserve">[1:21:48] </w:t>
      </w:r>
      <w:r>
        <w:t>to ajaybat ka mutaliba kiya to goya wo andhe pan ka saboot de raha hai aur andhon ke</w:t>
      </w:r>
    </w:p>
    <w:p>
      <w:pPr>
        <w:jc w:val="right"/>
      </w:pPr>
      <w:r>
        <w:t>تو عجائبات کا مطالبہ کیا تو گویا وہ اندھے پن کا ثبوت دے رہا ہے اور اندھوں کے</w:t>
      </w:r>
    </w:p>
    <w:p>
      <w:r>
        <w:rPr>
          <w:b/>
        </w:rPr>
        <w:t xml:space="preserve">[1:21:55] </w:t>
      </w:r>
      <w:r>
        <w:t>liye Khuda ki is dunya mein bhatakne aur barbad hone ke siwa koi anjam nahi</w:t>
      </w:r>
    </w:p>
    <w:p>
      <w:pPr>
        <w:jc w:val="right"/>
      </w:pPr>
      <w:r>
        <w:t>لیے خدا کی اس دنیا میں بھٹکنے اور برباد ہونے کے سوا کوئی انجام نہیں</w:t>
      </w:r>
    </w:p>
    <w:p>
      <w:r>
        <w:rPr>
          <w:b/>
        </w:rPr>
        <w:t xml:space="preserve">[1:22:36] </w:t>
      </w:r>
      <w:r>
        <w:t>wala tatrud allazina yad'una rabbahum bilghudati wal'ashi yuriduna wajhah ma 'alayka min hisabihim min shay'in wama min hisabika 'alayhim min shay'in fatatrudahum fatatrudahum fatakuna minaz-zalimin</w:t>
      </w:r>
    </w:p>
    <w:p>
      <w:pPr>
        <w:jc w:val="right"/>
      </w:pPr>
      <w:r>
        <w:t>ولا تطرد الذین یدعون ربھم بالغدات والعشی یریدون وجہہ ما علیک من حسابھم من شیء وما من حسابک علیہم من شیء فتطردھم فتطردھم فتكون من الظالمین</w:t>
      </w:r>
    </w:p>
    <w:p>
      <w:r>
        <w:rPr>
          <w:b/>
        </w:rPr>
        <w:t xml:space="preserve">[1:23:01] </w:t>
      </w:r>
      <w:r>
        <w:t>wakadhālika fatanna ba'dahum bib'adin liyaqulu ahā'ulā'i manna Allahu</w:t>
      </w:r>
    </w:p>
    <w:p>
      <w:pPr>
        <w:jc w:val="right"/>
      </w:pPr>
      <w:r>
        <w:t>وكذلك فتنا بعضھم ببعض لیقولو اھاؤلائمن اللہ</w:t>
      </w:r>
    </w:p>
    <w:p>
      <w:r>
        <w:rPr>
          <w:b/>
        </w:rPr>
        <w:t xml:space="preserve">[1:23:16] </w:t>
      </w:r>
      <w:r>
        <w:t>'alayhim liyaqulu ahā'ulā'i manna Allahu 'alayhim min baynana alaysa Allahu bi'alamin bish-shakirin</w:t>
      </w:r>
    </w:p>
    <w:p>
      <w:pPr>
        <w:jc w:val="right"/>
      </w:pPr>
      <w:r>
        <w:t>علیہم لیقولو اھاؤلائمن اللہ علیہم من بیننا الیس اللہ باعلم بالشاکرین</w:t>
      </w:r>
    </w:p>
    <w:p>
      <w:r>
        <w:rPr>
          <w:b/>
        </w:rPr>
        <w:t xml:space="preserve">[1:23:41] </w:t>
      </w:r>
      <w:r>
        <w:t>aur tum is wahi ke zariye se darao un logon ko jo andesha rakhte hain is baat ka ke woh apne Rab ke paas jama kiye jayenge is haal mein ke Allah ke siwa na un ka koi hamayati hoga aur na sifarish karne wala</w:t>
      </w:r>
    </w:p>
    <w:p>
      <w:pPr>
        <w:jc w:val="right"/>
      </w:pPr>
      <w:r>
        <w:t>اور تم اس وحی کے ذریعے سے ڈراؤ ان لوگوں کو جو اندیشہ رکھتے ہیں اس بات کا کہ وہ اپنے رب کے پاس جمع کیے جائیں گے اس حال میں کہ اللہ کے سوا نہ ان کا کوئی حمایتی ہوگا اور نہ سفارش کرنے والا</w:t>
      </w:r>
    </w:p>
    <w:p>
      <w:r>
        <w:rPr>
          <w:b/>
        </w:rPr>
        <w:t xml:space="preserve">[1:24:03] </w:t>
      </w:r>
      <w:r>
        <w:t>shayad ke woh Allah se darain aur tum un logon ko apne se door na karo jo subah shaam apne Rab ko pukarte hain</w:t>
      </w:r>
    </w:p>
    <w:p>
      <w:pPr>
        <w:jc w:val="right"/>
      </w:pPr>
      <w:r>
        <w:t>شاید کہ وہ اللہ سے ڈریں اور تم ان لوگوں کو اپنے سے دور نہ کرو جو صبح شام اپنے رب کو پکارتے ہیں</w:t>
      </w:r>
    </w:p>
    <w:p>
      <w:r>
        <w:rPr>
          <w:b/>
        </w:rPr>
        <w:t xml:space="preserve">[1:24:13] </w:t>
      </w:r>
      <w:r>
        <w:t>us ki khushnudi chahte hue un ke hisab mein se kisi cheez ka bojh tum par nahi aur</w:t>
      </w:r>
    </w:p>
    <w:p>
      <w:pPr>
        <w:jc w:val="right"/>
      </w:pPr>
      <w:r>
        <w:t>اس کی خوشنودی چاہتے ہوئے ان کے حساب میں سے کسی چیز کا بوجھ تم پر نہیں اور</w:t>
      </w:r>
    </w:p>
    <w:p>
      <w:r>
        <w:rPr>
          <w:b/>
        </w:rPr>
        <w:t xml:space="preserve">[1:24:21] </w:t>
      </w:r>
      <w:r>
        <w:t>tumhare hisab mein se kisi cheez ka bojh un par nahi ke tum un ko apne se door</w:t>
      </w:r>
    </w:p>
    <w:p>
      <w:pPr>
        <w:jc w:val="right"/>
      </w:pPr>
      <w:r>
        <w:t>تمہارے حساب میں سے کسی چیز کا بوجھ ان پر نہیں کہ تم ان کو اپنے سے دور</w:t>
      </w:r>
    </w:p>
    <w:p>
      <w:r>
        <w:rPr>
          <w:b/>
        </w:rPr>
        <w:t xml:space="preserve">[1:24:28] </w:t>
      </w:r>
      <w:r>
        <w:t>kar ke be-insafon mein se ho jao aur is tarah hum ne un mein se har ek</w:t>
      </w:r>
    </w:p>
    <w:p>
      <w:pPr>
        <w:jc w:val="right"/>
      </w:pPr>
      <w:r>
        <w:t>کر کے بے انصافوں میں سے ہو جاؤ اور اس طرح ہم نے ان میں سے ہر ایک</w:t>
      </w:r>
    </w:p>
    <w:p>
      <w:r>
        <w:rPr>
          <w:b/>
        </w:rPr>
        <w:t xml:space="preserve">[1:24:34] </w:t>
      </w:r>
      <w:r>
        <w:t>ko doosre se azmaya hai ta ke wo kahein ke kya yahi wo log hain jin par hamare darmiyan</w:t>
      </w:r>
    </w:p>
    <w:p>
      <w:pPr>
        <w:jc w:val="right"/>
      </w:pPr>
      <w:r>
        <w:t>کو دوسرے سے ازمایا ہے تاکہ وہ کہیں کہ کیا یہی وہ لوگ ہیں جن پر ہمارے درمیان</w:t>
      </w:r>
    </w:p>
    <w:p>
      <w:r>
        <w:rPr>
          <w:b/>
        </w:rPr>
        <w:t xml:space="preserve">[1:24:43] </w:t>
      </w:r>
      <w:r>
        <w:t>Allah ka fazal hua hai</w:t>
      </w:r>
    </w:p>
    <w:p>
      <w:pPr>
        <w:jc w:val="right"/>
      </w:pPr>
      <w:r>
        <w:t>اللہ کا فضل ہوا ہے</w:t>
      </w:r>
    </w:p>
    <w:p>
      <w:r>
        <w:rPr>
          <w:b/>
        </w:rPr>
        <w:t xml:space="preserve">[1:24:45] </w:t>
      </w:r>
      <w:r>
        <w:t>kya Allah shukr guzaroon se khoob waqif nahi tashreeh</w:t>
      </w:r>
    </w:p>
    <w:p>
      <w:pPr>
        <w:jc w:val="right"/>
      </w:pPr>
      <w:r>
        <w:t>کیا اللہ شکر گزاروں سے خوب واقف نہیں تشریح</w:t>
      </w:r>
    </w:p>
    <w:p>
      <w:r>
        <w:rPr>
          <w:b/>
        </w:rPr>
        <w:t xml:space="preserve">[1:24:55] </w:t>
      </w:r>
      <w:r>
        <w:t>naseehat hamesha un logon ke liye karagar hoti hai jo andeshe ki nafsiyat mein jeete hon jisko kisi cheez ka khatka laga hua ho usi ko is ke khatre se aagah kiya ja sakta hai</w:t>
      </w:r>
    </w:p>
    <w:p>
      <w:pPr>
        <w:jc w:val="right"/>
      </w:pPr>
      <w:r>
        <w:t>نصیحت ہمیشہ ان لوگوں کے لیے کارگر ہوتی ہے جو اندیشے کی نفسیات میں جیتے ہوں جس کو کسی چیز کا کھٹکا لگا ہوا ہو اسی کو اس کے خطرے سے اگاہ کیا جا سکتا ہے</w:t>
      </w:r>
    </w:p>
    <w:p>
      <w:r>
        <w:rPr>
          <w:b/>
        </w:rPr>
        <w:t xml:space="preserve">[1:25:11] </w:t>
      </w:r>
      <w:r>
        <w:t>is ke bar aks jo log be-khofi ki nafsiyat mein jee rahe hon woh kabhi naseehat ke bare mein sanjeeda nahi hote is liye woh naseehat ko qabool karne ke liye bhi tayyar nahi hote</w:t>
      </w:r>
    </w:p>
    <w:p>
      <w:pPr>
        <w:jc w:val="right"/>
      </w:pPr>
      <w:r>
        <w:t>اس کے برعکس جو لوگ بے خوفی کی نفسیات میں جی رہے ہوں وہ کبھی نصیحت کے بارے میں سنجیدہ نہیں ہوتے اس لیے وہ نصیحت کو قبول کرنے کے لیے بھی تیار نہیں ہوتے</w:t>
      </w:r>
    </w:p>
    <w:p>
      <w:r>
        <w:rPr>
          <w:b/>
        </w:rPr>
        <w:t xml:space="preserve">[1:25:29] </w:t>
      </w:r>
      <w:r>
        <w:t>be-khofi ki nafsiyat paida hone ka sabab aam taur par do cheezein hoti hain ek dunya parasti</w:t>
      </w:r>
    </w:p>
    <w:p>
      <w:pPr>
        <w:jc w:val="right"/>
      </w:pPr>
      <w:r>
        <w:t>بے خوفی کی نفسیات پیدا ہونے کا سبب عام طور پر دو چیزیں ہوتی ہیں ایک دنیا پرستی</w:t>
      </w:r>
    </w:p>
    <w:p>
      <w:r>
        <w:rPr>
          <w:b/>
        </w:rPr>
        <w:t xml:space="preserve">[1:25:39] </w:t>
      </w:r>
      <w:r>
        <w:t>doosre akabir parasti jo log dunya ki cheezon mein gum hon ya dunya ki koi kamyabi pa kar is par mutma'in ho gaye hon hatta ke unhein yeh bhi yaad na rehta ho ke ek roz un ko mar kar khaliq-o-malik ke samne hazir hona hai aise log aakhirat ko koi qabil-e-lehaz cheez nahi samajhte</w:t>
      </w:r>
    </w:p>
    <w:p>
      <w:pPr>
        <w:jc w:val="right"/>
      </w:pPr>
      <w:r>
        <w:t>دوسرے اکابر پرستی جو لوگ دنیا کی چیزوں میں گم ہوں یا دنیا کی کوئی کامیابی پا کر اس پر مطمئن ہو گئے ہوں حتی کہ انہیں یہ بھی یاد نہ رہتا ہو کہ ایک روز ان کو مر کر خالق و مالک کے سامنے حاضر ہونا ہے ایسے لوگ اخرت کو کوئی قابل لحاظ چیز نہیں سمجھتے</w:t>
      </w:r>
    </w:p>
    <w:p>
      <w:r>
        <w:rPr>
          <w:b/>
        </w:rPr>
        <w:t xml:space="preserve">[1:26:05] </w:t>
      </w:r>
      <w:r>
        <w:t>is liye aakhirat ki yaad dehani un ke zehen mein apni jagah hasil nahi karti un ka mizaj aisi baaton ko ghair ahem samajh kar nazar andaz kar deta hai</w:t>
      </w:r>
    </w:p>
    <w:p>
      <w:pPr>
        <w:jc w:val="right"/>
      </w:pPr>
      <w:r>
        <w:t>اس لیے اخرت کی یاد دہانی ان کے ذہن میں اپنی جگہ حاصل نہیں کرتی ان کا مزاج ایسی باتوں کو غیر اہم سمجھ کر نظر انداز کر دیتا ہے</w:t>
      </w:r>
    </w:p>
    <w:p>
      <w:r>
        <w:rPr>
          <w:b/>
        </w:rPr>
        <w:t xml:space="preserve">[1:26:22] </w:t>
      </w:r>
      <w:r>
        <w:t>dusri qism ke log woh hain jo akhirat ke mamle ko sifarish ka mamla samajh lete hain</w:t>
      </w:r>
    </w:p>
    <w:p>
      <w:pPr>
        <w:jc w:val="right"/>
      </w:pPr>
      <w:r>
        <w:t>دوسری قسم کے لوگ وہ ہیں جو اخرت کے معاملے کو سفارش کا معاملہ سمجھ لیتے ہیں</w:t>
      </w:r>
    </w:p>
    <w:p>
      <w:r>
        <w:rPr>
          <w:b/>
        </w:rPr>
        <w:t xml:space="preserve">[1:26:29] </w:t>
      </w:r>
      <w:r>
        <w:t>woh farz kar lete hain ke jin badeon ke sath unhon ne apne ko wabasta kar rakha hai woh akhirat mein un ke madadgar aur safarchi ban jayenge aur kisi bhi naamwafaq surat e haal mein un ki taraf se kafi sabit honge aise log is bharose par jee rahe hote hain ke unhon ne muqaddas hastiyon ka daman tham rakha hai</w:t>
      </w:r>
    </w:p>
    <w:p>
      <w:pPr>
        <w:jc w:val="right"/>
      </w:pPr>
      <w:r>
        <w:t>وہ فرض کر لیتے ہیں کہ جن بڑوں کے ساتھ انہوں نے اپنے کو وابستہ کر رکھا ہے وہ اخرت میں ان کے مددگار اور سفارشی بن جائیں گے اور کسی بھی ناموافق صورتحال میں ان کی طرف سے کافی ثابت ہوں گے ایسے لوگ اس بھروسے پر جی رہے ہوتے ہیں کہ انہوں نے مقدس ہستیوں کا دامن تھام رکھا ہے</w:t>
      </w:r>
    </w:p>
    <w:p>
      <w:r>
        <w:rPr>
          <w:b/>
        </w:rPr>
        <w:t xml:space="preserve">[1:26:57] </w:t>
      </w:r>
      <w:r>
        <w:t>wo Khuda ke mahbub aur maqbul giroh ke sath shamil hain is liye ab un ka koi mamla</w:t>
      </w:r>
    </w:p>
    <w:p>
      <w:pPr>
        <w:jc w:val="right"/>
      </w:pPr>
      <w:r>
        <w:t>وہ خدا کے محبوب اور مقبول گروہ کے ساتھ شامل ہیں اس لیے اب ان کا کوئی معاملہ</w:t>
      </w:r>
    </w:p>
    <w:p>
      <w:r>
        <w:rPr>
          <w:b/>
        </w:rPr>
        <w:t xml:space="preserve">[1:27:05] </w:t>
      </w:r>
      <w:r>
        <w:t>bigarne wala nahi</w:t>
      </w:r>
    </w:p>
    <w:p>
      <w:pPr>
        <w:jc w:val="right"/>
      </w:pPr>
      <w:r>
        <w:t>بگڑنے والا نہیں</w:t>
      </w:r>
    </w:p>
    <w:p>
      <w:r>
        <w:rPr>
          <w:b/>
        </w:rPr>
        <w:t xml:space="preserve">[1:27:07] </w:t>
      </w:r>
      <w:r>
        <w:t>yeh nafsiyat in ko akhirat ke bare mein be khauf bana deti hai woh kisi aisi baat par</w:t>
      </w:r>
    </w:p>
    <w:p>
      <w:pPr>
        <w:jc w:val="right"/>
      </w:pPr>
      <w:r>
        <w:t>یہ نفسیات ان کو اخرت کے بارے میں بے خوف بنا دیتی ہے وہ کسی ایسی بات پر</w:t>
      </w:r>
    </w:p>
    <w:p>
      <w:r>
        <w:rPr>
          <w:b/>
        </w:rPr>
        <w:t xml:space="preserve">[1:27:16] </w:t>
      </w:r>
      <w:r>
        <w:t>sanjedgi ke sath sochne ke liye tayyar nahi hote jo akhirat mein un ki hesiyat ko mujtaba karne</w:t>
      </w:r>
    </w:p>
    <w:p>
      <w:pPr>
        <w:jc w:val="right"/>
      </w:pPr>
      <w:r>
        <w:t>سنجیدگی کے ساتھ سوچنے کے لیے تیار نہیں ہوتے جو اخرت میں ان کی حیثیت کو مجتبی کرنے</w:t>
      </w:r>
    </w:p>
    <w:p>
      <w:r>
        <w:rPr>
          <w:b/>
        </w:rPr>
        <w:t xml:space="preserve">[1:27:24] </w:t>
      </w:r>
      <w:r>
        <w:t>wali ho</w:t>
      </w:r>
    </w:p>
    <w:p>
      <w:pPr>
        <w:jc w:val="right"/>
      </w:pPr>
      <w:r>
        <w:t>والی ہو</w:t>
      </w:r>
    </w:p>
    <w:p>
      <w:r>
        <w:rPr>
          <w:b/>
        </w:rPr>
        <w:t xml:space="preserve">[1:27:28] </w:t>
      </w:r>
      <w:r>
        <w:t>jo log maslehaton ki riayat kar ke daulat o maqbooliyat hasil kiye hue hon woh kabhi haq ki be amez dawat ka sath nahi dete kyunke haq ka sath dena un ke liye yeh mani rakhta hai ke apni maslehaton ke bane banaye dhanchay ko tod diya jaye</w:t>
      </w:r>
    </w:p>
    <w:p>
      <w:pPr>
        <w:jc w:val="right"/>
      </w:pPr>
      <w:r>
        <w:t>جو لوگ مصلحتوں کی رعایت کر کے دولت و مقبولیت حاصل کیے ہوئے ہوں وہ کبھی حق کی بے امیز دعوت کا ساتھ نہیں دیتے کیونکہ حق کا ساتھ دینا ان کے لیے یہ معنی رکھتا ہے کہ اپنی مصلحتوں کے بنے بنائے ڈھانچے کو توڑ دیا جائے</w:t>
      </w:r>
    </w:p>
    <w:p>
      <w:r>
        <w:rPr>
          <w:b/>
        </w:rPr>
        <w:t xml:space="preserve">[1:27:52] </w:t>
      </w:r>
      <w:r>
        <w:t>phir jab woh yeh dekhte hain ke haq ke gird mamooli hesiyat ke log jama hain to yeh surat e haal un ke liye aur zyada fitna ban jati hai un ko mehsoos hota hai ke is ka sath de kar woh apni hesiyat ko gira lenge</w:t>
      </w:r>
    </w:p>
    <w:p>
      <w:pPr>
        <w:jc w:val="right"/>
      </w:pPr>
      <w:r>
        <w:t>پھر جب وہ یہ دیکھتے ہیں کہ حق کے گرد معمولی حیثیت کے لوگ جمع ہیں تو یہ صورتحال ان کے لیے اور زیادہ فتنہ بن جاتی ہے ان کو محسوس ہوتا ہے کہ اس کا ساتھ دے کر وہ اپنی حیثیت کو گرا لیں گے</w:t>
      </w:r>
    </w:p>
    <w:p>
      <w:r>
        <w:rPr>
          <w:b/>
        </w:rPr>
        <w:t xml:space="preserve">[1:28:11] </w:t>
      </w:r>
      <w:r>
        <w:t>woh haq ko haq ki kasoti par na dekh kar apni kasoti par dekhte hain aur jab haq un ki apni kasoti par poora nahi utarta to woh us ko nazar andaz kar dete hain</w:t>
      </w:r>
    </w:p>
    <w:p>
      <w:pPr>
        <w:jc w:val="right"/>
      </w:pPr>
      <w:r>
        <w:t>وہ حق کو حق کی کسوٹی پر نہ دیکھ کر اپنی کسوٹی پر دیکھتے ہیں اور جب حق ان کی اپنی کسوٹی پر پورا نہیں اترتا تو وہ اس کو نظر انداز کر دیتے ہیں</w:t>
      </w:r>
    </w:p>
    <w:p>
      <w:r>
        <w:rPr>
          <w:b/>
        </w:rPr>
        <w:t xml:space="preserve">[1:28:30] </w:t>
      </w:r>
      <w:r>
        <w:t>allazina yomununa biayatina faqul salam alaikum kataba rabbukum ala nafsihir rahmah</w:t>
      </w:r>
    </w:p>
    <w:p>
      <w:pPr>
        <w:jc w:val="right"/>
      </w:pPr>
      <w:r>
        <w:t>الذین یومنون بایاتنا فقل سلام علیکم کتب ربکم علی نفسہ الرحمۃ</w:t>
      </w:r>
    </w:p>
    <w:p>
      <w:r>
        <w:rPr>
          <w:b/>
        </w:rPr>
        <w:t xml:space="preserve">[1:28:40] </w:t>
      </w:r>
      <w:r>
        <w:t>kataba rabbukum ala nafsihir rahmah innahu man amila minkum</w:t>
      </w:r>
    </w:p>
    <w:p>
      <w:pPr>
        <w:jc w:val="right"/>
      </w:pPr>
      <w:r>
        <w:t>کتب ربکم علی نفسہ الرحمۃ انہ من عمل منکم</w:t>
      </w:r>
    </w:p>
    <w:p>
      <w:r>
        <w:rPr>
          <w:b/>
        </w:rPr>
        <w:t xml:space="preserve">[1:28:48] </w:t>
      </w:r>
      <w:r>
        <w:t>sua'a bijahalatin thumma</w:t>
      </w:r>
    </w:p>
    <w:p>
      <w:pPr>
        <w:jc w:val="right"/>
      </w:pPr>
      <w:r>
        <w:t>سوءا بجهالت ثم</w:t>
      </w:r>
    </w:p>
    <w:p>
      <w:r>
        <w:rPr>
          <w:b/>
        </w:rPr>
        <w:t xml:space="preserve">[1:28:54] </w:t>
      </w:r>
      <w:r>
        <w:t>tab thumma taba min ba'dihi wa asliha fa innahu</w:t>
      </w:r>
    </w:p>
    <w:p>
      <w:pPr>
        <w:jc w:val="right"/>
      </w:pPr>
      <w:r>
        <w:t>تاب ثم تاب من بعده واصلح فانه</w:t>
      </w:r>
    </w:p>
    <w:p>
      <w:r>
        <w:rPr>
          <w:b/>
        </w:rPr>
        <w:t xml:space="preserve">[1:29:03] </w:t>
      </w:r>
      <w:r>
        <w:t>ghafurur rahim wa kadhalika nufassilul ayati wa litastabina sabilul mujrimin</w:t>
      </w:r>
    </w:p>
    <w:p>
      <w:pPr>
        <w:jc w:val="right"/>
      </w:pPr>
      <w:r>
        <w:t>غفور رحیم وكذلك نفصل الايات ولتستبین سبیل المجرمین</w:t>
      </w:r>
    </w:p>
    <w:p>
      <w:r>
        <w:rPr>
          <w:b/>
        </w:rPr>
        <w:t xml:space="preserve">[1:29:17] </w:t>
      </w:r>
      <w:r>
        <w:t>aur jab tumhare pas woh log ayen jo hamari ayaton par iman laye hain to un se kaho ke tum par salamti ho tumhare rab ne apne upar rehmat likh li hai</w:t>
      </w:r>
    </w:p>
    <w:p>
      <w:pPr>
        <w:jc w:val="right"/>
      </w:pPr>
      <w:r>
        <w:t>اور جب تمہارے پاس وہ لوگ ائیں جو ہماری ایتوں پر ایمان لائے ہیں تو ان سے کہو کہ تم پر سلامتی ہو تمہارے رب نے اپنے اوپر رحمت لکھ لی ہے</w:t>
      </w:r>
    </w:p>
    <w:p>
      <w:r>
        <w:rPr>
          <w:b/>
        </w:rPr>
        <w:t xml:space="preserve">[1:29:31] </w:t>
      </w:r>
      <w:r>
        <w:t>beshak tum mein se jo koi nadani se burai kar bethe phir is ke baad woh toba kare aur islaah kar le to woh bakhsne wala meherban hai aur is tarah hum apni nishaniyan khol kar bayan karte hain aur taake mujrimin ka tareeqa zahir ho jaye tashreeh</w:t>
      </w:r>
    </w:p>
    <w:p>
      <w:pPr>
        <w:jc w:val="right"/>
      </w:pPr>
      <w:r>
        <w:t>بے شک تم میں سے جو کوئی نادانی سے برائی کر بیٹھے پھر اس کے بعد وہ توبہ کرے اور اصلاح کر لے تو وہ بخشنے والا مہربان ہے اور اس طرح ہم اپنی نشانیاں کھول کر بیان کرتے ہیں اور تاکہ مجرمین کا طریقہ ظاہر ہو جائے تشریح</w:t>
      </w:r>
    </w:p>
    <w:p>
      <w:r>
        <w:rPr>
          <w:b/>
        </w:rPr>
        <w:t xml:space="preserve">[1:29:57] </w:t>
      </w:r>
      <w:r>
        <w:t>rasool Allah sal Allah alaihi wasallam ke zamane mein ek qism ke log woh the jo aap ki sadaqat par moajze talab karte rahe dosre log woh the jo qurani ayaton ko sun kar aap ke momin ban gaye yahi imtehan har zamane mein insan ke sath jari hai dunya mein Khuda khud samne nahi ata</w:t>
      </w:r>
    </w:p>
    <w:p>
      <w:pPr>
        <w:jc w:val="right"/>
      </w:pPr>
      <w:r>
        <w:t>رسول اللہ صلی اللہ علیہ وسلم کے زمانے میں ایک قسم کے لوگ وہ تھے جو اپ کی صداقت پر معجزے طلب کرتے رہے دوسرے لوگ وہ تھے جو قرانی ایات کو سن کر اپ کے مومن بن گئے یہی امتحان ہر زمانے میں انسان کے ساتھ جاری ہے دنیا میں خدا خود سامنے نہیں ات</w:t>
      </w:r>
    </w:p>
    <w:p>
      <w:r>
        <w:rPr>
          <w:b/>
        </w:rPr>
        <w:t xml:space="preserve">[1:30:24] </w:t>
      </w:r>
      <w:r>
        <w:t>woh dahi ki zuban se apne dalail ka ailan karata hai woh apni sadaqat ko lafzon ke</w:t>
      </w:r>
    </w:p>
    <w:p>
      <w:pPr>
        <w:jc w:val="right"/>
      </w:pPr>
      <w:r>
        <w:t>ا وہ داعی کی زبان سے اپنے دلائل کا اعلان کراتا ہے وہ اپنی صداقت کو لفظوں کے</w:t>
      </w:r>
    </w:p>
    <w:p>
      <w:r>
        <w:rPr>
          <w:b/>
        </w:rPr>
        <w:t xml:space="preserve">[1:30:31] </w:t>
      </w:r>
      <w:r>
        <w:t>roop mein dhal kar insan ke samne lata hai</w:t>
      </w:r>
    </w:p>
    <w:p>
      <w:pPr>
        <w:jc w:val="right"/>
      </w:pPr>
      <w:r>
        <w:t>روپ میں ڈھال کر انسان کے سامنے لاتا ہے</w:t>
      </w:r>
    </w:p>
    <w:p>
      <w:r>
        <w:rPr>
          <w:b/>
        </w:rPr>
        <w:t xml:space="preserve">[1:30:36] </w:t>
      </w:r>
      <w:r>
        <w:t>ab jis ki fitrat zinda hai woh inhi dalail mein Khuda ka jalwa dekh leta hai aur is</w:t>
      </w:r>
    </w:p>
    <w:p>
      <w:pPr>
        <w:jc w:val="right"/>
      </w:pPr>
      <w:r>
        <w:t>اب جس کی فطرت زندہ ہے وہ انہی دلائل میں خدا کا جلوہ دیکھ لیتا ہے اور اس</w:t>
      </w:r>
    </w:p>
    <w:p>
      <w:r>
        <w:rPr>
          <w:b/>
        </w:rPr>
        <w:t xml:space="preserve">[1:30:43] </w:t>
      </w:r>
      <w:r>
        <w:t>ka iqrar karke us ke age jhuk jata hai is ke bar aks jinhon ne apni fitrat par</w:t>
      </w:r>
    </w:p>
    <w:p>
      <w:pPr>
        <w:jc w:val="right"/>
      </w:pPr>
      <w:r>
        <w:t>کا اقرار کر کے اس کے اگے جھک جاتا ہے اس کے برعکس جنہوں نے اپنی فطرت پر</w:t>
      </w:r>
    </w:p>
    <w:p>
      <w:r>
        <w:rPr>
          <w:b/>
        </w:rPr>
        <w:t xml:space="preserve">[1:30:52] </w:t>
      </w:r>
      <w:r>
        <w:t>masnooi parde dal rakhe hain</w:t>
      </w:r>
    </w:p>
    <w:p>
      <w:pPr>
        <w:jc w:val="right"/>
      </w:pPr>
      <w:r>
        <w:t>مصنوعی پردے ڈال رکھے ہیں</w:t>
      </w:r>
    </w:p>
    <w:p>
      <w:r>
        <w:rPr>
          <w:b/>
        </w:rPr>
        <w:t xml:space="preserve">[1:30:54] </w:t>
      </w:r>
      <w:r>
        <w:t>woh lafzon ke roop mein Khuda ko pane mein nakam rehte hain</w:t>
      </w:r>
    </w:p>
    <w:p>
      <w:pPr>
        <w:jc w:val="right"/>
      </w:pPr>
      <w:r>
        <w:t>وہ الفاظ کے روپ میں خدا کو پانے میں ناکام رہتے ہیں</w:t>
      </w:r>
    </w:p>
    <w:p>
      <w:r>
        <w:rPr>
          <w:b/>
        </w:rPr>
        <w:t xml:space="preserve">[1:31:02] </w:t>
      </w:r>
      <w:r>
        <w:t>woh Khuda ko us ki istadali surat mein dekh nahi pate is liye chahte hain ke Khuda apni mushahadati surat mein un ke samne aaye magar maujooda imtehan ki dunya mein aisa hona mumkin nahi</w:t>
      </w:r>
    </w:p>
    <w:p>
      <w:pPr>
        <w:jc w:val="right"/>
      </w:pPr>
      <w:r>
        <w:t>وہ خدا کو اس کی استدلالی صورت میں دیکھ نہیں پاتے اس لیے چاہتے ہیں کہ خدا اپنی مشاہداتی صورت میں ان کے سامنے ائے مگر موجودہ امتحان کی دنیا میں ایسا ہونا ممکن نہیں</w:t>
      </w:r>
    </w:p>
    <w:p>
      <w:r>
        <w:rPr>
          <w:b/>
        </w:rPr>
        <w:t xml:space="preserve">[1:31:20] </w:t>
      </w:r>
      <w:r>
        <w:t>yahan wahi shakhs Khuda ko payega jo Khuda ko halat e ghaib mein pa le jo shakhs Khuda ko halat e shuhood mein dekhne par israr kare uska anjam Khuda ki is dunya mein mehroomi ke siwa aur kuch nahi</w:t>
      </w:r>
    </w:p>
    <w:p>
      <w:pPr>
        <w:jc w:val="right"/>
      </w:pPr>
      <w:r>
        <w:t>یہاں وہی شخص خدا کو پائے گا جو خدا کو حالت غیب میں پا لے جو شخص خدا کو حالت شہود میں دیکھنے پر اصرار کرے اس کا انجام خدا کی اس دنیا میں محرومی کے سوا اور کچھ نہیں</w:t>
      </w:r>
    </w:p>
    <w:p>
      <w:r>
        <w:rPr>
          <w:b/>
        </w:rPr>
        <w:t xml:space="preserve">[1:31:41] </w:t>
      </w:r>
      <w:r>
        <w:t>jo log apni kaji ki wajah se haq se door rehte hain</w:t>
      </w:r>
    </w:p>
    <w:p>
      <w:pPr>
        <w:jc w:val="right"/>
      </w:pPr>
      <w:r>
        <w:t>جو لوگ اپنی کجی کی وجہ سے حق سے دور رہتے ہیں</w:t>
      </w:r>
    </w:p>
    <w:p>
      <w:r>
        <w:rPr>
          <w:b/>
        </w:rPr>
        <w:t xml:space="preserve">[1:31:45] </w:t>
      </w:r>
      <w:r>
        <w:t>woh haq ko qabool karne walon par tarah tarah ke ilzam lagate hain taake un ke muqable mein apne ko behtar sabit kar saken un ko apne juraim nazar nahi ate</w:t>
      </w:r>
    </w:p>
    <w:p>
      <w:pPr>
        <w:jc w:val="right"/>
      </w:pPr>
      <w:r>
        <w:t>وہ حق کو قبول کرنے والوں پر طرح طرح کے الزام لگاتے ہیں تاکہ ان کے مقابلے میں اپنے کو بہتر ثابت کر سکیں ان کو اپنے جرائم نظر نہیں اتے</w:t>
      </w:r>
    </w:p>
    <w:p>
      <w:r>
        <w:rPr>
          <w:b/>
        </w:rPr>
        <w:t xml:space="preserve">[1:32:00] </w:t>
      </w:r>
      <w:r>
        <w:t>albata haq paraston se agar kabhi koi ghalti ho gayi to us ko khoob badha kar bayan karte hain taake yeh zahir ho ke jo log is dawat ke gird jama hain woh qabil e aitbar log nahi hain halanke asal surat e haal is ke bar aks hai jin logon ne nahq ko chhod kar haq ko qabool kiya hai</w:t>
      </w:r>
    </w:p>
    <w:p>
      <w:pPr>
        <w:jc w:val="right"/>
      </w:pPr>
      <w:r>
        <w:t>البتہ حق پرستوں سے اگر کبھی کوئی غلطی ہو گئی تو اس کو خوب بڑھا کر بیان کرتے ہیں تاکہ یہ ظاہر ہو کہ جو لوگ اس دعوت کے گرد جمع ہیں وہ قابل اعتبار لوگ نہیں ہیں حالانکہ اصل صورتحال اس کے برعکس ہے جن لوگوں نے ناحق کو چھوڑ کر حق کو قبول کیا ہے</w:t>
      </w:r>
    </w:p>
    <w:p>
      <w:r>
        <w:rPr>
          <w:b/>
        </w:rPr>
        <w:t xml:space="preserve">[1:32:24] </w:t>
      </w:r>
      <w:r>
        <w:t>unhon ne apne is amal se iman o islaah ke raste par chalne ka saboot diya hai is tarah woh Khuda ke qanoon ke mutabiq us ke mustahiq ho gaye ke unhein islaah e haal ki tofeeq mile aur woh Khuda ki rehmaton mein apna hissa payen is ke bar aks jo log haq se door pade hue hain</w:t>
      </w:r>
    </w:p>
    <w:p>
      <w:pPr>
        <w:jc w:val="right"/>
      </w:pPr>
      <w:r>
        <w:t>انہوں نے اپنے اس عمل سے ایمان و اصلاح کے راستے پر چلنے کا ثبوت دیا ہے اس طرح وہ خدا کے قانون کے مطابق اس کے مستحق ہو گئے کہ انہیں اصلاح حال کی توفیق ملے اور وہ خدا کی رحمتوں میں اپنا حصہ پائیں اس کے برعکس جو لوگ حق سے دور پڑے ہوئے ہیں</w:t>
      </w:r>
    </w:p>
    <w:p>
      <w:r>
        <w:rPr>
          <w:b/>
        </w:rPr>
        <w:t xml:space="preserve">[1:32:49] </w:t>
      </w:r>
      <w:r>
        <w:t>woh apne amal se sabit kar rahe hain ke woh iman o islaah ka tareeqa ikhtiyar karne se koi dilchaspi nahi rakhte aise log Khuda ki tofeeq se mehroom rehte hain un ki dhattayi kabhi khatam nahi hoti aur dhattayi hi Khuda ki is dunya mein kisi ka sab se bada jurm hai Khuda nishaniyon ki zaban mein bolta hai</w:t>
      </w:r>
    </w:p>
    <w:p>
      <w:pPr>
        <w:jc w:val="right"/>
      </w:pPr>
      <w:r>
        <w:t>وہ اپنے عمل سے ثابت کر رہے ہیں کہ وہ ایمان و اصلاح کا طریقہ اختیار کرنے سے کوئی دلچسپی نہیں رکھتے ایسے لوگ خدا کی توفیق سے محروم رہتے ہیں ان کی ڈھٹائی کبھی ختم نہیں ہوتی اور ڈھٹائی ہی خدا کی اس دنیا میں کسی کا سب سے بڑا جرم ہے خدا نشانیوں کی زبان میں بولتا ہے</w:t>
      </w:r>
    </w:p>
    <w:p>
      <w:r>
        <w:rPr>
          <w:b/>
        </w:rPr>
        <w:t xml:space="preserve">[1:33:17] </w:t>
      </w:r>
      <w:r>
        <w:t>nishaniyan is shakhs ke liye karamad hoti hain jo un ko padhna chahe isi tarah hidayat us ko</w:t>
      </w:r>
    </w:p>
    <w:p>
      <w:pPr>
        <w:jc w:val="right"/>
      </w:pPr>
      <w:r>
        <w:t>نشانیاں اس شخص کے لیے کارامد ہوتی ہیں جو ان کو پڑھنا چاہے اسی طرح ہدایت اس کو</w:t>
      </w:r>
    </w:p>
    <w:p>
      <w:r>
        <w:rPr>
          <w:b/>
        </w:rPr>
        <w:t xml:space="preserve">[1:33:26] </w:t>
      </w:r>
      <w:r>
        <w:t>milegi jo hidayat ka talib ho jo shakhs hidayat ki talab na rakhta ho us ke liye</w:t>
      </w:r>
    </w:p>
    <w:p>
      <w:pPr>
        <w:jc w:val="right"/>
      </w:pPr>
      <w:r>
        <w:t>ملے گی جو ہدایت کا طالب ہو جو شخص ہدایت کی طلب نہ رکھتا ہو اس کے لیے</w:t>
      </w:r>
    </w:p>
    <w:p>
      <w:r>
        <w:rPr>
          <w:b/>
        </w:rPr>
        <w:t xml:space="preserve">[1:33:34] </w:t>
      </w:r>
      <w:r>
        <w:t>Khuda ki is dunya mein bhatkne ke siwa koi doosra anjam nahi</w:t>
      </w:r>
    </w:p>
    <w:p>
      <w:pPr>
        <w:jc w:val="right"/>
      </w:pPr>
      <w:r>
        <w:t>خدا کی اس دنیا میں بھٹکنے کے سوا کوئی دوسرا انجام نہیں</w:t>
      </w:r>
    </w:p>
    <w:p>
      <w:r>
        <w:rPr>
          <w:b/>
        </w:rPr>
        <w:t xml:space="preserve">[1:33:54] </w:t>
      </w:r>
      <w:r>
        <w:t>qul attabi' ahwa'akum</w:t>
      </w:r>
    </w:p>
    <w:p>
      <w:pPr>
        <w:jc w:val="right"/>
      </w:pPr>
      <w:r>
        <w:t>قل اتبع اهواءكم</w:t>
      </w:r>
    </w:p>
    <w:p>
      <w:r>
        <w:rPr>
          <w:b/>
        </w:rPr>
        <w:t xml:space="preserve">[1:34:00] </w:t>
      </w:r>
      <w:r>
        <w:t>qad dalaltu itha wa ma</w:t>
      </w:r>
    </w:p>
    <w:p>
      <w:pPr>
        <w:jc w:val="right"/>
      </w:pPr>
      <w:r>
        <w:t>قد ضللت اذا وما</w:t>
      </w:r>
    </w:p>
    <w:p>
      <w:r>
        <w:rPr>
          <w:b/>
        </w:rPr>
        <w:t xml:space="preserve">[1:34:04] </w:t>
      </w:r>
      <w:r>
        <w:t>ana minal muhtadin</w:t>
      </w:r>
    </w:p>
    <w:p>
      <w:pPr>
        <w:jc w:val="right"/>
      </w:pPr>
      <w:r>
        <w:t>انا من المهتدین</w:t>
      </w:r>
    </w:p>
    <w:p>
      <w:r>
        <w:rPr>
          <w:b/>
        </w:rPr>
        <w:t xml:space="preserve">[1:34:08] </w:t>
      </w:r>
      <w:r>
        <w:t>qul inni ala bayyinatin</w:t>
      </w:r>
    </w:p>
    <w:p>
      <w:pPr>
        <w:jc w:val="right"/>
      </w:pPr>
      <w:r>
        <w:t>قل انی علی بینۃ</w:t>
      </w:r>
    </w:p>
    <w:p>
      <w:r>
        <w:rPr>
          <w:b/>
        </w:rPr>
        <w:t xml:space="preserve">[1:34:12] </w:t>
      </w:r>
      <w:r>
        <w:t>min rabbi wa kadhthubtu</w:t>
      </w:r>
    </w:p>
    <w:p>
      <w:pPr>
        <w:jc w:val="right"/>
      </w:pPr>
      <w:r>
        <w:t>من ربی وكذبت</w:t>
      </w:r>
    </w:p>
    <w:p>
      <w:r>
        <w:rPr>
          <w:b/>
        </w:rPr>
        <w:t xml:space="preserve">[1:34:15] </w:t>
      </w:r>
      <w:r>
        <w:t>bihi ma indiya ma tasta'jiluna bih inil hukmu illa lillah yaqissul haqqa wa huwa khairul fasilin</w:t>
      </w:r>
    </w:p>
    <w:p>
      <w:pPr>
        <w:jc w:val="right"/>
      </w:pPr>
      <w:r>
        <w:t>به ما عندی ما تستعجلون به ان الحکم الا لله یقص الحق وهو خیر الفاصلین</w:t>
      </w:r>
    </w:p>
    <w:p>
      <w:r>
        <w:rPr>
          <w:b/>
        </w:rPr>
        <w:t xml:space="preserve">[1:34:31] </w:t>
      </w:r>
      <w:r>
        <w:t>qul law anna</w:t>
      </w:r>
    </w:p>
    <w:p>
      <w:pPr>
        <w:jc w:val="right"/>
      </w:pPr>
      <w:r>
        <w:t>قل لو ان</w:t>
      </w:r>
    </w:p>
    <w:p>
      <w:r>
        <w:rPr>
          <w:b/>
        </w:rPr>
        <w:t xml:space="preserve">[1:34:33] </w:t>
      </w:r>
      <w:r>
        <w:t>indi ma tasta'jiluna bihi laqadhal amru bayni wa baynakum</w:t>
      </w:r>
    </w:p>
    <w:p>
      <w:pPr>
        <w:jc w:val="right"/>
      </w:pPr>
      <w:r>
        <w:t>عندی ما تستعجلون به لقضی الامر بینی وبینکم</w:t>
      </w:r>
    </w:p>
    <w:p>
      <w:r>
        <w:rPr>
          <w:b/>
        </w:rPr>
        <w:t xml:space="preserve">[1:34:41] </w:t>
      </w:r>
      <w:r>
        <w:t>wallah oalam bil zalamin</w:t>
      </w:r>
    </w:p>
    <w:p>
      <w:pPr>
        <w:jc w:val="right"/>
      </w:pPr>
      <w:r>
        <w:t>واللہ اعلم بالظالمین</w:t>
      </w:r>
    </w:p>
    <w:p>
      <w:r>
        <w:rPr>
          <w:b/>
        </w:rPr>
        <w:t xml:space="preserve">[1:34:46] </w:t>
      </w:r>
      <w:r>
        <w:t>wa عنده مفاتیح الغیب لا یعلمها</w:t>
      </w:r>
    </w:p>
    <w:p>
      <w:pPr>
        <w:jc w:val="right"/>
      </w:pPr>
      <w:r>
        <w:t>وعنده مفاتح الغیب لا يعلمها</w:t>
      </w:r>
    </w:p>
    <w:p>
      <w:r>
        <w:rPr>
          <w:b/>
        </w:rPr>
        <w:t xml:space="preserve">[1:34:53] </w:t>
      </w:r>
      <w:r>
        <w:t>illa هو wa yalam ma fi al-bir wa al-bahr</w:t>
      </w:r>
    </w:p>
    <w:p>
      <w:pPr>
        <w:jc w:val="right"/>
      </w:pPr>
      <w:r>
        <w:t>الا هو ويعلم ما في البر والبحر</w:t>
      </w:r>
    </w:p>
    <w:p>
      <w:r>
        <w:rPr>
          <w:b/>
        </w:rPr>
        <w:t xml:space="preserve">[1:35:00] </w:t>
      </w:r>
      <w:r>
        <w:t>wa ma tasqut min waraqa illa yalamha wa la habba</w:t>
      </w:r>
    </w:p>
    <w:p>
      <w:pPr>
        <w:jc w:val="right"/>
      </w:pPr>
      <w:r>
        <w:t>وما تسقط من ورقه الا يعلمها ولا حبه</w:t>
      </w:r>
    </w:p>
    <w:p>
      <w:r>
        <w:rPr>
          <w:b/>
        </w:rPr>
        <w:t xml:space="preserve">[1:35:07] </w:t>
      </w:r>
      <w:r>
        <w:t>fi zulumat al-ard wa la ratb wa la yabis</w:t>
      </w:r>
    </w:p>
    <w:p>
      <w:pPr>
        <w:jc w:val="right"/>
      </w:pPr>
      <w:r>
        <w:t>في ظلمات الارض ولا رطب ولا يابس</w:t>
      </w:r>
    </w:p>
    <w:p>
      <w:r>
        <w:rPr>
          <w:b/>
        </w:rPr>
        <w:t xml:space="preserve">[1:35:14] </w:t>
      </w:r>
      <w:r>
        <w:t>wa la ratb wa la yabis illa fi kitab</w:t>
      </w:r>
    </w:p>
    <w:p>
      <w:pPr>
        <w:jc w:val="right"/>
      </w:pPr>
      <w:r>
        <w:t>ولا رطب ولا يابس الا في كتاب</w:t>
      </w:r>
    </w:p>
    <w:p>
      <w:r>
        <w:rPr>
          <w:b/>
        </w:rPr>
        <w:t xml:space="preserve">[1:35:20] </w:t>
      </w:r>
      <w:r>
        <w:t>mubin</w:t>
      </w:r>
    </w:p>
    <w:p>
      <w:pPr>
        <w:jc w:val="right"/>
      </w:pPr>
      <w:r>
        <w:t>مبین</w:t>
      </w:r>
    </w:p>
    <w:p>
      <w:r>
        <w:rPr>
          <w:b/>
        </w:rPr>
        <w:t xml:space="preserve">[1:35:24] </w:t>
      </w:r>
      <w:r>
        <w:t>kaho mujhe is se roka gaya hai ke main un ki ibadat karoon jin ko tum Allah ke siwa pukarte ho kaho main tumhari khwahishon ki pairvi nahi kar sakta agar main aisa karoon to main be rah ho jaunga aur main rah pane walon mein se na rahoon ga</w:t>
      </w:r>
    </w:p>
    <w:p>
      <w:pPr>
        <w:jc w:val="right"/>
      </w:pPr>
      <w:r>
        <w:t>کہو مجھے اس سے روکا گیا ہے کہ میں ان کی عبادت کروں جن کو تم اللہ کے سوا پکارتے ہو کہو میں تمہاری خواہشوں کی پیروی نہیں کر سکتا اگر میں ایسا کروں تو میں بے راہ ہو جاؤں گا اور میں راہ پانے والوں میں سے نہ رہوں گا</w:t>
      </w:r>
    </w:p>
    <w:p>
      <w:r>
        <w:rPr>
          <w:b/>
        </w:rPr>
        <w:t xml:space="preserve">[1:35:46] </w:t>
      </w:r>
      <w:r>
        <w:t>kaho main apne rab ki taraf se aik roshan dalil par hoon aur tum ne us ko jhutla diya hai woh cheez mere pas nahi hai jis ke liye tum jaldi kar rahe ho faisle ka ikhtiyar sirf Allah ko hai wahi haq ko bayan karta hai aur woh behtareen faisla karne wala hai</w:t>
      </w:r>
    </w:p>
    <w:p>
      <w:pPr>
        <w:jc w:val="right"/>
      </w:pPr>
      <w:r>
        <w:t>کہو میں اپنے رب کی طرف سے ایک روشن دلیل پر ہوں اور تم نے اس کو جھٹلا دیا ہے وہ چیز میرے پاس نہیں ہے جس کے لیے تم جلدی کر رہے ہو فیصلے کا اختیار صرف اللہ کو ہے وہی حق کو بیان کرتا ہے اور وہ بہترین فیصلہ کرنے والا ہے</w:t>
      </w:r>
    </w:p>
    <w:p>
      <w:r>
        <w:rPr>
          <w:b/>
        </w:rPr>
        <w:t xml:space="preserve">[1:36:10] </w:t>
      </w:r>
      <w:r>
        <w:t>kaho agar woh cheez mere pas hoti jis ke liye tum jaldi kar rahe ho to mere aur tumhare darmiyan mamle ka faisla ho chuka hota aur Allah khoob janta hai zalimon ko aur usi ke pas ghaib ki kunjiyan hain us ke siwa us ko koi nahi janta</w:t>
      </w:r>
    </w:p>
    <w:p>
      <w:pPr>
        <w:jc w:val="right"/>
      </w:pPr>
      <w:r>
        <w:t>کہو اگر وہ چیز میرے پاس ہوتی جس کے لیے تم جلدی کر رہے ہو تو میرے اور تمہارے درمیان معاملے کا فیصلہ ہو چکا ہوتا اور اللہ خوب جانتا ہے ظالموں کو اور اسی کے پاس غیب کی کنجیاں ہیں اس کے سوا اس کو کوئی نہیں جانتا</w:t>
      </w:r>
    </w:p>
    <w:p>
      <w:r>
        <w:rPr>
          <w:b/>
        </w:rPr>
        <w:t xml:space="preserve">[1:36:34] </w:t>
      </w:r>
      <w:r>
        <w:t>allah janta hai jo kuch khushki mein hai aur samandar mein hai aur darakht se girne wala koi pata nahi jis ka us ko ilm na ho aur zameen ki tareekiyon mein koi dana nahi girta aur na koi tar aur khushk cheez magar sab ek khuli kitaab mein darj hai</w:t>
      </w:r>
    </w:p>
    <w:p>
      <w:pPr>
        <w:jc w:val="right"/>
      </w:pPr>
      <w:r>
        <w:t>اللہ جانتا ہے جو کچھ خشکی میں ہے اور سمندر میں ہے اور درخت سے گرنے والا کوئی پتہ نہیں جس کا اس کو علم نہ ہو اور زمین کی تاریکیوں میں کوئی دانہ نہیں گرتا اور نہ کوئی تر اور خشک چیز مگر سب ایک کھلی کتاب میں درج ہے</w:t>
      </w:r>
    </w:p>
    <w:p>
      <w:r>
        <w:rPr>
          <w:b/>
        </w:rPr>
        <w:t xml:space="preserve">[1:37:03] </w:t>
      </w:r>
      <w:r>
        <w:t>tashreeh khuda ke siwa jis cheez ko aadmi maabood ka darja deta hai woh us ki ek khwahish hoti hai jis ko woh waqea farz kar leta hai kabhi apni be amli ke anjaam se bachne ke liye woh kisi ko khuda ka maqrab yaqeen kar leta hai jo khuda ke yahan uska madadgar aur sifarshi ban jaye</w:t>
      </w:r>
    </w:p>
    <w:p>
      <w:pPr>
        <w:jc w:val="right"/>
      </w:pPr>
      <w:r>
        <w:t>تشریح خدا کے سوا جس چیز کو ادمی معبود کا درجہ دیتا ہے وہ اس کی ایک خواہش ہوتی ہے جس کو وہ واقعہ فرض کر لیتا ہے کبھی اپنی بے عملی کے انجام سے بچنے کے لیے وہ کسی کو خدا کا مقرب یقین کر لیتا ہے جو خدا کے یہاں اس کا مددگار اور سفارشی بن جائے</w:t>
      </w:r>
    </w:p>
    <w:p>
      <w:r>
        <w:rPr>
          <w:b/>
        </w:rPr>
        <w:t xml:space="preserve">[1:37:30] </w:t>
      </w:r>
      <w:r>
        <w:t>kabhi woh ek shakhsiyat ke haq mein karamati azmat ka tasawwur qaim kar leta hai taake apne ko us se mansoob kar ke apne chote pan ki talafi kar sake kabhi apni pasandeedgi ki wajah se woh aisa khuda ghad leta hai jo susti qeemat par mil jaye aur mamooli cheezon se jis ko khush kiya ja sake</w:t>
      </w:r>
    </w:p>
    <w:p>
      <w:pPr>
        <w:jc w:val="right"/>
      </w:pPr>
      <w:r>
        <w:t>کبھی وہ ایک شخصیت کے حق میں کرسماتی عظمت کا تصور قائم کر لیتا ہے تاکہ اپنے کو اس سے منسوب کر کے اپنے چھوٹے پن کی تلافی کر سکے کبھی اپنی سیل پسندی کی وجہ سے وہ ایسا خدا گھڑ لیتا ہے جو سستی قیمت پر مل جائے اور معمولی چیزوں سے جس کو خوش کیا جا سکے</w:t>
      </w:r>
    </w:p>
    <w:p>
      <w:r>
        <w:rPr>
          <w:b/>
        </w:rPr>
        <w:t xml:space="preserve">[1:38:00] </w:t>
      </w:r>
      <w:r>
        <w:t>magar is qism ki tamam cheezein mahaz mafroozat hain aur mafroozat kisi ko haqeeqat tak nahi pahuncha sakte taham aadmi apni susti talab mein kabhi itna andha ho jata hai ke woh khud un logon ko challenge karne lagta hai jinhon ne kainat ke haqeeqi malik ki taraf se apne ko khada kar rakha hai</w:t>
      </w:r>
    </w:p>
    <w:p>
      <w:pPr>
        <w:jc w:val="right"/>
      </w:pPr>
      <w:r>
        <w:t>مگر اس قسم کی تمام چیزیں محض مفروضات ہیں اور مفروضات کسی کو حقیقت تک نہیں پہنچا سکتے تاہم ادمی اپنی سستی طلب میں کبھی اتنا اندھا ہو جاتا ہے کہ وہ خود ان لوگوں کو چیلنج کرنے لگتا ہے جنہوں نے کائنات کے حقیقی مالک کی طرف سے اپنے کو کھڑا کر رکھا ہے</w:t>
      </w:r>
    </w:p>
    <w:p>
      <w:r>
        <w:rPr>
          <w:b/>
        </w:rPr>
        <w:t xml:space="preserve">[1:38:26] </w:t>
      </w:r>
      <w:r>
        <w:t>woh kehta hai ke sari badai agar kisi ek khuda ke liye hai jis ke tum numainda ho to hum jaise nafarmanon par uska azaab nazil kar ke dikhao yeh jurrat unko is liye hoti hai ke woh dekhte hain ke tauheed ke daaiyon ke muqable mein unke apne gird zyada duniyawi raunaqe jam'a hain</w:t>
      </w:r>
    </w:p>
    <w:p>
      <w:pPr>
        <w:jc w:val="right"/>
      </w:pPr>
      <w:r>
        <w:t>وہ کہتا ہے کہ ساری بڑائی اگر کسی ایک خدا کے لیے ہے جس کے تم نمائندہ ہو تو ہم جیسے نافرمانوں پر اس کا عتاب نازل کر کے دکھاؤ یہ جرات ان کو اس لیے ہوتی ہے کہ وہ دیکھتے ہیں کہ توحید کے داعیوں کے مقابلے میں ان کے اپنے گرد زیادہ دنیاوی رونقیں جمع ہیں</w:t>
      </w:r>
    </w:p>
    <w:p>
      <w:r>
        <w:rPr>
          <w:b/>
        </w:rPr>
        <w:t xml:space="preserve">[1:38:50] </w:t>
      </w:r>
      <w:r>
        <w:t>woh bhool jate hain ke yeh madi cheezein unko dunya dari aur maslehat parasti ki bina par mili hain aur tauheed ke daai jo in cheezon se khali hain woh is liye khali hain ke unki akhirat parasti ne unko maslehat parasti ke satah par aane se roke rakha</w:t>
      </w:r>
    </w:p>
    <w:p>
      <w:pPr>
        <w:jc w:val="right"/>
      </w:pPr>
      <w:r>
        <w:t>وہ بھول جاتے ہیں کہ یہ مادی چیزیں ان کو دنیا داری اور مصلحت پرستی کی بنا پر ملی ہیں اور توحید کے داعی جو ان چیزوں سے خالی ہیں وہ اس لیے خالی ہیں کہ ان کی اخرت پسندی نے ان کو مصلحت پرستی کے سطح پر انے سے روکے رکھا</w:t>
      </w:r>
    </w:p>
    <w:p>
      <w:r>
        <w:rPr>
          <w:b/>
        </w:rPr>
        <w:t xml:space="preserve">[1:39:14] </w:t>
      </w:r>
      <w:r>
        <w:t>maujooda dunya imtehan ki dunya hai</w:t>
      </w:r>
    </w:p>
    <w:p>
      <w:pPr>
        <w:jc w:val="right"/>
      </w:pPr>
      <w:r>
        <w:t>موجودہ دنیا امتحان کی دنیا ہے</w:t>
      </w:r>
    </w:p>
    <w:p>
      <w:r>
        <w:rPr>
          <w:b/>
        </w:rPr>
        <w:t xml:space="preserve">[1:39:18] </w:t>
      </w:r>
      <w:r>
        <w:t>is liye yahan dekhne ki cheez yeh nahi hai ke aadmi ke madi halaat kya hain balke yeh ke woh haqeeqi daleel par khada hua hai ya mafroozat aur khushgumanion par aakhirkar wahi shakhs kamyab hoga jo waqai daleel par khada ho</w:t>
      </w:r>
    </w:p>
    <w:p>
      <w:pPr>
        <w:jc w:val="right"/>
      </w:pPr>
      <w:r>
        <w:t>اس لیے یہاں دیکھنے کی چیز یہ نہیں ہے کہ ادمی کے مادی حالات کیا ہیں بلکہ یہ کہ وہ حقیقی دلیل پر کھڑا ہوا ہے یا مفروضات اور خوشگمانیوں پر اخر کار وہی شخص کامیاب ہوگا جو واقعی دلیل پر کھڑا ہو</w:t>
      </w:r>
    </w:p>
    <w:p>
      <w:r>
        <w:rPr>
          <w:b/>
        </w:rPr>
        <w:t xml:space="preserve">[1:39:38] </w:t>
      </w:r>
      <w:r>
        <w:t>jo log mafroozat par khare hue hain un ka akhri anjam is ke siwa aur kuch nahi ke</w:t>
      </w:r>
    </w:p>
    <w:p>
      <w:pPr>
        <w:jc w:val="right"/>
      </w:pPr>
      <w:r>
        <w:t>جو لوگ مفروضات پر کھڑے ہوئے ہیں ان کا اخری انجام اس کے سوا اور کچھ نہیں کہ</w:t>
      </w:r>
    </w:p>
    <w:p>
      <w:r>
        <w:rPr>
          <w:b/>
        </w:rPr>
        <w:t xml:space="preserve">[1:39:45] </w:t>
      </w:r>
      <w:r>
        <w:t>wo khuda ki is dunya mein bilkul be sahara ho kar reh jayen jis dunya ka sara nizam</w:t>
      </w:r>
    </w:p>
    <w:p>
      <w:pPr>
        <w:jc w:val="right"/>
      </w:pPr>
      <w:r>
        <w:t>وہ خدا کی اس دنیا میں بالکل بے سہارا ہو کر رہ جائیں جس دنیا کا سارا نظام</w:t>
      </w:r>
    </w:p>
    <w:p>
      <w:r>
        <w:rPr>
          <w:b/>
        </w:rPr>
        <w:t xml:space="preserve">[1:39:52] </w:t>
      </w:r>
      <w:r>
        <w:t>muhkam qawaneen par chal raha ho is ka akhri anjam khush khayali ke tabe kyun kar ho jaye</w:t>
      </w:r>
    </w:p>
    <w:p>
      <w:pPr>
        <w:jc w:val="right"/>
      </w:pPr>
      <w:r>
        <w:t>محکم قوانین پر چل رہا ہو اس کا اخری انجام خوش خیالی کے تابع کیوں کر ہو جائے</w:t>
      </w:r>
    </w:p>
    <w:p>
      <w:r>
        <w:rPr>
          <w:b/>
        </w:rPr>
        <w:t xml:space="preserve">[1:40:00] </w:t>
      </w:r>
      <w:r>
        <w:t>ga</w:t>
      </w:r>
    </w:p>
    <w:p>
      <w:pPr>
        <w:jc w:val="right"/>
      </w:pPr>
      <w:r>
        <w:t>گا</w:t>
      </w:r>
    </w:p>
    <w:p>
      <w:r>
        <w:rPr>
          <w:b/>
        </w:rPr>
        <w:t xml:space="preserve">[1:40:41] </w:t>
      </w:r>
      <w:r>
        <w:t>wa هو al-qahir fawq ibadih</w:t>
      </w:r>
    </w:p>
    <w:p>
      <w:pPr>
        <w:jc w:val="right"/>
      </w:pPr>
      <w:r>
        <w:t>وهو القاهر فوق عباده</w:t>
      </w:r>
    </w:p>
    <w:p>
      <w:r>
        <w:rPr>
          <w:b/>
        </w:rPr>
        <w:t xml:space="preserve">[1:40:46] </w:t>
      </w:r>
      <w:r>
        <w:t>wa yursil alaykum hifazatahu hatta</w:t>
      </w:r>
    </w:p>
    <w:p>
      <w:pPr>
        <w:jc w:val="right"/>
      </w:pPr>
      <w:r>
        <w:t>ويرسل عليكم حفظه حتى</w:t>
      </w:r>
    </w:p>
    <w:p>
      <w:r>
        <w:rPr>
          <w:b/>
        </w:rPr>
        <w:t xml:space="preserve">[1:40:51] </w:t>
      </w:r>
      <w:r>
        <w:t>idha jaa ahadakum al-mawt tawaffathu rusuluna</w:t>
      </w:r>
    </w:p>
    <w:p>
      <w:pPr>
        <w:jc w:val="right"/>
      </w:pPr>
      <w:r>
        <w:t>اذا جاء احدكم الموت توفته رسلنا</w:t>
      </w:r>
    </w:p>
    <w:p>
      <w:r>
        <w:rPr>
          <w:b/>
        </w:rPr>
        <w:t xml:space="preserve">[1:40:59] </w:t>
      </w:r>
      <w:r>
        <w:t>tawaffathu rusuluna wa hum la yufarritun</w:t>
      </w:r>
    </w:p>
    <w:p>
      <w:pPr>
        <w:jc w:val="right"/>
      </w:pPr>
      <w:r>
        <w:t>توفته رسلنا وهم لا يفرطون</w:t>
      </w:r>
    </w:p>
    <w:p>
      <w:r>
        <w:rPr>
          <w:b/>
        </w:rPr>
        <w:t xml:space="preserve">[1:41:06] </w:t>
      </w:r>
      <w:r>
        <w:t>thumma ruddu ila Allah mawlahum al-haqq</w:t>
      </w:r>
    </w:p>
    <w:p>
      <w:pPr>
        <w:jc w:val="right"/>
      </w:pPr>
      <w:r>
        <w:t>ثم ردوا الى الله مولاهم الحق</w:t>
      </w:r>
    </w:p>
    <w:p>
      <w:r>
        <w:rPr>
          <w:b/>
        </w:rPr>
        <w:t xml:space="preserve">[1:41:14] </w:t>
      </w:r>
      <w:r>
        <w:t>illa lah al-hukm wa هو asra al-hasibin</w:t>
      </w:r>
    </w:p>
    <w:p>
      <w:pPr>
        <w:jc w:val="right"/>
      </w:pPr>
      <w:r>
        <w:t>الا له الحكم وهو اسرع الحاسبین</w:t>
      </w:r>
    </w:p>
    <w:p>
      <w:r>
        <w:rPr>
          <w:b/>
        </w:rPr>
        <w:t xml:space="preserve">[1:41:21] </w:t>
      </w:r>
      <w:r>
        <w:t>aur wohi hai jo raat mein tum ko wafat deta hai aur din ko jo kuch tum karte ho us ko janta hai phir tum ko utha deta hai is mein taake muqarrar muddat poori ho jaye phir usi ki taraf tumhari wapsi hai</w:t>
      </w:r>
    </w:p>
    <w:p>
      <w:pPr>
        <w:jc w:val="right"/>
      </w:pPr>
      <w:r>
        <w:t>اور وہی ہے جو رات میں تم کو وفات دیتا ہے اور دن کو جو کچھ تم کرتے ہو اس کو جانتا ہے پھر تم کو اٹھا دیتا ہے اس میں تاکہ مقرر مدت پوری ہو جائے پھر اسی کی طرف تمہاری واپسی ہے</w:t>
      </w:r>
    </w:p>
    <w:p>
      <w:r>
        <w:rPr>
          <w:b/>
        </w:rPr>
        <w:t xml:space="preserve">[1:41:40] </w:t>
      </w:r>
      <w:r>
        <w:t>phir woh tum ko ba khabar kar dega is se jo tum karte rahe ho aur woh ghalib hai apne bandon ke upar aur woh tumhare upar nigran bhejta hai yahan tak ke jab tum mein se kisi ki maut ka waqt aa jata hai to hamare bheje hue farishte us ki rooh qabz kar lete hain aur woh kotahi nahi karte</w:t>
      </w:r>
    </w:p>
    <w:p>
      <w:pPr>
        <w:jc w:val="right"/>
      </w:pPr>
      <w:r>
        <w:t>پھر وہ تم کو باخبر کر دے گا اس سے جو تم کرتے رہے ہو اور وہ غالب ہے اپنے بندوں کے اوپر اور وہ تمہارے اوپر نگراں بھیجتا ہے یہاں تک کہ جب تم میں سے کسی کی موت کا وقت ا جاتا ہے تو ہمارے بھیجے ہوئے فرشتے اس کی روح قبض کر لیتے ہیں اور وہ کوتاہی نہیں کرتے</w:t>
      </w:r>
    </w:p>
    <w:p>
      <w:r>
        <w:rPr>
          <w:b/>
        </w:rPr>
        <w:t xml:space="preserve">[1:42:04] </w:t>
      </w:r>
      <w:r>
        <w:t>phir sab allah apne malik haqeeqi ki taraf wapas laye jayenge sun lo hukm usi ka hai aur woh bohat jald hisab lene wala hai</w:t>
      </w:r>
    </w:p>
    <w:p>
      <w:pPr>
        <w:jc w:val="right"/>
      </w:pPr>
      <w:r>
        <w:t>پھر سب اللہ اپنے مالک حقیقی کی طرف واپس لائے جائیں گے سن لو حکم اسی کا ہے اور وہ بہت جلد حساب لینے والا ہے</w:t>
      </w:r>
    </w:p>
    <w:p>
      <w:r>
        <w:rPr>
          <w:b/>
        </w:rPr>
        <w:t xml:space="preserve">[1:42:19] </w:t>
      </w:r>
      <w:r>
        <w:t>tashreeh khuda ne yeh dunya is tarah banai hai ke woh un haqeeqaton ki amli tasdeeq ban gayi hai jin ki taraf insaan ko dawat di ja rahi hai agar</w:t>
      </w:r>
    </w:p>
    <w:p>
      <w:pPr>
        <w:jc w:val="right"/>
      </w:pPr>
      <w:r>
        <w:t>تشریح خدا نے یہ دنیا اس طرح بنائی ہے کہ وہ ان حقیقتوں کی عملی تصدیق بن گئی ہے جن کی طرف انسان کو دعوت دی جا رہی ہے اگر</w:t>
      </w:r>
    </w:p>
    <w:p>
      <w:r>
        <w:rPr>
          <w:b/>
        </w:rPr>
        <w:t xml:space="preserve">[1:42:33] </w:t>
      </w:r>
      <w:r>
        <w:t>aadmi apni aankhon ko band na kare aur apni aqal par masnooi parde na dale to poori kainat us ko quran ki fikri dawat ka amli mazahra dikhai degi</w:t>
      </w:r>
    </w:p>
    <w:p>
      <w:pPr>
        <w:jc w:val="right"/>
      </w:pPr>
      <w:r>
        <w:t>ادمی اپنی انکھوں کو بند نہ کرے اور اپنی عقل پر مصنوعی پردے نہ ڈالے تو پوری کائنات اس کو قران کی فکری دعوت کا عملی مظاہرہ دکھائی دے گی</w:t>
      </w:r>
    </w:p>
    <w:p>
      <w:r>
        <w:rPr>
          <w:b/>
        </w:rPr>
        <w:t xml:space="preserve">[1:42:51] </w:t>
      </w:r>
      <w:r>
        <w:t>darakht ke tane mein shakh nikalti hai aur shakh mein pate magar dono ke joron mein farq hota hai</w:t>
      </w:r>
    </w:p>
    <w:p>
      <w:pPr>
        <w:jc w:val="right"/>
      </w:pPr>
      <w:r>
        <w:t>درخت کے تنے میں شاخ نکلتی ہے اور شاخ میں پتے مگر دونوں کے جوڑوں میں فرق ہوتا ہے</w:t>
      </w:r>
    </w:p>
    <w:p>
      <w:r>
        <w:rPr>
          <w:b/>
        </w:rPr>
        <w:t xml:space="preserve">[1:43:00] </w:t>
      </w:r>
      <w:r>
        <w:t>goya ke banane wale ko maloom hai ke shakh ko apne tane se juda rehna hai aur pate ko alag ho kar gir jana hai agar shakh ki jar ke muqable mein pate ki jar mein yeh infiradi khusosiyat na ho to pata shakh se juda na ho aur darakht ko har saal nai zindagi dene ka nizam abtar ho jaye</w:t>
      </w:r>
    </w:p>
    <w:p>
      <w:pPr>
        <w:jc w:val="right"/>
      </w:pPr>
      <w:r>
        <w:t>گویا کہ بنانے والے کو معلوم ہے کہ شاخ کو اپنے تنے سے جڑا رہنا ہے اور پتے کو الگ ہو کر گر جانا ہے اگر شاخ کی جڑ کے مقابلے میں پتے کی جڑ میں یہ انفرادی خصوصیت نہ ہو تو پتا شاخ سے جدا نہ ہو اور درخت کو ہر سال نئی زندگی دینے کا نظام ابتر ہو جائے</w:t>
      </w:r>
    </w:p>
    <w:p>
      <w:r>
        <w:rPr>
          <w:b/>
        </w:rPr>
        <w:t xml:space="preserve">[1:43:26] </w:t>
      </w:r>
      <w:r>
        <w:t>isi tarah jab ek dana zameen mein dala jata hai to zameen mein pehle se us ke liye woh tamam zaroori khurak maujood hoti hai jis se rizq pa kar woh badhta hai aur aakhirkar poora darakht banta hai ab kaise mumkin hai ke jo khuda pata aur dane tak ke ahwal se ba khabar ho woh insanon ke ahwal se be khabar ho jaye</w:t>
      </w:r>
    </w:p>
    <w:p>
      <w:pPr>
        <w:jc w:val="right"/>
      </w:pPr>
      <w:r>
        <w:t>اسی طرح جب ایک دانہ زمین میں ڈالا جاتا ہے تو زمین میں پہلے سے اس کے لیے وہ تمام ضروری خوراک موجود ہوتی ہے جس سے رزق پا کر وہ بڑھتا ہے اور بالاخر پورا درخت بنتا ہے اب کیسے ممکن ہے کہ جو خدا پتا اور دانے تک کے احوال سے باخبر ہو وہ انسانوں کے احوال سے بے خبر ہو جائے</w:t>
      </w:r>
    </w:p>
    <w:p>
      <w:r>
        <w:rPr>
          <w:b/>
        </w:rPr>
        <w:t xml:space="preserve">[1:43:55] </w:t>
      </w:r>
      <w:r>
        <w:t>hamari zameen sari kainat mein ek anokha waqea hai yahan ka nizam istithnai taur par insaan jaisi ek makhlooq ke hasb haal banaya gaya hai zameen ke andar ka ek bada hissa aag hai magar woh phat nahi padta suraj intehai sahi hisabi faasle par hai woh is se na door jata hai aur na qareeb hota</w:t>
      </w:r>
    </w:p>
    <w:p>
      <w:pPr>
        <w:jc w:val="right"/>
      </w:pPr>
      <w:r>
        <w:t>ہماری زمین ساری کائنات میں ایک انوکھا واقعہ ہے یہاں کا نظام استثنائی طور پر انسان جیسی ایک مخلوق کے حسب حال بنایا گیا ہے زمین کے اندر کا ایک بڑا حصہ اگ ہے مگر وہ پھٹ نہیں پڑتا سورج انتہائی صحیح حسابی فاصلے پر ہے وہ اس سے نہ دور جاتا ہے اور نہ قریب ہوتا</w:t>
      </w:r>
    </w:p>
    <w:p>
      <w:r>
        <w:rPr>
          <w:b/>
        </w:rPr>
        <w:t xml:space="preserve">[1:44:22] </w:t>
      </w:r>
      <w:r>
        <w:t>aadmi ko har waqt hawa aur pani ki zaroorat hai chunache hawa ko gas ki shakal mein har jagah phaila diya gaya hai aur pani ko raqeeq seyal ki surat mein zameen ke neeche rakh diya gaya hai is qism ke beshumar intizamat hain jin ko zameen par musalsal baki rakha jata hai agar</w:t>
      </w:r>
    </w:p>
    <w:p>
      <w:pPr>
        <w:jc w:val="right"/>
      </w:pPr>
      <w:r>
        <w:t>ادمی کو ہر وقت ہوا اور پانی کی ضرورت ہے چنانچہ ہوا کو گیس کی شکل میں ہر جگہ پھیلا دیا گیا ہے اور پانی کو رقیق سیال کی صورت میں زمین کے نیچے رکھ دیا گیا ہے اس قسم کے بے شمار انتظامات ہیں جن کو زمین پر مسلسل باقی رکھا جاتا ہے اگر</w:t>
      </w:r>
    </w:p>
    <w:p>
      <w:r>
        <w:rPr>
          <w:b/>
        </w:rPr>
        <w:t xml:space="preserve">[1:44:46] </w:t>
      </w:r>
      <w:r>
        <w:t>in mein mamooli farq aa jaye to insaan ke liye zameen par zindagi guzarna namumkin ho jaye</w:t>
      </w:r>
    </w:p>
    <w:p>
      <w:pPr>
        <w:jc w:val="right"/>
      </w:pPr>
      <w:r>
        <w:t>ان میں معمولی فرق ا جائے تو انسان کے لیے زمین پر زندگی گزارنا ناممکن ہو جائے</w:t>
      </w:r>
    </w:p>
    <w:p>
      <w:r>
        <w:rPr>
          <w:b/>
        </w:rPr>
        <w:t xml:space="preserve">[1:44:58] </w:t>
      </w:r>
      <w:r>
        <w:t>neend bari ajeeb cheez hai aadmi chalta phirta hai woh dekhta aur bolta hai magar jab woh sota hai to us ke tamam hawass is tarah moattal ho jate hain</w:t>
      </w:r>
    </w:p>
    <w:p>
      <w:pPr>
        <w:jc w:val="right"/>
      </w:pPr>
      <w:r>
        <w:t>نیند بڑی عجیب چیز ہے ادمی چلتا پھرتا ہے وہ دیکھتا اور بولتا ہے مگر جب وہ سوتا ہے تو اس کے تمام حواس اس طرح معطل ہو جاتے ہیں</w:t>
      </w:r>
    </w:p>
    <w:p>
      <w:r>
        <w:rPr>
          <w:b/>
        </w:rPr>
        <w:t xml:space="preserve">[1:45:15] </w:t>
      </w:r>
      <w:r>
        <w:t>jaise zindagi us se nikal gayi ho is ke baad jab woh neend poori kar ke uthta hai to woh phir waisa hi insaan hota hai jaisa ke woh pehle tha yeh goya zindagi aur maut ki tamseel hai</w:t>
      </w:r>
    </w:p>
    <w:p>
      <w:pPr>
        <w:jc w:val="right"/>
      </w:pPr>
      <w:r>
        <w:t>جیسے زندگی اس سے نکل گئی ہو اس کے بعد جب وہ نیند پوری کر کے اٹھتا ہے تو وہ پھر ویسا ہی انسان ہوتا ہے جیسا کہ وہ پہلے تھا یہ گویا زندگی اور موت کی تمثیل ہے</w:t>
      </w:r>
    </w:p>
    <w:p>
      <w:r>
        <w:rPr>
          <w:b/>
        </w:rPr>
        <w:t xml:space="preserve">[1:45:36] </w:t>
      </w:r>
      <w:r>
        <w:t>ye waqea hamare liye is baat ko qabil fehm bana deta hai ke admi kis tarah marega</w:t>
      </w:r>
    </w:p>
    <w:p>
      <w:pPr>
        <w:jc w:val="right"/>
      </w:pPr>
      <w:r>
        <w:t>یہ معاملہ ہمارے لیے اس بات کو قابل فہم بنا دیتا ہے کہ ادمی کس طرح مرے گا</w:t>
      </w:r>
    </w:p>
    <w:p>
      <w:r>
        <w:rPr>
          <w:b/>
        </w:rPr>
        <w:t xml:space="preserve">[1:45:44] </w:t>
      </w:r>
      <w:r>
        <w:t>aur kis tarah wo dobara zinda ho kar khara ho jayega</w:t>
      </w:r>
    </w:p>
    <w:p>
      <w:pPr>
        <w:jc w:val="right"/>
      </w:pPr>
      <w:r>
        <w:t>اور کس طرح وہ دوبارہ زندہ ہو کر کھڑا ہو جائے گا</w:t>
      </w:r>
    </w:p>
    <w:p>
      <w:r>
        <w:rPr>
          <w:b/>
        </w:rPr>
        <w:t xml:space="preserve">[1:45:51] </w:t>
      </w:r>
      <w:r>
        <w:t>ye waqeat sabit karte hain ke sare insan khuda ke ikhtiyar mein hain aur jald wo waqt aanay</w:t>
      </w:r>
    </w:p>
    <w:p>
      <w:pPr>
        <w:jc w:val="right"/>
      </w:pPr>
      <w:r>
        <w:t>یہ واقعات ثابت کرتے ہیں کہ سارے انسان خدا کے اختیار میں ہیں اور جلد وہ وقت انے</w:t>
      </w:r>
    </w:p>
    <w:p>
      <w:r>
        <w:rPr>
          <w:b/>
        </w:rPr>
        <w:t xml:space="preserve">[1:45:58] </w:t>
      </w:r>
      <w:r>
        <w:t>wala hai jab ke khuda apne ikhtiyar ke mutabiq un ka faisla kare</w:t>
      </w:r>
    </w:p>
    <w:p>
      <w:pPr>
        <w:jc w:val="right"/>
      </w:pPr>
      <w:r>
        <w:t>والا ہے جب کہ خدا اپنے اختیار کے مطابق ان کا فیصلہ کرے</w:t>
      </w:r>
    </w:p>
    <w:p>
      <w:r>
        <w:rPr>
          <w:b/>
        </w:rPr>
        <w:t xml:space="preserve">[1:46:10] </w:t>
      </w:r>
      <w:r>
        <w:t>min</w:t>
      </w:r>
    </w:p>
    <w:p>
      <w:pPr>
        <w:jc w:val="right"/>
      </w:pPr>
      <w:r>
        <w:t>من</w:t>
      </w:r>
    </w:p>
    <w:p>
      <w:r>
        <w:rPr>
          <w:b/>
        </w:rPr>
        <w:t xml:space="preserve">[1:46:28] </w:t>
      </w:r>
      <w:r>
        <w:t>wa khafiya lain anjina min hadhih lanakunanna min al-shakirina</w:t>
      </w:r>
    </w:p>
    <w:p>
      <w:pPr>
        <w:jc w:val="right"/>
      </w:pPr>
      <w:r>
        <w:t>وخفیہ لئن انجانا من هذه لنكونن من الشاكرین</w:t>
      </w:r>
    </w:p>
    <w:p>
      <w:r>
        <w:rPr>
          <w:b/>
        </w:rPr>
        <w:t xml:space="preserve">[1:46:33] </w:t>
      </w:r>
      <w:r>
        <w:t>qul Allah yunjikum</w:t>
      </w:r>
    </w:p>
    <w:p>
      <w:pPr>
        <w:jc w:val="right"/>
      </w:pPr>
      <w:r>
        <w:t>قل اللہ ينجیکم</w:t>
      </w:r>
    </w:p>
    <w:p>
      <w:r>
        <w:rPr>
          <w:b/>
        </w:rPr>
        <w:t xml:space="preserve">[1:46:36] </w:t>
      </w:r>
      <w:r>
        <w:t>minha wa min kull karb thumma</w:t>
      </w:r>
    </w:p>
    <w:p>
      <w:pPr>
        <w:jc w:val="right"/>
      </w:pPr>
      <w:r>
        <w:t>منها ومن کل کرب ثم</w:t>
      </w:r>
    </w:p>
    <w:p>
      <w:r>
        <w:rPr>
          <w:b/>
        </w:rPr>
        <w:t xml:space="preserve">[1:46:42] </w:t>
      </w:r>
      <w:r>
        <w:t>antum tushrikun qul هو al-qadir ala</w:t>
      </w:r>
    </w:p>
    <w:p>
      <w:pPr>
        <w:jc w:val="right"/>
      </w:pPr>
      <w:r>
        <w:t>انتم تشركون قل هو القادر على</w:t>
      </w:r>
    </w:p>
    <w:p>
      <w:r>
        <w:rPr>
          <w:b/>
        </w:rPr>
        <w:t xml:space="preserve">[1:46:50] </w:t>
      </w:r>
      <w:r>
        <w:t>an yab'ath 'alaikum 'adhaban</w:t>
      </w:r>
    </w:p>
    <w:p>
      <w:pPr>
        <w:jc w:val="right"/>
      </w:pPr>
      <w:r>
        <w:t>ان يبعث عليكم عذابا</w:t>
      </w:r>
    </w:p>
    <w:p>
      <w:r>
        <w:rPr>
          <w:b/>
        </w:rPr>
        <w:t xml:space="preserve">[1:46:54] </w:t>
      </w:r>
      <w:r>
        <w:t>min fawqikum aw min taht arjulikum</w:t>
      </w:r>
    </w:p>
    <w:p>
      <w:pPr>
        <w:jc w:val="right"/>
      </w:pPr>
      <w:r>
        <w:t>من فوقكم او من تحت ارجلكم</w:t>
      </w:r>
    </w:p>
    <w:p>
      <w:r>
        <w:rPr>
          <w:b/>
        </w:rPr>
        <w:t xml:space="preserve">[1:47:00] </w:t>
      </w:r>
      <w:r>
        <w:t>aw min taht arjulikum aw yulbisakum shiya'an wa yudhiq ba'dhakum</w:t>
      </w:r>
    </w:p>
    <w:p>
      <w:pPr>
        <w:jc w:val="right"/>
      </w:pPr>
      <w:r>
        <w:t>او من تحت ارجلكم او يلبسكم شيعا ويذيق بعضكم</w:t>
      </w:r>
    </w:p>
    <w:p>
      <w:r>
        <w:rPr>
          <w:b/>
        </w:rPr>
        <w:t xml:space="preserve">[1:47:09] </w:t>
      </w:r>
      <w:r>
        <w:t>ba'sa ba'din andhur kayfa nuṣarrifu al-ayat</w:t>
      </w:r>
    </w:p>
    <w:p>
      <w:pPr>
        <w:jc w:val="right"/>
      </w:pPr>
      <w:r>
        <w:t>باس بعض انظر كيف نصرف الايات</w:t>
      </w:r>
    </w:p>
    <w:p>
      <w:r>
        <w:rPr>
          <w:b/>
        </w:rPr>
        <w:t xml:space="preserve">[1:47:15] </w:t>
      </w:r>
      <w:r>
        <w:t>la'allahum yafqahoon wa kadhdhaba bihi qawmuka wal-haqqu qul lastu alaikum bi-wakeel wa li-kulli naba'in mustaqarrun</w:t>
      </w:r>
    </w:p>
    <w:p>
      <w:pPr>
        <w:jc w:val="right"/>
      </w:pPr>
      <w:r>
        <w:t>لعلهم يفقهون وكذب به قومك وهو الحق قل لست عليكم بوكيل لكل نبا مستقر</w:t>
      </w:r>
    </w:p>
    <w:p>
      <w:r>
        <w:rPr>
          <w:b/>
        </w:rPr>
        <w:t xml:space="preserve">[1:47:36] </w:t>
      </w:r>
      <w:r>
        <w:t>wa sawfa ta'lamoon</w:t>
      </w:r>
    </w:p>
    <w:p>
      <w:pPr>
        <w:jc w:val="right"/>
      </w:pPr>
      <w:r>
        <w:t>وسوف تعلمون</w:t>
      </w:r>
    </w:p>
    <w:p>
      <w:r>
        <w:rPr>
          <w:b/>
        </w:rPr>
        <w:t xml:space="preserve">[1:47:41] </w:t>
      </w:r>
      <w:r>
        <w:t>kaho kon tum ko nijaat deta hai khushki aur samandar ki tareekiyon se tum us ko pukarte ho aajzi se aur chupke chupke ke agar khuda ne hum ko nijaat de di is museebat se to hum us ke shukr guzar bandoon mein se ban jayen ge kaho khuda hi tum ko nijaat deta hai</w:t>
      </w:r>
    </w:p>
    <w:p>
      <w:pPr>
        <w:jc w:val="right"/>
      </w:pPr>
      <w:r>
        <w:t>کہو کون تم کو نجات دیتا ہے خشکی اور سمندر کی تاریکیوں سے تم اس کو پکارتے ہو عاجزی سے اور چپکے چپکے کہ اگر خدا نے ہم کو نجات دے دی اس مصیبت سے تو ہم اس کے شکر گزار بندوں میں سے بن جائیں گے کہو خدا ہی تم کو نجات دیتا ہے</w:t>
      </w:r>
    </w:p>
    <w:p>
      <w:r>
        <w:rPr>
          <w:b/>
        </w:rPr>
        <w:t xml:space="preserve">[1:48:08] </w:t>
      </w:r>
      <w:r>
        <w:t>is se aur har takleef se phir bhi tum shirk karne lagte ho kaho khuda qadir hai is par ke tum par koi azab bhej de tumhare oopar se ya tumhare pairon ke neeche se ya tum ko giroh giroh kar ke ek ko doosre ki taqat ka mazah chakhha de</w:t>
      </w:r>
    </w:p>
    <w:p>
      <w:pPr>
        <w:jc w:val="right"/>
      </w:pPr>
      <w:r>
        <w:t>اس سے اور ہر تکلیف سے پھر بھی تم شرک کرنے لگتے ہو کہو خدا قادر ہے اس پر کہ تم پر کوئی عذاب بھیج دے تمہارے اوپر سے یا تمہارے پیروں کے نیچے سے یا تم کو گروہ گروہ کر کے ایک کو دوسرے کی طاقت کا مزہ چکھا دے</w:t>
      </w:r>
    </w:p>
    <w:p>
      <w:r>
        <w:rPr>
          <w:b/>
        </w:rPr>
        <w:t xml:space="preserve">[1:48:35] </w:t>
      </w:r>
      <w:r>
        <w:t>dekho hum kis tarah dalail mukhtalif pehluon se bayan karte hain ta ke woh samjhen aur tumhari qom ne is ko jhutla diya hai halan ke woh haq hai kaho ke main tumhare oopar darogah nahin hoon har khabar ke liye ek waqt muqarrar hai aur tum jald hi jaan lo ge</w:t>
      </w:r>
    </w:p>
    <w:p>
      <w:pPr>
        <w:jc w:val="right"/>
      </w:pPr>
      <w:r>
        <w:t>دیکھو ہم کس طرح دلائل مختلف پہلوؤں سے بیان کرتے ہیں تاکہ وہ سمجھیں اور تمہاری قوم نے اس کو جھٹلا دیا ہے حالانکہ وہ حق ہے کہو کہ میں تمہارے اوپر داروغہ نہیں ہوں ہر خبر کے لیے ایک وقت مقرر ہے اور تم جلد ہی جان لو گے</w:t>
      </w:r>
    </w:p>
    <w:p>
      <w:r>
        <w:rPr>
          <w:b/>
        </w:rPr>
        <w:t xml:space="preserve">[1:49:04] </w:t>
      </w:r>
      <w:r>
        <w:t>tashreeh insan ko is dunya mein jitni musibaten pesh ati hain utni kisi bhi doosre jandar ko pesh</w:t>
      </w:r>
    </w:p>
    <w:p>
      <w:pPr>
        <w:jc w:val="right"/>
      </w:pPr>
      <w:r>
        <w:t>تشریح انسان کو اس دنیا میں جتنی مصیبتیں پیش اتی ہیں اتنی کسی بھی دوسرے جاندار کو پیش</w:t>
      </w:r>
    </w:p>
    <w:p>
      <w:r>
        <w:rPr>
          <w:b/>
        </w:rPr>
        <w:t xml:space="preserve">[1:49:15] </w:t>
      </w:r>
      <w:r>
        <w:t>nahin ati aisa is liye hota hai taake aadmi par aise halaat taari kiye jayen jab ke us</w:t>
      </w:r>
    </w:p>
    <w:p>
      <w:pPr>
        <w:jc w:val="right"/>
      </w:pPr>
      <w:r>
        <w:t>نہیں اتی ایسا اس لیے ہوتا ہے تاکہ ادمی پر ایسے حالات طاری کیے جائیں جب کہ اس</w:t>
      </w:r>
    </w:p>
    <w:p>
      <w:r>
        <w:rPr>
          <w:b/>
        </w:rPr>
        <w:t xml:space="preserve">[1:49:25] </w:t>
      </w:r>
      <w:r>
        <w:t>ke andar se tamam masnooi khayalat khatm ho jayen aur aadmi apni asli fitrat ko dekh sake</w:t>
      </w:r>
    </w:p>
    <w:p>
      <w:pPr>
        <w:jc w:val="right"/>
      </w:pPr>
      <w:r>
        <w:t>کے اندر سے تمام مصنوعی خیالات ختم ہو جائیں اور ادمی اپنی اصلی فطرت کو دیکھ سکے</w:t>
      </w:r>
    </w:p>
    <w:p>
      <w:r>
        <w:rPr>
          <w:b/>
        </w:rPr>
        <w:t xml:space="preserve">[1:49:35] </w:t>
      </w:r>
      <w:r>
        <w:t>chunancha jab bhi aadmi par koi kadi museebat parti hai to woh yeksu ho kar khuda ko pukarne lagta hai is waqt us ke zehen se tamam banawati parde hat jate hain woh jaan leta hai ke is dunya mein insaan tamam tar aajiz hai aur sari qudrat sirf khuda ko hasil hai</w:t>
      </w:r>
    </w:p>
    <w:p>
      <w:pPr>
        <w:jc w:val="right"/>
      </w:pPr>
      <w:r>
        <w:t>چنانچہ جب بھی ادمی پر کوئی کڑی مصیبت پڑتی ہے تو وہ یکسو ہو کر خدا کو پکارنے لگتا ہے اس وقت اس کے ذہن سے تمام بناوٹی پردے ہٹ جاتے ہیں وہ جان لیتا ہے کہ اس دنیا میں انسان تمام تر عاجز ہے اور ساری قدرت صرف خدا کو حاصل ہے</w:t>
      </w:r>
    </w:p>
    <w:p>
      <w:r>
        <w:rPr>
          <w:b/>
        </w:rPr>
        <w:t xml:space="preserve">[1:50:00] </w:t>
      </w:r>
      <w:r>
        <w:t>magar jaise hi museebat ke halaat khatm hote hain woh badastoor ghaflat ka shikar ho kar waisa hi ban jata hai jaisa ke woh pehle tha</w:t>
      </w:r>
    </w:p>
    <w:p>
      <w:pPr>
        <w:jc w:val="right"/>
      </w:pPr>
      <w:r>
        <w:t>مگر جیسے ہی مصیبت کے حالات ختم ہوتے ہیں وہ بدستور غفلت کا شکار ہو کر ویسا ہی بن جاتا ہے جیسا کہ وہ پہلے تھا</w:t>
      </w:r>
    </w:p>
    <w:p>
      <w:r>
        <w:rPr>
          <w:b/>
        </w:rPr>
        <w:t xml:space="preserve">[1:50:15] </w:t>
      </w:r>
      <w:r>
        <w:t>shirk ki asal haqeeqat Allah ke siwa kisi doosri cheez par aitmad karna hai aur tauheed yeh hai ke aadmi ka sara aitmad Allah par ho jaye</w:t>
      </w:r>
    </w:p>
    <w:p>
      <w:pPr>
        <w:jc w:val="right"/>
      </w:pPr>
      <w:r>
        <w:t>شرک کی اصل حقیقت اللہ کے سوا کسی دوسری چیز پر اعتماد کرنا ہے اور توحید یہ ہے کہ ادمی کا سارا اعتماد اللہ پر ہو جائے</w:t>
      </w:r>
    </w:p>
    <w:p>
      <w:r>
        <w:rPr>
          <w:b/>
        </w:rPr>
        <w:t xml:space="preserve">[1:50:28] </w:t>
      </w:r>
      <w:r>
        <w:t>shirk ki ek surat woh hai jo batoon aur doosre mazahir parastish ke sath pesh aati hai magar shukr ke bajaye nashukri ka rawaiyya ikhtiyar karna bhi shirk hai shirk ki zyada aam surat yeh hai ke aadmi khud apne ko but bana le woh apne aap par aitmad karne lage</w:t>
      </w:r>
    </w:p>
    <w:p>
      <w:pPr>
        <w:jc w:val="right"/>
      </w:pPr>
      <w:r>
        <w:t>شرک کی ایک صورت وہ ہے جو بتوں اور دوسرے مظاہر پرستش کے ساتھ پیش اتی ہے مگر شکر کے بجائے ناشکری کا رویہ اختیار کرنا بھی شرک ہے شرک کی زیادہ عام صورت یہ ہے کہ ادمی خود اپنے کو بت بنا لے وہ اپنے اپ پر اعتماد کرنے لگے</w:t>
      </w:r>
    </w:p>
    <w:p>
      <w:r>
        <w:rPr>
          <w:b/>
        </w:rPr>
        <w:t xml:space="preserve">[1:50:52] </w:t>
      </w:r>
      <w:r>
        <w:t>aadmi jab akkar kar chalta hai to goya woh apne jism o jaan par aitmad kar raha hai aadmi jab apni kamai ko apni kamai samajhta hai to goya woh apni qabliyat par bharosa kar raha hai aadmi jab ek haq ko nazar andaz karta hai to goya woh samajhta hai ke main jo bhi karoon koi mera kuch bigar nahin sakta</w:t>
      </w:r>
    </w:p>
    <w:p>
      <w:pPr>
        <w:jc w:val="right"/>
      </w:pPr>
      <w:r>
        <w:t>ادمی جب اکڑ کر چلتا ہے تو گویا وہ اپنے جسم و جان پر اعتماد کر رہا ہے ادمی جب اپنی کمائی کو اپنی کمائی سمجھتا ہے تو گویا وہ اپنی قابلیت پر بھروسہ کر رہا ہے ادمی جب ایک حق کو نظر انداز کرتا ہے تو گویا وہ سمجھتا ہے کہ میں جو بھی کروں کوئی میرا کچھ بگاڑ نہیں سکتا</w:t>
      </w:r>
    </w:p>
    <w:p>
      <w:r>
        <w:rPr>
          <w:b/>
        </w:rPr>
        <w:t xml:space="preserve">[1:51:19] </w:t>
      </w:r>
      <w:r>
        <w:t>aadmi jab kisi ke oopar zulm karne mein jari hota hai to us waqt us ki nafsiyat yeh hoti hai ke main is ke oopar ikhtiyar rakhta hoon is ke haq mein apni man mani karwai karne se mujhe koi rokne wala nahin</w:t>
      </w:r>
    </w:p>
    <w:p>
      <w:pPr>
        <w:jc w:val="right"/>
      </w:pPr>
      <w:r>
        <w:t>ادمی جب کسی کے اوپر ظلم کرنے میں جری ہوتا ہے تو اس وقت اس کی نفسیات یہ ہوتی ہے کہ میں اس کے اوپر اختیار رکھتا ہوں اس کے حق میں اپنی من مانی کاروائی کرنے سے مجھے کوئی روکنے والا نہیں</w:t>
      </w:r>
    </w:p>
    <w:p>
      <w:r>
        <w:rPr>
          <w:b/>
        </w:rPr>
        <w:t xml:space="preserve">[1:51:39] </w:t>
      </w:r>
      <w:r>
        <w:t>yeh sari sooraten ghamand ki sooraten hain aur ghamand khuda ke nazdeek sab se bada shirk hai kyunke yeh apne aap ko khuda ke maqam par rakhna hai</w:t>
      </w:r>
    </w:p>
    <w:p>
      <w:pPr>
        <w:jc w:val="right"/>
      </w:pPr>
      <w:r>
        <w:t>یہ ساری صورتیں گھمنڈ کی صورتیں ہیں اور گھمنڈ خدا کے نزدیک سب سے بڑا شرک ہے کیونکہ یہ اپنے اپ کو خدا کے مقام پر رکھنا ہے</w:t>
      </w:r>
    </w:p>
    <w:p>
      <w:r>
        <w:rPr>
          <w:b/>
        </w:rPr>
        <w:t xml:space="preserve">[1:51:55] </w:t>
      </w:r>
      <w:r>
        <w:t>aadmi agar apne haal par soche to woh ghamand na kare</w:t>
      </w:r>
    </w:p>
    <w:p>
      <w:pPr>
        <w:jc w:val="right"/>
      </w:pPr>
      <w:r>
        <w:t>ادمی اگر اپنے حال پر سوچے تو وہ گھمنڈ نہ کرے</w:t>
      </w:r>
    </w:p>
    <w:p>
      <w:r>
        <w:rPr>
          <w:b/>
        </w:rPr>
        <w:t xml:space="preserve">[1:52:01] </w:t>
      </w:r>
      <w:r>
        <w:t>woh aisi hawaon se ghira hua hai jo kisi bhi waqt toofan ki surat ikhtiyar kar ke us ki zindagi ko tahs nahs kar sakti hain khara hua woh aisi zameen par khara hua hai jo kisi bhi lamha zalzale ki surat mein phat sakti hai</w:t>
      </w:r>
    </w:p>
    <w:p>
      <w:pPr>
        <w:jc w:val="right"/>
      </w:pPr>
      <w:r>
        <w:t>وہ ایسی ہواؤں سے گھرا ہوا ہے جو کسی بھی وقت طوفان کی صورت اختیار کر کے اس کی زندگی کو تحس نحس کر سکتی ہیں کھڑا ہوا وہ ایسی زمین پر کھڑا ہوا ہے جو کسی بھی لمحہ زلزلے کی صورت میں پھٹ سکتی ہے</w:t>
      </w:r>
    </w:p>
    <w:p>
      <w:r>
        <w:rPr>
          <w:b/>
        </w:rPr>
        <w:t xml:space="preserve">[1:52:21] </w:t>
      </w:r>
      <w:r>
        <w:t>wo jis samaj mein rehta hai us mein har waqt itni adawaten maujood rehti hain ke ek chingari</w:t>
      </w:r>
    </w:p>
    <w:p>
      <w:pPr>
        <w:jc w:val="right"/>
      </w:pPr>
      <w:r>
        <w:t>وہ جس سماج میں رہتا ہے اس میں ہر وقت اتنی عداوتیں موجود رہتی ہیں کہ ایک چنگاری</w:t>
      </w:r>
    </w:p>
    <w:p>
      <w:r>
        <w:rPr>
          <w:b/>
        </w:rPr>
        <w:t xml:space="preserve">[1:52:28] </w:t>
      </w:r>
      <w:r>
        <w:t>pure samaj ko khaak aur khoon ke hawaale karne ke liye kafi hai</w:t>
      </w:r>
    </w:p>
    <w:p>
      <w:pPr>
        <w:jc w:val="right"/>
      </w:pPr>
      <w:r>
        <w:t>پورے سماج کو خاک اور خون کے حوالے کرنے کے لیے کافی ہے</w:t>
      </w:r>
    </w:p>
    <w:p>
      <w:r>
        <w:rPr>
          <w:b/>
        </w:rPr>
        <w:t xml:space="preserve">[1:53:00] </w:t>
      </w:r>
      <w:r>
        <w:t>wa ma 'ala alladhina yattaquna min hisabihim</w:t>
      </w:r>
    </w:p>
    <w:p>
      <w:pPr>
        <w:jc w:val="right"/>
      </w:pPr>
      <w:r>
        <w:t>وما علی الذین يتقون من حسابهم</w:t>
      </w:r>
    </w:p>
    <w:p>
      <w:r>
        <w:rPr>
          <w:b/>
        </w:rPr>
        <w:t xml:space="preserve">[1:53:06] </w:t>
      </w:r>
      <w:r>
        <w:t>min shay'in walakin dhikra la'allahum yattaquna</w:t>
      </w:r>
    </w:p>
    <w:p>
      <w:pPr>
        <w:jc w:val="right"/>
      </w:pPr>
      <w:r>
        <w:t>من شیء ولكن ذکرا لعلهم يتقون</w:t>
      </w:r>
    </w:p>
    <w:p>
      <w:r>
        <w:rPr>
          <w:b/>
        </w:rPr>
        <w:t xml:space="preserve">[1:53:14] </w:t>
      </w:r>
      <w:r>
        <w:t>wa dar alladhina attakhadhu dinahum la'iban wa lahwan wa ghurrat-hum al-hayat ad-dunya</w:t>
      </w:r>
    </w:p>
    <w:p>
      <w:pPr>
        <w:jc w:val="right"/>
      </w:pPr>
      <w:r>
        <w:t>وذر الذین اتخذوا دینہم لعبا ولهوا وغرتهم الحیات الدنیا</w:t>
      </w:r>
    </w:p>
    <w:p>
      <w:r>
        <w:rPr>
          <w:b/>
        </w:rPr>
        <w:t xml:space="preserve">[1:53:24] </w:t>
      </w:r>
      <w:r>
        <w:t>wa dhakkir bihi an tubsala nafsun</w:t>
      </w:r>
    </w:p>
    <w:p>
      <w:pPr>
        <w:jc w:val="right"/>
      </w:pPr>
      <w:r>
        <w:t>وذکر به ان تبسل نفس</w:t>
      </w:r>
    </w:p>
    <w:p>
      <w:r>
        <w:rPr>
          <w:b/>
        </w:rPr>
        <w:t xml:space="preserve">[1:53:31] </w:t>
      </w:r>
      <w:r>
        <w:t>bima kasabat laysa laha min dunillahi waliyul laysa laha min dunillahi waliyul wa la shafi'un</w:t>
      </w:r>
    </w:p>
    <w:p>
      <w:pPr>
        <w:jc w:val="right"/>
      </w:pPr>
      <w:r>
        <w:t>بما کسبت ليس لها من دون اللہ ولی ليس لها من دون اللہ ولی ولا شفیع</w:t>
      </w:r>
    </w:p>
    <w:p>
      <w:r>
        <w:rPr>
          <w:b/>
        </w:rPr>
        <w:t xml:space="preserve">[1:53:45] </w:t>
      </w:r>
      <w:r>
        <w:t>wa in ta'dil</w:t>
      </w:r>
    </w:p>
    <w:p>
      <w:pPr>
        <w:jc w:val="right"/>
      </w:pPr>
      <w:r>
        <w:t>وان تعدل</w:t>
      </w:r>
    </w:p>
    <w:p>
      <w:r>
        <w:rPr>
          <w:b/>
        </w:rPr>
        <w:t xml:space="preserve">[1:53:46] </w:t>
      </w:r>
      <w:r>
        <w:t>kulla 'adlin la yu'khath minha ulai'ka alladheena ub'siloo bima kasaboo lahum sharabun min hameemin wa 'adhabun aleemun bima kanoo yakfuroon</w:t>
      </w:r>
    </w:p>
    <w:p>
      <w:pPr>
        <w:jc w:val="right"/>
      </w:pPr>
      <w:r>
        <w:t>كل عدل لا یؤخذ منها اولئک الذین ابسلوا بما کسبوا لهم شراب من حمیم وعذاب الیم بما كانوا یکفرون</w:t>
      </w:r>
    </w:p>
    <w:p>
      <w:r>
        <w:rPr>
          <w:b/>
        </w:rPr>
        <w:t xml:space="preserve">[1:54:10] </w:t>
      </w:r>
      <w:r>
        <w:t>aur jab tum un logon ko dekho jo hamari ayaton mein aib nikalte hain to un se alag ho jao yahan tak ke woh kisi aur baat mein lag jayen aur agar kabhi shaitan tum ko bhula de to yaad ane ke baad aise be insaf logon ke pas na baitho aur jo log Allah se darte hain un par un ke hisab mein se kisi cheez ki zimmedari nahin</w:t>
      </w:r>
    </w:p>
    <w:p>
      <w:pPr>
        <w:jc w:val="right"/>
      </w:pPr>
      <w:r>
        <w:t>اور جب تم ان لوگوں کو دیکھو جو ہماری ایتوں میں عیب نکالتے ہیں تو ان سے الگ ہو جاؤ یہاں تک کہ وہ کسی اور بات میں لگ جائیں اور اگر کبھی شیطان تم کو بھلا دے تو یاد انے کے بعد ایسے بے انصاف لوگوں کے پاس نہ بیٹھو اور جو لوگ اللہ سے ڈرتے ہیں ان پر ان کے حساب میں سے کسی چیز کی ذمہ داری نہیں</w:t>
      </w:r>
    </w:p>
    <w:p>
      <w:r>
        <w:rPr>
          <w:b/>
        </w:rPr>
        <w:t xml:space="preserve">[1:54:39] </w:t>
      </w:r>
      <w:r>
        <w:t>albata yaad dilana hai shayad ke woh bhi darren un logon ko chodo jinhon ne apne deen ko khel tamasha bana rakha hai aur jin ko dunya ki zindagi ne dhoke mein dal rakha hai aur Quran ke zariye naseehat karte raho ta ke koi shakhs apne kiye mein giraftar na ho jaye</w:t>
      </w:r>
    </w:p>
    <w:p>
      <w:pPr>
        <w:jc w:val="right"/>
      </w:pPr>
      <w:r>
        <w:t>البتہ یاد دلانا ہے شاید کہ وہ بھی ڈریں ان لوگوں کو چھوڑو جنہوں نے اپنے دین کو کھیل تماشہ بنا رکھا ہے اور جن کو دنیا کی زندگی نے دھوکے میں ڈال رکھا ہے اور قران کے ذریعے نصیحت کرتے رہو تاکہ کوئی شخص اپنے کیے میں گرفتار نہ ہو جائے</w:t>
      </w:r>
    </w:p>
    <w:p>
      <w:r>
        <w:rPr>
          <w:b/>
        </w:rPr>
        <w:t xml:space="preserve">[1:55:05] </w:t>
      </w:r>
      <w:r>
        <w:t>is haal mein ke Allah se bachane wala koi madadgar aur safarshi is ke liye na ho agar</w:t>
      </w:r>
    </w:p>
    <w:p>
      <w:pPr>
        <w:jc w:val="right"/>
      </w:pPr>
      <w:r>
        <w:t>اس حال میں کہ اللہ سے بچانے والا کوئی مددگار اور سفارشی اس کے لیے نہ ہو اگر</w:t>
      </w:r>
    </w:p>
    <w:p>
      <w:r>
        <w:rPr>
          <w:b/>
        </w:rPr>
        <w:t xml:space="preserve">[1:55:13] </w:t>
      </w:r>
      <w:r>
        <w:t>wo dunya bhar ka muawza de tab bhi qabul na kiya jaye yahi log hain jo apne kiye</w:t>
      </w:r>
    </w:p>
    <w:p>
      <w:pPr>
        <w:jc w:val="right"/>
      </w:pPr>
      <w:r>
        <w:t>وہ دنیا بھر کا معاوضہ دے تب بھی قبول نہ کیا جائے یہی لوگ ہیں جو اپنے کیے</w:t>
      </w:r>
    </w:p>
    <w:p>
      <w:r>
        <w:rPr>
          <w:b/>
        </w:rPr>
        <w:t xml:space="preserve">[1:55:20] </w:t>
      </w:r>
      <w:r>
        <w:t>mein giraftar ho gaye un ke liye kholta pani peene ke liye hoga aur dardnak saza hogi is</w:t>
      </w:r>
    </w:p>
    <w:p>
      <w:pPr>
        <w:jc w:val="right"/>
      </w:pPr>
      <w:r>
        <w:t>میں گرفتار ہو گئے ان کے لیے کھولتا پانی پینے کے لیے ہوگا اور دردناک سزا ہوگی اس</w:t>
      </w:r>
    </w:p>
    <w:p>
      <w:r>
        <w:rPr>
          <w:b/>
        </w:rPr>
        <w:t xml:space="preserve">[1:55:29] </w:t>
      </w:r>
      <w:r>
        <w:t>liye ke wo inkar karte the</w:t>
      </w:r>
    </w:p>
    <w:p>
      <w:pPr>
        <w:jc w:val="right"/>
      </w:pPr>
      <w:r>
        <w:t>لیے کہ وہ انکار کرتے تھے</w:t>
      </w:r>
    </w:p>
    <w:p>
      <w:r>
        <w:rPr>
          <w:b/>
        </w:rPr>
        <w:t xml:space="preserve">[1:55:36] </w:t>
      </w:r>
      <w:r>
        <w:t>tashreeh Abdullah ibn Abbas ne farmaya ke Allah ne har ummat ke liye ek eid ka din muqarrar kiya ta ke us din woh Allah ki barai karen aur us ki ibadat karen aur Allah ki yaad se us ko mamoor karen magar baad ke logon ne apni eid ko khel tamasha bana liya</w:t>
      </w:r>
    </w:p>
    <w:p>
      <w:pPr>
        <w:jc w:val="right"/>
      </w:pPr>
      <w:r>
        <w:t>تشریح عبداللہ ابن عباس نے فرمایا کہ اللہ نے ہر امت کے لیے ایک عید کا دن مقرر کیا تاکہ اس دن وہ اللہ کی بڑائی کریں اور اس کی عبادت کریں اور اللہ کی یاد سے اس کو مامور کریں مگر بعد کے لوگوں نے اپنی عید کو کھیل تماشہ بنا لیا</w:t>
      </w:r>
    </w:p>
    <w:p>
      <w:r>
        <w:rPr>
          <w:b/>
        </w:rPr>
        <w:t xml:space="preserve">[1:56:04] </w:t>
      </w:r>
      <w:r>
        <w:t>har deeni amal ka ek maqsad hota hai aur ek is ka zahiri pehlu hota hai eid ka</w:t>
      </w:r>
    </w:p>
    <w:p>
      <w:pPr>
        <w:jc w:val="right"/>
      </w:pPr>
      <w:r>
        <w:t>ہر دینی عمل کا ایک مقصد ہوتا ہے اور ایک اس کا ظاہری پہلو ہوتا ہے عید کا</w:t>
      </w:r>
    </w:p>
    <w:p>
      <w:r>
        <w:rPr>
          <w:b/>
        </w:rPr>
        <w:t xml:space="preserve">[1:56:10] </w:t>
      </w:r>
      <w:r>
        <w:t>maqsad Allah ki barhai aur us ki yaad ka ijtamai muzahira hai magar eid ki adaiygi ke kuch</w:t>
      </w:r>
    </w:p>
    <w:p>
      <w:pPr>
        <w:jc w:val="right"/>
      </w:pPr>
      <w:r>
        <w:t>مقصد اللہ کی بڑائی اور اس کی یاد کا اجتماعی مظاہرہ ہے مگر عید کی ادائیگی کے کچھ</w:t>
      </w:r>
    </w:p>
    <w:p>
      <w:r>
        <w:rPr>
          <w:b/>
        </w:rPr>
        <w:t xml:space="preserve">[1:56:19] </w:t>
      </w:r>
      <w:r>
        <w:t>zahiri pehlu bhi hain maslan kapda pehanna ya ijtima ka saman waghera</w:t>
      </w:r>
    </w:p>
    <w:p>
      <w:pPr>
        <w:jc w:val="right"/>
      </w:pPr>
      <w:r>
        <w:t>ظاہری پہلو بھی ہیں مثلا کپڑا پہننا یا اجتماع کا سامان وغیرہ</w:t>
      </w:r>
    </w:p>
    <w:p>
      <w:r>
        <w:rPr>
          <w:b/>
        </w:rPr>
        <w:t xml:space="preserve">[1:56:28] </w:t>
      </w:r>
      <w:r>
        <w:t>ab eid ko khel tamasha banana yeh hai ke is ke asal maqsad par tawajjuh na di jaye</w:t>
      </w:r>
    </w:p>
    <w:p>
      <w:pPr>
        <w:jc w:val="right"/>
      </w:pPr>
      <w:r>
        <w:t>اب عید کو کھیل تماشہ بنانا یہ ہے کہ اس کے اصل مقصد پر توجہ نہ دی جائے</w:t>
      </w:r>
    </w:p>
    <w:p>
      <w:r>
        <w:rPr>
          <w:b/>
        </w:rPr>
        <w:t xml:space="preserve">[1:56:34] </w:t>
      </w:r>
      <w:r>
        <w:t>albata is ke zahiri aur madi pehluon ki khoob dhoom machai jaye mislan kapron aur samanon ki numayesh khareed o farokht ke hangame tafreehat ka ahtam apni hasiyat aur shan o shaukat ke muzahire waghera ummaton ke bigad ke zamanon mein yahi mamla tamam deeni aamal ke sath pesh aata hai</w:t>
      </w:r>
    </w:p>
    <w:p>
      <w:pPr>
        <w:jc w:val="right"/>
      </w:pPr>
      <w:r>
        <w:t>البتہ اس کے ظاہری اور مادی پہلوؤں کی خوب دھوم مچائی جائے مثلا کپڑوں اور سامانوں کی نمائش خرید و فروخت کے ہنگامے تفریحات کا اہتمام اپنی حیثیت اور شان و شوکت کے مظاہرے وغیرہ امتوں کے بگاڑ کے زمانے میں یہی معاملہ تمام دینی اعمال کے ساتھ پیش اتا ہے</w:t>
      </w:r>
    </w:p>
    <w:p>
      <w:r>
        <w:rPr>
          <w:b/>
        </w:rPr>
        <w:t xml:space="preserve">[1:57:03] </w:t>
      </w:r>
      <w:r>
        <w:t>log deeni amal ki asal haqeeqat ko alag kar ke is ke zahiri pehlu ko le lete hain ab jo log is nabat ko pahunch jayen ke woh deen ke maqsaadi pehlu ko bhula kar is ko apne duniyawi tamashon ka unwan bana len</w:t>
      </w:r>
    </w:p>
    <w:p>
      <w:pPr>
        <w:jc w:val="right"/>
      </w:pPr>
      <w:r>
        <w:t>لوگ دینی عمل کی اصل حقیقت کو الگ کر کے اس کے ظاہری پہلو کو لے لیتے ہیں اب جو لوگ اس نوبت کو پہنچ جائیں کہ وہ دین کے مقصدی پہلو کو بھلا کر اس کو اپنے دنیاوی تماشوں کا عنوان بنا لیں</w:t>
      </w:r>
    </w:p>
    <w:p>
      <w:r>
        <w:rPr>
          <w:b/>
        </w:rPr>
        <w:t xml:space="preserve">[1:57:23] </w:t>
      </w:r>
      <w:r>
        <w:t>woh apne is amal se sabit kar rahe hain ke woh deen ke mamle mein sanjeeda nahi hain aur jo log kisi mamle mein sanjeeda na hon un ko is mamle ki koi aisi baat samjhai nahi ja sakti jo un ke mizaj ke khilaf ho</w:t>
      </w:r>
    </w:p>
    <w:p>
      <w:pPr>
        <w:jc w:val="right"/>
      </w:pPr>
      <w:r>
        <w:t>وہ اپنے اس عمل سے ثابت کر رہے ہیں کہ وہ دین کے معاملے میں سنجیدہ نہیں ہیں اور جو لوگ کسی معاملے میں سنجیدہ نہ ہوں ان کو اس معاملے کی کوئی ایسی بات سمجھائی نہیں جا سکتی جو ان کے مزاج کے خلاف ہو</w:t>
      </w:r>
    </w:p>
    <w:p>
      <w:r>
        <w:rPr>
          <w:b/>
        </w:rPr>
        <w:t xml:space="preserve">[1:57:43] </w:t>
      </w:r>
      <w:r>
        <w:t>mazeed yeh ke madi cheezon ka malik hona un ko is galat fehmi mein mubtala kar deta hai ke sachai ke malik bhi wohi hain woh dekhte hain ke yahan un ki zarooraten bafraigh poori ho rahi hain har jagah woh raunaq mehfil bane hue hain un ki zindagi mein kahin koi rakhna nahi is liye woh samajh lete hain ke akhirat mein bhi wohi kamyab rahenge</w:t>
      </w:r>
    </w:p>
    <w:p>
      <w:pPr>
        <w:jc w:val="right"/>
      </w:pPr>
      <w:r>
        <w:t>مزید یہ کہ مادی چیزوں کا مالک ہونا ان کو اس غلط فہمی میں مبتلا کر دیتا ہے کہ سچائی کے مالک بھی وہی ہیں وہ دیکھتے ہیں کہ یہاں ان کی ضرورتیں بفراغت پوری ہو رہی ہیں ہر جگہ وہ رونق محفل بنے ہوئے ہیں ان کی زندگی میں کہیں کوئی رکھنا نہیں اس لیے وہ سمجھ لیتے ہیں کہ اخرت میں بھی وہی کامیاب رہیں گے</w:t>
      </w:r>
    </w:p>
    <w:p>
      <w:r>
        <w:rPr>
          <w:b/>
        </w:rPr>
        <w:t xml:space="preserve">[1:58:12] </w:t>
      </w:r>
      <w:r>
        <w:t>aise log ain apni nafsiyat ki bina par akhirat ki baton ke bare mein sanjeeda nahin hote</w:t>
      </w:r>
    </w:p>
    <w:p>
      <w:pPr>
        <w:jc w:val="right"/>
      </w:pPr>
      <w:r>
        <w:t>ایسے لوگ عین اپنی نفسیات کی بنا پر اخرت کی باتوں کے بارے میں سنجیدہ نہیں ہوتے</w:t>
      </w:r>
    </w:p>
    <w:p>
      <w:r>
        <w:rPr>
          <w:b/>
        </w:rPr>
        <w:t xml:space="preserve">[1:58:21] </w:t>
      </w:r>
      <w:r>
        <w:t>magar wo jaan len ke wo jo kuch kar rahe hain wo yun hi khatm ho jane wala</w:t>
      </w:r>
    </w:p>
    <w:p>
      <w:pPr>
        <w:jc w:val="right"/>
      </w:pPr>
      <w:r>
        <w:t>مگر وہ جان لیں کہ وہ جو کچھ کر رہے ہیں وہ یوں ہی ختم ہو جانے والا</w:t>
      </w:r>
    </w:p>
    <w:p>
      <w:r>
        <w:rPr>
          <w:b/>
        </w:rPr>
        <w:t xml:space="preserve">[1:58:26] </w:t>
      </w:r>
      <w:r>
        <w:t>nahi in ka amal in ko ghere mein le raha hai anqareeb woh apni sarsari mein phans kar</w:t>
      </w:r>
    </w:p>
    <w:p>
      <w:pPr>
        <w:jc w:val="right"/>
      </w:pPr>
      <w:r>
        <w:t>نہیں ان کا عمل ان کو گھیرے میں لے رہا ہے عنقریب وہ اپنی سرکشی میں پھنس کر</w:t>
      </w:r>
    </w:p>
    <w:p>
      <w:r>
        <w:rPr>
          <w:b/>
        </w:rPr>
        <w:t xml:space="preserve">[1:58:33] </w:t>
      </w:r>
      <w:r>
        <w:t>reh jayenge aur kisi haal mein is se chhutkara na pa sakenge</w:t>
      </w:r>
    </w:p>
    <w:p>
      <w:pPr>
        <w:jc w:val="right"/>
      </w:pPr>
      <w:r>
        <w:t>رہ جائیں گے اور کسی حال میں اس سے چھٹکارا نہ پا سکیں گے</w:t>
      </w:r>
    </w:p>
    <w:p>
      <w:r>
        <w:rPr>
          <w:b/>
        </w:rPr>
        <w:t xml:space="preserve">[1:59:05] </w:t>
      </w:r>
      <w:r>
        <w:t>baad az hadana Allah kal lazi astahwat hu shayatain</w:t>
      </w:r>
    </w:p>
    <w:p>
      <w:pPr>
        <w:jc w:val="right"/>
      </w:pPr>
      <w:r>
        <w:t>بعد اذ ہدانا اللہ كالذی استہوتہ الشیاطین</w:t>
      </w:r>
    </w:p>
    <w:p>
      <w:r>
        <w:rPr>
          <w:b/>
        </w:rPr>
        <w:t xml:space="preserve">[1:59:08] </w:t>
      </w:r>
      <w:r>
        <w:t>fil arzi hairan lahu</w:t>
      </w:r>
    </w:p>
    <w:p>
      <w:pPr>
        <w:jc w:val="right"/>
      </w:pPr>
      <w:r>
        <w:t>فی الارض حیران له</w:t>
      </w:r>
    </w:p>
    <w:p>
      <w:r>
        <w:rPr>
          <w:b/>
        </w:rPr>
        <w:t xml:space="preserve">[1:59:12] </w:t>
      </w:r>
      <w:r>
        <w:t>ashab yaduna hu al hada tuna</w:t>
      </w:r>
    </w:p>
    <w:p>
      <w:pPr>
        <w:jc w:val="right"/>
      </w:pPr>
      <w:r>
        <w:t>اصحاب یدعونہ الہداتنا</w:t>
      </w:r>
    </w:p>
    <w:p>
      <w:r>
        <w:rPr>
          <w:b/>
        </w:rPr>
        <w:t xml:space="preserve">[1:59:19] </w:t>
      </w:r>
      <w:r>
        <w:t>qul in hada Allah hu al huda wa amarna li nuslima li rabbil alameen</w:t>
      </w:r>
    </w:p>
    <w:p>
      <w:pPr>
        <w:jc w:val="right"/>
      </w:pPr>
      <w:r>
        <w:t>قل ان ہدى اللہ هو الهدى وامرنا لنسلم لرب العالمین</w:t>
      </w:r>
    </w:p>
    <w:p>
      <w:r>
        <w:rPr>
          <w:b/>
        </w:rPr>
        <w:t xml:space="preserve">[1:59:29] </w:t>
      </w:r>
      <w:r>
        <w:t>wa an aqimu al salata wa taqwah wa hu allazi</w:t>
      </w:r>
    </w:p>
    <w:p>
      <w:pPr>
        <w:jc w:val="right"/>
      </w:pPr>
      <w:r>
        <w:t>وان اقیموا الصلاۃ واتقوه وهو الذی</w:t>
      </w:r>
    </w:p>
    <w:p>
      <w:r>
        <w:rPr>
          <w:b/>
        </w:rPr>
        <w:t xml:space="preserve">[1:59:36] </w:t>
      </w:r>
      <w:r>
        <w:t>ilayhi tahsharoona wa hu allazi khalaqa al samawati wal arza bil haqq</w:t>
      </w:r>
    </w:p>
    <w:p>
      <w:pPr>
        <w:jc w:val="right"/>
      </w:pPr>
      <w:r>
        <w:t>الیہ تحشرون وهو الذی خلق السماوات والارض بالحق</w:t>
      </w:r>
    </w:p>
    <w:p>
      <w:r>
        <w:rPr>
          <w:b/>
        </w:rPr>
        <w:t xml:space="preserve">[1:59:46] </w:t>
      </w:r>
      <w:r>
        <w:t>wa yawma yaqoolu kun fayakoon</w:t>
      </w:r>
    </w:p>
    <w:p>
      <w:pPr>
        <w:jc w:val="right"/>
      </w:pPr>
      <w:r>
        <w:t>ويوم یقول کن فیکون</w:t>
      </w:r>
    </w:p>
    <w:p>
      <w:r>
        <w:rPr>
          <w:b/>
        </w:rPr>
        <w:t xml:space="preserve">[1:59:52] </w:t>
      </w:r>
      <w:r>
        <w:t>qawlahu</w:t>
      </w:r>
    </w:p>
    <w:p>
      <w:pPr>
        <w:jc w:val="right"/>
      </w:pPr>
      <w:r>
        <w:t>قولہ</w:t>
      </w:r>
    </w:p>
    <w:p>
      <w:r>
        <w:rPr>
          <w:b/>
        </w:rPr>
        <w:t xml:space="preserve">[1:59:53] </w:t>
      </w:r>
      <w:r>
        <w:t>al haqqi wa lahul mulku yauma yunfakhu fis soori alimul ghaibi wash shahadati wa huwa al hakeemul khabeer</w:t>
      </w:r>
    </w:p>
    <w:p>
      <w:pPr>
        <w:jc w:val="right"/>
      </w:pPr>
      <w:r>
        <w:t>الحق وله الملک يوم ينفخ فی الصور عالم الغیب والشہادۃ وهو الحکیم الخبیر</w:t>
      </w:r>
    </w:p>
    <w:p>
      <w:r>
        <w:rPr>
          <w:b/>
        </w:rPr>
        <w:t xml:space="preserve">[2:00:09] </w:t>
      </w:r>
      <w:r>
        <w:t>kya hum Allah ko chhod kar un ko pukaren jo na hum ko nafa de sakte aur na hum ko nuqsan pahuncha sakte aur kya hum ulte paon phir jayen baad is ke ke Allah hum ko seedha rasta dikha chuka hai is shakhs ki manind jis ko shaitan ne biaban mein bhatka diya ho aur woh hairan phir raha ho</w:t>
      </w:r>
    </w:p>
    <w:p>
      <w:pPr>
        <w:jc w:val="right"/>
      </w:pPr>
      <w:r>
        <w:t>کیا ہم اللہ کو چھوڑ کر ان کو پکاریں جو نہ ہم کو نفع دے سکتے اور نہ ہم کو نقصان پہنچا سکتے اور کیا ہم الٹے پاؤں پھر جائیں بعد اس کے کہ اللہ ہم کو سیدھا راستہ دکھا چکا ہے اس شخص کی مانند جس کو شیطان نے بیابان میں بھٹکا دیا ہو اور وہ حیران پھر رہا ہو</w:t>
      </w:r>
    </w:p>
    <w:p>
      <w:r>
        <w:rPr>
          <w:b/>
        </w:rPr>
        <w:t xml:space="preserve">[2:00:37] </w:t>
      </w:r>
      <w:r>
        <w:t>is ke sathi is ko seedhe raste ki taraf bula rahe honge ke hamare paas ajao kaho ke</w:t>
      </w:r>
    </w:p>
    <w:p>
      <w:pPr>
        <w:jc w:val="right"/>
      </w:pPr>
      <w:r>
        <w:t>اس کے ساتھی اس کو سیدھے راستے کی طرف بلا رہے ہوں کہ ہمارے پاس اجاؤ کہو کہ</w:t>
      </w:r>
    </w:p>
    <w:p>
      <w:r>
        <w:rPr>
          <w:b/>
        </w:rPr>
        <w:t xml:space="preserve">[2:00:44] </w:t>
      </w:r>
      <w:r>
        <w:t>rehnnumai to sirf Allah ki rehnnumai hai aur hum ko hukum mila hai ke hum apne aap ko</w:t>
      </w:r>
    </w:p>
    <w:p>
      <w:pPr>
        <w:jc w:val="right"/>
      </w:pPr>
      <w:r>
        <w:t>رہنمائی تو صرف اللہ کی رہنمائی ہے اور ہم کو حکم ملا ہے کہ ہم اپنے اپ کو</w:t>
      </w:r>
    </w:p>
    <w:p>
      <w:r>
        <w:rPr>
          <w:b/>
        </w:rPr>
        <w:t xml:space="preserve">[2:00:54] </w:t>
      </w:r>
      <w:r>
        <w:t>alam ke rabb ke hawale kar dein aur yeh ke namaz qaim karo aur Allah se daro aur</w:t>
      </w:r>
    </w:p>
    <w:p>
      <w:pPr>
        <w:jc w:val="right"/>
      </w:pPr>
      <w:r>
        <w:t>عالم کے رب کے حوالے کر دیں اور یہ کہ نماز قائم کرو اور اللہ سے ڈرو اور</w:t>
      </w:r>
    </w:p>
    <w:p>
      <w:r>
        <w:rPr>
          <w:b/>
        </w:rPr>
        <w:t xml:space="preserve">[2:01:00] </w:t>
      </w:r>
      <w:r>
        <w:t>wohi hai jis ki taraf tum samete jaoge aur wohi hai jis ne aasmanon aur zameen ko</w:t>
      </w:r>
    </w:p>
    <w:p>
      <w:pPr>
        <w:jc w:val="right"/>
      </w:pPr>
      <w:r>
        <w:t>وہی ہے جس کی طرف تم سمیٹے جاؤ گے اور وہی ہے جس نے اسمانوں اور زمین کو</w:t>
      </w:r>
    </w:p>
    <w:p>
      <w:r>
        <w:rPr>
          <w:b/>
        </w:rPr>
        <w:t xml:space="preserve">[2:01:08] </w:t>
      </w:r>
      <w:r>
        <w:t>haqq ke sath paida kiya hai</w:t>
      </w:r>
    </w:p>
    <w:p>
      <w:pPr>
        <w:jc w:val="right"/>
      </w:pPr>
      <w:r>
        <w:t>حق کے ساتھ پیدا کیا ہے</w:t>
      </w:r>
    </w:p>
    <w:p>
      <w:r>
        <w:rPr>
          <w:b/>
        </w:rPr>
        <w:t xml:space="preserve">[2:01:11] </w:t>
      </w:r>
      <w:r>
        <w:t>aur jis din woh kahega ke ho ja to woh ho jayega</w:t>
      </w:r>
    </w:p>
    <w:p>
      <w:pPr>
        <w:jc w:val="right"/>
      </w:pPr>
      <w:r>
        <w:t>اور جس دن وہ کہے گا کہ ہو جا تو وہ ہو جائے گا</w:t>
      </w:r>
    </w:p>
    <w:p>
      <w:r>
        <w:rPr>
          <w:b/>
        </w:rPr>
        <w:t xml:space="preserve">[2:01:15] </w:t>
      </w:r>
      <w:r>
        <w:t>is ki baat haq hai aur usi ki hukumat hogi is roz jab sur phoonka jayega woh ghayab o hasir ka aalim aur hakeem o khabeer hai</w:t>
      </w:r>
    </w:p>
    <w:p>
      <w:pPr>
        <w:jc w:val="right"/>
      </w:pPr>
      <w:r>
        <w:t>اس کی بات حق ہے اور اسی کی حکومت ہوگی اس روز جب سور پھونکا جائے گا وہ غائب و حاضر کا عالم اور حکیم و خبیر ہے</w:t>
      </w:r>
    </w:p>
    <w:p>
      <w:r>
        <w:rPr>
          <w:b/>
        </w:rPr>
        <w:t xml:space="preserve">[2:01:32] </w:t>
      </w:r>
      <w:r>
        <w:t>tashreeh jo log Khuda ke siwa doosre saharon par apni zindagi qaim karen</w:t>
      </w:r>
    </w:p>
    <w:p>
      <w:pPr>
        <w:jc w:val="right"/>
      </w:pPr>
      <w:r>
        <w:t>تشریح جو لوگ خدا کے سوا دوسرے سہاروں پر اپنی زندگی قائم کریں</w:t>
      </w:r>
    </w:p>
    <w:p>
      <w:r>
        <w:rPr>
          <w:b/>
        </w:rPr>
        <w:t xml:space="preserve">[2:01:41] </w:t>
      </w:r>
      <w:r>
        <w:t>un ki misal us musafir ki si hoti hai jo be nishan sehra mein bhatak raha ho sehra mein bhatakne wala musafir fauran jaan leta hai ke us ne apna rasta kho diya hai rasta dikhai dete hi woh fauran us ki taraf daud padta hai</w:t>
      </w:r>
    </w:p>
    <w:p>
      <w:pPr>
        <w:jc w:val="right"/>
      </w:pPr>
      <w:r>
        <w:t>ان کی مثال اس مسافر کی سی ہوتی ہے جو بے نشان صحرا میں بھٹک رہا ہو صحرا میں بھٹکنے والا مسافر فورا جان لیتا ہے کہ اس نے اپنا راستہ کھو دیا ہے راستہ دکھائی دیتے ہی وہ فورا اس کی طرف دوڑ پڑتا ہے</w:t>
      </w:r>
    </w:p>
    <w:p>
      <w:r>
        <w:rPr>
          <w:b/>
        </w:rPr>
        <w:t xml:space="preserve">[2:02:04] </w:t>
      </w:r>
      <w:r>
        <w:t>magar jo log Khuda ke bajaye doosre saharon par jeete hain un ko apne be rah hone ki khabar nahi hoti un ke aas paas pukarne wale pukarte hain ke asal rasta yeh hai idhar ajao magar woh is qism ki awazon par dhyan nahi dete is farq ki wajah yeh hai ke pehle mamle mein aadmi ki aqal khuli hui hoti hai</w:t>
      </w:r>
    </w:p>
    <w:p>
      <w:pPr>
        <w:jc w:val="right"/>
      </w:pPr>
      <w:r>
        <w:t>مگر جو لوگ خدا کے بجائے دوسرے سہاروں پر جیتے ہیں ان کو اپنے بے راہ ہونے کی خبر نہیں ہوتی ان کے اس پاس پکارنے والے پکارتے ہیں کہ اصل راستہ یہ ہے ادھر اجاؤ مگر وہ اس قسم کی اوازوں پر دھیان نہیں دیتے اس فرق کی وجہ یہ ہے کہ پہلے معاملے میں ادمی کی عقل کھلی ہوئی ہوتی ہے</w:t>
      </w:r>
    </w:p>
    <w:p>
      <w:r>
        <w:rPr>
          <w:b/>
        </w:rPr>
        <w:t xml:space="preserve">[2:02:33] </w:t>
      </w:r>
      <w:r>
        <w:t>saheeh raste ko dekhne mein is ke liye koi rukawat nahi hoti jab ke doosri surat mein aadmi ki.</w:t>
      </w:r>
    </w:p>
    <w:p>
      <w:pPr>
        <w:jc w:val="right"/>
      </w:pPr>
      <w:r>
        <w:t>صحیح راستے کو دیکھنے میں اس کے لیے کوئی رکاوٹ نہیں ہوتی جبکہ دوسری صورت میں ادمی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