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Root Cause of Terrorism 16 May 2010 - Maulana Wahiduddin Khan</w:t>
      </w:r>
    </w:p>
    <w:p>
      <w:r>
        <w:t>https://www.youtube.com/watch?v=sq0ZKGJb0vo</w:t>
      </w:r>
    </w:p>
    <w:p>
      <w:r>
        <w:rPr>
          <w:b/>
        </w:rPr>
        <w:t xml:space="preserve">[00:15] </w:t>
      </w:r>
      <w:r>
        <w:t>bismillah hir rahman nir rahim. would your permission, i would like to say that, this is not formal batting, it is an informal discussion.</w:t>
      </w:r>
    </w:p>
    <w:p>
      <w:pPr>
        <w:jc w:val="right"/>
      </w:pPr>
      <w:r>
        <w:t>سم اللہ الرحمن الرحیم۔ ود یور پرمیشن، آئی وُڈ لائک ٹو سے دیٹ، دس از ناٹ فارمل بیٹنگ، اِٹ از این فارمل ڈسکشن۔</w:t>
      </w:r>
    </w:p>
    <w:p>
      <w:r>
        <w:rPr>
          <w:b/>
        </w:rPr>
        <w:t xml:space="preserve">[00:34] </w:t>
      </w:r>
      <w:r>
        <w:t>and the problem is that, what we call muslim militancy. i think muslim militancy is the greater threat of your time, not only for some countries, but perhaps for the whole world.</w:t>
      </w:r>
    </w:p>
    <w:p>
      <w:pPr>
        <w:jc w:val="right"/>
      </w:pPr>
      <w:r>
        <w:t>اینڈ دا پرابلم از دیٹ، واٹ وی کال مسلم ملٹنسی۔ آئی تھنک مسلم ملٹنسی از دا گریٹر تھریٹ آف ور ٹائم، ناٹ اونلی فار سم کنٹریز، بٹ پرہیپس فار دا ہول ورلڈ۔</w:t>
      </w:r>
    </w:p>
    <w:p>
      <w:r>
        <w:rPr>
          <w:b/>
        </w:rPr>
        <w:t xml:space="preserve">[00:56] </w:t>
      </w:r>
      <w:r>
        <w:t>so we have to go to the deep, we must explore the root cause of this militancy.</w:t>
      </w:r>
    </w:p>
    <w:p>
      <w:pPr>
        <w:jc w:val="right"/>
      </w:pPr>
      <w:r>
        <w:t>سو وی ہیو ٹو گو ٹو دا ڈیپ، وی مسٹ ایکسپلور دا روٹ کاز آف دس ملٹنسی۔</w:t>
      </w:r>
    </w:p>
    <w:p>
      <w:r>
        <w:rPr>
          <w:b/>
        </w:rPr>
        <w:t xml:space="preserve">[01:08] </w:t>
      </w:r>
      <w:r>
        <w:t>because, and all though some countries are engaged to finish this militancy, but in spite so many sacrifices, so many efforts, they are not successful to finish this militancy.</w:t>
      </w:r>
    </w:p>
    <w:p>
      <w:pPr>
        <w:jc w:val="right"/>
      </w:pPr>
      <w:r>
        <w:t>بیکاز، اینڈ آل دو سم کنٹریز آر انگیجڈ ٹو فنش دس ملٹنسی، بٹ انسپائٹ سو مینی سیکریفائسز، سو مینی ایفرٹس، دے آر ناٹ سکسیس فل ٹو فنش دس ملٹنسی۔</w:t>
      </w:r>
    </w:p>
    <w:p>
      <w:r>
        <w:rPr>
          <w:b/>
        </w:rPr>
        <w:t xml:space="preserve">[01:38] </w:t>
      </w:r>
      <w:r>
        <w:t>i have study this phenomena, and i can say that muslim militancy is caught different kind of militancy.</w:t>
      </w:r>
    </w:p>
    <w:p>
      <w:pPr>
        <w:jc w:val="right"/>
      </w:pPr>
      <w:r>
        <w:t>آئی ہیو سٹڈی دس فینامینا، اینڈ آئی کین سے دیٹ مسلم ملٹنسی از کاٹ ڈفرنٹ کائنڈ آف ملٹنسی۔</w:t>
      </w:r>
    </w:p>
    <w:p>
      <w:r>
        <w:rPr>
          <w:b/>
        </w:rPr>
        <w:t xml:space="preserve">[01:52] </w:t>
      </w:r>
      <w:r>
        <w:t>is not a simple kind of militancy.</w:t>
      </w:r>
    </w:p>
    <w:p>
      <w:pPr>
        <w:jc w:val="right"/>
      </w:pPr>
      <w:r>
        <w:t>از ناٹ ا سمپل کائنڈ آف ملٹنسی۔</w:t>
      </w:r>
    </w:p>
    <w:p>
      <w:r>
        <w:rPr>
          <w:b/>
        </w:rPr>
        <w:t xml:space="preserve">[02:00] </w:t>
      </w:r>
      <w:r>
        <w:t>first of all, we have to know that muslim militancy is not simply militancy, it is based on an ideology.</w:t>
      </w:r>
    </w:p>
    <w:p>
      <w:pPr>
        <w:jc w:val="right"/>
      </w:pPr>
      <w:r>
        <w:t>فرسٹ آف آل، وی ہیو ٹو نو دیٹ مسلم ملٹنسی از ناٹ سمپلی ملٹنسی، اِٹ از بیسڈ آن اینڈ آئیڈیالوجی۔</w:t>
      </w:r>
    </w:p>
    <w:p>
      <w:r>
        <w:rPr>
          <w:b/>
        </w:rPr>
        <w:t xml:space="preserve">[02:15] </w:t>
      </w:r>
      <w:r>
        <w:t>their ideology is very different kind of ideology. their ideology is based on a false interpretation of the quran.</w:t>
      </w:r>
    </w:p>
    <w:p>
      <w:pPr>
        <w:jc w:val="right"/>
      </w:pPr>
      <w:r>
        <w:t>دیر آئیڈیالوجی از ویری ڈفرنٹ کائنڈ آف آئیڈیالوجی۔ دیر آئیڈیالوجی از بیسڈ آن اے فالس انٹرپریشن آف دا قرآن۔</w:t>
      </w:r>
    </w:p>
    <w:p>
      <w:r>
        <w:rPr>
          <w:b/>
        </w:rPr>
        <w:t xml:space="preserve">[02:27] </w:t>
      </w:r>
      <w:r>
        <w:t>and they have found a verse in the quran. in favor of their, and feutil exercises and suicide bombing.</w:t>
      </w:r>
    </w:p>
    <w:p>
      <w:pPr>
        <w:jc w:val="right"/>
      </w:pPr>
      <w:r>
        <w:t>اینڈ دے ہیو فاؤنڈ اے ورس ان دا قرآن۔ ان فیور آف دیر، اینڈ فیوٹائل ایکسرسائزز اینڈ سوسائیڈ بمبنگ۔</w:t>
      </w:r>
    </w:p>
    <w:p>
      <w:r>
        <w:rPr>
          <w:b/>
        </w:rPr>
        <w:t xml:space="preserve">[02:42] </w:t>
      </w:r>
      <w:r>
        <w:t>that verse is in chapter at tauba, at tauba. and nine fifty two, eid al hasanain.</w:t>
      </w:r>
    </w:p>
    <w:p>
      <w:pPr>
        <w:jc w:val="right"/>
      </w:pPr>
      <w:r>
        <w:t>دیٹ ورس از ان چیپٹر التوبہ، التوبہ۔ اینڈ نائن ففٹی ٹو، عید الحسنین۔</w:t>
      </w:r>
    </w:p>
    <w:p>
      <w:r>
        <w:rPr>
          <w:b/>
        </w:rPr>
        <w:t xml:space="preserve">[02:54] </w:t>
      </w:r>
      <w:r>
        <w:t>eid al hasanain means one of the two best things. one of the two best things. so these people believe that they are</w:t>
      </w:r>
    </w:p>
    <w:p>
      <w:pPr>
        <w:jc w:val="right"/>
      </w:pPr>
      <w:r>
        <w:t>عید الحسنین مینز ون آف دا ٹو بیسٹ تھنگز۔ ون آف دا ٹو بیسٹ تھنگز۔ سو دیز پیپل بیلیو دیٹ دے آر</w:t>
      </w:r>
    </w:p>
    <w:p>
      <w:r>
        <w:rPr>
          <w:b/>
        </w:rPr>
        <w:t xml:space="preserve">[03:12] </w:t>
      </w:r>
      <w:r>
        <w:t>bound to receive at least one good thing. if they win the war, then it is good.</w:t>
      </w:r>
    </w:p>
    <w:p>
      <w:pPr>
        <w:jc w:val="right"/>
      </w:pPr>
      <w:r>
        <w:t>باؤنڈ ٹو ریسیو ایٹ لیسٹ ون گڈ تھنگ۔ اف دے ون دا وار، دین اِٹ از گڈ۔</w:t>
      </w:r>
    </w:p>
    <w:p>
      <w:r>
        <w:rPr>
          <w:b/>
        </w:rPr>
        <w:t xml:space="preserve">[03:21] </w:t>
      </w:r>
      <w:r>
        <w:t>bat even if they lose the battle, even if they they war killed, even then they are not failed.</w:t>
      </w:r>
    </w:p>
    <w:p>
      <w:pPr>
        <w:jc w:val="right"/>
      </w:pPr>
      <w:r>
        <w:t>بٹ ایون اف دے لوز دا بیٹل، ایون اف دے دے وار کلڈ، ایون دین دے آر ناٹ فیلیر۔</w:t>
      </w:r>
    </w:p>
    <w:p>
      <w:r>
        <w:rPr>
          <w:b/>
        </w:rPr>
        <w:t xml:space="preserve">[03:32] </w:t>
      </w:r>
      <w:r>
        <w:t>they believe that, it is their saying that your killing is very good for us, because your killing only</w:t>
      </w:r>
    </w:p>
    <w:p>
      <w:pPr>
        <w:jc w:val="right"/>
      </w:pPr>
      <w:r>
        <w:t>دے بیلیو دیٹ، اِٹ از دیر سےئنگ دیٹ یور کلنگ از ویری گڈ فار اس، بیکاز یور کلنگ اونلی</w:t>
      </w:r>
    </w:p>
    <w:p>
      <w:r>
        <w:rPr>
          <w:b/>
        </w:rPr>
        <w:t xml:space="preserve">[03:47] </w:t>
      </w:r>
      <w:r>
        <w:t>facilitates to</w:t>
      </w:r>
    </w:p>
    <w:p>
      <w:pPr>
        <w:jc w:val="right"/>
      </w:pPr>
      <w:r>
        <w:t>فیسلیٹیز ٹو</w:t>
      </w:r>
    </w:p>
    <w:p>
      <w:r>
        <w:rPr>
          <w:b/>
        </w:rPr>
        <w:t xml:space="preserve">[03:51] </w:t>
      </w:r>
      <w:r>
        <w:t>reach to heaven. your killing is, well, your killing ensures us an immediate entry to the heaven.</w:t>
      </w:r>
    </w:p>
    <w:p>
      <w:pPr>
        <w:jc w:val="right"/>
      </w:pPr>
      <w:r>
        <w:t>ریچ ٹو ہیون۔ یور کلنگ از، ویل، یور کلنگ انشورز اس اینڈ امیڈیٹ انٹری ٹو دا ہیون۔</w:t>
      </w:r>
    </w:p>
    <w:p>
      <w:r>
        <w:rPr>
          <w:b/>
        </w:rPr>
        <w:t xml:space="preserve">[04:03] </w:t>
      </w:r>
      <w:r>
        <w:t>so this is a very strange phenomenon. they are not bothered about failure, they are not bothered about death.</w:t>
      </w:r>
    </w:p>
    <w:p>
      <w:pPr>
        <w:jc w:val="right"/>
      </w:pPr>
      <w:r>
        <w:t>سو دس از اے ویری سٹرینج فینامینا۔ دے آر ناٹ بادر اباؤٹ فیلیر، دے آر ناٹ بادر اباؤٹ ڈیتھ۔</w:t>
      </w:r>
    </w:p>
    <w:p>
      <w:r>
        <w:rPr>
          <w:b/>
        </w:rPr>
        <w:t xml:space="preserve">[04:13] </w:t>
      </w:r>
      <w:r>
        <w:t>so this is the point. you cannot, you cannot kill this militancy simply by bombardment.</w:t>
      </w:r>
    </w:p>
    <w:p>
      <w:pPr>
        <w:jc w:val="right"/>
      </w:pPr>
      <w:r>
        <w:t>سو دس از دا پوائنٹ۔ یو کین ناٹ، یو کین ناٹ کل دس ملٹنسی سمپلی بائے بمبارٹمنٹ۔</w:t>
      </w:r>
    </w:p>
    <w:p>
      <w:r>
        <w:rPr>
          <w:b/>
        </w:rPr>
        <w:t xml:space="preserve">[04:24] </w:t>
      </w:r>
      <w:r>
        <w:t>you cannot kill this militancy by the power of gun. you have to find out a counter ideology.</w:t>
      </w:r>
    </w:p>
    <w:p>
      <w:pPr>
        <w:jc w:val="right"/>
      </w:pPr>
      <w:r>
        <w:t>یو کین ناٹ کل دس ملٹنسی بائے دا پاور آف گن۔ یو ہیو ٹو فائنڈ آؤٹ اے کاؤنٹر آئیڈیالوجی۔</w:t>
      </w:r>
    </w:p>
    <w:p>
      <w:r>
        <w:rPr>
          <w:b/>
        </w:rPr>
        <w:t xml:space="preserve">[04:37] </w:t>
      </w:r>
      <w:r>
        <w:t>so it is not a gun versus gun problem, gun versus gun issue.</w:t>
      </w:r>
    </w:p>
    <w:p>
      <w:pPr>
        <w:jc w:val="right"/>
      </w:pPr>
      <w:r>
        <w:t>سو اِٹ از ناٹ اے گن ورسز گن پرابلم، گن ورسز گن ایشو۔</w:t>
      </w:r>
    </w:p>
    <w:p>
      <w:r>
        <w:rPr>
          <w:b/>
        </w:rPr>
        <w:t xml:space="preserve">[04:45] </w:t>
      </w:r>
      <w:r>
        <w:t>it is a gun versus, it is ideology versus ideology. so we have to find out</w:t>
      </w:r>
    </w:p>
    <w:p>
      <w:pPr>
        <w:jc w:val="right"/>
      </w:pPr>
      <w:r>
        <w:t>اِٹ از اے گن ورسز، اِٹ از آئیڈیالوجی ورسز آئیڈیالوجی۔ سو وی ہیو ٹو فائنڈ آؤٹ</w:t>
      </w:r>
    </w:p>
    <w:p>
      <w:r>
        <w:rPr>
          <w:b/>
        </w:rPr>
        <w:t xml:space="preserve">[04:58] </w:t>
      </w:r>
      <w:r>
        <w:t>a counter ideology. and that counter ideology, account to my experience, is that we have to dispel their wrong notions.</w:t>
      </w:r>
    </w:p>
    <w:p>
      <w:pPr>
        <w:jc w:val="right"/>
      </w:pPr>
      <w:r>
        <w:t>اے کاؤنٹر آئیڈیالوجی۔ اینڈ دیٹ کاؤنٹر آئیڈیالوجی، اکاؤنٹ ٹو مائی ایکسپیرینس، از دیٹ وی ہیو ٹو ڈسپیل دیر رونگ نوشنز۔</w:t>
      </w:r>
    </w:p>
    <w:p>
      <w:r>
        <w:rPr>
          <w:b/>
        </w:rPr>
        <w:t xml:space="preserve">[05:09] </w:t>
      </w:r>
      <w:r>
        <w:t>we have to disprove their wrong interpretations. we have to make them believe that your interpretation is caught completely wrong.</w:t>
      </w:r>
    </w:p>
    <w:p>
      <w:pPr>
        <w:jc w:val="right"/>
      </w:pPr>
      <w:r>
        <w:t>وی ہیو ٹو ڈسپروو دیر رونگ انٹرپریشنز۔ وی ہیو ٹو میک دیم بیلیو دیٹ یور انٹرپریشن از کاٹ کمپلیٹلی رونگ۔</w:t>
      </w:r>
    </w:p>
    <w:p>
      <w:r>
        <w:rPr>
          <w:b/>
        </w:rPr>
        <w:t xml:space="preserve">[05:22] </w:t>
      </w:r>
      <w:r>
        <w:t>completely wrong. you are going to hell or not paradise. for example, i will cite two verses from the quran.</w:t>
      </w:r>
    </w:p>
    <w:p>
      <w:pPr>
        <w:jc w:val="right"/>
      </w:pPr>
      <w:r>
        <w:t>کمپلیٹلی رونگ۔ یو آر گوئنگ ٹو ہیل اور ناٹ پارڈائز۔ فار ایگزامپل، آئی وِل سائیٹ ٹو ورسز فرام دا قرآن۔</w:t>
      </w:r>
    </w:p>
    <w:p>
      <w:r>
        <w:rPr>
          <w:b/>
        </w:rPr>
        <w:t xml:space="preserve">[05:35] </w:t>
      </w:r>
      <w:r>
        <w:t>there is a verse in the quran:</w:t>
      </w:r>
    </w:p>
    <w:p>
      <w:pPr>
        <w:jc w:val="right"/>
      </w:pPr>
      <w:r>
        <w:t>دیر از اے ورس ان دا قرآن:</w:t>
      </w:r>
    </w:p>
    <w:p>
      <w:r>
        <w:rPr>
          <w:b/>
        </w:rPr>
        <w:t xml:space="preserve">[05:40] </w:t>
      </w:r>
      <w:r>
        <w:t>man qatala nafsan bighayri nafsan fasadan fasakanna nas jameea. it means that one who kills an innocent person, he has killed all mankind.</w:t>
      </w:r>
    </w:p>
    <w:p>
      <w:pPr>
        <w:jc w:val="right"/>
      </w:pPr>
      <w:r>
        <w:t>من قتل نفس بغیر نفس فساد فکن قتل الناس جمیع۔ اِٹ مینز دیٹ ون ہو کلز این اینوسنٹ پرسن، ہی ہیز کلڈ آل مین کائنڈ۔</w:t>
      </w:r>
    </w:p>
    <w:p>
      <w:r>
        <w:rPr>
          <w:b/>
        </w:rPr>
        <w:t xml:space="preserve">[05:56] </w:t>
      </w:r>
      <w:r>
        <w:t>yani killing an innocent person means killing all the mankind. and these people are killing innocent persons daily.</w:t>
      </w:r>
    </w:p>
    <w:p>
      <w:pPr>
        <w:jc w:val="right"/>
      </w:pPr>
      <w:r>
        <w:t>یعنی کلنگ این اینوسنٹ پرسن مینز کلنگ آل دا مین کائنڈ۔ اینڈ دیز پیپل آر کلنگ اینوسنٹ پرسن ڈیلی۔</w:t>
      </w:r>
    </w:p>
    <w:p>
      <w:r>
        <w:rPr>
          <w:b/>
        </w:rPr>
        <w:t xml:space="preserve">[06:09] </w:t>
      </w:r>
      <w:r>
        <w:t>so we have to remind them that you believe in the quran, you believe in the authenticity of the quran, and quran disapproves of your actions.</w:t>
      </w:r>
    </w:p>
    <w:p>
      <w:pPr>
        <w:jc w:val="right"/>
      </w:pPr>
      <w:r>
        <w:t>سو وی ہیو ٹو ریمائنڈ دیم دیٹ یو بیلیو ان دا قرآن، یو بیلیو ان دا اتھینسٹی آف دا قرآن، اینڈ قرآن ڈسپرووز آف یور ایکشنز۔</w:t>
      </w:r>
    </w:p>
    <w:p>
      <w:r>
        <w:rPr>
          <w:b/>
        </w:rPr>
        <w:t xml:space="preserve">[06:22] </w:t>
      </w:r>
      <w:r>
        <w:t>quran says that if you kill a single innocent person, it is like killing all the mankind. so how you dare to kill these innocent people?</w:t>
      </w:r>
    </w:p>
    <w:p>
      <w:pPr>
        <w:jc w:val="right"/>
      </w:pPr>
      <w:r>
        <w:t>قرآن سیز دیٹ اف یو کل اے سنگل اینوسنٹ پرسن، اِٹ از لائک کلنگ آل دا مین کائنڈ۔ سو ہاؤ یو ڈیئر ٹو کل دیز اینوسنٹ پیپل؟</w:t>
      </w:r>
    </w:p>
    <w:p>
      <w:r>
        <w:rPr>
          <w:b/>
        </w:rPr>
        <w:t xml:space="preserve">[06:34] </w:t>
      </w:r>
      <w:r>
        <w:t>then also they are killing muslims. it is a very known fact. and there is a verse in the quran: man qatala mu'minan muta'ammidan, fajazahu jahannam.</w:t>
      </w:r>
    </w:p>
    <w:p>
      <w:pPr>
        <w:jc w:val="right"/>
      </w:pPr>
      <w:r>
        <w:t>دین آل سو دے آر کلنگ مسلمز۔ اِٹ از اے ویری نون فیکٹ۔ اینڈ دیر از اے ورس ان دا قرآن: من قتل مومن متعمد، فجزا جہنم۔</w:t>
      </w:r>
    </w:p>
    <w:p>
      <w:r>
        <w:rPr>
          <w:b/>
        </w:rPr>
        <w:t xml:space="preserve">[06:46] </w:t>
      </w:r>
      <w:r>
        <w:t>one who kills a muslim, a mu'min, he will go to paradise, he will go to hell. man qatala mu'minan muta'ammidan, fajazahu jahannam.</w:t>
      </w:r>
    </w:p>
    <w:p>
      <w:pPr>
        <w:jc w:val="right"/>
      </w:pPr>
      <w:r>
        <w:t>ون ہو کلز اے مسلم، اے مومن، ہی وِل گو ٹو پارڈائز، ہی وِل گو ٹو ہیل۔ من قتل مومن متعمد، فجزا جہنم۔</w:t>
      </w:r>
    </w:p>
    <w:p>
      <w:r>
        <w:rPr>
          <w:b/>
        </w:rPr>
        <w:t xml:space="preserve">[06:59] </w:t>
      </w:r>
      <w:r>
        <w:t>one who kills a muslim intentionally, he surely will go to hell. so these people perhaps forgot these verses.</w:t>
      </w:r>
    </w:p>
    <w:p>
      <w:pPr>
        <w:jc w:val="right"/>
      </w:pPr>
      <w:r>
        <w:t>ون ہو کلز اے مسلم انٹینشنلی، ہی شورلی وِل گو ٹو ہیل۔ سو دیز پیپل پرہیپس فارگاٹ دیز ورسز۔</w:t>
      </w:r>
    </w:p>
    <w:p>
      <w:r>
        <w:rPr>
          <w:b/>
        </w:rPr>
        <w:t xml:space="preserve">[07:13] </w:t>
      </w:r>
      <w:r>
        <w:t>then we have to, i am working about this theme. i have published so many books. and for example, i published new translation of the quran.</w:t>
      </w:r>
    </w:p>
    <w:p>
      <w:pPr>
        <w:jc w:val="right"/>
      </w:pPr>
      <w:r>
        <w:t>دین وی ہیو ٹو، آئی ایم ورکنگ اباؤٹ دس تھیم۔ آئی ہیو پبلش سو مینی بکس۔ اینڈ فار ایگزامپل، آئی پبلش نیو ٹرانسلیشن آف دا قرآن۔</w:t>
      </w:r>
    </w:p>
    <w:p>
      <w:r>
        <w:rPr>
          <w:b/>
        </w:rPr>
        <w:t xml:space="preserve">[07:26] </w:t>
      </w:r>
      <w:r>
        <w:t>and today you can find review about my translation in The Times of India. The Times of India says that this translation is very, is quite different from other translations in terms of understanding.</w:t>
      </w:r>
    </w:p>
    <w:p>
      <w:pPr>
        <w:jc w:val="right"/>
      </w:pPr>
      <w:r>
        <w:t>اینڈ ٹوڈے یو کین فائنڈ ریویو اباؤٹ مائی ٹرانسلیشن ان دا ٹائمز آف انڈیا۔ ٹائمز آف انڈیا سیز دیٹ دس ٹرانسلیشن از ویری، از کاٹ ڈفرنٹ فرام ادر ٹرانسلیشن ان ٹرمز آف انڈرسٹینڈنگ۔</w:t>
      </w:r>
    </w:p>
    <w:p>
      <w:r>
        <w:rPr>
          <w:b/>
        </w:rPr>
        <w:t xml:space="preserve">[07:43] </w:t>
      </w:r>
      <w:r>
        <w:t>he says that all other translations, yani there are more near about fifty translations, english translations of the quran, but they are ambiguous.</w:t>
      </w:r>
    </w:p>
    <w:p>
      <w:pPr>
        <w:jc w:val="right"/>
      </w:pPr>
      <w:r>
        <w:t>ہی سیز دیٹ آل ادر ٹرانسلیشن، یعنی دیر آر مور نیئر اباؤٹ ففٹی ٹرانسلیشن، انگلش ٹرانسلیشن آف دا قرآن، بٹ دے آر ایمبیگوس۔</w:t>
      </w:r>
    </w:p>
    <w:p>
      <w:r>
        <w:rPr>
          <w:b/>
        </w:rPr>
        <w:t xml:space="preserve">[07:54] </w:t>
      </w:r>
      <w:r>
        <w:t>there no clarity. but this translation is very clear. it is easily understandable. then we have published a book on prophet life.</w:t>
      </w:r>
    </w:p>
    <w:p>
      <w:pPr>
        <w:jc w:val="right"/>
      </w:pPr>
      <w:r>
        <w:t>دیر نو کلیرٹی۔ بٹ دس ٹرانسلیشن از ویری کلیئر۔ اِٹ از ایزیلی انڈرسٹینڈیبل۔ دین وی ہیو پبلش اے بک آن پرافٹ لائف۔</w:t>
      </w:r>
    </w:p>
    <w:p>
      <w:r>
        <w:rPr>
          <w:b/>
        </w:rPr>
        <w:t xml:space="preserve">[08:07] </w:t>
      </w:r>
      <w:r>
        <w:t>and the title of this book is</w:t>
      </w:r>
    </w:p>
    <w:p>
      <w:pPr>
        <w:jc w:val="right"/>
      </w:pPr>
      <w:r>
        <w:t>اینڈ دا ٹائٹل آف دس بک از</w:t>
      </w:r>
    </w:p>
    <w:p>
      <w:r>
        <w:rPr>
          <w:b/>
        </w:rPr>
        <w:t xml:space="preserve">[08:12] </w:t>
      </w:r>
      <w:r>
        <w:t>The Prophet of Peace. This book was published by Penguin. So I am engaged in this cause, and I am countering from the true ideology.</w:t>
      </w:r>
    </w:p>
    <w:p>
      <w:pPr>
        <w:jc w:val="right"/>
      </w:pPr>
      <w:r>
        <w:t>دا پرافٹ آف پیس۔ دس بک واز پبلش بائے پینگوئن۔ سو آئی ایم انگیجڈ ان دس کاز، اینڈ آئی ایم کاؤنٹرنگ فرام دا ٹرو آئیڈیالوجی۔</w:t>
      </w:r>
    </w:p>
    <w:p>
      <w:r>
        <w:rPr>
          <w:b/>
        </w:rPr>
        <w:t xml:space="preserve">[08:25] </w:t>
      </w:r>
      <w:r>
        <w:t>i am producing that ideology that counters their ideology. so i am not only saying, but i am engaged practically in this cause.</w:t>
      </w:r>
    </w:p>
    <w:p>
      <w:pPr>
        <w:jc w:val="right"/>
      </w:pPr>
      <w:r>
        <w:t>آئی ایم پروڈیوسنگ دیٹ آئیڈیالوجی دیٹ کاؤنٹرز دیر آئیڈیالوجی۔ سو آئی ایم ناٹ اونلی سےئنگ، بٹ آئی ایم انگیجڈ پریکٹیکلی ان دس کاز۔</w:t>
      </w:r>
    </w:p>
    <w:p>
      <w:r>
        <w:rPr>
          <w:b/>
        </w:rPr>
        <w:t xml:space="preserve">[08:35] </w:t>
      </w:r>
      <w:r>
        <w:t>so we have to, yani simply bombardment, simply gun can not solve the purpose.</w:t>
      </w:r>
    </w:p>
    <w:p>
      <w:pPr>
        <w:jc w:val="right"/>
      </w:pPr>
      <w:r>
        <w:t>سو وی ہیو ٹو، یعنی سمپلی بمبارٹمنٹ، سمپلی گن کین ناٹ سالو دا پرپس۔</w:t>
      </w:r>
    </w:p>
    <w:p>
      <w:r>
        <w:rPr>
          <w:b/>
        </w:rPr>
        <w:t xml:space="preserve">[08:46] </w:t>
      </w:r>
      <w:r>
        <w:t>it is impossible. and result is in order to understand this fact. so we have to re engineer their mind.</w:t>
      </w:r>
    </w:p>
    <w:p>
      <w:pPr>
        <w:jc w:val="right"/>
      </w:pPr>
      <w:r>
        <w:t>اِٹ از امپوسیبل۔ اینڈ رزلٹ از انف ٹو انڈرسٹینڈ دس فیکٹ۔ سو وی ہیو ٹو ری انجینئر دیر مائنڈ۔</w:t>
      </w:r>
    </w:p>
    <w:p>
      <w:r>
        <w:rPr>
          <w:b/>
        </w:rPr>
        <w:t xml:space="preserve">[08:58] </w:t>
      </w:r>
      <w:r>
        <w:t>we have to re engineer their mind. we have to present right interpretation of the quran. we have to make them believe that you are, what you are doing, is not jihad,</w:t>
      </w:r>
    </w:p>
    <w:p>
      <w:pPr>
        <w:jc w:val="right"/>
      </w:pPr>
      <w:r>
        <w:t>وی ہیو ٹو ری انجینئر دیر مائنڈ۔ وی ہیو ٹو پریزنٹ رائٹ انٹرپریشن آف دا قرآن۔ وی ہیو ٹو میک دیم بیلیو دیٹ یو آر، واٹ یو آر ڈوئنگ، از ناٹ جہاد،</w:t>
      </w:r>
    </w:p>
    <w:p>
      <w:r>
        <w:rPr>
          <w:b/>
        </w:rPr>
        <w:t xml:space="preserve">[09:13] </w:t>
      </w:r>
      <w:r>
        <w:t>is not fasad. for example,</w:t>
      </w:r>
    </w:p>
    <w:p>
      <w:pPr>
        <w:jc w:val="right"/>
      </w:pPr>
      <w:r>
        <w:t>از ناٹ فساد۔ فار ایگزامپل،</w:t>
      </w:r>
    </w:p>
    <w:p>
      <w:r>
        <w:rPr>
          <w:b/>
        </w:rPr>
        <w:t xml:space="preserve">[09:22] </w:t>
      </w:r>
      <w:r>
        <w:t>i have study islam through its original sources. i can say that in islam, peace is the rule, and war is an exception.</w:t>
      </w:r>
    </w:p>
    <w:p>
      <w:pPr>
        <w:jc w:val="right"/>
      </w:pPr>
      <w:r>
        <w:t>آئی ہیو سٹڈی اسلام تھرو اِٹس اوریجنل سورسز۔ آئی کین سے دیٹ ان اسلام، پیس از دا رول، اینڈ وار از این ایکسیپشن۔</w:t>
      </w:r>
    </w:p>
    <w:p>
      <w:r>
        <w:rPr>
          <w:b/>
        </w:rPr>
        <w:t xml:space="preserve">[09:37] </w:t>
      </w:r>
      <w:r>
        <w:t>if you read the quran, you will find that almost all the verses, i mean more than ninety percent verses, are related to peace, are the directly or indirectly.</w:t>
      </w:r>
    </w:p>
    <w:p>
      <w:pPr>
        <w:jc w:val="right"/>
      </w:pPr>
      <w:r>
        <w:t>اف یو ریڈ دا قرآن، یو وِل فائنڈ دیٹ آل موسٹ آل دا ورسز، آئی مین مور دین نائنٹی پرسنٹ ورسز، آر ریلیٹڈ ٹو پیس، آر دا ڈائریکٹلی اور ان ڈائریکٹلی۔</w:t>
      </w:r>
    </w:p>
    <w:p>
      <w:r>
        <w:rPr>
          <w:b/>
        </w:rPr>
        <w:t xml:space="preserve">[09:52] </w:t>
      </w:r>
      <w:r>
        <w:t>then there are very clear verse in the quran: alsulh khair. it means peace is the best.</w:t>
      </w:r>
    </w:p>
    <w:p>
      <w:pPr>
        <w:jc w:val="right"/>
      </w:pPr>
      <w:r>
        <w:t>دین دیر آر ویری کلیئر ورس ان دا قرآن: السلح خیر۔ اِٹ مینز پیس از دا بیسٹ۔</w:t>
      </w:r>
    </w:p>
    <w:p>
      <w:r>
        <w:rPr>
          <w:b/>
        </w:rPr>
        <w:t xml:space="preserve">[10:02] </w:t>
      </w:r>
      <w:r>
        <w:t>peace is the best. i can say that peace is the summ bonum, peace is the greatest good. then there is another verse in the quran: wallah yado ila dar as-salam.</w:t>
      </w:r>
    </w:p>
    <w:p>
      <w:pPr>
        <w:jc w:val="right"/>
      </w:pPr>
      <w:r>
        <w:t>پیس از دا بیسٹ۔ آئی کین سی دیٹ پیس از دا سبم بونم، پیس از دا گریٹسٹ گڈ۔ دین دیر از انادر ورس ان دا قرآن: واللہیدعو الی دار السلام۔</w:t>
      </w:r>
    </w:p>
    <w:p>
      <w:r>
        <w:rPr>
          <w:b/>
        </w:rPr>
        <w:t xml:space="preserve">[10:18] </w:t>
      </w:r>
      <w:r>
        <w:t>and god calls to the home of peace. so this is target of the quran, this is target of islam. then there is a hadith in sahih muslim: in allah</w:t>
      </w:r>
    </w:p>
    <w:p>
      <w:pPr>
        <w:jc w:val="right"/>
      </w:pPr>
      <w:r>
        <w:t>اینڈ گاڈ کالز ٹو دا ہوم آف پیس۔ سو دس از ٹارگٹ آف دا قرآن، دس از ٹارگٹ آف اسلام۔ دین دیر از اے حدیث ان صحیح مسلم: ان اللہ</w:t>
      </w:r>
    </w:p>
    <w:p>
      <w:r>
        <w:rPr>
          <w:b/>
        </w:rPr>
        <w:t xml:space="preserve">[10:34] </w:t>
      </w:r>
      <w:r>
        <w:t>god grants to non violence what he does not grant to violence. so we have to make them believe that basic, the basic scheme of islam is to step peace.</w:t>
      </w:r>
    </w:p>
    <w:p>
      <w:pPr>
        <w:jc w:val="right"/>
      </w:pPr>
      <w:r>
        <w:t>گاڈ گرانٹس ٹو نان وائلنس واٹ ہی ڈز ناٹ گرانٹ ٹو وائلنس۔ سو وی ہیو ٹو میک دیم بیلیو دیٹ بیسک، دا بیسک اسکیم آف اسلام از ٹو سٹیپ پیس۔</w:t>
      </w:r>
    </w:p>
    <w:p>
      <w:r>
        <w:rPr>
          <w:b/>
        </w:rPr>
        <w:t xml:space="preserve">[10:52] </w:t>
      </w:r>
      <w:r>
        <w:t>because where there is peace, there is the work, there are all islamic activities. so then they other point is that, there is a great fallacy</w:t>
      </w:r>
    </w:p>
    <w:p>
      <w:pPr>
        <w:jc w:val="right"/>
      </w:pPr>
      <w:r>
        <w:t>بیکاز ویر دیر از پیس، دیر از دا ورک، دیر آر آل اسلامک ایکٹیویٹیز۔ سو دین دے ادر پوائنٹ از دیٹ، دیر از اے گریٹ فلیسی</w:t>
      </w:r>
    </w:p>
    <w:p>
      <w:r>
        <w:rPr>
          <w:b/>
        </w:rPr>
        <w:t xml:space="preserve">[11:15] </w:t>
      </w:r>
      <w:r>
        <w:t>in islam. jihad in the sense of qital is the prerogative of establish state.</w:t>
      </w:r>
    </w:p>
    <w:p>
      <w:pPr>
        <w:jc w:val="right"/>
      </w:pPr>
      <w:r>
        <w:t>ان اسلام۔ جہاد ان دا سینس آف قتال از دا پیراگیٹیو آف اسٹیبلش اسٹیٹ۔</w:t>
      </w:r>
    </w:p>
    <w:p>
      <w:r>
        <w:rPr>
          <w:b/>
        </w:rPr>
        <w:t xml:space="preserve">[11:26] </w:t>
      </w:r>
      <w:r>
        <w:t>no agencies other than state can or allow to go to war. in islam only defensive war is permitted.</w:t>
      </w:r>
    </w:p>
    <w:p>
      <w:pPr>
        <w:jc w:val="right"/>
      </w:pPr>
      <w:r>
        <w:t>نو ایجنسیز ادر دین اسٹیٹ کین اور الاؤ ٹو گو ٹو وار۔ ان اسلام اونلی ڈیفنسو وار از پرمیٹڈ۔</w:t>
      </w:r>
    </w:p>
    <w:p>
      <w:r>
        <w:rPr>
          <w:b/>
        </w:rPr>
        <w:t xml:space="preserve">[11:39] </w:t>
      </w:r>
      <w:r>
        <w:t>all other wars, like guerrilla war, proxy war, and any kind of other, and any other kind of war, are not permitted in islam.</w:t>
      </w:r>
    </w:p>
    <w:p>
      <w:pPr>
        <w:jc w:val="right"/>
      </w:pPr>
      <w:r>
        <w:t>آل ادر وارز، لائک گوریلا وار، پروکسی وار، اینڈ اینی کائنڈ آف ادر، اینڈ اینی ادر کائنڈ آف وار، آر ناٹ پرمیٹڈ ان اسلام۔</w:t>
      </w:r>
    </w:p>
    <w:p>
      <w:r>
        <w:rPr>
          <w:b/>
        </w:rPr>
        <w:t xml:space="preserve">[11:50] </w:t>
      </w:r>
      <w:r>
        <w:t>only one war is permitted in islam, that is defense. but there is condition, some very point condition.</w:t>
      </w:r>
    </w:p>
    <w:p>
      <w:pPr>
        <w:jc w:val="right"/>
      </w:pPr>
      <w:r>
        <w:t>اونلی ون وار از پرمیٹڈ ان اسلام، دیٹ از ڈیفنس۔ بٹ دیر از کنڈیشن، سم ویری پوائنٹ کنڈیشن۔</w:t>
      </w:r>
    </w:p>
    <w:p>
      <w:r>
        <w:rPr>
          <w:b/>
        </w:rPr>
        <w:t xml:space="preserve">[11:58] </w:t>
      </w:r>
      <w:r>
        <w:t>one condition is that only state can go to war. and you know, all these people war engaged in militancy, they are ngos, they are individuals, are private organizations.</w:t>
      </w:r>
    </w:p>
    <w:p>
      <w:pPr>
        <w:jc w:val="right"/>
      </w:pPr>
      <w:r>
        <w:t>ون کنڈیشن از دیٹ اونلی اسٹیٹ کین گو ٹو وار۔ اینڈ یو نو، آل دیز پیپل وار انگیجڈ ان ملٹنسی، دیر آر این جی اوز، دیر آر انڈیویجولز، آر پرائیویٹ ارگنائزیشنز۔</w:t>
      </w:r>
    </w:p>
    <w:p>
      <w:r>
        <w:rPr>
          <w:b/>
        </w:rPr>
        <w:t xml:space="preserve">[12:14] </w:t>
      </w:r>
      <w:r>
        <w:t>so in islam, it is completely unlawful, there is haram. so they are doing, yani they are engaged in haram practices.</w:t>
      </w:r>
    </w:p>
    <w:p>
      <w:pPr>
        <w:jc w:val="right"/>
      </w:pPr>
      <w:r>
        <w:t>سو ان اسلام، اِٹ از کمپلیٹلی ان لاء فل، دیر از حرام۔ سو دے آر ڈوئنگ، یعنی دے آر انگیجڈ ان حرام پریکٹسز۔</w:t>
      </w:r>
    </w:p>
    <w:p>
      <w:r>
        <w:rPr>
          <w:b/>
        </w:rPr>
        <w:t xml:space="preserve">[12:26] </w:t>
      </w:r>
      <w:r>
        <w:t>they are not allow to go to war. even even a genuine war, they can not do a genuine war, because they are not state.</w:t>
      </w:r>
    </w:p>
    <w:p>
      <w:pPr>
        <w:jc w:val="right"/>
      </w:pPr>
      <w:r>
        <w:t>دے آر ناٹ الاؤ ٹو گو ٹو وار۔ ایون ایون اے جینون وار، دے کین ناٹ ڈو اے جینون وار، بیکاز دے آر ناٹ اسٹیٹ۔</w:t>
      </w:r>
    </w:p>
    <w:p>
      <w:r>
        <w:rPr>
          <w:b/>
        </w:rPr>
        <w:t xml:space="preserve">[12:37] </w:t>
      </w:r>
      <w:r>
        <w:t>so these people are in aware, they are mislead with wrong interpretations. so we have to dispel their notions,</w:t>
      </w:r>
    </w:p>
    <w:p>
      <w:pPr>
        <w:jc w:val="right"/>
      </w:pPr>
      <w:r>
        <w:t>سو دیز پیپل آر ان اویئر، دے آر مس لیڈ ود رونگ انٹرپریشنز۔ سو وی ہیو ٹو ڈسپیل دیر نوشنز،</w:t>
      </w:r>
    </w:p>
    <w:p>
      <w:r>
        <w:rPr>
          <w:b/>
        </w:rPr>
        <w:t xml:space="preserve">[12:51] </w:t>
      </w:r>
      <w:r>
        <w:t>dispel their notions. without dispelling their notion, without re engineering their mind, we can not finish this formula.</w:t>
      </w:r>
    </w:p>
    <w:p>
      <w:pPr>
        <w:jc w:val="right"/>
      </w:pPr>
      <w:r>
        <w:t>ڈسپیل دیر نوشنز۔ وداؤٹ ڈسپیلنگ دیر نوشن، وداؤٹ ری انجینئرنگ دیر مائنڈ، وی کین ناٹ فنش دس فارمولا۔</w:t>
      </w:r>
    </w:p>
    <w:p>
      <w:r>
        <w:rPr>
          <w:b/>
        </w:rPr>
        <w:t xml:space="preserve">[13:03] </w:t>
      </w:r>
      <w:r>
        <w:t>it is impossible. and result is inf to understand this point. then</w:t>
      </w:r>
    </w:p>
    <w:p>
      <w:pPr>
        <w:jc w:val="right"/>
      </w:pPr>
      <w:r>
        <w:t>اِٹ از امپوسیبل۔ اینڈ رزلٹ از انف ٹو انڈرسٹینڈ دس پوائنٹ۔ دین</w:t>
      </w:r>
    </w:p>
    <w:p>
      <w:r>
        <w:rPr>
          <w:b/>
        </w:rPr>
        <w:t xml:space="preserve">[13:15] </w:t>
      </w:r>
      <w:r>
        <w:t>i would suggest that we have to re plan our strategy. we have to re assess our</w:t>
      </w:r>
    </w:p>
    <w:p>
      <w:pPr>
        <w:jc w:val="right"/>
      </w:pPr>
      <w:r>
        <w:t>آئی وُڈ سجیسٹ دیٹ وی ہیو ٹو ری پلان اور اسٹریٹجی۔ وی ہیو ٹو ری اسس اور</w:t>
      </w:r>
    </w:p>
    <w:p>
      <w:r>
        <w:rPr>
          <w:b/>
        </w:rPr>
        <w:t xml:space="preserve">[13:27] </w:t>
      </w:r>
      <w:r>
        <w:t>actions. we have to re examine our actions, and we have to re plan our strategy.</w:t>
      </w:r>
    </w:p>
    <w:p>
      <w:pPr>
        <w:jc w:val="right"/>
      </w:pPr>
      <w:r>
        <w:t>ایکشنز۔ وی ہیو ٹو ری ایگزامن اور ایکشنز، اینڈ وی ہیو ٹو ری پلان اور اسٹریٹجی۔</w:t>
      </w:r>
    </w:p>
    <w:p>
      <w:r>
        <w:rPr>
          <w:b/>
        </w:rPr>
        <w:t xml:space="preserve">[13:38] </w:t>
      </w:r>
      <w:r>
        <w:t>and that plan is based on ideological warfare, ideological</w:t>
      </w:r>
    </w:p>
    <w:p>
      <w:pPr>
        <w:jc w:val="right"/>
      </w:pPr>
      <w:r>
        <w:t>اینڈ دیٹ پلان از بیسڈ آن آئیڈیالوجیکل وارفیئر، آئیڈیالوجیکل</w:t>
      </w:r>
    </w:p>
    <w:p>
      <w:r>
        <w:rPr>
          <w:b/>
        </w:rPr>
        <w:t xml:space="preserve">[13:47] </w:t>
      </w:r>
      <w:r>
        <w:t>campaign. At present, the strategy is based on gun and bomb, as I know.</w:t>
      </w:r>
    </w:p>
    <w:p>
      <w:pPr>
        <w:jc w:val="right"/>
      </w:pPr>
      <w:r>
        <w:t>کیمپین۔ ایٹ پریزنٹ، دا اسٹریٹجی از بیسڈ آن گن اینڈ بوم، ایز آئی نو۔</w:t>
      </w:r>
    </w:p>
    <w:p>
      <w:r>
        <w:rPr>
          <w:b/>
        </w:rPr>
        <w:t xml:space="preserve">[13:57] </w:t>
      </w:r>
      <w:r>
        <w:t>but this kind of strategy will not suffice, because they believe that they are doing, they are doing jihad, and killing is all so success for them.</w:t>
      </w:r>
    </w:p>
    <w:p>
      <w:pPr>
        <w:jc w:val="right"/>
      </w:pPr>
      <w:r>
        <w:t>بٹ دس کائنڈ آف اسٹریٹجی وِل ناٹ سفائس، بیکاز دے بیلیو دیٹ دے آر ڈوئنگ، دے آر ڈوئنگ جہاد، اینڈ کلنگ از آل سو سکسیس فار دیم۔</w:t>
      </w:r>
    </w:p>
    <w:p>
      <w:r>
        <w:rPr>
          <w:b/>
        </w:rPr>
        <w:t xml:space="preserve">[14:12] </w:t>
      </w:r>
      <w:r>
        <w:t>if someone kills them, then they believe that we will go to paradise. They don't know that this kind of killing is only haram in Islam.</w:t>
      </w:r>
    </w:p>
    <w:p>
      <w:pPr>
        <w:jc w:val="right"/>
      </w:pPr>
      <w:r>
        <w:t>اف سم ون کلز دیم، دین دے بیلیو دیٹ وی وِل گو ٹو پارڈائز۔ دے ڈونٹ نو دیٹ دس کائنڈ آف کلنگ از اونلی حرام ان اسلام۔</w:t>
      </w:r>
    </w:p>
    <w:p>
      <w:r>
        <w:rPr>
          <w:b/>
        </w:rPr>
        <w:t xml:space="preserve">[14:26] </w:t>
      </w:r>
      <w:r>
        <w:t>so we have to, in all those people war interested in this issue, all those people, yani governments, organizations, or individuals who are interested to finish this formula, to finish this militancy.</w:t>
      </w:r>
    </w:p>
    <w:p>
      <w:pPr>
        <w:jc w:val="right"/>
      </w:pPr>
      <w:r>
        <w:t>سو وی ہیو ٹو، ان آل دوست پیپل وار انٹرسٹڈ ان دس ایشو، آل دوست پیپل، یعنی گورنمنٹس، ارگنائزیشنز، اور انڈیویجولز ہو آر انٹرسٹڈ ٹو فنش دس فارمولا، ٹو فنش دس ملٹنسی۔</w:t>
      </w:r>
    </w:p>
    <w:p>
      <w:r>
        <w:rPr>
          <w:b/>
        </w:rPr>
        <w:t xml:space="preserve">[14:44] </w:t>
      </w:r>
      <w:r>
        <w:t>they have to re-examine, they have to re-assess. And account to my opinion, they have change their strategy.</w:t>
      </w:r>
    </w:p>
    <w:p>
      <w:pPr>
        <w:jc w:val="right"/>
      </w:pPr>
      <w:r>
        <w:t>دے ہیو ٹو ری ایگزامن، دے ہیو ٹو ری اسس۔ اینڈ اکاؤنٹ ٹو مائی اوپینین، دے ہیو چینج دیر اسٹریٹجی۔</w:t>
      </w:r>
    </w:p>
    <w:p>
      <w:r>
        <w:rPr>
          <w:b/>
        </w:rPr>
        <w:t xml:space="preserve">[14:55] </w:t>
      </w:r>
      <w:r>
        <w:t>at present, the strategy is based on militancy in the response of militancy, yani gun versus gun, bomb versus bomb.</w:t>
      </w:r>
    </w:p>
    <w:p>
      <w:pPr>
        <w:jc w:val="right"/>
      </w:pPr>
      <w:r>
        <w:t>ایٹ پریزنٹ، دا اسٹریٹجی از بیسڈ آن ملٹنسی ان دا رسپانس آف ملٹنسی، یعنی گن ورسز گن، بوم ورسز بوم۔</w:t>
      </w:r>
    </w:p>
    <w:p>
      <w:r>
        <w:rPr>
          <w:b/>
        </w:rPr>
        <w:t xml:space="preserve">[15:07] </w:t>
      </w:r>
      <w:r>
        <w:t>this kind of, this kind of, this kind of response is, has been failed, and there is no hope that in future it will be successful.</w:t>
      </w:r>
    </w:p>
    <w:p>
      <w:pPr>
        <w:jc w:val="right"/>
      </w:pPr>
      <w:r>
        <w:t>دس کائنڈ آف، دس کائنڈ آف، دس کائنڈ آف رسپانس از، ہیز بین فیلڈ، اینڈ دیر از نو ہوپ دیٹ ان فیوچر اِٹ وِل بی سکسیس فل۔</w:t>
      </w:r>
    </w:p>
    <w:p>
      <w:r>
        <w:rPr>
          <w:b/>
        </w:rPr>
        <w:t xml:space="preserve">[15:22] </w:t>
      </w:r>
      <w:r>
        <w:t>so I am not saying that you must stop all those, all those strategy, but I am saying that we have to add, yani this,</w:t>
      </w:r>
    </w:p>
    <w:p>
      <w:pPr>
        <w:jc w:val="right"/>
      </w:pPr>
      <w:r>
        <w:t>سو آئی ایم ناٹ سےئنگ دیٹ یو مسٹ اسٹاپ آل دوست، آل دوست اسٹریٹجی، بٹ آئی ایم سےئنگ دیٹ وی ہیو ٹو ایڈ، یعنی دس،</w:t>
      </w:r>
    </w:p>
    <w:p>
      <w:r>
        <w:rPr>
          <w:b/>
        </w:rPr>
        <w:t xml:space="preserve">[15:38] </w:t>
      </w:r>
      <w:r>
        <w:t>we have to add some another kind of strategy, that is ideological strategy. Without adding this, you can not, you can not,</w:t>
      </w:r>
    </w:p>
    <w:p>
      <w:pPr>
        <w:jc w:val="right"/>
      </w:pPr>
      <w:r>
        <w:t>وی ہیو ٹو ایڈ سم انادر کائنڈ آف اسٹریٹجی، دیٹ از ایڈلوجیکل اسٹریٹجی۔ وداؤٹ ایڈنگ دس، یو کین ناٹ، یو کین ناٹ،</w:t>
      </w:r>
    </w:p>
    <w:p>
      <w:r>
        <w:rPr>
          <w:b/>
        </w:rPr>
        <w:t xml:space="preserve">[15:53] </w:t>
      </w:r>
      <w:r>
        <w:t>you can not change the situation. So we have to change their mind, we have to re-engineer their mind. You know, there is a well known formula, formula by UNESCO,</w:t>
      </w:r>
    </w:p>
    <w:p>
      <w:pPr>
        <w:jc w:val="right"/>
      </w:pPr>
      <w:r>
        <w:t>یو کین ناٹ چینج دا سچویشن۔ سو وی ہیو ٹو چینج دیر مائنڈ، وی ہیو ٹو ری انجینئر دیر مائنڈ۔ یو نو، دیر از اے ویل نون فارمولا، فارمولا بائے یونیسکو،</w:t>
      </w:r>
    </w:p>
    <w:p>
      <w:r>
        <w:rPr>
          <w:b/>
        </w:rPr>
        <w:t xml:space="preserve">[16:06] </w:t>
      </w:r>
      <w:r>
        <w:t>that violence begins from mind. Violence, this is UNESCO formula, violence begins from mind.</w:t>
      </w:r>
    </w:p>
    <w:p>
      <w:pPr>
        <w:jc w:val="right"/>
      </w:pPr>
      <w:r>
        <w:t>دیٹ وائلنس بگنز فرام مائنڈ۔ وائلنس، دس از یونیسکو فارمولا، وائلنس بگنز فرام مائنڈ۔</w:t>
      </w:r>
    </w:p>
    <w:p>
      <w:r>
        <w:rPr>
          <w:b/>
        </w:rPr>
        <w:t xml:space="preserve">[16:16] </w:t>
      </w:r>
      <w:r>
        <w:t>and I believe that this formula is covered with this formula. This violence, that is militancy, has begun from mind, from wrong ideology, wrong interpretation.</w:t>
      </w:r>
    </w:p>
    <w:p>
      <w:pPr>
        <w:jc w:val="right"/>
      </w:pPr>
      <w:r>
        <w:t>اینڈ آئی بیلیو دیٹ دس فارمولا از کورڈ ود دس فارمولا۔ دس وائلنس، دیٹ از ملٹنسی، ہیز بیگن فرام مائنڈ، فرام رونگ آئیڈیالوجی، رونگ انٹرپریشن۔</w:t>
      </w:r>
    </w:p>
    <w:p>
      <w:r>
        <w:rPr>
          <w:b/>
        </w:rPr>
        <w:t xml:space="preserve">[16:31] </w:t>
      </w:r>
      <w:r>
        <w:t>so we have to counter this, we have to change their mind, otherwise there is no hope. This is my experience, and I have read a lot about this formula, and this is my final,</w:t>
      </w:r>
    </w:p>
    <w:p>
      <w:pPr>
        <w:jc w:val="right"/>
      </w:pPr>
      <w:r>
        <w:t>سو وی ہیو ٹو کاؤنٹر دس، وی ہیو ٹو چینج دیر مائنڈ، ادروائز دیر از نو ہوپ۔ دس از مائی ایکسپیرینس، اینڈ آئی ہیو ریڈ ا لاٹ اباؤٹ دس فارمولا، اینڈ دس از مائی فائنل،</w:t>
      </w:r>
    </w:p>
    <w:p>
      <w:r>
        <w:rPr>
          <w:b/>
        </w:rPr>
        <w:t xml:space="preserve">[16:50] </w:t>
      </w:r>
      <w:r>
        <w:t>finally, finally I reached to this, and I hope that you will consider this point, inshallah.</w:t>
      </w:r>
    </w:p>
    <w:p>
      <w:pPr>
        <w:jc w:val="right"/>
      </w:pPr>
      <w:r>
        <w:t>فائنلی، فائنلی آئی ریچڈ ٹو دس، اینڈ آئی ہوپ دیٹ یو وِل کنسیڈر دس پوائنٹ، انشاءاللہ۔</w:t>
      </w:r>
    </w:p>
    <w:p>
      <w:r>
        <w:rPr>
          <w:b/>
        </w:rPr>
        <w:t xml:space="preserve">[17:12] </w:t>
      </w:r>
      <w:r>
        <w:t>bismillah rahman rahim, alhamdulillah rabbil alamin, afdal al-salat wa atamm al-taslim ala sayyidina wa nabiyyina muhammad wa ala alihi wa sahbihi ajmaeen.</w:t>
      </w:r>
    </w:p>
    <w:p>
      <w:pPr>
        <w:jc w:val="right"/>
      </w:pPr>
      <w:r>
        <w:t>بسم اللہ الرحمن الرحیم، الحمدللہ رب العالمین، أفضل الصلاة وأتم التسليم على سيدنا ونبينا محمد وعلى آله وصحبه أجمعين.</w:t>
      </w:r>
    </w:p>
    <w:p>
      <w:r>
        <w:rPr>
          <w:b/>
        </w:rPr>
        <w:t xml:space="preserve">[17:23] </w:t>
      </w:r>
      <w:r>
        <w:t>This is exactly what I have been saying in Washington, that this is an ideological war.</w:t>
      </w:r>
    </w:p>
    <w:p>
      <w:pPr>
        <w:jc w:val="right"/>
      </w:pPr>
      <w:r>
        <w:t>This is exactly what I have been saying in Washington, that this is an ideological war.</w:t>
      </w:r>
    </w:p>
    <w:p>
      <w:r>
        <w:rPr>
          <w:b/>
        </w:rPr>
        <w:t xml:space="preserve">[17:32] </w:t>
      </w:r>
      <w:r>
        <w:t>And in order to be successful in that, you have to come down to the level of discussions and dialogue and see several things.</w:t>
      </w:r>
    </w:p>
    <w:p>
      <w:pPr>
        <w:jc w:val="right"/>
      </w:pPr>
      <w:r>
        <w:t>And in order to be successful in that, you have to come down to the level of discussions and dialogue and see several things.</w:t>
      </w:r>
    </w:p>
    <w:p>
      <w:r>
        <w:rPr>
          <w:b/>
        </w:rPr>
        <w:t xml:space="preserve">[17:45] </w:t>
      </w:r>
      <w:r>
        <w:t>One of them, why those people are doing what they are doing, what kind of excuses they are using.</w:t>
      </w:r>
    </w:p>
    <w:p>
      <w:pPr>
        <w:jc w:val="right"/>
      </w:pPr>
      <w:r>
        <w:t>One of them, why those people are doing what they are doing, what kind of excuses they are using.</w:t>
      </w:r>
    </w:p>
    <w:p>
      <w:r>
        <w:rPr>
          <w:b/>
        </w:rPr>
        <w:t xml:space="preserve">[17:55] </w:t>
      </w:r>
      <w:r>
        <w:t>And then after that, to have also scholars address that issue again and again and again on different formats.</w:t>
      </w:r>
    </w:p>
    <w:p>
      <w:pPr>
        <w:jc w:val="right"/>
      </w:pPr>
      <w:r>
        <w:t>And then after that, to have also scholars address that issue again and again and again on different formats.</w:t>
      </w:r>
    </w:p>
    <w:p>
      <w:r>
        <w:rPr>
          <w:b/>
        </w:rPr>
        <w:t xml:space="preserve">[18:10] </w:t>
      </w:r>
      <w:r>
        <w:t>I think we are entering a new eraright now where clergy by themselves cannot solve the problem, and politicians by themselves cannot solve the problem.</w:t>
      </w:r>
    </w:p>
    <w:p>
      <w:pPr>
        <w:jc w:val="right"/>
      </w:pPr>
      <w:r>
        <w:t>I think we are entering a new eraright now where clergy by themselves cannot solve the problem, and politicians by themselves cannot solve the problem.</w:t>
      </w:r>
    </w:p>
    <w:p>
      <w:r>
        <w:rPr>
          <w:b/>
        </w:rPr>
        <w:t xml:space="preserve">[18:22] </w:t>
      </w:r>
      <w:r>
        <w:t>There should be cooperation and share of resources in order to make the message rich, far, and wide.</w:t>
      </w:r>
    </w:p>
    <w:p>
      <w:pPr>
        <w:jc w:val="right"/>
      </w:pPr>
      <w:r>
        <w:t>There should be cooperation and share of resources in order to make the message rich, far, and wide.</w:t>
      </w:r>
    </w:p>
    <w:p>
      <w:r>
        <w:rPr>
          <w:b/>
        </w:rPr>
        <w:t xml:space="preserve">[18:34] </w:t>
      </w:r>
      <w:r>
        <w:t>I would like to say first, unfortunately, we are living in a time where you will see the rise of extremism not only among Muslims, among everybody.</w:t>
      </w:r>
    </w:p>
    <w:p>
      <w:pPr>
        <w:jc w:val="right"/>
      </w:pPr>
      <w:r>
        <w:t>I would like to say first, unfortunately, we are living in a time where you will see the rise of extremism not only among Muslims, among everybody.</w:t>
      </w:r>
    </w:p>
    <w:p>
      <w:r>
        <w:rPr>
          <w:b/>
        </w:rPr>
        <w:t xml:space="preserve">[18:47] </w:t>
      </w:r>
      <w:r>
        <w:t>And that's something not healthy for humanity. So to me, this is not a problem within the Muslim community.</w:t>
      </w:r>
    </w:p>
    <w:p>
      <w:pPr>
        <w:jc w:val="right"/>
      </w:pPr>
      <w:r>
        <w:t>And that's something not healthy for humanity. So to me, this is not a problem within the Muslim community.</w:t>
      </w:r>
    </w:p>
    <w:p>
      <w:r>
        <w:rPr>
          <w:b/>
        </w:rPr>
        <w:t xml:space="preserve">[19:00] </w:t>
      </w:r>
      <w:r>
        <w:t>This is a problem across the board. And that's a challenge for all of us when it comes to Islam</w:t>
      </w:r>
    </w:p>
    <w:p>
      <w:pPr>
        <w:jc w:val="right"/>
      </w:pPr>
      <w:r>
        <w:t>This is a problem across the board. And that's a challenge for all of us when it comes to Islam</w:t>
      </w:r>
    </w:p>
    <w:p>
      <w:r>
        <w:rPr>
          <w:b/>
        </w:rPr>
        <w:t xml:space="preserve">[19:09] </w:t>
      </w:r>
      <w:r>
        <w:t>. Of course, what I have heard is exactly how Allah Subhanahu wa Ta'ala Himself is telling Prophet Muhammad صلى الله عليه وسلم to tell the people of Mecca, "If you can prove,</w:t>
      </w:r>
    </w:p>
    <w:p>
      <w:pPr>
        <w:jc w:val="right"/>
      </w:pPr>
      <w:r>
        <w:t>. Of course, what I have heard is exactly how Allah Subhanahu wa Ta'ala Himself is telling Prophet Muhammad صلى الله عليه وسلم to tell the people of Mecca, "If you can prove,</w:t>
      </w:r>
    </w:p>
    <w:p>
      <w:r>
        <w:rPr>
          <w:b/>
        </w:rPr>
        <w:t xml:space="preserve">[19:24] </w:t>
      </w:r>
      <w:r>
        <w:t>if you can prove that there is another God, let me know, and I will be the first one to worship that other God beside Allah." In another verse, it says that whoever calls another God beside God, لا برهان له به where there is no proof</w:t>
      </w:r>
    </w:p>
    <w:p>
      <w:pPr>
        <w:jc w:val="right"/>
      </w:pPr>
      <w:r>
        <w:t>if you can prove that there is another God, let me know, and I will be the first one to worship that other God beside Allah." In another verse, it says that whoever calls another God beside God, لا برهان له به where there is no proof</w:t>
      </w:r>
    </w:p>
    <w:p>
      <w:r>
        <w:rPr>
          <w:b/>
        </w:rPr>
        <w:t xml:space="preserve">[19:52] </w:t>
      </w:r>
      <w:r>
        <w:t>. So that shows you that even Almighty is going down to the level of the people of Mecca to talk to them from their level.</w:t>
      </w:r>
    </w:p>
    <w:p>
      <w:pPr>
        <w:jc w:val="right"/>
      </w:pPr>
      <w:r>
        <w:t>. So that shows you that even Almighty is going down to the level of the people of Mecca to talk to them from their level.</w:t>
      </w:r>
    </w:p>
    <w:p>
      <w:r>
        <w:rPr>
          <w:b/>
        </w:rPr>
        <w:t xml:space="preserve">[20:01] </w:t>
      </w:r>
      <w:r>
        <w:t>That show me the proof</w:t>
      </w:r>
    </w:p>
    <w:p>
      <w:pPr>
        <w:jc w:val="right"/>
      </w:pPr>
      <w:r>
        <w:t>That show me the proof</w:t>
      </w:r>
    </w:p>
    <w:p>
      <w:r>
        <w:rPr>
          <w:b/>
        </w:rPr>
        <w:t xml:space="preserve">[20:04] </w:t>
      </w:r>
      <w:r>
        <w:t>. I think</w:t>
      </w:r>
    </w:p>
    <w:p>
      <w:pPr>
        <w:jc w:val="right"/>
      </w:pPr>
      <w:r>
        <w:t>. I think</w:t>
      </w:r>
    </w:p>
    <w:p>
      <w:r>
        <w:rPr>
          <w:b/>
        </w:rPr>
        <w:t xml:space="preserve">[20:08] </w:t>
      </w:r>
      <w:r>
        <w:t>after talking to people in Morocco, people in Egypt, in the Philippines, in Indonesia, I see the same thing.</w:t>
      </w:r>
    </w:p>
    <w:p>
      <w:pPr>
        <w:jc w:val="right"/>
      </w:pPr>
      <w:r>
        <w:t>after talking to people in Morocco, people in Egypt, in the Philippines, in Indonesia, I see the same thing.</w:t>
      </w:r>
    </w:p>
    <w:p>
      <w:r>
        <w:rPr>
          <w:b/>
        </w:rPr>
        <w:t xml:space="preserve">[20:21] </w:t>
      </w:r>
      <w:r>
        <w:t>Whoever is taking the message of Islam to extreme, really they are lacking the knowledge.</w:t>
      </w:r>
    </w:p>
    <w:p>
      <w:pPr>
        <w:jc w:val="right"/>
      </w:pPr>
      <w:r>
        <w:t>Whoever is taking the message of Islam to extreme, really they are lacking the knowledge.</w:t>
      </w:r>
    </w:p>
    <w:p>
      <w:r>
        <w:rPr>
          <w:b/>
        </w:rPr>
        <w:t xml:space="preserve">[20:32] </w:t>
      </w:r>
      <w:r>
        <w:t>I have heard with sorrow how someone would kill Americans in America, and he is Muslim,</w:t>
      </w:r>
    </w:p>
    <w:p>
      <w:pPr>
        <w:jc w:val="right"/>
      </w:pPr>
      <w:r>
        <w:t>I have heard with sorrow how someone would kill Americans in America, and he is Muslim,</w:t>
      </w:r>
    </w:p>
    <w:p>
      <w:r>
        <w:rPr>
          <w:b/>
        </w:rPr>
        <w:t xml:space="preserve">[20:53] </w:t>
      </w:r>
      <w:r>
        <w:t>claiming that what he is doing is theright way. Of course, from his perspective, if his goal is to have one of the حسنى،</w:t>
      </w:r>
    </w:p>
    <w:p>
      <w:pPr>
        <w:jc w:val="right"/>
      </w:pPr>
      <w:r>
        <w:t>claiming that what he is doing is theright way. Of course, from his perspective, if his goal is to have one of the حسنى،</w:t>
      </w:r>
    </w:p>
    <w:p>
      <w:r>
        <w:rPr>
          <w:b/>
        </w:rPr>
        <w:t xml:space="preserve">[21:07] </w:t>
      </w:r>
      <w:r>
        <w:t>إحدى الحسنيين، one of them, and if he wants to be killed, you cannot stop someone who wants to kill himself.</w:t>
      </w:r>
    </w:p>
    <w:p>
      <w:pPr>
        <w:jc w:val="right"/>
      </w:pPr>
      <w:r>
        <w:t>إحدى الحسنيين، one of them, and if he wants to be killed, you cannot stop someone who wants to kill himself.</w:t>
      </w:r>
    </w:p>
    <w:p>
      <w:r>
        <w:rPr>
          <w:b/>
        </w:rPr>
        <w:t xml:space="preserve">[21:18] </w:t>
      </w:r>
      <w:r>
        <w:t>This is a problem that we are entering an era which is a very dangerous era when the people interpret the Word of God in terms of killing.</w:t>
      </w:r>
    </w:p>
    <w:p>
      <w:pPr>
        <w:jc w:val="right"/>
      </w:pPr>
      <w:r>
        <w:t>This is a problem that we are entering an era which is a very dangerous era when the people interpret the Word of God in terms of killing.</w:t>
      </w:r>
    </w:p>
    <w:p>
      <w:r>
        <w:rPr>
          <w:b/>
        </w:rPr>
        <w:t xml:space="preserve">[21:29] </w:t>
      </w:r>
      <w:r>
        <w:t>But the point is, those who are doing these kinds of things, they are not reading the rest of the Quran, which emphasizes on حکمى، wisdom</w:t>
      </w:r>
    </w:p>
    <w:p>
      <w:pPr>
        <w:jc w:val="right"/>
      </w:pPr>
      <w:r>
        <w:t>But the point is, those who are doing these kinds of things, they are not reading the rest of the Quran, which emphasizes on حکمى، wisdom</w:t>
      </w:r>
    </w:p>
    <w:p>
      <w:r>
        <w:rPr>
          <w:b/>
        </w:rPr>
        <w:t xml:space="preserve">[21:39] </w:t>
      </w:r>
      <w:r>
        <w:t>. And Rasulullah صلى الله عليه وسلم showed us not only how to recite Quran, but also how to apply the Quran.</w:t>
      </w:r>
    </w:p>
    <w:p>
      <w:pPr>
        <w:jc w:val="right"/>
      </w:pPr>
      <w:r>
        <w:t>. And Rasulullah صلى الله عليه وسلم showed us not only how to recite Quran, but also how to apply the Quran.</w:t>
      </w:r>
    </w:p>
    <w:p>
      <w:r>
        <w:rPr>
          <w:b/>
        </w:rPr>
        <w:t xml:space="preserve">[21:49] </w:t>
      </w:r>
      <w:r>
        <w:t>And part of that application is wisdom. And حکمى is the third mission of each Prophet.</w:t>
      </w:r>
    </w:p>
    <w:p>
      <w:pPr>
        <w:jc w:val="right"/>
      </w:pPr>
      <w:r>
        <w:t>And part of that application is wisdom. And حکمى is the third mission of each Prophet.</w:t>
      </w:r>
    </w:p>
    <w:p>
      <w:r>
        <w:rPr>
          <w:b/>
        </w:rPr>
        <w:t xml:space="preserve">[22:00] </w:t>
      </w:r>
      <w:r>
        <w:t>يعلمهم الكتابة والحكمة ويُزكيهم. The goal of all the Prophets is to teach the book, the wisdom, and the purification of the heart.</w:t>
      </w:r>
    </w:p>
    <w:p>
      <w:pPr>
        <w:jc w:val="right"/>
      </w:pPr>
      <w:r>
        <w:t>يعلمهم الكتابة والحكمة ويُزكيهم. The goal of all the Prophets is to teach the book, the wisdom, and the purification of the heart.</w:t>
      </w:r>
    </w:p>
    <w:p>
      <w:r>
        <w:rPr>
          <w:b/>
        </w:rPr>
        <w:t xml:space="preserve">[22:11] </w:t>
      </w:r>
      <w:r>
        <w:t>I understand that there have been</w:t>
      </w:r>
    </w:p>
    <w:p>
      <w:pPr>
        <w:jc w:val="right"/>
      </w:pPr>
      <w:r>
        <w:t>I understand that there have been</w:t>
      </w:r>
    </w:p>
    <w:p>
      <w:r>
        <w:rPr>
          <w:b/>
        </w:rPr>
        <w:t xml:space="preserve">[22:16] </w:t>
      </w:r>
      <w:r>
        <w:t>issues. And when I see killing in Iraq, when I see killing in Afghanistan or other places, I don't see only the Muslims who are raising their voices.</w:t>
      </w:r>
    </w:p>
    <w:p>
      <w:pPr>
        <w:jc w:val="right"/>
      </w:pPr>
      <w:r>
        <w:t>issues. And when I see killing in Iraq, when I see killing in Afghanistan or other places, I don't see only the Muslims who are raising their voices.</w:t>
      </w:r>
    </w:p>
    <w:p>
      <w:r>
        <w:rPr>
          <w:b/>
        </w:rPr>
        <w:t xml:space="preserve">[22:30] </w:t>
      </w:r>
      <w:r>
        <w:t>I see also the non-Muslims raising their voices. And they are saying that this is not theright way to do business.</w:t>
      </w:r>
    </w:p>
    <w:p>
      <w:pPr>
        <w:jc w:val="right"/>
      </w:pPr>
      <w:r>
        <w:t>I see also the non-Muslims raising their voices. And they are saying that this is not theright way to do business.</w:t>
      </w:r>
    </w:p>
    <w:p>
      <w:r>
        <w:rPr>
          <w:b/>
        </w:rPr>
        <w:t xml:space="preserve">[22:40] </w:t>
      </w:r>
      <w:r>
        <w:t>And they are not pro-wars, not only the Muslims. The non-Muslims are more than the Muslims who are saying that.</w:t>
      </w:r>
    </w:p>
    <w:p>
      <w:pPr>
        <w:jc w:val="right"/>
      </w:pPr>
      <w:r>
        <w:t>And they are not pro-wars, not only the Muslims. The non-Muslims are more than the Muslims who are saying that.</w:t>
      </w:r>
    </w:p>
    <w:p>
      <w:r>
        <w:rPr>
          <w:b/>
        </w:rPr>
        <w:t xml:space="preserve">[22:51] </w:t>
      </w:r>
      <w:r>
        <w:t>And it would have been much better if you bring those issues to the table and speak about those issues and have somebody from each side to sit and talk.</w:t>
      </w:r>
    </w:p>
    <w:p>
      <w:pPr>
        <w:jc w:val="right"/>
      </w:pPr>
      <w:r>
        <w:t>And it would have been much better if you bring those issues to the table and speak about those issues and have somebody from each side to sit and talk.</w:t>
      </w:r>
    </w:p>
    <w:p>
      <w:r>
        <w:rPr>
          <w:b/>
        </w:rPr>
        <w:t xml:space="preserve">[23:11] </w:t>
      </w:r>
      <w:r>
        <w:t>So at the end of the day,</w:t>
      </w:r>
    </w:p>
    <w:p>
      <w:pPr>
        <w:jc w:val="right"/>
      </w:pPr>
      <w:r>
        <w:t>So at the end of the day,</w:t>
      </w:r>
    </w:p>
    <w:p>
      <w:r>
        <w:rPr>
          <w:b/>
        </w:rPr>
        <w:t xml:space="preserve">[23:16] </w:t>
      </w:r>
      <w:r>
        <w:t>more violence will bring bigger violence. And it will be a cycle of violence. Unless, I mean, we have seen that between the Palestinians and the Israelis.</w:t>
      </w:r>
    </w:p>
    <w:p>
      <w:pPr>
        <w:jc w:val="right"/>
      </w:pPr>
      <w:r>
        <w:t>more violence will bring bigger violence. And it will be a cycle of violence. Unless, I mean, we have seen that between the Palestinians and the Israelis.</w:t>
      </w:r>
    </w:p>
    <w:p>
      <w:r>
        <w:rPr>
          <w:b/>
        </w:rPr>
        <w:t xml:space="preserve">[23:30] </w:t>
      </w:r>
      <w:r>
        <w:t>We are seeing that in other places. Unless</w:t>
      </w:r>
    </w:p>
    <w:p>
      <w:pPr>
        <w:jc w:val="right"/>
      </w:pPr>
      <w:r>
        <w:t>We are seeing that in other places. Unless</w:t>
      </w:r>
    </w:p>
    <w:p>
      <w:r>
        <w:rPr>
          <w:b/>
        </w:rPr>
        <w:t xml:space="preserve">[23:36] </w:t>
      </w:r>
      <w:r>
        <w:t>we bring all the issues on the table</w:t>
      </w:r>
    </w:p>
    <w:p>
      <w:pPr>
        <w:jc w:val="right"/>
      </w:pPr>
      <w:r>
        <w:t>we bring all the issues on the table</w:t>
      </w:r>
    </w:p>
    <w:p>
      <w:r>
        <w:rPr>
          <w:b/>
        </w:rPr>
        <w:t xml:space="preserve">[23:40] </w:t>
      </w:r>
      <w:r>
        <w:t>. And we are living in a time where there is media today. And things are clear. No more top secrets. With YouTube and with Facebook, people have access to all these kinds of media.</w:t>
      </w:r>
    </w:p>
    <w:p>
      <w:pPr>
        <w:jc w:val="right"/>
      </w:pPr>
      <w:r>
        <w:t>. And we are living in a time where there is media today. And things are clear. No more top secrets. With YouTube and with Facebook, people have access to all these kinds of media.</w:t>
      </w:r>
    </w:p>
    <w:p>
      <w:r>
        <w:rPr>
          <w:b/>
        </w:rPr>
        <w:t xml:space="preserve">[24:01] </w:t>
      </w:r>
      <w:r>
        <w:t>So it's just the voices who are trying to apply the wisdom and the Word of God are those who are going to have the upper hand, even if there has been something which is absolutely wrong.</w:t>
      </w:r>
    </w:p>
    <w:p>
      <w:pPr>
        <w:jc w:val="right"/>
      </w:pPr>
      <w:r>
        <w:t>So it's just the voices who are trying to apply the wisdom and the Word of God are those who are going to have the upper hand, even if there has been something which is absolutely wrong.</w:t>
      </w:r>
    </w:p>
    <w:p>
      <w:r>
        <w:rPr>
          <w:b/>
        </w:rPr>
        <w:t xml:space="preserve">[24:29] </w:t>
      </w:r>
      <w:r>
        <w:t>But how you address that wrong, do you address it in a way where you get more wrong?</w:t>
      </w:r>
    </w:p>
    <w:p>
      <w:pPr>
        <w:jc w:val="right"/>
      </w:pPr>
      <w:r>
        <w:t>But how you address that wrong, do you address it in a way where you get more wrong?</w:t>
      </w:r>
    </w:p>
    <w:p>
      <w:r>
        <w:rPr>
          <w:b/>
        </w:rPr>
        <w:t xml:space="preserve">[24:42] </w:t>
      </w:r>
      <w:r>
        <w:t>So I agree with you that this is something you are not going to have a solution for it unless you have more and more activities, more and more programs.</w:t>
      </w:r>
    </w:p>
    <w:p>
      <w:pPr>
        <w:jc w:val="right"/>
      </w:pPr>
      <w:r>
        <w:t>So I agree with you that this is something you are not going to have a solution for it unless you have more and more activities, more and more programs.</w:t>
      </w:r>
    </w:p>
    <w:p>
      <w:r>
        <w:rPr>
          <w:b/>
        </w:rPr>
        <w:t xml:space="preserve">[24:56] </w:t>
      </w:r>
      <w:r>
        <w:t>You engage everybody. For me, as someone who is living in America, when I speak to the Americans themselves, some of them, they have really pure ignorance about what's going on.</w:t>
      </w:r>
    </w:p>
    <w:p>
      <w:pPr>
        <w:jc w:val="right"/>
      </w:pPr>
      <w:r>
        <w:t>You engage everybody. For me, as someone who is living in America, when I speak to the Americans themselves, some of them, they have really pure ignorance about what's going on.</w:t>
      </w:r>
    </w:p>
    <w:p>
      <w:r>
        <w:rPr>
          <w:b/>
        </w:rPr>
        <w:t xml:space="preserve">[25:12] </w:t>
      </w:r>
      <w:r>
        <w:t>They truly believe that Islam is the religion of violence or the religion which encourages its followers to kill.</w:t>
      </w:r>
    </w:p>
    <w:p>
      <w:pPr>
        <w:jc w:val="right"/>
      </w:pPr>
      <w:r>
        <w:t>They truly believe that Islam is the religion of violence or the religion which encourages its followers to kill.</w:t>
      </w:r>
    </w:p>
    <w:p>
      <w:r>
        <w:rPr>
          <w:b/>
        </w:rPr>
        <w:t xml:space="preserve">[25:22] </w:t>
      </w:r>
      <w:r>
        <w:t>But when we have those meetings and those programs where people sit together and they meet one another and they talk, they themselves, they see a lot of things different.</w:t>
      </w:r>
    </w:p>
    <w:p>
      <w:pPr>
        <w:jc w:val="right"/>
      </w:pPr>
      <w:r>
        <w:t>But when we have those meetings and those programs where people sit together and they meet one another and they talk, they themselves, they see a lot of things different.</w:t>
      </w:r>
    </w:p>
    <w:p>
      <w:r>
        <w:rPr>
          <w:b/>
        </w:rPr>
        <w:t xml:space="preserve">[25:36] </w:t>
      </w:r>
      <w:r>
        <w:t>The same way when I travel to other Arab countries and Muslim countries and I see people have hatred toward America, and I tell them, "Which America you</w:t>
      </w:r>
    </w:p>
    <w:p>
      <w:pPr>
        <w:jc w:val="right"/>
      </w:pPr>
      <w:r>
        <w:t>The same way when I travel to other Arab countries and Muslim countries and I see people have hatred toward America, and I tell them, "Which America you</w:t>
      </w:r>
    </w:p>
    <w:p>
      <w:r>
        <w:rPr>
          <w:b/>
        </w:rPr>
        <w:t xml:space="preserve">[25:45] </w:t>
      </w:r>
      <w:r>
        <w:t>are talking about?" Because everywhere there is positive and negative. So when I share with them my activities, other Imams' activities, other members of the Muslim communities, and their activities, things definitely change.</w:t>
      </w:r>
    </w:p>
    <w:p>
      <w:pPr>
        <w:jc w:val="right"/>
      </w:pPr>
      <w:r>
        <w:t>are talking about?" Because everywhere there is positive and negative. So when I share with them my activities, other Imams' activities, other members of the Muslim communities, and their activities, things definitely change.</w:t>
      </w:r>
    </w:p>
    <w:p>
      <w:r>
        <w:rPr>
          <w:b/>
        </w:rPr>
        <w:t xml:space="preserve">[26:05] </w:t>
      </w:r>
      <w:r>
        <w:t>So I think we are reaching a time where from one side you will have a lot of advancements of media which help to bring the world together.</w:t>
      </w:r>
    </w:p>
    <w:p>
      <w:pPr>
        <w:jc w:val="right"/>
      </w:pPr>
      <w:r>
        <w:t>So I think we are reaching a time where from one side you will have a lot of advancements of media which help to bring the world together.</w:t>
      </w:r>
    </w:p>
    <w:p>
      <w:r>
        <w:rPr>
          <w:b/>
        </w:rPr>
        <w:t xml:space="preserve">[26:18] </w:t>
      </w:r>
      <w:r>
        <w:t>And on the other hand, we are seeing the growth of ignorance because of lack of interaction between</w:t>
      </w:r>
    </w:p>
    <w:p>
      <w:pPr>
        <w:jc w:val="right"/>
      </w:pPr>
      <w:r>
        <w:t>And on the other hand, we are seeing the growth of ignorance because of lack of interaction between</w:t>
      </w:r>
    </w:p>
    <w:p>
      <w:r>
        <w:rPr>
          <w:b/>
        </w:rPr>
        <w:t xml:space="preserve">[26:30] </w:t>
      </w:r>
      <w:r>
        <w:t>the people themselves. And I just hope that more and more programs and more and more activities and outreach programs from the people of the East toward the West and from the people of the West toward the people of the East, vice versa.</w:t>
      </w:r>
    </w:p>
    <w:p>
      <w:pPr>
        <w:jc w:val="right"/>
      </w:pPr>
      <w:r>
        <w:t>the people themselves. And I just hope that more and more programs and more and more activities and outreach programs from the people of the East toward the West and from the people of the West toward the people of the East, vice versa.</w:t>
      </w:r>
    </w:p>
    <w:p>
      <w:r>
        <w:rPr>
          <w:b/>
        </w:rPr>
        <w:t xml:space="preserve">[26:52] </w:t>
      </w:r>
      <w:r>
        <w:t>Unless we have these kinds of programs, unfortunately, we will see ignorance and ignorant people are going to continue having a louder voice.</w:t>
      </w:r>
    </w:p>
    <w:p>
      <w:pPr>
        <w:jc w:val="right"/>
      </w:pPr>
      <w:r>
        <w:t>Unless we have these kinds of programs, unfortunately, we will see ignorance and ignorant people are going to continue having a louder voice.</w:t>
      </w:r>
    </w:p>
    <w:p>
      <w:r>
        <w:rPr>
          <w:b/>
        </w:rPr>
        <w:t xml:space="preserve">[27:09] </w:t>
      </w:r>
      <w:r>
        <w:t>Thank you.</w:t>
      </w:r>
    </w:p>
    <w:p>
      <w:pPr>
        <w:jc w:val="right"/>
      </w:pPr>
      <w:r>
        <w:t>Thank you.</w:t>
      </w:r>
    </w:p>
    <w:p>
      <w:r>
        <w:rPr>
          <w:b/>
        </w:rPr>
        <w:t xml:space="preserve">[27:15] </w:t>
      </w:r>
      <w:r>
        <w:t>No, floor is open. Yes. For discussion. Yeah, I would just like to add what Maulana was mentioning about ideology versus ideology.</w:t>
      </w:r>
    </w:p>
    <w:p>
      <w:pPr>
        <w:jc w:val="right"/>
      </w:pPr>
      <w:r>
        <w:t>No, floor is open. Yes. For discussion. Yeah, I would just like to add what Maulana was mentioning about ideology versus ideology.</w:t>
      </w:r>
    </w:p>
    <w:p>
      <w:r>
        <w:rPr>
          <w:b/>
        </w:rPr>
        <w:t xml:space="preserve">[27:29] </w:t>
      </w:r>
      <w:r>
        <w:t>We've seen the practical result of this happening at various parts of the world because we have an informal network of CPS International where workers not only in India, but in the US, in the Middle East, and in other parts of the world are taking his ideology forward to the opinion makers and to the large sections of the society who can shape the minds of those jihadis or those people who have a negative bent of mind.</w:t>
      </w:r>
    </w:p>
    <w:p>
      <w:pPr>
        <w:jc w:val="right"/>
      </w:pPr>
      <w:r>
        <w:t>We've seen the practical result of this happening at various parts of the world because we have an informal network of CPS International where workers not only in India, but in the US, in the Middle East, and in other parts of the world are taking his ideology forward to the opinion makers and to the large sections of the society who can shape the minds of those jihadis or those people who have a negative bent of mind.</w:t>
      </w:r>
    </w:p>
    <w:p>
      <w:r>
        <w:rPr>
          <w:b/>
        </w:rPr>
        <w:t xml:space="preserve">[27:59] </w:t>
      </w:r>
      <w:r>
        <w:t>A case in point is Kashmir, which is part of India, and where Maulana Sahib has been working tirelessly for many decades. And there, if you visit Kashmir and if you ask people out there, they will say that earlier the bent of mind was that jihad is the way.</w:t>
      </w:r>
    </w:p>
    <w:p>
      <w:pPr>
        <w:jc w:val="right"/>
      </w:pPr>
      <w:r>
        <w:t>A case in point is Kashmir, which is part of India, and where Maulana Sahib has been working tirelessly for many decades. And there, if you visit Kashmir and if you ask people out there, they will say that earlier the bent of mind was that jihad is the way.</w:t>
      </w:r>
    </w:p>
    <w:p>
      <w:r>
        <w:rPr>
          <w:b/>
        </w:rPr>
        <w:t xml:space="preserve">[28:19] </w:t>
      </w:r>
      <w:r>
        <w:t>But today they say openly that it is because of Maulana Sahib's ideology that we have been saved because they were trained to be suicide bombers.</w:t>
      </w:r>
    </w:p>
    <w:p>
      <w:pPr>
        <w:jc w:val="right"/>
      </w:pPr>
      <w:r>
        <w:t>But today they say openly that it is because of Maulana Sahib's ideology that we have been saved because they were trained to be suicide bombers.</w:t>
      </w:r>
    </w:p>
    <w:p>
      <w:r>
        <w:rPr>
          <w:b/>
        </w:rPr>
        <w:t xml:space="preserve">[28:28] </w:t>
      </w:r>
      <w:r>
        <w:t>They were trained to go and blow people up</w:t>
      </w:r>
    </w:p>
    <w:p>
      <w:pPr>
        <w:jc w:val="right"/>
      </w:pPr>
      <w:r>
        <w:t>They were trained to go and blow people up</w:t>
      </w:r>
    </w:p>
    <w:p>
      <w:r>
        <w:rPr>
          <w:b/>
        </w:rPr>
        <w:t xml:space="preserve">[28:31] </w:t>
      </w:r>
      <w:r>
        <w:t>. And now many of them, fortunately, Alhamdulillah, they have taken to the fields of education and various other activities which are contributing to the society.</w:t>
      </w:r>
    </w:p>
    <w:p>
      <w:pPr>
        <w:jc w:val="right"/>
      </w:pPr>
      <w:r>
        <w:t>. And now many of them, fortunately, Alhamdulillah, they have taken to the fields of education and various other activities which are contributing to the society.</w:t>
      </w:r>
    </w:p>
    <w:p>
      <w:r>
        <w:rPr>
          <w:b/>
        </w:rPr>
        <w:t xml:space="preserve">[28:43] </w:t>
      </w:r>
      <w:r>
        <w:t>So it is his firm belief that unless we re-engineer their mind, like he gave the example of UNESCO, that violence begins from mind.</w:t>
      </w:r>
    </w:p>
    <w:p>
      <w:pPr>
        <w:jc w:val="right"/>
      </w:pPr>
      <w:r>
        <w:t>So it is his firm belief that unless we re-engineer their mind, like he gave the example of UNESCO, that violence begins from mind.</w:t>
      </w:r>
    </w:p>
    <w:p>
      <w:r>
        <w:rPr>
          <w:b/>
        </w:rPr>
        <w:t xml:space="preserve">[28:53] </w:t>
      </w:r>
      <w:r>
        <w:t>So it is a mind that we have to change. So we are seeing this result</w:t>
      </w:r>
    </w:p>
    <w:p>
      <w:pPr>
        <w:jc w:val="right"/>
      </w:pPr>
      <w:r>
        <w:t>So it is a mind that we have to change. So we are seeing this result</w:t>
      </w:r>
    </w:p>
    <w:p>
      <w:r>
        <w:rPr>
          <w:b/>
        </w:rPr>
        <w:t xml:space="preserve">[28:59] </w:t>
      </w:r>
      <w:r>
        <w:t>. We've seen it in India. We've seen it in other parts of the world. We've been getting very good responses. And two years back, he was invited by Shimon Peres, and in a private meeting, he also gave his recommendation on how to resolve Middle East conflict resolution.</w:t>
      </w:r>
    </w:p>
    <w:p>
      <w:pPr>
        <w:jc w:val="right"/>
      </w:pPr>
      <w:r>
        <w:t>. We've seen it in India. We've seen it in other parts of the world. We've been getting very good responses. And two years back, he was invited by Shimon Peres, and in a private meeting, he also gave his recommendation on how to resolve Middle East conflict resolution.</w:t>
      </w:r>
    </w:p>
    <w:p>
      <w:r>
        <w:rPr>
          <w:b/>
        </w:rPr>
        <w:t xml:space="preserve">[29:16] </w:t>
      </w:r>
      <w:r>
        <w:t>So that is just one example which I thought I would share to just give a practical example that, yes, we have found success and we have to do it in a larger area, in a global sphere.</w:t>
      </w:r>
    </w:p>
    <w:p>
      <w:pPr>
        <w:jc w:val="right"/>
      </w:pPr>
      <w:r>
        <w:t>So that is just one example which I thought I would share to just give a practical example that, yes, we have found success and we have to do it in a larger area, in a global sphere.</w:t>
      </w:r>
    </w:p>
    <w:p>
      <w:r>
        <w:rPr>
          <w:b/>
        </w:rPr>
        <w:t xml:space="preserve">[29:31] </w:t>
      </w:r>
      <w:r>
        <w:t>But it is important that we take theright literature and theright ideology so that it addresses their mind</w:t>
      </w:r>
    </w:p>
    <w:p>
      <w:pPr>
        <w:jc w:val="right"/>
      </w:pPr>
      <w:r>
        <w:t>But it is important that we take theright literature and theright ideology so that it addresses their mind</w:t>
      </w:r>
    </w:p>
    <w:p>
      <w:r>
        <w:rPr>
          <w:b/>
        </w:rPr>
        <w:t xml:space="preserve">[29:38] </w:t>
      </w:r>
      <w:r>
        <w:t>. It should not be because today the literature is there, but there's no clarity. People read it and they say at the end of it, "So what?" So it is very important that we give them theright literature, theright books, which confirms the belief of peace and to the culture of peace.</w:t>
      </w:r>
    </w:p>
    <w:p>
      <w:pPr>
        <w:jc w:val="right"/>
      </w:pPr>
      <w:r>
        <w:t>. It should not be because today the literature is there, but there's no clarity. People read it and they say at the end of it, "So what?" So it is very important that we give them theright literature, theright books, which confirms the belief of peace and to the culture of peace.</w:t>
      </w:r>
    </w:p>
    <w:p>
      <w:r>
        <w:rPr>
          <w:b/>
        </w:rPr>
        <w:t xml:space="preserve">[30:00] </w:t>
      </w:r>
      <w:r>
        <w:t>Anything that you want to add? I have a question to</w:t>
      </w:r>
    </w:p>
    <w:p>
      <w:pPr>
        <w:jc w:val="right"/>
      </w:pPr>
      <w:r>
        <w:t>Anything that you want to add? I have a question to</w:t>
      </w:r>
    </w:p>
    <w:p>
      <w:r>
        <w:rPr>
          <w:b/>
        </w:rPr>
        <w:t xml:space="preserve">[30:04] </w:t>
      </w:r>
      <w:r>
        <w:t>ask. Yeah. So you were talking about the fact that talks need to be—Please your name.</w:t>
      </w:r>
    </w:p>
    <w:p>
      <w:pPr>
        <w:jc w:val="right"/>
      </w:pPr>
      <w:r>
        <w:t>ask. Yeah. So you were talking about the fact that talks need to be—Please your name.</w:t>
      </w:r>
    </w:p>
    <w:p>
      <w:r>
        <w:rPr>
          <w:b/>
        </w:rPr>
        <w:t xml:space="preserve">[30:13] </w:t>
      </w:r>
      <w:r>
        <w:t>I'm Saadiya Khan, and I'm a student. So you were talking about the fact that talks need to be—I mean, both sides, both parties need to engage themselves in talks.</w:t>
      </w:r>
    </w:p>
    <w:p>
      <w:pPr>
        <w:jc w:val="right"/>
      </w:pPr>
      <w:r>
        <w:t>I'm Saadiya Khan, and I'm a student. So you were talking about the fact that talks need to be—I mean, both sides, both parties need to engage themselves in talks.</w:t>
      </w:r>
    </w:p>
    <w:p>
      <w:r>
        <w:rPr>
          <w:b/>
        </w:rPr>
        <w:t xml:space="preserve">[30:27] </w:t>
      </w:r>
      <w:r>
        <w:t>But from my understanding, I mean, both the sides have been in talks for a very long time, and we do not see any solution coming out of it.</w:t>
      </w:r>
    </w:p>
    <w:p>
      <w:pPr>
        <w:jc w:val="right"/>
      </w:pPr>
      <w:r>
        <w:t>But from my understanding, I mean, both the sides have been in talks for a very long time, and we do not see any solution coming out of it.</w:t>
      </w:r>
    </w:p>
    <w:p>
      <w:r>
        <w:rPr>
          <w:b/>
        </w:rPr>
        <w:t xml:space="preserve">[30:36] </w:t>
      </w:r>
      <w:r>
        <w:t>So</w:t>
      </w:r>
    </w:p>
    <w:p>
      <w:pPr>
        <w:jc w:val="right"/>
      </w:pPr>
      <w:r>
        <w:t>So</w:t>
      </w:r>
    </w:p>
    <w:p>
      <w:r>
        <w:rPr>
          <w:b/>
        </w:rPr>
        <w:t xml:space="preserve">[30:37] </w:t>
      </w:r>
      <w:r>
        <w:t>don't you think that it is time now for us to do something different or something more than just engage in talks?</w:t>
      </w:r>
    </w:p>
    <w:p>
      <w:pPr>
        <w:jc w:val="right"/>
      </w:pPr>
      <w:r>
        <w:t>don't you think that it is time now for us to do something different or something more than just engage in talks?</w:t>
      </w:r>
    </w:p>
    <w:p>
      <w:r>
        <w:rPr>
          <w:b/>
        </w:rPr>
        <w:t xml:space="preserve">[30:49] </w:t>
      </w:r>
      <w:r>
        <w:t>Thank you. I'm sorry.</w:t>
      </w:r>
    </w:p>
    <w:p>
      <w:pPr>
        <w:jc w:val="right"/>
      </w:pPr>
      <w:r>
        <w:t>Thank you. I'm sorry.</w:t>
      </w:r>
    </w:p>
    <w:p>
      <w:r>
        <w:rPr>
          <w:b/>
        </w:rPr>
        <w:t xml:space="preserve">[30:56] </w:t>
      </w:r>
      <w:r>
        <w:t>I don't think before there have been enough talks at all.</w:t>
      </w:r>
    </w:p>
    <w:p>
      <w:pPr>
        <w:jc w:val="right"/>
      </w:pPr>
      <w:r>
        <w:t>I don't think before there have been enough talks at all.</w:t>
      </w:r>
    </w:p>
    <w:p>
      <w:r>
        <w:rPr>
          <w:b/>
        </w:rPr>
        <w:t xml:space="preserve">[31:03] </w:t>
      </w:r>
      <w:r>
        <w:t>I think it was very minimal.</w:t>
      </w:r>
    </w:p>
    <w:p>
      <w:pPr>
        <w:jc w:val="right"/>
      </w:pPr>
      <w:r>
        <w:t>I think it was very minimal.</w:t>
      </w:r>
    </w:p>
    <w:p>
      <w:r>
        <w:rPr>
          <w:b/>
        </w:rPr>
        <w:t xml:space="preserve">[31:08] </w:t>
      </w:r>
      <w:r>
        <w:t>And if you read how</w:t>
      </w:r>
    </w:p>
    <w:p>
      <w:pPr>
        <w:jc w:val="right"/>
      </w:pPr>
      <w:r>
        <w:t>And if you read how</w:t>
      </w:r>
    </w:p>
    <w:p>
      <w:r>
        <w:rPr>
          <w:b/>
        </w:rPr>
        <w:t xml:space="preserve">[31:11] </w:t>
      </w:r>
      <w:r>
        <w:t>in the 20th century things developed after the British left and the French left,</w:t>
      </w:r>
    </w:p>
    <w:p>
      <w:pPr>
        <w:jc w:val="right"/>
      </w:pPr>
      <w:r>
        <w:t>in the 20th century things developed after the British left and the French left,</w:t>
      </w:r>
    </w:p>
    <w:p>
      <w:r>
        <w:rPr>
          <w:b/>
        </w:rPr>
        <w:t xml:space="preserve">[31:19] </w:t>
      </w:r>
      <w:r>
        <w:t>and if you read after the Cold War</w:t>
      </w:r>
    </w:p>
    <w:p>
      <w:pPr>
        <w:jc w:val="right"/>
      </w:pPr>
      <w:r>
        <w:t>and if you read after the Cold War</w:t>
      </w:r>
    </w:p>
    <w:p>
      <w:r>
        <w:rPr>
          <w:b/>
        </w:rPr>
        <w:t xml:space="preserve">[31:24] </w:t>
      </w:r>
      <w:r>
        <w:t>and developments between</w:t>
      </w:r>
    </w:p>
    <w:p>
      <w:pPr>
        <w:jc w:val="right"/>
      </w:pPr>
      <w:r>
        <w:t>and developments between</w:t>
      </w:r>
    </w:p>
    <w:p>
      <w:r>
        <w:rPr>
          <w:b/>
        </w:rPr>
        <w:t xml:space="preserve">[31:30] </w:t>
      </w:r>
      <w:r>
        <w:t>America and the Muslim world in general,</w:t>
      </w:r>
    </w:p>
    <w:p>
      <w:pPr>
        <w:jc w:val="right"/>
      </w:pPr>
      <w:r>
        <w:t>America and the Muslim world in general,</w:t>
      </w:r>
    </w:p>
    <w:p>
      <w:r>
        <w:rPr>
          <w:b/>
        </w:rPr>
        <w:t xml:space="preserve">[31:35] </w:t>
      </w:r>
      <w:r>
        <w:t>really there have been books, but not all the people read.</w:t>
      </w:r>
    </w:p>
    <w:p>
      <w:pPr>
        <w:jc w:val="right"/>
      </w:pPr>
      <w:r>
        <w:t>really there have been books, but not all the people read.</w:t>
      </w:r>
    </w:p>
    <w:p>
      <w:r>
        <w:rPr>
          <w:b/>
        </w:rPr>
        <w:t xml:space="preserve">[31:40] </w:t>
      </w:r>
      <w:r>
        <w:t>And then there has been migration from the different countries around the world, and the majority are Muslims also.</w:t>
      </w:r>
    </w:p>
    <w:p>
      <w:pPr>
        <w:jc w:val="right"/>
      </w:pPr>
      <w:r>
        <w:t>And then there has been migration from the different countries around the world, and the majority are Muslims also.</w:t>
      </w:r>
    </w:p>
    <w:p>
      <w:r>
        <w:rPr>
          <w:b/>
        </w:rPr>
        <w:t xml:space="preserve">[31:52] </w:t>
      </w:r>
      <w:r>
        <w:t>There has been a lot of migration to America, and in America, not so many circles of</w:t>
      </w:r>
    </w:p>
    <w:p>
      <w:pPr>
        <w:jc w:val="right"/>
      </w:pPr>
      <w:r>
        <w:t>There has been a lot of migration to America, and in America, not so many circles of</w:t>
      </w:r>
    </w:p>
    <w:p>
      <w:r>
        <w:rPr>
          <w:b/>
        </w:rPr>
        <w:t xml:space="preserve">[32:03] </w:t>
      </w:r>
      <w:r>
        <w:t>knowledge unless if you will go to university. I'm talking before 9/11.</w:t>
      </w:r>
    </w:p>
    <w:p>
      <w:pPr>
        <w:jc w:val="right"/>
      </w:pPr>
      <w:r>
        <w:t>knowledge unless if you will go to university. I'm talking before 9/11.</w:t>
      </w:r>
    </w:p>
    <w:p>
      <w:r>
        <w:rPr>
          <w:b/>
        </w:rPr>
        <w:t xml:space="preserve">[32:09] </w:t>
      </w:r>
      <w:r>
        <w:t>The interfaith activities were not as famous. A lot of things started after 9/11</w:t>
      </w:r>
    </w:p>
    <w:p>
      <w:pPr>
        <w:jc w:val="right"/>
      </w:pPr>
      <w:r>
        <w:t>The interfaith activities were not as famous. A lot of things started after 9/11</w:t>
      </w:r>
    </w:p>
    <w:p>
      <w:r>
        <w:rPr>
          <w:b/>
        </w:rPr>
        <w:t xml:space="preserve">[32:16] </w:t>
      </w:r>
      <w:r>
        <w:t>. It was not before. Before, there have been some activities here and there, but there has been an overall ignorance in the West toward</w:t>
      </w:r>
    </w:p>
    <w:p>
      <w:pPr>
        <w:jc w:val="right"/>
      </w:pPr>
      <w:r>
        <w:t>. It was not before. Before, there have been some activities here and there, but there has been an overall ignorance in the West toward</w:t>
      </w:r>
    </w:p>
    <w:p>
      <w:r>
        <w:rPr>
          <w:b/>
        </w:rPr>
        <w:t xml:space="preserve">[32:35] </w:t>
      </w:r>
      <w:r>
        <w:t>Muslims, issues in the Middle East. A lot of people started studying more after 9/11</w:t>
      </w:r>
    </w:p>
    <w:p>
      <w:pPr>
        <w:jc w:val="right"/>
      </w:pPr>
      <w:r>
        <w:t>Muslims, issues in the Middle East. A lot of people started studying more after 9/11</w:t>
      </w:r>
    </w:p>
    <w:p>
      <w:r>
        <w:rPr>
          <w:b/>
        </w:rPr>
        <w:t xml:space="preserve">[32:44] </w:t>
      </w:r>
      <w:r>
        <w:t>. It is unfortunate, but this is reality. So from my perspective also, it is very important to educate people in the United States and people in the West in general because the media has been doing not a good job all the time by presenting the true message of Islam, which is peace and love,</w:t>
      </w:r>
    </w:p>
    <w:p>
      <w:pPr>
        <w:jc w:val="right"/>
      </w:pPr>
      <w:r>
        <w:t>. It is unfortunate, but this is reality. So from my perspective also, it is very important to educate people in the United States and people in the West in general because the media has been doing not a good job all the time by presenting the true message of Islam, which is peace and love,</w:t>
      </w:r>
    </w:p>
    <w:p>
      <w:r>
        <w:rPr>
          <w:b/>
        </w:rPr>
        <w:t xml:space="preserve">[33:13] </w:t>
      </w:r>
      <w:r>
        <w:t>but really was more interested in conflict and what's going on.</w:t>
      </w:r>
    </w:p>
    <w:p>
      <w:pPr>
        <w:jc w:val="right"/>
      </w:pPr>
      <w:r>
        <w:t>but really was more interested in conflict and what's going on.</w:t>
      </w:r>
    </w:p>
    <w:p>
      <w:r>
        <w:rPr>
          <w:b/>
        </w:rPr>
        <w:t xml:space="preserve">[33:19] </w:t>
      </w:r>
      <w:r>
        <w:t>I don't think we have done enough in terms of educating people in the West and especially in the United States.</w:t>
      </w:r>
    </w:p>
    <w:p>
      <w:pPr>
        <w:jc w:val="right"/>
      </w:pPr>
      <w:r>
        <w:t>I don't think we have done enough in terms of educating people in the West and especially in the United States.</w:t>
      </w:r>
    </w:p>
    <w:p>
      <w:r>
        <w:rPr>
          <w:b/>
        </w:rPr>
        <w:t xml:space="preserve">[33:31] </w:t>
      </w:r>
      <w:r>
        <w:t>I don't think there was enough interfaith before. And after 9/11, the hatred which was in that part of the world due to certain elements of the foreign policies,</w:t>
      </w:r>
    </w:p>
    <w:p>
      <w:pPr>
        <w:jc w:val="right"/>
      </w:pPr>
      <w:r>
        <w:t>I don't think there was enough interfaith before. And after 9/11, the hatred which was in that part of the world due to certain elements of the foreign policies,</w:t>
      </w:r>
    </w:p>
    <w:p>
      <w:r>
        <w:rPr>
          <w:b/>
        </w:rPr>
        <w:t xml:space="preserve">[33:48] </w:t>
      </w:r>
      <w:r>
        <w:t>which they saw one side and they didn't see the whole picture</w:t>
      </w:r>
    </w:p>
    <w:p>
      <w:pPr>
        <w:jc w:val="right"/>
      </w:pPr>
      <w:r>
        <w:t>which they saw one side and they didn't see the whole picture</w:t>
      </w:r>
    </w:p>
    <w:p>
      <w:r>
        <w:rPr>
          <w:b/>
        </w:rPr>
        <w:t xml:space="preserve">[33:54] </w:t>
      </w:r>
      <w:r>
        <w:t>. So</w:t>
      </w:r>
    </w:p>
    <w:p>
      <w:pPr>
        <w:jc w:val="right"/>
      </w:pPr>
      <w:r>
        <w:t>. So</w:t>
      </w:r>
    </w:p>
    <w:p>
      <w:r>
        <w:rPr>
          <w:b/>
        </w:rPr>
        <w:t xml:space="preserve">[33:58] </w:t>
      </w:r>
      <w:r>
        <w:t>there has been a lot of ignorance before. And then sometimes the media is just playing on the ignorance of the people on both sides.</w:t>
      </w:r>
    </w:p>
    <w:p>
      <w:pPr>
        <w:jc w:val="right"/>
      </w:pPr>
      <w:r>
        <w:t>there has been a lot of ignorance before. And then sometimes the media is just playing on the ignorance of the people on both sides.</w:t>
      </w:r>
    </w:p>
    <w:p>
      <w:r>
        <w:rPr>
          <w:b/>
        </w:rPr>
        <w:t xml:space="preserve">[34:10] </w:t>
      </w:r>
      <w:r>
        <w:t>And from my perspective, there should be sincere efforts, whether the media is interested to cover these efforts or not interested to cover these efforts.</w:t>
      </w:r>
    </w:p>
    <w:p>
      <w:pPr>
        <w:jc w:val="right"/>
      </w:pPr>
      <w:r>
        <w:t>And from my perspective, there should be sincere efforts, whether the media is interested to cover these efforts or not interested to cover these efforts.</w:t>
      </w:r>
    </w:p>
    <w:p>
      <w:r>
        <w:rPr>
          <w:b/>
        </w:rPr>
        <w:t xml:space="preserve">[34:21] </w:t>
      </w:r>
      <w:r>
        <w:t>But I'm talking about the work of educating both sides. When I travel and I speak about the reality of Muslim life in America, and I do mention that, yes, there are some incidents which are so sad and negative.</w:t>
      </w:r>
    </w:p>
    <w:p>
      <w:pPr>
        <w:jc w:val="right"/>
      </w:pPr>
      <w:r>
        <w:t>But I'm talking about the work of educating both sides. When I travel and I speak about the reality of Muslim life in America, and I do mention that, yes, there are some incidents which are so sad and negative.</w:t>
      </w:r>
    </w:p>
    <w:p>
      <w:r>
        <w:rPr>
          <w:b/>
        </w:rPr>
        <w:t xml:space="preserve">[34:37] </w:t>
      </w:r>
      <w:r>
        <w:t>I mean, just recently, people have been throwing bombs on different mosques in the United States. Just a couple of days ago, I've been reading that on the internet.</w:t>
      </w:r>
    </w:p>
    <w:p>
      <w:pPr>
        <w:jc w:val="right"/>
      </w:pPr>
      <w:r>
        <w:t>I mean, just recently, people have been throwing bombs on different mosques in the United States. Just a couple of days ago, I've been reading that on the internet.</w:t>
      </w:r>
    </w:p>
    <w:p>
      <w:r>
        <w:rPr>
          <w:b/>
        </w:rPr>
        <w:t xml:space="preserve">[34:46] </w:t>
      </w:r>
      <w:r>
        <w:t>Of course, there has been certain rhetoric, a hate rhetoric toward Islam and Muslims in America, the same, but not from all Americans,</w:t>
      </w:r>
    </w:p>
    <w:p>
      <w:pPr>
        <w:jc w:val="right"/>
      </w:pPr>
      <w:r>
        <w:t>Of course, there has been certain rhetoric, a hate rhetoric toward Islam and Muslims in America, the same, but not from all Americans,</w:t>
      </w:r>
    </w:p>
    <w:p>
      <w:r>
        <w:rPr>
          <w:b/>
        </w:rPr>
        <w:t xml:space="preserve">[35:01] </w:t>
      </w:r>
      <w:r>
        <w:t>some</w:t>
      </w:r>
    </w:p>
    <w:p>
      <w:pPr>
        <w:jc w:val="right"/>
      </w:pPr>
      <w:r>
        <w:t>some</w:t>
      </w:r>
    </w:p>
    <w:p>
      <w:r>
        <w:rPr>
          <w:b/>
        </w:rPr>
        <w:t xml:space="preserve">[35:02] </w:t>
      </w:r>
      <w:r>
        <w:t>Americans. So this is a problem. To me, this is a problem because we have American soldiers who are dying, and then we have some people in America who are saying something false, and the Arab media and the Muslim media is interested to cover that kind of ignorance also, which is fueling more problems in the Arab and the Muslim world.</w:t>
      </w:r>
    </w:p>
    <w:p>
      <w:pPr>
        <w:jc w:val="right"/>
      </w:pPr>
      <w:r>
        <w:t>Americans. So this is a problem. To me, this is a problem because we have American soldiers who are dying, and then we have some people in America who are saying something false, and the Arab media and the Muslim media is interested to cover that kind of ignorance also, which is fueling more problems in the Arab and the Muslim world.</w:t>
      </w:r>
    </w:p>
    <w:p>
      <w:r>
        <w:rPr>
          <w:b/>
        </w:rPr>
        <w:t xml:space="preserve">[35:29] </w:t>
      </w:r>
      <w:r>
        <w:t>So people are saying, "See, look what's happening in America." That is making the work of someone like me harder.</w:t>
      </w:r>
    </w:p>
    <w:p>
      <w:pPr>
        <w:jc w:val="right"/>
      </w:pPr>
      <w:r>
        <w:t>So people are saying, "See, look what's happening in America." That is making the work of someone like me harder.</w:t>
      </w:r>
    </w:p>
    <w:p>
      <w:r>
        <w:rPr>
          <w:b/>
        </w:rPr>
        <w:t xml:space="preserve">[35:40] </w:t>
      </w:r>
      <w:r>
        <w:t>So that's</w:t>
      </w:r>
    </w:p>
    <w:p>
      <w:pPr>
        <w:jc w:val="right"/>
      </w:pPr>
      <w:r>
        <w:t>So that's</w:t>
      </w:r>
    </w:p>
    <w:p>
      <w:r>
        <w:rPr>
          <w:b/>
        </w:rPr>
        <w:t xml:space="preserve">[35:41] </w:t>
      </w:r>
      <w:r>
        <w:t>ignorance. I see it in America. At the same time, I see ignorance in the Arab and the Muslim world where people are using certain incidents of some people who represent themselves, and they do not represent the whole country of the United States or the whole policy of the government of the United States.</w:t>
      </w:r>
    </w:p>
    <w:p>
      <w:pPr>
        <w:jc w:val="right"/>
      </w:pPr>
      <w:r>
        <w:t>ignorance. I see it in America. At the same time, I see ignorance in the Arab and the Muslim world where people are using certain incidents of some people who represent themselves, and they do not represent the whole country of the United States or the whole policy of the government of the United States.</w:t>
      </w:r>
    </w:p>
    <w:p>
      <w:r>
        <w:rPr>
          <w:b/>
        </w:rPr>
        <w:t xml:space="preserve">[35:59] </w:t>
      </w:r>
      <w:r>
        <w:t>And they are saying to the Muslim world, "You see, this is America. You see, this is what they want to do." So I see really</w:t>
      </w:r>
    </w:p>
    <w:p>
      <w:pPr>
        <w:jc w:val="right"/>
      </w:pPr>
      <w:r>
        <w:t>And they are saying to the Muslim world, "You see, this is America. You see, this is what they want to do." So I see really</w:t>
      </w:r>
    </w:p>
    <w:p>
      <w:r>
        <w:rPr>
          <w:b/>
        </w:rPr>
        <w:t xml:space="preserve">[36:15] </w:t>
      </w:r>
      <w:r>
        <w:t>issues on both sides have to be addressed, and a lot of programs of bringing more education and better understanding is so much needed today.</w:t>
      </w:r>
    </w:p>
    <w:p>
      <w:pPr>
        <w:jc w:val="right"/>
      </w:pPr>
      <w:r>
        <w:t>issues on both sides have to be addressed, and a lot of programs of bringing more education and better understanding is so much needed today.</w:t>
      </w:r>
    </w:p>
    <w:p>
      <w:r>
        <w:rPr>
          <w:b/>
        </w:rPr>
        <w:t xml:space="preserve">[36:27] </w:t>
      </w:r>
      <w:r>
        <w:t>That's my opinion.</w:t>
      </w:r>
    </w:p>
    <w:p>
      <w:pPr>
        <w:jc w:val="right"/>
      </w:pPr>
      <w:r>
        <w:t>That's my opinion.</w:t>
      </w:r>
    </w:p>
    <w:p>
      <w:r>
        <w:rPr>
          <w:b/>
        </w:rPr>
        <w:t xml:space="preserve">[36:32] </w:t>
      </w:r>
      <w:r>
        <w:t>Thanks. For somebody, if somebody is. Unless this awareness is there. I mean, once we have started coming here, I mean, there was a time that we were not very sure what's going on</w:t>
      </w:r>
    </w:p>
    <w:p>
      <w:pPr>
        <w:jc w:val="right"/>
      </w:pPr>
      <w:r>
        <w:t>Thanks. For somebody, if somebody is. Unless this awareness is there. I mean, once we have started coming here, I mean, there was a time that we were not very sure what's going on</w:t>
      </w:r>
    </w:p>
    <w:p>
      <w:r>
        <w:rPr>
          <w:b/>
        </w:rPr>
        <w:t xml:space="preserve">[36:44] </w:t>
      </w:r>
      <w:r>
        <w:t>. But coming here and understanding the concept, now we very confidently can talk to others, the Muslims, the non-Muslim</w:t>
      </w:r>
    </w:p>
    <w:p>
      <w:pPr>
        <w:jc w:val="right"/>
      </w:pPr>
      <w:r>
        <w:t>. But coming here and understanding the concept, now we very confidently can talk to others, the Muslims, the non-Muslim</w:t>
      </w:r>
    </w:p>
    <w:p>
      <w:r>
        <w:rPr>
          <w:b/>
        </w:rPr>
        <w:t xml:space="preserve">[36:56] </w:t>
      </w:r>
      <w:r>
        <w:t>s, both. So I think that's the only thing, talking, and it's a very, very positive effort that you are coming here and going there.</w:t>
      </w:r>
    </w:p>
    <w:p>
      <w:pPr>
        <w:jc w:val="right"/>
      </w:pPr>
      <w:r>
        <w:t>s, both. So I think that's the only thing, talking, and it's a very, very positive effort that you are coming here and going there.</w:t>
      </w:r>
    </w:p>
    <w:p>
      <w:r>
        <w:rPr>
          <w:b/>
        </w:rPr>
        <w:t xml:space="preserve">[37:06] </w:t>
      </w:r>
      <w:r>
        <w:t>So that's the only thing because, as Maulana Sahib says, gun versus gun is not going to solve the problem.</w:t>
      </w:r>
    </w:p>
    <w:p>
      <w:pPr>
        <w:jc w:val="right"/>
      </w:pPr>
      <w:r>
        <w:t>So that's the only thing because, as Maulana Sahib says, gun versus gun is not going to solve the problem.</w:t>
      </w:r>
    </w:p>
    <w:p>
      <w:r>
        <w:rPr>
          <w:b/>
        </w:rPr>
        <w:t xml:space="preserve">[37:15] </w:t>
      </w:r>
      <w:r>
        <w:t>I mean, America is such a country which could do anything, but nothing has happened because of the ideology.</w:t>
      </w:r>
    </w:p>
    <w:p>
      <w:pPr>
        <w:jc w:val="right"/>
      </w:pPr>
      <w:r>
        <w:t>I mean, America is such a country which could do anything, but nothing has happened because of the ideology.</w:t>
      </w:r>
    </w:p>
    <w:p>
      <w:r>
        <w:rPr>
          <w:b/>
        </w:rPr>
        <w:t xml:space="preserve">[37:24] </w:t>
      </w:r>
      <w:r>
        <w:t>So it is the ideology which has to be talked about and learned.</w:t>
      </w:r>
    </w:p>
    <w:p>
      <w:pPr>
        <w:jc w:val="right"/>
      </w:pPr>
      <w:r>
        <w:t>So it is the ideology which has to be talked about and learned.</w:t>
      </w:r>
    </w:p>
    <w:p>
      <w:r>
        <w:rPr>
          <w:b/>
        </w:rPr>
        <w:t xml:space="preserve">[37:33] </w:t>
      </w:r>
      <w:r>
        <w:t>And I just would like to add to what you are saying, whether there is because these efforts of spreading more awareness and better understanding is not money-making because sometimes conflict is money-making for some,</w:t>
      </w:r>
    </w:p>
    <w:p>
      <w:pPr>
        <w:jc w:val="right"/>
      </w:pPr>
      <w:r>
        <w:t>And I just would like to add to what you are saying, whether there is because these efforts of spreading more awareness and better understanding is not money-making because sometimes conflict is money-making for some,</w:t>
      </w:r>
    </w:p>
    <w:p>
      <w:r>
        <w:rPr>
          <w:b/>
        </w:rPr>
        <w:t xml:space="preserve">[37:53] </w:t>
      </w:r>
      <w:r>
        <w:t>and peace is not money-making. And this is unfortunately something I have to</w:t>
      </w:r>
    </w:p>
    <w:p>
      <w:pPr>
        <w:jc w:val="right"/>
      </w:pPr>
      <w:r>
        <w:t>and peace is not money-making. And this is unfortunately something I have to</w:t>
      </w:r>
    </w:p>
    <w:p>
      <w:r>
        <w:rPr>
          <w:b/>
        </w:rPr>
        <w:t xml:space="preserve">[38:08] </w:t>
      </w:r>
      <w:r>
        <w:t>face.</w:t>
      </w:r>
    </w:p>
    <w:p>
      <w:pPr>
        <w:jc w:val="right"/>
      </w:pPr>
      <w:r>
        <w:t>face.</w:t>
      </w:r>
    </w:p>
    <w:p>
      <w:r>
        <w:rPr>
          <w:b/>
        </w:rPr>
        <w:t xml:space="preserve">[38:11] </w:t>
      </w:r>
      <w:r>
        <w:t>I do some programs in the United States, but nobody is interested in covering these programs. But if there will be a bombing here or there or a potential of bombings here or there, I mean, the one who has been who had this car in Times Square,</w:t>
      </w:r>
    </w:p>
    <w:p>
      <w:pPr>
        <w:jc w:val="right"/>
      </w:pPr>
      <w:r>
        <w:t>I do some programs in the United States, but nobody is interested in covering these programs. But if there will be a bombing here or there or a potential of bombings here or there, I mean, the one who has been who had this car in Times Square,</w:t>
      </w:r>
    </w:p>
    <w:p>
      <w:r>
        <w:rPr>
          <w:b/>
        </w:rPr>
        <w:t xml:space="preserve">[38:30] </w:t>
      </w:r>
      <w:r>
        <w:t>and thanks God it was caught before it exploded, I see the media is covering this 24 hours, 7 days a week.</w:t>
      </w:r>
    </w:p>
    <w:p>
      <w:pPr>
        <w:jc w:val="right"/>
      </w:pPr>
      <w:r>
        <w:t>and thanks God it was caught before it exploded, I see the media is covering this 24 hours, 7 days a week.</w:t>
      </w:r>
    </w:p>
    <w:p>
      <w:r>
        <w:rPr>
          <w:b/>
        </w:rPr>
        <w:t xml:space="preserve">[38:41] </w:t>
      </w:r>
      <w:r>
        <w:t>Fine. But the media is not covering also that the one who alerted the authorities to this is a Muslim also from Senegal.</w:t>
      </w:r>
    </w:p>
    <w:p>
      <w:pPr>
        <w:jc w:val="right"/>
      </w:pPr>
      <w:r>
        <w:t>Fine. But the media is not covering also that the one who alerted the authorities to this is a Muslim also from Senegal.</w:t>
      </w:r>
    </w:p>
    <w:p>
      <w:r>
        <w:rPr>
          <w:b/>
        </w:rPr>
        <w:t xml:space="preserve">[38:53] </w:t>
      </w:r>
      <w:r>
        <w:t>So why the media is covering one side but not covering the positive thing of some of the Muslims also living in America?</w:t>
      </w:r>
    </w:p>
    <w:p>
      <w:pPr>
        <w:jc w:val="right"/>
      </w:pPr>
      <w:r>
        <w:t>So why the media is covering one side but not covering the positive thing of some of the Muslims also living in America?</w:t>
      </w:r>
    </w:p>
    <w:p>
      <w:r>
        <w:rPr>
          <w:b/>
        </w:rPr>
        <w:t xml:space="preserve">[39:03] </w:t>
      </w:r>
      <w:r>
        <w:t>To give you another example, the one who was about to also detonate a bomb in his underwear during Christmas, coming from, and he's Nigerian, the whole media spoke about how his father, almost a couple of months before, he was uncomfortable the way his son is being radicalized.</w:t>
      </w:r>
    </w:p>
    <w:p>
      <w:pPr>
        <w:jc w:val="right"/>
      </w:pPr>
      <w:r>
        <w:t>To give you another example, the one who was about to also detonate a bomb in his underwear during Christmas, coming from, and he's Nigerian, the whole media spoke about how his father, almost a couple of months before, he was uncomfortable the way his son is being radicalized.</w:t>
      </w:r>
    </w:p>
    <w:p>
      <w:r>
        <w:rPr>
          <w:b/>
        </w:rPr>
        <w:t xml:space="preserve">[39:31] </w:t>
      </w:r>
      <w:r>
        <w:t>And he himself went to the embassy in Nigeria and told</w:t>
      </w:r>
    </w:p>
    <w:p>
      <w:pPr>
        <w:jc w:val="right"/>
      </w:pPr>
      <w:r>
        <w:t>And he himself went to the embassy in Nigeria and told</w:t>
      </w:r>
    </w:p>
    <w:p>
      <w:r>
        <w:rPr>
          <w:b/>
        </w:rPr>
        <w:t xml:space="preserve">[39:36] </w:t>
      </w:r>
      <w:r>
        <w:t>him. And based on the information from the father, as you remember, then his name became in the list</w:t>
      </w:r>
    </w:p>
    <w:p>
      <w:pPr>
        <w:jc w:val="right"/>
      </w:pPr>
      <w:r>
        <w:t>him. And based on the information from the father, as you remember, then his name became in the list</w:t>
      </w:r>
    </w:p>
    <w:p>
      <w:r>
        <w:rPr>
          <w:b/>
        </w:rPr>
        <w:t xml:space="preserve">[39:46] </w:t>
      </w:r>
      <w:r>
        <w:t>And I have never heard in the United States one media company or any news outlet made an interview with the father to say, "Thank you very much.</w:t>
      </w:r>
    </w:p>
    <w:p>
      <w:pPr>
        <w:jc w:val="right"/>
      </w:pPr>
      <w:r>
        <w:t>. And I have never heard in the United States one media company or any news outlet made an interview with the father to say, "Thank you very much.</w:t>
      </w:r>
    </w:p>
    <w:p>
      <w:r>
        <w:rPr>
          <w:b/>
        </w:rPr>
        <w:t xml:space="preserve">[40:02] </w:t>
      </w:r>
      <w:r>
        <w:t>Good job." So we have to encourage also the good Muslims who stand against terrorism, who stand against killing innocent people, even if their sons are the ones who are going to commit something.</w:t>
      </w:r>
    </w:p>
    <w:p>
      <w:pPr>
        <w:jc w:val="right"/>
      </w:pPr>
      <w:r>
        <w:t>Good job." So we have to encourage also the good Muslims who stand against terrorism, who stand against killing innocent people, even if their sons are the ones who are going to commit something.</w:t>
      </w:r>
    </w:p>
    <w:p>
      <w:r>
        <w:rPr>
          <w:b/>
        </w:rPr>
        <w:t xml:space="preserve">[40:19] </w:t>
      </w:r>
      <w:r>
        <w:t>So it was not</w:t>
      </w:r>
    </w:p>
    <w:p>
      <w:pPr>
        <w:jc w:val="right"/>
      </w:pPr>
      <w:r>
        <w:t>So it was not</w:t>
      </w:r>
    </w:p>
    <w:p>
      <w:r>
        <w:rPr>
          <w:b/>
        </w:rPr>
        <w:t xml:space="preserve">[40:21] </w:t>
      </w:r>
      <w:r>
        <w:t>the. A lot of efforts which create love and peace. We should not only cover Bin Laden and Zawahiri and others. They do not represent really Islam</w:t>
      </w:r>
    </w:p>
    <w:p>
      <w:pPr>
        <w:jc w:val="right"/>
      </w:pPr>
      <w:r>
        <w:t>the. A lot of efforts which create love and peace. We should not only cover Bin Laden and Zawahiri and others. They do not represent really Islam</w:t>
      </w:r>
    </w:p>
    <w:p>
      <w:r>
        <w:rPr>
          <w:b/>
        </w:rPr>
        <w:t xml:space="preserve">[40:33] </w:t>
      </w:r>
      <w:r>
        <w:t>. But when the media say over and over and over and over, mostly negative things, and do not say with the same amount of time the good things, that create another problem.</w:t>
      </w:r>
    </w:p>
    <w:p>
      <w:pPr>
        <w:jc w:val="right"/>
      </w:pPr>
      <w:r>
        <w:t>. But when the media say over and over and over and over, mostly negative things, and do not say with the same amount of time the good things, that create another problem.</w:t>
      </w:r>
    </w:p>
    <w:p>
      <w:r>
        <w:rPr>
          <w:b/>
        </w:rPr>
        <w:t xml:space="preserve">[40:47] </w:t>
      </w:r>
      <w:r>
        <w:t>So then it is the responsibility of the civic organizations to do the job which the media would have had done and could have had taken the message farther and longer.</w:t>
      </w:r>
    </w:p>
    <w:p>
      <w:pPr>
        <w:jc w:val="right"/>
      </w:pPr>
      <w:r>
        <w:t>So then it is the responsibility of the civic organizations to do the job which the media would have had done and could have had taken the message farther and longer.</w:t>
      </w:r>
    </w:p>
    <w:p>
      <w:r>
        <w:rPr>
          <w:b/>
        </w:rPr>
        <w:t xml:space="preserve">[41:04] </w:t>
      </w:r>
      <w:r>
        <w:t>In conferences and seminars, you are addressing the elite.</w:t>
      </w:r>
    </w:p>
    <w:p>
      <w:pPr>
        <w:jc w:val="right"/>
      </w:pPr>
      <w:r>
        <w:t>In conferences and seminars, you are addressing the elite.</w:t>
      </w:r>
    </w:p>
    <w:p>
      <w:r>
        <w:rPr>
          <w:b/>
        </w:rPr>
        <w:t xml:space="preserve">[41:11] </w:t>
      </w:r>
      <w:r>
        <w:t>The no problem person you are addressing. We have to address the problem person</w:t>
      </w:r>
    </w:p>
    <w:p>
      <w:pPr>
        <w:jc w:val="right"/>
      </w:pPr>
      <w:r>
        <w:t>The no problem person you are addressing. We have to address the problem person</w:t>
      </w:r>
    </w:p>
    <w:p>
      <w:r>
        <w:rPr>
          <w:b/>
        </w:rPr>
        <w:t xml:space="preserve">[41:16] </w:t>
      </w:r>
      <w:r>
        <w:t>. And just one lecturer or two is not going to change his mind. We have to provide literature which dispels all the notions that he is misguided.</w:t>
      </w:r>
    </w:p>
    <w:p>
      <w:pPr>
        <w:jc w:val="right"/>
      </w:pPr>
      <w:r>
        <w:t>. And just one lecturer or two is not going to change his mind. We have to provide literature which dispels all the notions that he is misguided.</w:t>
      </w:r>
    </w:p>
    <w:p>
      <w:r>
        <w:rPr>
          <w:b/>
        </w:rPr>
        <w:t xml:space="preserve">[41:28] </w:t>
      </w:r>
      <w:r>
        <w:t>. This is not the Islam that he is following, which is according to Quran and</w:t>
      </w:r>
    </w:p>
    <w:p>
      <w:pPr>
        <w:jc w:val="right"/>
      </w:pPr>
      <w:r>
        <w:t>This is not the Islam that he is following, which is according to Quran and</w:t>
      </w:r>
    </w:p>
    <w:p>
      <w:r>
        <w:rPr>
          <w:b/>
        </w:rPr>
        <w:t xml:space="preserve">[41:32] </w:t>
      </w:r>
      <w:r>
        <w:t>Hadith. So there are times that he has to read for several months together to be reconverted to Islam, the proper Islam of a peaceful religion.</w:t>
      </w:r>
    </w:p>
    <w:p>
      <w:pPr>
        <w:jc w:val="right"/>
      </w:pPr>
      <w:r>
        <w:t>Hadith. So there are times that he has to read for several months together to be reconverted to Islam, the proper Islam of a peaceful religion.</w:t>
      </w:r>
    </w:p>
    <w:p>
      <w:r>
        <w:rPr>
          <w:b/>
        </w:rPr>
        <w:t xml:space="preserve">[41:44] </w:t>
      </w:r>
      <w:r>
        <w:t>So we will have to engage consistently and provide proper literature for them. Only then, after their mind is addressed because they are thoroughly conditioned, so that will take some time.</w:t>
      </w:r>
    </w:p>
    <w:p>
      <w:pPr>
        <w:jc w:val="right"/>
      </w:pPr>
      <w:r>
        <w:t>So we will have to engage consistently and provide proper literature for them. Only then, after their mind is addressed because they are thoroughly conditioned, so that will take some time.</w:t>
      </w:r>
    </w:p>
    <w:p>
      <w:r>
        <w:rPr>
          <w:b/>
        </w:rPr>
        <w:t xml:space="preserve">[41:59] </w:t>
      </w:r>
      <w:r>
        <w:t>And we will have to make serious effort to bring them back and change</w:t>
      </w:r>
    </w:p>
    <w:p>
      <w:pPr>
        <w:jc w:val="right"/>
      </w:pPr>
      <w:r>
        <w:t>And we will have to make serious effort to bring them back and change</w:t>
      </w:r>
    </w:p>
    <w:p>
      <w:r>
        <w:rPr>
          <w:b/>
        </w:rPr>
        <w:t xml:space="preserve">[42:05] </w:t>
      </w:r>
      <w:r>
        <w:t>their mind. So that's what we are all engaged in. And there are so many people in Kashmir. I went to Kashmir University. So I met many people who said that Maulana has saved our lives in the Arabic department.</w:t>
      </w:r>
    </w:p>
    <w:p>
      <w:pPr>
        <w:jc w:val="right"/>
      </w:pPr>
      <w:r>
        <w:t>their mind. So that's what we are all engaged in. And there are so many people in Kashmir. I went to Kashmir University. So I met many people who said that Maulana has saved our lives in the Arabic department.</w:t>
      </w:r>
    </w:p>
    <w:p>
      <w:r>
        <w:rPr>
          <w:b/>
        </w:rPr>
        <w:t xml:space="preserve">[42:20] </w:t>
      </w:r>
      <w:r>
        <w:t>I met one, Mr. Shahd Hussain. He said, "Maulana has saved our family." Because they were all into militancy, directly or ind</w:t>
      </w:r>
    </w:p>
    <w:p>
      <w:pPr>
        <w:jc w:val="right"/>
      </w:pPr>
      <w:r>
        <w:t>I met one, Mr. Shahd Hussain. He said, "Maulana has saved our family." Because they were all into militancy, directly or ind</w:t>
      </w:r>
    </w:p>
    <w:p>
      <w:r>
        <w:rPr>
          <w:b/>
        </w:rPr>
        <w:t xml:space="preserve">[42:28] </w:t>
      </w:r>
      <w:r>
        <w:t>irectly. So after reading his literature, they have all left those misguided notions, and then they are working in the field of education.</w:t>
      </w:r>
    </w:p>
    <w:p>
      <w:pPr>
        <w:jc w:val="right"/>
      </w:pPr>
      <w:r>
        <w:t>irectly. So after reading his literature, they have all left those misguided notions, and then they are working in the field of education.</w:t>
      </w:r>
    </w:p>
    <w:p>
      <w:r>
        <w:rPr>
          <w:b/>
        </w:rPr>
        <w:t xml:space="preserve">[42:40] </w:t>
      </w:r>
      <w:r>
        <w:t>There are so many instances. You have a question, sister?</w:t>
      </w:r>
    </w:p>
    <w:p>
      <w:pPr>
        <w:jc w:val="right"/>
      </w:pPr>
      <w:r>
        <w:t>There are so many instances. You have a question, sister?</w:t>
      </w:r>
    </w:p>
    <w:p>
      <w:r>
        <w:rPr>
          <w:b/>
        </w:rPr>
        <w:t xml:space="preserve">[42:48] </w:t>
      </w:r>
      <w:r>
        <w:t>Father came and said that my son is being radicalized. So that means there are people, some people are converting the youth or people towards violence.</w:t>
      </w:r>
    </w:p>
    <w:p>
      <w:pPr>
        <w:jc w:val="right"/>
      </w:pPr>
      <w:r>
        <w:t>Father came and said that my son is being radicalized. So that means there are people, some people are converting the youth or people towards violence.</w:t>
      </w:r>
    </w:p>
    <w:p>
      <w:r>
        <w:rPr>
          <w:b/>
        </w:rPr>
        <w:t xml:space="preserve">[43:01] </w:t>
      </w:r>
      <w:r>
        <w:t>What is required is to do the deconditioning of the violence towards peace. That is what Maulana Sahib is doing. So we know exactly where all radicalization is being done.</w:t>
      </w:r>
    </w:p>
    <w:p>
      <w:pPr>
        <w:jc w:val="right"/>
      </w:pPr>
      <w:r>
        <w:t>What is required is to do the deconditioning of the violence towards peace. That is what Maulana Sahib is doing. So we know exactly where all radicalization is being done.</w:t>
      </w:r>
    </w:p>
    <w:p>
      <w:r>
        <w:rPr>
          <w:b/>
        </w:rPr>
        <w:t xml:space="preserve">[43:14] </w:t>
      </w:r>
      <w:r>
        <w:t>I think enough study has been done. Enough books have been written. All that is required is to put peace material based on Islamic scriptures.</w:t>
      </w:r>
    </w:p>
    <w:p>
      <w:pPr>
        <w:jc w:val="right"/>
      </w:pPr>
      <w:r>
        <w:t>I think enough study has been done. Enough books have been written. All that is required is to put peace material based on Islamic scriptures.</w:t>
      </w:r>
    </w:p>
    <w:p>
      <w:r>
        <w:rPr>
          <w:b/>
        </w:rPr>
        <w:t xml:space="preserve">[43:24] </w:t>
      </w:r>
      <w:r>
        <w:t>And Maulana has it, definitely. And as Dr. Farida Khana mentioned, that in Kashmir, practically we have seen how this literature can turn a violent mind into a peaceful mind</w:t>
      </w:r>
    </w:p>
    <w:p>
      <w:pPr>
        <w:jc w:val="right"/>
      </w:pPr>
      <w:r>
        <w:t>And Maulana has it, definitely. And as Dr. Farida Khana mentioned, that in Kashmir, practically we have seen how this literature can turn a violent mind into a peaceful mind</w:t>
      </w:r>
    </w:p>
    <w:p>
      <w:r>
        <w:rPr>
          <w:b/>
        </w:rPr>
        <w:t xml:space="preserve">[43:37] </w:t>
      </w:r>
      <w:r>
        <w:t>. So we've got not just a theory. We have put that theory into practice. What is required is wherever radicalization is being done. That is what we are trying to do, and that is what we suggest other people who are working towards peace should get involved in.</w:t>
      </w:r>
    </w:p>
    <w:p>
      <w:pPr>
        <w:jc w:val="right"/>
      </w:pPr>
      <w:r>
        <w:t>. So we've got not just a theory. We have put that theory into practice. What is required is wherever radicalization is being done. That is what we are trying to do, and that is what we suggest other people who are working towards peace should get involved in.</w:t>
      </w:r>
    </w:p>
    <w:p>
      <w:r>
        <w:rPr>
          <w:b/>
        </w:rPr>
        <w:t xml:space="preserve">[43:54] </w:t>
      </w:r>
      <w:r>
        <w:t>Rather focusing on the sensational issues. I come from the media fraternity, basically. I come from the media fraternity, and I have a small observation on that.</w:t>
      </w:r>
    </w:p>
    <w:p>
      <w:pPr>
        <w:jc w:val="right"/>
      </w:pPr>
      <w:r>
        <w:t>Rather focusing on the sensational issues. I come from the media fraternity, basically. I come from the media fraternity, and I have a small observation on that.</w:t>
      </w:r>
    </w:p>
    <w:p>
      <w:r>
        <w:rPr>
          <w:b/>
        </w:rPr>
        <w:t xml:space="preserve">[44:06] </w:t>
      </w:r>
      <w:r>
        <w:t>See, what happens is, after understanding Maulana's perspective on terrorism and the counter-ideology, what happens is, if we expect media not to sensationalize things, media gets further flared up because they are not in the habit of getting dictated.</w:t>
      </w:r>
    </w:p>
    <w:p>
      <w:pPr>
        <w:jc w:val="right"/>
      </w:pPr>
      <w:r>
        <w:t>See, what happens is, after understanding Maulana's perspective on terrorism and the counter-ideology, what happens is, if we expect media not to sensationalize things, media gets further flared up because they are not in the habit of getting dictated.</w:t>
      </w:r>
    </w:p>
    <w:p>
      <w:r>
        <w:rPr>
          <w:b/>
        </w:rPr>
        <w:t xml:space="preserve">[44:26] </w:t>
      </w:r>
      <w:r>
        <w:t>They are not in the habit of getting taught what isright, what's wrong.</w:t>
      </w:r>
    </w:p>
    <w:p>
      <w:pPr>
        <w:jc w:val="right"/>
      </w:pPr>
      <w:r>
        <w:t>They are not in the habit of getting taught what isright, what's wrong.</w:t>
      </w:r>
    </w:p>
    <w:p>
      <w:r>
        <w:rPr>
          <w:b/>
        </w:rPr>
        <w:t xml:space="preserve">[44:31] </w:t>
      </w:r>
      <w:r>
        <w:t>And if you expect media to focus on good things also, then it doesn't work. So based on the observation, media should be left alone.</w:t>
      </w:r>
    </w:p>
    <w:p>
      <w:pPr>
        <w:jc w:val="right"/>
      </w:pPr>
      <w:r>
        <w:t>And if you expect media to focus on good things also, then it doesn't work. So based on the observation, media should be left alone.</w:t>
      </w:r>
    </w:p>
    <w:p>
      <w:r>
        <w:rPr>
          <w:b/>
        </w:rPr>
        <w:t xml:space="preserve">[44:42] </w:t>
      </w:r>
      <w:r>
        <w:t>We should re-engineer the thoughts of people who are turning violent, change their perspective, make them understand theright things.</w:t>
      </w:r>
    </w:p>
    <w:p>
      <w:pPr>
        <w:jc w:val="right"/>
      </w:pPr>
      <w:r>
        <w:t>We should re-engineer the thoughts of people who are turning violent, change their perspective, make them understand theright things.</w:t>
      </w:r>
    </w:p>
    <w:p>
      <w:r>
        <w:rPr>
          <w:b/>
        </w:rPr>
        <w:t xml:space="preserve">[44:51] </w:t>
      </w:r>
      <w:r>
        <w:t>Okay?</w:t>
      </w:r>
    </w:p>
    <w:p>
      <w:pPr>
        <w:jc w:val="right"/>
      </w:pPr>
      <w:r>
        <w:t>Okay?</w:t>
      </w:r>
    </w:p>
    <w:p>
      <w:r>
        <w:rPr>
          <w:b/>
        </w:rPr>
        <w:t xml:space="preserve">[44:52] </w:t>
      </w:r>
      <w:r>
        <w:t>Once they change, we'll stop giving media the reason to sensationalize things. So instead of expecting media, expect like this is something bilateral, that if media does not write about sensational things, then we'll be in a better position.</w:t>
      </w:r>
    </w:p>
    <w:p>
      <w:pPr>
        <w:jc w:val="right"/>
      </w:pPr>
      <w:r>
        <w:t>Once they change, we'll stop giving media the reason to sensationalize things. So instead of expecting media, expect like this is something bilateral, that if media does not write about sensational things, then we'll be in a better position.</w:t>
      </w:r>
    </w:p>
    <w:p>
      <w:r>
        <w:rPr>
          <w:b/>
        </w:rPr>
        <w:t xml:space="preserve">[45:09] </w:t>
      </w:r>
      <w:r>
        <w:t>No. Let media do whatever media would like to do</w:t>
      </w:r>
    </w:p>
    <w:p>
      <w:pPr>
        <w:jc w:val="right"/>
      </w:pPr>
      <w:r>
        <w:t>No. Let media do whatever media would like to do</w:t>
      </w:r>
    </w:p>
    <w:p>
      <w:r>
        <w:rPr>
          <w:b/>
        </w:rPr>
        <w:t xml:space="preserve">[45:12] </w:t>
      </w:r>
      <w:r>
        <w:t>. We have to do our work, which is distributing theright literature,right ideology to the minds who are turning violent. If we are able to do this thing, we'll be successful in the mission.</w:t>
      </w:r>
    </w:p>
    <w:p>
      <w:pPr>
        <w:jc w:val="right"/>
      </w:pPr>
      <w:r>
        <w:t>. We have to do our work, which is distributing theright literature,right ideology to the minds who are turning violent. If we are able to do this thing, we'll be successful in the mission.</w:t>
      </w:r>
    </w:p>
    <w:p>
      <w:r>
        <w:rPr>
          <w:b/>
        </w:rPr>
        <w:t xml:space="preserve">[45:24] </w:t>
      </w:r>
      <w:r>
        <w:t>So media should be left alone. Complaining that media is focusing on sensation, that will not work at all.</w:t>
      </w:r>
    </w:p>
    <w:p>
      <w:pPr>
        <w:jc w:val="right"/>
      </w:pPr>
      <w:r>
        <w:t>So media should be left alone. Complaining that media is focusing on sensation, that will not work at all.</w:t>
      </w:r>
    </w:p>
    <w:p>
      <w:r>
        <w:rPr>
          <w:b/>
        </w:rPr>
        <w:t xml:space="preserve">[45:31] </w:t>
      </w:r>
      <w:r>
        <w:t>And that's what. I definitely agree with you. I'm not saying that we should expect the media to solve our problem if the media is fair.</w:t>
      </w:r>
    </w:p>
    <w:p>
      <w:pPr>
        <w:jc w:val="right"/>
      </w:pPr>
      <w:r>
        <w:t>And that's what. I definitely agree with you. I'm not saying that we should expect the media to solve our problem if the media is fair.</w:t>
      </w:r>
    </w:p>
    <w:p>
      <w:r>
        <w:rPr>
          <w:b/>
        </w:rPr>
        <w:t xml:space="preserve">[45:41] </w:t>
      </w:r>
      <w:r>
        <w:t>It's not only the issue of the media, but I'm just showing you a trend normally you observe. But nothing should give me an excuse of me not to do my job.</w:t>
      </w:r>
    </w:p>
    <w:p>
      <w:pPr>
        <w:jc w:val="right"/>
      </w:pPr>
      <w:r>
        <w:t>It's not only the issue of the media, but I'm just showing you a trend normally you observe. But nothing should give me an excuse of me not to do my job.</w:t>
      </w:r>
    </w:p>
    <w:p>
      <w:r>
        <w:rPr>
          <w:b/>
        </w:rPr>
        <w:t xml:space="preserve">[45:56] </w:t>
      </w:r>
      <w:r>
        <w:t>My job as a Muslim who is reading the Quran, Allah is saying clearly, "Wallahu yadhu ila daris salam." Clearly, that's Allah</w:t>
      </w:r>
    </w:p>
    <w:p>
      <w:pPr>
        <w:jc w:val="right"/>
      </w:pPr>
      <w:r>
        <w:t>My job as a Muslim who is reading the Quran, Allah is saying clearly, "Wallahu yadhu ila daris salam." Clearly, that's Allah</w:t>
      </w:r>
    </w:p>
    <w:p>
      <w:r>
        <w:rPr>
          <w:b/>
        </w:rPr>
        <w:t xml:space="preserve">[46:07] </w:t>
      </w:r>
      <w:r>
        <w:t>'s call. That means my call should be the same. And I have to be an advocate of that call, whether there is a media to cover what I'm saying or there is no media to cover what I'm saying.</w:t>
      </w:r>
    </w:p>
    <w:p>
      <w:pPr>
        <w:jc w:val="right"/>
      </w:pPr>
      <w:r>
        <w:t>'s call. That means my call should be the same. And I have to be an advocate of that call, whether there is a media to cover what I'm saying or there is no media to cover what I'm saying.</w:t>
      </w:r>
    </w:p>
    <w:p>
      <w:r>
        <w:rPr>
          <w:b/>
        </w:rPr>
        <w:t xml:space="preserve">[46:19] </w:t>
      </w:r>
      <w:r>
        <w:t>But I'm just telling you that recently you see that trend, which is unfortunate. But no way that this should be encouraging for me to go and sit at home and do nothing.</w:t>
      </w:r>
    </w:p>
    <w:p>
      <w:pPr>
        <w:jc w:val="right"/>
      </w:pPr>
      <w:r>
        <w:t>But I'm just telling you that recently you see that trend, which is unfortunate. But no way that this should be encouraging for me to go and sit at home and do nothing.</w:t>
      </w:r>
    </w:p>
    <w:p>
      <w:r>
        <w:rPr>
          <w:b/>
        </w:rPr>
        <w:t xml:space="preserve">[46:32] </w:t>
      </w:r>
      <w:r>
        <w:t>As a matter of fact, even for me doing what I'm doing, still you will get some criticism from not the media, but from the other side, other groups.</w:t>
      </w:r>
    </w:p>
    <w:p>
      <w:pPr>
        <w:jc w:val="right"/>
      </w:pPr>
      <w:r>
        <w:t>As a matter of fact, even for me doing what I'm doing, still you will get some criticism from not the media, but from the other side, other groups.</w:t>
      </w:r>
    </w:p>
    <w:p>
      <w:r>
        <w:rPr>
          <w:b/>
        </w:rPr>
        <w:t xml:space="preserve">[46:45] </w:t>
      </w:r>
      <w:r>
        <w:t>Some Muslims, they think that because you are also doing outreach with the and through the US government, that means you are an agent.</w:t>
      </w:r>
    </w:p>
    <w:p>
      <w:pPr>
        <w:jc w:val="right"/>
      </w:pPr>
      <w:r>
        <w:t>Some Muslims, they think that because you are also doing outreach with the and through the US government, that means you are an agent.</w:t>
      </w:r>
    </w:p>
    <w:p>
      <w:r>
        <w:rPr>
          <w:b/>
        </w:rPr>
        <w:t xml:space="preserve">[46:58] </w:t>
      </w:r>
      <w:r>
        <w:t>And this is sad to see that</w:t>
      </w:r>
    </w:p>
    <w:p>
      <w:pPr>
        <w:jc w:val="right"/>
      </w:pPr>
      <w:r>
        <w:t>And this is sad to see that</w:t>
      </w:r>
    </w:p>
    <w:p>
      <w:r>
        <w:rPr>
          <w:b/>
        </w:rPr>
        <w:t xml:space="preserve">[47:01] </w:t>
      </w:r>
      <w:r>
        <w:t>. But this is reality. But it has been said about me for a long time. But it should not stop me or stop others from doing theright thing.</w:t>
      </w:r>
    </w:p>
    <w:p>
      <w:pPr>
        <w:jc w:val="right"/>
      </w:pPr>
      <w:r>
        <w:t>. But this is reality. But it has been said about me for a long time. But it should not stop me or stop others from doing theright thing.</w:t>
      </w:r>
    </w:p>
    <w:p>
      <w:r>
        <w:rPr>
          <w:b/>
        </w:rPr>
        <w:t xml:space="preserve">[47:13] </w:t>
      </w:r>
      <w:r>
        <w:t>See, if you continue doing good work, media also identifies that good work, and they definitely focus like, "There's an example to give." Because media in India has been observing Maulana's work very closely, and it is convinced now that his work is definitely a short-shot on certain terrorism.</w:t>
      </w:r>
    </w:p>
    <w:p>
      <w:pPr>
        <w:jc w:val="right"/>
      </w:pPr>
      <w:r>
        <w:t>See, if you continue doing good work, media also identifies that good work, and they definitely focus like, "There's an example to give." Because media in India has been observing Maulana's work very closely, and it is convinced now that his work is definitely a short-shot on certain terrorism.</w:t>
      </w:r>
    </w:p>
    <w:p>
      <w:r>
        <w:rPr>
          <w:b/>
        </w:rPr>
        <w:t xml:space="preserve">[47:34] </w:t>
      </w:r>
      <w:r>
        <w:t>That's why you have to look at this and the way they have projected the translation and everything of Maulana's work. That is a clear thing. So how many people like Maulana here in India doing the same work?</w:t>
      </w:r>
    </w:p>
    <w:p>
      <w:pPr>
        <w:jc w:val="right"/>
      </w:pPr>
      <w:r>
        <w:t>That's why you have to look at this and the way they have projected the translation and everything of Maulana's work. That is a clear thing. So how many people like Maulana here in India doing the same work?</w:t>
      </w:r>
    </w:p>
    <w:p>
      <w:r>
        <w:rPr>
          <w:b/>
        </w:rPr>
        <w:t xml:space="preserve">[47:45] </w:t>
      </w:r>
      <w:r>
        <w:t>Well, Maulana is a spiritual master. He is one, but he has a team. He has the team makers. There's a large number of people who are associated with him directly and indirectly.</w:t>
      </w:r>
    </w:p>
    <w:p>
      <w:pPr>
        <w:jc w:val="right"/>
      </w:pPr>
      <w:r>
        <w:t>Well, Maulana is a spiritual master. He is one, but he has a team. He has the team makers. There's a large number of people who are associated with him directly and indirectly.</w:t>
      </w:r>
    </w:p>
    <w:p>
      <w:r>
        <w:rPr>
          <w:b/>
        </w:rPr>
        <w:t xml:space="preserve">[47:57] </w:t>
      </w:r>
      <w:r>
        <w:t>And this webcasting every week, Sunday, it happens. It opens a window to</w:t>
      </w:r>
    </w:p>
    <w:p>
      <w:pPr>
        <w:jc w:val="right"/>
      </w:pPr>
      <w:r>
        <w:t>And this webcasting every week, Sunday, it happens. It opens a window to</w:t>
      </w:r>
    </w:p>
    <w:p>
      <w:r>
        <w:rPr>
          <w:b/>
        </w:rPr>
        <w:t xml:space="preserve">[48:02] </w:t>
      </w:r>
      <w:r>
        <w:t>the world. People are logging onto it. They are watching his lecture live. They interact with him. They post questions. Answers are given to them directly.</w:t>
      </w:r>
    </w:p>
    <w:p>
      <w:pPr>
        <w:jc w:val="right"/>
      </w:pPr>
      <w:r>
        <w:t>the world. People are logging onto it. They are watching his lecture live. They interact with him. They post questions. Answers are given to them directly.</w:t>
      </w:r>
    </w:p>
    <w:p>
      <w:r>
        <w:rPr>
          <w:b/>
        </w:rPr>
        <w:t xml:space="preserve">[48:11] </w:t>
      </w:r>
      <w:r>
        <w:t>Talks are saved over there. So I mean, we are reaching out to. Alhamdulillah. Is there another. And there are a couple of television channels also.</w:t>
      </w:r>
    </w:p>
    <w:p>
      <w:pPr>
        <w:jc w:val="right"/>
      </w:pPr>
      <w:r>
        <w:t>Talks are saved over there. So I mean, we are reaching out to. Alhamdulillah. Is there another. And there are a couple of television channels also.</w:t>
      </w:r>
    </w:p>
    <w:p>
      <w:r>
        <w:rPr>
          <w:b/>
        </w:rPr>
        <w:t xml:space="preserve">[48:20] </w:t>
      </w:r>
      <w:r>
        <w:t>Sends off ch</w:t>
      </w:r>
    </w:p>
    <w:p>
      <w:pPr>
        <w:jc w:val="right"/>
      </w:pPr>
      <w:r>
        <w:t>Sends off ch</w:t>
      </w:r>
    </w:p>
    <w:p>
      <w:r>
        <w:rPr>
          <w:b/>
        </w:rPr>
        <w:t xml:space="preserve">[48:22] </w:t>
      </w:r>
      <w:r>
        <w:t>annels? Television channels. Television channels. They have dedicated airtime in certain slots to his talks. And they feel that making things positive, making people think positive, and giving theright interpretation of Islam is the only answer to terrorism men</w:t>
      </w:r>
    </w:p>
    <w:p>
      <w:pPr>
        <w:jc w:val="right"/>
      </w:pPr>
      <w:r>
        <w:t>annels? Television channels. Television channels. They have dedicated airtime in certain slots to his talks. And they feel that making things positive, making people think positive, and giving theright interpretation of Islam is the only answer to terrorism men</w:t>
      </w:r>
    </w:p>
    <w:p>
      <w:r>
        <w:rPr>
          <w:b/>
        </w:rPr>
        <w:t xml:space="preserve">[48:39] </w:t>
      </w:r>
      <w:r>
        <w:t>ace. And this is where he has been. And is there here in Delhi, since this is my first visit to Delhi, is there other scholars like Maulana doing what he is doing in terms of doing these kinds of literature?</w:t>
      </w:r>
    </w:p>
    <w:p>
      <w:pPr>
        <w:jc w:val="right"/>
      </w:pPr>
      <w:r>
        <w:t>ace. And this is where he has been. And is there here in Delhi, since this is my first visit to Delhi, is there other scholars like Maulana doing what he is doing in terms of doing these kinds of literature?</w:t>
      </w:r>
    </w:p>
    <w:p>
      <w:r>
        <w:rPr>
          <w:b/>
        </w:rPr>
        <w:t xml:space="preserve">[48:56] </w:t>
      </w:r>
      <w:r>
        <w:t>Well, CPS, Center for Peace and Spirituality, is the flagship NGO which is headed by Maulana. And there are members associated with it.</w:t>
      </w:r>
    </w:p>
    <w:p>
      <w:pPr>
        <w:jc w:val="right"/>
      </w:pPr>
      <w:r>
        <w:t>Well, CPS, Center for Peace and Spirituality, is the flagship NGO which is headed by Maulana. And there are members associated with it.</w:t>
      </w:r>
    </w:p>
    <w:p>
      <w:r>
        <w:rPr>
          <w:b/>
        </w:rPr>
        <w:t xml:space="preserve">[49:07] </w:t>
      </w:r>
      <w:r>
        <w:t>So this is the network which is spread across India and other parts of the world as well. But there are other people who claim to be doing Dawa work or doing this kind of thing, but they are somehow politically oriented.</w:t>
      </w:r>
    </w:p>
    <w:p>
      <w:pPr>
        <w:jc w:val="right"/>
      </w:pPr>
      <w:r>
        <w:t>So this is the network which is spread across India and other parts of the world as well. But there are other people who claim to be doing Dawa work or doing this kind of thing, but they are somehow politically oriented.</w:t>
      </w:r>
    </w:p>
    <w:p>
      <w:r>
        <w:rPr>
          <w:b/>
        </w:rPr>
        <w:t xml:space="preserve">[49:23] </w:t>
      </w:r>
      <w:r>
        <w:t>Instead of pure Dawa work. This is another problem. Yeah. We would also like to say that there are many ulemas, and there are many</w:t>
      </w:r>
    </w:p>
    <w:p>
      <w:pPr>
        <w:jc w:val="right"/>
      </w:pPr>
      <w:r>
        <w:t>Instead of pure Dawa work. This is another problem. Yeah. We would also like to say that there are many ulemas, and there are many</w:t>
      </w:r>
    </w:p>
    <w:p>
      <w:r>
        <w:rPr>
          <w:b/>
        </w:rPr>
        <w:t xml:space="preserve">[49:33] </w:t>
      </w:r>
      <w:r>
        <w:t>jo India ke bare bare madarse hain, wahan ke jo ulema hain, woh mission se jud gaye hain</w:t>
      </w:r>
    </w:p>
    <w:p>
      <w:pPr>
        <w:jc w:val="right"/>
      </w:pPr>
      <w:r>
        <w:t>. जो इंडिया के बड़े-बड़े मदरसे हैं, वहां के जो उलेमा हैं, वो मिशन से जुड़ गए हैं</w:t>
      </w:r>
    </w:p>
    <w:p>
      <w:r>
        <w:rPr>
          <w:b/>
        </w:rPr>
        <w:t xml:space="preserve">[49:39] </w:t>
      </w:r>
      <w:r>
        <w:t>aur woh phir is ideology ko phaila rahe hain apne taur par.</w:t>
      </w:r>
    </w:p>
    <w:p>
      <w:pPr>
        <w:jc w:val="right"/>
      </w:pPr>
      <w:r>
        <w:t>और वो फिर इस आइडियोलॉजी को फैला रहे हैं अपने तौर पर।</w:t>
      </w:r>
    </w:p>
    <w:p>
      <w:r>
        <w:rPr>
          <w:b/>
        </w:rPr>
        <w:t xml:space="preserve">[49:42] </w:t>
      </w:r>
      <w:r>
        <w:t>yahi baat to aapne kahi thi.</w:t>
      </w:r>
    </w:p>
    <w:p>
      <w:pPr>
        <w:jc w:val="right"/>
      </w:pPr>
      <w:r>
        <w:t>यही बात तो आपने कही थी।</w:t>
      </w:r>
    </w:p>
    <w:p>
      <w:r>
        <w:rPr>
          <w:b/>
        </w:rPr>
        <w:t xml:space="preserve">[49:46] </w:t>
      </w:r>
      <w:r>
        <w:t>there are number of scholars, chala rahi hai.</w:t>
      </w:r>
    </w:p>
    <w:p>
      <w:pPr>
        <w:jc w:val="right"/>
      </w:pPr>
      <w:r>
        <w:t>देयर आर नंबर ऑफ स्कॉलर्स, चले रही है।</w:t>
      </w:r>
    </w:p>
    <w:p>
      <w:r>
        <w:rPr>
          <w:b/>
        </w:rPr>
        <w:t xml:space="preserve">[49:49] </w:t>
      </w:r>
      <w:r>
        <w:t>sarsad, and they have also associated with this mission.</w:t>
      </w:r>
    </w:p>
    <w:p>
      <w:pPr>
        <w:jc w:val="right"/>
      </w:pPr>
      <w:r>
        <w:t>सरसद, एंड दे हैव आल्सो एसोसिएटेड विद दिस मिशन।</w:t>
      </w:r>
    </w:p>
    <w:p>
      <w:r>
        <w:rPr>
          <w:b/>
        </w:rPr>
        <w:t xml:space="preserve">[50:19] </w:t>
      </w:r>
      <w:r>
        <w:t>I will add one point.</w:t>
      </w:r>
    </w:p>
    <w:p>
      <w:pPr>
        <w:jc w:val="right"/>
      </w:pPr>
      <w:r>
        <w:t>आई विल ऐड वन पॉइंट।</w:t>
      </w:r>
    </w:p>
    <w:p>
      <w:r>
        <w:rPr>
          <w:b/>
        </w:rPr>
        <w:t xml:space="preserve">[50:24] </w:t>
      </w:r>
      <w:r>
        <w:t>almost in every city of india, we have some groups.</w:t>
      </w:r>
    </w:p>
    <w:p>
      <w:pPr>
        <w:jc w:val="right"/>
      </w:pPr>
      <w:r>
        <w:t>ऑलमोस्ट इन एवरी सिटी ऑफ इंडिया, वी हैव सम ग्रुप्स।</w:t>
      </w:r>
    </w:p>
    <w:p>
      <w:r>
        <w:rPr>
          <w:b/>
        </w:rPr>
        <w:t xml:space="preserve">[50:29] </w:t>
      </w:r>
      <w:r>
        <w:t>our working pattern is quite different from others.</w:t>
      </w:r>
    </w:p>
    <w:p>
      <w:pPr>
        <w:jc w:val="right"/>
      </w:pPr>
      <w:r>
        <w:t>आवर वर्किंग पैटर्न इज क्वाइट डिफरेंट फ्रॉम अदर्स।</w:t>
      </w:r>
    </w:p>
    <w:p>
      <w:r>
        <w:rPr>
          <w:b/>
        </w:rPr>
        <w:t xml:space="preserve">[50:33] </w:t>
      </w:r>
      <w:r>
        <w:t>we don't believe in crowd.</w:t>
      </w:r>
    </w:p>
    <w:p>
      <w:pPr>
        <w:jc w:val="right"/>
      </w:pPr>
      <w:r>
        <w:t>वी डोंट बिलीव इन क्राउड।</w:t>
      </w:r>
    </w:p>
    <w:p>
      <w:r>
        <w:rPr>
          <w:b/>
        </w:rPr>
        <w:t xml:space="preserve">[50:35] </w:t>
      </w:r>
      <w:r>
        <w:t>we don't believe in</w:t>
      </w:r>
    </w:p>
    <w:p>
      <w:pPr>
        <w:jc w:val="right"/>
      </w:pPr>
      <w:r>
        <w:t>वी डोंट बिलीव इन</w:t>
      </w:r>
    </w:p>
    <w:p>
      <w:r>
        <w:rPr>
          <w:b/>
        </w:rPr>
        <w:t xml:space="preserve">[50:38] </w:t>
      </w:r>
      <w:r>
        <w:t>masses. we generally target minds, educated minds.</w:t>
      </w:r>
    </w:p>
    <w:p>
      <w:pPr>
        <w:jc w:val="right"/>
      </w:pPr>
      <w:r>
        <w:t>मासेस। वी जनरली टारगेट माइंड्स, एजुकेटेड माइंड्स।</w:t>
      </w:r>
    </w:p>
    <w:p>
      <w:r>
        <w:rPr>
          <w:b/>
        </w:rPr>
        <w:t xml:space="preserve">[50:44] </w:t>
      </w:r>
      <w:r>
        <w:t>so we have groups</w:t>
      </w:r>
    </w:p>
    <w:p>
      <w:pPr>
        <w:jc w:val="right"/>
      </w:pPr>
      <w:r>
        <w:t>सो वी हैव ग्रुप्स</w:t>
      </w:r>
    </w:p>
    <w:p>
      <w:r>
        <w:rPr>
          <w:b/>
        </w:rPr>
        <w:t xml:space="preserve">[50:48] </w:t>
      </w:r>
      <w:r>
        <w:t>almost in every city, like delhi, meerut, saharanpur, bangalore, hyderabad, kolkata, everywhere.</w:t>
      </w:r>
    </w:p>
    <w:p>
      <w:pPr>
        <w:jc w:val="right"/>
      </w:pPr>
      <w:r>
        <w:t>ऑलमोस्ट इन एवरी सिटी, लाइक दिल्ली, मीरट, सहारनपुर, बेंगलोर, हैदराबाद, कोलकाता, एवरीवेयर।</w:t>
      </w:r>
    </w:p>
    <w:p>
      <w:r>
        <w:rPr>
          <w:b/>
        </w:rPr>
        <w:t xml:space="preserve">[50:57] </w:t>
      </w:r>
      <w:r>
        <w:t>so they are engaged in this mission according to this pattern.</w:t>
      </w:r>
    </w:p>
    <w:p>
      <w:pPr>
        <w:jc w:val="right"/>
      </w:pPr>
      <w:r>
        <w:t>सो दे आर एंगेज्ड इन दिस मिशन अकॉर्डिंग टू दिस पैटर्न।</w:t>
      </w:r>
    </w:p>
    <w:p>
      <w:r>
        <w:rPr>
          <w:b/>
        </w:rPr>
        <w:t xml:space="preserve">[51:03] </w:t>
      </w:r>
      <w:r>
        <w:t>We are mostly focused on this, on re-engineering of mind through literature. It is a very serious kind of mission.</w:t>
      </w:r>
    </w:p>
    <w:p>
      <w:pPr>
        <w:jc w:val="right"/>
      </w:pPr>
      <w:r>
        <w:t>वी आर मोस्टली फोकस्ड ऑन दिस, ऑन री-इंजिनियरिंग ऑफ माइंड थ्रू लिटरेचर। इट इज अ वेरी सीरियस काइंड ऑफ मिशन।</w:t>
      </w:r>
    </w:p>
    <w:p>
      <w:r>
        <w:rPr>
          <w:b/>
        </w:rPr>
        <w:t xml:space="preserve">[51:17] </w:t>
      </w:r>
      <w:r>
        <w:t>So according to my experience, we are successful. And every day, I think every day, our mission is spreading. For example, I came to Delhi and settled here in 1967.</w:t>
      </w:r>
    </w:p>
    <w:p>
      <w:pPr>
        <w:jc w:val="right"/>
      </w:pPr>
      <w:r>
        <w:t>सो अकॉर्डिंग टू माय एक्सपीरियंस, वी आर सक्सेसफुल। एंड एवरी डे, आई थिंक एवरी डे, आवर मिशन इज स्प्रेडिंग। फॉर एग्जांपल, आई केम टू दिल्ली एंड सेटल्ड हियर इन 1967।</w:t>
      </w:r>
    </w:p>
    <w:p>
      <w:r>
        <w:rPr>
          <w:b/>
        </w:rPr>
        <w:t xml:space="preserve">[51:38] </w:t>
      </w:r>
      <w:r>
        <w:t>At that time, I was. Any only one. One</w:t>
      </w:r>
    </w:p>
    <w:p>
      <w:pPr>
        <w:jc w:val="right"/>
      </w:pPr>
      <w:r>
        <w:t>एट दैट टाइम, आई वाज। एनी ओनली वन। वन</w:t>
      </w:r>
    </w:p>
    <w:p>
      <w:r>
        <w:rPr>
          <w:b/>
        </w:rPr>
        <w:t xml:space="preserve">[51:47] </w:t>
      </w:r>
      <w:r>
        <w:t>paper published an article about myself. The caption was, "Alone Voice." So at that time, I was a alone voice. But now, there are thousands of people were associated with this mission.</w:t>
      </w:r>
    </w:p>
    <w:p>
      <w:pPr>
        <w:jc w:val="right"/>
      </w:pPr>
      <w:r>
        <w:t>पेपर पब्लिश्ड एन आर्टिकल अबाउट मायसेल्फ। द कैप्शन वाज, "अलोन वॉइस।" सो एट दैट टाइम, आई वाज अ अलोन वॉइस। बट नाउ, देयर आर थाउजेंड्स ऑफ पीपल वर एसोसिएटेड विद दिस मिशन।</w:t>
      </w:r>
    </w:p>
    <w:p>
      <w:r>
        <w:rPr>
          <w:b/>
        </w:rPr>
        <w:t xml:space="preserve">[52:05] </w:t>
      </w:r>
      <w:r>
        <w:t>But this mission is not working in that. Our pattern is not based on crowd. We believe like Fabian Society. Our working pattern is like Fabian Society. So everywhere you go in India, you will find a group.</w:t>
      </w:r>
    </w:p>
    <w:p>
      <w:pPr>
        <w:jc w:val="right"/>
      </w:pPr>
      <w:r>
        <w:t>बट दिस मिशन इज नॉट वर्किंग इन दैट। आवर पैटर्न इज नॉट बेस्ड ऑन क्राउड। वी बिलीव लाइक फेबिन सोसाइटी। आवर वर्किंग पैटर्न इज लाइक फेबिन सोसाइटी। सो एवरीवेयर यू गो इन इंडिया, यू विल फाइंड अ ग्रुप।</w:t>
      </w:r>
    </w:p>
    <w:p>
      <w:r>
        <w:rPr>
          <w:b/>
        </w:rPr>
        <w:t xml:space="preserve">[52:30] </w:t>
      </w:r>
      <w:r>
        <w:t>But our pattern is like Fabian Society. We are following that pattern. Not Fabian Society. It is a pattern of Prophet of Islam. This pattern was followed by our Prophet in Mecca and Medina. Now, it was revived by Fabian Society. So we are following that pattern.</w:t>
      </w:r>
    </w:p>
    <w:p>
      <w:pPr>
        <w:jc w:val="right"/>
      </w:pPr>
      <w:r>
        <w:t>बट आवर पैटर्न इज लाइक फेबिन सोसाइटी। वी आर फॉलोइंग दैट पैटर्न। नॉट फेबिन सोसाइटी। इट इज अ पैटर्न ऑफ प्रॉफिट ऑफ इस्लाम। दिस पैटर्न वाज फॉलोइड बाय आवर प्रॉफिट इन मक्का एंड मदीना। नाउ, इट वाज रिवाइव्ड बाय फेबिन सोसाइटी। सो वी आर फॉलोइंग दैट पैटर्न।</w:t>
      </w:r>
    </w:p>
    <w:p>
      <w:r>
        <w:rPr>
          <w:b/>
        </w:rPr>
        <w:t xml:space="preserve">[52:55] </w:t>
      </w:r>
      <w:r>
        <w:t>And I can say that we have changed the mind of thousand and thousand people. As someone who reads the Quran every day, I see that Allah is telling me all the time, "Udu ila sabeel rabbika bil hikmati wal mawidati hasana," to invite to the cause of your Lord with wisdom and nice approach.</w:t>
      </w:r>
    </w:p>
    <w:p>
      <w:pPr>
        <w:jc w:val="right"/>
      </w:pPr>
      <w:r>
        <w:t>एंड आई कैन से दैट वी हैव चेंज्ड द माइंड ऑफ थाउजेंड एंड थाउजेंड पीपल। एस समवन हु रीड्स द कुरान एवरीडे, आई सी दैट अल्लाह इज टेलिंग मी ऑल द टाइम, "उदू इला सबील रबिका बिल हिकमती वल माविदत हसना," टू इनवाइट टू द कोज ऑफ योर लॉर्ड विद विजडम एंड नाइस अप्रोच।</w:t>
      </w:r>
    </w:p>
    <w:p>
      <w:r>
        <w:rPr>
          <w:b/>
        </w:rPr>
        <w:t xml:space="preserve">[53:20] </w:t>
      </w:r>
      <w:r>
        <w:t>And</w:t>
      </w:r>
    </w:p>
    <w:p>
      <w:pPr>
        <w:jc w:val="right"/>
      </w:pPr>
      <w:r>
        <w:t>एंड</w:t>
      </w:r>
    </w:p>
    <w:p>
      <w:r>
        <w:rPr>
          <w:b/>
        </w:rPr>
        <w:t xml:space="preserve">[53:24] </w:t>
      </w:r>
      <w:r>
        <w:t>Sabeel Rabbika, the path of your Lord or the cause of your Lord, is actually the same one which was followed by Prophet Muhammad, Prophet Jesus, Moses, Abraham, all the prophets. So it is my responsibility all the time to be availab</w:t>
      </w:r>
    </w:p>
    <w:p>
      <w:pPr>
        <w:jc w:val="right"/>
      </w:pPr>
      <w:r>
        <w:t>सबील रबिका, द पाथ ऑफ योर लॉर्ड और द कोज ऑफ योर लॉर्ड, इज एक्चुअली द सेम वन व्हिच वाज फॉलोइड बाय प्रॉफेट मोहम्मद, प्रॉफेट जीसस, मोसेस, अब्राहम, ऑल द प्रॉफेट्स। सो इट इज माय रिस्पांसिबिलिटी ऑल द टाइम टू बी अवेलेब</w:t>
      </w:r>
    </w:p>
    <w:p>
      <w:r>
        <w:rPr>
          <w:b/>
        </w:rPr>
        <w:t xml:space="preserve">[53:44] </w:t>
      </w:r>
      <w:r>
        <w:t>le. As an Imam, that's, I mean, that's the responsibility of every individual. But when you are also an Imam, you get extra requests from people who are trying to invite you to speak at this university, at this church, at this school</w:t>
      </w:r>
    </w:p>
    <w:p>
      <w:pPr>
        <w:jc w:val="right"/>
      </w:pPr>
      <w:r>
        <w:t>ल। एस एन इमाम, दैट्स, आई मीन, दैट्स द रिस्पांसिबिलिटी ऑफ एवरी इंडिविजुअल। बट व्हेन यू आर आल्सो एन इमाम, यू गेट एक्स्ट्रा रिक्वेस्ट्स फ्रॉम पीपल हु आर ट्राइंग टू इनवाइट यू टू स्पीक एट दिस यूनिवर्सिटी, एट दिस चर्च, एट दिस स्कूल</w:t>
      </w:r>
    </w:p>
    <w:p>
      <w:r>
        <w:rPr>
          <w:b/>
        </w:rPr>
        <w:t xml:space="preserve">[54:08] </w:t>
      </w:r>
      <w:r>
        <w:t>. So really, I have seen more and more programs now after 9/11 for various reasons. So yes, things are changing. There are so many opportunities</w:t>
      </w:r>
    </w:p>
    <w:p>
      <w:pPr>
        <w:jc w:val="right"/>
      </w:pPr>
      <w:r>
        <w:t>। सो रियली, आई हैव सीन मोर एंड मोर प्रोग्राम्स नाउ आफ्टर 9/11 फॉर वेरियस रीजंस। सो यस, थिंग्स आर चेंजिंग। There are so many opportunities</w:t>
      </w:r>
    </w:p>
    <w:p>
      <w:r>
        <w:rPr>
          <w:b/>
        </w:rPr>
        <w:t xml:space="preserve">[54:27] </w:t>
      </w:r>
      <w:r>
        <w:t>right now. There are so many requests, so many challenges at the same time. So the workload has really grown way more before.</w:t>
      </w:r>
    </w:p>
    <w:p>
      <w:pPr>
        <w:jc w:val="right"/>
      </w:pPr>
      <w:r>
        <w:t>right now. There are so many requests, so many challenges at the same time. So the workload has really grown way more before.</w:t>
      </w:r>
    </w:p>
    <w:p>
      <w:r>
        <w:rPr>
          <w:b/>
        </w:rPr>
        <w:t xml:space="preserve">[54:43] </w:t>
      </w:r>
      <w:r>
        <w:t>Before 9/11, a lot of Muslims, they were relying on the Constitution of the United States that no matter what, well, I don't bother with anybody and nobody would bother with me.</w:t>
      </w:r>
    </w:p>
    <w:p>
      <w:pPr>
        <w:jc w:val="right"/>
      </w:pPr>
      <w:r>
        <w:t>Before 9/11, a lot of Muslims, they were relying on the Constitution of the United States that no matter what, well, I don't bother with anybody and nobody would bother with me.</w:t>
      </w:r>
    </w:p>
    <w:p>
      <w:r>
        <w:rPr>
          <w:b/>
        </w:rPr>
        <w:t xml:space="preserve">[54:55] </w:t>
      </w:r>
      <w:r>
        <w:t>But they realized after 9/11 that that is not enough because the people now started to come and like pounding on the door,</w:t>
      </w:r>
    </w:p>
    <w:p>
      <w:pPr>
        <w:jc w:val="right"/>
      </w:pPr>
      <w:r>
        <w:t>But they realized after 9/11 that that is not enough because the people now started to come and like pounding on the door,</w:t>
      </w:r>
    </w:p>
    <w:p>
      <w:r>
        <w:rPr>
          <w:b/>
        </w:rPr>
        <w:t xml:space="preserve">[55:08] </w:t>
      </w:r>
      <w:r>
        <w:t>pounding hard.</w:t>
      </w:r>
    </w:p>
    <w:p>
      <w:pPr>
        <w:jc w:val="right"/>
      </w:pPr>
      <w:r>
        <w:t>pounding hard.</w:t>
      </w:r>
    </w:p>
    <w:p>
      <w:r>
        <w:rPr>
          <w:b/>
        </w:rPr>
        <w:t xml:space="preserve">[55:10] </w:t>
      </w:r>
      <w:r>
        <w:t>They would like to know, like, "Who are you? Are you terrorists? What's this Islam? What's this religion?" So you will see the reaction from a lot of Muslims in America.</w:t>
      </w:r>
    </w:p>
    <w:p>
      <w:pPr>
        <w:jc w:val="right"/>
      </w:pPr>
      <w:r>
        <w:t>They would like to know, like, "Who are you? Are you terrorists? What's this Islam? What's this religion?" So you will see the reaction from a lot of Muslims in America.</w:t>
      </w:r>
    </w:p>
    <w:p>
      <w:r>
        <w:rPr>
          <w:b/>
        </w:rPr>
        <w:t xml:space="preserve">[55:24] </w:t>
      </w:r>
      <w:r>
        <w:t>They started opening their doors and opening their centers for open house and interfaith programs here, open faith program there.</w:t>
      </w:r>
    </w:p>
    <w:p>
      <w:pPr>
        <w:jc w:val="right"/>
      </w:pPr>
      <w:r>
        <w:t>They started opening their doors and opening their centers for open house and interfaith programs here, open faith program there.</w:t>
      </w:r>
    </w:p>
    <w:p>
      <w:r>
        <w:rPr>
          <w:b/>
        </w:rPr>
        <w:t xml:space="preserve">[55:34] </w:t>
      </w:r>
      <w:r>
        <w:t>And that's my point.</w:t>
      </w:r>
    </w:p>
    <w:p>
      <w:pPr>
        <w:jc w:val="right"/>
      </w:pPr>
      <w:r>
        <w:t>And that's my point.</w:t>
      </w:r>
    </w:p>
    <w:p>
      <w:r>
        <w:rPr>
          <w:b/>
        </w:rPr>
        <w:t xml:space="preserve">[55:36] </w:t>
      </w:r>
      <w:r>
        <w:t>Before 9/11, you don't see that as much as after 9/11. And that's even from early 90s when I started this kind of work, people sometimes will make fun at me from the Muslim community, like, "What are</w:t>
      </w:r>
    </w:p>
    <w:p>
      <w:pPr>
        <w:jc w:val="right"/>
      </w:pPr>
      <w:r>
        <w:t>Before 9/11, you don't see that as much as after 9/11. And that's even from early 90s when I started this kind of work, people sometimes will make fun at me from the Muslim community, like, "What are</w:t>
      </w:r>
    </w:p>
    <w:p>
      <w:r>
        <w:rPr>
          <w:b/>
        </w:rPr>
        <w:t xml:space="preserve">[55:51] </w:t>
      </w:r>
      <w:r>
        <w:t>you doing?" Some will criticize. But after 9/11, people started to understand that this is the only way to do all kinds of programs,</w:t>
      </w:r>
    </w:p>
    <w:p>
      <w:pPr>
        <w:jc w:val="right"/>
      </w:pPr>
      <w:r>
        <w:t>you doing?" Some will criticize. But after 9/11, people started to understand that this is the only way to do all kinds of programs,</w:t>
      </w:r>
    </w:p>
    <w:p>
      <w:r>
        <w:rPr>
          <w:b/>
        </w:rPr>
        <w:t xml:space="preserve">[56:08] </w:t>
      </w:r>
      <w:r>
        <w:t>materials, to share materials, articles, books, Qurans, speakers, conferences, seminars.</w:t>
      </w:r>
    </w:p>
    <w:p>
      <w:pPr>
        <w:jc w:val="right"/>
      </w:pPr>
      <w:r>
        <w:t>materials, to share materials, articles, books, Qurans, speakers, conferences, seminars.</w:t>
      </w:r>
    </w:p>
    <w:p>
      <w:r>
        <w:rPr>
          <w:b/>
        </w:rPr>
        <w:t xml:space="preserve">[56:19] </w:t>
      </w:r>
      <w:r>
        <w:t>And the most important thing is to reach to the average people.</w:t>
      </w:r>
    </w:p>
    <w:p>
      <w:pPr>
        <w:jc w:val="right"/>
      </w:pPr>
      <w:r>
        <w:t>And the most important thing is to reach to the average people.</w:t>
      </w:r>
    </w:p>
    <w:p>
      <w:r>
        <w:rPr>
          <w:b/>
        </w:rPr>
        <w:t xml:space="preserve">[56:26] </w:t>
      </w:r>
      <w:r>
        <w:t>So that's my answer.</w:t>
      </w:r>
    </w:p>
    <w:p>
      <w:pPr>
        <w:jc w:val="right"/>
      </w:pPr>
      <w:r>
        <w:t>So that's my answer.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