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 Al-Ma’idah (The Table) Verses 1-56</w:t>
      </w:r>
    </w:p>
    <w:p>
      <w:r>
        <w:t>https://www.youtube.com/watch?v=8WyjSyogJFw</w:t>
      </w:r>
    </w:p>
    <w:p>
      <w:r>
        <w:rPr>
          <w:b/>
        </w:rPr>
        <w:t xml:space="preserve">[01:41] </w:t>
      </w:r>
      <w:r>
        <w:t>al-iqab.</w:t>
      </w:r>
    </w:p>
    <w:p>
      <w:pPr>
        <w:jc w:val="right"/>
      </w:pPr>
      <w:r>
        <w:t>العقاب.</w:t>
      </w:r>
    </w:p>
    <w:p>
      <w:r>
        <w:rPr>
          <w:b/>
        </w:rPr>
        <w:t xml:space="preserve">[01:45] </w:t>
      </w:r>
      <w:r>
        <w:t>shuru allah ke naam se jo bara meherban nihayat reham wala hai.</w:t>
      </w:r>
    </w:p>
    <w:p>
      <w:pPr>
        <w:jc w:val="right"/>
      </w:pPr>
      <w:r>
        <w:t>شروع اللہ کے نام سے جو بڑا مہربان نہایت رحم والا ہے۔</w:t>
      </w:r>
    </w:p>
    <w:p>
      <w:r>
        <w:rPr>
          <w:b/>
        </w:rPr>
        <w:t xml:space="preserve">[01:53] </w:t>
      </w:r>
      <w:r>
        <w:t>ae iman walo! ahad o peyman ko poora karo. tumhare liye moaish-i ki qism ke sab janwar halaal kiye gaye, siwa un ke jin ka zikr aage kiya ja raha hai.</w:t>
      </w:r>
    </w:p>
    <w:p>
      <w:pPr>
        <w:jc w:val="right"/>
      </w:pPr>
      <w:r>
        <w:t>اے ایمان والو! عہد و پیمان کو پورا کرو۔ تمہارے لیے مویشی کی قسم کے سب جانور حلال کیے گئے، سوا ان کے جن کا ذکر آگے کیا جا رہا ہے۔</w:t>
      </w:r>
    </w:p>
    <w:p>
      <w:r>
        <w:rPr>
          <w:b/>
        </w:rPr>
        <w:t xml:space="preserve">[02:09] </w:t>
      </w:r>
      <w:r>
        <w:t>magar ehram ki halat mein shikar ko halaal na jano. allah hukum deta hai jo chahta hai.</w:t>
      </w:r>
    </w:p>
    <w:p>
      <w:pPr>
        <w:jc w:val="right"/>
      </w:pPr>
      <w:r>
        <w:t>مگر احرام کی حالت میں شکار کو حلال نہ جانو۔ اللہ حکم دیتا ہے جو چاہتا ہے۔</w:t>
      </w:r>
    </w:p>
    <w:p>
      <w:r>
        <w:rPr>
          <w:b/>
        </w:rPr>
        <w:t xml:space="preserve">[02:20] </w:t>
      </w:r>
      <w:r>
        <w:t>ae iman walo! be-hurmati na karo allah ki nishaniyon ki, aur na hurmat wale mahinon ki, aur na haram mein qurbani wale janwaron ki, aur na patthe bandhe hue niaz ke janwaron ki,</w:t>
      </w:r>
    </w:p>
    <w:p>
      <w:pPr>
        <w:jc w:val="right"/>
      </w:pPr>
      <w:r>
        <w:t>اے ایمان والو! بے حرمتی نہ کرو اللہ کی نشانیوں کی، اور نہ حرمت والے مہینوں کی، اور نہ حرم میں قربانی والے جانوروں کی، اور نہ پٹھے بندھے ہوئے نیاز کے جانوروں کی،</w:t>
      </w:r>
    </w:p>
    <w:p>
      <w:r>
        <w:rPr>
          <w:b/>
        </w:rPr>
        <w:t xml:space="preserve">[02:40] </w:t>
      </w:r>
      <w:r>
        <w:t>aur na hurmat wale ghar ki taraf aanay walon ki jo apne rab ka fazl aur us ki khushi dhoondne nikle hain.</w:t>
      </w:r>
    </w:p>
    <w:p>
      <w:pPr>
        <w:jc w:val="right"/>
      </w:pPr>
      <w:r>
        <w:t>اور نہ حرمت والے گھر کی طرف آنے والوں کی جو اپنے رب کا فضل اور اس کی خوشی ڈھونڈنے نکلے ہیں۔</w:t>
      </w:r>
    </w:p>
    <w:p>
      <w:r>
        <w:rPr>
          <w:b/>
        </w:rPr>
        <w:t xml:space="preserve">[02:51] </w:t>
      </w:r>
      <w:r>
        <w:t>aur jab tum ehram ki halat se bahar aa jao to shikar karo. aur kisi qaum ki dushmani ke is ne tum ko masjid haram se rooka hai,</w:t>
      </w:r>
    </w:p>
    <w:p>
      <w:pPr>
        <w:jc w:val="right"/>
      </w:pPr>
      <w:r>
        <w:t>اور جب تم احرام کی حالت سے باہر آ جاؤ تو شکار کرو۔ اور کسی قوم کی دشمنی کہ اس نے تم کو مسجد حرام سے روکا ہے،</w:t>
      </w:r>
    </w:p>
    <w:p>
      <w:r>
        <w:rPr>
          <w:b/>
        </w:rPr>
        <w:t xml:space="preserve">[03:05] </w:t>
      </w:r>
      <w:r>
        <w:t>tum ko is par na ubhare ke tum ziyadati karne lago. tum neki aur taqwa mein aik doosre ki madad karo.</w:t>
      </w:r>
    </w:p>
    <w:p>
      <w:pPr>
        <w:jc w:val="right"/>
      </w:pPr>
      <w:r>
        <w:t>تم کو اس پر نہ ابھارے کہ تم زیادتی کرنے لگو۔ تم نیکی اور تقویٰ میں ایک دوسرے کی مدد کرو۔</w:t>
      </w:r>
    </w:p>
    <w:p>
      <w:r>
        <w:rPr>
          <w:b/>
        </w:rPr>
        <w:t xml:space="preserve">[03:14] </w:t>
      </w:r>
      <w:r>
        <w:t>aur gunah aur ziyadati mein aik doosre ki madad na karo.</w:t>
      </w:r>
    </w:p>
    <w:p>
      <w:pPr>
        <w:jc w:val="right"/>
      </w:pPr>
      <w:r>
        <w:t>اور گناہ اور زیادتی میں ایک دوسرے کی مدد نہ کرو۔</w:t>
      </w:r>
    </w:p>
    <w:p>
      <w:r>
        <w:rPr>
          <w:b/>
        </w:rPr>
        <w:t xml:space="preserve">[03:19] </w:t>
      </w:r>
      <w:r>
        <w:t>allah se daro. beshak allah sakht azab dene wala hai.</w:t>
      </w:r>
    </w:p>
    <w:p>
      <w:pPr>
        <w:jc w:val="right"/>
      </w:pPr>
      <w:r>
        <w:t>اللہ سے ڈرو۔ بے شک اللہ سخت عذاب دینے والا ہے۔</w:t>
      </w:r>
    </w:p>
    <w:p>
      <w:r>
        <w:rPr>
          <w:b/>
        </w:rPr>
        <w:t xml:space="preserve">[03:27] </w:t>
      </w:r>
      <w:r>
        <w:t>tashreeh: momin ki zindagi aik paband zindagi hai. woh dunya mein azaad hai ke jo chahe kare.</w:t>
      </w:r>
    </w:p>
    <w:p>
      <w:pPr>
        <w:jc w:val="right"/>
      </w:pPr>
      <w:r>
        <w:t>تشریح: مومن کی زندگی ایک پابند زندگی ہے۔ وہ دنیا میں آزاد ہے کہ جو چاہے کرے۔</w:t>
      </w:r>
    </w:p>
    <w:p>
      <w:r>
        <w:rPr>
          <w:b/>
        </w:rPr>
        <w:t xml:space="preserve">[03:38] </w:t>
      </w:r>
      <w:r>
        <w:t>is ke bawajood woh allah ki haqaiq ka etraf karte hue apne aap ko paband bana leta hai.</w:t>
      </w:r>
    </w:p>
    <w:p>
      <w:pPr>
        <w:jc w:val="right"/>
      </w:pPr>
      <w:r>
        <w:t>اس کے باوجود وہ اللہ کی حقائق کا اعتراف کرتے ہوئے اپنے آپ کو پابند بنا لیتا ہے۔</w:t>
      </w:r>
    </w:p>
    <w:p>
      <w:r>
        <w:rPr>
          <w:b/>
        </w:rPr>
        <w:t xml:space="preserve">[03:47] </w:t>
      </w:r>
      <w:r>
        <w:t>woh apne aap ko az khud ahad ki rassi mein baandh leta hai. allah ka mamla ho ya bondon ka mamla, dono qism ke mamlaat mein is ne apne ko paband kar liya hai ke woh azadana amal na kare balke khuda ke hukum ke mutabiq amal kare.</w:t>
      </w:r>
    </w:p>
    <w:p>
      <w:pPr>
        <w:jc w:val="right"/>
      </w:pPr>
      <w:r>
        <w:t>وہ اپنے آپ کو از خود عہد کی رسی میں باندھ لیتا ہے۔ اللہ کا معاملہ ہو یا بندوں کا معاملہ، دونوں قسم کے معاملات میں اس نے اپنے کو پابند کر لیا ہے کہ وہ آزادانہ عمل نہ کرے بلکہ خدا کے حکم کے مطابق عمل کرے۔</w:t>
      </w:r>
    </w:p>
    <w:p>
      <w:r>
        <w:rPr>
          <w:b/>
        </w:rPr>
        <w:t xml:space="preserve">[04:11] </w:t>
      </w:r>
      <w:r>
        <w:t>woh inhi cheezon ko apni khorak banaye jo khuda ne is ke liye halaal ki hain, aur jo cheezen khuda ne haram ki hain un ko khana chhod de.</w:t>
      </w:r>
    </w:p>
    <w:p>
      <w:pPr>
        <w:jc w:val="right"/>
      </w:pPr>
      <w:r>
        <w:t>وہ انہی چیزوں کو اپنی خوراک بنائے جو خدا نے اس کے لیے حلال کی ہیں، اور جو چیزیں خدا نے حرام کی ہیں ان کو کھانا چھوڑ دے۔</w:t>
      </w:r>
    </w:p>
    <w:p>
      <w:r>
        <w:rPr>
          <w:b/>
        </w:rPr>
        <w:t xml:space="preserve">[04:26] </w:t>
      </w:r>
      <w:r>
        <w:t>kisi mauqe par agar kisi jaiz cheez se bhi rok diya jaye jaisa ke ehram ki halat mein ya haram mahinon ke baray mein hukum se wazeh hota hai to us ko bhi be chun o chara maan le.</w:t>
      </w:r>
    </w:p>
    <w:p>
      <w:pPr>
        <w:jc w:val="right"/>
      </w:pPr>
      <w:r>
        <w:t>کسی موقع پر اگر کسی جائز چیز سے بھی روک دیا جائے جیسا کہ احرام کی حالت میں یا حرام مہینوں کے بارے میں حکم سے واضح ہوتا ہے تو اس کو بھی بے چون و چرا مان لے۔</w:t>
      </w:r>
    </w:p>
    <w:p>
      <w:r>
        <w:rPr>
          <w:b/>
        </w:rPr>
        <w:t xml:space="preserve">[04:43] </w:t>
      </w:r>
      <w:r>
        <w:t>koi cheez kisi deeni haqiqat ki nishani ban jaye to us ka ehtram kare ki</w:t>
      </w:r>
    </w:p>
    <w:p>
      <w:pPr>
        <w:jc w:val="right"/>
      </w:pPr>
      <w:r>
        <w:t>کوئی چیز کسی دینی حقیقت کی علامت بن جائے تو اس کا احترام کرے کی</w:t>
      </w:r>
    </w:p>
    <w:p>
      <w:r>
        <w:rPr>
          <w:b/>
        </w:rPr>
        <w:t xml:space="preserve">[04:49] </w:t>
      </w:r>
      <w:r>
        <w:t>unke aisi cheez ka ehtram khud deen ka ehtram hai. aur yeh sab kuch allah ke khauf se kare na ke kisi aur jazbe se.</w:t>
      </w:r>
    </w:p>
    <w:p>
      <w:pPr>
        <w:jc w:val="right"/>
      </w:pPr>
      <w:r>
        <w:t>ونکہ ایسی چیز کا احترام خود دین کا احترام ہے۔ اور یہ سب کچھ اللہ کے خوف سے کرے نہ کہ کسی اور جذبے سے۔</w:t>
      </w:r>
    </w:p>
    <w:p>
      <w:r>
        <w:rPr>
          <w:b/>
        </w:rPr>
        <w:t xml:space="preserve">[05:03] </w:t>
      </w:r>
      <w:r>
        <w:t>aadmi aam halaat mein allah ke hukumon par amal karta hai magar jab koi ghair maamooli halat paida hoti hai to woh badal kar doosra insan ban jata hai.</w:t>
      </w:r>
    </w:p>
    <w:p>
      <w:pPr>
        <w:jc w:val="right"/>
      </w:pPr>
      <w:r>
        <w:t>آدمی عام حالات میں اللہ کے حکموں پر عمل کرتا ہے مگر جب کوئی غیر معمولی حالت پیدا ہوتی ہے تو وہ بدل کر دوسرا انسان بن جاتا ہے۔</w:t>
      </w:r>
    </w:p>
    <w:p>
      <w:r>
        <w:rPr>
          <w:b/>
        </w:rPr>
        <w:t xml:space="preserve">[05:16] </w:t>
      </w:r>
      <w:r>
        <w:t>allah se darne wala yakayak allah se be-khauf insan ban kar khada ho jata hai. yeh mauqe woh hai jab ke kisi ki koi mukhalifana harkat us ko mushtael kar deti hai.</w:t>
      </w:r>
    </w:p>
    <w:p>
      <w:pPr>
        <w:jc w:val="right"/>
      </w:pPr>
      <w:r>
        <w:t>اللہ سے ڈرنے والا یکایک اللہ سے بے خوف انسان بن کر کھڑا ہو جاتا ہے۔ یہ موقع وہ ہے جب کہ کسی کی کوئی مخالفانہ حرکت اس کو مشتعل کر دیتی ہے۔</w:t>
      </w:r>
    </w:p>
    <w:p>
      <w:r>
        <w:rPr>
          <w:b/>
        </w:rPr>
        <w:t xml:space="preserve">[05:32] </w:t>
      </w:r>
      <w:r>
        <w:t>aise mauqe par aadmi insaaf ki hadon ko bhool jata hai aur yeh chahne lagta hai ke jis tarah bhi ho apne hreef ko zaleel aur nakam kare.</w:t>
      </w:r>
    </w:p>
    <w:p>
      <w:pPr>
        <w:jc w:val="right"/>
      </w:pPr>
      <w:r>
        <w:t>ایسے موقع پر آدمی انصاف کی حدوں کو بھول جاتا ہے اور یہ چاہنے لگتا ہے کہ جس طرح بھی ہو اپنے حریف کو ذلیل اور ناکام کرے۔</w:t>
      </w:r>
    </w:p>
    <w:p>
      <w:r>
        <w:rPr>
          <w:b/>
        </w:rPr>
        <w:t xml:space="preserve">[05:46] </w:t>
      </w:r>
      <w:r>
        <w:t>magar is qism ki maandaana karwai khuda ke nazdeek jaiz nahi, hatta ke us waqt bhi nahi jab ke masjid haram ki ziyarat jaise pak kaam se kisi ne doosre ko roka ho.</w:t>
      </w:r>
    </w:p>
    <w:p>
      <w:pPr>
        <w:jc w:val="right"/>
      </w:pPr>
      <w:r>
        <w:t>مگر اس قسم کی معاندانہ کارروائی خدا کے نزدیک جائز نہیں، حتیٰ کہ اس وقت بھی نہیں جب کہ مسجد حرام کی زیارت جیسے پاک کام سے کسی نے دوسرے کو روکا ہو۔</w:t>
      </w:r>
    </w:p>
    <w:p>
      <w:r>
        <w:rPr>
          <w:b/>
        </w:rPr>
        <w:t xml:space="preserve">[06:02] </w:t>
      </w:r>
      <w:r>
        <w:t>koi shakhs is qism ki zalimana karwai karne ke liye uthe aur kuch log is ka sath dene lagen to yeh gunah ki rah mein kisi ki madad karna hoga.</w:t>
      </w:r>
    </w:p>
    <w:p>
      <w:pPr>
        <w:jc w:val="right"/>
      </w:pPr>
      <w:r>
        <w:t>کوئی شخص اس قسم کی ظالمانہ کارروائی کرنے کے لیے اٹھے اور کچھ لوگ اس کا ساتھ دینے لگیں تو یہ گناہ کی راہ میں کسی کی مدد کرنا ہوگا۔</w:t>
      </w:r>
    </w:p>
    <w:p>
      <w:r>
        <w:rPr>
          <w:b/>
        </w:rPr>
        <w:t xml:space="preserve">[06:14] </w:t>
      </w:r>
      <w:r>
        <w:t>jabke Allah se darne walon ka shiwah yeh hona chahiye ke woh sirf neki ke kamon mein doosre ki madad karen.</w:t>
      </w:r>
    </w:p>
    <w:p>
      <w:pPr>
        <w:jc w:val="right"/>
      </w:pPr>
      <w:r>
        <w:t>جبکہ اللہ سے ڈرنے والوں کا شیوہ یہ ہونا چاہیے کہ وہ صرف نیکی کے کاموں میں دوسرے کی مدد کریں۔</w:t>
      </w:r>
    </w:p>
    <w:p>
      <w:r>
        <w:rPr>
          <w:b/>
        </w:rPr>
        <w:t xml:space="preserve">[06:25] </w:t>
      </w:r>
      <w:r>
        <w:t>jo shakhs haq par ho is ka sath dena aur jo nahq par ho is ka sath na dena maujooda duniya ka sab se mushkil kam hai.</w:t>
      </w:r>
    </w:p>
    <w:p>
      <w:pPr>
        <w:jc w:val="right"/>
      </w:pPr>
      <w:r>
        <w:t>جو شخص حق پر ہو اس کا ساتھ دینا اور جو ناحق پر ہو اس کا ساتھ نہ دینا موجودہ دنیا کا سب سے مشکل کام ہے۔</w:t>
      </w:r>
    </w:p>
    <w:p>
      <w:r>
        <w:rPr>
          <w:b/>
        </w:rPr>
        <w:t xml:space="preserve">[06:37] </w:t>
      </w:r>
      <w:r>
        <w:t>magar isi mushkil kam par aadmi ke akhrawi anjam ka faisla hone wala hai.</w:t>
      </w:r>
    </w:p>
    <w:p>
      <w:pPr>
        <w:jc w:val="right"/>
      </w:pPr>
      <w:r>
        <w:t>مگر اسی مشکل کام پر آدمی کے اخروی انجام کا فیصلہ ہونے والا ہے۔</w:t>
      </w:r>
    </w:p>
    <w:p>
      <w:r>
        <w:rPr>
          <w:b/>
        </w:rPr>
        <w:t xml:space="preserve">[07:29] </w:t>
      </w:r>
      <w:r>
        <w:t>alyawm ya'is allazina kafaroo min deenikum fala takhshawhum wakhshawni. alyawm akmalt lakum deenakum wa atmamtu alaykum ni'amati waradeetu lakum al-islama deena.</w:t>
      </w:r>
    </w:p>
    <w:p>
      <w:pPr>
        <w:jc w:val="right"/>
      </w:pPr>
      <w:r>
        <w:t>اليوم يئس الذين كفروا من دينكم فلا تخشوهم واخشون. اليوم أكملت لكم دينكم وأتممت عليكم نعمتي ورضيت لكم الإسلام دينا.</w:t>
      </w:r>
    </w:p>
    <w:p>
      <w:r>
        <w:rPr>
          <w:b/>
        </w:rPr>
        <w:t xml:space="preserve">[07:49] </w:t>
      </w:r>
      <w:r>
        <w:t>faman idturra fi maghmaseh ghaira mutajanifin li'ithmin fa'innallaha ghafurun rahim.</w:t>
      </w:r>
    </w:p>
    <w:p>
      <w:pPr>
        <w:jc w:val="right"/>
      </w:pPr>
      <w:r>
        <w:t>فمن اضطر في مخمصة غير متجانف لإثم فإن الله غفور رحيم.</w:t>
      </w:r>
    </w:p>
    <w:p>
      <w:r>
        <w:rPr>
          <w:b/>
        </w:rPr>
        <w:t xml:space="preserve">[08:03] </w:t>
      </w:r>
      <w:r>
        <w:t>tum par haram kiya gaya murdaar aur khoon aur</w:t>
      </w:r>
    </w:p>
    <w:p>
      <w:pPr>
        <w:jc w:val="right"/>
      </w:pPr>
      <w:r>
        <w:t>تم پر حرام کیا گیا مردار اور خون اور</w:t>
      </w:r>
    </w:p>
    <w:p>
      <w:r>
        <w:rPr>
          <w:b/>
        </w:rPr>
        <w:t xml:space="preserve">[08:09] </w:t>
      </w:r>
      <w:r>
        <w:t>khinzir ka gosht aur woh janwar jo khuda ke siwa kisi aur naam par zabah kiya gaya ho</w:t>
      </w:r>
    </w:p>
    <w:p>
      <w:pPr>
        <w:jc w:val="right"/>
      </w:pPr>
      <w:r>
        <w:t>خنزیر کا گوشت اور وہ جانور جو خدا کے سوا کسی اور نام پر ذبح کیا گیا ہو</w:t>
      </w:r>
    </w:p>
    <w:p>
      <w:r>
        <w:rPr>
          <w:b/>
        </w:rPr>
        <w:t xml:space="preserve">[08:17] </w:t>
      </w:r>
      <w:r>
        <w:t>aur jo mar gaya ho gala ghontne se ya chot se ya</w:t>
      </w:r>
    </w:p>
    <w:p>
      <w:pPr>
        <w:jc w:val="right"/>
      </w:pPr>
      <w:r>
        <w:t>اور جو مر گیا ہو گلا گھوٹنے سے یا چوٹ سے یا</w:t>
      </w:r>
    </w:p>
    <w:p>
      <w:r>
        <w:rPr>
          <w:b/>
        </w:rPr>
        <w:t xml:space="preserve">[08:25] </w:t>
      </w:r>
      <w:r>
        <w:t>kisi aur naam par zabah kiya gaya ho aur jo mar gaya ho gala ghontne se ya chot</w:t>
      </w:r>
    </w:p>
    <w:p>
      <w:pPr>
        <w:jc w:val="right"/>
      </w:pPr>
      <w:r>
        <w:t>کسی اور نام پر ذبح کیا گیا ہو اور جو مر گیا ہو گلا گھوٹنے سے یا چوٹ</w:t>
      </w:r>
    </w:p>
    <w:p>
      <w:r>
        <w:rPr>
          <w:b/>
        </w:rPr>
        <w:t xml:space="preserve">[08:33] </w:t>
      </w:r>
      <w:r>
        <w:t>se ya oonche se gir kar ya sing maarne se aur woh jis ko darinday ne khaya ho</w:t>
      </w:r>
    </w:p>
    <w:p>
      <w:pPr>
        <w:jc w:val="right"/>
      </w:pPr>
      <w:r>
        <w:t>سے یا اونچے سے گر کر یا سینگ مارنے سے اور وہ جس کو درندے نے کھایا ہو</w:t>
      </w:r>
    </w:p>
    <w:p>
      <w:r>
        <w:rPr>
          <w:b/>
        </w:rPr>
        <w:t xml:space="preserve">[08:42] </w:t>
      </w:r>
      <w:r>
        <w:t>magar jis ko tum ne zabah kar liya aur woh jo kisi thaan</w:t>
      </w:r>
    </w:p>
    <w:p>
      <w:pPr>
        <w:jc w:val="right"/>
      </w:pPr>
      <w:r>
        <w:t>مگر جس کو تم نے ذبح کر لیا اور وہ جو کسی تھان</w:t>
      </w:r>
    </w:p>
    <w:p>
      <w:r>
        <w:rPr>
          <w:b/>
        </w:rPr>
        <w:t xml:space="preserve">[08:48] </w:t>
      </w:r>
      <w:r>
        <w:t>par zabah kiya gaya ho aur yeh ke taqseem karo jue ke teeron se.</w:t>
      </w:r>
    </w:p>
    <w:p>
      <w:pPr>
        <w:jc w:val="right"/>
      </w:pPr>
      <w:r>
        <w:t>پر ذبح کیا گیا ہو اور یہ کہ تقسیم کرو جوئے کے تیروں سے۔</w:t>
      </w:r>
    </w:p>
    <w:p>
      <w:r>
        <w:rPr>
          <w:b/>
        </w:rPr>
        <w:t xml:space="preserve">[08:56] </w:t>
      </w:r>
      <w:r>
        <w:t>yeh gunah ka kam hai. aaj munkir log tumhare deen ki taraf se mayus ho gaye. pas tum un se na daro, sirf mujh se daro.</w:t>
      </w:r>
    </w:p>
    <w:p>
      <w:pPr>
        <w:jc w:val="right"/>
      </w:pPr>
      <w:r>
        <w:t>یہ گناہ کا کام ہے۔ آج منکر لوگ تمہارے دین کی طرف سے مایوس ہو گئے۔ پس تم ان سے نہ ڈرو، صرف مجھ سے ڈرو۔</w:t>
      </w:r>
    </w:p>
    <w:p>
      <w:r>
        <w:rPr>
          <w:b/>
        </w:rPr>
        <w:t xml:space="preserve">[09:10] </w:t>
      </w:r>
      <w:r>
        <w:t>aaj mein ne tumhare liye tumhare deen ko poora kar diya aur tum par apni nemmat poori kar di aur tumhare liye Islam ko deen ki hesiyat se pasand kar liya.</w:t>
      </w:r>
    </w:p>
    <w:p>
      <w:pPr>
        <w:jc w:val="right"/>
      </w:pPr>
      <w:r>
        <w:t>آج میں نے تمہارے لیے تمہارے دین کو پورا کر دیا اور تم پر اپنی نعمت پوری کر دی اور تمہارے لیے اسلام کو دین کی حیثیت سے پسند کر لیا۔</w:t>
      </w:r>
    </w:p>
    <w:p>
      <w:r>
        <w:rPr>
          <w:b/>
        </w:rPr>
        <w:t xml:space="preserve">[09:25] </w:t>
      </w:r>
      <w:r>
        <w:t>pas jo bhook se majboor ho jaye lekin gunah par ma'il na ho to Allah bakhsne wala mehrban hai. tashreeh: ba'z janwar apne tibbi aur akhlaqi nuqsanat ki wajah se is qabil nahi ke insaan un ko apni khurak banaye.</w:t>
      </w:r>
    </w:p>
    <w:p>
      <w:pPr>
        <w:jc w:val="right"/>
      </w:pPr>
      <w:r>
        <w:t>پس جو بھوک سے مجبور ہو جائے لیکن گناہ پر مائل نہ ہو تو اللہ بخشنے والا مہربان ہے۔ تشریح: بعض جانور اپنے طبی اور اخلاقی نقصانات کی وجہ سے اس قابل نہیں کہ انسان ان کو اپنی خوراک بنائے۔</w:t>
      </w:r>
    </w:p>
    <w:p>
      <w:r>
        <w:rPr>
          <w:b/>
        </w:rPr>
        <w:t xml:space="preserve">[09:49] </w:t>
      </w:r>
      <w:r>
        <w:t>khinzir ko Allah taala ne isi sabab se haram qarar diya.</w:t>
      </w:r>
    </w:p>
    <w:p>
      <w:pPr>
        <w:jc w:val="right"/>
      </w:pPr>
      <w:r>
        <w:t>خنزیر کو اللہ تعالی نے اسی سبب سے حرام قرار دیا۔</w:t>
      </w:r>
    </w:p>
    <w:p>
      <w:r>
        <w:rPr>
          <w:b/>
        </w:rPr>
        <w:t xml:space="preserve">[09:53] </w:t>
      </w:r>
      <w:r>
        <w:t>isi tarah janwar ke jism mein gosht ke ilawa kai doosri cheezein hoti hain jo insani khurak banne ke qabil nahi.</w:t>
      </w:r>
    </w:p>
    <w:p>
      <w:pPr>
        <w:jc w:val="right"/>
      </w:pPr>
      <w:r>
        <w:t>اسی طرح جانور کے جسم میں گوشت کے علاوہ کئی دوسری چیزیں ہوتی ہیں جو انسانی خوراک بننے کے قابل نہیں۔</w:t>
      </w:r>
    </w:p>
    <w:p>
      <w:r>
        <w:rPr>
          <w:b/>
        </w:rPr>
        <w:t xml:space="preserve">[10:04] </w:t>
      </w:r>
      <w:r>
        <w:t>inhi mein se khoon bhi hai. chunancha Islam mein janwar ko zabah karne ki ek khaas surat muqarrar ki gayi taake janwar ke jism ka khoon poori tarah beh kar nikal jaye.</w:t>
      </w:r>
    </w:p>
    <w:p>
      <w:pPr>
        <w:jc w:val="right"/>
      </w:pPr>
      <w:r>
        <w:t>انہی میں سے خون بھی ہے۔ چنانچہ اسلام میں جانور کو ذبح کرنے کی ایک خاص صورت مقرر کی گئی تاکہ جانور کے جسم کا خون پوری طرح بہہ کر نکل جائے۔</w:t>
      </w:r>
    </w:p>
    <w:p>
      <w:r>
        <w:rPr>
          <w:b/>
        </w:rPr>
        <w:t xml:space="preserve">[10:21] </w:t>
      </w:r>
      <w:r>
        <w:t>zabah ke siwa janwar ko marne ke jo tareeqe hain un mein khoon janwar ke gosht mein jazb ho kar reh jata hai.</w:t>
      </w:r>
    </w:p>
    <w:p>
      <w:pPr>
        <w:jc w:val="right"/>
      </w:pPr>
      <w:r>
        <w:t>ذبح کے سوا جانور کو مارنے کے جو طریقے ہیں ان میں خون جانور کے گوشت میں جذب ہو کر رہ جاتا ہے۔</w:t>
      </w:r>
    </w:p>
    <w:p>
      <w:r>
        <w:rPr>
          <w:b/>
        </w:rPr>
        <w:t xml:space="preserve">[10:31] </w:t>
      </w:r>
      <w:r>
        <w:t>woh poori tarah is se alag nahi hota. isi sabab se shariat mein murdar ki tamam qismon ko bhi haram kar diya gaya kyunke murdar janwar ka khoon foran hi is ke gosht mein jazb ho jata hai.</w:t>
      </w:r>
    </w:p>
    <w:p>
      <w:pPr>
        <w:jc w:val="right"/>
      </w:pPr>
      <w:r>
        <w:t>وہ پوری طرح اس سے الگ نہیں ہوتا۔ اسی سبب سے شریعت میں مردار کی تمام قسموں کو بھی حرام کر دیا گیا کیونکہ مردار جانور کا خون فوراً ہی اس کے گوشت میں جذب ہو جاتا ہے۔</w:t>
      </w:r>
    </w:p>
    <w:p>
      <w:r>
        <w:rPr>
          <w:b/>
        </w:rPr>
        <w:t xml:space="preserve">[10:49] </w:t>
      </w:r>
      <w:r>
        <w:t>isi tarah aisa gosht bhi haram kar diya gaya jis mein kisi tarah mushrikana aqeeday ki aamzish ho jaye.</w:t>
      </w:r>
    </w:p>
    <w:p>
      <w:pPr>
        <w:jc w:val="right"/>
      </w:pPr>
      <w:r>
        <w:t>اسی طرح ایسا گوشت بھی حرام کر دیا گیا جس میں کسی طرح مشرکانہ عقیدے کی آمیزش ہو جائے۔</w:t>
      </w:r>
    </w:p>
    <w:p>
      <w:r>
        <w:rPr>
          <w:b/>
        </w:rPr>
        <w:t xml:space="preserve">[11:00] </w:t>
      </w:r>
      <w:r>
        <w:t>misalan ghairullah ka naam le kar zabah karna ya ghairullah ke taqarrub ki khatir janwar ko qurbani karna.</w:t>
      </w:r>
    </w:p>
    <w:p>
      <w:pPr>
        <w:jc w:val="right"/>
      </w:pPr>
      <w:r>
        <w:t>مثلاً غیر اللہ کا نام لے کر ذبح کرنا یا غیر اللہ کے تقرب کی خاطر جانور کو قربان کرنا۔</w:t>
      </w:r>
    </w:p>
    <w:p>
      <w:r>
        <w:rPr>
          <w:b/>
        </w:rPr>
        <w:t xml:space="preserve">[11:11] </w:t>
      </w:r>
      <w:r>
        <w:t>tahum Allah ne apni rehmat khaas se yeh ganjais de di ke kisi ko bhook ki aisi majboori pesh aa jaye ke us ko maut ya haram khurak mein se ek ko lena ho to woh maut ke muqable mein haram khurak ko ikhtiyar kare.</w:t>
      </w:r>
    </w:p>
    <w:p>
      <w:pPr>
        <w:jc w:val="right"/>
      </w:pPr>
      <w:r>
        <w:t>تاہم اللہ نے اپنی رحمت خاص سے یہ گنجائش دے دی کہ کسی کو بھوک کی ایسی مجبوری پیش آ جائے کہ اس کو موت یا حرام خوراک میں سے ایک کو لینا ہو تو وہ موت کے مقابلے میں حرام خوراک کو اختیار کرے۔</w:t>
      </w:r>
    </w:p>
    <w:p>
      <w:r>
        <w:rPr>
          <w:b/>
        </w:rPr>
        <w:t xml:space="preserve">[11:34] </w:t>
      </w:r>
      <w:r>
        <w:t>aaj mein ne tumhare deen ko tumhare liye kamil kar diya.</w:t>
      </w:r>
    </w:p>
    <w:p>
      <w:pPr>
        <w:jc w:val="right"/>
      </w:pPr>
      <w:r>
        <w:t>آج میں نے تمہارے دین کو تمہارے لیے کامل کر دیا۔</w:t>
      </w:r>
    </w:p>
    <w:p>
      <w:r>
        <w:rPr>
          <w:b/>
        </w:rPr>
        <w:t xml:space="preserve">[11:40] </w:t>
      </w:r>
      <w:r>
        <w:t>yani tum ko jo ahkam diye jaane the woh sab de diye gaye. tumhare liye jo kuch bhejna muqaddar kiya gaya tha woh sab bheja ja chuka.</w:t>
      </w:r>
    </w:p>
    <w:p>
      <w:pPr>
        <w:jc w:val="right"/>
      </w:pPr>
      <w:r>
        <w:t>یعنی تم کو جو احکام دیے جانے تھے وہ سب دے دیے گئے۔ تمہارے لیے جو کچھ بھیجنا مقدر کیا گیا تھا وہ سب بھیجا جا چکا۔</w:t>
      </w:r>
    </w:p>
    <w:p>
      <w:r>
        <w:rPr>
          <w:b/>
        </w:rPr>
        <w:t xml:space="preserve">[11:52] </w:t>
      </w:r>
      <w:r>
        <w:t>yahan ala al-itlaq deen ke kamil kiye jaane ka zikr nahi hai balke ummat e Muhammadi par jo Quran nazil hona shuru hua tha us ke poore hone ka ailan hai.</w:t>
      </w:r>
    </w:p>
    <w:p>
      <w:pPr>
        <w:jc w:val="right"/>
      </w:pPr>
      <w:r>
        <w:t>یہاں علی الاطلاق دین کے کامل کیے جانے کا ذکر نہیں ہے بلکہ امت محمدی پر جو قرآن نازل ہونا شروع ہوا تھا اس کے پورے ہونے کا اعلان ہے۔</w:t>
      </w:r>
    </w:p>
    <w:p>
      <w:r>
        <w:rPr>
          <w:b/>
        </w:rPr>
        <w:t xml:space="preserve">[12:05] </w:t>
      </w:r>
      <w:r>
        <w:t>yeh nazool ki takmeel ka zikr hai na ke deen ki takmeel ka. isi liye alfaaz yeh nahi hain ke aaj mein ne deen ko kamil kar diya balke yeh farmaya ke aaj mein ne tumhare deen ko tumhare liye kamil kar diya.</w:t>
      </w:r>
    </w:p>
    <w:p>
      <w:pPr>
        <w:jc w:val="right"/>
      </w:pPr>
      <w:r>
        <w:t>یہ نزول کی تکمیل کا ذکر ہے نہ کہ دین کی تکمیل کا۔ اسی لیے الفاظ یہ نہیں ہیں کہ آج میں نے دین کو کامل کر دیا بلکہ یہ فرمایا کہ آج میں نے تمہارے دین کو تمہارے لیے کامل کر دیا۔</w:t>
      </w:r>
    </w:p>
    <w:p>
      <w:r>
        <w:rPr>
          <w:b/>
        </w:rPr>
        <w:t xml:space="preserve">[12:22] </w:t>
      </w:r>
      <w:r>
        <w:t>haqeeqat yeh hai ke Khuda ka deen har zamane mein apni kamil surat mein insaan ko diya gaya hai. Khuda ne kabhi naqis deen insaan ke paas nahi bheja.</w:t>
      </w:r>
    </w:p>
    <w:p>
      <w:pPr>
        <w:jc w:val="right"/>
      </w:pPr>
      <w:r>
        <w:t>حقیقت یہ ہے کہ خدا کا دین ہر زمانے میں اپنی کامل صورت میں انسان کو دیا گیا ہے۔ خدا نے کبھی ناقص دین انسان کے پاس نہیں بھیجا۔</w:t>
      </w:r>
    </w:p>
    <w:p>
      <w:r>
        <w:rPr>
          <w:b/>
        </w:rPr>
        <w:t xml:space="preserve">[12:36] </w:t>
      </w:r>
      <w:r>
        <w:t>Quran ko mannay wali ummat ko Khuda ne itni mazboot buniyadon par qaim kar diya hai ke woh apni imkani quwwat ke aitbar se har bayroni khatra ki zad se bahar ja chuki hai.</w:t>
      </w:r>
    </w:p>
    <w:p>
      <w:pPr>
        <w:jc w:val="right"/>
      </w:pPr>
      <w:r>
        <w:t>قرآن کو ماننے والی امت کو خدا نے اتنی مضبوط بنیادوں پر قائم کر دیا ہے کہ وہ اپنی امکانی قوت کے اعتبار سے ہر بیرونی خطرہ کی زد سے باہر جا چکی ہے۔</w:t>
      </w:r>
    </w:p>
    <w:p>
      <w:r>
        <w:rPr>
          <w:b/>
        </w:rPr>
        <w:t xml:space="preserve">[12:50] </w:t>
      </w:r>
      <w:r>
        <w:t>ab agar is ko koi nuqsan pohnche ga to androoni kamzoriyon ki wajah se na ke kharji hamlon ki wajah se.</w:t>
      </w:r>
    </w:p>
    <w:p>
      <w:pPr>
        <w:jc w:val="right"/>
      </w:pPr>
      <w:r>
        <w:t>اب اگر اس کو کوئی نقصان پہنچے گا تو اندرونی کمزوریوں کی وجہ سے نہ کہ خارجی حملوں کی وجہ سے۔</w:t>
      </w:r>
    </w:p>
    <w:p>
      <w:r>
        <w:rPr>
          <w:b/>
        </w:rPr>
        <w:t xml:space="preserve">[12:59] </w:t>
      </w:r>
      <w:r>
        <w:t>aur andarooni kamzoriyon se pak rehne ki sab se bari zamanat yeh hai ke is ke afraad allah</w:t>
      </w:r>
    </w:p>
    <w:p>
      <w:pPr>
        <w:jc w:val="right"/>
      </w:pPr>
      <w:r>
        <w:t>اور اندرونی کمزوریوں سے پاک رہنے کی سب سے بڑی ضمانت یہ ہے کہ اس کے افراد اللہ</w:t>
      </w:r>
    </w:p>
    <w:p>
      <w:r>
        <w:rPr>
          <w:b/>
        </w:rPr>
        <w:t xml:space="preserve">[13:07] </w:t>
      </w:r>
      <w:r>
        <w:t>se darne wale hon.</w:t>
      </w:r>
    </w:p>
    <w:p>
      <w:pPr>
        <w:jc w:val="right"/>
      </w:pPr>
      <w:r>
        <w:t>سے ڈرنے والے ہوں۔</w:t>
      </w:r>
    </w:p>
    <w:p>
      <w:r>
        <w:rPr>
          <w:b/>
        </w:rPr>
        <w:t xml:space="preserve">[13:50] </w:t>
      </w:r>
      <w:r>
        <w:t>alyawm ahalla lakum at tayyibat wa ta'aam alladhina ootul kitaab halla lakum wa ta'aamukum halla lahum</w:t>
      </w:r>
    </w:p>
    <w:p>
      <w:pPr>
        <w:jc w:val="right"/>
      </w:pPr>
      <w:r>
        <w:t>اليوم احل لكم الطیبات وطعام الذین اوتوا الكتاب حل لكم وطعامكم حل لهم</w:t>
      </w:r>
    </w:p>
    <w:p>
      <w:r>
        <w:rPr>
          <w:b/>
        </w:rPr>
        <w:t xml:space="preserve">[14:02] </w:t>
      </w:r>
      <w:r>
        <w:t>wal muhsanatu minal mu'minati wal muhsanatu minal alladhina ootul kitaab min qablikum itha</w:t>
      </w:r>
    </w:p>
    <w:p>
      <w:pPr>
        <w:jc w:val="right"/>
      </w:pPr>
      <w:r>
        <w:t>والمحصنات من المؤمنات والمحصنات من الذین اوتوا الكتاب من قبلكم اذا</w:t>
      </w:r>
    </w:p>
    <w:p>
      <w:r>
        <w:rPr>
          <w:b/>
        </w:rPr>
        <w:t xml:space="preserve">[14:13] </w:t>
      </w:r>
      <w:r>
        <w:t>ataytumuhunna ujurahunna itha</w:t>
      </w:r>
    </w:p>
    <w:p>
      <w:pPr>
        <w:jc w:val="right"/>
      </w:pPr>
      <w:r>
        <w:t>اتيتموهن اجورهن اذا</w:t>
      </w:r>
    </w:p>
    <w:p>
      <w:r>
        <w:rPr>
          <w:b/>
        </w:rPr>
        <w:t xml:space="preserve">[14:21] </w:t>
      </w:r>
      <w:r>
        <w:t>ataytumuhunna ujurahunna muhsineena ghaira musafihina wala muttakhizeena</w:t>
      </w:r>
    </w:p>
    <w:p>
      <w:pPr>
        <w:jc w:val="right"/>
      </w:pPr>
      <w:r>
        <w:t>اتيتموهن اجورهن محصنين غير مسافحين ولا متخذين</w:t>
      </w:r>
    </w:p>
    <w:p>
      <w:r>
        <w:rPr>
          <w:b/>
        </w:rPr>
        <w:t xml:space="preserve">[14:32] </w:t>
      </w:r>
      <w:r>
        <w:t>akhdana</w:t>
      </w:r>
    </w:p>
    <w:p>
      <w:pPr>
        <w:jc w:val="right"/>
      </w:pPr>
      <w:r>
        <w:t>اخدان</w:t>
      </w:r>
    </w:p>
    <w:p>
      <w:r>
        <w:rPr>
          <w:b/>
        </w:rPr>
        <w:t xml:space="preserve">[14:36] </w:t>
      </w:r>
      <w:r>
        <w:t>waman yakfur bil'eemaani faqad habita 'amaluhu wahuwa fil'aakhirati minalkhasireen.</w:t>
      </w:r>
    </w:p>
    <w:p>
      <w:pPr>
        <w:jc w:val="right"/>
      </w:pPr>
      <w:r>
        <w:t>ومن يكفر بالایمان فقد حبط عمله وهو في الاخره من الخاسرین۔</w:t>
      </w:r>
    </w:p>
    <w:p>
      <w:r>
        <w:rPr>
          <w:b/>
        </w:rPr>
        <w:t xml:space="preserve">[14:49] </w:t>
      </w:r>
      <w:r>
        <w:t>woh poochte hain ke un ke liye kya cheez halaal ki gayi hai? kaho ke tumhare liye satthri cheezein halaal hain aur shikari janwaron mein se jin ko tum ne sadhaya hai.</w:t>
      </w:r>
    </w:p>
    <w:p>
      <w:pPr>
        <w:jc w:val="right"/>
      </w:pPr>
      <w:r>
        <w:t>وہ پوچھتے ہیں کہ ان کے لیے کیا چیز حلال کی گئی ہے؟ کہو کہ تمہارے لیے ستھری چیزیں حلال ہیں اور شکاری جانوروں میں سے جن کو تم نے سدھایا ہے۔</w:t>
      </w:r>
    </w:p>
    <w:p>
      <w:r>
        <w:rPr>
          <w:b/>
        </w:rPr>
        <w:t xml:space="preserve">[15:06] </w:t>
      </w:r>
      <w:r>
        <w:t>tum in ko sikhate ho is mein se jo Allah ne tum ko sikhaya.</w:t>
      </w:r>
    </w:p>
    <w:p>
      <w:pPr>
        <w:jc w:val="right"/>
      </w:pPr>
      <w:r>
        <w:t>تم ان کو سکھاتے ہو اس میں سے جو اللہ نے تم کو سکھایا۔</w:t>
      </w:r>
    </w:p>
    <w:p>
      <w:r>
        <w:rPr>
          <w:b/>
        </w:rPr>
        <w:t xml:space="preserve">[15:12] </w:t>
      </w:r>
      <w:r>
        <w:t>pas tum un ke shikar mein se khao jo woh tumhare liye pakar rakhein aur un par Allah ka naam lo aur Allah se daro.</w:t>
      </w:r>
    </w:p>
    <w:p>
      <w:pPr>
        <w:jc w:val="right"/>
      </w:pPr>
      <w:r>
        <w:t>پس تم ان کے شکار میں سے کھاؤ جو وہ تمہارے لیے پکڑ رکھیں اور ان پر اللہ کا نام لو اور اللہ سے ڈرو۔</w:t>
      </w:r>
    </w:p>
    <w:p>
      <w:r>
        <w:rPr>
          <w:b/>
        </w:rPr>
        <w:t xml:space="preserve">[15:23] </w:t>
      </w:r>
      <w:r>
        <w:t>Allah beshak jald hisab lene wala hai.</w:t>
      </w:r>
    </w:p>
    <w:p>
      <w:pPr>
        <w:jc w:val="right"/>
      </w:pPr>
      <w:r>
        <w:t>اللہ بے شک جلد حساب لینے والا ہے۔</w:t>
      </w:r>
    </w:p>
    <w:p>
      <w:r>
        <w:rPr>
          <w:b/>
        </w:rPr>
        <w:t xml:space="preserve">[15:30] </w:t>
      </w:r>
      <w:r>
        <w:t>aaj tumhare liye sab satthri cheezein halaal kar di gayi hain aur ahle kitaab ka khana tumhare liye halaal hai aur tumhara khana un ke liye halaal hai aur halaal hain tumhare liye pak daaman auratein musalman auraton mein se aur pak daaman auratein un mein se jin ko tum se pehle kitaab di gayi.</w:t>
      </w:r>
    </w:p>
    <w:p>
      <w:pPr>
        <w:jc w:val="right"/>
      </w:pPr>
      <w:r>
        <w:t>آج تمہارے لیے سب ستھری چیزیں حلال کر دی گئیں اور اہل کتاب کا کھانا تمہارے لیے حلال ہے اور تمہارا کھانا ان کے لیے حلال ہے اور حلال ہیں تمہارے لیے پاک دامن عورتیں مسلمان عورتوں میں سے اور پاک دامن عورتیں ان میں سے جن کو تم سے پہلے کتاب دی گئی۔</w:t>
      </w:r>
    </w:p>
    <w:p>
      <w:r>
        <w:rPr>
          <w:b/>
        </w:rPr>
        <w:t xml:space="preserve">[15:57] </w:t>
      </w:r>
      <w:r>
        <w:t>jab tum unhein un ke mahr de do. is tarah ke tum nikah mein lane wale ho. na aelaniya badkari karo aur na mukhfi ashnaai karo aur jo shakhs imaan ke sath inkar kare ga to uska amal zaya ho jaye ga aur woh akhirat mein nuqsan uthane walon mein se hoga.</w:t>
      </w:r>
    </w:p>
    <w:p>
      <w:pPr>
        <w:jc w:val="right"/>
      </w:pPr>
      <w:r>
        <w:t>جب تم انہیں ان کے مہر دے دو۔ اس طرح کے تم نکاح میں لانے والے ہو۔ نہ اعلانیہ بدکاری کرو اور نہ خفیہ اشنائی کرو اور جو شخص ایمان کے ساتھ انکار کرے گا تو اس کا عمل ضائع ہو جائے گا اور وہ اخرت میں نقصان اٹھانے والوں میں سے ہوگا۔</w:t>
      </w:r>
    </w:p>
    <w:p>
      <w:r>
        <w:rPr>
          <w:b/>
        </w:rPr>
        <w:t xml:space="preserve">[16:24] </w:t>
      </w:r>
      <w:r>
        <w:t>tashreeh: woh tamam cheezein jin ko fitrat ki nigah pak aur satthra mehsoos karti hai aur woh tamam janwar jo apni srisht ke lihaz se insaan ki srisht se munasibat rakhte hain insaan ke liye halaal hain.</w:t>
      </w:r>
    </w:p>
    <w:p>
      <w:pPr>
        <w:jc w:val="right"/>
      </w:pPr>
      <w:r>
        <w:t>تشریح: وہ تمام چیزیں جن کو فطرت کی نگاہ پاک اور ستھرا محسوس کرتی ہے اور وہ تمام جانور جو اپنی سृشت کے لحاظ سے انسان کی سृشت سے مناسبت رکھتے ہیں انسان کے لیے حلال ہیں۔</w:t>
      </w:r>
    </w:p>
    <w:p>
      <w:r>
        <w:rPr>
          <w:b/>
        </w:rPr>
        <w:t xml:space="preserve">[16:43] </w:t>
      </w:r>
      <w:r>
        <w:t>albata yeh shart hai ke kharji sabab se un ke andar koi fasad sharai ya tibbi na paida hua ho.</w:t>
      </w:r>
    </w:p>
    <w:p>
      <w:pPr>
        <w:jc w:val="right"/>
      </w:pPr>
      <w:r>
        <w:t>البتہ یہ شرط ہے کہ خارجی سبب سے ان کے اندر کوئی فساد شرعی یا طبی نہ پیدا ہوا ہو۔</w:t>
      </w:r>
    </w:p>
    <w:p>
      <w:r>
        <w:rPr>
          <w:b/>
        </w:rPr>
        <w:t xml:space="preserve">[16:56] </w:t>
      </w:r>
      <w:r>
        <w:t>tahum is usool ko insaan mahaz apni aql se poori tarah mutayyan nahi kar sakta. is liye is ko taayun ke sath bhi bayan kar diya gaya.</w:t>
      </w:r>
    </w:p>
    <w:p>
      <w:pPr>
        <w:jc w:val="right"/>
      </w:pPr>
      <w:r>
        <w:t>تاہم اس اصول کو انسان محض اپنی عقل سے پوری طرح متعین نہیں کر سکتا۔ اس لیے اس کو تعین کے ساتھ بھی بیان کر دیا گیا۔</w:t>
      </w:r>
    </w:p>
    <w:p>
      <w:r>
        <w:rPr>
          <w:b/>
        </w:rPr>
        <w:t xml:space="preserve">[17:08] </w:t>
      </w:r>
      <w:r>
        <w:t>sidhaye hue janwar ka shikar bhi isi liye halaal hai ke woh shikar ko apne malik ke liye pakar kar rakhta hai.</w:t>
      </w:r>
    </w:p>
    <w:p>
      <w:pPr>
        <w:jc w:val="right"/>
      </w:pPr>
      <w:r>
        <w:t>سدھائے ہوئے جانور کا شکار بھی اسی لیے حلال ہے کہ وہ شکار کو اپنے مالک کے لیے پکڑ کر رکھتا ہے۔</w:t>
      </w:r>
    </w:p>
    <w:p>
      <w:r>
        <w:rPr>
          <w:b/>
        </w:rPr>
        <w:t xml:space="preserve">[17:18] </w:t>
      </w:r>
      <w:r>
        <w:t>goya is ne aadmi ki khoob seekh li. aisa janwar goya shikar ke mamle mein khud aadmi ka qaim muqam ban gaya.</w:t>
      </w:r>
    </w:p>
    <w:p>
      <w:pPr>
        <w:jc w:val="right"/>
      </w:pPr>
      <w:r>
        <w:t>گویا اس نے آدمی کی خوب سیکھ لی۔ ایسا جانور گویا شکار کے معاملے میں خود آدمی کا قائم مقام بن گیا۔</w:t>
      </w:r>
    </w:p>
    <w:p>
      <w:r>
        <w:rPr>
          <w:b/>
        </w:rPr>
        <w:t xml:space="preserve">[17:29] </w:t>
      </w:r>
      <w:r>
        <w:t>halaal o haraam ka qanoon khwah kitni hi tafseel ke sath bata diya jaye</w:t>
      </w:r>
    </w:p>
    <w:p>
      <w:pPr>
        <w:jc w:val="right"/>
      </w:pPr>
      <w:r>
        <w:t>حلال و حرام کا قانون خواہ کتنی ہی تفصیل کے ساتھ بتا دیا جائے</w:t>
      </w:r>
    </w:p>
    <w:p>
      <w:r>
        <w:rPr>
          <w:b/>
        </w:rPr>
        <w:t xml:space="preserve">[17:34] </w:t>
      </w:r>
      <w:r>
        <w:t>bilakhir aadmi ka apna irada hi hai jo us ko kisi cheez se rokta hai aur kisi cheez ki taraf le jata hai.</w:t>
      </w:r>
    </w:p>
    <w:p>
      <w:pPr>
        <w:jc w:val="right"/>
      </w:pPr>
      <w:r>
        <w:t>بالاخر آدمی کا اپنا ارادہ ہی ہے جو اس کو کسی چیز سے روکتا ہے اور کسی چیز کی طرف لے جاتا ہے۔</w:t>
      </w:r>
    </w:p>
    <w:p>
      <w:r>
        <w:rPr>
          <w:b/>
        </w:rPr>
        <w:t xml:space="preserve">[17:44] </w:t>
      </w:r>
      <w:r>
        <w:t>aadmi ke upar asal nigran qanoon ki daf'aat nahi balkeh woh khud hai. agar aadmi khud na chahe to qanoon ko mante hue woh is se farar ki rahein talash kar lega.</w:t>
      </w:r>
    </w:p>
    <w:p>
      <w:pPr>
        <w:jc w:val="right"/>
      </w:pPr>
      <w:r>
        <w:t>آدمی کے اوپر اصل نگراں قانون کی دفعات نہیں بلکہ وہ خود ہے۔ اگر آدمی خود نہ چاہے تو قانون کو مانتے ہوئے وہ اس سے فرار کی راہیں تلاش کر لے گا۔</w:t>
      </w:r>
    </w:p>
    <w:p>
      <w:r>
        <w:rPr>
          <w:b/>
        </w:rPr>
        <w:t xml:space="preserve">[17:58] </w:t>
      </w:r>
      <w:r>
        <w:t>yeh</w:t>
      </w:r>
    </w:p>
    <w:p>
      <w:pPr>
        <w:jc w:val="right"/>
      </w:pPr>
      <w:r>
        <w:t>یہ</w:t>
      </w:r>
    </w:p>
    <w:p>
      <w:r>
        <w:rPr>
          <w:b/>
        </w:rPr>
        <w:t xml:space="preserve">[17:59] </w:t>
      </w:r>
      <w:r>
        <w:t>sirf Allah ka khauf hai jo aadmi ko paband karta hai ke woh qanoon ko us ki haqeeqi rooh ke sath malhooz rakhe.</w:t>
      </w:r>
    </w:p>
    <w:p>
      <w:pPr>
        <w:jc w:val="right"/>
      </w:pPr>
      <w:r>
        <w:t>صرف اللہ کا خوف ہے جو آدمی کو پابند کرتا ہے کہ وہ قانون کو اس کی حقیقی روح کے ساتھ ملحوظ رکھے۔</w:t>
      </w:r>
    </w:p>
    <w:p>
      <w:r>
        <w:rPr>
          <w:b/>
        </w:rPr>
        <w:t xml:space="preserve">[18:09] </w:t>
      </w:r>
      <w:r>
        <w:t>isi liye haraam o halaal ka qanoon batate hue kaha gaya Allah se daro. Allah jald hisab lene wala hai.</w:t>
      </w:r>
    </w:p>
    <w:p>
      <w:pPr>
        <w:jc w:val="right"/>
      </w:pPr>
      <w:r>
        <w:t>اسی لیے حرام و حلال کا قانون بتاتے ہوئے کہا گیا اللہ سے ڈرو۔ اللہ جلد حساب لینے والا ہے۔</w:t>
      </w:r>
    </w:p>
    <w:p>
      <w:r>
        <w:rPr>
          <w:b/>
        </w:rPr>
        <w:t xml:space="preserve">[18:22] </w:t>
      </w:r>
      <w:r>
        <w:t>musalman aurat ke liye kisi haal mein jaiz nahi ke woh ghair muslim mard se nikah kare magar musalman mardon ko makhsoos sharaait ke tehat ijazat di gayi hai ke woh ahle kitaab auraton ke sath nikah kar sakte hain.</w:t>
      </w:r>
    </w:p>
    <w:p>
      <w:pPr>
        <w:jc w:val="right"/>
      </w:pPr>
      <w:r>
        <w:t>مسلمان عورت کے لیے کسی حال میں جائز نہیں کہ وہ غیر مسلم مرد سے نکاح کرے مگر مسلمان مردوں کو مخصوص شرائط کے تحت اجازت دی گئی ہے کہ وہ اہل کتاب عورتوں کے ساتھ نکاح کر سکتے ہیں۔</w:t>
      </w:r>
    </w:p>
    <w:p>
      <w:r>
        <w:rPr>
          <w:b/>
        </w:rPr>
        <w:t xml:space="preserve">[18:40] </w:t>
      </w:r>
      <w:r>
        <w:t>is ganjaiish ki hikmat yeh hai ke aurat fitratan taasur pazeer mizaj rakhti hai.</w:t>
      </w:r>
    </w:p>
    <w:p>
      <w:pPr>
        <w:jc w:val="right"/>
      </w:pPr>
      <w:r>
        <w:t>اس گنجائش کی حکمت یہ ہے کہ عورت فطرتا تاثر پذیر مزاج رکھتی ہے۔</w:t>
      </w:r>
    </w:p>
    <w:p>
      <w:r>
        <w:rPr>
          <w:b/>
        </w:rPr>
        <w:t xml:space="preserve">[18:45] </w:t>
      </w:r>
      <w:r>
        <w:t>is se yeh umeed ki ja sakti hai ke woh amli zindagi mein aane ke baad apne muslim shohar aur muslim muashre ka asar qabool kar le aur is tarah nikah is ke liye Islam mein dakhle ka zariya ban jaye.</w:t>
      </w:r>
    </w:p>
    <w:p>
      <w:pPr>
        <w:jc w:val="right"/>
      </w:pPr>
      <w:r>
        <w:t>اس سے یہ امید کی جا سکتی ہے کہ وہ عملی زندگی میں آنے کے بعد اپنے مسلم شوہر اور مسلم معاشرے کا اثر قبول کر لے اور اس طرح نکاح اس کے لیے اسلام میں داخلے کا ذریعہ بن جائے۔</w:t>
      </w:r>
    </w:p>
    <w:p>
      <w:r>
        <w:rPr>
          <w:b/>
        </w:rPr>
        <w:t xml:space="preserve">[19:03] </w:t>
      </w:r>
      <w:r>
        <w:t>jo shakhs imaan se inkar kare to uska amal zaya ho gaya. yani imaan ke baghair amal ki koi haqeeqat nahi.</w:t>
      </w:r>
    </w:p>
    <w:p>
      <w:pPr>
        <w:jc w:val="right"/>
      </w:pPr>
      <w:r>
        <w:t>جو شخص ایمان سے انکار کرے تو اس کا عمل ضائع ہو گیا۔ یعنی ایمان کے بغیر عمل کی کوئی حقیقت نہیں۔</w:t>
      </w:r>
    </w:p>
    <w:p>
      <w:r>
        <w:rPr>
          <w:b/>
        </w:rPr>
        <w:t xml:space="preserve">[19:12] </w:t>
      </w:r>
      <w:r>
        <w:t>amal wohi hai jo khalis Allah ke liye kiya jaye. jo amal Allah ke liye na ho woh khud apne liye hota hai.</w:t>
      </w:r>
    </w:p>
    <w:p>
      <w:pPr>
        <w:jc w:val="right"/>
      </w:pPr>
      <w:r>
        <w:t>عمل وہی ہے جو خالص اللہ کے لیے کیا جائے۔ جو عمل اللہ کے لیے نہ ہو وہ خود اپنے لیے ہوتا ہے۔</w:t>
      </w:r>
    </w:p>
    <w:p>
      <w:r>
        <w:rPr>
          <w:b/>
        </w:rPr>
        <w:t xml:space="preserve">[19:23] </w:t>
      </w:r>
      <w:r>
        <w:t>phir apni khatir kiye hue amal ki qeemat Allah kyun dega?</w:t>
      </w:r>
    </w:p>
    <w:p>
      <w:pPr>
        <w:jc w:val="right"/>
      </w:pPr>
      <w:r>
        <w:t>پھر اپنی خاطر کیے ہوئے عمل کی قیمت اللہ کیوں دے گا؟</w:t>
      </w:r>
    </w:p>
    <w:p>
      <w:r>
        <w:rPr>
          <w:b/>
        </w:rPr>
        <w:t xml:space="preserve">[21:12] </w:t>
      </w:r>
      <w:r>
        <w:t>ae iman walo!</w:t>
      </w:r>
    </w:p>
    <w:p>
      <w:pPr>
        <w:jc w:val="right"/>
      </w:pPr>
      <w:r>
        <w:t>اے ایمان والو!</w:t>
      </w:r>
    </w:p>
    <w:p>
      <w:r>
        <w:rPr>
          <w:b/>
        </w:rPr>
        <w:t xml:space="preserve">[21:13] </w:t>
      </w:r>
      <w:r>
        <w:t>jab tum namaz ke liye utho to apne chehron aur apne hathon ko koniyon tak dho aur apne</w:t>
      </w:r>
    </w:p>
    <w:p>
      <w:pPr>
        <w:jc w:val="right"/>
      </w:pPr>
      <w:r>
        <w:t>جب تم نماز کے لیے اٹھو تو اپنے چہروں اور اپنے ہاتھوں کو کہنیوں تک دھو اور اپنے</w:t>
      </w:r>
    </w:p>
    <w:p>
      <w:r>
        <w:rPr>
          <w:b/>
        </w:rPr>
        <w:t xml:space="preserve">[21:22] </w:t>
      </w:r>
      <w:r>
        <w:t>saron ka masah karo aur apne pairon ko takhnon tak dho aur agar tum halat janabat mein ho</w:t>
      </w:r>
    </w:p>
    <w:p>
      <w:pPr>
        <w:jc w:val="right"/>
      </w:pPr>
      <w:r>
        <w:t>سروں کا مسح کرو اور اپنے پیروں کو ٹخنوں تک دھو اور اگر تم حالت جنابت میں ہو</w:t>
      </w:r>
    </w:p>
    <w:p>
      <w:r>
        <w:rPr>
          <w:b/>
        </w:rPr>
        <w:t xml:space="preserve">[21:30] </w:t>
      </w:r>
      <w:r>
        <w:t>to ghusal kar lo aur agar tum mareez ho ya safar mein ho ya tum mein se koi</w:t>
      </w:r>
    </w:p>
    <w:p>
      <w:pPr>
        <w:jc w:val="right"/>
      </w:pPr>
      <w:r>
        <w:t>تو غسل کر لو اور اگر تم مریض ہو یا سفر میں ہو یا تم میں سے کوئی</w:t>
      </w:r>
    </w:p>
    <w:p>
      <w:r>
        <w:rPr>
          <w:b/>
        </w:rPr>
        <w:t xml:space="preserve">[21:37] </w:t>
      </w:r>
      <w:r>
        <w:t>istinja se aaye ya tum ne aurat se sohbat ki ho phir tum ko pani na mile to</w:t>
      </w:r>
    </w:p>
    <w:p>
      <w:pPr>
        <w:jc w:val="right"/>
      </w:pPr>
      <w:r>
        <w:t>استنجا سے آئے یا تم نے عورت سے صحبت کی ہو پھر تم کو پانی نہ ملے تو</w:t>
      </w:r>
    </w:p>
    <w:p>
      <w:r>
        <w:rPr>
          <w:b/>
        </w:rPr>
        <w:t xml:space="preserve">[21:44] </w:t>
      </w:r>
      <w:r>
        <w:t>pak mitti se tayammum kar lo aur apne chehron aur hathon par is se masah kar lo.</w:t>
      </w:r>
    </w:p>
    <w:p>
      <w:pPr>
        <w:jc w:val="right"/>
      </w:pPr>
      <w:r>
        <w:t>پاک مٹی سے تیمم کر لو اور اپنے چہروں اور ہاتھوں پر اس سے مسح کر لو۔</w:t>
      </w:r>
    </w:p>
    <w:p>
      <w:r>
        <w:rPr>
          <w:b/>
        </w:rPr>
        <w:t xml:space="preserve">[21:51] </w:t>
      </w:r>
      <w:r>
        <w:t>Allah nahi chahta ke tum par koi tangi dale balke woh chahta hai ke tum ko pak kare aur tum par apni nemmat tamam kare taake tum shukr guzar bano.</w:t>
      </w:r>
    </w:p>
    <w:p>
      <w:pPr>
        <w:jc w:val="right"/>
      </w:pPr>
      <w:r>
        <w:t>اللہ نہیں چاہتا کہ تم پر کوئی تنگی ڈالے بلکہ وہ چاہتا ہے کہ تم کو پاک کرے اور تم پر اپنی نعمت تمام کرے تاکہ تم شکر گزار بنو۔</w:t>
      </w:r>
    </w:p>
    <w:p>
      <w:r>
        <w:rPr>
          <w:b/>
        </w:rPr>
        <w:t xml:space="preserve">[22:10] </w:t>
      </w:r>
      <w:r>
        <w:t>tashreeh: namaz ka maqsad aadmi ko buraiyon se pak karna hai. wuzu isi ki ek kharji tayari hai.</w:t>
      </w:r>
    </w:p>
    <w:p>
      <w:pPr>
        <w:jc w:val="right"/>
      </w:pPr>
      <w:r>
        <w:t>تشریح: نماز کا مقصد آدمی کو برائیوں سے پاک کرنا ہے۔ وضو اسی کی ایک خارجی تیاری ہے۔</w:t>
      </w:r>
    </w:p>
    <w:p>
      <w:r>
        <w:rPr>
          <w:b/>
        </w:rPr>
        <w:t xml:space="preserve">[22:20] </w:t>
      </w:r>
      <w:r>
        <w:t>aadmi jab namaz ka irada karta hai to pehle woh pani ke paas jata hai. pani bohat bari nemmat hai jo aadmi ke liye har qism ki gandagi ko dhone ka behtareen zariya hai.</w:t>
      </w:r>
    </w:p>
    <w:p>
      <w:pPr>
        <w:jc w:val="right"/>
      </w:pPr>
      <w:r>
        <w:t>آدمی جب نماز کا ارادہ کرتا ہے تو پہلے وہ پانی کے پاس جاتا ہے۔ پانی بہت بڑی نعمت ہے جو آدمی کے لیے ہر قسم کی گندگی کو دھونے کا بہترین ذریعہ ہے۔</w:t>
      </w:r>
    </w:p>
    <w:p>
      <w:r>
        <w:rPr>
          <w:b/>
        </w:rPr>
        <w:t xml:space="preserve">[22:36] </w:t>
      </w:r>
      <w:r>
        <w:t>isi tarah namaz bhi ek rabani chashma hai jis mein naha kar aadmi apne aap ko bure jazbat aur gande khayalon se pak karta hai.</w:t>
      </w:r>
    </w:p>
    <w:p>
      <w:pPr>
        <w:jc w:val="right"/>
      </w:pPr>
      <w:r>
        <w:t>اسی طرح نماز بھی ایک ربانی چشمہ ہے جس میں نہا کر آدمی اپنے آپ کو برے جذبات اور گندے خیالات سے پاک کرتا ہے۔</w:t>
      </w:r>
    </w:p>
    <w:p>
      <w:r>
        <w:rPr>
          <w:b/>
        </w:rPr>
        <w:t xml:space="preserve">[22:49] </w:t>
      </w:r>
      <w:r>
        <w:t>aadmi wuzu ko shuru karte hue apne hathon par pani dalta hai to goya amal ki zaban mein yeh dua karta hai ke khuda ya!</w:t>
      </w:r>
    </w:p>
    <w:p>
      <w:pPr>
        <w:jc w:val="right"/>
      </w:pPr>
      <w:r>
        <w:t>آدمی وضو کو شروع کرتے ہوئے اپنے ہاتھوں پر پانی ڈالتا ہے تو گویا عمل کی زبان میں یہ دعا کرتا ہے کہ خدایا!</w:t>
      </w:r>
    </w:p>
    <w:p>
      <w:r>
        <w:rPr>
          <w:b/>
        </w:rPr>
        <w:t xml:space="preserve">[23:00] </w:t>
      </w:r>
      <w:r>
        <w:t>mere in hathon ko burai se bacha aur in ke zariye jo buraiyan mujh se hui hain un ko dho kar saaf kar de.</w:t>
      </w:r>
    </w:p>
    <w:p>
      <w:pPr>
        <w:jc w:val="right"/>
      </w:pPr>
      <w:r>
        <w:t>میرے ان ہاتھوں کو برائی سے بچا اور ان کے ذریعے جو برائیاں مجھ سے ہوئی ہیں ان کو دھو کر صاف کر دے۔</w:t>
      </w:r>
    </w:p>
    <w:p>
      <w:r>
        <w:rPr>
          <w:b/>
        </w:rPr>
        <w:t xml:space="preserve">[23:09] </w:t>
      </w:r>
      <w:r>
        <w:t>phir woh apne munh mein pani dalta hai aur apne chehre ko dhota hai to us ki rooh zaban e haal se keh uthti hai ke khuda ya!</w:t>
      </w:r>
    </w:p>
    <w:p>
      <w:pPr>
        <w:jc w:val="right"/>
      </w:pPr>
      <w:r>
        <w:t>پھر وہ اپنے منہ میں پانی ڈالتا ہے اور اپنے چہرے کو دھوتا ہے تو اس کی روح زبان حال سے کہہ اٹھتی ہے کہ خدایا!</w:t>
      </w:r>
    </w:p>
    <w:p>
      <w:r>
        <w:rPr>
          <w:b/>
        </w:rPr>
        <w:t xml:space="preserve">[23:19] </w:t>
      </w:r>
      <w:r>
        <w:t>maine apne munh mein jo ghalat khurak dali ho, maine apni zaban se jo bura kalma nikala ho, meri aankhon ne jo buri cheez dekhi ho, un sab ko tu mujh se door kar de.</w:t>
      </w:r>
    </w:p>
    <w:p>
      <w:pPr>
        <w:jc w:val="right"/>
      </w:pPr>
      <w:r>
        <w:t>میں نے اپنے منہ میں جو غلط خوراک ڈالی ہو، میں نے اپنی زبان سے جو برا کلمہ نکالا ہو، میری آنکھوں نے جو بری چیز دیکھی ہو، ان سب کو تو مجھ سے دور کر دے۔</w:t>
      </w:r>
    </w:p>
    <w:p>
      <w:r>
        <w:rPr>
          <w:b/>
        </w:rPr>
        <w:t xml:space="preserve">[23:34] </w:t>
      </w:r>
      <w:r>
        <w:t>phir woh pani le kar apne hathon ko sar ke ooper pherta hai</w:t>
      </w:r>
    </w:p>
    <w:p>
      <w:pPr>
        <w:jc w:val="right"/>
      </w:pPr>
      <w:r>
        <w:t>پھر وہ پانی لے کر اپنے ہاتھوں کو سر کے اوپر پھیرتا ہے</w:t>
      </w:r>
    </w:p>
    <w:p>
      <w:r>
        <w:rPr>
          <w:b/>
        </w:rPr>
        <w:t xml:space="preserve">[23:38] </w:t>
      </w:r>
      <w:r>
        <w:t>to uska wajood sarapa is dua mein dhal jata hai ke khuda ya! mere zehn ne jo buri baatein souchi hon aur jo ghalat mansoobe banaye hon un ke asraat ko mujh se dho de aur mere zehn ko pak saaf zehn bana de.</w:t>
      </w:r>
    </w:p>
    <w:p>
      <w:pPr>
        <w:jc w:val="right"/>
      </w:pPr>
      <w:r>
        <w:t>تو اس کا وجود سراپا اس دعا میں ڈھل جاتا ہے کہ خدایا! میرے ذہن نے جو بری باتیں سوچی ہوں اور جو غلط منصوبے بنائے ہوں ان کے اثرات کو مجھ سے دھو دے اور میرے ذہن کو پاک صاف ذہن بنا دے۔</w:t>
      </w:r>
    </w:p>
    <w:p>
      <w:r>
        <w:rPr>
          <w:b/>
        </w:rPr>
        <w:t xml:space="preserve">[23:55] </w:t>
      </w:r>
      <w:r>
        <w:t>phir jab woh apne pairon ko dhota hai to uska amal us ke liye apne rab ke samne yeh darkhwast ban jata hai ke woh us ke pairon se burai ki gard ko dho de aur us ko aisa bana de ke sachai aur insaf ke rastay ke siwa kisi aur rastay par woh kabhi na chale.</w:t>
      </w:r>
    </w:p>
    <w:p>
      <w:pPr>
        <w:jc w:val="right"/>
      </w:pPr>
      <w:r>
        <w:t>پھر جب وہ اپنے پیروں کو دھوتا ہے تو اس کا عمل اس کے لیے اپنے رب کے سامنے یہ درخواست بن جاتا ہے کہ وہ اس کے پیروں سے برائی کی گرد کو دھو دے اور اس کو ایسا بنا دے کہ سچائی اور انصاف کے راستے کے سوا کسی اور راستے پر وہ کبھی نہ چلے۔</w:t>
      </w:r>
    </w:p>
    <w:p>
      <w:r>
        <w:rPr>
          <w:b/>
        </w:rPr>
        <w:t xml:space="preserve">[24:16] </w:t>
      </w:r>
      <w:r>
        <w:t>is tarah poora wuzu aadmi ke liye goya is dua ki amli surat ban jata hai ke khuda ya! mujhe ghalati se palatne wala bana aur mujh ko buraiyon se pak rehne wala bana.</w:t>
      </w:r>
    </w:p>
    <w:p>
      <w:pPr>
        <w:jc w:val="right"/>
      </w:pPr>
      <w:r>
        <w:t>اس طرح پورا وضو آدمی کے لیے گویا اس دعا کی عملی صورت بن جاتا ہے کہ خدایا! مجھے غلطی سے پلٹنے والا بنا اور مجھ کو برائیوں سے پاک رہنے والا بنا۔</w:t>
      </w:r>
    </w:p>
    <w:p>
      <w:r>
        <w:rPr>
          <w:b/>
        </w:rPr>
        <w:t xml:space="preserve">[24:34] </w:t>
      </w:r>
      <w:r>
        <w:t>aam halaton mein pakki ka ehsas paida karne ke liye wuzu kafi hai magar janabat ki halat ek ghair maamooli halat hai</w:t>
      </w:r>
    </w:p>
    <w:p>
      <w:pPr>
        <w:jc w:val="right"/>
      </w:pPr>
      <w:r>
        <w:t>عام حالات میں پاکی کا احساس پیدا کرنے کے لیے وضو کافی ہے مگر جنابت کی حالت ایک غیر معمولی حالت ہے</w:t>
      </w:r>
    </w:p>
    <w:p>
      <w:r>
        <w:rPr>
          <w:b/>
        </w:rPr>
        <w:t xml:space="preserve">[24:44] </w:t>
      </w:r>
      <w:r>
        <w:t>is liye is mein poore jism ka dhona zaroori qarar diya gaya. wuzu agar chota ghusal hai to ghusal bara wuzu hai.</w:t>
      </w:r>
    </w:p>
    <w:p>
      <w:pPr>
        <w:jc w:val="right"/>
      </w:pPr>
      <w:r>
        <w:t>اس لیے اس میں پورے جسم کا دھونا ضروری قرار دیا گیا۔ وضو اگر چھوٹا غسل ہے تو غسل بڑا وضو ہے۔</w:t>
      </w:r>
    </w:p>
    <w:p>
      <w:r>
        <w:rPr>
          <w:b/>
        </w:rPr>
        <w:t xml:space="preserve">[24:54] </w:t>
      </w:r>
      <w:r>
        <w:t>tahum Allah taala ko yeh pasand nahi ke woh bondon ko ghair zaroori mushaqqat mein dale. is liye maazori ki halat mein pakki ke ehsas ko taza karne ke liye tayammum ko kafi qarar diya gaya.</w:t>
      </w:r>
    </w:p>
    <w:p>
      <w:pPr>
        <w:jc w:val="right"/>
      </w:pPr>
      <w:r>
        <w:t>تاہم اللہ تعالی کو یہ پسند نہیں کہ وہ بندوں کو غیر ضروری مشقت میں ڈالے۔ اس لیے معذوری کی حالت میں پاکی کے احساس کو تازہ کرنے کے لیے تیمم کو کافی قرار دیا گیا۔</w:t>
      </w:r>
    </w:p>
    <w:p>
      <w:r>
        <w:rPr>
          <w:b/>
        </w:rPr>
        <w:t xml:space="preserve">[25:09] </w:t>
      </w:r>
      <w:r>
        <w:t>wuzu aur ghusal ke sadah tareeqe Allah ki bohat bari nemmat hain.</w:t>
      </w:r>
    </w:p>
    <w:p>
      <w:pPr>
        <w:jc w:val="right"/>
      </w:pPr>
      <w:r>
        <w:t>وضو اور غسل کے سادہ طریقے اللہ کی بہت بڑی نعمت ہیں۔</w:t>
      </w:r>
    </w:p>
    <w:p>
      <w:r>
        <w:rPr>
          <w:b/>
        </w:rPr>
        <w:t xml:space="preserve">[25:14] </w:t>
      </w:r>
      <w:r>
        <w:t>is tarah taharat sharai ko taharat tabai ke sath jod diya gaya hai. maazori ki halat mein tayammum ki ijazat mazeed nemmat hai kyunke yeh ghulu se bachane wali hai jis mein aksar mazahib.</w:t>
      </w:r>
    </w:p>
    <w:p>
      <w:pPr>
        <w:jc w:val="right"/>
      </w:pPr>
      <w:r>
        <w:t>اس طرح طہارت شرعی کو طہارت طبیعی کے ساتھ جوڑ دیا گیا ہے۔ معذوری کی حالت میں تیمم کی اجازت مزید نعمت ہے کیونکہ یہ غلو سے بچانے والی ہے جس میں اکثر مذاہب۔</w:t>
      </w:r>
    </w:p>
    <w:p>
      <w:r>
        <w:rPr>
          <w:b/>
        </w:rPr>
        <w:t xml:space="preserve">[25:31] </w:t>
      </w:r>
      <w:r>
        <w:t>wa zkurū ni'mata Allāhi 'alaikum wa mīthāqahu alladhī wāthaqakum bihi idh qultum sami'nā wa aṭa'nā wattaqū Allāh</w:t>
      </w:r>
    </w:p>
    <w:p>
      <w:pPr>
        <w:jc w:val="right"/>
      </w:pPr>
      <w:r>
        <w:t>واذکروا نعمت اللہ علیکم وميثاقہ الذي واثقكم به اذ قلتم سمعنا واطعنا واتقوا اللہ</w:t>
      </w:r>
    </w:p>
    <w:p>
      <w:r>
        <w:rPr>
          <w:b/>
        </w:rPr>
        <w:t xml:space="preserve">[25:50] </w:t>
      </w:r>
      <w:r>
        <w:t>innallaha aleem</w:t>
      </w:r>
    </w:p>
    <w:p>
      <w:pPr>
        <w:jc w:val="right"/>
      </w:pPr>
      <w:r>
        <w:t>ان اللہ علیم</w:t>
      </w:r>
    </w:p>
    <w:p>
      <w:r>
        <w:rPr>
          <w:b/>
        </w:rPr>
        <w:t xml:space="preserve">[25:53] </w:t>
      </w:r>
      <w:r>
        <w:t>bijazatis sudoor ya ayyuhallazina amanu konoo qawwamina lillahi shuhadaa</w:t>
      </w:r>
    </w:p>
    <w:p>
      <w:pPr>
        <w:jc w:val="right"/>
      </w:pPr>
      <w:r>
        <w:t>بذات الصدور يا ایہا الذین امنوا كونوا قوامين لله شهداء</w:t>
      </w:r>
    </w:p>
    <w:p>
      <w:r>
        <w:rPr>
          <w:b/>
        </w:rPr>
        <w:t xml:space="preserve">[26:06] </w:t>
      </w:r>
      <w:r>
        <w:t>bil qist wa la yajur mannakum</w:t>
      </w:r>
    </w:p>
    <w:p>
      <w:pPr>
        <w:jc w:val="right"/>
      </w:pPr>
      <w:r>
        <w:t>بالقسط ولا يجرمنكم</w:t>
      </w:r>
    </w:p>
    <w:p>
      <w:r>
        <w:rPr>
          <w:b/>
        </w:rPr>
        <w:t xml:space="preserve">[26:11] </w:t>
      </w:r>
      <w:r>
        <w:t>shanaanu qawmin ala</w:t>
      </w:r>
    </w:p>
    <w:p>
      <w:pPr>
        <w:jc w:val="right"/>
      </w:pPr>
      <w:r>
        <w:t>شنان قوم على</w:t>
      </w:r>
    </w:p>
    <w:p>
      <w:r>
        <w:rPr>
          <w:b/>
        </w:rPr>
        <w:t xml:space="preserve">[26:15] </w:t>
      </w:r>
      <w:r>
        <w:t>alla ta'dilu i'diluho aqrab lit taqwa wa taqawllah</w:t>
      </w:r>
    </w:p>
    <w:p>
      <w:pPr>
        <w:jc w:val="right"/>
      </w:pPr>
      <w:r>
        <w:t>الا تعدلوا اعدلوه واقرب للتقوى واتقوا الله</w:t>
      </w:r>
    </w:p>
    <w:p>
      <w:r>
        <w:rPr>
          <w:b/>
        </w:rPr>
        <w:t xml:space="preserve">[26:25] </w:t>
      </w:r>
      <w:r>
        <w:t>innallaha khabeer</w:t>
      </w:r>
    </w:p>
    <w:p>
      <w:pPr>
        <w:jc w:val="right"/>
      </w:pPr>
      <w:r>
        <w:t>ان الله خبير</w:t>
      </w:r>
    </w:p>
    <w:p>
      <w:r>
        <w:rPr>
          <w:b/>
        </w:rPr>
        <w:t xml:space="preserve">[26:28] </w:t>
      </w:r>
      <w:r>
        <w:t>bima ta'maloon wa'adallahu allazina amanu</w:t>
      </w:r>
    </w:p>
    <w:p>
      <w:pPr>
        <w:jc w:val="right"/>
      </w:pPr>
      <w:r>
        <w:t>بما تعملون وعد الله الذين امنوا</w:t>
      </w:r>
    </w:p>
    <w:p>
      <w:r>
        <w:rPr>
          <w:b/>
        </w:rPr>
        <w:t xml:space="preserve">[26:36] </w:t>
      </w:r>
      <w:r>
        <w:t>wa amilus salihat lahum maghfirah</w:t>
      </w:r>
    </w:p>
    <w:p>
      <w:pPr>
        <w:jc w:val="right"/>
      </w:pPr>
      <w:r>
        <w:t>وعملوا الصالحات لهم مغفره</w:t>
      </w:r>
    </w:p>
    <w:p>
      <w:r>
        <w:rPr>
          <w:b/>
        </w:rPr>
        <w:t xml:space="preserve">[26:41] </w:t>
      </w:r>
      <w:r>
        <w:t>wa ajrun azeem wallazina kafaroo wa kazzaboo bi ayatina</w:t>
      </w:r>
    </w:p>
    <w:p>
      <w:pPr>
        <w:jc w:val="right"/>
      </w:pPr>
      <w:r>
        <w:t>واجر عظيم والذين كفروا وكذبوا باياتنا</w:t>
      </w:r>
    </w:p>
    <w:p>
      <w:r>
        <w:rPr>
          <w:b/>
        </w:rPr>
        <w:t xml:space="preserve">[26:50] </w:t>
      </w:r>
      <w:r>
        <w:t>ulaaika ashabul jaheem</w:t>
      </w:r>
    </w:p>
    <w:p>
      <w:pPr>
        <w:jc w:val="right"/>
      </w:pPr>
      <w:r>
        <w:t>اولئك اصحاب الجحيم</w:t>
      </w:r>
    </w:p>
    <w:p>
      <w:r>
        <w:rPr>
          <w:b/>
        </w:rPr>
        <w:t xml:space="preserve">[26:58] </w:t>
      </w:r>
      <w:r>
        <w:t>yaa ayyuhallazina amanu uzkuroo ni'matallahi alaikum iz hamm qawmun an yabsutoo</w:t>
      </w:r>
    </w:p>
    <w:p>
      <w:pPr>
        <w:jc w:val="right"/>
      </w:pPr>
      <w:r>
        <w:t>يا ایہا الذین امنوا اذكروا نعمت الله علیکم اذ هم قوم ان يبسطوا</w:t>
      </w:r>
    </w:p>
    <w:p>
      <w:r>
        <w:rPr>
          <w:b/>
        </w:rPr>
        <w:t xml:space="preserve">[27:12] </w:t>
      </w:r>
      <w:r>
        <w:t>ilaykum aydiyyahum iz hamm qawmun an yabsutoo</w:t>
      </w:r>
    </w:p>
    <w:p>
      <w:pPr>
        <w:jc w:val="right"/>
      </w:pPr>
      <w:r>
        <w:t>اليكم ايديهم اذ هم قوم ان يبسطوا</w:t>
      </w:r>
    </w:p>
    <w:p>
      <w:r>
        <w:rPr>
          <w:b/>
        </w:rPr>
        <w:t xml:space="preserve">[27:21] </w:t>
      </w:r>
      <w:r>
        <w:t>ilaykum</w:t>
      </w:r>
    </w:p>
    <w:p>
      <w:pPr>
        <w:jc w:val="right"/>
      </w:pPr>
      <w:r>
        <w:t>اليكم</w:t>
      </w:r>
    </w:p>
    <w:p>
      <w:r>
        <w:rPr>
          <w:b/>
        </w:rPr>
        <w:t xml:space="preserve">[27:21] </w:t>
      </w:r>
      <w:r>
        <w:t>aydīyahum fakaffa aydīyahum 'ankum wattaqū Allāh</w:t>
      </w:r>
    </w:p>
    <w:p>
      <w:pPr>
        <w:jc w:val="right"/>
      </w:pPr>
      <w:r>
        <w:t>ايديهم فكف ايديهم عنكم واتقوا الله</w:t>
      </w:r>
    </w:p>
    <w:p>
      <w:r>
        <w:rPr>
          <w:b/>
        </w:rPr>
        <w:t xml:space="preserve">[27:30] </w:t>
      </w:r>
      <w:r>
        <w:t>wa 'alā Allāhi falyatawakkali-l-mu'minūn</w:t>
      </w:r>
    </w:p>
    <w:p>
      <w:pPr>
        <w:jc w:val="right"/>
      </w:pPr>
      <w:r>
        <w:t>وعلى الله فليتوكل المؤمنون</w:t>
      </w:r>
    </w:p>
    <w:p>
      <w:r>
        <w:rPr>
          <w:b/>
        </w:rPr>
        <w:t xml:space="preserve">[27:38] </w:t>
      </w:r>
      <w:r>
        <w:t>aur apne upar Allah ki nemmat ko yaad karo aur us ke is dawe ko yaad karo jo is ne tum se liya hai jab tum ne kaha ke hum ne suna aur hum ne mana aur Allah se daro beshak Allah dilo ki baat tak janta hai</w:t>
      </w:r>
    </w:p>
    <w:p>
      <w:pPr>
        <w:jc w:val="right"/>
      </w:pPr>
      <w:r>
        <w:t>اور اپنے اوپر اللہ کی نعمت کو یاد کرو اور اس کے اس دعوے کو یاد کرو جو اس نے تم سے لیا ہے جب تم نے کہا کہ ہم نے سنا اور ہم نے مانا اور اللہ سے ڈرو بے شک اللہ دلوں کی بات تک جانتا ہے</w:t>
      </w:r>
    </w:p>
    <w:p>
      <w:r>
        <w:rPr>
          <w:b/>
        </w:rPr>
        <w:t xml:space="preserve">[27:57] </w:t>
      </w:r>
      <w:r>
        <w:t>ae iman walo Allah ke liye qaim rehne wale aur insaaf ke sath gawahi dene wale bano aur kisi groh ki dushmani tum ko is par na ubhare ke tum insaaf na karo insaaf karo yahi taqwa se zyada qareeb hai aur Allah se daro beshak Allah ko khabar hai jo tum karte ho</w:t>
      </w:r>
    </w:p>
    <w:p>
      <w:pPr>
        <w:jc w:val="right"/>
      </w:pPr>
      <w:r>
        <w:t>اے ایمان والو اللہ کے لیے قائم رہنے والے اور انصاف کے ساتھ گواہی دینے والے بنو اور کسی گروہ کی دشمنی تم کو اس پر نہ ابھارے کہ تم انصاف نہ کرو انصاف کرو یہی تقوی سے زیادہ قریب ہے اور اللہ سے ڈرو بے شک اللہ کو خبر ہے جو تم کرتے ہو</w:t>
      </w:r>
    </w:p>
    <w:p>
      <w:r>
        <w:rPr>
          <w:b/>
        </w:rPr>
        <w:t xml:space="preserve">[28:23] </w:t>
      </w:r>
      <w:r>
        <w:t>jo log iman laye aur unho ne nek amal kiya un se Allah ka wada hai ke un ke liye bakhshish hai aur bara ajr hai aur jinho ne inkar kiya aur hamari nishaniyo ko jhutlaya aise log dozakh wale hain ae iman walo apne upar Allah ke ehsan ko yaad karo</w:t>
      </w:r>
    </w:p>
    <w:p>
      <w:pPr>
        <w:jc w:val="right"/>
      </w:pPr>
      <w:r>
        <w:t>جو لوگ ایمان لائے اور انہوں نے نیک عمل کیا ان سے اللہ کا وعدہ ہے کہ ان کے لیے بخشش ہے اور بڑا اجر ہے اور جنہوں نے انکار کیا اور ہماری نشانیوں کو جھٹلایا ایسے لوگ دوزخ والے ہیں اے ایمان والو اپنے اوپر اللہ کے احسان کو یاد کرو</w:t>
      </w:r>
    </w:p>
    <w:p>
      <w:r>
        <w:rPr>
          <w:b/>
        </w:rPr>
        <w:t xml:space="preserve">[28:48] </w:t>
      </w:r>
      <w:r>
        <w:t>jab ek qaum ne irada kiya ke tum par dast darazi kare to Allah ne tum se un ke hath ko rok diya aur Allah se daro aur iman walo ko Allah hi par bharosa karna chahiye</w:t>
      </w:r>
    </w:p>
    <w:p>
      <w:pPr>
        <w:jc w:val="right"/>
      </w:pPr>
      <w:r>
        <w:t>جب ایک قوم نے ارادہ کیا کہ تم پر دست درازی کرے تو اللہ نے تم سے ان کے ہاتھ کو روک دیا اور اللہ سے ڈرو اور ایمان والوں کو اللہ ہی پر بھروسہ کرنا چاہیے</w:t>
      </w:r>
    </w:p>
    <w:p>
      <w:r>
        <w:rPr>
          <w:b/>
        </w:rPr>
        <w:t xml:space="preserve">[29:05] </w:t>
      </w:r>
      <w:r>
        <w:t>tashreeh iman ek ahad hai jo bande aur Khuda ke darmiyan qarar pata hai</w:t>
      </w:r>
    </w:p>
    <w:p>
      <w:pPr>
        <w:jc w:val="right"/>
      </w:pPr>
      <w:r>
        <w:t>تشریح ایمان ایک عہد ہے جو بندے اور خدا کے درمیان قرار پاتا ہے</w:t>
      </w:r>
    </w:p>
    <w:p>
      <w:r>
        <w:rPr>
          <w:b/>
        </w:rPr>
        <w:t xml:space="preserve">[29:12] </w:t>
      </w:r>
      <w:r>
        <w:t>banda yeh wada karta hai ke woh dunya mein Allah se dar kar rahe ga aur Allah uska zaman hota hai ke woh dunya o akhirat mein bande ka kafeel ho jaye ga bande ko apne ahad mein poora utarne ke liye do bato ka saboot dena hai</w:t>
      </w:r>
    </w:p>
    <w:p>
      <w:pPr>
        <w:jc w:val="right"/>
      </w:pPr>
      <w:r>
        <w:t>بندہ یہ وعدہ کرتا ہے کہ وہ دنیا میں اللہ سے ڈر کر رہے گا اور اللہ اس کا ضامن ہوتا ہے کہ وہ دنیا و اخرت میں بندے کا کفیل ہو جائے گا بندے کو اپنے عہد میں پورا اترنے کے لیے دو باتوں کا ثبوت دینا ہے</w:t>
      </w:r>
    </w:p>
    <w:p>
      <w:r>
        <w:rPr>
          <w:b/>
        </w:rPr>
        <w:t xml:space="preserve">[29:33] </w:t>
      </w:r>
      <w:r>
        <w:t>ek yeh ke woh awam lillah ban jaye yani woh Khuda ki bato par khoob qaim rehne wala ho uska wajood har mauqe par sahi tareen jawab pesh kare jo bande ko apne rab ke liye pesh karna chahiye woh jab kainat ko dekhe to uska zehn Khuda ki qudrato aur azmato ke tasawwur se sarshar ho jaye</w:t>
      </w:r>
    </w:p>
    <w:p>
      <w:pPr>
        <w:jc w:val="right"/>
      </w:pPr>
      <w:r>
        <w:t>ایک یہ کہ وہ عوام للہ بن جائے یعنی وہ خدا کی باتوں پر خوب قائم رہنے والا ہو اس کا وجود ہر موقع پر صحیح ترین جواب پیش کرے جو بندے کو اپنے رب کے لیے پیش کرنا چاہیے وہ جب کائنات کو دیکھے تو اس کا ذہن خدا کی قدرتوں اور عظمتوں کے تصور سے سرشار ہو جائے</w:t>
      </w:r>
    </w:p>
    <w:p>
      <w:r>
        <w:rPr>
          <w:b/>
        </w:rPr>
        <w:t xml:space="preserve">[29:58] </w:t>
      </w:r>
      <w:r>
        <w:t>woh jab apne aap ko dekhe to usko apni zindagi sarapa fazl aur ehsan nazar aaye uske jazbat umdein to Khuda ke liye umdein uski tawajjuhāt kisi cheez ko apna markaz banayein to Khuda ko banayein uski mohabbat Khuda ke liye ho uske andishe Khuda se wabasta hon uski yado mein Khuda samaya hua ho woh Khuda ki ibadat o itaat kare</w:t>
      </w:r>
    </w:p>
    <w:p>
      <w:pPr>
        <w:jc w:val="right"/>
      </w:pPr>
      <w:r>
        <w:t>وہ جب اپنے اپ کو دیکھے تو اس کو اپنی زندگی سراپا فضل اور احسان نظر ائے اس کے جذبات امڈیں تو خدا کے لیے امڈیں اس کی توجہات کسی چیز کو اپنا مرکز بنائیں تو خدا کو بنائیں اس کی محبت خدا کے لیے ہو اس کے اندیشے خدا سے وابستہ ہوں اس کی یادوں میں خدا سمایا ہوا ہو وہ خدا کی عبادت و اطاعت کرے</w:t>
      </w:r>
    </w:p>
    <w:p>
      <w:r>
        <w:rPr>
          <w:b/>
        </w:rPr>
        <w:t xml:space="preserve">[30:27] </w:t>
      </w:r>
      <w:r>
        <w:t>woh Khuda ke raste mein apne asase ko kharch kare woh apne aap ko Khuda ke deen ke raste mein laga kar khush hota ho ahad par qaim rehne ki doosri shart bando ke sath insaaf hai insaaf ka matlab yeh hai ke ke kisi shakhs ke sath kami beshi kiye baghair woh sulook karna jis ka woh bait bar waqe mustahiq hai</w:t>
      </w:r>
    </w:p>
    <w:p>
      <w:pPr>
        <w:jc w:val="right"/>
      </w:pPr>
      <w:r>
        <w:t>وہ خدا کے راستے میں اپنے اثاثے کو خرچ کرے وہ اپنے اپ کو خدا کے دین کے راستے میں لگا کر خوش ہوتا ہو عہد پر قائم رہنے کی دوسری شرط بندوں کے ساتھ انصاف ہے انصاف کا مطلب یہ ہے کہ کہ کسی شخص کے ساتھ کمی بیشی کیے بغیر وہ سلوک کرنا جس کا وہ بیت بار واقعہ مستحق ہے</w:t>
      </w:r>
    </w:p>
    <w:p>
      <w:r>
        <w:rPr>
          <w:b/>
        </w:rPr>
        <w:t xml:space="preserve">[30:56] </w:t>
      </w:r>
      <w:r>
        <w:t>muamlat mein haq ko apnana na ke apni khwahishat ko is muamle mein bande ko itna zyada paband banna hai ke woh aise mauqe par bhi apne ko insaaf se bandhe rahe jab ke woh dushmano aur batil parasto se muamla kar raha ho jab ke shikayatein aur talkh yadein usko insaaf ke raste se pherne lagein</w:t>
      </w:r>
    </w:p>
    <w:p>
      <w:pPr>
        <w:jc w:val="right"/>
      </w:pPr>
      <w:r>
        <w:t>معاملات میں حق کو اپنانا نہ کہ اپنی خواہشات کو اس معاملے میں بندے کو اتنا زیادہ پابند بننا ہے کہ وہ ایسے مواقع پر بھی اپنے کو انصاف سے باندھے رہے جب کہ وہ دشمنوں اور باطل پرستوں سے معاملہ کر رہا ہو جب کہ شکایتیں اور تلخ یادیں اس کو انصاف کے راستے سے پھیرنے لگیں</w:t>
      </w:r>
    </w:p>
    <w:p>
      <w:r>
        <w:rPr>
          <w:b/>
        </w:rPr>
        <w:t xml:space="preserve">[31:24] </w:t>
      </w:r>
      <w:r>
        <w:t>dunya mein Khuda nishaniyo ki surat mein zahir hota hai yani aise dalail ki surat mein jis ki kaat aadam ke pas maujood na ho jab aadam ke samne Khuda ki dalil aaye aur woh us ko manne ke bajaye lafzi takrar karne lage to us ne Khuda ki nishani ko jhutlaya</w:t>
      </w:r>
    </w:p>
    <w:p>
      <w:pPr>
        <w:jc w:val="right"/>
      </w:pPr>
      <w:r>
        <w:t>دنیا میں خدا نشانیوں کی صورت میں ظاہر ہوتا ہے یعنی ایسے دلائل کی صورت میں جس کی کاٹ ادمی کے پاس موجود نہ ہو جب ادمی کے سامنے خدا کی دلیل ائے اور وہ اس کو ماننے کے بجائے لفظی تکرار کرنے لگے تو اس نے خدا کی نشانی کو جھٹلایا</w:t>
      </w:r>
    </w:p>
    <w:p>
      <w:r>
        <w:rPr>
          <w:b/>
        </w:rPr>
        <w:t xml:space="preserve">[31:48] </w:t>
      </w:r>
      <w:r>
        <w:t>aise log khuda ke yahan sakht saza payenge aur jin logon ne us ko maan liya woh</w:t>
      </w:r>
    </w:p>
    <w:p>
      <w:pPr>
        <w:jc w:val="right"/>
      </w:pPr>
      <w:r>
        <w:t>ایسے لوگ خدا کے یہاں سخت سزا پائیں گے اور جن لوگوں نے اس کو مان لیا وہ</w:t>
      </w:r>
    </w:p>
    <w:p>
      <w:r>
        <w:rPr>
          <w:b/>
        </w:rPr>
        <w:t xml:space="preserve">[31:55] </w:t>
      </w:r>
      <w:r>
        <w:t>khuda ke in'aam ke mustahiq honge</w:t>
      </w:r>
    </w:p>
    <w:p>
      <w:pPr>
        <w:jc w:val="right"/>
      </w:pPr>
      <w:r>
        <w:t>خدا کے انعام کے مستحق ہوں گے</w:t>
      </w:r>
    </w:p>
    <w:p>
      <w:r>
        <w:rPr>
          <w:b/>
        </w:rPr>
        <w:t xml:space="preserve">[32:29] </w:t>
      </w:r>
      <w:r>
        <w:t>wa aza'rtumoohum wa aqradtumullaha qardan hasanan la ukaffiranna</w:t>
      </w:r>
    </w:p>
    <w:p>
      <w:pPr>
        <w:jc w:val="right"/>
      </w:pPr>
      <w:r>
        <w:t>وعزرتموہم واقرضتم اللہ قرضا حسنا لاكفرن</w:t>
      </w:r>
    </w:p>
    <w:p>
      <w:r>
        <w:rPr>
          <w:b/>
        </w:rPr>
        <w:t xml:space="preserve">[32:37] </w:t>
      </w:r>
      <w:r>
        <w:t>ankum sayyi'atikum la ukaffiranna</w:t>
      </w:r>
    </w:p>
    <w:p>
      <w:pPr>
        <w:jc w:val="right"/>
      </w:pPr>
      <w:r>
        <w:t>عنكم سيئاتكم لاكفرن</w:t>
      </w:r>
    </w:p>
    <w:p>
      <w:r>
        <w:rPr>
          <w:b/>
        </w:rPr>
        <w:t xml:space="preserve">[32:43] </w:t>
      </w:r>
      <w:r>
        <w:t>ankum sayyi'atikum wa la ud khilannakum</w:t>
      </w:r>
    </w:p>
    <w:p>
      <w:pPr>
        <w:jc w:val="right"/>
      </w:pPr>
      <w:r>
        <w:t>عنكم سيئاتكم ولادخلنكم</w:t>
      </w:r>
    </w:p>
    <w:p>
      <w:r>
        <w:rPr>
          <w:b/>
        </w:rPr>
        <w:t xml:space="preserve">[32:49] </w:t>
      </w:r>
      <w:r>
        <w:t>jannatin tajree min tahtihal anhar</w:t>
      </w:r>
    </w:p>
    <w:p>
      <w:pPr>
        <w:jc w:val="right"/>
      </w:pPr>
      <w:r>
        <w:t>جنات تجري من تحتها الانهار</w:t>
      </w:r>
    </w:p>
    <w:p>
      <w:r>
        <w:rPr>
          <w:b/>
        </w:rPr>
        <w:t xml:space="preserve">[32:57] </w:t>
      </w:r>
      <w:r>
        <w:t>faman kafara ba'da zalika minkum faqad dalla sawaa</w:t>
      </w:r>
    </w:p>
    <w:p>
      <w:pPr>
        <w:jc w:val="right"/>
      </w:pPr>
      <w:r>
        <w:t>فمن كفر بعد ذلك منكم فقد ضل سواء</w:t>
      </w:r>
    </w:p>
    <w:p>
      <w:r>
        <w:rPr>
          <w:b/>
        </w:rPr>
        <w:t xml:space="preserve">[33:05] </w:t>
      </w:r>
      <w:r>
        <w:t>alsabeel fabima naqdhahum</w:t>
      </w:r>
    </w:p>
    <w:p>
      <w:pPr>
        <w:jc w:val="right"/>
      </w:pPr>
      <w:r>
        <w:t>السبيل فبما نقضهم</w:t>
      </w:r>
    </w:p>
    <w:p>
      <w:r>
        <w:rPr>
          <w:b/>
        </w:rPr>
        <w:t xml:space="preserve">[33:10] </w:t>
      </w:r>
      <w:r>
        <w:t>meethaqahum la'annahum waj'alna quloobahum</w:t>
      </w:r>
    </w:p>
    <w:p>
      <w:pPr>
        <w:jc w:val="right"/>
      </w:pPr>
      <w:r>
        <w:t>ميثاقهم لعناهم وجعلنا قلوبهم</w:t>
      </w:r>
    </w:p>
    <w:p>
      <w:r>
        <w:rPr>
          <w:b/>
        </w:rPr>
        <w:t xml:space="preserve">[33:15] </w:t>
      </w:r>
      <w:r>
        <w:t>qasiyatan yuharrifoon al-kalim</w:t>
      </w:r>
    </w:p>
    <w:p>
      <w:pPr>
        <w:jc w:val="right"/>
      </w:pPr>
      <w:r>
        <w:t>قاسيتا يحرفون الكلم</w:t>
      </w:r>
    </w:p>
    <w:p>
      <w:r>
        <w:rPr>
          <w:b/>
        </w:rPr>
        <w:t xml:space="preserve">[33:20] </w:t>
      </w:r>
      <w:r>
        <w:t>yuharrifoon al-kalim 'an mawadi'ihi wansuh al-dhanni mimma dhakaroo bih</w:t>
      </w:r>
    </w:p>
    <w:p>
      <w:pPr>
        <w:jc w:val="right"/>
      </w:pPr>
      <w:r>
        <w:t>يحرفون الكلم عن مواضعه ونسوح الظن مما ذكروا به</w:t>
      </w:r>
    </w:p>
    <w:p>
      <w:r>
        <w:rPr>
          <w:b/>
        </w:rPr>
        <w:t xml:space="preserve">[33:30] </w:t>
      </w:r>
      <w:r>
        <w:t>wala tazaloottala'u 'ala kha'inatin</w:t>
      </w:r>
    </w:p>
    <w:p>
      <w:pPr>
        <w:jc w:val="right"/>
      </w:pPr>
      <w:r>
        <w:t>ولا تزال تطلع على خائنه</w:t>
      </w:r>
    </w:p>
    <w:p>
      <w:r>
        <w:rPr>
          <w:b/>
        </w:rPr>
        <w:t xml:space="preserve">[33:37] </w:t>
      </w:r>
      <w:r>
        <w:t>minhum illa qaleelan minhum</w:t>
      </w:r>
    </w:p>
    <w:p>
      <w:pPr>
        <w:jc w:val="right"/>
      </w:pPr>
      <w:r>
        <w:t>منهم الا قليلا منهم</w:t>
      </w:r>
    </w:p>
    <w:p>
      <w:r>
        <w:rPr>
          <w:b/>
        </w:rPr>
        <w:t xml:space="preserve">[33:42] </w:t>
      </w:r>
      <w:r>
        <w:t>fa'afu 'anhum wasfah</w:t>
      </w:r>
    </w:p>
    <w:p>
      <w:pPr>
        <w:jc w:val="right"/>
      </w:pPr>
      <w:r>
        <w:t>فاعف عنهم واصفح</w:t>
      </w:r>
    </w:p>
    <w:p>
      <w:r>
        <w:rPr>
          <w:b/>
        </w:rPr>
        <w:t xml:space="preserve">[33:46] </w:t>
      </w:r>
      <w:r>
        <w:t>inna Allaha yuhibbu al-muhsinin</w:t>
      </w:r>
    </w:p>
    <w:p>
      <w:pPr>
        <w:jc w:val="right"/>
      </w:pPr>
      <w:r>
        <w:t>ان الله يحب المحسنين</w:t>
      </w:r>
    </w:p>
    <w:p>
      <w:r>
        <w:rPr>
          <w:b/>
        </w:rPr>
        <w:t xml:space="preserve">[33:53] </w:t>
      </w:r>
      <w:r>
        <w:t>aur Allah ne Bani Israel se ahad liya aur hum ne un mein barah sardar muqarrar kiye aur Allah ne kaha ke mein tumhare sath hoon</w:t>
      </w:r>
    </w:p>
    <w:p>
      <w:pPr>
        <w:jc w:val="right"/>
      </w:pPr>
      <w:r>
        <w:t>اور اللہ نے بنی اسرائیل سے عہد لیا اور ہم نے ان میں بارہ سردار مقرر کیے اور اللہ نے کہا کہ میں تمہارے ساتھ ہوں</w:t>
      </w:r>
    </w:p>
    <w:p>
      <w:r>
        <w:rPr>
          <w:b/>
        </w:rPr>
        <w:t xml:space="preserve">[34:04] </w:t>
      </w:r>
      <w:r>
        <w:t>agar tum namaz qaim karoge aur zakat ada karoge aur mere paighambaro par iman lao ge aur un ki madad karoge aur Allah ko qarz hasan doge to mein tum se tumhare gunah zaroor door kar doon ga aur tum ko zaroor aise baghon mein dakhil karoon ga jin ke neeche nahrein behti hongi</w:t>
      </w:r>
    </w:p>
    <w:p>
      <w:pPr>
        <w:jc w:val="right"/>
      </w:pPr>
      <w:r>
        <w:t>اگر تم نماز قائم کرو گے اور زکوۃ ادا کرو گے اور میرے پیغمبروں پر ایمان لاؤ گے اور ان کی مدد کرو گے اور اللہ کو قرض حسن دو گے تو میں تم سے تمہارے گناہ ضرور دور کر دوں گا اور تم کو ضرور ایسے باغوں میں داخل کروں گا جن کے نیچے نہریں بہتی ہوں گی</w:t>
      </w:r>
    </w:p>
    <w:p>
      <w:r>
        <w:rPr>
          <w:b/>
        </w:rPr>
        <w:t xml:space="preserve">[34:30] </w:t>
      </w:r>
      <w:r>
        <w:t>pas tum mein se jo shakhs is ke baad inkar kare ga to woh seedhe raste se bhatak gaya</w:t>
      </w:r>
    </w:p>
    <w:p>
      <w:pPr>
        <w:jc w:val="right"/>
      </w:pPr>
      <w:r>
        <w:t>پس تم میں سے جو شخص اس کے بعد انکار کرے گا تو وہ سیدھے راستے سے بھٹک گیا</w:t>
      </w:r>
    </w:p>
    <w:p>
      <w:r>
        <w:rPr>
          <w:b/>
        </w:rPr>
        <w:t xml:space="preserve">[34:40] </w:t>
      </w:r>
      <w:r>
        <w:t>tashreeh Bani Israel se un ke paighambar ki marifat Khuda parastana zindagi guzrane ka ahad liya gaya aur un ke barah qabilo se barah sardar un ki nigrani ke liye muqarrar kiye gaye</w:t>
      </w:r>
    </w:p>
    <w:p>
      <w:pPr>
        <w:jc w:val="right"/>
      </w:pPr>
      <w:r>
        <w:t>تشریح بنی اسرائیل سے ان کے پیغمبر کی معرفت خدا پرستانہ زندگی گزارنے کا عہد لیا گیا اور ان کے بارہ قبائل سے بارہ سردار ان کی نگرانی کے لیے مقرر کیے گئے</w:t>
      </w:r>
    </w:p>
    <w:p>
      <w:r>
        <w:rPr>
          <w:b/>
        </w:rPr>
        <w:t xml:space="preserve">[34:57] </w:t>
      </w:r>
      <w:r>
        <w:t>Bani Israel se jo ahad liya gaya woh yeh tha ke woh namaz ke zariye apne ko Allah wala banayein woh zakat ki surat mein bando ke huqooq ada karein paighambaro ka sath de kar woh apne ko Allah ki pukar ki janib khara karein aur Allah ke deen ki juhad mein apna asase kharch karein</w:t>
      </w:r>
    </w:p>
    <w:p>
      <w:pPr>
        <w:jc w:val="right"/>
      </w:pPr>
      <w:r>
        <w:t>بنی اسرائیل سے جو عہد لیا گیا وہ یہ تھا کہ وہ نماز کے ذریعے اپنے کو اللہ والا بنائیں وہ زکوۃ کی صورت میں بندوں کے حقوق ادا کریں پیغمبروں کا ساتھ دے کر وہ اپنے کو اللہ کی پکار کی جانب کھڑا کریں اور اللہ کے دین کی جدوجہد میں اپنا اثاثہ خرچ کریں</w:t>
      </w:r>
    </w:p>
    <w:p>
      <w:r>
        <w:rPr>
          <w:b/>
        </w:rPr>
        <w:t xml:space="preserve">[35:24] </w:t>
      </w:r>
      <w:r>
        <w:t>in kamon ki adaiygi aur apne darmiyan un ki nigrani ka ijtamai nizam qaim karne ke baad hi</w:t>
      </w:r>
    </w:p>
    <w:p>
      <w:pPr>
        <w:jc w:val="right"/>
      </w:pPr>
      <w:r>
        <w:t>ان کاموں کی ادائیگی اور اپنے درمیان ان کی نگرانی کا اجتماعی نظام قائم کرنے کے بعد ہی</w:t>
      </w:r>
    </w:p>
    <w:p>
      <w:r>
        <w:rPr>
          <w:b/>
        </w:rPr>
        <w:t xml:space="preserve">[35:33] </w:t>
      </w:r>
      <w:r>
        <w:t>woh Khuda ki nazar mein is ke mustahiq thay ke Khuda un ka sathi ho woh un ko</w:t>
      </w:r>
    </w:p>
    <w:p>
      <w:pPr>
        <w:jc w:val="right"/>
      </w:pPr>
      <w:r>
        <w:t>وہ خدا کی نظر میں اس کے مستحق تھے کہ خدا ان کا ساتھی ہو وہ ان کو</w:t>
      </w:r>
    </w:p>
    <w:p>
      <w:r>
        <w:rPr>
          <w:b/>
        </w:rPr>
        <w:t xml:space="preserve">[35:39] </w:t>
      </w:r>
      <w:r>
        <w:t>pak saaf kar ke is qabil banaye ke woh jannat ki lateef fazaon mein dakhil ho saken</w:t>
      </w:r>
    </w:p>
    <w:p>
      <w:pPr>
        <w:jc w:val="right"/>
      </w:pPr>
      <w:r>
        <w:t>پاک صاف کر کے اس قابل بنائے کہ وہ جنت کی لطیف فضاؤں میں داخل ہو سکیں</w:t>
      </w:r>
    </w:p>
    <w:p>
      <w:r>
        <w:rPr>
          <w:b/>
        </w:rPr>
        <w:t xml:space="preserve">[35:47] </w:t>
      </w:r>
      <w:r>
        <w:t>jannat kisi ko amal se milti hai na ke kisi qism ke nasli ta'alluq se</w:t>
      </w:r>
    </w:p>
    <w:p>
      <w:pPr>
        <w:jc w:val="right"/>
      </w:pPr>
      <w:r>
        <w:t>جنت کسی کو عمل سے ملتی ہے نہ کہ کسی قسم کے نسلی تعلق سے</w:t>
      </w:r>
    </w:p>
    <w:p>
      <w:r>
        <w:rPr>
          <w:b/>
        </w:rPr>
        <w:t xml:space="preserve">[35:57] </w:t>
      </w:r>
      <w:r>
        <w:t>ayat ke mazkoora ahad mein jin aamal ka zikr hai yahi deen ke asasi aamal hain yahi woh shahrah hai jo tamam insano ko Khuda aur us ki jannat ki taraf le jane wali hai magar jab aasmani kitab ki qaumon mein bigad aata hai to woh is shahrah ke dain ba'yein mud jati hain</w:t>
      </w:r>
    </w:p>
    <w:p>
      <w:pPr>
        <w:jc w:val="right"/>
      </w:pPr>
      <w:r>
        <w:t>ایت کے مذکورہ عہد میں جن اعمال کا ذکر ہے یہی دین کے اثاثی اعمال ہیں یہی وہ شاہراہ ہے جو تمام انسانوں کو خدا اور اس کی جنت کی طرف لے جانے والی ہے مگر جب اسمانی کتاب کی حامل قوموں میں بگاڑ اتا ہے تو وہ اس شاہراہ کے دائیں بائیں مڑ جاتی ہیں</w:t>
      </w:r>
    </w:p>
    <w:p>
      <w:r>
        <w:rPr>
          <w:b/>
        </w:rPr>
        <w:t xml:space="preserve">[36:23] </w:t>
      </w:r>
      <w:r>
        <w:t>ab yeh hota hai ke khud sakhta tashrihat ke zariye deen ka tasawwur badal diya jata hai ibadat</w:t>
      </w:r>
    </w:p>
    <w:p>
      <w:pPr>
        <w:jc w:val="right"/>
      </w:pPr>
      <w:r>
        <w:t>اب یہ ہوتا ہے کہ خود ساختہ تشریحات کے ذریعے دین کا تصور بدل دیا جاتا ہے عبادت</w:t>
      </w:r>
    </w:p>
    <w:p>
      <w:r>
        <w:rPr>
          <w:b/>
        </w:rPr>
        <w:t xml:space="preserve">[36:30] </w:t>
      </w:r>
      <w:r>
        <w:t>ke naam par ghair muta'alliq baatein shuru ho jati hain nijat ke aisay rastay talash kar liye jatay</w:t>
      </w:r>
    </w:p>
    <w:p>
      <w:pPr>
        <w:jc w:val="right"/>
      </w:pPr>
      <w:r>
        <w:t>کے نام پر غیر متعلق باتیں شروع ہو جاتی ہیں نجات کے ایسے راستے تلاش کر لیے جاتے</w:t>
      </w:r>
    </w:p>
    <w:p>
      <w:r>
        <w:rPr>
          <w:b/>
        </w:rPr>
        <w:t xml:space="preserve">[36:36] </w:t>
      </w:r>
      <w:r>
        <w:t>hain jo bandon ke huqooq ada kiye baghair admi ko manzil tak pohncha dein</w:t>
      </w:r>
    </w:p>
    <w:p>
      <w:pPr>
        <w:jc w:val="right"/>
      </w:pPr>
      <w:r>
        <w:t>ہیں جو بندوں کے حقوق ادا کیے بغیر ادمی کو منزل تک پہنچا دیں</w:t>
      </w:r>
    </w:p>
    <w:p>
      <w:r>
        <w:rPr>
          <w:b/>
        </w:rPr>
        <w:t xml:space="preserve">[36:44] </w:t>
      </w:r>
      <w:r>
        <w:t>da'wat-e-haq ke naam par in ke yahan be-ma'ni qism ke duniyawi hangamay jari ho jatay hain</w:t>
      </w:r>
    </w:p>
    <w:p>
      <w:pPr>
        <w:jc w:val="right"/>
      </w:pPr>
      <w:r>
        <w:t>دعوت حق کے نام پر ان کے یہاں بے معنی قسم کے دنیاوی ہنگامے جاری ہو جاتے ہیں</w:t>
      </w:r>
    </w:p>
    <w:p>
      <w:r>
        <w:rPr>
          <w:b/>
        </w:rPr>
        <w:t xml:space="preserve">[36:53] </w:t>
      </w:r>
      <w:r>
        <w:t>woh duniyawi ikhrajat ki bohat si maddein banate hain aur un ko deen ke liye kharch karne ka nam dete hain bilafz deegar woh apne duniyawi masaleh ke mutabiq ek deen ghdate hain aur usi ko Khuda ka deen kehne lagte hain jab koi groh bigad ki is nawbat tak pohanchta hai to Khuda apni tawajjuh us se hata leta hai</w:t>
      </w:r>
    </w:p>
    <w:p>
      <w:pPr>
        <w:jc w:val="right"/>
      </w:pPr>
      <w:r>
        <w:t>وہ دنیاوی اخراجات کی بہت سی مدیں بناتے ہیں اور ان کو دین کے لیے خرچ کرنے کا نام دیتے ہیں بالفاظ دیگر وہ اپنے دنیاوی مصالحے کے مطابق ایک دین گھڑتے ہیں اور اسی کو خدا کا دین کہنے لگتے ہیں جب کوئی گروہ بگاڑ کی اس نوبت تک پہنچتا ہے تو خدا اپنی توجہ اس سے ہٹا لیتا ہے</w:t>
      </w:r>
    </w:p>
    <w:p>
      <w:r>
        <w:rPr>
          <w:b/>
        </w:rPr>
        <w:t xml:space="preserve">[37:23] </w:t>
      </w:r>
      <w:r>
        <w:t>Khuda ki tofeeq se mahroom ho kar aisay logon ka haal yeh hota hai ke woh sirf apni</w:t>
      </w:r>
    </w:p>
    <w:p>
      <w:pPr>
        <w:jc w:val="right"/>
      </w:pPr>
      <w:r>
        <w:t>خدا کی توفیق سے محروم ہو کر ایسے لوگوں کا حال یہ ہوتا ہے کہ وہ صرف اپنی</w:t>
      </w:r>
    </w:p>
    <w:p>
      <w:r>
        <w:rPr>
          <w:b/>
        </w:rPr>
        <w:t xml:space="preserve">[37:30] </w:t>
      </w:r>
      <w:r>
        <w:t>khwahishon ki zaban samajhte hain woh isi mein masroof rehte hain yahan tak ke maut ka farishta aa</w:t>
      </w:r>
    </w:p>
    <w:p>
      <w:pPr>
        <w:jc w:val="right"/>
      </w:pPr>
      <w:r>
        <w:t>خواہشوں کی زبان سمجھتے ہیں وہ اسی میں مصروف رہتے ہیں یہاں تک کہ موت کا فرشتہ ا</w:t>
      </w:r>
    </w:p>
    <w:p>
      <w:r>
        <w:rPr>
          <w:b/>
        </w:rPr>
        <w:t xml:space="preserve">[37:39] </w:t>
      </w:r>
      <w:r>
        <w:t>jata hai ta ke un ko pakar kar Khuda ki adalat mein pohncha de</w:t>
      </w:r>
    </w:p>
    <w:p>
      <w:pPr>
        <w:jc w:val="right"/>
      </w:pPr>
      <w:r>
        <w:t>جاتا ہے تاکہ ان کو پکڑ کر خدا کی عدالت میں پہنچا دے</w:t>
      </w:r>
    </w:p>
    <w:p>
      <w:r>
        <w:rPr>
          <w:b/>
        </w:rPr>
        <w:t xml:space="preserve">[38:23] </w:t>
      </w:r>
      <w:r>
        <w:t>aur jo log kehte hain ke hum nasrani hain un se hum ne ahad liya tha</w:t>
      </w:r>
    </w:p>
    <w:p>
      <w:pPr>
        <w:jc w:val="right"/>
      </w:pPr>
      <w:r>
        <w:t>اور جو لوگ کہتے ہیں کہ ہم نصرانی ہیں ان سے ہم نے عہد لیا تھا</w:t>
      </w:r>
    </w:p>
    <w:p>
      <w:r>
        <w:rPr>
          <w:b/>
        </w:rPr>
        <w:t xml:space="preserve">[38:29] </w:t>
      </w:r>
      <w:r>
        <w:t>pas jo kuch un ko naseehat ki gayi thi us ka bara hissa woh bhula bethe</w:t>
      </w:r>
    </w:p>
    <w:p>
      <w:pPr>
        <w:jc w:val="right"/>
      </w:pPr>
      <w:r>
        <w:t>پس جو کچھ ان کو نصیحت کی گئی تھی اس کا بڑا حصہ وہ بھلا بیٹھے</w:t>
      </w:r>
    </w:p>
    <w:p>
      <w:r>
        <w:rPr>
          <w:b/>
        </w:rPr>
        <w:t xml:space="preserve">[38:36] </w:t>
      </w:r>
      <w:r>
        <w:t>phir hum ne qayamat tak ke liye un ke darmiyan dushmani aur bughz daal diya</w:t>
      </w:r>
    </w:p>
    <w:p>
      <w:pPr>
        <w:jc w:val="right"/>
      </w:pPr>
      <w:r>
        <w:t>پھر ہم نے قیامت تک کے لیے ان کے درمیان دشمنی اور بغض ڈال دیا</w:t>
      </w:r>
    </w:p>
    <w:p>
      <w:r>
        <w:rPr>
          <w:b/>
        </w:rPr>
        <w:t xml:space="preserve">[38:42] </w:t>
      </w:r>
      <w:r>
        <w:t>aur akhir Allah un ko agah kar dega is se jo kuch woh kar rahay thay</w:t>
      </w:r>
    </w:p>
    <w:p>
      <w:pPr>
        <w:jc w:val="right"/>
      </w:pPr>
      <w:r>
        <w:t>اور اخر اللہ ان کو اگاہ کر دے گا اس سے جو کچھ وہ کر رہے تھے</w:t>
      </w:r>
    </w:p>
    <w:p>
      <w:r>
        <w:rPr>
          <w:b/>
        </w:rPr>
        <w:t xml:space="preserve">[38:53] </w:t>
      </w:r>
      <w:r>
        <w:t>tashreeh</w:t>
      </w:r>
    </w:p>
    <w:p>
      <w:pPr>
        <w:jc w:val="right"/>
      </w:pPr>
      <w:r>
        <w:t>تشریح</w:t>
      </w:r>
    </w:p>
    <w:p>
      <w:r>
        <w:rPr>
          <w:b/>
        </w:rPr>
        <w:t xml:space="preserve">[38:56] </w:t>
      </w:r>
      <w:r>
        <w:t>asmaani kitaab ki haamil qaumon par jab bigaad aata hai to woh deen ke muhkam hissay ko chhod kar is ke ghair muhkam hissay par daud padti hai is ka nateeja dunya mein ikhtilaaf ki soorat mein zaahir hota hai aur aakhirat mein ruswai ki soorat mein</w:t>
      </w:r>
    </w:p>
    <w:p>
      <w:pPr>
        <w:jc w:val="right"/>
      </w:pPr>
      <w:r>
        <w:t>اسمانی کتاب کی حامل قوموں پر جب بگاڑ اتا ہے تو وہ دین کے محکم حصے کو چھوڑ کر اس کے غیر محکم حصے پر دوڑ پڑتی ہے اس کا نتیجہ دنیا میں اختلاف کی صورت میں ظاہر ہوتا ہے اور اخرت میں رسوائی کی صورت میں</w:t>
      </w:r>
    </w:p>
    <w:p>
      <w:r>
        <w:rPr>
          <w:b/>
        </w:rPr>
        <w:t xml:space="preserve">[39:17] </w:t>
      </w:r>
      <w:r>
        <w:t>maseeh aleh salaam baap ke baghair aik paak baaz khatoon ke batn se paida hue paidaish ke baad unhon ne apni zabaan se apna jo taaruf karaya woh yeh tha main Allah ka banda aur uska rasool hoon</w:t>
      </w:r>
    </w:p>
    <w:p>
      <w:pPr>
        <w:jc w:val="right"/>
      </w:pPr>
      <w:r>
        <w:t>مسیح علیہ السلام باپ کے بغیر ایک پاک باز خاتون کے بطن سے پیدا ہوئے پیدائش کے بعد انہوں نے اپنی زبان سے اپنا جو تعارف کرایا وہ یہ تھا میں اللہ کا بندہ اور اس کا رسول ہوں</w:t>
      </w:r>
    </w:p>
    <w:p>
      <w:r>
        <w:rPr>
          <w:b/>
        </w:rPr>
        <w:t xml:space="preserve">[39:35] </w:t>
      </w:r>
      <w:r>
        <w:t>ab Hazrat maseeh aleh salaam ke baare mein raaye qaaim karne ki aik soorat yeh hai ke un janaab ne apne baare mein jo waazeh alfaaz farmaaye hain unhi ki paabandi ki jaaye aur aap ko wohi samjha jaaye jo un alfaaz se baraah e raast taur par maloom hota hai</w:t>
      </w:r>
    </w:p>
    <w:p>
      <w:pPr>
        <w:jc w:val="right"/>
      </w:pPr>
      <w:r>
        <w:t>اب حضرت مسیح علیہ السلام کے بارے میں رائے قائم کرنے کی ایک صورت یہ ہے کہ ان جناب نے اپنے بارے میں جو واضح الفاظ فرمائے ہیں انہی کی پابندی کی جائے اور آپ کو وہی سمجھا جائے جو ان الفاظ سے براہ راست طور پر معلوم ہوتا ہے</w:t>
      </w:r>
    </w:p>
    <w:p>
      <w:r>
        <w:rPr>
          <w:b/>
        </w:rPr>
        <w:t xml:space="preserve">[39:58] </w:t>
      </w:r>
      <w:r>
        <w:t>doosri soorat yeh hai ke is maamle mein apne qiyaas ko dakhal diya jaaye aur kaha jaaye ke insaan woh hai jo kisi baap ka beta ho maseeh kisi baap ke bete na the is liye woh Khuda ke bete the pehli raaye ki bunyaad khud maseeh ka muhkam aur mustanad qaul hai is liye agar is ko ikhtiyaar kiya jaaye to is mein ikhtilaaf paida na hoga</w:t>
      </w:r>
    </w:p>
    <w:p>
      <w:pPr>
        <w:jc w:val="right"/>
      </w:pPr>
      <w:r>
        <w:t>دوسری صورت یہ ہے کہ اس معاملے میں اپنے قیاس کو دخل دیا جائے اور کہا جائے کہ انسان وہ ہے جو کسی باپ کا بیٹا ہو مسیح کسی باپ کے بیٹے نہ تھے اس لیے وہ خدا کے بیٹے تھے پہلی رائے کی بنیاد خود مسیح کا محکم اور مستند قول ہے اس لیے اگر اس کو اختیار کیا جائے تو اس میں اختلاف پیدا نہ ہوگا</w:t>
      </w:r>
    </w:p>
    <w:p>
      <w:r>
        <w:rPr>
          <w:b/>
        </w:rPr>
        <w:t xml:space="preserve">[40:27] </w:t>
      </w:r>
      <w:r>
        <w:t>jabke doosri raaye ki bunyaad par mehez insaani qiyaas par hai is liye jab doosri raaye ko ikhtiyaar kiya jaayega to raaiyon ka ikhtilaaf shuru ho jaayega jaisa ke maseeh ko maanne waalon ke saath baad ke zamane mein hua</w:t>
      </w:r>
    </w:p>
    <w:p>
      <w:pPr>
        <w:jc w:val="right"/>
      </w:pPr>
      <w:r>
        <w:t>جبکہ دوسری رائے کی بنیاد پر محض انسانی قیاس پر ہے اس لیے جب دوسری رائے کو اختیار کیا جائے گا تو رائیوں کا اختلاف شروع ہو جائے گا جیسا کہ مسیح کو ماننے والوں کے ساتھ بعد کے زمانے میں ہوا</w:t>
      </w:r>
    </w:p>
    <w:p>
      <w:r>
        <w:rPr>
          <w:b/>
        </w:rPr>
        <w:t xml:space="preserve">[40:46] </w:t>
      </w:r>
      <w:r>
        <w:t>asmaani kitaab ki haamil kisi qaum mein jab bigaad aata hai to us ke andar kisi qism ki kharaabiyaan shuru ho jaati hain</w:t>
      </w:r>
    </w:p>
    <w:p>
      <w:pPr>
        <w:jc w:val="right"/>
      </w:pPr>
      <w:r>
        <w:t>اسمانی کتاب کی حامل کسی قوم میں جب بگاڑ اتا ہے تو اس کے اندر کسی قسم کی خرابیاں شروع ہو جاتی ہیں</w:t>
      </w:r>
    </w:p>
    <w:p>
      <w:r>
        <w:rPr>
          <w:b/>
        </w:rPr>
        <w:t xml:space="preserve">[40:55] </w:t>
      </w:r>
      <w:r>
        <w:t>woh muhkam deen ko chhod kar qiyaasi deen par chal padti hai yahin se ikhtilaaf aur firqa bandiyon ka darwaaza khul jaata hai</w:t>
      </w:r>
    </w:p>
    <w:p>
      <w:pPr>
        <w:jc w:val="right"/>
      </w:pPr>
      <w:r>
        <w:t>وہ محکم دین کو چھوڑ کر قیاسی دین پر چل پڑتی ہے یہیں سے اختلاف اور فرقہ بندیوں کا دروازہ کھل جاتا ہے</w:t>
      </w:r>
    </w:p>
    <w:p>
      <w:r>
        <w:rPr>
          <w:b/>
        </w:rPr>
        <w:t xml:space="preserve">[41:08] </w:t>
      </w:r>
      <w:r>
        <w:t>fiqh aur kalaam roohaniyat aur siyasat mein Khuda aur rasool ne jo khule hue ahkaam diye hain log un ke saada mafhoom par qaneh nahin rehte balkeh bator khud nayi nayi bahasein nikaalte hain</w:t>
      </w:r>
    </w:p>
    <w:p>
      <w:pPr>
        <w:jc w:val="right"/>
      </w:pPr>
      <w:r>
        <w:t>فقہ اور کلام روحانیت اور سیاست میں خدا اور رسول نے جو کھلے ہوئے احکام دیے ہیں لوگ ان کے سادہ مفہوم پر قانع نہیں رہتے بلکہ بطور خود نئی نئی بحثیں نکالتے ہیں</w:t>
      </w:r>
    </w:p>
    <w:p>
      <w:r>
        <w:rPr>
          <w:b/>
        </w:rPr>
        <w:t xml:space="preserve">[41:24] </w:t>
      </w:r>
      <w:r>
        <w:t>kabhi zamane ke khayalaat se mutaasir hokar kabhi apni dunyaavi khwahishon ko deeni jawaz ataa karne ke liye kabhi bator khud Khuda ke naaqis deen ko kaamil banane ke liye apni taraf se aisi baatein deen mein daakhil kar di jaati hain jo haqeeqatan deen ka hissa nahin hoti is tarah naye naye deeni edition tayyar ho jaate hain</w:t>
      </w:r>
    </w:p>
    <w:p>
      <w:pPr>
        <w:jc w:val="right"/>
      </w:pPr>
      <w:r>
        <w:t>کبھی زمانے کے خیالات سے متاثر ہو کر کبھی اپنی دنیاوی خواہشوں کو دینی جواز عطا کرنے کے لیے کبھی بزام خود خدا کے ناقص دین کو کامل بنانے کے لیے اپنی طرف سے ایسی باتیں دین میں داخل کر دی جاتی ہیں جو حقیقتاً دین کا حصہ نہیں ہوتی اس طرح نئے نئے دینی ایڈیشن تیار ہو جاتے ہیں</w:t>
      </w:r>
    </w:p>
    <w:p>
      <w:r>
        <w:rPr>
          <w:b/>
        </w:rPr>
        <w:t xml:space="preserve">[41:52] </w:t>
      </w:r>
      <w:r>
        <w:t>koi roohaani edition koi siyasi edition koi aur edition har ek ke gird us ke mawaafiq zawq rakhne waale log jama hote rehte hain aakhirkaar un ka aik firqa ban jaata hai un ki baad ki naslein un ko aslaaf ka wirsa samajh kar us ki hifaazat shuru kar deti hain</w:t>
      </w:r>
    </w:p>
    <w:p>
      <w:pPr>
        <w:jc w:val="right"/>
      </w:pPr>
      <w:r>
        <w:t>کوئی روحانی ایڈیشن کوئی سیاسی ایڈیشن کوئی اور ایڈیشن ہر ایک کے گرد اس کے موافق ذوق رکھنے والے لوگ جمع ہوتے رہتے ہیں بالآخر ان کا ایک فرقہ بن جاتا ہے ان کی بعد کی نسلیں ان کو اسلاف کا ورثہ سمجھ کر اس کی حفاظت شروع کر دیتی ہیں</w:t>
      </w:r>
    </w:p>
    <w:p>
      <w:r>
        <w:rPr>
          <w:b/>
        </w:rPr>
        <w:t xml:space="preserve">[42:16] </w:t>
      </w:r>
      <w:r>
        <w:t>yahan tak ke woh waqt aa jata hai ke woh qayamat tak kabhi khatm na ho</w:t>
      </w:r>
    </w:p>
    <w:p>
      <w:pPr>
        <w:jc w:val="right"/>
      </w:pPr>
      <w:r>
        <w:t>یہاں تک کہ وہ وقت آ جاتا ہے کہ وہ قیامت تک کبھی ختم نہ ہو</w:t>
      </w:r>
    </w:p>
    <w:p>
      <w:r>
        <w:rPr>
          <w:b/>
        </w:rPr>
        <w:t xml:space="preserve">[42:22] </w:t>
      </w:r>
      <w:r>
        <w:t>kyun ke insaan maazi ko hamesha muqaddas samajh leta hai aur jo cheez muqaddas ban jaye woh kabhi khatm</w:t>
      </w:r>
    </w:p>
    <w:p>
      <w:pPr>
        <w:jc w:val="right"/>
      </w:pPr>
      <w:r>
        <w:t>کیونکہ انسان ماضی کو ہمیشہ مقدس سمجھ لیتا ہے اور جو چیز مقدس بن جائے وہ کبھی ختم</w:t>
      </w:r>
    </w:p>
    <w:p>
      <w:r>
        <w:rPr>
          <w:b/>
        </w:rPr>
        <w:t xml:space="preserve">[42:30] </w:t>
      </w:r>
      <w:r>
        <w:t>nahi hoti mazhab ke naam par firqa bandi ek taraf muqaddas ho kar abadi ban jati hai</w:t>
      </w:r>
    </w:p>
    <w:p>
      <w:pPr>
        <w:jc w:val="right"/>
      </w:pPr>
      <w:r>
        <w:t>نہیں ہوتی مذہب کے نام پر فرقہ بندی ایک طرف مقدس ہو کر ابدی بن جاتی ہے</w:t>
      </w:r>
    </w:p>
    <w:p>
      <w:r>
        <w:rPr>
          <w:b/>
        </w:rPr>
        <w:t xml:space="preserve">[42:39] </w:t>
      </w:r>
      <w:r>
        <w:t>dusri taraf Khuda ka hukum ban kar doosron ke khilaaf nafrat aur jarahiyat ka ijazat nama bhi</w:t>
      </w:r>
    </w:p>
    <w:p>
      <w:pPr>
        <w:jc w:val="right"/>
      </w:pPr>
      <w:r>
        <w:t>دوسری طرف خدا کا حکم بن کر دوسروں کے خلاف نفرت اور جارحیت کا اجازت نامہ بھی</w:t>
      </w:r>
    </w:p>
    <w:p>
      <w:r>
        <w:rPr>
          <w:b/>
        </w:rPr>
        <w:t xml:space="preserve">[43:25] </w:t>
      </w:r>
      <w:r>
        <w:t>yahdi bi Allah man attaba rizwaana hubul as salaam wa yukhrijuhum min az zulumaati ila an noor min</w:t>
      </w:r>
    </w:p>
    <w:p>
      <w:pPr>
        <w:jc w:val="right"/>
      </w:pPr>
      <w:r>
        <w:t>یہدی به اللہ من اتبع رضوانہ سبل السلام ويخرجهم من الظلمات إلى النور من</w:t>
      </w:r>
    </w:p>
    <w:p>
      <w:r>
        <w:rPr>
          <w:b/>
        </w:rPr>
        <w:t xml:space="preserve">[43:41] </w:t>
      </w:r>
      <w:r>
        <w:t>ila bi idhnihi wa yahdihim ila sirat</w:t>
      </w:r>
    </w:p>
    <w:p>
      <w:pPr>
        <w:jc w:val="right"/>
      </w:pPr>
      <w:r>
        <w:t>إلى بإذنه ويهديهم إلى صراط</w:t>
      </w:r>
    </w:p>
    <w:p>
      <w:r>
        <w:rPr>
          <w:b/>
        </w:rPr>
        <w:t xml:space="preserve">[43:48] </w:t>
      </w:r>
      <w:r>
        <w:t>mustaqim laqad kafara alladhina qalu</w:t>
      </w:r>
    </w:p>
    <w:p>
      <w:pPr>
        <w:jc w:val="right"/>
      </w:pPr>
      <w:r>
        <w:t>مستقيم لقد كفر الذين قالوا</w:t>
      </w:r>
    </w:p>
    <w:p>
      <w:r>
        <w:rPr>
          <w:b/>
        </w:rPr>
        <w:t xml:space="preserve">[43:55] </w:t>
      </w:r>
      <w:r>
        <w:t>inna Allaha huwal Masih ibnu Maryam</w:t>
      </w:r>
    </w:p>
    <w:p>
      <w:pPr>
        <w:jc w:val="right"/>
      </w:pPr>
      <w:r>
        <w:t>إن الله هو المسيح ابن مريم</w:t>
      </w:r>
    </w:p>
    <w:p>
      <w:r>
        <w:rPr>
          <w:b/>
        </w:rPr>
        <w:t xml:space="preserve">[44:01] </w:t>
      </w:r>
      <w:r>
        <w:t>qul faman yamliku min Allahi shay'an in arada an yuhlika al-Masih ibna Maryam wa ummahu</w:t>
      </w:r>
    </w:p>
    <w:p>
      <w:pPr>
        <w:jc w:val="right"/>
      </w:pPr>
      <w:r>
        <w:t>قل فمن يملك من الله شيئاً إن أراد أن يهلك المسيح ابن مريم وأمه</w:t>
      </w:r>
    </w:p>
    <w:p>
      <w:r>
        <w:rPr>
          <w:b/>
        </w:rPr>
        <w:t xml:space="preserve">[44:12] </w:t>
      </w:r>
      <w:r>
        <w:t>wa man fil ardi jami'an</w:t>
      </w:r>
    </w:p>
    <w:p>
      <w:pPr>
        <w:jc w:val="right"/>
      </w:pPr>
      <w:r>
        <w:t>ومن في الأرض جميعاً</w:t>
      </w:r>
    </w:p>
    <w:p>
      <w:r>
        <w:rPr>
          <w:b/>
        </w:rPr>
        <w:t xml:space="preserve">[44:16] </w:t>
      </w:r>
      <w:r>
        <w:t>wa lillahi mulkus samawati wal ardi wa ma baynahuma yakhluqu ma yashau</w:t>
      </w:r>
    </w:p>
    <w:p>
      <w:pPr>
        <w:jc w:val="right"/>
      </w:pPr>
      <w:r>
        <w:t>ولله ملك السماوات والأرض وما بينهما يخلق ما يشاء</w:t>
      </w:r>
    </w:p>
    <w:p>
      <w:r>
        <w:rPr>
          <w:b/>
        </w:rPr>
        <w:t xml:space="preserve">[44:25] </w:t>
      </w:r>
      <w:r>
        <w:t>wallahu ala</w:t>
      </w:r>
    </w:p>
    <w:p>
      <w:pPr>
        <w:jc w:val="right"/>
      </w:pPr>
      <w:r>
        <w:t>والله على</w:t>
      </w:r>
    </w:p>
    <w:p>
      <w:r>
        <w:rPr>
          <w:b/>
        </w:rPr>
        <w:t xml:space="preserve">[44:27] </w:t>
      </w:r>
      <w:r>
        <w:t>kulli shai in qadeer</w:t>
      </w:r>
    </w:p>
    <w:p>
      <w:pPr>
        <w:jc w:val="right"/>
      </w:pPr>
      <w:r>
        <w:t>كل شيء قدير</w:t>
      </w:r>
    </w:p>
    <w:p>
      <w:r>
        <w:rPr>
          <w:b/>
        </w:rPr>
        <w:t xml:space="preserve">[44:35] </w:t>
      </w:r>
      <w:r>
        <w:t>ae ahl e kitaab tumhare paas hamara rasool aaya hai woh kitaab ilahi ki bahut si un baaton ko tumhare saamne khol raha hai jin ko tum chhuapate the aur woh darguzar karta hai bahut si cheezon se beshak tumhare paas Allah ki taraf se aik roshni aur aik zaahir karne wali kitaab aa chuki hai</w:t>
      </w:r>
    </w:p>
    <w:p>
      <w:pPr>
        <w:jc w:val="right"/>
      </w:pPr>
      <w:r>
        <w:t>اے اہل کتاب تمہارے پاس ہمارا رسول آیا ہے وہ کتاب الہی کی بہت سی ان باتوں کو تمہارے سامنے کھول رہا ہے جن کو تم چھپاتے تھے اور وہ درگزر کرتا ہے بہت سی چیزوں سے بے شک تمہارے پاس اللہ کی طرف سے ایک روشنی اور ایک ظاہر کرنے والی کتاب آ چکی ہے</w:t>
      </w:r>
    </w:p>
    <w:p>
      <w:r>
        <w:rPr>
          <w:b/>
        </w:rPr>
        <w:t xml:space="preserve">[45:01] </w:t>
      </w:r>
      <w:r>
        <w:t>is ke zariye se Allah un logon ko salaamti ki raahein dikhata hai jo us ki raza ke talib hain aur woh apni tofeeq se un ko andheron se nikaal kar roshni mein la raha hai aur seedhi raah ki taraf un ki rehnumai karta hai</w:t>
      </w:r>
    </w:p>
    <w:p>
      <w:pPr>
        <w:jc w:val="right"/>
      </w:pPr>
      <w:r>
        <w:t>اس کے ذریعے سے اللہ ان لوگوں کو سلامتی کی راہیں دکھاتا ہے جو اس کی رضا کے طالب ہیں اور وہ اپنی توفیق سے ان کو اندھیروں سے نکال کر روشنی میں لا رہا ہے اور سیدھی راہ کی طرف ان کی رہنمائی کرتا ہے</w:t>
      </w:r>
    </w:p>
    <w:p>
      <w:r>
        <w:rPr>
          <w:b/>
        </w:rPr>
        <w:t xml:space="preserve">[45:22] </w:t>
      </w:r>
      <w:r>
        <w:t>beshak un logon ne kufr kiya jinhone kaha ke Khuda hi to maseeh ibn e maryam hai</w:t>
      </w:r>
    </w:p>
    <w:p>
      <w:pPr>
        <w:jc w:val="right"/>
      </w:pPr>
      <w:r>
        <w:t>بے شک ان لوگوں نے کفر کیا جنہوں نے کہا کہ خدا ہی تو مسیح ابن مریم ہے</w:t>
      </w:r>
    </w:p>
    <w:p>
      <w:r>
        <w:rPr>
          <w:b/>
        </w:rPr>
        <w:t xml:space="preserve">[45:31] </w:t>
      </w:r>
      <w:r>
        <w:t>kaho phir kaun ikhtiyar rakhta hai Allah ke aage agar woh chahe ke halak kar de Masih ibn</w:t>
      </w:r>
    </w:p>
    <w:p>
      <w:pPr>
        <w:jc w:val="right"/>
      </w:pPr>
      <w:r>
        <w:t>کہو پھر کون اختیار رکھتا ہے اللہ کے آگے اگر وہ چاہے کہ ہلاک کر دے مسیح ابن</w:t>
      </w:r>
    </w:p>
    <w:p>
      <w:r>
        <w:rPr>
          <w:b/>
        </w:rPr>
        <w:t xml:space="preserve">[45:36] </w:t>
      </w:r>
      <w:r>
        <w:t>Maryam ko aur uski maan ko aur jitne log zameen mein hain sab ko</w:t>
      </w:r>
    </w:p>
    <w:p>
      <w:pPr>
        <w:jc w:val="right"/>
      </w:pPr>
      <w:r>
        <w:t>مریم کو اور اس کی ماں کو اور جتنے لوگ زمین میں ہیں سب کو</w:t>
      </w:r>
    </w:p>
    <w:p>
      <w:r>
        <w:rPr>
          <w:b/>
        </w:rPr>
        <w:t xml:space="preserve">[45:43] </w:t>
      </w:r>
      <w:r>
        <w:t>aur Allah hi ke liye hai badshahi aasmanon aur zameen ki aur jo kuch un ke darmiyan hai</w:t>
      </w:r>
    </w:p>
    <w:p>
      <w:pPr>
        <w:jc w:val="right"/>
      </w:pPr>
      <w:r>
        <w:t>اور اللہ ہی کے لیے ہے بادشاہی آسمانوں اور زمین کی اور جو کچھ ان کے درمیان ہے</w:t>
      </w:r>
    </w:p>
    <w:p>
      <w:r>
        <w:rPr>
          <w:b/>
        </w:rPr>
        <w:t xml:space="preserve">[45:52] </w:t>
      </w:r>
      <w:r>
        <w:t>woh paida karta hai jo kuch chahta hai aur Allah har cheez par qadir hai</w:t>
      </w:r>
    </w:p>
    <w:p>
      <w:pPr>
        <w:jc w:val="right"/>
      </w:pPr>
      <w:r>
        <w:t>وہ پیدا کرتا ہے جو کچھ چاہتا ہے اور اللہ ہر چیز پر قادر ہے</w:t>
      </w:r>
    </w:p>
    <w:p>
      <w:r>
        <w:rPr>
          <w:b/>
        </w:rPr>
        <w:t xml:space="preserve">[46:01] </w:t>
      </w:r>
      <w:r>
        <w:t>tashreeh ahl e kitaab ne apne deen mein do qism ki ghaltiyan keen aik yeh ke kuch taleemaat ko taweel ya tehreef ke zariye deen se kharij kar diya mislan unhone apni kitaab mein aisi tabdiliyaan keen ke ab un ko apni nijaat ke liye kisi aur paighambar ko maanne ki zaroorat na thi</w:t>
      </w:r>
    </w:p>
    <w:p>
      <w:pPr>
        <w:jc w:val="right"/>
      </w:pPr>
      <w:r>
        <w:t>تشریح اہل کتاب نے اپنے دین میں دو قسم کی غلطیاں کیں ایک یہ کہ کچھ تعلیمات کو تاویل یا تحریف کے ذریعے دین سے خارج کر دیا مثلاً انہوں نے اپنی کتاب میں ایسی تبدیلیاں کیں کہ اب ان کو اپنی نجات کے لیے کسی اور پیغمبر کو ماننے کی ضرورت نہ تھی</w:t>
      </w:r>
    </w:p>
    <w:p>
      <w:r>
        <w:rPr>
          <w:b/>
        </w:rPr>
        <w:t xml:space="preserve">[46:27] </w:t>
      </w:r>
      <w:r>
        <w:t>apne aabaai mazhab se wabastagi un ki nijaat ke liye bilkul kaafi thi doosre yeh ke unhone deen ke naam par aisi pabandiyan apne upar daal leen jo Khuda ne un ke upar na daali theen</w:t>
      </w:r>
    </w:p>
    <w:p>
      <w:pPr>
        <w:jc w:val="right"/>
      </w:pPr>
      <w:r>
        <w:t>اپنے آبائی مذہب سے وابستگی ان کی نجات کے لیے بالکل کافی تھی دوسرے یہ کہ انہوں نے دین کے نام پر ایسی پابندیاں اپنے اوپر ڈال لیں جو خدا نے ان کے اوپر نہ ڈالی تھیں</w:t>
      </w:r>
    </w:p>
    <w:p>
      <w:r>
        <w:rPr>
          <w:b/>
        </w:rPr>
        <w:t xml:space="preserve">[46:44] </w:t>
      </w:r>
      <w:r>
        <w:t>misal ke taur par qurbani ki adaayegi ke woh juzwi masail jin ka hukum un ke nabiyon ne un ko nahin diya tha balkeh un ke ulama ne apni fiqhi moosh gaafiyon se bator khud un ko ghadh liya</w:t>
      </w:r>
    </w:p>
    <w:p>
      <w:pPr>
        <w:jc w:val="right"/>
      </w:pPr>
      <w:r>
        <w:t>مثال کے طور پر قربانی کی ادائیگی کے وہ جزوی مسائل جن کا حکم ان کے نبیوں نے ان کو نہیں دیا تھا بلکہ ان کے علماء نے اپنی فقہی موش گافیوں سے بطور خود ان کو گھڑ لیا</w:t>
      </w:r>
    </w:p>
    <w:p>
      <w:r>
        <w:rPr>
          <w:b/>
        </w:rPr>
        <w:t xml:space="preserve">[47:03] </w:t>
      </w:r>
      <w:r>
        <w:t>quran un ke liye aik nemat bankar aaya is ne un ke liye deen e khuda wandi ki tajdeed ki</w:t>
      </w:r>
    </w:p>
    <w:p>
      <w:pPr>
        <w:jc w:val="right"/>
      </w:pPr>
      <w:r>
        <w:t>قرآن ان کے لیے ایک نعمت بن کر آیا اس نے ان کے لیے دین خداوندی کی تجدید کی</w:t>
      </w:r>
    </w:p>
    <w:p>
      <w:r>
        <w:rPr>
          <w:b/>
        </w:rPr>
        <w:t xml:space="preserve">[47:11] </w:t>
      </w:r>
      <w:r>
        <w:t>quran ne un ko is andhere se nikala ke woh aise raaste par chalte rahein jis ke mutalliq woh is khush fehmi mein hon ke woh jannat ki taraf ja raha hai haalanke woh un ko Khuda ke ghazab ki taraf le ja raha ho quran ne aik taraf un ki khoi hui taleemaat ko un ki asli soorat mein pesh kiya</w:t>
      </w:r>
    </w:p>
    <w:p>
      <w:pPr>
        <w:jc w:val="right"/>
      </w:pPr>
      <w:r>
        <w:t>قرآن نے ان کو اس اندھیرے سے نکالا کہ وہ ایسے راستے پر چلتے رہیں جس کے متعلق وہ اس خوش فہمی میں ہوں کہ وہ جنت کی طرف جا رہا ہے حالانکہ وہ ان کو خدا کے غضب کی طرف لے جا رہا ہو قرآن نے ایک طرف ان کی کھوئی ہوئی تعلیمات کو ان کی اصلی صورت میں پیش کیا</w:t>
      </w:r>
    </w:p>
    <w:p>
      <w:r>
        <w:rPr>
          <w:b/>
        </w:rPr>
        <w:t xml:space="preserve">[47:36] </w:t>
      </w:r>
      <w:r>
        <w:t>doosri taraf quran ne yeh kiya ke unhone apne aap ko jin ghair zaroori deen pabandiyon mein mubtala kar liya tha us se unhein aazaad kar diya</w:t>
      </w:r>
    </w:p>
    <w:p>
      <w:pPr>
        <w:jc w:val="right"/>
      </w:pPr>
      <w:r>
        <w:t>دوسری طرف قرآن نے یہ کیا کہ انہوں نے اپنے آپ کو جن غیر ضروری دین پابندیوں میں مبتلا کر لیا تھا اس سے انہیں آزاد کر دیا</w:t>
      </w:r>
    </w:p>
    <w:p>
      <w:r>
        <w:rPr>
          <w:b/>
        </w:rPr>
        <w:t xml:space="preserve">[47:49] </w:t>
      </w:r>
      <w:r>
        <w:t>ab jo log apni khwahishon ki pairwi karen woh badastoor andheron mein bhatakte rahen ge aur jin ko Allah ki raza ki talash ho woh haq ki seedhi raah ko pa len ge</w:t>
      </w:r>
    </w:p>
    <w:p>
      <w:pPr>
        <w:jc w:val="right"/>
      </w:pPr>
      <w:r>
        <w:t>اب جو لوگ اپنی خواہشوں کی پیروی کریں وہ بدستور اندھیروں میں بھٹکتے رہیں گے اور جن کو اللہ کی رضا کی تلاش ہو وہ حق کی سیدھی راہ کو پا لیں گے</w:t>
      </w:r>
    </w:p>
    <w:p>
      <w:r>
        <w:rPr>
          <w:b/>
        </w:rPr>
        <w:t xml:space="preserve">[48:03] </w:t>
      </w:r>
      <w:r>
        <w:t>woh Allah ki tofeeq se apne aap ko tareeki se nikal kar roshni mein laane mein kamyab ho jayen ge haq ka haq hona aur batil ka batil hona apni kamil soorat mein zahir kiya jata hai</w:t>
      </w:r>
    </w:p>
    <w:p>
      <w:pPr>
        <w:jc w:val="right"/>
      </w:pPr>
      <w:r>
        <w:t>وہ اللہ کی توفیق سے اپنے آپ کو تاریکی سے نکال کر روشنی میں لانے میں کامیاب ہو جائیں گے حق کا حق ہونا اور باطل کا باطل ہونا اپنی کامل صورت میں ظاہر کیا جاتا ہے</w:t>
      </w:r>
    </w:p>
    <w:p>
      <w:r>
        <w:rPr>
          <w:b/>
        </w:rPr>
        <w:t xml:space="preserve">[48:21] </w:t>
      </w:r>
      <w:r>
        <w:t>magar woh hamesha daleel ki zabaan mein hota hai</w:t>
      </w:r>
    </w:p>
    <w:p>
      <w:pPr>
        <w:jc w:val="right"/>
      </w:pPr>
      <w:r>
        <w:t>مگر وہ ہمیشہ دلیل کی زبان میں ہوتا ہے</w:t>
      </w:r>
    </w:p>
    <w:p>
      <w:r>
        <w:rPr>
          <w:b/>
        </w:rPr>
        <w:t xml:space="preserve">[48:27] </w:t>
      </w:r>
      <w:r>
        <w:t>aur daleel unhi logon ke zehan ka juz banti hai jo is ke liye apne zehan ko khula rakhen Khuda ko chhod kar insanon ne jo Khuda banaye hain un mein se har ek ka yeh haal hai ke woh na koi cheez bator khud paida kar sakte hain aur na kisi cheez ko bator khud mita sakte hain</w:t>
      </w:r>
    </w:p>
    <w:p>
      <w:pPr>
        <w:jc w:val="right"/>
      </w:pPr>
      <w:r>
        <w:t>اور دلیل انہی لوگوں کے ذہن کا جز بنتی ہے جو اس کے لیے اپنے ذہن کو کھلا رکھیں خدا کو چھوڑ کر انسانوں نے جو خدا بنائے ہیں ان میں سے ہر ایک کا یہ حال ہے کہ وہ نہ کوئی چیز بطور خود پیدا کر سکتے ہیں اور نہ کسی چیز کو بطور خود مٹا سکتے ہیں</w:t>
      </w:r>
    </w:p>
    <w:p>
      <w:r>
        <w:rPr>
          <w:b/>
        </w:rPr>
        <w:t xml:space="preserve">[48:50] </w:t>
      </w:r>
      <w:r>
        <w:t>yehi waqea yeh sabit karne ke liye kafi hai ke ek Khuda ke siwa koi Khuda nahi jo hastiyan paidaish aur maut par qadir na hon woh Khuda kis tarah ho sakti hain</w:t>
      </w:r>
    </w:p>
    <w:p>
      <w:pPr>
        <w:jc w:val="right"/>
      </w:pPr>
      <w:r>
        <w:t>یہی واقعہ یہ ثابت کرنے کے لیے کافی ہے کہ ایک خدا کے سوا کوئی خدا نہیں جو ہستیاں پیدائش اور موت پر قادر نہ ہوں وہ خدا کس طرح ہو سکتی ہیں</w:t>
      </w:r>
    </w:p>
    <w:p>
      <w:r>
        <w:rPr>
          <w:b/>
        </w:rPr>
        <w:t xml:space="preserve">[49:16] </w:t>
      </w:r>
      <w:r>
        <w:t>qul falam yu'adhdhibkum</w:t>
      </w:r>
    </w:p>
    <w:p>
      <w:pPr>
        <w:jc w:val="right"/>
      </w:pPr>
      <w:r>
        <w:t>قل فلم یعذبکم</w:t>
      </w:r>
    </w:p>
    <w:p>
      <w:r>
        <w:rPr>
          <w:b/>
        </w:rPr>
        <w:t xml:space="preserve">[49:19] </w:t>
      </w:r>
      <w:r>
        <w:t>bidhunubikum bal antum</w:t>
      </w:r>
    </w:p>
    <w:p>
      <w:pPr>
        <w:jc w:val="right"/>
      </w:pPr>
      <w:r>
        <w:t>بذنوبکم بل أنتم</w:t>
      </w:r>
    </w:p>
    <w:p>
      <w:r>
        <w:rPr>
          <w:b/>
        </w:rPr>
        <w:t xml:space="preserve">[49:24] </w:t>
      </w:r>
      <w:r>
        <w:t>basharun mimma khalq</w:t>
      </w:r>
    </w:p>
    <w:p>
      <w:pPr>
        <w:jc w:val="right"/>
      </w:pPr>
      <w:r>
        <w:t>بشر ممن خلق</w:t>
      </w:r>
    </w:p>
    <w:p>
      <w:r>
        <w:rPr>
          <w:b/>
        </w:rPr>
        <w:t xml:space="preserve">[49:28] </w:t>
      </w:r>
      <w:r>
        <w:t>yaghfiru liman yashau</w:t>
      </w:r>
    </w:p>
    <w:p>
      <w:pPr>
        <w:jc w:val="right"/>
      </w:pPr>
      <w:r>
        <w:t>یغفر لمن یشاء</w:t>
      </w:r>
    </w:p>
    <w:p>
      <w:r>
        <w:rPr>
          <w:b/>
        </w:rPr>
        <w:t xml:space="preserve">[49:32] </w:t>
      </w:r>
      <w:r>
        <w:t>wa yu'adhdhibu man yashau</w:t>
      </w:r>
    </w:p>
    <w:p>
      <w:pPr>
        <w:jc w:val="right"/>
      </w:pPr>
      <w:r>
        <w:t>ويعذب من یشاء</w:t>
      </w:r>
    </w:p>
    <w:p>
      <w:r>
        <w:rPr>
          <w:b/>
        </w:rPr>
        <w:t xml:space="preserve">[49:38] </w:t>
      </w:r>
      <w:r>
        <w:t>wa lillahi mulkus samawati wal ardi wa ma baynahuma wa ilayhil masir</w:t>
      </w:r>
    </w:p>
    <w:p>
      <w:pPr>
        <w:jc w:val="right"/>
      </w:pPr>
      <w:r>
        <w:t>ولله ملك السماوات والأرض وما بينهما وإليه المصير</w:t>
      </w:r>
    </w:p>
    <w:p>
      <w:r>
        <w:rPr>
          <w:b/>
        </w:rPr>
        <w:t xml:space="preserve">[49:47] </w:t>
      </w:r>
      <w:r>
        <w:t>ya ahlal kitabi qad jaakum</w:t>
      </w:r>
    </w:p>
    <w:p>
      <w:pPr>
        <w:jc w:val="right"/>
      </w:pPr>
      <w:r>
        <w:t>يا أهل الكتاب قد جاءكم</w:t>
      </w:r>
    </w:p>
    <w:p>
      <w:r>
        <w:rPr>
          <w:b/>
        </w:rPr>
        <w:t xml:space="preserve">[49:54] </w:t>
      </w:r>
      <w:r>
        <w:t>rasuluna yubayyinu lakum ala fatratim minar rusuli an taqulu</w:t>
      </w:r>
    </w:p>
    <w:p>
      <w:pPr>
        <w:jc w:val="right"/>
      </w:pPr>
      <w:r>
        <w:t>رسولنا يبين لكم على فترة من الرسل أن تقولوا</w:t>
      </w:r>
    </w:p>
    <w:p>
      <w:r>
        <w:rPr>
          <w:b/>
        </w:rPr>
        <w:t xml:space="preserve">[50:02] </w:t>
      </w:r>
      <w:r>
        <w:t>ma jaana an taqulu ma jaana</w:t>
      </w:r>
    </w:p>
    <w:p>
      <w:pPr>
        <w:jc w:val="right"/>
      </w:pPr>
      <w:r>
        <w:t>ما جاءنا أن تقولوا ما جاءنا</w:t>
      </w:r>
    </w:p>
    <w:p>
      <w:r>
        <w:rPr>
          <w:b/>
        </w:rPr>
        <w:t xml:space="preserve">[50:11] </w:t>
      </w:r>
      <w:r>
        <w:t>min bashirin wa la nadhirin</w:t>
      </w:r>
    </w:p>
    <w:p>
      <w:pPr>
        <w:jc w:val="right"/>
      </w:pPr>
      <w:r>
        <w:t>من بشير ولا نذير</w:t>
      </w:r>
    </w:p>
    <w:p>
      <w:r>
        <w:rPr>
          <w:b/>
        </w:rPr>
        <w:t xml:space="preserve">[50:16] </w:t>
      </w:r>
      <w:r>
        <w:t>faqad jaakum bashirun</w:t>
      </w:r>
    </w:p>
    <w:p>
      <w:pPr>
        <w:jc w:val="right"/>
      </w:pPr>
      <w:r>
        <w:t>فقد جاءكم بشير</w:t>
      </w:r>
    </w:p>
    <w:p>
      <w:r>
        <w:rPr>
          <w:b/>
        </w:rPr>
        <w:t xml:space="preserve">[50:21] </w:t>
      </w:r>
      <w:r>
        <w:t>wa nadhirun wallahu ala kulli shay'in</w:t>
      </w:r>
    </w:p>
    <w:p>
      <w:pPr>
        <w:jc w:val="right"/>
      </w:pPr>
      <w:r>
        <w:t>ونذير والله على كل شيء</w:t>
      </w:r>
    </w:p>
    <w:p>
      <w:r>
        <w:rPr>
          <w:b/>
        </w:rPr>
        <w:t xml:space="preserve">[50:28] </w:t>
      </w:r>
      <w:r>
        <w:t>qadeer</w:t>
      </w:r>
    </w:p>
    <w:p>
      <w:pPr>
        <w:jc w:val="right"/>
      </w:pPr>
      <w:r>
        <w:t>قدير</w:t>
      </w:r>
    </w:p>
    <w:p>
      <w:r>
        <w:rPr>
          <w:b/>
        </w:rPr>
        <w:t xml:space="preserve">[50:33] </w:t>
      </w:r>
      <w:r>
        <w:t>aur Yahood o Nasara kehte hain ke hum Khuda ke bete aur us ke mehboob hain tum kaho ke phir woh tumhare gunahon par tum ko saza kyun deta hai nahi balkeh tum bhi us ki paida ki hui makhlooq mein se ek aadmi ho</w:t>
      </w:r>
    </w:p>
    <w:p>
      <w:pPr>
        <w:jc w:val="right"/>
      </w:pPr>
      <w:r>
        <w:t>اور یہود و نصاریٰ کہتے ہیں کہ ہم خدا کے بیٹے اور اس کے محبوب ہیں تم کہو کہ پھر وہ تمہارے گناہوں پر تم کو سزا کیوں دیتا ہے نہیں بلکہ تم بھی اس کی پیدا کی ہوئی مخلوق میں سے ایک آدمی ہو</w:t>
      </w:r>
    </w:p>
    <w:p>
      <w:r>
        <w:rPr>
          <w:b/>
        </w:rPr>
        <w:t xml:space="preserve">[50:53] </w:t>
      </w:r>
      <w:r>
        <w:t>woh jis ko chahe ga bakhshe ga aur jis ko chahe ga azab de ga aur Allah hi ke liye hai badshahi aasmanon aur zameen ki aur jo kuch un ke darmiyan hai aur usi ki taraf laut kar jana hai</w:t>
      </w:r>
    </w:p>
    <w:p>
      <w:pPr>
        <w:jc w:val="right"/>
      </w:pPr>
      <w:r>
        <w:t>وہ جس کو چاہے گا بخشے گا اور جس کو چاہے گا عذاب دے گا اور اللہ ہی کے لیے ہے بادشاہی آسمانوں اور زمین کی اور جو کچھ ان کے درمیان ہے اور اسی کی طرف لوٹ کر جانا ہے</w:t>
      </w:r>
    </w:p>
    <w:p>
      <w:r>
        <w:rPr>
          <w:b/>
        </w:rPr>
        <w:t xml:space="preserve">[51:10] </w:t>
      </w:r>
      <w:r>
        <w:t>ae ahl-e-kitab tumhare paas hamara rasool aaya hai</w:t>
      </w:r>
    </w:p>
    <w:p>
      <w:pPr>
        <w:jc w:val="right"/>
      </w:pPr>
      <w:r>
        <w:t>اے اہل کتاب تمہارے پاس ہمارا رسول آیا ہے</w:t>
      </w:r>
    </w:p>
    <w:p>
      <w:r>
        <w:rPr>
          <w:b/>
        </w:rPr>
        <w:t xml:space="preserve">[51:16] </w:t>
      </w:r>
      <w:r>
        <w:t>woh tum ko saaf saaf bata raha hai rasoolon ke ek waqfe ke baad taake tum yeh na kaho ke hamare paas koi khush khabri dene wala aur dar sunane wala nahi aaya pas ab tumhare paas khush khabri dene wala aur darane wala aa gaya hai aur Allah har cheez par qadir hai</w:t>
      </w:r>
    </w:p>
    <w:p>
      <w:pPr>
        <w:jc w:val="right"/>
      </w:pPr>
      <w:r>
        <w:t>وہ تم کو صاف صاف بتا رہا ہے رسولوں کے ایک وقفے کے بعد تاکہ تم یہ نہ کہو کہ ہمارے پاس کوئی خوش خبری دینے والا اور ڈر سنانے والا نہیں آیا پس اب تمہارے پاس خوش خبری دینے والا اور ڈرانے والا آ گیا ہے اور اللہ ہر چیز پر قادر ہے</w:t>
      </w:r>
    </w:p>
    <w:p>
      <w:r>
        <w:rPr>
          <w:b/>
        </w:rPr>
        <w:t xml:space="preserve">[51:44] </w:t>
      </w:r>
      <w:r>
        <w:t>tashreeh jo qaum kitab aur peghamabar ki hamil banai jaye aur woh is ke manne ke saboot de de to is par Khuda ki bohat si nematein nazil hoti hain mukhalifeen ke muqable mein khusoosi nusrat zameen par iqtadar maghfirat aur jannat ka wada waghera</w:t>
      </w:r>
    </w:p>
    <w:p>
      <w:pPr>
        <w:jc w:val="right"/>
      </w:pPr>
      <w:r>
        <w:t>تشریح جو قوم کتاب اور پیغمبر کی حامل بنائی جائے اور وہ اس کے ماننے کے ثبوت دے دے تو اس پر خدا کی بہت سی نعمتیں نازل ہوتی ہیں مخالفین کے مقابلے میں خصوصی نصرت زمین پر اقتدار مغفرت اور جنت کا وعدہ وغیرہ</w:t>
      </w:r>
    </w:p>
    <w:p>
      <w:r>
        <w:rPr>
          <w:b/>
        </w:rPr>
        <w:t xml:space="preserve">[52:11] </w:t>
      </w:r>
      <w:r>
        <w:t>q</w:t>
      </w:r>
    </w:p>
    <w:p>
      <w:pPr>
        <w:jc w:val="right"/>
      </w:pPr>
      <w:r>
        <w:t>ق</w:t>
      </w:r>
    </w:p>
    <w:p>
      <w:r>
        <w:rPr>
          <w:b/>
        </w:rPr>
        <w:t xml:space="preserve">[52:12] </w:t>
      </w:r>
      <w:r>
        <w:t>om ke ibtidai logon ke liye yeh un ke amal ka badla hota hai unhon ne apne aap ko Khuda ke hawale kiya is liye Khuda ne un par apni nematein barsayin magar baad ki naslon mein soorat-e-haal badal jati hai ab un ke liye sara mamla qaumi mamla ban jata hai</w:t>
      </w:r>
    </w:p>
    <w:p>
      <w:pPr>
        <w:jc w:val="right"/>
      </w:pPr>
      <w:r>
        <w:t>وم کے ابتدائی لوگوں کے لیے یہ ان کے عمل کا بدلہ ہوتا ہے انہوں نے اپنے آپ کو خدا کے حوالے کیا اس لیے خدا نے ان پر اپنی نعمتیں برسائیں مگر بعد کی نسلوں میں صورت حال بدل جاتی ہے اب ان کے لیے سارا معاملہ قومی معاملہ بن جاتا ہے</w:t>
      </w:r>
    </w:p>
    <w:p>
      <w:r>
        <w:rPr>
          <w:b/>
        </w:rPr>
        <w:t xml:space="preserve">[52:36] </w:t>
      </w:r>
      <w:r>
        <w:t>awwaleen logon ko jo cheez amal ke sabab mein mili thi baad ke log qaumi aur nasli ta'alluq ki bina par apne ko is ka mustahiq samajh lete hain woh yaqeen kar lete hain ke woh Khuda ke khaas log hain aur woh khwah kuch bhi karen Khuda ki nematein un ko mil kar rahen gi</w:t>
      </w:r>
    </w:p>
    <w:p>
      <w:pPr>
        <w:jc w:val="right"/>
      </w:pPr>
      <w:r>
        <w:t>اولین لوگوں کو جو چیز عمل کے سبب میں ملی تھی بعد کے لوگ قومی اور نسلی تعلق کی بنا پر اپنے کو اس کا مستحق سمجھ لیتے ہیں وہ یقین کر لیتے ہیں کہ وہ خدا کے خاص لوگ ہیں اور وہ خواہ کچھ بھی کریں خدا کی نعمتیں ان کو مل کر رہیں گی</w:t>
      </w:r>
    </w:p>
    <w:p>
      <w:r>
        <w:rPr>
          <w:b/>
        </w:rPr>
        <w:t xml:space="preserve">[53:00] </w:t>
      </w:r>
      <w:r>
        <w:t>hamil-e-kitab qaumon ko is galat fehmi se nikalne ki khatir Khuda ne un ke liye yeh khusoosi qaaida muqarrar kiya hai ke un ki jaza ka aaghaz isi dunya se shuru ho jata hai aise log isi maujooda dunya mein dekh sakte hain ke aaney wali dunya mein un ka Khuda un ke sath kya mamla karne wala hai</w:t>
      </w:r>
    </w:p>
    <w:p>
      <w:pPr>
        <w:jc w:val="right"/>
      </w:pPr>
      <w:r>
        <w:t>حامل کتاب قوموں کو اس غلط فہمی سے نکالنے کی خاطر خدا نے ان کے لیے یہ خصوصی قاعدہ مقرر کیا ہے کہ ان کی جزا کا آغاز اسی دنیا سے شروع ہو جاتا ہے ایسے لوگ اسی موجودہ دنیا میں دیکھ سکتے ہیں کہ آنے والی دنیا میں ان کا خدا ان کے ساتھ کیا معاملہ کرنے والا ہے</w:t>
      </w:r>
    </w:p>
    <w:p>
      <w:r>
        <w:rPr>
          <w:b/>
        </w:rPr>
        <w:t xml:space="preserve">[53:28] </w:t>
      </w:r>
      <w:r>
        <w:t>agar woh dunya mein apne dushmanon par ghalib aa rahe hon to woh Khuda ke maqbool giroh hain agar un ke dushman un par ghalba pa len to woh Khuda ke naamqbool giroh hain</w:t>
      </w:r>
    </w:p>
    <w:p>
      <w:pPr>
        <w:jc w:val="right"/>
      </w:pPr>
      <w:r>
        <w:t>اگر وہ دنیا میں اپنے دشمنوں پر غالب آ رہے ہوں تو وہ خدا کے مقبول گروہ ہیں اگر ان کے دشمن ان پر غلبہ پا لیں تو وہ خدا کے نامقبول گروہ ہیں</w:t>
      </w:r>
    </w:p>
    <w:p>
      <w:r>
        <w:rPr>
          <w:b/>
        </w:rPr>
        <w:t xml:space="preserve">[53:43] </w:t>
      </w:r>
      <w:r>
        <w:t>koi hamil-e-kitab giroh kasrat tadad ke bawajood agar dunya mein maghloob aur zaleel ho raha ho to us ko hargiz yeh umeed na rakhni chahiye ke akhirat mein woh sarbuland aur ba-izzat rahe ga</w:t>
      </w:r>
    </w:p>
    <w:p>
      <w:pPr>
        <w:jc w:val="right"/>
      </w:pPr>
      <w:r>
        <w:t>کوئی حامل کتاب گروہ کثرت تعداد کے باوجود اگر دنیا میں مغلوب اور ذلیل ہو رہا ہو تو اس کو ہرگز یہ امید نہ رکھنا چاہیے کہ آخرت میں وہ سربلند اور باعزت رہے گا</w:t>
      </w:r>
    </w:p>
    <w:p>
      <w:r>
        <w:rPr>
          <w:b/>
        </w:rPr>
        <w:t xml:space="preserve">[54:02] </w:t>
      </w:r>
      <w:r>
        <w:t>kisi qaum ko ba-hesiyat-e-qaum ke Khuda ka mehboob samajhna sarasar batil khayal hai</w:t>
      </w:r>
    </w:p>
    <w:p>
      <w:pPr>
        <w:jc w:val="right"/>
      </w:pPr>
      <w:r>
        <w:t>کسی قوم کو بحیثیت قوم کے خدا کا محبوب سمجھنا سراسر باطل خیال ہے</w:t>
      </w:r>
    </w:p>
    <w:p>
      <w:r>
        <w:rPr>
          <w:b/>
        </w:rPr>
        <w:t xml:space="preserve">[54:10] </w:t>
      </w:r>
      <w:r>
        <w:t>Khuda ke yahan fard fard ka hisab hona hai na ke qaum qaum ka har aadmi jo kuch kare ga usi ke mutabiq woh Khuda ke yahan badla paye ga har aadmi Allah ki nazar mein bas ek insan hai khwah woh is qaum se ta'alluq rakhta ho ya us qaum se</w:t>
      </w:r>
    </w:p>
    <w:p>
      <w:pPr>
        <w:jc w:val="right"/>
      </w:pPr>
      <w:r>
        <w:t>خدا کے یہاں فرد فرد کا حساب ہونا ہے نہ کہ قوم قوم کا ہر آدمی جو کچھ کرے گا اسی کے مطابق وہ خدا کے یہاں بدلہ پائے گا ہر آدمی اللہ کی نظر میں بس ایک انسان ہے خواہ وہ اس قوم سے تعلق رکھتا ہو یا اس قوم سے</w:t>
      </w:r>
    </w:p>
    <w:p>
      <w:r>
        <w:rPr>
          <w:b/>
        </w:rPr>
        <w:t xml:space="preserve">[54:36] </w:t>
      </w:r>
      <w:r>
        <w:t>har aadmi ke mustaqbil ka faisla is buniyad par kiya jayega ke imtehan ki dunya mein us ne kis qism ki karkardagi ka saboot diya hai jannat kisi ka qaumi watan nahi aur jahannum kisi ka qaumi jail khana nahi</w:t>
      </w:r>
    </w:p>
    <w:p>
      <w:pPr>
        <w:jc w:val="right"/>
      </w:pPr>
      <w:r>
        <w:t>ہر آدمی کے مستقبل کا فیصلہ اس بنیاد پر کیا جائے گا کہ امتحان کی دنیا میں اس نے کس قسم کی کارکردگی کا ثبوت دیا ہے جنت کسی کا قومی وطن نہیں اور جہنم کسی کا قومی جیل خانہ نہیں</w:t>
      </w:r>
    </w:p>
    <w:p>
      <w:r>
        <w:rPr>
          <w:b/>
        </w:rPr>
        <w:t xml:space="preserve">[54:58] </w:t>
      </w:r>
      <w:r>
        <w:t>allah ke faislay ka tareeqa yeh hai ke woh apni taraf se aisay afraad uthata hai jo logon</w:t>
      </w:r>
    </w:p>
    <w:p>
      <w:pPr>
        <w:jc w:val="right"/>
      </w:pPr>
      <w:r>
        <w:t>اللہ کے فیصلے کا طریقہ یہ ہے کہ وہ اپنی طرف سے ایسے افراد اٹھاتا ہے جو لوگوں</w:t>
      </w:r>
    </w:p>
    <w:p>
      <w:r>
        <w:rPr>
          <w:b/>
        </w:rPr>
        <w:t xml:space="preserve">[55:05] </w:t>
      </w:r>
      <w:r>
        <w:t>ko zindagi ki haqeeqat se agah karte hain</w:t>
      </w:r>
    </w:p>
    <w:p>
      <w:pPr>
        <w:jc w:val="right"/>
      </w:pPr>
      <w:r>
        <w:t>کو زندگی کی حقیقت سے آگاہ کرتے ہیں</w:t>
      </w:r>
    </w:p>
    <w:p>
      <w:r>
        <w:rPr>
          <w:b/>
        </w:rPr>
        <w:t xml:space="preserve">[55:09] </w:t>
      </w:r>
      <w:r>
        <w:t>us ko jahannum se darate hain aur jannat ki khush khabari dete hain</w:t>
      </w:r>
    </w:p>
    <w:p>
      <w:pPr>
        <w:jc w:val="right"/>
      </w:pPr>
      <w:r>
        <w:t>اس کو جہنم سے ڈراتے ہیں اور جنت کی خوش خبری دیتے ہیں</w:t>
      </w:r>
    </w:p>
    <w:p>
      <w:r>
        <w:rPr>
          <w:b/>
        </w:rPr>
        <w:t xml:space="preserve">[55:15] </w:t>
      </w:r>
      <w:r>
        <w:t>khuda ke isi bashir o nazeer ka saath de kar aadmi khuda ko pata hai na ke kisi</w:t>
      </w:r>
    </w:p>
    <w:p>
      <w:pPr>
        <w:jc w:val="right"/>
      </w:pPr>
      <w:r>
        <w:t>خدا کے اسی بشیر و نظیر کا ساتھ دے کر آدمی خدا کو پاتا ہے نہ کہ کسی</w:t>
      </w:r>
    </w:p>
    <w:p>
      <w:r>
        <w:rPr>
          <w:b/>
        </w:rPr>
        <w:t xml:space="preserve">[55:22] </w:t>
      </w:r>
      <w:r>
        <w:t>aur tareeqay se</w:t>
      </w:r>
    </w:p>
    <w:p>
      <w:pPr>
        <w:jc w:val="right"/>
      </w:pPr>
      <w:r>
        <w:t>اور طریقے سے</w:t>
      </w:r>
    </w:p>
    <w:p>
      <w:r>
        <w:rPr>
          <w:b/>
        </w:rPr>
        <w:t xml:space="preserve">[55:53] </w:t>
      </w:r>
      <w:r>
        <w:t>ya qaum dakhlu al ardh al muqaddasa allati kataba allahu lakum wala tartadu ala</w:t>
      </w:r>
    </w:p>
    <w:p>
      <w:pPr>
        <w:jc w:val="right"/>
      </w:pPr>
      <w:r>
        <w:t>یا قوم دخلوا الأرض المقدسة التي كتب الله لكم ولا ترتدوا على</w:t>
      </w:r>
    </w:p>
    <w:p>
      <w:r>
        <w:rPr>
          <w:b/>
        </w:rPr>
        <w:t xml:space="preserve">[56:02] </w:t>
      </w:r>
      <w:r>
        <w:t>adbarikum fatanqalabu khasireen</w:t>
      </w:r>
    </w:p>
    <w:p>
      <w:pPr>
        <w:jc w:val="right"/>
      </w:pPr>
      <w:r>
        <w:t>أدباركم فتنقلبوا خاسرين</w:t>
      </w:r>
    </w:p>
    <w:p>
      <w:r>
        <w:rPr>
          <w:b/>
        </w:rPr>
        <w:t xml:space="preserve">[56:09] </w:t>
      </w:r>
      <w:r>
        <w:t>qalu ya musa</w:t>
      </w:r>
    </w:p>
    <w:p>
      <w:pPr>
        <w:jc w:val="right"/>
      </w:pPr>
      <w:r>
        <w:t>قالوا يا موسى</w:t>
      </w:r>
    </w:p>
    <w:p>
      <w:r>
        <w:rPr>
          <w:b/>
        </w:rPr>
        <w:t xml:space="preserve">[56:13] </w:t>
      </w:r>
      <w:r>
        <w:t>innaha qaum</w:t>
      </w:r>
    </w:p>
    <w:p>
      <w:pPr>
        <w:jc w:val="right"/>
      </w:pPr>
      <w:r>
        <w:t>إن فيها قوما</w:t>
      </w:r>
    </w:p>
    <w:p>
      <w:r>
        <w:rPr>
          <w:b/>
        </w:rPr>
        <w:t xml:space="preserve">[56:16] </w:t>
      </w:r>
      <w:r>
        <w:t>jabbarin wa inna lan nadkhulaha</w:t>
      </w:r>
    </w:p>
    <w:p>
      <w:pPr>
        <w:jc w:val="right"/>
      </w:pPr>
      <w:r>
        <w:t>جبارين وإنا لن ندخلها</w:t>
      </w:r>
    </w:p>
    <w:p>
      <w:r>
        <w:rPr>
          <w:b/>
        </w:rPr>
        <w:t xml:space="preserve">[56:22] </w:t>
      </w:r>
      <w:r>
        <w:t>wa inna lan nadkhulaha hatta yakhruju minha fa in yakhruju minha fa inna dakhilun</w:t>
      </w:r>
    </w:p>
    <w:p>
      <w:pPr>
        <w:jc w:val="right"/>
      </w:pPr>
      <w:r>
        <w:t>وإنا لن ندخلها حتى يخرجوا منها فإن يخرجوا منها فإنا داخلون</w:t>
      </w:r>
    </w:p>
    <w:p>
      <w:r>
        <w:rPr>
          <w:b/>
        </w:rPr>
        <w:t xml:space="preserve">[56:35] </w:t>
      </w:r>
      <w:r>
        <w:t>qala rajulani minal ladheena yakhafuna</w:t>
      </w:r>
    </w:p>
    <w:p>
      <w:pPr>
        <w:jc w:val="right"/>
      </w:pPr>
      <w:r>
        <w:t>قال رجلان من الذين يخافون</w:t>
      </w:r>
    </w:p>
    <w:p>
      <w:r>
        <w:rPr>
          <w:b/>
        </w:rPr>
        <w:t xml:space="preserve">[56:39] </w:t>
      </w:r>
      <w:r>
        <w:t>an'amallahu alayhima dakhala alayhimu al bab fa idha dakhaltumoho fa innakum</w:t>
      </w:r>
    </w:p>
    <w:p>
      <w:pPr>
        <w:jc w:val="right"/>
      </w:pPr>
      <w:r>
        <w:t>أنعم الله عليهما دخلوا عليهم الباب فإذا دخلتموه فإنكم</w:t>
      </w:r>
    </w:p>
    <w:p>
      <w:r>
        <w:rPr>
          <w:b/>
        </w:rPr>
        <w:t xml:space="preserve">[56:48] </w:t>
      </w:r>
      <w:r>
        <w:t>ghalibun wa alallahi fatawakkalu</w:t>
      </w:r>
    </w:p>
    <w:p>
      <w:pPr>
        <w:jc w:val="right"/>
      </w:pPr>
      <w:r>
        <w:t>غالبون وعلى الله فتوكلوا</w:t>
      </w:r>
    </w:p>
    <w:p>
      <w:r>
        <w:rPr>
          <w:b/>
        </w:rPr>
        <w:t xml:space="preserve">[56:55] </w:t>
      </w:r>
      <w:r>
        <w:t>inkuntum mu'minun</w:t>
      </w:r>
    </w:p>
    <w:p>
      <w:pPr>
        <w:jc w:val="right"/>
      </w:pPr>
      <w:r>
        <w:t>إن كنتم مؤمنين</w:t>
      </w:r>
    </w:p>
    <w:p>
      <w:r>
        <w:rPr>
          <w:b/>
        </w:rPr>
        <w:t xml:space="preserve">[57:01] </w:t>
      </w:r>
      <w:r>
        <w:t>qalu ya musa</w:t>
      </w:r>
    </w:p>
    <w:p>
      <w:pPr>
        <w:jc w:val="right"/>
      </w:pPr>
      <w:r>
        <w:t>قالوا يا موسى</w:t>
      </w:r>
    </w:p>
    <w:p>
      <w:r>
        <w:rPr>
          <w:b/>
        </w:rPr>
        <w:t xml:space="preserve">[57:05] </w:t>
      </w:r>
      <w:r>
        <w:t>inna lan nadkhulaha</w:t>
      </w:r>
    </w:p>
    <w:p>
      <w:pPr>
        <w:jc w:val="right"/>
      </w:pPr>
      <w:r>
        <w:t>إنا لن ندخلها</w:t>
      </w:r>
    </w:p>
    <w:p>
      <w:r>
        <w:rPr>
          <w:b/>
        </w:rPr>
        <w:t xml:space="preserve">[57:10] </w:t>
      </w:r>
      <w:r>
        <w:t>abadan ma damu fiha fadhab anta wa rabbuka</w:t>
      </w:r>
    </w:p>
    <w:p>
      <w:pPr>
        <w:jc w:val="right"/>
      </w:pPr>
      <w:r>
        <w:t>أبدا ما داموا فيها فاذهب أنت وربك</w:t>
      </w:r>
    </w:p>
    <w:p>
      <w:r>
        <w:rPr>
          <w:b/>
        </w:rPr>
        <w:t xml:space="preserve">[57:17] </w:t>
      </w:r>
      <w:r>
        <w:t>fadhab anta wa rabbuka faqatila</w:t>
      </w:r>
    </w:p>
    <w:p>
      <w:pPr>
        <w:jc w:val="right"/>
      </w:pPr>
      <w:r>
        <w:t>فاذهب أنت وربك فقاتلا</w:t>
      </w:r>
    </w:p>
    <w:p>
      <w:r>
        <w:rPr>
          <w:b/>
        </w:rPr>
        <w:t xml:space="preserve">[57:23] </w:t>
      </w:r>
      <w:r>
        <w:t>inna</w:t>
      </w:r>
    </w:p>
    <w:p>
      <w:pPr>
        <w:jc w:val="right"/>
      </w:pPr>
      <w:r>
        <w:t>إنا</w:t>
      </w:r>
    </w:p>
    <w:p>
      <w:r>
        <w:rPr>
          <w:b/>
        </w:rPr>
        <w:t xml:space="preserve">[57:24] </w:t>
      </w:r>
      <w:r>
        <w:t>ha huna qa'idoon</w:t>
      </w:r>
    </w:p>
    <w:p>
      <w:pPr>
        <w:jc w:val="right"/>
      </w:pPr>
      <w:r>
        <w:t>ها هنا قاعدون</w:t>
      </w:r>
    </w:p>
    <w:p>
      <w:r>
        <w:rPr>
          <w:b/>
        </w:rPr>
        <w:t xml:space="preserve">[57:30] </w:t>
      </w:r>
      <w:r>
        <w:t>aur jab moosa ne apni قوم se kaha ke a mere قوم apne upar allah ke ehsan ko yaad karo ke is ne tumhare andar nabi paida kiye aur tum ko badshah banaya aur tum ko woh diya jo dunya mein kisi ko nahi diya tha</w:t>
      </w:r>
    </w:p>
    <w:p>
      <w:pPr>
        <w:jc w:val="right"/>
      </w:pPr>
      <w:r>
        <w:t>اور جب موسیٰ نے اپنی قوم سے کہا کہ اے میری قوم اپنے اوپر اللہ کے احسان کو یاد کرو کہ اس نے تمہارے اندر نبی پیدا کیے اور تم کو بادشاہ بنایا اور تم کو وہ دیا جو دنیا میں کسی کو نہیں دیا تھا</w:t>
      </w:r>
    </w:p>
    <w:p>
      <w:r>
        <w:rPr>
          <w:b/>
        </w:rPr>
        <w:t xml:space="preserve">[57:50] </w:t>
      </w:r>
      <w:r>
        <w:t>a mere قوم is pak zameen mein dakhil ho jao jo allah ne tumhare liye likh di hai aur apni peeth ki taraf na lotto warna nuksan mein par jaoge</w:t>
      </w:r>
    </w:p>
    <w:p>
      <w:pPr>
        <w:jc w:val="right"/>
      </w:pPr>
      <w:r>
        <w:t>اے میری قوم اس پاک زمین میں داخل ہو جاؤ جو اللہ نے تمہارے لیے لکھ دی ہے اور اپنی پیٹھ کی طرف نہ لوٹو ورنہ نقصان میں پڑ جاؤ گے</w:t>
      </w:r>
    </w:p>
    <w:p>
      <w:r>
        <w:rPr>
          <w:b/>
        </w:rPr>
        <w:t xml:space="preserve">[58:07] </w:t>
      </w:r>
      <w:r>
        <w:t>unhon ne kaha ke wahan ek zabardast قوم hai hum hargiz wahan na jayenge jab tak woh wahan se nikal na jayen</w:t>
      </w:r>
    </w:p>
    <w:p>
      <w:pPr>
        <w:jc w:val="right"/>
      </w:pPr>
      <w:r>
        <w:t>انہوں نے کہا کہ وہاں ایک زبردست قوم ہے ہم ہرگز وہاں نہ جائیں گے جب تک وہ وہاں سے نکل نہ جائیں</w:t>
      </w:r>
    </w:p>
    <w:p>
      <w:r>
        <w:rPr>
          <w:b/>
        </w:rPr>
        <w:t xml:space="preserve">[58:17] </w:t>
      </w:r>
      <w:r>
        <w:t>agar woh wahan se nikal jayen to hum dakhil honge</w:t>
      </w:r>
    </w:p>
    <w:p>
      <w:pPr>
        <w:jc w:val="right"/>
      </w:pPr>
      <w:r>
        <w:t>اگر وہ وہاں سے نکل جائیں تو ہم داخل ہوں گے</w:t>
      </w:r>
    </w:p>
    <w:p>
      <w:r>
        <w:rPr>
          <w:b/>
        </w:rPr>
        <w:t xml:space="preserve">[58:23] </w:t>
      </w:r>
      <w:r>
        <w:t>do aadmi jo allah se darne walon mein se the aur un dono par allah ne inam kiya tha unhon ne kaha ke tum un par hamla karke shahar ke phatak mein dakhil ho jao</w:t>
      </w:r>
    </w:p>
    <w:p>
      <w:pPr>
        <w:jc w:val="right"/>
      </w:pPr>
      <w:r>
        <w:t>دو آدمی جو اللہ سے ڈرنے والوں میں سے تھے اور ان دونوں پر اللہ نے انعام کیا تھا انہوں نے کہا کہ تم ان پر حملہ کر کے شہر کے پھاٹک میں داخل ہو جاؤ</w:t>
      </w:r>
    </w:p>
    <w:p>
      <w:r>
        <w:rPr>
          <w:b/>
        </w:rPr>
        <w:t xml:space="preserve">[58:41] </w:t>
      </w:r>
      <w:r>
        <w:t>jab tum is mein dakhil ho jaoge to tum hi ghalib hoge aur allah par bharosa karo agar tum momin ho</w:t>
      </w:r>
    </w:p>
    <w:p>
      <w:pPr>
        <w:jc w:val="right"/>
      </w:pPr>
      <w:r>
        <w:t>جب تم اس میں داخل ہو جاؤ گے تو تم ہی غالب ہو گے اور اللہ پر بھروسہ کرو اگر تم مومن ہو</w:t>
      </w:r>
    </w:p>
    <w:p>
      <w:r>
        <w:rPr>
          <w:b/>
        </w:rPr>
        <w:t xml:space="preserve">[58:51] </w:t>
      </w:r>
      <w:r>
        <w:t>unhon ne kaha ke a moosa hum kabhi wahan dakhil na honge jab tak woh log wahan hain pas tum aur tumhara khawand dono ja kar lado hum yahan baithe hain</w:t>
      </w:r>
    </w:p>
    <w:p>
      <w:pPr>
        <w:jc w:val="right"/>
      </w:pPr>
      <w:r>
        <w:t>انہوں نے کہا کہ اے موسیٰ ہم کبھی وہاں داخل نہ ہوں گے جب تک وہ لوگ وہاں ہیں پس تم اور تمہارا خداوند دونوں جا کر لڑو ہم یہاں بیٹھے ہیں</w:t>
      </w:r>
    </w:p>
    <w:p>
      <w:r>
        <w:rPr>
          <w:b/>
        </w:rPr>
        <w:t xml:space="preserve">[59:09] </w:t>
      </w:r>
      <w:r>
        <w:t>tashreeh allah ka yeh tareeqa hai ke woh apne paigham ko logon tak pohnchaney ke liye kisi giroh ko chun leta hai is giroh ke andar woh apne peghambar aur apni kitab bhejta hai aur is ko mamoor karta hai ke woh is paigham ko doosron tak pohnchaye</w:t>
      </w:r>
    </w:p>
    <w:p>
      <w:pPr>
        <w:jc w:val="right"/>
      </w:pPr>
      <w:r>
        <w:t>تشریح اللہ کا یہ طریقہ ہے کہ وہ اپنے پیغام کو لوگوں تک پہنچانے کے لیے کسی گروہ کو چن لیتا ہے اس گروہ کے اندر وہ اپنے پیغمبر اور اپنی کتاب بھیجتا ہے اور اس کو مامور کرتا ہے کہ وہ اس پیغام کو دوسروں تک پہنچائے</w:t>
      </w:r>
    </w:p>
    <w:p>
      <w:r>
        <w:rPr>
          <w:b/>
        </w:rPr>
        <w:t xml:space="preserve">[59:32] </w:t>
      </w:r>
      <w:r>
        <w:t>jis tarah wahi ek khaas shakhs par utarti hai usi tarah wahi ka hasil bhi ek khaas giroh ko banaya jata hai qadeem zamane mein yeh khaas hesiyat bani israil ko hasil thi aur nabi aakhir uz zaman ke baad ummat e muhammadi is khususi mansab par mamoor hai</w:t>
      </w:r>
    </w:p>
    <w:p>
      <w:pPr>
        <w:jc w:val="right"/>
      </w:pPr>
      <w:r>
        <w:t>جس طرح وحی ایک خاص شخص پر اترتی ہے اسی طرح وحی کا حامل بھی ایک خاص گروہ کو بنایا جاتا ہے قدیم زمانے میں یہ خاص حیثیت بنی اسرائیل کو حاصل تھی اور نبی آخر الزماں کے بعد امت محمدی اس خصوصی منصب پر مامور ہے</w:t>
      </w:r>
    </w:p>
    <w:p>
      <w:r>
        <w:rPr>
          <w:b/>
        </w:rPr>
        <w:t xml:space="preserve">[59:58] </w:t>
      </w:r>
      <w:r>
        <w:t>allah ko jis tarah yeh matloob hai ke koi qaum is ke deen ki numaindagi kare</w:t>
      </w:r>
    </w:p>
    <w:p>
      <w:pPr>
        <w:jc w:val="right"/>
      </w:pPr>
      <w:r>
        <w:t>اللہ کو جس طرح یہ مطلوب ہے کہ کوئی قوم اس کے دین کی نمائندگی کرے</w:t>
      </w:r>
    </w:p>
    <w:p>
      <w:r>
        <w:rPr>
          <w:b/>
        </w:rPr>
        <w:t xml:space="preserve">[1:00:06] </w:t>
      </w:r>
      <w:r>
        <w:t>isi tarah is ko yeh bhi matloob hai ke jo qaum is ke deen ki numainda ho woh</w:t>
      </w:r>
    </w:p>
    <w:p>
      <w:pPr>
        <w:jc w:val="right"/>
      </w:pPr>
      <w:r>
        <w:t>اسی طرح اس کو یہ بھی مطلوب ہے کہ جو قوم اس کے دین کی نمائندہ ہو وہ</w:t>
      </w:r>
    </w:p>
    <w:p>
      <w:r>
        <w:rPr>
          <w:b/>
        </w:rPr>
        <w:t xml:space="preserve">[1:00:13] </w:t>
      </w:r>
      <w:r>
        <w:t>dunya mein ba-izzat aur sarbuland ho ta ke logon par is baat ka muzahira ho sake ke qayamat ke</w:t>
      </w:r>
    </w:p>
    <w:p>
      <w:pPr>
        <w:jc w:val="right"/>
      </w:pPr>
      <w:r>
        <w:t>دنیا میں باعزت اور سربلند ہو تاکہ لوگوں پر اس بات کا مظاہرہ ہو سکے کہ قیامت کے</w:t>
      </w:r>
    </w:p>
    <w:p>
      <w:r>
        <w:rPr>
          <w:b/>
        </w:rPr>
        <w:t xml:space="preserve">[1:00:21] </w:t>
      </w:r>
      <w:r>
        <w:t>baad jo naya aur abadi alam banega us mein har qism ki sarfaraziyan sirf ahle haq ko</w:t>
      </w:r>
    </w:p>
    <w:p>
      <w:pPr>
        <w:jc w:val="right"/>
      </w:pPr>
      <w:r>
        <w:t>بعد جو نیا اور ابدی عالم بنے گا اس میں ہر قسم کی سرفرازیاں صرف اہل حق کو</w:t>
      </w:r>
    </w:p>
    <w:p>
      <w:r>
        <w:rPr>
          <w:b/>
        </w:rPr>
        <w:t xml:space="preserve">[1:00:28] </w:t>
      </w:r>
      <w:r>
        <w:t>hasil hon gi</w:t>
      </w:r>
    </w:p>
    <w:p>
      <w:pPr>
        <w:jc w:val="right"/>
      </w:pPr>
      <w:r>
        <w:t>حاصل ہوں گی</w:t>
      </w:r>
    </w:p>
    <w:p>
      <w:r>
        <w:rPr>
          <w:b/>
        </w:rPr>
        <w:t xml:space="preserve">[1:00:31] </w:t>
      </w:r>
      <w:r>
        <w:t>baqi log maghloob kar ke khuda ki rehmaton se door phenk diye jayen ge</w:t>
      </w:r>
    </w:p>
    <w:p>
      <w:pPr>
        <w:jc w:val="right"/>
      </w:pPr>
      <w:r>
        <w:t>باقی لوگ مغلوب کر کے خدا کی رحمتوں سے دور پھینک دیے جائیں گے</w:t>
      </w:r>
    </w:p>
    <w:p>
      <w:r>
        <w:rPr>
          <w:b/>
        </w:rPr>
        <w:t xml:space="preserve">[1:00:37] </w:t>
      </w:r>
      <w:r>
        <w:t>tahum is groh ko yeh dunyavi inaam yak tarfa tor par nahi diya jata is ke liye is ko</w:t>
      </w:r>
    </w:p>
    <w:p>
      <w:pPr>
        <w:jc w:val="right"/>
      </w:pPr>
      <w:r>
        <w:t>تاہم اس گروہ کو یہ دنیاوی انعام یکطرفہ طور پر نہیں دیا جاتا اس کے لیے اس کو</w:t>
      </w:r>
    </w:p>
    <w:p>
      <w:r>
        <w:rPr>
          <w:b/>
        </w:rPr>
        <w:t xml:space="preserve">[1:00:45] </w:t>
      </w:r>
      <w:r>
        <w:t>istiḥqāq ke imtihān mein khara hona paṛta hai</w:t>
      </w:r>
    </w:p>
    <w:p>
      <w:pPr>
        <w:jc w:val="right"/>
      </w:pPr>
      <w:r>
        <w:t>استحقاق کے امتحان میں کھڑا ہونا پڑتا ہے</w:t>
      </w:r>
    </w:p>
    <w:p>
      <w:r>
        <w:rPr>
          <w:b/>
        </w:rPr>
        <w:t xml:space="preserve">[1:00:49] </w:t>
      </w:r>
      <w:r>
        <w:t>is ko amli tor par yeh sabit karna paṛta hai ke woh har hal mein Allah par aitimad</w:t>
      </w:r>
    </w:p>
    <w:p>
      <w:pPr>
        <w:jc w:val="right"/>
      </w:pPr>
      <w:r>
        <w:t>اس کو عملی طور پر یہ ثابت کرنا پڑتا ہے کہ وہ ہر حال میں اللہ پر اعتماد</w:t>
      </w:r>
    </w:p>
    <w:p>
      <w:r>
        <w:rPr>
          <w:b/>
        </w:rPr>
        <w:t xml:space="preserve">[1:00:55] </w:t>
      </w:r>
      <w:r>
        <w:t>karne wala aur sabr ki had tak is ki marzi par qaim rehne wala hai</w:t>
      </w:r>
    </w:p>
    <w:p>
      <w:pPr>
        <w:jc w:val="right"/>
      </w:pPr>
      <w:r>
        <w:t>کرنے والا اور صبر کی حد تک اس کی مرضی پر قائم رہنے والا ہے</w:t>
      </w:r>
    </w:p>
    <w:p>
      <w:r>
        <w:rPr>
          <w:b/>
        </w:rPr>
        <w:t xml:space="preserve">[1:01:03] </w:t>
      </w:r>
      <w:r>
        <w:t>bani israil jab tak is mayar par qaim rahe un ko khuda ne un ki hareef قوموں par ghalib kiya hatta ke ek zamane tak woh apne waqt ki muazzab dunya mein sab se zyada sar buland hesiyat rakhte the magar hazrat moosa tashreef laye to bani israil par zawal aa chuka tha</w:t>
      </w:r>
    </w:p>
    <w:p>
      <w:pPr>
        <w:jc w:val="right"/>
      </w:pPr>
      <w:r>
        <w:t>بنی اسرائیل جب تک اس معیار پر قائم رہے ان کو خدا نے ان کی حریف قوموں پر غالب کیا حتیٰ کہ ایک زمانے تک وہ اپنے وقت کی مہذب دنیا میں سب سے زیادہ سربلند حیثیت رکھتے تھے مگر حضرت موسیٰ تشریف لائے تو بنی اسرائیل پر زوال آ چکا تھا</w:t>
      </w:r>
    </w:p>
    <w:p>
      <w:r>
        <w:rPr>
          <w:b/>
        </w:rPr>
        <w:t xml:space="preserve">[1:01:28] </w:t>
      </w:r>
      <w:r>
        <w:t>imtehan ke waqt un ki aksariyat aitmad alal allah aur sabr ka saboot dene ke liye tayyar na hui hatta ke un ka ek tabqa allah aur is ke rasool ke samne gustakhi karne laga</w:t>
      </w:r>
    </w:p>
    <w:p>
      <w:pPr>
        <w:jc w:val="right"/>
      </w:pPr>
      <w:r>
        <w:t>امتحان کے وقت ان کی اکثریت اعتماد علی اللہ اور صبر کا ثبوت دینے کے لیے تیار نہ ہوئی حتیٰ کہ ان کا ایک طبقہ اللہ اور اس کے رسول کے سامنے گستاخی کرنے لگا</w:t>
      </w:r>
    </w:p>
    <w:p>
      <w:r>
        <w:rPr>
          <w:b/>
        </w:rPr>
        <w:t xml:space="preserve">[1:01:44] </w:t>
      </w:r>
      <w:r>
        <w:t>un ke dil mein allah se bhi zyada dunya ki taqatwar قوموں ka dar samaya hua tha</w:t>
      </w:r>
    </w:p>
    <w:p>
      <w:pPr>
        <w:jc w:val="right"/>
      </w:pPr>
      <w:r>
        <w:t>ان کے دل میں اللہ سے بھی زیادہ دنیا کی طاقتور قوموں کا ڈر سمایا ہوا تھا</w:t>
      </w:r>
    </w:p>
    <w:p>
      <w:r>
        <w:rPr>
          <w:b/>
        </w:rPr>
        <w:t xml:space="preserve">[1:01:52] </w:t>
      </w:r>
      <w:r>
        <w:t>jab khuda ka koi numainda groh khuda ke kaam ke liye qurbani na de to goya ke woh</w:t>
      </w:r>
    </w:p>
    <w:p>
      <w:pPr>
        <w:jc w:val="right"/>
      </w:pPr>
      <w:r>
        <w:t>جب خدا کا کوئی نمائندہ گروہ خدا کے کام کے لیے قربانی نہ دے تو گویا کہ وہ</w:t>
      </w:r>
    </w:p>
    <w:p>
      <w:r>
        <w:rPr>
          <w:b/>
        </w:rPr>
        <w:t xml:space="preserve">[1:01:58] </w:t>
      </w:r>
      <w:r>
        <w:t>chahta hai ke khuda khud zameen par utre aur apne deen ka kaam khud anjam de khwah woh</w:t>
      </w:r>
    </w:p>
    <w:p>
      <w:pPr>
        <w:jc w:val="right"/>
      </w:pPr>
      <w:r>
        <w:t>چاہتا ہے کہ خدا خود زمین پر اترے اور اپنے دین کا کام خود انجام دے خواہ وہ</w:t>
      </w:r>
    </w:p>
    <w:p>
      <w:r>
        <w:rPr>
          <w:b/>
        </w:rPr>
        <w:t xml:space="preserve">[1:02:06] </w:t>
      </w:r>
      <w:r>
        <w:t>bani israil ke kuch logon ki taraf is baat ko zaban se keh de ya doosre logon ki</w:t>
      </w:r>
    </w:p>
    <w:p>
      <w:pPr>
        <w:jc w:val="right"/>
      </w:pPr>
      <w:r>
        <w:t>بنی اسرائیل کے کچھ لوگوں کی طرف اس بات کو زبان سے کہہ دے یا دوسرے لوگوں کی</w:t>
      </w:r>
    </w:p>
    <w:p>
      <w:r>
        <w:rPr>
          <w:b/>
        </w:rPr>
        <w:t xml:space="preserve">[1:02:12] </w:t>
      </w:r>
      <w:r>
        <w:t>tarah zaban se na kahe balkeh sirf apne amal se is ko zahir kare</w:t>
      </w:r>
    </w:p>
    <w:p>
      <w:pPr>
        <w:jc w:val="right"/>
      </w:pPr>
      <w:r>
        <w:t>طرح زبان سے نہ کہے بلکہ صرف اپنے عمل سے اس کو ظاہر کرے</w:t>
      </w:r>
    </w:p>
    <w:p>
      <w:r>
        <w:rPr>
          <w:b/>
        </w:rPr>
        <w:t xml:space="preserve">[1:02:52] </w:t>
      </w:r>
      <w:r>
        <w:t>musa ne kaha ke a mere rab apne aur apne bhai ke siwa kisi par mera ikhtiyar nahi</w:t>
      </w:r>
    </w:p>
    <w:p>
      <w:pPr>
        <w:jc w:val="right"/>
      </w:pPr>
      <w:r>
        <w:t>موسیٰ نے کہا کہ اے میرے رب اپنے اور اپنے بھائی کے سوا کسی پر میرا اختیار نہیں</w:t>
      </w:r>
    </w:p>
    <w:p>
      <w:r>
        <w:rPr>
          <w:b/>
        </w:rPr>
        <w:t xml:space="preserve">[1:02:59] </w:t>
      </w:r>
      <w:r>
        <w:t>pas tu hamare aur is na farman qom ke darmiyan judai kar de</w:t>
      </w:r>
    </w:p>
    <w:p>
      <w:pPr>
        <w:jc w:val="right"/>
      </w:pPr>
      <w:r>
        <w:t>پس تو ہمارے اور اس نافرمان قوم کے درمیان جدائی کر دے</w:t>
      </w:r>
    </w:p>
    <w:p>
      <w:r>
        <w:rPr>
          <w:b/>
        </w:rPr>
        <w:t xml:space="preserve">[1:03:06] </w:t>
      </w:r>
      <w:r>
        <w:t>Allah ne kaha woh mulk un par chalis saal ke liye haram kar diya gaya</w:t>
      </w:r>
    </w:p>
    <w:p>
      <w:pPr>
        <w:jc w:val="right"/>
      </w:pPr>
      <w:r>
        <w:t>اللہ نے کہا وہ ملک ان پر چالیس سال کے لیے حرام کر دیا گیا</w:t>
      </w:r>
    </w:p>
    <w:p>
      <w:r>
        <w:rPr>
          <w:b/>
        </w:rPr>
        <w:t xml:space="preserve">[1:03:12] </w:t>
      </w:r>
      <w:r>
        <w:t>yeh log zameen mein bhatakte phiren ge pas tum is na farman qom par afsos na karo</w:t>
      </w:r>
    </w:p>
    <w:p>
      <w:pPr>
        <w:jc w:val="right"/>
      </w:pPr>
      <w:r>
        <w:t>یہ لوگ زمین میں بھٹکتے پھریں گے پس تم اس نافرمان قوم پر افسوس نہ کرو</w:t>
      </w:r>
    </w:p>
    <w:p>
      <w:r>
        <w:rPr>
          <w:b/>
        </w:rPr>
        <w:t xml:space="preserve">[1:03:22] </w:t>
      </w:r>
      <w:r>
        <w:t>tashreeh bani israil jab hazrat moosa ki qiyadat mein misr se nikal kar sahra e sina mein pohnche to is zamane mein sham o falasteen ke ilaqe mein ek zalim قوم amalqa ki hukumat thi allah ne bani israil se kaha ke yeh zalim log apni umar poori kar chuke hain tum un ke mulk mein dakhil ho jao</w:t>
      </w:r>
    </w:p>
    <w:p>
      <w:pPr>
        <w:jc w:val="right"/>
      </w:pPr>
      <w:r>
        <w:t>تشریح بنی اسرائیل جب حضرت موسیٰ کی قیادت میں مصر سے نکل کر صحرائے سینا میں پہنچے تو اس زمانے میں شام و فلسطین کے علاقے میں ایک ظالم قوم امالکہ کی حکومت تھی اللہ نے بنی اسرائیل سے کہا کہ یہ ظالم لوگ اپنی عمر پوری کر چکے ہیں تم ان کے ملک میں داخل ہو جاؤ</w:t>
      </w:r>
    </w:p>
    <w:p>
      <w:r>
        <w:rPr>
          <w:b/>
        </w:rPr>
        <w:t xml:space="preserve">[1:03:50] </w:t>
      </w:r>
      <w:r>
        <w:t>tum ko khuda ki madad hasil hogi aur tum mamooli muqable ke baad un ke upar qabza pa loge magar bani israil par is قوم کی aisi heebat taari thi ke woh un ke mulk mein dakhil hone ke liye tayyar na hue is ka matlab yeh tha ke woh allah se zyada insanon se darte hain</w:t>
      </w:r>
    </w:p>
    <w:p>
      <w:pPr>
        <w:jc w:val="right"/>
      </w:pPr>
      <w:r>
        <w:t>تم کو خدا کی مدد حاصل ہوگی اور تم معمولی مقابلے کے بعد ان کے اوپر قبضہ پا لو گے مگر بنی اسرائیل پر اس قوم کی ایسی ہیبت طاری تھی کہ وہ ان کے ملک میں داخل ہونے کے لیے تیار نہ ہوئے اس کا مطلب یہ تھا کہ وہ اللہ سے زیادہ انسانوں سے ڈرتے ہیں</w:t>
      </w:r>
    </w:p>
    <w:p>
      <w:r>
        <w:rPr>
          <w:b/>
        </w:rPr>
        <w:t xml:space="preserve">[1:04:17] </w:t>
      </w:r>
      <w:r>
        <w:t>is ke baad allah ki nazar mein un ki koi qimat na rahi allah ne un ke bare mein faisla kar diya ke chalis saal yani choda sau qabl e masih se le kar choda sau chalis qabl e masih tak faran aur shaq e ardan ke darmiyan sahra mein bhatakte rahenge</w:t>
      </w:r>
    </w:p>
    <w:p>
      <w:pPr>
        <w:jc w:val="right"/>
      </w:pPr>
      <w:r>
        <w:t>اس کے بعد اللہ کی نظر میں ان کی کوئی قیمت نہ رہی اللہ نے ان کے بارے میں فیصلہ کر دیا کہ چالیس سال یعنی چودہ سو قبل مسیح سے لے کر چودہ سو چالیس قبل مسیح تک فاران اور شق اردن کے درمیان صحرا میں بھٹکتے رہیں گے</w:t>
      </w:r>
    </w:p>
    <w:p>
      <w:r>
        <w:rPr>
          <w:b/>
        </w:rPr>
        <w:t xml:space="preserve">[1:04:40] </w:t>
      </w:r>
      <w:r>
        <w:t>yahan tak ke bees saal se le kar upar ki umar tak sare log khatm ho jayenge is darmiyan ki nayi nasal naye halaat mein parwarish pa kar uthegi chunancha aisa hi hua chalis saal ki sahrai zindagi mein un ke tamam bari umar wale mar kar khatm ho gaye</w:t>
      </w:r>
    </w:p>
    <w:p>
      <w:pPr>
        <w:jc w:val="right"/>
      </w:pPr>
      <w:r>
        <w:t>یہاں تک کہ بیس سال سے لے کر اوپر کی عمر تک سارے لوگ ختم ہو جائیں گے اس دوران کی نئی نسل نئے حالات میں پرورش پا کر اٹھے گی چنانچہ ایسا ہی ہوا چالیس سال کی صحرائی زندگی میں ان کے تمام بڑی عمر والے مر کر ختم ہو گئے</w:t>
      </w:r>
    </w:p>
    <w:p>
      <w:r>
        <w:rPr>
          <w:b/>
        </w:rPr>
        <w:t xml:space="preserve">[1:05:05] </w:t>
      </w:r>
      <w:r>
        <w:t>is ke baad un ki nayi nasal ne yusha bin noon ki qiyadat mein sham o falasteen ko fateh kiya yeh yusha bin noon un do saleh israiliyon mein se ek hain jinhon ne apni قوم se kaha tha ke tum par bharosa karte hue amalqa ke mulk mein dakhil ho jao</w:t>
      </w:r>
    </w:p>
    <w:p>
      <w:pPr>
        <w:jc w:val="right"/>
      </w:pPr>
      <w:r>
        <w:t>اس کے بعد ان کی نئی نسل نے یوشع بن نون کی قیادت میں شام و فلسطین کو فتح کیا یہ یوشع بن نون ان دو صالح اسرائیلیوں میں سے ایک ہیں جنہوں نے اپنی قوم سے کہا تھا کہ تم پر بھروسہ کرتے ہوئے امالکہ کے ملک میں داخل ہو جاؤ</w:t>
      </w:r>
    </w:p>
    <w:p>
      <w:r>
        <w:rPr>
          <w:b/>
        </w:rPr>
        <w:t xml:space="preserve">[1:05:30] </w:t>
      </w:r>
      <w:r>
        <w:t>bani israil ne hazrat musa se kaha tha ke agar hum is mulk par hamla karen to hum</w:t>
      </w:r>
    </w:p>
    <w:p>
      <w:pPr>
        <w:jc w:val="right"/>
      </w:pPr>
      <w:r>
        <w:t>بنی اسرائیل نے حضرت موسیٰ سے کہا تھا کہ اگر ہم اس ملک پر حملہ کریں تو ہم</w:t>
      </w:r>
    </w:p>
    <w:p>
      <w:r>
        <w:rPr>
          <w:b/>
        </w:rPr>
        <w:t xml:space="preserve">[1:05:36] </w:t>
      </w:r>
      <w:r>
        <w:t>ko shikast hogi aur is ke baad hamare bachche loot ka maal ṭhahren ge</w:t>
      </w:r>
    </w:p>
    <w:p>
      <w:pPr>
        <w:jc w:val="right"/>
      </w:pPr>
      <w:r>
        <w:t>کو شکست ہوگی اور اس کے بعد ہمارے بچے لوٹ کا مال ٹھہریں گے</w:t>
      </w:r>
    </w:p>
    <w:p>
      <w:r>
        <w:rPr>
          <w:b/>
        </w:rPr>
        <w:t xml:space="preserve">[1:05:43] </w:t>
      </w:r>
      <w:r>
        <w:t>magar yahi bachche baṛe ho kar amalkeh ke mulk mein dakhil hue aur is par qabza kiya</w:t>
      </w:r>
    </w:p>
    <w:p>
      <w:pPr>
        <w:jc w:val="right"/>
      </w:pPr>
      <w:r>
        <w:t>مگر یہی بچے بڑے ہو کر امالکہ کے ملک میں داخل ہوئے اور اس پر قبضہ کیا</w:t>
      </w:r>
    </w:p>
    <w:p>
      <w:r>
        <w:rPr>
          <w:b/>
        </w:rPr>
        <w:t xml:space="preserve">[1:05:50] </w:t>
      </w:r>
      <w:r>
        <w:t>bachchon mein yeh taqat is liye paida hui ke unhon ne lambi muddat tak sahrai zindagi ki mushaqqaton</w:t>
      </w:r>
    </w:p>
    <w:p>
      <w:pPr>
        <w:jc w:val="right"/>
      </w:pPr>
      <w:r>
        <w:t>بچوں میں یہ طاقت اس لیے پیدا ہوئی کہ انہوں نے لمبی مدت تک صحرائی زندگی کی مشقتوں</w:t>
      </w:r>
    </w:p>
    <w:p>
      <w:r>
        <w:rPr>
          <w:b/>
        </w:rPr>
        <w:t xml:space="preserve">[1:05:57] </w:t>
      </w:r>
      <w:r>
        <w:t>ko bardasht kiya tha</w:t>
      </w:r>
    </w:p>
    <w:p>
      <w:pPr>
        <w:jc w:val="right"/>
      </w:pPr>
      <w:r>
        <w:t>کو برداشت کیا تھا</w:t>
      </w:r>
    </w:p>
    <w:p>
      <w:r>
        <w:rPr>
          <w:b/>
        </w:rPr>
        <w:t xml:space="preserve">[1:06:01] </w:t>
      </w:r>
      <w:r>
        <w:t>bachchon ke baap jin par khatar halaat ko apne bachchon ke haq mein maut samajhte the unhi par khatar halaat ke andar dakhil hone mein un ke bachchon ki zindagi ka raaz chupa hua tha</w:t>
      </w:r>
    </w:p>
    <w:p>
      <w:pPr>
        <w:jc w:val="right"/>
      </w:pPr>
      <w:r>
        <w:t>بچوں کے باپ جن پرخطر حالات کو اپنے بچوں کے حق میں موت سمجھتے تھے انہی پر خطر حالات کے اندر داخل ہونے میں ان کے بچوں کی زندگی کا راز چھپا ہوا تھا</w:t>
      </w:r>
    </w:p>
    <w:p>
      <w:r>
        <w:rPr>
          <w:b/>
        </w:rPr>
        <w:t xml:space="preserve">[1:06:20] </w:t>
      </w:r>
      <w:r>
        <w:t>muafiq halaat mein jeena bazahir bohat acha maloom hota hai</w:t>
      </w:r>
    </w:p>
    <w:p>
      <w:pPr>
        <w:jc w:val="right"/>
      </w:pPr>
      <w:r>
        <w:t>موفق حالات میں جینا بظاہر بہت اچھا معلوم ہوتا ہے</w:t>
      </w:r>
    </w:p>
    <w:p>
      <w:r>
        <w:rPr>
          <w:b/>
        </w:rPr>
        <w:t xml:space="preserve">[1:06:24] </w:t>
      </w:r>
      <w:r>
        <w:t>magar haqeeqat yeh hai ke aadmi ke andar tamam behtareen awsaf is waqt paida hote hain jab ke us ko halaat ka muqabla karke zinda rehna pade misr mein bani israil sadiyon tak aafiyat ki zindagi guzarte rahe is ka nateeja yeh hua ke woh ek murda قوم ban gaye</w:t>
      </w:r>
    </w:p>
    <w:p>
      <w:pPr>
        <w:jc w:val="right"/>
      </w:pPr>
      <w:r>
        <w:t>مگر حقیقت یہ ہے کہ آدمی کے اندر تمام بہترین اوصاف اس وقت پیدا ہوتے ہیں جب کہ اس کو حالات کا مقابلہ کر کے زندہ رہنا پڑے مصر میں بنی اسرائیل صدیوں تک عافیت کی زندگی گزارتے رہے اس کا نتیجہ یہ ہوا کہ وہ ایک مردہ قوم بن گئے</w:t>
      </w:r>
    </w:p>
    <w:p>
      <w:r>
        <w:rPr>
          <w:b/>
        </w:rPr>
        <w:t xml:space="preserve">[1:06:48] </w:t>
      </w:r>
      <w:r>
        <w:t>magar khurooj ke baad in ko jo sehrai zindagi haasil hui us mein zindagi in ke liye sarapa challenge thi in halaat mein jo log bachpan se jawani ki umar ko puhnche woh qudrati طور par bilkul doosri qism ke log thay</w:t>
      </w:r>
    </w:p>
    <w:p>
      <w:pPr>
        <w:jc w:val="right"/>
      </w:pPr>
      <w:r>
        <w:t>مگر خروج کے بعد ان کو جو صحرائی زندگی حاصل ہوئی اس میں زندگی ان کے لیے سراپا چیلنج تھی ان حالات میں جو لوگ بچپن سے جوانی کی عمر کو پہنچے وہ قدرتی طور پر بالکل دوسری قسم کے لوگ تھے</w:t>
      </w:r>
    </w:p>
    <w:p>
      <w:r>
        <w:rPr>
          <w:b/>
        </w:rPr>
        <w:t xml:space="preserve">[1:07:06] </w:t>
      </w:r>
      <w:r>
        <w:t>sahrai halat ne un ke andar sadgi himmat jafakashi aur haqiqat pasandi paida kar di thi</w:t>
      </w:r>
    </w:p>
    <w:p>
      <w:pPr>
        <w:jc w:val="right"/>
      </w:pPr>
      <w:r>
        <w:t>صحرائی حالات نے ان کے اندر سادگی، ہمت، جفاکشی اور حقیقت پسندی پیدا کر دی تھی</w:t>
      </w:r>
    </w:p>
    <w:p>
      <w:r>
        <w:rPr>
          <w:b/>
        </w:rPr>
        <w:t xml:space="preserve">[1:07:16] </w:t>
      </w:r>
      <w:r>
        <w:t>aur yahi woh ausaf hain jo kisi qom ko zinda qom banate hain</w:t>
      </w:r>
    </w:p>
    <w:p>
      <w:pPr>
        <w:jc w:val="right"/>
      </w:pPr>
      <w:r>
        <w:t>اور یہی وہ اوصاف ہیں جو کسی قوم کو زندہ قوم بناتے ہیں</w:t>
      </w:r>
    </w:p>
    <w:p>
      <w:r>
        <w:rPr>
          <w:b/>
        </w:rPr>
        <w:t xml:space="preserve">[1:07:22] </w:t>
      </w:r>
      <w:r>
        <w:t>koi qom agar halat ke nateejay mein murda qom ban jaye to is ko dobara zinda qom banane</w:t>
      </w:r>
    </w:p>
    <w:p>
      <w:pPr>
        <w:jc w:val="right"/>
      </w:pPr>
      <w:r>
        <w:t>کوئی قوم اگر حالات کے نتیجے میں مردہ قوم بن جائے تو اس کو دوبارہ زندہ قوم بنانے</w:t>
      </w:r>
    </w:p>
    <w:p>
      <w:r>
        <w:rPr>
          <w:b/>
        </w:rPr>
        <w:t xml:space="preserve">[1:07:28] </w:t>
      </w:r>
      <w:r>
        <w:t>ke liye ghair maamooli halat mein daal diya jata hai</w:t>
      </w:r>
    </w:p>
    <w:p>
      <w:pPr>
        <w:jc w:val="right"/>
      </w:pPr>
      <w:r>
        <w:t>کے لیے غیر معمولی حالات میں ڈال دیا جاتا ہے</w:t>
      </w:r>
    </w:p>
    <w:p>
      <w:r>
        <w:rPr>
          <w:b/>
        </w:rPr>
        <w:t xml:space="preserve">[1:08:41] </w:t>
      </w:r>
      <w:r>
        <w:t>in-ni uridu an tabu'a bi-ithmi wa ithmik fa-takuna min ashab-in-nar</w:t>
      </w:r>
    </w:p>
    <w:p>
      <w:pPr>
        <w:jc w:val="right"/>
      </w:pPr>
      <w:r>
        <w:t>إني أريد أن تبوء بإثمي وإثمك فتكون من أصحاب النار</w:t>
      </w:r>
    </w:p>
    <w:p>
      <w:r>
        <w:rPr>
          <w:b/>
        </w:rPr>
        <w:t xml:space="preserve">[1:08:48] </w:t>
      </w:r>
      <w:r>
        <w:t>wa dhalika jaza'u al-zhalimin</w:t>
      </w:r>
    </w:p>
    <w:p>
      <w:pPr>
        <w:jc w:val="right"/>
      </w:pPr>
      <w:r>
        <w:t>وذلك جزاء الظالمين</w:t>
      </w:r>
    </w:p>
    <w:p>
      <w:r>
        <w:rPr>
          <w:b/>
        </w:rPr>
        <w:t xml:space="preserve">[1:08:57] </w:t>
      </w:r>
      <w:r>
        <w:t>aur un ko adam ke do beton ka qissa haq ke sath sunao jab ke un dono ne qurbani pesh ki to un mein se aik ki qurbani qubool hui aur doosre ki qurbani qubool na hui us ne kaha mein tujh ko maar daloon ga</w:t>
      </w:r>
    </w:p>
    <w:p>
      <w:pPr>
        <w:jc w:val="right"/>
      </w:pPr>
      <w:r>
        <w:t>اور ان کو آدم کے دو بیٹوں کا قصہ حق کے ساتھ سناؤ جب کہ ان دونوں نے قربانی پیش کی تو ان میں سے ایک کی قربانی قبول ہوئی اور دوسرے کی قربانی قبول نہ ہوئی اس نے کہا میں تجھ کو مار ڈالوں گا</w:t>
      </w:r>
    </w:p>
    <w:p>
      <w:r>
        <w:rPr>
          <w:b/>
        </w:rPr>
        <w:t xml:space="preserve">[1:09:18] </w:t>
      </w:r>
      <w:r>
        <w:t>us ne jawab diya ke Allah to sirf mutaqi'on se qubool karta hai agar tum mujh ko qatl karne ke liye hath uthao ge to mein tujh ko qatl karne ke liye tum par hath nahi uthaoon ga mein darta hoon Allah se jo sare jahan ka rab hai mein chahta hoon ke mera aur apna gunah to hi le le</w:t>
      </w:r>
    </w:p>
    <w:p>
      <w:pPr>
        <w:jc w:val="right"/>
      </w:pPr>
      <w:r>
        <w:t>اس نے جواب دیا کہ اللہ تو صرف متقیوں سے قبول کرتا ہے اگر تم مجھ کو قتل کرنے کے لیے ہاتھ اٹھاؤ گے تو میں تم کو قتل کرنے کے لیے تم پر ہاتھ نہیں اٹھاؤں گا میں ڈرتا ہوں اللہ سے جو سارے جہان کا رب ہے میں چاہتا ہوں کہ میرا اور اپنا گناہ تو ہی لے لے</w:t>
      </w:r>
    </w:p>
    <w:p>
      <w:r>
        <w:rPr>
          <w:b/>
        </w:rPr>
        <w:t xml:space="preserve">[1:09:43] </w:t>
      </w:r>
      <w:r>
        <w:t>phir to aag walon mein shamil ho jaye aur yahi saza hai zulm karne walon ki</w:t>
      </w:r>
    </w:p>
    <w:p>
      <w:pPr>
        <w:jc w:val="right"/>
      </w:pPr>
      <w:r>
        <w:t>پھر تو آگ والوں میں شامل ہو جائے اور یہی سزا ہے ظلم کرنے والوں کی</w:t>
      </w:r>
    </w:p>
    <w:p>
      <w:r>
        <w:rPr>
          <w:b/>
        </w:rPr>
        <w:t xml:space="preserve">[1:09:52] </w:t>
      </w:r>
      <w:r>
        <w:t>tashreeh Allah ke liye jo amal kiya jaye us ka asal badla to akhirat mein milta hai taham baaz auqat dunya mein bhi aisay waqiat zahir hotay hain</w:t>
      </w:r>
    </w:p>
    <w:p>
      <w:pPr>
        <w:jc w:val="right"/>
      </w:pPr>
      <w:r>
        <w:t>تشریح اللہ کے لیے جو عمل کیا جائے اس کا اصل بدلہ تو آخرت میں ملتا ہے تاہم بعض اوقات دنیا میں بھی ایسے واقعات ظاہر ہوتے ہیں</w:t>
      </w:r>
    </w:p>
    <w:p>
      <w:r>
        <w:rPr>
          <w:b/>
        </w:rPr>
        <w:t xml:space="preserve">[1:10:07] </w:t>
      </w:r>
      <w:r>
        <w:t>jo batate hain ke aadmi ka amal Khuda ke yahan maqbool hua ya nahi adam ke beton mein se qabil aur habel ke sath bhi aisi surat pesh aai qabil kisan tha aur habel bheer bakriyon ka kaam karta tha habel ne apni mehnat ki kamai Allah ke liye di</w:t>
      </w:r>
    </w:p>
    <w:p>
      <w:pPr>
        <w:jc w:val="right"/>
      </w:pPr>
      <w:r>
        <w:t>جو بتاتے ہیں کہ آدمی کا عمل خدا کے یہاں مقبول ہوا یا نہیں آدم کے بیٹوں میں سے قابیل اور ہابیل کے ساتھ بھی ایسی صورت پیش آئی قابیل کسان تھا اور ہابیل بھیڑ بکریوں کا کام کرتا تھا ہابیل نے اپنی محنت کی کمائی اللہ کے لیے دی</w:t>
      </w:r>
    </w:p>
    <w:p>
      <w:r>
        <w:rPr>
          <w:b/>
        </w:rPr>
        <w:t xml:space="preserve">[1:10:32] </w:t>
      </w:r>
      <w:r>
        <w:t>woh Allah ke yahan maqbool hui aur us ki barkat us ki zindagi aur us ke kaam mein zahir hui qabil ne bhi apni ziraat mein se kuch Allah ke liye pesh kiya magar woh qabool na hua aur woh Khuda ki barkat se mehroom raha yeh dekh kar qabil ke dil mein apne chote bhai habel ke liye hasad paida ho gaya</w:t>
      </w:r>
    </w:p>
    <w:p>
      <w:pPr>
        <w:jc w:val="right"/>
      </w:pPr>
      <w:r>
        <w:t>وہ اللہ کے یہاں مقبول ہوئی اور اس کی برکت اس کی زندگی اور اس کے کام میں ظاہر ہوئی قابیل نے بھی اپنی زراعت میں سے کچھ اللہ کے لیے پیش کیا مگر وہ قبول نہ ہوا اور وہ خدا کی برکت سے محروم رہا یہ دیکھ کر قابیل کے دل میں اپنے چھوٹے بھائی ہابیل کے لیے حسد پیدا ہو گیا</w:t>
      </w:r>
    </w:p>
    <w:p>
      <w:r>
        <w:rPr>
          <w:b/>
        </w:rPr>
        <w:t xml:space="preserve">[1:11:00] </w:t>
      </w:r>
      <w:r>
        <w:t>yeh hasad itna barha ke us ne habel se kaha ke mein tujh ko jaan se maar daloon ga habel ne kaha ke tumhari qurbani qubool na hone ka sabab yeh hai ke tumhare dil mein Khuda ka khauf nahi tum ko mere peechay parne ke bajaye apni islaah ki fikr karni chahiye</w:t>
      </w:r>
    </w:p>
    <w:p>
      <w:pPr>
        <w:jc w:val="right"/>
      </w:pPr>
      <w:r>
        <w:t>یہ حسد اتنا بڑھا کہ اس نے ہابیل سے کہا کہ میں تم کو جان سے مار ڈالوں گا ہابیل نے کہا کہ تمہاری قربانی قبول نہ ہونے کا سبب یہ ہے کہ تمہارے دل میں خدا کا خوف نہیں تم کو میرے پیچھے پڑنے کے بجائے اپنی اصلاح کی فکر کرنی چاہیے</w:t>
      </w:r>
    </w:p>
    <w:p>
      <w:r>
        <w:rPr>
          <w:b/>
        </w:rPr>
        <w:t xml:space="preserve">[1:11:20] </w:t>
      </w:r>
      <w:r>
        <w:t>magar hasad aur bughz ki aag jab kisi ke andar bharkti hai to woh us ko is qabil nahi rakhti ke woh apni galtiyon ka jaiza le woh bas aik hi baat janta hai yeh ke jis tarah dil ho apne mehfoozah hareef ka khatma kar de</w:t>
      </w:r>
    </w:p>
    <w:p>
      <w:pPr>
        <w:jc w:val="right"/>
      </w:pPr>
      <w:r>
        <w:t>مگر حسد اور بغض کی آگ جب کسی کے اندر بھڑکتی ہے تو وہ اس کو اس قابل نہیں رکھتی کہ وہ اپنی غلطیوں کا جائزہ لے وہ بس ایک ہی بات جانتا ہے یہ کہ جس طرح دل ہو اپنے محفوظہ حریف کا خاتمہ کر دے</w:t>
      </w:r>
    </w:p>
    <w:p>
      <w:r>
        <w:rPr>
          <w:b/>
        </w:rPr>
        <w:t xml:space="preserve">[1:11:43] </w:t>
      </w:r>
      <w:r>
        <w:t>habel ne qabil se kaha ke tum khwah mere qatl ke liye hath barha</w:t>
      </w:r>
    </w:p>
    <w:p>
      <w:pPr>
        <w:jc w:val="right"/>
      </w:pPr>
      <w:r>
        <w:t>ہابیل نے قابیل سے کہا کہ تم خواہ میرے قتل کے لیے ہاتھ بڑھا</w:t>
      </w:r>
    </w:p>
    <w:p>
      <w:r>
        <w:rPr>
          <w:b/>
        </w:rPr>
        <w:t xml:space="preserve">[1:11:48] </w:t>
      </w:r>
      <w:r>
        <w:t>oon mein tumhare qatl ke liye hath nahi barhaoon ga is ki wajah yeh hai ke musalman aur musalman ki bahami ladai ko Allah ne sarasar haram qarar diya hai hatta ke agar aik musalman apne doosre bhai ke qatl ke dar pe ho jaye to us waqt bhi azmat yeh hai ke doosra bhai apne bhai ke khoon ko apne liye halal na kare</w:t>
      </w:r>
    </w:p>
    <w:p>
      <w:pPr>
        <w:jc w:val="right"/>
      </w:pPr>
      <w:r>
        <w:t>ؤ میں تمہارے قتل کے لیے ہاتھ نہیں بڑھاؤں گا اس کی وجہ یہ ہے کہ مسلمان اور مسلمان کی باہمی لڑائی کو اللہ نے سراسر حرام قرار دیا ہے حتیٰ کہ اگر ایک مسلمان اپنے دوسرے بھائی کے قتل کے در پہ ہو جائے تو اس وقت بھی عظمت یہ ہے کہ دوسرا بھائی اپنے بھائی کے خون کو اپنے لیے حلال نہ کرے</w:t>
      </w:r>
    </w:p>
    <w:p>
      <w:r>
        <w:rPr>
          <w:b/>
        </w:rPr>
        <w:t xml:space="preserve">[1:12:14] </w:t>
      </w:r>
      <w:r>
        <w:t>woh apni taraf se jarahiyana iqdam na kar ke bahami takrao ko pehle hi marhalay mein khatam kar de is ke bar aks agar woh bhi jawab mein jarahiyat karne lagay to muslim muashray ke andar amal aur rad-e-amal ka la-mutanahi silsila shuru ho jaye ga lekin hamla awar agar ghair muslim ho to us waqt aisa karna durust nahi</w:t>
      </w:r>
    </w:p>
    <w:p>
      <w:pPr>
        <w:jc w:val="right"/>
      </w:pPr>
      <w:r>
        <w:t>وہ اپنی طرف سے جارحانہ اقدام نہ کر کے باہمی ٹکراؤ کو پہلے ہی مرحلے میں ختم کر دے اس کے برعکس اگر وہ بھی جواب میں جارحیت کرنے لگے تو مسلم معاشرے کے اندر عمل اور ردعمل کا لامتناہی سلسلہ شروع ہو جائے گا لیکن حملہ آور اگر غیر مسلم ہو تو اس وقت ایسا کرنا درست نہیں</w:t>
      </w:r>
    </w:p>
    <w:p>
      <w:r>
        <w:rPr>
          <w:b/>
        </w:rPr>
        <w:t xml:space="preserve">[1:12:40] </w:t>
      </w:r>
      <w:r>
        <w:t>isi tarah jab deeni dushmanon ki taraf se jarahiyat ki jaye to muslim aur ghair muslim ka farq kiye baghair aisay logon se bharpoor muqabla kiya jaye ga</w:t>
      </w:r>
    </w:p>
    <w:p>
      <w:pPr>
        <w:jc w:val="right"/>
      </w:pPr>
      <w:r>
        <w:t>اسی طرح جب دینی دشمنوں کی طرف سے جارحیت کی جائے تو مسلم اور غیر مسلم کا فرق کیے بغیر ایسے لوگوں سے بھرپور مقابلہ کیا جائے گا</w:t>
      </w:r>
    </w:p>
    <w:p>
      <w:r>
        <w:rPr>
          <w:b/>
        </w:rPr>
        <w:t xml:space="preserve">[1:12:52] </w:t>
      </w:r>
      <w:r>
        <w:t>do musalman jab aik doosre ki barbadi ke dar pe hon to gunah dono ke darmiyan taqseem ho jata hai lekin agar aisa ho ke aik musalman doosre musalman ki barbadi ki karrwai kare aur doosra musalman sabr aur dua mein mashgool ho to pehla shakhs na sirf apne gunah ka bojh uthata hai balke</w:t>
      </w:r>
    </w:p>
    <w:p>
      <w:pPr>
        <w:jc w:val="right"/>
      </w:pPr>
      <w:r>
        <w:t>دو مسلمان جب ایک دوسرے کی بربادی کے در پہ ہوں تو گناہ دونوں کے درمیان تقسیم ہو جاتا ہے لیکن اگر ایسا ہو کہ ایک مسلمان دوسرے مسلمان کی بربادی کی کارروائی کرے اور دوسرا مسلمان صبر اور دعا میں مشغول ہو تو پہلا شخص نہ صرف اپنے گناہ کا بوجھ اٹھاتا ہے بلکہ</w:t>
      </w:r>
    </w:p>
    <w:p>
      <w:r>
        <w:rPr>
          <w:b/>
        </w:rPr>
        <w:t xml:space="preserve">[1:13:16] </w:t>
      </w:r>
      <w:r>
        <w:t>doosre shakhs ke is mumkin gunah ka bojh bhi us ke upar daal diya jata hai jo sabr aur dua ke tareeqay par na chalne ki surat mein woh karta</w:t>
      </w:r>
    </w:p>
    <w:p>
      <w:pPr>
        <w:jc w:val="right"/>
      </w:pPr>
      <w:r>
        <w:t>دوسرے شخص کے اس ممکن گناہ کا بوجھ بھی اس کے اوپر ڈال دیا جاتا ہے جو صبر اور دعا کے طریقے پر نہ چلنے کی صورت میں وہ کرتا</w:t>
      </w:r>
    </w:p>
    <w:p>
      <w:r>
        <w:rPr>
          <w:b/>
        </w:rPr>
        <w:t xml:space="preserve">[1:13:42] </w:t>
      </w:r>
      <w:r>
        <w:t>allahu yab'athu fi al-ardi li-yuriya kayfa yuwari saw'a akhih qala ya waylata a'ajaztu an akuna mithla hadha al-ghurabi fa-uwariya saw'a akhi fa-asbaha min al-nadimin</w:t>
      </w:r>
    </w:p>
    <w:p>
      <w:pPr>
        <w:jc w:val="right"/>
      </w:pPr>
      <w:r>
        <w:t>اللہ یبحث فی الارض لیریہ کیف یواری سوء اخیه قال یا ویلتہ اعجزت ان اكون مثل هذا الغراب فاواری سوء اخی فاصبح من النادمین</w:t>
      </w:r>
    </w:p>
    <w:p>
      <w:r>
        <w:rPr>
          <w:b/>
        </w:rPr>
        <w:t xml:space="preserve">[1:14:11] </w:t>
      </w:r>
      <w:r>
        <w:t>phir is ke nafs ne is ko apne bhai ke qatal par razi kar liya aur is ne</w:t>
      </w:r>
    </w:p>
    <w:p>
      <w:pPr>
        <w:jc w:val="right"/>
      </w:pPr>
      <w:r>
        <w:t>پھر اس کے نفس نے اس کو اپنے بھائی کے قتل پر راضی کر لیا اور اس نے</w:t>
      </w:r>
    </w:p>
    <w:p>
      <w:r>
        <w:rPr>
          <w:b/>
        </w:rPr>
        <w:t xml:space="preserve">[1:14:16] </w:t>
      </w:r>
      <w:r>
        <w:t>is ko qatal daala phir woh nuqsan uthane walon mein se shamil ho gaya</w:t>
      </w:r>
    </w:p>
    <w:p>
      <w:pPr>
        <w:jc w:val="right"/>
      </w:pPr>
      <w:r>
        <w:t>اس کو قتل کر ڈالا پھر وہ نقصان اٹھانے والوں میں سے شامل ہو گیا</w:t>
      </w:r>
    </w:p>
    <w:p>
      <w:r>
        <w:rPr>
          <w:b/>
        </w:rPr>
        <w:t xml:space="preserve">[1:14:23] </w:t>
      </w:r>
      <w:r>
        <w:t>phir khuda ne ek koway ko bheja jo zameen mein kureta tha taake woh us ko dikhaye ke</w:t>
      </w:r>
    </w:p>
    <w:p>
      <w:pPr>
        <w:jc w:val="right"/>
      </w:pPr>
      <w:r>
        <w:t>پھر خدا نے ایک کوے کو بھیجا جو زمین میں کریٹتا تھا تاکہ وہ اس کو دکھائے کہ</w:t>
      </w:r>
    </w:p>
    <w:p>
      <w:r>
        <w:rPr>
          <w:b/>
        </w:rPr>
        <w:t xml:space="preserve">[1:14:29] </w:t>
      </w:r>
      <w:r>
        <w:t>woh apne bhai ki laash ko kis tarah chupaye us ne kaha afsos meri haalat par ke mein</w:t>
      </w:r>
    </w:p>
    <w:p>
      <w:pPr>
        <w:jc w:val="right"/>
      </w:pPr>
      <w:r>
        <w:t>وہ اپنے بھائی کی لاش کو کس طرح چھپائے اس نے کہا افسوس میری حالت پر کہ میں</w:t>
      </w:r>
    </w:p>
    <w:p>
      <w:r>
        <w:rPr>
          <w:b/>
        </w:rPr>
        <w:t xml:space="preserve">[1:14:37] </w:t>
      </w:r>
      <w:r>
        <w:t>is koway jaisa bhi na ho saka</w:t>
      </w:r>
    </w:p>
    <w:p>
      <w:pPr>
        <w:jc w:val="right"/>
      </w:pPr>
      <w:r>
        <w:t>اس کوے جیسا بھی نہ ہو سکا</w:t>
      </w:r>
    </w:p>
    <w:p>
      <w:r>
        <w:rPr>
          <w:b/>
        </w:rPr>
        <w:t xml:space="preserve">[1:14:41] </w:t>
      </w:r>
      <w:r>
        <w:t>apne bhai ki lash ko chupa deta</w:t>
      </w:r>
    </w:p>
    <w:p>
      <w:pPr>
        <w:jc w:val="right"/>
      </w:pPr>
      <w:r>
        <w:t>اپنے بھائی کی لاش کو چھپا دیتا</w:t>
      </w:r>
    </w:p>
    <w:p>
      <w:r>
        <w:rPr>
          <w:b/>
        </w:rPr>
        <w:t xml:space="preserve">[1:14:46] </w:t>
      </w:r>
      <w:r>
        <w:t>pas woh bohat sharminda hua</w:t>
      </w:r>
    </w:p>
    <w:p>
      <w:pPr>
        <w:jc w:val="right"/>
      </w:pPr>
      <w:r>
        <w:t>پس وہ بہت شرمندہ ہوا</w:t>
      </w:r>
    </w:p>
    <w:p>
      <w:r>
        <w:rPr>
          <w:b/>
        </w:rPr>
        <w:t xml:space="preserve">[1:14:52] </w:t>
      </w:r>
      <w:r>
        <w:t>tashreeh dunya mein jo kuch kisi ko milta hai Khuda ki taraf se milta hai is liye kisi ko achay haal mein dekh kar jalna aur us ke nuqsan ke dar pe hona goya Khuda ke mansoobay ko batil karne ki koshish karna hai</w:t>
      </w:r>
    </w:p>
    <w:p>
      <w:pPr>
        <w:jc w:val="right"/>
      </w:pPr>
      <w:r>
        <w:t>تشریح دنیا میں جو کچھ کسی کو ملتا ہے خدا کی طرف سے ملتا ہے اس لیے کسی کو اچھے حال میں دیکھ کر جلنا اور اس کے نقصان کے در پہ ہونا گویا خدا کے منصوبے کو باطل کرنے کی کوشش کرنا ہے</w:t>
      </w:r>
    </w:p>
    <w:p>
      <w:r>
        <w:rPr>
          <w:b/>
        </w:rPr>
        <w:t xml:space="preserve">[1:15:11] </w:t>
      </w:r>
      <w:r>
        <w:t>aisa aadmi agarchay maujooda imtehan ki dunya mein aik had tak amal karne ka mauqa pata hai magar Khuda ki nazar mein woh badtareen mujrim hai habel ne apne baray bhai ko is haqiqat ki taraf tawajjah dilai us ke baad us ke dil mein jhujhak paida hui us ko mehsoos hua ke woh waqai bila sabab apne bhai ko maar dalna chahta hai</w:t>
      </w:r>
    </w:p>
    <w:p>
      <w:pPr>
        <w:jc w:val="right"/>
      </w:pPr>
      <w:r>
        <w:t>ایسا آدمی اگرچہ موجودہ امتحان کی دنیا میں ایک حد تک عمل کرنے کا موقع پاتا ہے مگر خدا کی نظر میں وہ بدترین مجرم ہے ہابیل نے اپنے بڑے بھائی کو اس حقیقت کی طرف توجہ دلائی اس کے بعد اس کے دل میں جھجک پیدا ہوئی اس کو محسوس ہوا کہ وہ واقعی بلا سبب اپنے بھائی کو مار ڈالنا چاہتا ہے</w:t>
      </w:r>
    </w:p>
    <w:p>
      <w:r>
        <w:rPr>
          <w:b/>
        </w:rPr>
        <w:t xml:space="preserve">[1:15:40] </w:t>
      </w:r>
      <w:r>
        <w:t>magar us ka hasad ka jazba thanda na ho saka us ne apne zehn mein aisay idrak ghad liye jo us ke liye apne bhai ke qatl ko jaiz sabit kar sakein us ki andarooni kashmakash ne bil-aakhir khud-sakhta tawjihat mein apne liye taskeen talash kar li aur us ne apne bhai ko maar dala zamir ki awaz Khuda ki awaz</w:t>
      </w:r>
    </w:p>
    <w:p>
      <w:pPr>
        <w:jc w:val="right"/>
      </w:pPr>
      <w:r>
        <w:t>مگر اس کا حسد کا جذبہ ٹھنڈا نہ ہو سکا اس نے اپنے ذہن میں ایسے ادراک گھڑ لیے جو اس کے لیے اپنے بھائی کے قتل کو جائز ثابت کر سکیں اس کی اندرونی کشمکش نے بالاخر خود ساختہ توجیحات میں اپنے لیے تسکین تلاش کر لی اور اس نے اپنے بھائی کو مار ڈالا ضمیر کی آواز خدا کی آواز</w:t>
      </w:r>
    </w:p>
    <w:p>
      <w:r>
        <w:rPr>
          <w:b/>
        </w:rPr>
        <w:t xml:space="preserve">[1:16:09] </w:t>
      </w:r>
      <w:r>
        <w:t>hai zamir ke andar kisi amal ke bare mein sawal paida hona aadmi ka imtehan ke maidan mein khada hona hai agar aadmi apne zamir ki awaz par labbaik kahe to woh kamyab hua aur agar us ne jhoote alfaaz ka sahara le kar zamir ki awaz ko daba diya to woh nakam ho gaya</w:t>
      </w:r>
    </w:p>
    <w:p>
      <w:pPr>
        <w:jc w:val="right"/>
      </w:pPr>
      <w:r>
        <w:t>ہے ضمیر کے اندر کسی عمل کے بارے میں سوال پیدا ہونا آدمی کا امتحان کے میدان میں کھڑا ہونا ہے اگر آدمی اپنے ضمیر کی آواز پر لبیک کہے تو وہ کامیاب ہوا اور اگر اس نے جھوٹے الفاظ کا سہارا لے کر ضمیر کی آواز کو دبا دیا تو وہ ناکام ہو گیا</w:t>
      </w:r>
    </w:p>
    <w:p>
      <w:r>
        <w:rPr>
          <w:b/>
        </w:rPr>
        <w:t xml:space="preserve">[1:16:36] </w:t>
      </w:r>
      <w:r>
        <w:t>hadith mein hai ke ziyadati aur qata reh aise gunah hain ke un ki saza isi dunya se shuru ho jati hai qabil ne apne bhai ke sath jo nahak zulm kiya tha us ki saza us ko nah sirf akhirat mein mili balkeh isi dunya se uska anjam shuru ho gaya</w:t>
      </w:r>
    </w:p>
    <w:p>
      <w:pPr>
        <w:jc w:val="right"/>
      </w:pPr>
      <w:r>
        <w:t>حدیث میں ہے کہ زیادتی اور قطع رحم ایسے گناہ ہیں کہ ان کی سزا اسی دنیا سے شروع ہو جاتی ہے قابیل نے اپنے بھائی کے ساتھ جو ناحق ظلم کیا تھا اس کی سزا اس کو نہ صرف آخرت میں ملی بلکہ اسی دنیا سے اس کا انجام شروع ہو گیا</w:t>
      </w:r>
    </w:p>
    <w:p>
      <w:r>
        <w:rPr>
          <w:b/>
        </w:rPr>
        <w:t xml:space="preserve">[1:17:00] </w:t>
      </w:r>
      <w:r>
        <w:t>manqool hai ke qatl ke baad qabil ka yeh haal hua ke us ki pindli us ki ran se chipak gayi woh bemar o madadgar zameen par pada rehta yahan tak ke isi haal mein zillat aur takleef ke sath mar gaya</w:t>
      </w:r>
    </w:p>
    <w:p>
      <w:pPr>
        <w:jc w:val="right"/>
      </w:pPr>
      <w:r>
        <w:t>منقول ہے کہ قتل کے بعد قابیل کا یہ حال ہوا کہ اس کی پنڈلی اس کی ران سے چپک گئی وہ بیار و مددگار زمین پر پڑا رہتا یہاں تک کہ اسی حال میں ذلت اور تکلیف کے ساتھ مر گیا</w:t>
      </w:r>
    </w:p>
    <w:p>
      <w:r>
        <w:rPr>
          <w:b/>
        </w:rPr>
        <w:t xml:space="preserve">[1:17:19] </w:t>
      </w:r>
      <w:r>
        <w:t>qabil ko koway ke zariye yeh taleem di gayi ke woh lash ko zameen ke neeche dafan kar de</w:t>
      </w:r>
    </w:p>
    <w:p>
      <w:pPr>
        <w:jc w:val="right"/>
      </w:pPr>
      <w:r>
        <w:t>قابیل کو کوے کے ذریعے یہ تعلیم دی گئی کہ وہ لاش کو زمین کے نیچے دفن کر دے</w:t>
      </w:r>
    </w:p>
    <w:p>
      <w:r>
        <w:rPr>
          <w:b/>
        </w:rPr>
        <w:t xml:space="preserve">[1:17:27] </w:t>
      </w:r>
      <w:r>
        <w:t>yeh is baat ki taraf ishara tha ke insaan fitrat ke raste ko janne ke muamle mein janwar se bhi zyada kam aqal hai is ke bawajood agar woh apne jazbat ke peeche chalta hai to us se zyada zalim aur koi nahi</w:t>
      </w:r>
    </w:p>
    <w:p>
      <w:pPr>
        <w:jc w:val="right"/>
      </w:pPr>
      <w:r>
        <w:t>یہ اس بات کی طرف اشارہ تھا کہ انسان فطرت کے راستے کو جاننے کے معاملے میں جانور سے بھی زیادہ کماقل ہے اس کے باوجود اگر وہ اپنے جذبات کے پیچھے چلتا ہے تو اس سے زیادہ ظالم اور کوئی نہیں</w:t>
      </w:r>
    </w:p>
    <w:p>
      <w:r>
        <w:rPr>
          <w:b/>
        </w:rPr>
        <w:t xml:space="preserve">[1:17:45] </w:t>
      </w:r>
      <w:r>
        <w:t>neez is mein is haqeeqat ki taraf bhi lateef ishara hai ke jurm se pehle agar aadmi jurm ke irade ko apne sine mein dafan kar de to us ko sharmindagi na uthana pare aadmi ko chahiye ke woh dil ke ehsas ko dil ke andar dabaye us ko dil se bahar a kar waqea na banne de</w:t>
      </w:r>
    </w:p>
    <w:p>
      <w:pPr>
        <w:jc w:val="right"/>
      </w:pPr>
      <w:r>
        <w:t>نیز اس میں اس حقیقت کی طرف بھی لطیف اشارہ ہے کہ جرم سے پہلے اگر آدمی جرم کے ارادے کو اپنے سینے میں دفن کر دے تو اس کو شرمندگی نہ اٹھانا پڑے آدمی کو چاہیے کہ وہ دل کے احساس کو دل کے اندر دبائے اس کو دل سے باہر ا کر واقعہ نہ بننے دے</w:t>
      </w:r>
    </w:p>
    <w:p>
      <w:r>
        <w:rPr>
          <w:b/>
        </w:rPr>
        <w:t xml:space="preserve">[1:18:13] </w:t>
      </w:r>
      <w:r>
        <w:t>bar ehsas ko dil ke bahir nikalne se pehle to sirf ehsas ko dafan karna parta hai lekin</w:t>
      </w:r>
    </w:p>
    <w:p>
      <w:pPr>
        <w:jc w:val="right"/>
      </w:pPr>
      <w:r>
        <w:t>بر احساس کو دل کے باہر نکالنے سے پہلے تو صرف احساس کو دفن کرنا پڑتا ہے لیکن</w:t>
      </w:r>
    </w:p>
    <w:p>
      <w:r>
        <w:rPr>
          <w:b/>
        </w:rPr>
        <w:t xml:space="preserve">[1:18:21] </w:t>
      </w:r>
      <w:r>
        <w:t>agar us ne is ko bahir nikala to phir ek zinda insan ki laash ko dafan karne ka</w:t>
      </w:r>
    </w:p>
    <w:p>
      <w:pPr>
        <w:jc w:val="right"/>
      </w:pPr>
      <w:r>
        <w:t>اگر اس نے اس کو باہر نکالا تو پھر ایک زندہ انسان کی لاش کو دفن کرنے کا</w:t>
      </w:r>
    </w:p>
    <w:p>
      <w:r>
        <w:rPr>
          <w:b/>
        </w:rPr>
        <w:t xml:space="preserve">[1:18:27] </w:t>
      </w:r>
      <w:r>
        <w:t>masla is ke liye paida ho jaye ga jo dafan ho kar bhi khuda ke yahan dafan nahi</w:t>
      </w:r>
    </w:p>
    <w:p>
      <w:pPr>
        <w:jc w:val="right"/>
      </w:pPr>
      <w:r>
        <w:t>مسئلہ اس کے لیے پیدا ہو جائے گا جو دفن ہو کر بھی خدا کے یہاں دفن نہیں</w:t>
      </w:r>
    </w:p>
    <w:p>
      <w:r>
        <w:rPr>
          <w:b/>
        </w:rPr>
        <w:t xml:space="preserve">[1:18:34] </w:t>
      </w:r>
      <w:r>
        <w:t>hota mun ajl dhalik katabna ala bani</w:t>
      </w:r>
    </w:p>
    <w:p>
      <w:pPr>
        <w:jc w:val="right"/>
      </w:pPr>
      <w:r>
        <w:t>ہوتا من اجل ذالک کتبنا علی بنی</w:t>
      </w:r>
    </w:p>
    <w:p>
      <w:r>
        <w:rPr>
          <w:b/>
        </w:rPr>
        <w:t xml:space="preserve">[1:18:42] </w:t>
      </w:r>
      <w:r>
        <w:t>israil inna man qatal nafsan</w:t>
      </w:r>
    </w:p>
    <w:p>
      <w:pPr>
        <w:jc w:val="right"/>
      </w:pPr>
      <w:r>
        <w:t>اسرائیل انہ من قتل نفسا</w:t>
      </w:r>
    </w:p>
    <w:p>
      <w:r>
        <w:rPr>
          <w:b/>
        </w:rPr>
        <w:t xml:space="preserve">[1:18:51] </w:t>
      </w:r>
      <w:r>
        <w:t>inna man qatal nafsan</w:t>
      </w:r>
    </w:p>
    <w:p>
      <w:pPr>
        <w:jc w:val="right"/>
      </w:pPr>
      <w:r>
        <w:t>انہ من قتل نفسا</w:t>
      </w:r>
    </w:p>
    <w:p>
      <w:r>
        <w:rPr>
          <w:b/>
        </w:rPr>
        <w:t xml:space="preserve">[1:18:56] </w:t>
      </w:r>
      <w:r>
        <w:t>baghair nafs aw fasad</w:t>
      </w:r>
    </w:p>
    <w:p>
      <w:pPr>
        <w:jc w:val="right"/>
      </w:pPr>
      <w:r>
        <w:t>بغير نفس او فساد</w:t>
      </w:r>
    </w:p>
    <w:p>
      <w:r>
        <w:rPr>
          <w:b/>
        </w:rPr>
        <w:t xml:space="preserve">[1:18:59] </w:t>
      </w:r>
      <w:r>
        <w:t>fil arzi fakanama</w:t>
      </w:r>
    </w:p>
    <w:p>
      <w:pPr>
        <w:jc w:val="right"/>
      </w:pPr>
      <w:r>
        <w:t>فی الارض فکانما</w:t>
      </w:r>
    </w:p>
    <w:p>
      <w:r>
        <w:rPr>
          <w:b/>
        </w:rPr>
        <w:t xml:space="preserve">[1:19:03] </w:t>
      </w:r>
      <w:r>
        <w:t>qatalal nas jameea</w:t>
      </w:r>
    </w:p>
    <w:p>
      <w:pPr>
        <w:jc w:val="right"/>
      </w:pPr>
      <w:r>
        <w:t>قتل الناس جميعا</w:t>
      </w:r>
    </w:p>
    <w:p>
      <w:r>
        <w:rPr>
          <w:b/>
        </w:rPr>
        <w:t xml:space="preserve">[1:19:07] </w:t>
      </w:r>
      <w:r>
        <w:t>fakanama qatalal nas jameea</w:t>
      </w:r>
    </w:p>
    <w:p>
      <w:pPr>
        <w:jc w:val="right"/>
      </w:pPr>
      <w:r>
        <w:t>فکانما قتل الناس جميعا</w:t>
      </w:r>
    </w:p>
    <w:p>
      <w:r>
        <w:rPr>
          <w:b/>
        </w:rPr>
        <w:t xml:space="preserve">[1:19:13] </w:t>
      </w:r>
      <w:r>
        <w:t>waman ahya ha fakanama</w:t>
      </w:r>
    </w:p>
    <w:p>
      <w:pPr>
        <w:jc w:val="right"/>
      </w:pPr>
      <w:r>
        <w:t>ومن احیاها فکانما</w:t>
      </w:r>
    </w:p>
    <w:p>
      <w:r>
        <w:rPr>
          <w:b/>
        </w:rPr>
        <w:t xml:space="preserve">[1:19:19] </w:t>
      </w:r>
      <w:r>
        <w:t>ahyal nas jameea</w:t>
      </w:r>
    </w:p>
    <w:p>
      <w:pPr>
        <w:jc w:val="right"/>
      </w:pPr>
      <w:r>
        <w:t>احی الناس جميعا</w:t>
      </w:r>
    </w:p>
    <w:p>
      <w:r>
        <w:rPr>
          <w:b/>
        </w:rPr>
        <w:t xml:space="preserve">[1:19:23] </w:t>
      </w:r>
      <w:r>
        <w:t>wal qad jaa at hum rusuluna bil bayyinati thumma</w:t>
      </w:r>
    </w:p>
    <w:p>
      <w:pPr>
        <w:jc w:val="right"/>
      </w:pPr>
      <w:r>
        <w:t>ولقد جاءتهم رسلنا بالبينات ثم</w:t>
      </w:r>
    </w:p>
    <w:p>
      <w:r>
        <w:rPr>
          <w:b/>
        </w:rPr>
        <w:t xml:space="preserve">[1:19:31] </w:t>
      </w:r>
      <w:r>
        <w:t>in kaseeran min hum baada dhalik</w:t>
      </w:r>
    </w:p>
    <w:p>
      <w:pPr>
        <w:jc w:val="right"/>
      </w:pPr>
      <w:r>
        <w:t>ان کثیرا منہم بعد ذالک</w:t>
      </w:r>
    </w:p>
    <w:p>
      <w:r>
        <w:rPr>
          <w:b/>
        </w:rPr>
        <w:t xml:space="preserve">[1:19:38] </w:t>
      </w:r>
      <w:r>
        <w:t>thumma in kaseeran</w:t>
      </w:r>
    </w:p>
    <w:p>
      <w:pPr>
        <w:jc w:val="right"/>
      </w:pPr>
      <w:r>
        <w:t>ثم ان کثیرا</w:t>
      </w:r>
    </w:p>
    <w:p>
      <w:r>
        <w:rPr>
          <w:b/>
        </w:rPr>
        <w:t xml:space="preserve">[1:19:43] </w:t>
      </w:r>
      <w:r>
        <w:t>min hum baada</w:t>
      </w:r>
    </w:p>
    <w:p>
      <w:pPr>
        <w:jc w:val="right"/>
      </w:pPr>
      <w:r>
        <w:t>منہم بعد</w:t>
      </w:r>
    </w:p>
    <w:p>
      <w:r>
        <w:rPr>
          <w:b/>
        </w:rPr>
        <w:t xml:space="preserve">[1:19:45] </w:t>
      </w:r>
      <w:r>
        <w:t>thalika fi al-ardi lamusrifun</w:t>
      </w:r>
    </w:p>
    <w:p>
      <w:pPr>
        <w:jc w:val="right"/>
      </w:pPr>
      <w:r>
        <w:t>ذالک فی الارض لمسرفون</w:t>
      </w:r>
    </w:p>
    <w:p>
      <w:r>
        <w:rPr>
          <w:b/>
        </w:rPr>
        <w:t xml:space="preserve">[1:19:52] </w:t>
      </w:r>
      <w:r>
        <w:t>innama jaza al lazeena yuharibunallaha warasulahu wayasuna fil arzi fasadan an yuqtaloo</w:t>
      </w:r>
    </w:p>
    <w:p>
      <w:pPr>
        <w:jc w:val="right"/>
      </w:pPr>
      <w:r>
        <w:t>انما جزاء الذین یحاربون اللہ ورسولہ ویسعون فی الارض فسادا ان یقتلوا</w:t>
      </w:r>
    </w:p>
    <w:p>
      <w:r>
        <w:rPr>
          <w:b/>
        </w:rPr>
        <w:t xml:space="preserve">[1:20:07] </w:t>
      </w:r>
      <w:r>
        <w:t>an yuqtaloo aw yusallaboo</w:t>
      </w:r>
    </w:p>
    <w:p>
      <w:pPr>
        <w:jc w:val="right"/>
      </w:pPr>
      <w:r>
        <w:t>ان یقتلوا او یصلبوا</w:t>
      </w:r>
    </w:p>
    <w:p>
      <w:r>
        <w:rPr>
          <w:b/>
        </w:rPr>
        <w:t xml:space="preserve">[1:20:14] </w:t>
      </w:r>
      <w:r>
        <w:t>aw tuqatta aydihim warjuluhum</w:t>
      </w:r>
    </w:p>
    <w:p>
      <w:pPr>
        <w:jc w:val="right"/>
      </w:pPr>
      <w:r>
        <w:t>او تقطع ایدیہم وارجلهم</w:t>
      </w:r>
    </w:p>
    <w:p>
      <w:r>
        <w:rPr>
          <w:b/>
        </w:rPr>
        <w:t xml:space="preserve">[1:20:18] </w:t>
      </w:r>
      <w:r>
        <w:t>min khilafi aw yunfaw</w:t>
      </w:r>
    </w:p>
    <w:p>
      <w:pPr>
        <w:jc w:val="right"/>
      </w:pPr>
      <w:r>
        <w:t>من خلاف اوینفوا</w:t>
      </w:r>
    </w:p>
    <w:p>
      <w:r>
        <w:rPr>
          <w:b/>
        </w:rPr>
        <w:t xml:space="preserve">[1:20:22] </w:t>
      </w:r>
      <w:r>
        <w:t>min al arzi dhalika lahum khizyun</w:t>
      </w:r>
    </w:p>
    <w:p>
      <w:pPr>
        <w:jc w:val="right"/>
      </w:pPr>
      <w:r>
        <w:t>من الارض ذالک لهم خزی</w:t>
      </w:r>
    </w:p>
    <w:p>
      <w:r>
        <w:rPr>
          <w:b/>
        </w:rPr>
        <w:t xml:space="preserve">[1:20:27] </w:t>
      </w:r>
      <w:r>
        <w:t>fid dunya walahum fil akhirati azabun azeemun</w:t>
      </w:r>
    </w:p>
    <w:p>
      <w:pPr>
        <w:jc w:val="right"/>
      </w:pPr>
      <w:r>
        <w:t>فی الدنیا ولهم فی الاخرۃ عذاب عظیم</w:t>
      </w:r>
    </w:p>
    <w:p>
      <w:r>
        <w:rPr>
          <w:b/>
        </w:rPr>
        <w:t xml:space="preserve">[1:20:37] </w:t>
      </w:r>
      <w:r>
        <w:t>illa allatheena tabu min qabli an taqdiru 'alayhim fa'lamu anna Allaha ghafurun raheem</w:t>
      </w:r>
    </w:p>
    <w:p>
      <w:pPr>
        <w:jc w:val="right"/>
      </w:pPr>
      <w:r>
        <w:t>الا الذین تابوا من قبل ان تقدروا علیہم فاعلموا ان اللہ غفور رحیم</w:t>
      </w:r>
    </w:p>
    <w:p>
      <w:r>
        <w:rPr>
          <w:b/>
        </w:rPr>
        <w:t xml:space="preserve">[1:20:55] </w:t>
      </w:r>
      <w:r>
        <w:t>isi sabab se hum ne bani israil par yeh likh diya ke jo shakhs kisi ko qatl kare</w:t>
      </w:r>
    </w:p>
    <w:p>
      <w:pPr>
        <w:jc w:val="right"/>
      </w:pPr>
      <w:r>
        <w:t>اسی سبب سے ہم نے بنی اسرائیل پر یہ لکھ دیا کہ جو شخص کسی کو قتل کرے</w:t>
      </w:r>
    </w:p>
    <w:p>
      <w:r>
        <w:rPr>
          <w:b/>
        </w:rPr>
        <w:t xml:space="preserve">[1:21:01] </w:t>
      </w:r>
      <w:r>
        <w:t>baghair is ke ke us ne kisi ko qatl kiya ho ya zameen mein fasad barpa kiya ho</w:t>
      </w:r>
    </w:p>
    <w:p>
      <w:pPr>
        <w:jc w:val="right"/>
      </w:pPr>
      <w:r>
        <w:t>بغیر اس کے کہ اس نے کسی کو قتل کیا ہو یا زمین میں فساد برپا کیا ہو</w:t>
      </w:r>
    </w:p>
    <w:p>
      <w:r>
        <w:rPr>
          <w:b/>
        </w:rPr>
        <w:t xml:space="preserve">[1:21:08] </w:t>
      </w:r>
      <w:r>
        <w:t>to goya us ne sare admiyon ko qatl kar dala aur jis ne ek shakhs ko bachaya to</w:t>
      </w:r>
    </w:p>
    <w:p>
      <w:pPr>
        <w:jc w:val="right"/>
      </w:pPr>
      <w:r>
        <w:t>تو گویا اس نے سارے ادمیوں کو قتل کر ڈالا اور جس نے ایک شخص کو بچایا تو</w:t>
      </w:r>
    </w:p>
    <w:p>
      <w:r>
        <w:rPr>
          <w:b/>
        </w:rPr>
        <w:t xml:space="preserve">[1:21:15] </w:t>
      </w:r>
      <w:r>
        <w:t>goya us ne sare admiyon ko bacha liya</w:t>
      </w:r>
    </w:p>
    <w:p>
      <w:pPr>
        <w:jc w:val="right"/>
      </w:pPr>
      <w:r>
        <w:t>گویا اس نے سارے ادمیوں کو بچا لیا</w:t>
      </w:r>
    </w:p>
    <w:p>
      <w:r>
        <w:rPr>
          <w:b/>
        </w:rPr>
        <w:t xml:space="preserve">[1:21:20] </w:t>
      </w:r>
      <w:r>
        <w:t>aur hamare peghambar un ke paas khule hue ahkam le kar aaye</w:t>
      </w:r>
    </w:p>
    <w:p>
      <w:pPr>
        <w:jc w:val="right"/>
      </w:pPr>
      <w:r>
        <w:t>اور ہمارے پیغمبر ان کے پاس کھلے ہوئے احکام لے کر ائے</w:t>
      </w:r>
    </w:p>
    <w:p>
      <w:r>
        <w:rPr>
          <w:b/>
        </w:rPr>
        <w:t xml:space="preserve">[1:21:26] </w:t>
      </w:r>
      <w:r>
        <w:t>is ke bawajood un mein se bohat se log zameen mein ziyadatiyan karte hain jo log Allah aur us ke rasool se ladte hain aur zameen mein fasad karne walon ke liye daudte hain un ki saza yahi hai ke un ko qatl kiya jaye ya woh suli par charhaye jayen ya un ke hath aur paon mukhalif simt pe kate jayen ya un ko mulk se bahar nikal diya jaye</w:t>
      </w:r>
    </w:p>
    <w:p>
      <w:pPr>
        <w:jc w:val="right"/>
      </w:pPr>
      <w:r>
        <w:t>اس کے باوجود ان میں سے بہت سے لوگ زمین میں زیادتیاں کرتے ہیں جو لوگ اللہ اور اس کے رسول سے لڑتے ہیں اور زمین میں فساد کرنے والوں کے لیے دوڑتے ہیں ان کی سزا یہی ہے کہ ان کو قتل کیا جائے یا وہ سولی پر چڑھائے جائیں یا ان کے ہاتھ اور پاؤں مخالف سمت پہ کاٹے جائیں یا ان کو ملک سے باہر نکال دیا جائے</w:t>
      </w:r>
    </w:p>
    <w:p>
      <w:r>
        <w:rPr>
          <w:b/>
        </w:rPr>
        <w:t xml:space="preserve">[1:21:56] </w:t>
      </w:r>
      <w:r>
        <w:t>yeh un ki ruswai dunya mein hai aur akhirat mein un ke liye bada azab hai magar jo log toba kar lein tumhare qabu paane se pehle to jaan lo ke Allah bakhsne wala meharban hai</w:t>
      </w:r>
    </w:p>
    <w:p>
      <w:pPr>
        <w:jc w:val="right"/>
      </w:pPr>
      <w:r>
        <w:t>یہ ان کی رسوائی دنیا میں ہے اور اخرت میں ان کے لیے بڑا عذاب ہے مگر جو لوگ توبہ کر لیں تمہارے قابو پانے سے پہلے تو جان لو کہ اللہ بخشنے والا مہربان ہے</w:t>
      </w:r>
    </w:p>
    <w:p>
      <w:r>
        <w:rPr>
          <w:b/>
        </w:rPr>
        <w:t xml:space="preserve">[1:22:15] </w:t>
      </w:r>
      <w:r>
        <w:t>tashreeh koi shakhs jab kisi shakhs ko qatl karta hai to woh sirf ek insan ka qatil nahi hota</w:t>
      </w:r>
    </w:p>
    <w:p>
      <w:pPr>
        <w:jc w:val="right"/>
      </w:pPr>
      <w:r>
        <w:t>تشریح کوئی شخص جب کسی شخص کو قتل کرتا ہے تو وہ صرف ایک انسان کا قاتل نہیں ہوتا</w:t>
      </w:r>
    </w:p>
    <w:p>
      <w:r>
        <w:rPr>
          <w:b/>
        </w:rPr>
        <w:t xml:space="preserve">[1:22:25] </w:t>
      </w:r>
      <w:r>
        <w:t>balkeh tamam insano ka qatil hota hai kyunke woh hurmat ke us qanoon ko todta hai jis mein tamam insano ki zindagiyaan bachi hui hain isi tarah jab koi shakhs kisi ko zalim ke zulm se nijat dilana chahta hai to woh sirf ek shakhs ka nijat dahinda nahi hota</w:t>
      </w:r>
    </w:p>
    <w:p>
      <w:pPr>
        <w:jc w:val="right"/>
      </w:pPr>
      <w:r>
        <w:t>بلکہ تمام انسانوں کا قاتل ہوتا ہے کیونکہ وہ حرمت کے اس قانون کو توڑتا ہے جس میں تمام انسانوں کی زندگیاں بدی ہوئی ہیں اسی طرح جب کوئی شخص کسی کو ظالم کے ظلم سے نجات دلانا چاہتا ہے تو وہ صرف ایک شخص کا نجات دہندہ نہیں ہوتا</w:t>
      </w:r>
    </w:p>
    <w:p>
      <w:r>
        <w:rPr>
          <w:b/>
        </w:rPr>
        <w:t xml:space="preserve">[1:22:47] </w:t>
      </w:r>
      <w:r>
        <w:t>balkeh tamam insano ka nijat dahinda hota hai kyunke us ne us usool ki hifazat ki ke tamam insano ki jan muhtaram hai kisi ko kisi ke upar hath uthane ka haq nahi jab koi shakhs kisi ki izzat ya us ke maal ya us ki jan par hamla kare to us ka matlab yeh hai ke moashre ke andar hangami halat paida ho gayi hai</w:t>
      </w:r>
    </w:p>
    <w:p>
      <w:pPr>
        <w:jc w:val="right"/>
      </w:pPr>
      <w:r>
        <w:t>بلکہ تمام انسانوں کا نجات دہندہ ہوتا ہے کیونکہ اس نے اس اصول کی حفاظت کی کہ تمام انسانوں کی جان محترم ہے کسی کو کسی کے اوپر ہاتھ اٹھانے کا حق نہیں جب کوئی شخص کسی کی عزت یا اس کے مال یا اس کی جان پر حملہ کرے تو اس کا مطلب یہ ہے کہ معاشرے کے اندر ہنگامی حالت پیدا ہوگئی ہے</w:t>
      </w:r>
    </w:p>
    <w:p>
      <w:r>
        <w:rPr>
          <w:b/>
        </w:rPr>
        <w:t xml:space="preserve">[1:23:16] </w:t>
      </w:r>
      <w:r>
        <w:t>musalmanon ko chahiye ke aise kisi ek waqeye ko bhi is nazar se dekhein goya sare logon ki jan aur maal aur abru khatre mein hai kisi moashre mein ek doosre ke ehtram ki riwayat lambi tareekh ke nateejay mein banti hain aur agar ek bar yeh riwayat toot jayen to dobara lambi tareekh ke baad hi un ko moashre ke andar qaim kiya ja sakta hai</w:t>
      </w:r>
    </w:p>
    <w:p>
      <w:pPr>
        <w:jc w:val="right"/>
      </w:pPr>
      <w:r>
        <w:t>مسلمانوں کو چاہیے کہ ایسے کسی ایک واقعے کو بھی اس نظر سے دیکھیں گویا سارے لوگوں کی جان اور مال اور ابرو خطرے میں ہے کسی معاشرے میں ایک دوسرے کے احترام کی روایات لمبی تاریخ کے نتیجے میں بنتی ہیں اور اگر ایک بار یہ روایات ٹوٹ جائیں تو دوبارہ لمبی تاریخ کے بعد ہی ان کو معاشرے کے اندر قائم کیا جا سکتا ہے</w:t>
      </w:r>
    </w:p>
    <w:p>
      <w:r>
        <w:rPr>
          <w:b/>
        </w:rPr>
        <w:t xml:space="preserve">[1:23:46] </w:t>
      </w:r>
      <w:r>
        <w:t>jo log moashre ke andar fasad ki riwayat qaim karein woh moashre ke sab se bare dushman hain</w:t>
      </w:r>
    </w:p>
    <w:p>
      <w:pPr>
        <w:jc w:val="right"/>
      </w:pPr>
      <w:r>
        <w:t>جو لوگ معاشرے کے اندر فساد کی روایت قائم کریں وہ معاشرے کے سب سے بڑے دشمن ہیں</w:t>
      </w:r>
    </w:p>
    <w:p>
      <w:r>
        <w:rPr>
          <w:b/>
        </w:rPr>
        <w:t xml:space="preserve">[1:23:57] </w:t>
      </w:r>
      <w:r>
        <w:t>khuda ne apni dunya ka nizam jis usool par qaim kiya hai woh yeh hai ke har ek apne hisse ka farz anjam de koi shakhs doosre ke daire mein beja dakhal andazi na kare tamam jamadat aur haiwanat isi fitrat par amal kar rahe hain</w:t>
      </w:r>
    </w:p>
    <w:p>
      <w:pPr>
        <w:jc w:val="right"/>
      </w:pPr>
      <w:r>
        <w:t>خدا نے اپنی دنیا کا نظام جس اصول پر قائم کیا ہے وہ یہ ہے کہ ہر ایک اپنے حصے کا فرض انجام دے کوئی شخص دوسرے کے دائرے میں بے جا مداخلت نہ کرے تمام جمادات اور حیوانات اسی فطرت پر عمل کر رہے ہیں</w:t>
      </w:r>
    </w:p>
    <w:p>
      <w:r>
        <w:rPr>
          <w:b/>
        </w:rPr>
        <w:t xml:space="preserve">[1:24:17] </w:t>
      </w:r>
      <w:r>
        <w:t>insan ko bhi peghambaron ke zariye yeh hidayat wazeh taur par bata di gayi hain magar insan jo ke deegar makhluqat ke bar aks waqti taur par azad rakha gaya hai sarkashi karta hai aur is tarah fitrat ke nizam mein fasad paida karta hai</w:t>
      </w:r>
    </w:p>
    <w:p>
      <w:pPr>
        <w:jc w:val="right"/>
      </w:pPr>
      <w:r>
        <w:t>انسان کو بھی پیغمبروں کے ذریعے یہ ہدایات واضح طور پر بتا دی گئی ہیں مگر انسان جو کہ دیگر مخلوقات کے برعکس وقتی طور پر ازاد رکھا گیا ہے سرکشی کرتا ہے اور اس طرح فطرت کے نظام میں فساد پیدا کرتا ہے</w:t>
      </w:r>
    </w:p>
    <w:p>
      <w:r>
        <w:rPr>
          <w:b/>
        </w:rPr>
        <w:t xml:space="preserve">[1:24:40] </w:t>
      </w:r>
      <w:r>
        <w:t>aise log khuda ki nazar mein sakht mujrim hain aur woh log aur bhi zyada bare mujrim hain jo khuda o rasool se jang karein</w:t>
      </w:r>
    </w:p>
    <w:p>
      <w:pPr>
        <w:jc w:val="right"/>
      </w:pPr>
      <w:r>
        <w:t>ایسے لوگ خدا کی نظر میں سخت مجرم ہیں اور وہ لوگ اور بھی زیادہ بڑے مجرم ہیں جو خدا و رسول سے جنگ کریں</w:t>
      </w:r>
    </w:p>
    <w:p>
      <w:r>
        <w:rPr>
          <w:b/>
        </w:rPr>
        <w:t xml:space="preserve">[1:24:52] </w:t>
      </w:r>
      <w:r>
        <w:t>yani khuda apne bando ke darmiyan aisi dawat uthaye jo logon ko murshidana tareeqon se bachne aur fitrat</w:t>
      </w:r>
    </w:p>
    <w:p>
      <w:pPr>
        <w:jc w:val="right"/>
      </w:pPr>
      <w:r>
        <w:t>یعنی خدا اپنے بندوں کے درمیان ایسی دعوت اٹھائے جو لوگوں کو مرشدانہ طریقوں سے بچنے اور فطرت</w:t>
      </w:r>
    </w:p>
    <w:p>
      <w:r>
        <w:rPr>
          <w:b/>
        </w:rPr>
        <w:t xml:space="preserve">[1:25:02] </w:t>
      </w:r>
      <w:r>
        <w:t>o khwandani par zindagi guzarnay ki taraf bulati ho to woh</w:t>
      </w:r>
    </w:p>
    <w:p>
      <w:pPr>
        <w:jc w:val="right"/>
      </w:pPr>
      <w:r>
        <w:t>و خداوندی پر زندگی گزارنے کی طرف بلاتی ہو تو وہ</w:t>
      </w:r>
    </w:p>
    <w:p>
      <w:r>
        <w:rPr>
          <w:b/>
        </w:rPr>
        <w:t xml:space="preserve">[1:25:08] </w:t>
      </w:r>
      <w:r>
        <w:t>is ka rasta rokein aur is ke khilaf takhreebi karrawaiyan karein aise logon ke liye dunya mein ibrat</w:t>
      </w:r>
    </w:p>
    <w:p>
      <w:pPr>
        <w:jc w:val="right"/>
      </w:pPr>
      <w:r>
        <w:t>اس کا راستہ روکیں اور اس کے خلاف تخریبی کارروائیاں کریں ایسے لوگوں کے لیے دنیا میں عبرت</w:t>
      </w:r>
    </w:p>
    <w:p>
      <w:r>
        <w:rPr>
          <w:b/>
        </w:rPr>
        <w:t xml:space="preserve">[1:25:15] </w:t>
      </w:r>
      <w:r>
        <w:t>nak saza hai aur akhirat mein bharkti hui aag</w:t>
      </w:r>
    </w:p>
    <w:p>
      <w:pPr>
        <w:jc w:val="right"/>
      </w:pPr>
      <w:r>
        <w:t>ناک سزا ہے اور اخرت میں بھڑکتی ہوئی اگ</w:t>
      </w:r>
    </w:p>
    <w:p>
      <w:r>
        <w:rPr>
          <w:b/>
        </w:rPr>
        <w:t xml:space="preserve">[1:25:21] </w:t>
      </w:r>
      <w:r>
        <w:t>ya ayyuha allazina amanu ittaqullah wabtaghu</w:t>
      </w:r>
    </w:p>
    <w:p>
      <w:pPr>
        <w:jc w:val="right"/>
      </w:pPr>
      <w:r>
        <w:t>یا ایہا الذین امنو اتقوا اللہ وابتغوا</w:t>
      </w:r>
    </w:p>
    <w:p>
      <w:r>
        <w:rPr>
          <w:b/>
        </w:rPr>
        <w:t xml:space="preserve">[1:25:30] </w:t>
      </w:r>
      <w:r>
        <w:t>ilaihi alwasilata wabtaghu</w:t>
      </w:r>
    </w:p>
    <w:p>
      <w:pPr>
        <w:jc w:val="right"/>
      </w:pPr>
      <w:r>
        <w:t>الیہ الوسیلۃ وابتغوا</w:t>
      </w:r>
    </w:p>
    <w:p>
      <w:r>
        <w:rPr>
          <w:b/>
        </w:rPr>
        <w:t xml:space="preserve">[1:25:36] </w:t>
      </w:r>
      <w:r>
        <w:t>ilaihi alwasilata</w:t>
      </w:r>
    </w:p>
    <w:p>
      <w:pPr>
        <w:jc w:val="right"/>
      </w:pPr>
      <w:r>
        <w:t>الیہ الوسیلۃ</w:t>
      </w:r>
    </w:p>
    <w:p>
      <w:r>
        <w:rPr>
          <w:b/>
        </w:rPr>
        <w:t xml:space="preserve">[1:25:38] </w:t>
      </w:r>
      <w:r>
        <w:t>wa jahidu fi sabilihi la'allakum tuflihun</w:t>
      </w:r>
    </w:p>
    <w:p>
      <w:pPr>
        <w:jc w:val="right"/>
      </w:pPr>
      <w:r>
        <w:t>وجاہدوا فی سبیلہ لعلكم تفلحون</w:t>
      </w:r>
    </w:p>
    <w:p>
      <w:r>
        <w:rPr>
          <w:b/>
        </w:rPr>
        <w:t xml:space="preserve">[1:25:46] </w:t>
      </w:r>
      <w:r>
        <w:t>innallazina kafaroo law anna lahum</w:t>
      </w:r>
    </w:p>
    <w:p>
      <w:pPr>
        <w:jc w:val="right"/>
      </w:pPr>
      <w:r>
        <w:t>ان الذین کفروا لو ان لهم</w:t>
      </w:r>
    </w:p>
    <w:p>
      <w:r>
        <w:rPr>
          <w:b/>
        </w:rPr>
        <w:t xml:space="preserve">[1:25:53] </w:t>
      </w:r>
      <w:r>
        <w:t>ma fil ardi jamee an</w:t>
      </w:r>
    </w:p>
    <w:p>
      <w:pPr>
        <w:jc w:val="right"/>
      </w:pPr>
      <w:r>
        <w:t>ما فی الارض جميعا</w:t>
      </w:r>
    </w:p>
    <w:p>
      <w:r>
        <w:rPr>
          <w:b/>
        </w:rPr>
        <w:t xml:space="preserve">[1:25:56] </w:t>
      </w:r>
      <w:r>
        <w:t>wamithlahu ma'ahu liytafdu bihi</w:t>
      </w:r>
    </w:p>
    <w:p>
      <w:pPr>
        <w:jc w:val="right"/>
      </w:pPr>
      <w:r>
        <w:t>ومثله معہ لیفتدوا به</w:t>
      </w:r>
    </w:p>
    <w:p>
      <w:r>
        <w:rPr>
          <w:b/>
        </w:rPr>
        <w:t xml:space="preserve">[1:26:00] </w:t>
      </w:r>
      <w:r>
        <w:t>liytafdu bihi min azabi yawmi alqiyamati ma tuqabbila minhum waluhum azabun aleem</w:t>
      </w:r>
    </w:p>
    <w:p>
      <w:pPr>
        <w:jc w:val="right"/>
      </w:pPr>
      <w:r>
        <w:t>لیفتدوا به من عذاب يوم القیامۃ ما تقبل منہم ولهم عذاب الیم</w:t>
      </w:r>
    </w:p>
    <w:p>
      <w:r>
        <w:rPr>
          <w:b/>
        </w:rPr>
        <w:t xml:space="preserve">[1:26:12] </w:t>
      </w:r>
      <w:r>
        <w:t>yuriduna an yakhruju minannari wama hum bikharijeena minha waluhum azabun</w:t>
      </w:r>
    </w:p>
    <w:p>
      <w:pPr>
        <w:jc w:val="right"/>
      </w:pPr>
      <w:r>
        <w:t>یریدون ان یخرجوا من النار وما هم بخارجین منها ولهم عذاب</w:t>
      </w:r>
    </w:p>
    <w:p>
      <w:r>
        <w:rPr>
          <w:b/>
        </w:rPr>
        <w:t xml:space="preserve">[1:26:24] </w:t>
      </w:r>
      <w:r>
        <w:t>muqeem</w:t>
      </w:r>
    </w:p>
    <w:p>
      <w:pPr>
        <w:jc w:val="right"/>
      </w:pPr>
      <w:r>
        <w:t>مقیم</w:t>
      </w:r>
    </w:p>
    <w:p>
      <w:r>
        <w:rPr>
          <w:b/>
        </w:rPr>
        <w:t xml:space="preserve">[1:26:28] </w:t>
      </w:r>
      <w:r>
        <w:t>was-sariqu was-sarikatu fa-qta'u ayadihima jaza'a bima kasaba nakalan min Allah wa-Allah 'azizu hakim</w:t>
      </w:r>
    </w:p>
    <w:p>
      <w:pPr>
        <w:jc w:val="right"/>
      </w:pPr>
      <w:r>
        <w:t>والسارق والسارقه فقطعوا ایدیهما جزاء بما كسبا نكالا من الله والله عزيز حكيم</w:t>
      </w:r>
    </w:p>
    <w:p>
      <w:r>
        <w:rPr>
          <w:b/>
        </w:rPr>
        <w:t xml:space="preserve">[1:26:50] </w:t>
      </w:r>
      <w:r>
        <w:t>fa-man taba min ba'di zulmihi wa-aslaha fa-inna Allah yatubu 'alayhi inna Allah ghafurur rahim</w:t>
      </w:r>
    </w:p>
    <w:p>
      <w:pPr>
        <w:jc w:val="right"/>
      </w:pPr>
      <w:r>
        <w:t>فمن تاب من بعد ظلمه واصلح فان الله يتوب عليه ان الله غفور رحيم</w:t>
      </w:r>
    </w:p>
    <w:p>
      <w:r>
        <w:rPr>
          <w:b/>
        </w:rPr>
        <w:t xml:space="preserve">[1:27:09] </w:t>
      </w:r>
      <w:r>
        <w:t>alam ta'lam annal-laha lahu mulkus-samawati wal-ard yu'azzibu man yashaa'u wa-yaghfiru liman yashaa'u</w:t>
      </w:r>
    </w:p>
    <w:p>
      <w:pPr>
        <w:jc w:val="right"/>
      </w:pPr>
      <w:r>
        <w:t>الم تعلم ان الله له ملك السماوات والارض يعذب من يشاء ويغفر لمن يشاء</w:t>
      </w:r>
    </w:p>
    <w:p>
      <w:r>
        <w:rPr>
          <w:b/>
        </w:rPr>
        <w:t xml:space="preserve">[1:27:25] </w:t>
      </w:r>
      <w:r>
        <w:t>wa-Allahu 'ala kulli shay'in qadir</w:t>
      </w:r>
    </w:p>
    <w:p>
      <w:pPr>
        <w:jc w:val="right"/>
      </w:pPr>
      <w:r>
        <w:t>والله على كل شيء قدير</w:t>
      </w:r>
    </w:p>
    <w:p>
      <w:r>
        <w:rPr>
          <w:b/>
        </w:rPr>
        <w:t xml:space="preserve">[1:27:34] </w:t>
      </w:r>
      <w:r>
        <w:t>ae imaan walo Allah se daro aur uska qurb talash karo aur Allah ki rah mein jahad karo taake tum falah pao beshak jin logon ne kufr kiya hai agar unke paas woh sab kuch ho jo zameen mein hai aur itna hi aur ho taake woh us ko fidya mein de kar qayamat ke din azab se chut jayein</w:t>
      </w:r>
    </w:p>
    <w:p>
      <w:pPr>
        <w:jc w:val="right"/>
      </w:pPr>
      <w:r>
        <w:t>اے ایمان والو اللہ سے ڈرو اور اس کا قرب تلاش کرو اور اللہ کی راہ میں جدوجہد کرو تاکہ تم فلاح پاؤ بے شک جن لوگوں نے کفر کیا ہے اگر ان کے پاس وہ سب کچھ ہو جو زمین میں ہے اور اتنا ہی اور ہو تاکہ وہ اس کو فدیہ میں دے کر قیامت کے دن عذاب سے چھوٹ جائیں</w:t>
      </w:r>
    </w:p>
    <w:p>
      <w:r>
        <w:rPr>
          <w:b/>
        </w:rPr>
        <w:t xml:space="preserve">[1:28:01] </w:t>
      </w:r>
      <w:r>
        <w:t>tab bhi woh un se qabool na ki jaye gi aur un ke liye dardnak azab hai woh chahenge ke aag se nikal jayein magar woh is se nikal na sakein ge aur un ke liye aik mustaqil azab hai aur chor mard aur chor aurat dono ke haath kaat do</w:t>
      </w:r>
    </w:p>
    <w:p>
      <w:pPr>
        <w:jc w:val="right"/>
      </w:pPr>
      <w:r>
        <w:t>تب بھی وہ ان سے قبول نہ کی جائے گی اور ان کے لیے دردناک عذاب ہے وہ چاہیں گے کہ اگ سے نکل جائیں مگر وہ اس سے نکل نہ سکیں گے اور ان کے لیے ایک مستقل عذاب ہے اور چور مرد اور چور عورت دونوں کے ہاتھ کاٹ دو</w:t>
      </w:r>
    </w:p>
    <w:p>
      <w:r>
        <w:rPr>
          <w:b/>
        </w:rPr>
        <w:t xml:space="preserve">[1:28:24] </w:t>
      </w:r>
      <w:r>
        <w:t>yeh un ki kamai ka badla hai aur Allah ki taraf se 'ibrat nak saza aur Allah ghalib aur hakim hai phir jis ne apne zulm ke baad tauba ki aur islaah kar li to Allah beshak us par tawajjuh kare ga aur Allah bakhshne wala meharban hai</w:t>
      </w:r>
    </w:p>
    <w:p>
      <w:pPr>
        <w:jc w:val="right"/>
      </w:pPr>
      <w:r>
        <w:t>یہ ان کی کمائی کا بدلہ ہے اور اللہ کی طرف سے عبرت ناک سزا اور اللہ غالب اور حکیم ہے پھر جس نے اپنے ظلم کے بعد توبہ کی اور اصلاح کر لی تو اللہ بے شک اس پر توجہ کرے گا اور اللہ بخشنے والا مہربان ہے</w:t>
      </w:r>
    </w:p>
    <w:p>
      <w:r>
        <w:rPr>
          <w:b/>
        </w:rPr>
        <w:t xml:space="preserve">[1:28:51] </w:t>
      </w:r>
      <w:r>
        <w:t>kya tum nahi jante ke Allah zameen aur asman ki saltanat ka malik hai woh jis ko chahe saza de aur jis ko chahe maaf kar de aur Allah har cheez par qadir hai</w:t>
      </w:r>
    </w:p>
    <w:p>
      <w:pPr>
        <w:jc w:val="right"/>
      </w:pPr>
      <w:r>
        <w:t>کیا تم نہیں جانتے کہ اللہ زمین اور اسمان کی سلطنت کا مالک ہے وہ جس کو چاہے سزا دے اور جس کو چاہے معاف کر دے اور اللہ ہر چیز پر قادر ہے</w:t>
      </w:r>
    </w:p>
    <w:p>
      <w:r>
        <w:rPr>
          <w:b/>
        </w:rPr>
        <w:t xml:space="preserve">[1:29:10] </w:t>
      </w:r>
      <w:r>
        <w:t>tashreeh bande ke liye sab se bari cheez Allah ki qurbat hai</w:t>
      </w:r>
    </w:p>
    <w:p>
      <w:pPr>
        <w:jc w:val="right"/>
      </w:pPr>
      <w:r>
        <w:t>تشریح بندے کے لیے سب سے بڑی چیز اللہ کی قربت ہے</w:t>
      </w:r>
    </w:p>
    <w:p>
      <w:r>
        <w:rPr>
          <w:b/>
        </w:rPr>
        <w:t xml:space="preserve">[1:29:19] </w:t>
      </w:r>
      <w:r>
        <w:t>yeh qurbat apni mehsoos aur kamil surat mein to akhirat mein hasil hogi taham kisi bande ka amal jab us ko Allah se qareeb karta hai to aik lateef ehsas ki surat mein uska tajruba us ko isi dunya mein hone lagta hai</w:t>
      </w:r>
    </w:p>
    <w:p>
      <w:pPr>
        <w:jc w:val="right"/>
      </w:pPr>
      <w:r>
        <w:t>یہ قربت اپنی محسوس اور کامل صورت میں تو اخرت میں حاصل ہوگی تاہم کسی بندے کا عمل جب اس کو اللہ سے قریب کرتا ہے تو ایک لطیف احساس کی صورت میں اس کا تجربہ اس کو اسی دنیا میں ہونے لگتا ہے</w:t>
      </w:r>
    </w:p>
    <w:p>
      <w:r>
        <w:rPr>
          <w:b/>
        </w:rPr>
        <w:t xml:space="preserve">[1:29:44] </w:t>
      </w:r>
      <w:r>
        <w:t>is qurbat tak pahunchne ka zariya taqwa aur jahad hai yani darne aur jahad karne ki satah par Allah ka parastar banna aadmi ki zindagi mein aise lamhat aate hain jab ke woh apne ko haq aur na-haq ke darmiyan khara hua pata hai</w:t>
      </w:r>
    </w:p>
    <w:p>
      <w:pPr>
        <w:jc w:val="right"/>
      </w:pPr>
      <w:r>
        <w:t>اس قربت تک پہنچنے کا ذریعہ تقوی اور جہاد ہے یعنی ڈرنے اور جدوجہد کرنے کی سطح پر اللہ کا پرستار بننا ادمی کی زندگی میں ایسے لمحات اتے ہیں جب کہ وہ اپنے کو حق اور ناحق کے درمیان کھڑا ہوا پاتا ہے</w:t>
      </w:r>
    </w:p>
    <w:p>
      <w:r>
        <w:rPr>
          <w:b/>
        </w:rPr>
        <w:t xml:space="preserve">[1:30:10] </w:t>
      </w:r>
      <w:r>
        <w:t>haq ki taraf badhne mein us ki ana tootti hai us ki dunyavi maslahaton ka dhancha bikharta hua nazar aata hai jab ke na-haq ka tareeqa ikhtiyar karne mein us ki ana qaim rehti hai us ki maslahatein poori tarah mehfooz dikhai deti hain</w:t>
      </w:r>
    </w:p>
    <w:p>
      <w:pPr>
        <w:jc w:val="right"/>
      </w:pPr>
      <w:r>
        <w:t>حق کی طرف بڑھنے میں اس کی انا ٹوٹتی ہے اس کی دنیاوی مصلحتوں کا ڈھانچہ بکھرتا ہوا نظر اتا ہے جبکہ ناحق کا طریقہ اختیار کرنے میں اس کی انا قائم رہتی ہے اس کی مصلحتیں پوری طرح محفوظ دکھائی دیتی ہیں</w:t>
      </w:r>
    </w:p>
    <w:p>
      <w:r>
        <w:rPr>
          <w:b/>
        </w:rPr>
        <w:t xml:space="preserve">[1:30:35] </w:t>
      </w:r>
      <w:r>
        <w:t>aise waqt mein jo shakhs khuda se dare aur tamam doosri baaton ko nazar andaz kar ke khuda</w:t>
      </w:r>
    </w:p>
    <w:p>
      <w:pPr>
        <w:jc w:val="right"/>
      </w:pPr>
      <w:r>
        <w:t>ایسے وقت میں جو شخص خدا سے ڈرے اور تمام دوسری باتوں کو نظر انداز کر کے خدا</w:t>
      </w:r>
    </w:p>
    <w:p>
      <w:r>
        <w:rPr>
          <w:b/>
        </w:rPr>
        <w:t xml:space="preserve">[1:30:45] </w:t>
      </w:r>
      <w:r>
        <w:t>ko pakad le aur har mushkil aur har nakhushgawari ko jheel kar khuda ki taraf badhe to yahi</w:t>
      </w:r>
    </w:p>
    <w:p>
      <w:pPr>
        <w:jc w:val="right"/>
      </w:pPr>
      <w:r>
        <w:t>کو پکڑ لے اور ہر مشکل اور ہر ناخوشگواری کو جھیل کر خدا کی طرف بڑھے تو یہی</w:t>
      </w:r>
    </w:p>
    <w:p>
      <w:r>
        <w:rPr>
          <w:b/>
        </w:rPr>
        <w:t xml:space="preserve">[1:30:55] </w:t>
      </w:r>
      <w:r>
        <w:t>wo cheez hai jo admi ko khuda se qareeb karti hai aur is qurbat ka naqd tajruba admi</w:t>
      </w:r>
    </w:p>
    <w:p>
      <w:pPr>
        <w:jc w:val="right"/>
      </w:pPr>
      <w:r>
        <w:t>وہ چیز ہے جو ادمی کو خدا سے قریب کرتی ہے اور اس قربت کا نقد تجربہ ادمی</w:t>
      </w:r>
    </w:p>
    <w:p>
      <w:r>
        <w:rPr>
          <w:b/>
        </w:rPr>
        <w:t xml:space="preserve">[1:31:05] </w:t>
      </w:r>
      <w:r>
        <w:t>ko hasiyat ki satah par ek lateef adrak ki surat mein isi waqt ho jata hai</w:t>
      </w:r>
    </w:p>
    <w:p>
      <w:pPr>
        <w:jc w:val="right"/>
      </w:pPr>
      <w:r>
        <w:t>کو حسیات کی سطح پر ایک لطیف ادراک کی صورت میں اسی وقت ہو جاتا ہے</w:t>
      </w:r>
    </w:p>
    <w:p>
      <w:r>
        <w:rPr>
          <w:b/>
        </w:rPr>
        <w:t xml:space="preserve">[1:31:13] </w:t>
      </w:r>
      <w:r>
        <w:t>is ke bar aks jo shakhs taqwa aur jahad ke rastay par chalne ke liye tayyar na ho us ne Khuda ka inkar kiya woh Khuda se door ho kar aise azab mein pad jata hai jis se woh kisi tarah chhutkara na pa sake ga</w:t>
      </w:r>
    </w:p>
    <w:p>
      <w:pPr>
        <w:jc w:val="right"/>
      </w:pPr>
      <w:r>
        <w:t>اس کے برعکس جو شخص تقوی اور جہاد کے راستے پر چلنے کے لیے تیار نہ ہو اس نے خدا کا انکار کیا وہ خدا سے دور ہو کر ایسے عذاب میں پڑ جاتا ہے جس سے وہ کسی طرح چھٹکارا نہ پا سکے گا</w:t>
      </w:r>
    </w:p>
    <w:p>
      <w:r>
        <w:rPr>
          <w:b/>
        </w:rPr>
        <w:t xml:space="preserve">[1:31:37] </w:t>
      </w:r>
      <w:r>
        <w:t>jaza ka mamla tamam tar Khuda ke ikhtiyar mein hai</w:t>
      </w:r>
    </w:p>
    <w:p>
      <w:pPr>
        <w:jc w:val="right"/>
      </w:pPr>
      <w:r>
        <w:t>جزا کا معاملہ تمام تر خدا کے اختیار میں ہے</w:t>
      </w:r>
    </w:p>
    <w:p>
      <w:r>
        <w:rPr>
          <w:b/>
        </w:rPr>
        <w:t xml:space="preserve">[1:31:42] </w:t>
      </w:r>
      <w:r>
        <w:t>na to aisa hai ke koi baad ki zindagi mein islaah kar le tab bhi us ke pichle a'mal us se na dhalen aur na yeh baat hai ke yahan koi aur taqat hai jo sifarish ya mudakhlat ke zor par kisi ke anjam ko badal sake</w:t>
      </w:r>
    </w:p>
    <w:p>
      <w:pPr>
        <w:jc w:val="right"/>
      </w:pPr>
      <w:r>
        <w:t>نہ تو ایسا ہے کہ کوئی بعد کی زندگی میں اصلاح کر لے تب بھی اس کے پچھلے اعمال اس سے نہ دھلیں اور نہ یہ بات ہے کہ یہاں کوئی اور طاقت ہے جو سفارش یا مداخلت کے زور پر کسی کے انجام کو بدل سکے</w:t>
      </w:r>
    </w:p>
    <w:p>
      <w:r>
        <w:rPr>
          <w:b/>
        </w:rPr>
        <w:t xml:space="preserve">[1:32:04] </w:t>
      </w:r>
      <w:r>
        <w:t>sara mamla aik Khuda ke hath mein hai aur wohi kamal darja hikmat aur qudrat ke sath sab ka faisla kare ga</w:t>
      </w:r>
    </w:p>
    <w:p>
      <w:pPr>
        <w:jc w:val="right"/>
      </w:pPr>
      <w:r>
        <w:t>سارا معاملہ ایک خدا کے ہاتھ میں ہے اور وہی کمال درجہ حکمت اور قدرت کے ساتھ سب کا فیصلہ کرے گا</w:t>
      </w:r>
    </w:p>
    <w:p>
      <w:r>
        <w:rPr>
          <w:b/>
        </w:rPr>
        <w:t xml:space="preserve">[1:32:22] </w:t>
      </w:r>
      <w:r>
        <w:t>samaji juraim ke liye Islam ki sazaein do khaas pehluon ko samne rakh kar muqarrar ki gayi hain</w:t>
      </w:r>
    </w:p>
    <w:p>
      <w:pPr>
        <w:jc w:val="right"/>
      </w:pPr>
      <w:r>
        <w:t>سماجی جرائم کے لیے اسلام کی سزائیں دو خاص پہلوؤں کو سامنے رکھ کر مقرر کی گئی ہیں</w:t>
      </w:r>
    </w:p>
    <w:p>
      <w:r>
        <w:rPr>
          <w:b/>
        </w:rPr>
        <w:t xml:space="preserve">[1:32:31] </w:t>
      </w:r>
      <w:r>
        <w:t>aik aadmi ke jurm ki saza doosre yeh ke saza aisi 'ibrat nak ho ke us ko dekh kar doosre mujrimon ki hausla shikni ho</w:t>
      </w:r>
    </w:p>
    <w:p>
      <w:pPr>
        <w:jc w:val="right"/>
      </w:pPr>
      <w:r>
        <w:t>ایک ادمی کے جرم کی سزا دوسرے یہ کہ سزا ایسی عبرت ناک ہو کہ اس کو دیکھ کر دوسرے مجرموں کی حوصلہ شکنی ہو</w:t>
      </w:r>
    </w:p>
    <w:p>
      <w:r>
        <w:rPr>
          <w:b/>
        </w:rPr>
        <w:t xml:space="preserve">[1:32:47] </w:t>
      </w:r>
      <w:r>
        <w:t>taham mujrim agar jurm ke baad apne amal par sharminda ho woh Allah se maafi mange aur aindah</w:t>
      </w:r>
    </w:p>
    <w:p>
      <w:pPr>
        <w:jc w:val="right"/>
      </w:pPr>
      <w:r>
        <w:t>تاہم مجرم اگر جرم کے بعد اپنے فعل پر شرمندہ ہو وہ اللہ سے معافی مانگے اور ائندہ</w:t>
      </w:r>
    </w:p>
    <w:p>
      <w:r>
        <w:rPr>
          <w:b/>
        </w:rPr>
        <w:t xml:space="preserve">[1:32:58] </w:t>
      </w:r>
      <w:r>
        <w:t>is qism ki cheezon ko bilkul chhod de to umeed hai ke akhirat mein Allah is ko maaf</w:t>
      </w:r>
    </w:p>
    <w:p>
      <w:pPr>
        <w:jc w:val="right"/>
      </w:pPr>
      <w:r>
        <w:t>اس قسم کی چیزوں کو بالکل چھوڑ دے تو امید ہے کہ اخرت میں اللہ اس کو معاف</w:t>
      </w:r>
    </w:p>
    <w:p>
      <w:r>
        <w:rPr>
          <w:b/>
        </w:rPr>
        <w:t xml:space="preserve">[1:33:06] </w:t>
      </w:r>
      <w:r>
        <w:t>kar dega</w:t>
      </w:r>
    </w:p>
    <w:p>
      <w:pPr>
        <w:jc w:val="right"/>
      </w:pPr>
      <w:r>
        <w:t>کر دے گا</w:t>
      </w:r>
    </w:p>
    <w:p>
      <w:r>
        <w:rPr>
          <w:b/>
        </w:rPr>
        <w:t xml:space="preserve">[1:33:09] </w:t>
      </w:r>
      <w:r>
        <w:t>ya ayyuha al-rasool la yahzan</w:t>
      </w:r>
    </w:p>
    <w:p>
      <w:pPr>
        <w:jc w:val="right"/>
      </w:pPr>
      <w:r>
        <w:t>یا ایہا الرسول لا یحزن</w:t>
      </w:r>
    </w:p>
    <w:p>
      <w:r>
        <w:rPr>
          <w:b/>
        </w:rPr>
        <w:t xml:space="preserve">[1:33:15] </w:t>
      </w:r>
      <w:r>
        <w:t>allatheena yusari'oona fi al-kufri mina allatheena qa</w:t>
      </w:r>
    </w:p>
    <w:p>
      <w:pPr>
        <w:jc w:val="right"/>
      </w:pPr>
      <w:r>
        <w:t>الذین یسارعون فی الکفر من الذین ق</w:t>
      </w:r>
    </w:p>
    <w:p>
      <w:r>
        <w:rPr>
          <w:b/>
        </w:rPr>
        <w:t xml:space="preserve">[1:33:20] </w:t>
      </w:r>
      <w:r>
        <w:t>alw amanna mina allatheena qalo</w:t>
      </w:r>
    </w:p>
    <w:p>
      <w:pPr>
        <w:jc w:val="right"/>
      </w:pPr>
      <w:r>
        <w:t>الو امنا من الذین قالو</w:t>
      </w:r>
    </w:p>
    <w:p>
      <w:r>
        <w:rPr>
          <w:b/>
        </w:rPr>
        <w:t xml:space="preserve">[1:33:31] </w:t>
      </w:r>
      <w:r>
        <w:t>amanna bi afwahihim walam tu'min</w:t>
      </w:r>
    </w:p>
    <w:p>
      <w:pPr>
        <w:jc w:val="right"/>
      </w:pPr>
      <w:r>
        <w:t>امنا بافواههم ولم تؤمن</w:t>
      </w:r>
    </w:p>
    <w:p>
      <w:r>
        <w:rPr>
          <w:b/>
        </w:rPr>
        <w:t xml:space="preserve">[1:33:36] </w:t>
      </w:r>
      <w:r>
        <w:t>quloobuhum wa mina allatheena hadoo samma'oon</w:t>
      </w:r>
    </w:p>
    <w:p>
      <w:pPr>
        <w:jc w:val="right"/>
      </w:pPr>
      <w:r>
        <w:t>قلوبهم ومن الذین ہادو سماعون</w:t>
      </w:r>
    </w:p>
    <w:p>
      <w:r>
        <w:rPr>
          <w:b/>
        </w:rPr>
        <w:t xml:space="preserve">[1:33:43] </w:t>
      </w:r>
      <w:r>
        <w:t>lil-kizbi samma'oon li qawmin akhareena lam yatoo</w:t>
      </w:r>
    </w:p>
    <w:p>
      <w:pPr>
        <w:jc w:val="right"/>
      </w:pPr>
      <w:r>
        <w:t>للكذب سماعون لقوم اخرین لم یاتو</w:t>
      </w:r>
    </w:p>
    <w:p>
      <w:r>
        <w:rPr>
          <w:b/>
        </w:rPr>
        <w:t xml:space="preserve">[1:33:51] </w:t>
      </w:r>
      <w:r>
        <w:t>yuharrifoon al-kalima min ba'di mawadi'ihi yaqooloona in ooteetumu hatha fakhuthoohu wa in lam tootaho fاحذروا</w:t>
      </w:r>
    </w:p>
    <w:p>
      <w:pPr>
        <w:jc w:val="right"/>
      </w:pPr>
      <w:r>
        <w:t>یحرفون الكلم من بعد مواضعه یقولون ان اوتیتم هذا فخذوه وان لم تؤتوه فاحذروا</w:t>
      </w:r>
    </w:p>
    <w:p>
      <w:r>
        <w:rPr>
          <w:b/>
        </w:rPr>
        <w:t xml:space="preserve">[1:34:06] </w:t>
      </w:r>
      <w:r>
        <w:t>wa man</w:t>
      </w:r>
    </w:p>
    <w:p>
      <w:pPr>
        <w:jc w:val="right"/>
      </w:pPr>
      <w:r>
        <w:t>ومن</w:t>
      </w:r>
    </w:p>
    <w:p>
      <w:r>
        <w:rPr>
          <w:b/>
        </w:rPr>
        <w:t xml:space="preserve">[1:34:07] </w:t>
      </w:r>
      <w:r>
        <w:t>yuridullahu fitnatahu falan</w:t>
      </w:r>
    </w:p>
    <w:p>
      <w:pPr>
        <w:jc w:val="right"/>
      </w:pPr>
      <w:r>
        <w:t>یرد اللہ فتنتہ فلن</w:t>
      </w:r>
    </w:p>
    <w:p>
      <w:r>
        <w:rPr>
          <w:b/>
        </w:rPr>
        <w:t xml:space="preserve">[1:34:11] </w:t>
      </w:r>
      <w:r>
        <w:t>tamlikoo lahu mina Allahi shay'an</w:t>
      </w:r>
    </w:p>
    <w:p>
      <w:pPr>
        <w:jc w:val="right"/>
      </w:pPr>
      <w:r>
        <w:t>تملک له من اللہ شیئا</w:t>
      </w:r>
    </w:p>
    <w:p>
      <w:r>
        <w:rPr>
          <w:b/>
        </w:rPr>
        <w:t xml:space="preserve">[1:34:16] </w:t>
      </w:r>
      <w:r>
        <w:t>olā'ika allatheena lam yuridullahu an yutahhira quloobahum</w:t>
      </w:r>
    </w:p>
    <w:p>
      <w:pPr>
        <w:jc w:val="right"/>
      </w:pPr>
      <w:r>
        <w:t>اولئک الذین لم یرد اللہ ان یطهر قلوبهم</w:t>
      </w:r>
    </w:p>
    <w:p>
      <w:r>
        <w:rPr>
          <w:b/>
        </w:rPr>
        <w:t xml:space="preserve">[1:34:25] </w:t>
      </w:r>
      <w:r>
        <w:t>lahum fi al-dunya khizyun</w:t>
      </w:r>
    </w:p>
    <w:p>
      <w:pPr>
        <w:jc w:val="right"/>
      </w:pPr>
      <w:r>
        <w:t>لهم فی الدنیا خزي</w:t>
      </w:r>
    </w:p>
    <w:p>
      <w:r>
        <w:rPr>
          <w:b/>
        </w:rPr>
        <w:t xml:space="preserve">[1:34:29] </w:t>
      </w:r>
      <w:r>
        <w:t>wa lahum fi al-akhirati 'adhabun 'adheemun</w:t>
      </w:r>
    </w:p>
    <w:p>
      <w:pPr>
        <w:jc w:val="right"/>
      </w:pPr>
      <w:r>
        <w:t>ولهم فی الاخرۃ عذاب عظیم</w:t>
      </w:r>
    </w:p>
    <w:p>
      <w:r>
        <w:rPr>
          <w:b/>
        </w:rPr>
        <w:t xml:space="preserve">[1:34:37] </w:t>
      </w:r>
      <w:r>
        <w:t>ae paighambar tum ko woh log ranj mein na dalein jo kufr ki rah mein bari tezi dikha rahe hain khwah woh un mein se hon jo apne munh se kehte hain ke hum iman laye halan ke un ke dil iman nahi laye ya un mein se hon jo Yahudi hain</w:t>
      </w:r>
    </w:p>
    <w:p>
      <w:pPr>
        <w:jc w:val="right"/>
      </w:pPr>
      <w:r>
        <w:t>اے پیغمبر تم کو وہ لوگ رنج میں نہ ڈالیں جو کفر کی راہ میں بڑی تیزی دکھا رہے ہیں خواہ وہ ان میں سے ہوں جو اپنے منہ سے کہتے ہیں کہ ہم ایمان لائے حالانکہ ان کے دل ایمان نہیں لائے یا ان میں سے ہوں جو یہودی ہیں</w:t>
      </w:r>
    </w:p>
    <w:p>
      <w:r>
        <w:rPr>
          <w:b/>
        </w:rPr>
        <w:t xml:space="preserve">[1:35:02] </w:t>
      </w:r>
      <w:r>
        <w:t>jhoot ke bare sunne wale sunne wale doosre logon ki khatir jo tumhare paas nahi aaye woh kalam ko us ke maqam se hata dete hain</w:t>
      </w:r>
    </w:p>
    <w:p>
      <w:pPr>
        <w:jc w:val="right"/>
      </w:pPr>
      <w:r>
        <w:t>جھوٹ کے بڑے سننے والے سننے والے دوسرے لوگوں کی خاطر جو تمہارے پاس نہیں ائے وہ کلام کو اس کے مقام سے ہٹا دیتے ہیں</w:t>
      </w:r>
    </w:p>
    <w:p>
      <w:r>
        <w:rPr>
          <w:b/>
        </w:rPr>
        <w:t xml:space="preserve">[1:35:18] </w:t>
      </w:r>
      <w:r>
        <w:t>woh logon se kehte hain ke agar tum ko yeh hukum mile to qabool kar lena aur agar yeh hukum na mile to us se bach kar rehna aur jis ko Allah fitne mein dalna chahe to tum Allah ke muqabil us ke mamle mein kuch nahi kar sakte yahi woh log hain ke Allah ne na chaha ke un ke dilon ko pak kare</w:t>
      </w:r>
    </w:p>
    <w:p>
      <w:pPr>
        <w:jc w:val="right"/>
      </w:pPr>
      <w:r>
        <w:t>وہ لوگوں سے کہتے ہیں کہ اگر تم کو یہ حکم ملے تو قبول کر لینا اور اگر یہ حکم نہ ملے تو اس سے بچ کر رہنا اور جس کو اللہ فتنے میں ڈالنا چاہے تو تم اللہ کے مقابل اس کے معاملے میں کچھ نہیں کر سکتے یہی وہ لوگ ہیں کہ اللہ نے نہ چاہا کہ ان کے دلوں کو پاک کرے</w:t>
      </w:r>
    </w:p>
    <w:p>
      <w:r>
        <w:rPr>
          <w:b/>
        </w:rPr>
        <w:t xml:space="preserve">[1:35:46] </w:t>
      </w:r>
      <w:r>
        <w:t>un ke liye dunya mein ruswai hai aur akhirat mein un ke liye bara azab hai</w:t>
      </w:r>
    </w:p>
    <w:p>
      <w:pPr>
        <w:jc w:val="right"/>
      </w:pPr>
      <w:r>
        <w:t>ان کے لیے دنیا میں رسوائی ہے اور اخرت میں ان کے لیے بڑا عذاب ہے</w:t>
      </w:r>
    </w:p>
    <w:p>
      <w:r>
        <w:rPr>
          <w:b/>
        </w:rPr>
        <w:t xml:space="preserve">[1:35:56] </w:t>
      </w:r>
      <w:r>
        <w:t>tashreeh madina mein andarooni taur par do qism ke log islami dawat ki mukhalifat kar rahe the ek munafiqeen aur doosre yahood</w:t>
      </w:r>
    </w:p>
    <w:p>
      <w:pPr>
        <w:jc w:val="right"/>
      </w:pPr>
      <w:r>
        <w:t>تشریح مدینہ میں اندرونی طور پر دو قسم کے لوگ اسلامی دعوت کی مخالفت کر رہے تھے ایک منافقین اور دوسرے یہود</w:t>
      </w:r>
    </w:p>
    <w:p>
      <w:r>
        <w:rPr>
          <w:b/>
        </w:rPr>
        <w:t xml:space="preserve">[1:36:13] </w:t>
      </w:r>
      <w:r>
        <w:t>munafiqeen woh log the jo zahiri aur numaishee islam ko liye hue the sachay islam ki dawat mein in ko apne aghraz aur mafadat par zad parti hui mehsoos hoti thi yahood woh log the jo mazhab ki numaindagi ki gadiyon par bethe hue the</w:t>
      </w:r>
    </w:p>
    <w:p>
      <w:pPr>
        <w:jc w:val="right"/>
      </w:pPr>
      <w:r>
        <w:t>منافقین وہ لوگ تھے جو ظاہری اور نمائشی اسلام کو لیے ہوئے تھے سچے اسلام کی دعوت میں ان کو اپنے اغراض اور مفادات پر زد پڑتی ہوئی محسوس ہوتی تھی یہود وہ لوگ تھے جو مذہب کی نمائندگی کی گدیوں پر بیٹھے ہوئے تھے</w:t>
      </w:r>
    </w:p>
    <w:p>
      <w:r>
        <w:rPr>
          <w:b/>
        </w:rPr>
        <w:t xml:space="preserve">[1:36:38] </w:t>
      </w:r>
      <w:r>
        <w:t>in ko mehsoos hota tha ke islami dawat in ko un ke bartari ke maqam se neeche utar rahi hai yeh dono qism ke log sachay islam ki dawat ko apna mushtarik dushman samajhte the is liye islam ke khilaf mohim chalane mein dono ek ho gaye</w:t>
      </w:r>
    </w:p>
    <w:p>
      <w:pPr>
        <w:jc w:val="right"/>
      </w:pPr>
      <w:r>
        <w:t>ان کو محسوس ہوتا تھا کہ اسلامی دعوت ان کو ان کے برتری کے مقام سے نیچے اتار رہی ہے یہ دونوں قسم کے لوگ سچے اسلام کی دعوت کو اپنا مشترک دشمن سمجھتے تھے اس لیے اسلام کے خلاف مہم چلانے میں دونوں ایک ہو گئے</w:t>
      </w:r>
    </w:p>
    <w:p>
      <w:r>
        <w:rPr>
          <w:b/>
        </w:rPr>
        <w:t xml:space="preserve">[1:37:04] </w:t>
      </w:r>
      <w:r>
        <w:t>unke bade rasool Allah sal-lal-lahu alaihi wasallam ki majlis mein ana apni shan ke khilaf samajhte</w:t>
      </w:r>
    </w:p>
    <w:p>
      <w:pPr>
        <w:jc w:val="right"/>
      </w:pPr>
      <w:r>
        <w:t>ان کے بڑے رسول اللہ صلی اللہ علیہ وسلم کی مجلس میں انا اپنی شان کے خلاف سمجھتے</w:t>
      </w:r>
    </w:p>
    <w:p>
      <w:r>
        <w:rPr>
          <w:b/>
        </w:rPr>
        <w:t xml:space="preserve">[1:37:11] </w:t>
      </w:r>
      <w:r>
        <w:t>the is liye woh log na aate ilbatta un ke chote is par lage hue the ke woh</w:t>
      </w:r>
    </w:p>
    <w:p>
      <w:pPr>
        <w:jc w:val="right"/>
      </w:pPr>
      <w:r>
        <w:t>تھے اس لیے وہ لوگ نہ اتے البتہ ان کے چھوٹے اس پر لگے ہوئے تھے کہ وہ</w:t>
      </w:r>
    </w:p>
    <w:p>
      <w:r>
        <w:rPr>
          <w:b/>
        </w:rPr>
        <w:t xml:space="preserve">[1:37:20] </w:t>
      </w:r>
      <w:r>
        <w:t>aap ki baton ko sunein aur un ko apne badeon tak pahunchayein</w:t>
      </w:r>
    </w:p>
    <w:p>
      <w:pPr>
        <w:jc w:val="right"/>
      </w:pPr>
      <w:r>
        <w:t>اپ کی باتوں کو سنیں اور ان کو اپنے بڑوں تک پہنچائیں</w:t>
      </w:r>
    </w:p>
    <w:p>
      <w:r>
        <w:rPr>
          <w:b/>
        </w:rPr>
        <w:t xml:space="preserve">[1:37:26] </w:t>
      </w:r>
      <w:r>
        <w:t>phir yeh log is ko ulte mana pehnate aur aap ko aur aap ki tehreek ko badnaam karte</w:t>
      </w:r>
    </w:p>
    <w:p>
      <w:pPr>
        <w:jc w:val="right"/>
      </w:pPr>
      <w:r>
        <w:t>پھر یہ لوگ اس کو الٹے مانا پہناتے اور اپ کو اور اپ کی تحریک کو بدنام کرتے</w:t>
      </w:r>
    </w:p>
    <w:p>
      <w:r>
        <w:rPr>
          <w:b/>
        </w:rPr>
        <w:t xml:space="preserve">[1:37:34] </w:t>
      </w:r>
      <w:r>
        <w:t>un ki sarakshi ne un ko aisa dheet bana diya tha ke woh Allah ke kalam ko is ke moqa aur mehal se hata kar is se apna mufeed matlab mafhoom nikalne se bhi na darte</w:t>
      </w:r>
    </w:p>
    <w:p>
      <w:pPr>
        <w:jc w:val="right"/>
      </w:pPr>
      <w:r>
        <w:t>ان کی سرکشی نے ان کو ایسا ڈھیٹ بنا دیا تھا کہ وہ اللہ کے کلام کو اس کے موقع اور محل سے ہٹا کر اس سے اپنا مفید مطلب مفہوم نکالنے سے بھی نہ ڈرتے</w:t>
      </w:r>
    </w:p>
    <w:p>
      <w:r>
        <w:rPr>
          <w:b/>
        </w:rPr>
        <w:t xml:space="preserve">[1:37:52] </w:t>
      </w:r>
      <w:r>
        <w:t>yeh woh log hain jo apne ko khuda o rasool ke tabay nahi karte</w:t>
      </w:r>
    </w:p>
    <w:p>
      <w:pPr>
        <w:jc w:val="right"/>
      </w:pPr>
      <w:r>
        <w:t>یہ وہ لوگ ہیں جو اپنے کو خدا و رسول کے تابع نہیں کرتے</w:t>
      </w:r>
    </w:p>
    <w:p>
      <w:r>
        <w:rPr>
          <w:b/>
        </w:rPr>
        <w:t xml:space="preserve">[1:37:58] </w:t>
      </w:r>
      <w:r>
        <w:t>balkay un ka zehn yeh hota hai ke jo baat apne zawq ke mutabiq ho us ko le lo aur jo baat zawq ke mutabiq na ho us ko chhod do yeh mizaj kisi aadmi ke liye sakht fitna hai jin logon ka yeh hal ho ke woh haq ke muqable mein mafad aur maslehat ko tarjeeh dein</w:t>
      </w:r>
    </w:p>
    <w:p>
      <w:pPr>
        <w:jc w:val="right"/>
      </w:pPr>
      <w:r>
        <w:t>بلکہ ان کا ذہن یہ ہوتا ہے کہ جو بات اپنے ذوق کے مطابق ہو اس کو لے لو اور جو بات ذوق کے مطابق نہ ہو اس کو چھوڑ دو یہ مزاج کسی ادمی کے لیے سخت فتنہ ہے جن لوگوں کا یہ حال ہو کہ وہ حق کے مقابلے میں مفاد اور مصلحت کو ترجیح دیں</w:t>
      </w:r>
    </w:p>
    <w:p>
      <w:r>
        <w:rPr>
          <w:b/>
        </w:rPr>
        <w:t xml:space="preserve">[1:38:24] </w:t>
      </w:r>
      <w:r>
        <w:t>jo har hal mein apne ko barhai ke maqam par dekhna chahein jo haq ko zair karne ke liye is ke khilaf takhreebi sazish karein hatta ke apne amal ko jaiz sabit karne ke liye khuda ke kalam ko badal dalien</w:t>
      </w:r>
    </w:p>
    <w:p>
      <w:pPr>
        <w:jc w:val="right"/>
      </w:pPr>
      <w:r>
        <w:t>جو ہر حال میں اپنے کو بڑائی کے مقام پر دیکھنا چاہیں جو حق کو زیر کرنے کے لیے اس کے خلاف تخریبی سازش کریں حتی کہ اپنے عمل کو جائز ثابت کرنے کے لیے خدا کے کلام کو بدل ڈالیں</w:t>
      </w:r>
    </w:p>
    <w:p>
      <w:r>
        <w:rPr>
          <w:b/>
        </w:rPr>
        <w:t xml:space="preserve">[1:38:45] </w:t>
      </w:r>
      <w:r>
        <w:t>aise logon ki nafsiyat</w:t>
      </w:r>
    </w:p>
    <w:p>
      <w:pPr>
        <w:jc w:val="right"/>
      </w:pPr>
      <w:r>
        <w:t>ایسے لوگوں کی نفسیات</w:t>
      </w:r>
    </w:p>
    <w:p>
      <w:r>
        <w:rPr>
          <w:b/>
        </w:rPr>
        <w:t xml:space="preserve">[1:38:47] </w:t>
      </w:r>
      <w:r>
        <w:t>yeh ho jati hai ke woh haq ko qabool karne ki salahiyat se mehroom ho jate hain</w:t>
      </w:r>
    </w:p>
    <w:p>
      <w:pPr>
        <w:jc w:val="right"/>
      </w:pPr>
      <w:r>
        <w:t>یہ ہو جاتی ہے کہ وہ حق کو قبول کرنے کی صلاحیت سے محروم ہو جاتے ہیں</w:t>
      </w:r>
    </w:p>
    <w:p>
      <w:r>
        <w:rPr>
          <w:b/>
        </w:rPr>
        <w:t xml:space="preserve">[1:38:55] </w:t>
      </w:r>
      <w:r>
        <w:t>unhon ne Khuda ka saath choda is liye Khuda ne bhi un ka saath choda</w:t>
      </w:r>
    </w:p>
    <w:p>
      <w:pPr>
        <w:jc w:val="right"/>
      </w:pPr>
      <w:r>
        <w:t>انہوں نے خدا کا ساتھ چھوڑا اس لیے خدا نے بھی ان کا ساتھ چھوڑ دیا</w:t>
      </w:r>
    </w:p>
    <w:p>
      <w:r>
        <w:rPr>
          <w:b/>
        </w:rPr>
        <w:t xml:space="preserve">[1:39:04] </w:t>
      </w:r>
      <w:r>
        <w:t>aise log Khuda ki tofeeq se mehroom ho kar batil mashghalon mein lage rehte hain yahan tak ke</w:t>
      </w:r>
    </w:p>
    <w:p>
      <w:pPr>
        <w:jc w:val="right"/>
      </w:pPr>
      <w:r>
        <w:t>ایسے لوگ خدا کی توفیق سے محروم ہو کر باطل مشغلوں میں لگے رہتے ہیں یہاں تک کہ</w:t>
      </w:r>
    </w:p>
    <w:p>
      <w:r>
        <w:rPr>
          <w:b/>
        </w:rPr>
        <w:t xml:space="preserve">[1:39:12] </w:t>
      </w:r>
      <w:r>
        <w:t>aag ki dunya mein pahunch jate hain</w:t>
      </w:r>
    </w:p>
    <w:p>
      <w:pPr>
        <w:jc w:val="right"/>
      </w:pPr>
      <w:r>
        <w:t>اگ کی دنیا میں پہنچ جاتے ہیں</w:t>
      </w:r>
    </w:p>
    <w:p>
      <w:r>
        <w:rPr>
          <w:b/>
        </w:rPr>
        <w:t xml:space="preserve">[1:39:18] </w:t>
      </w:r>
      <w:r>
        <w:t>Allah ka jo banda Allah ke sachay deen ka pegham le kar utha ho us ko mukhalifaton ki wajah se be himmat nahi hona chahiye aise logon ki sar garniyon haqeeqatan daai ke khilaf nahi balkay khuda ke khilaf hain is liye woh kabhi kamyab nahi ho sakti</w:t>
      </w:r>
    </w:p>
    <w:p>
      <w:pPr>
        <w:jc w:val="right"/>
      </w:pPr>
      <w:r>
        <w:t>اللہ کا جو بندہ اللہ کے سچے دین کا پیغام لے کر اٹھا ہو اس کو مخالفتوں کی وجہ سے بے ہمت نہیں ہونا چاہیے ایسے لوگوں کی سرگرمیاں حقیقتا داعی کے خلاف نہیں بلکہ خدا کے خلاف ہیں اس لیے وہ کبھی کامیاب نہیں ہو سکتی</w:t>
      </w:r>
    </w:p>
    <w:p>
      <w:r>
        <w:rPr>
          <w:b/>
        </w:rPr>
        <w:t xml:space="preserve">[1:39:42] </w:t>
      </w:r>
      <w:r>
        <w:t>da'wati amal se Allah ko jo cheez matloob hai woh sirf yeh ke asal baat se bakhubi taur</w:t>
      </w:r>
    </w:p>
    <w:p>
      <w:pPr>
        <w:jc w:val="right"/>
      </w:pPr>
      <w:r>
        <w:t>دعوتی عمل سے اللہ کو جو چیز مطلوب ہے وہ صرف یہ کہ اصل بات سے بخوبی طور</w:t>
      </w:r>
    </w:p>
    <w:p>
      <w:r>
        <w:rPr>
          <w:b/>
        </w:rPr>
        <w:t xml:space="preserve">[1:39:50] </w:t>
      </w:r>
      <w:r>
        <w:t>par logon ko aagah kar diya jaye aur yeh kaam Allah ki madad se lazman apni takmeel tak</w:t>
      </w:r>
    </w:p>
    <w:p>
      <w:pPr>
        <w:jc w:val="right"/>
      </w:pPr>
      <w:r>
        <w:t>پر لوگوں کو اگاہ کر دیا جائے اور یہ کام اللہ کی مدد سے لازما اپنی تکمیل تک</w:t>
      </w:r>
    </w:p>
    <w:p>
      <w:r>
        <w:rPr>
          <w:b/>
        </w:rPr>
        <w:t xml:space="preserve">[1:39:59] </w:t>
      </w:r>
      <w:r>
        <w:t>pahunch kar rehta hai</w:t>
      </w:r>
    </w:p>
    <w:p>
      <w:pPr>
        <w:jc w:val="right"/>
      </w:pPr>
      <w:r>
        <w:t>پہنچ کر رہتا ہے</w:t>
      </w:r>
    </w:p>
    <w:p>
      <w:r>
        <w:rPr>
          <w:b/>
        </w:rPr>
        <w:t xml:space="preserve">[1:40:33] </w:t>
      </w:r>
      <w:r>
        <w:t>innalaha yuhibbul muqsitin</w:t>
      </w:r>
    </w:p>
    <w:p>
      <w:pPr>
        <w:jc w:val="right"/>
      </w:pPr>
      <w:r>
        <w:t>ان اللہ یحب المقسطین</w:t>
      </w:r>
    </w:p>
    <w:p>
      <w:r>
        <w:rPr>
          <w:b/>
        </w:rPr>
        <w:t xml:space="preserve">[1:40:40] </w:t>
      </w:r>
      <w:r>
        <w:t>wa kaifa yahakumunaka wa 'indahumut tawratu fiha hukmullahi thumma yatawallawna min ba'di dhalika wama ulai'ka bil mu'minin</w:t>
      </w:r>
    </w:p>
    <w:p>
      <w:pPr>
        <w:jc w:val="right"/>
      </w:pPr>
      <w:r>
        <w:t>وكيف یحکمونک وعندهم التورات فیہا حکم اللہ ثم يتولون من بعد ذلك وما اولئک بالمؤمنین</w:t>
      </w:r>
    </w:p>
    <w:p>
      <w:r>
        <w:rPr>
          <w:b/>
        </w:rPr>
        <w:t xml:space="preserve">[1:41:05] </w:t>
      </w:r>
      <w:r>
        <w:t>woh jhoot ke bare sunne wale hain haram ke bare khane wale hain agar woh tumhare pas aayen to khwah un ke darmiyan faisla karo ya un ko tal do agar tum un ko tal doge to woh tumhara kuch bigar nahi sakte aur agar tum faisla karo to un ke darmiyan insaf ke mutabiq faisla karo</w:t>
      </w:r>
    </w:p>
    <w:p>
      <w:pPr>
        <w:jc w:val="right"/>
      </w:pPr>
      <w:r>
        <w:t>وہ جھوٹ کے بڑے سننے والے ہیں حرام کے بڑے کھانے والے ہیں اگر وہ تمہارے پاس ائیں تو خواہ ان کے درمیان فیصلہ کرو یا ان کو ٹال دو اگر تم ان کو ٹال دو گے تو وہ تمہارا کچھ بگاڑ نہیں سکتے اور اگر تم فیصلہ کرو تو ان کے درمیان انصاف کے مطابق فیصلہ کرو</w:t>
      </w:r>
    </w:p>
    <w:p>
      <w:r>
        <w:rPr>
          <w:b/>
        </w:rPr>
        <w:t xml:space="preserve">[1:41:31] </w:t>
      </w:r>
      <w:r>
        <w:t>Allah insaf karne walon ko pasand karta hai aur woh kaise tum ko hukum banate hain halankay un ke pas torat hai jis mein Allah ka hukum maujood hai aur phir woh is se munh bol rahe hain aur yeh log hargiz iman wale nahi hain</w:t>
      </w:r>
    </w:p>
    <w:p>
      <w:pPr>
        <w:jc w:val="right"/>
      </w:pPr>
      <w:r>
        <w:t>اللہ انصاف کرنے والوں کو پسند کرتا ہے اور وہ کیسے تم کو حکم بناتے ہیں حالانکہ ان کے پاس تورات ہے جس میں اللہ کا حکم موجود ہے اور پھر وہ اس سے منہ بول رہے ہیں اور یہ لوگ ہرگز ایمان والے نہیں ہیں</w:t>
      </w:r>
    </w:p>
    <w:p>
      <w:r>
        <w:rPr>
          <w:b/>
        </w:rPr>
        <w:t xml:space="preserve">[1:41:58] </w:t>
      </w:r>
      <w:r>
        <w:t>tashreeh haram se murad rishwat hai rishwat ki ek aam shakal woh hai jo barah e rast isi naam par li jati hai chunancha yahoodi ulma mein aise log thay jo rishwat le kar ghalat masail bataya karte thay</w:t>
      </w:r>
    </w:p>
    <w:p>
      <w:pPr>
        <w:jc w:val="right"/>
      </w:pPr>
      <w:r>
        <w:t>تشریح حرام سے مراد رشوت ہے رشوت کی ایک عام شکل وہ ہے جو براہ راست اسی نام پر لی جاتی ہے چنانچہ یہودی علماء میں ایسے لوگ تھے جو رشوت لے کر غلط مسائل بتایا کرتے تھے</w:t>
      </w:r>
    </w:p>
    <w:p>
      <w:r>
        <w:rPr>
          <w:b/>
        </w:rPr>
        <w:t xml:space="preserve">[1:42:18] </w:t>
      </w:r>
      <w:r>
        <w:t>taham rishwat ki ek aur soorat woh hai jis mein barah e rast lenden nahi hota magar woh tamam rishwaton mein ziyada bari aur ziyada qabeeh rishwat hoti hai yeh hai deen ko awami pasand ke mutabiq bana kar pesh karna ta ke awam ke darmiyan maqbooliyat ho logon ka izaz o ikram mile</w:t>
      </w:r>
    </w:p>
    <w:p>
      <w:pPr>
        <w:jc w:val="right"/>
      </w:pPr>
      <w:r>
        <w:t>تاہم رشوت کی ایک اور صورت وہ ہے جس میں براہ راست لین دین نہیں ہوتا مگر وہ تمام رشوتوں میں زیادہ بڑی اور زیادہ قبیح رشوت ہوتی ہے یہ ہے دین کو عوامی پسند کے مطابق بنا کر پیش کرنا تاکہ عوام کے درمیان مقبولیت ہو لوگوں کا اعزاز و اکرام ملے</w:t>
      </w:r>
    </w:p>
    <w:p>
      <w:r>
        <w:rPr>
          <w:b/>
        </w:rPr>
        <w:t xml:space="preserve">[1:42:46] </w:t>
      </w:r>
      <w:r>
        <w:t>logon ke chande aur nazranay wasool hotay rahen</w:t>
      </w:r>
    </w:p>
    <w:p>
      <w:pPr>
        <w:jc w:val="right"/>
      </w:pPr>
      <w:r>
        <w:t>لوگوں کے چندے اور نذرانے وصول ہوتے رہیں</w:t>
      </w:r>
    </w:p>
    <w:p>
      <w:r>
        <w:rPr>
          <w:b/>
        </w:rPr>
        <w:t xml:space="preserve">[1:42:53] </w:t>
      </w:r>
      <w:r>
        <w:t>deen ko is ki baramad soorat mein pesh karna hamesha is qimat par hota hai ke aadmi awam ke andar na maqbool ho jaye</w:t>
      </w:r>
    </w:p>
    <w:p>
      <w:pPr>
        <w:jc w:val="right"/>
      </w:pPr>
      <w:r>
        <w:t>دین کو اس کی برامد صورت میں پیش کرنا ہمیشہ اس قیمت پر ہوتا ہے کہ ادمی عوام کے اندر نامقبول ہو جائے</w:t>
      </w:r>
    </w:p>
    <w:p>
      <w:r>
        <w:rPr>
          <w:b/>
        </w:rPr>
        <w:t xml:space="preserve">[1:43:03] </w:t>
      </w:r>
      <w:r>
        <w:t>is ke baraks deen ko agar aisi surat mein pesh kiya jaye ke zindagi mein koi haqeeqi tabdeeli</w:t>
      </w:r>
    </w:p>
    <w:p>
      <w:pPr>
        <w:jc w:val="right"/>
      </w:pPr>
      <w:r>
        <w:t>اس کے برعکس دین کو اگر ایسی صورت میں پیش کیا جائے کہ زندگی میں کوئی حقیقی تبدیلی</w:t>
      </w:r>
    </w:p>
    <w:p>
      <w:r>
        <w:rPr>
          <w:b/>
        </w:rPr>
        <w:t xml:space="preserve">[1:43:11] </w:t>
      </w:r>
      <w:r>
        <w:t>bhi na karna pare aur aadmi ko deen bhi hasil rahe to aise deen ke gird bohat jald</w:t>
      </w:r>
    </w:p>
    <w:p>
      <w:pPr>
        <w:jc w:val="right"/>
      </w:pPr>
      <w:r>
        <w:t>بھی نہ کرنا پڑے اور ادمی کو دین بھی حاصل رہے تو ایسے دین کے گرد بہت جلد</w:t>
      </w:r>
    </w:p>
    <w:p>
      <w:r>
        <w:rPr>
          <w:b/>
        </w:rPr>
        <w:t xml:space="preserve">[1:43:20] </w:t>
      </w:r>
      <w:r>
        <w:t>bheer ki bheer ikhatta ho jati hai</w:t>
      </w:r>
    </w:p>
    <w:p>
      <w:pPr>
        <w:jc w:val="right"/>
      </w:pPr>
      <w:r>
        <w:t>بھیڑ کی بھیڑ اکٹھا ہو جاتی ہے</w:t>
      </w:r>
    </w:p>
    <w:p>
      <w:r>
        <w:rPr>
          <w:b/>
        </w:rPr>
        <w:t xml:space="preserve">[1:43:24] </w:t>
      </w:r>
      <w:r>
        <w:t>wo deen jis mein apni dunya parastana zindagi ko badle baghair kuch saste aamal ke zariye jannat mil</w:t>
      </w:r>
    </w:p>
    <w:p>
      <w:pPr>
        <w:jc w:val="right"/>
      </w:pPr>
      <w:r>
        <w:t>وہ دین جس میں اپنی دنیا پرستانہ زندگی کو بدلے بغیر کچھ سستے اعمال کے ذریعے جنت مل</w:t>
      </w:r>
    </w:p>
    <w:p>
      <w:r>
        <w:rPr>
          <w:b/>
        </w:rPr>
        <w:t xml:space="preserve">[1:43:32] </w:t>
      </w:r>
      <w:r>
        <w:t>rahi ho</w:t>
      </w:r>
    </w:p>
    <w:p>
      <w:pPr>
        <w:jc w:val="right"/>
      </w:pPr>
      <w:r>
        <w:t>رہی ہو</w:t>
      </w:r>
    </w:p>
    <w:p>
      <w:r>
        <w:rPr>
          <w:b/>
        </w:rPr>
        <w:t xml:space="preserve">[1:43:34] </w:t>
      </w:r>
      <w:r>
        <w:t>woh deen jo qoumi aur madi hangama arayon ko deeni jawad ata karta ho woh deen jis mein yeh moqa ho ke aadmi apni jah pasandi ke liye sar garam ho phir bhi woh jo kuch kare sab deen ke khane mein likha jata rahe</w:t>
      </w:r>
    </w:p>
    <w:p>
      <w:pPr>
        <w:jc w:val="right"/>
      </w:pPr>
      <w:r>
        <w:t>وہ دین جو قومی اور مادی ہنگامہ ارائیوں کو دینی جواد عطا کرتا ہو وہ دین جس میں یہ موقع ہو کہ ادمی اپنی جاہ پسندی کے لیے سرگرم ہو پھر بھی وہ جو کچھ کرے سب دین کے خانے میں لکھا جاتا رہے</w:t>
      </w:r>
    </w:p>
    <w:p>
      <w:r>
        <w:rPr>
          <w:b/>
        </w:rPr>
        <w:t xml:space="preserve">[1:43:55] </w:t>
      </w:r>
      <w:r>
        <w:t>jo log is qism ka deen pesh karein woh bohat jald awam ke andar mehboobiyat ka maqam hasil kar lete hain</w:t>
      </w:r>
    </w:p>
    <w:p>
      <w:pPr>
        <w:jc w:val="right"/>
      </w:pPr>
      <w:r>
        <w:t>جو لوگ اس قسم کا دین پیش کریں وہ بہت جلد عوام کے اندر محبوبیت کا مقام حاصل کر لیتے ہیں</w:t>
      </w:r>
    </w:p>
    <w:p>
      <w:r>
        <w:rPr>
          <w:b/>
        </w:rPr>
        <w:t xml:space="preserve">[1:44:07] </w:t>
      </w:r>
      <w:r>
        <w:t>yahood ke qaideen isi qism ka deen chala kar awam ka marja bane hue thay</w:t>
      </w:r>
    </w:p>
    <w:p>
      <w:pPr>
        <w:jc w:val="right"/>
      </w:pPr>
      <w:r>
        <w:t>یہود کے قائدین اسی قسم کا دین چلا کر عوام کا مرجع بنے ہوئے تھے</w:t>
      </w:r>
    </w:p>
    <w:p>
      <w:r>
        <w:rPr>
          <w:b/>
        </w:rPr>
        <w:t xml:space="preserve">[1:44:13] </w:t>
      </w:r>
      <w:r>
        <w:t>woh awam ko un ka pasandeeda deen pesh kar rahe thay aur awam is ke muawze mein un ko mali sahayog se le kar izaz o ikram tak har cheez nisar kar rahe thay</w:t>
      </w:r>
    </w:p>
    <w:p>
      <w:pPr>
        <w:jc w:val="right"/>
      </w:pPr>
      <w:r>
        <w:t>وہ عوام کو ان کا پسندیدہ دین پیش کر رہے تھے اور عوام اس کے معاوضے میں ان کو مالی تعاون سے لے کر اعزاز و اکرام تک ہر چیز نثار کر رہے تھے</w:t>
      </w:r>
    </w:p>
    <w:p>
      <w:r>
        <w:rPr>
          <w:b/>
        </w:rPr>
        <w:t xml:space="preserve">[1:44:29] </w:t>
      </w:r>
      <w:r>
        <w:t>aisi halat mein rasool Allah sal Allah aleh wasallam ka sachay deen ki awaz buland karna in ko na qabil bardasht maloom hua kyunke yeh in ke mafadat ke dhanchay ko toranay ke hamana tha aap se in ko itni zid ho gayi ke aap ke mutaliq kisi achi khabar se in ko koi dilchaspi na rahi</w:t>
      </w:r>
    </w:p>
    <w:p>
      <w:pPr>
        <w:jc w:val="right"/>
      </w:pPr>
      <w:r>
        <w:t>ایسی حالت میں رسول اللہ صلی اللہ علیہ وسلم کا سچے دین کی اواز بلند کرنا ان کو ناقابل برداشت معلوم ہوا کیونکہ یہ ان کے مفادات کے ڈھانچے کو توڑنے کے ہمانہ تھا اپ سے ان کو اتنی ضد ہو گئی کہ اپ کے متعلق کسی اچھی خبر سے ان کو کوئی دلچسپی نہ رہی</w:t>
      </w:r>
    </w:p>
    <w:p>
      <w:r>
        <w:rPr>
          <w:b/>
        </w:rPr>
        <w:t xml:space="preserve">[1:44:57] </w:t>
      </w:r>
      <w:r>
        <w:t>albatta agar woh aap ke baray mein koi buri khabar suntay to is mein khoob dilchaspi letay aur is mein izafa kar ke us ko phailatay jin logon mein is qism ka bigar aa jaye un ka hal yeh ho jata hai ke agar woh deeni faisla lainay ki taraf rujoo bhi hotay hain to is umeed mein ke faisla apni khwahish ke mutabiq hoga</w:t>
      </w:r>
    </w:p>
    <w:p>
      <w:pPr>
        <w:jc w:val="right"/>
      </w:pPr>
      <w:r>
        <w:t>البتہ اگر وہ اپ کے بارے میں کوئی بری خبر سنتے تو اس میں خوب دلچسپی لیتے اور اس میں اضافہ کر کے اس کو پھیلاتے جن لوگوں میں اس قسم کا بگاڑ ا جائے ان کا حال یہ ہو جاتا ہے کہ اگر وہ دینی فیصلہ لینے کی طرف رجوع بھی ہوتے ہیں تو اس امید میں کہ فیصلہ اپنی خواہش کے مطابق ہوگا</w:t>
      </w:r>
    </w:p>
    <w:p>
      <w:r>
        <w:rPr>
          <w:b/>
        </w:rPr>
        <w:t xml:space="preserve">[1:45:25] </w:t>
      </w:r>
      <w:r>
        <w:t>agar aisa na ho to yeh jante hue ke yeh Khuda o Rasool ka faisla hai is ko</w:t>
      </w:r>
    </w:p>
    <w:p>
      <w:pPr>
        <w:jc w:val="right"/>
      </w:pPr>
      <w:r>
        <w:t>اگر ایسا نہ ہو تو یہ جانتے ہوئے کہ یہ خدا و رسول کا فیصلہ ہے اس کو</w:t>
      </w:r>
    </w:p>
    <w:p>
      <w:r>
        <w:rPr>
          <w:b/>
        </w:rPr>
        <w:t xml:space="preserve">[1:45:32] </w:t>
      </w:r>
      <w:r>
        <w:t>mannne se inkar kar dete hain wo bhool jate hain ke aisa karna mahaz ek faisla ko na</w:t>
      </w:r>
    </w:p>
    <w:p>
      <w:pPr>
        <w:jc w:val="right"/>
      </w:pPr>
      <w:r>
        <w:t>ماننے سے انکار کر دیتے ہیں وہ بھول جاتے ہیں کہ ایسا کرنا محض ایک فیصلہ کو نہ</w:t>
      </w:r>
    </w:p>
    <w:p>
      <w:r>
        <w:rPr>
          <w:b/>
        </w:rPr>
        <w:t xml:space="preserve">[1:45:39] </w:t>
      </w:r>
      <w:r>
        <w:t>mannna nahi hai balke khud iman o Islam ka inkar karna hai</w:t>
      </w:r>
    </w:p>
    <w:p>
      <w:pPr>
        <w:jc w:val="right"/>
      </w:pPr>
      <w:r>
        <w:t>ماننا نہیں ہے بلکہ خود ایمان و اسلام کا انکار کرنا ہے</w:t>
      </w:r>
    </w:p>
    <w:p>
      <w:r>
        <w:rPr>
          <w:b/>
        </w:rPr>
        <w:t xml:space="preserve">[1:45:47] </w:t>
      </w:r>
      <w:r>
        <w:t>inna anzalna al-tawrata fiha huda</w:t>
      </w:r>
    </w:p>
    <w:p>
      <w:pPr>
        <w:jc w:val="right"/>
      </w:pPr>
      <w:r>
        <w:t>انا انزلنا التورات فیہا ہدى</w:t>
      </w:r>
    </w:p>
    <w:p>
      <w:r>
        <w:rPr>
          <w:b/>
        </w:rPr>
        <w:t xml:space="preserve">[1:45:55] </w:t>
      </w:r>
      <w:r>
        <w:t>wa noor yahkumu bihi al-nabiyuna alladhina aslamu lil-ladhina hadu al-rabbaniyuna</w:t>
      </w:r>
    </w:p>
    <w:p>
      <w:pPr>
        <w:jc w:val="right"/>
      </w:pPr>
      <w:r>
        <w:t>ونور یحکم بہ النبین الذین اسلموا للذین ہادوا الربانیون</w:t>
      </w:r>
    </w:p>
    <w:p>
      <w:r>
        <w:rPr>
          <w:b/>
        </w:rPr>
        <w:t xml:space="preserve">[1:46:06] </w:t>
      </w:r>
      <w:r>
        <w:t>wa al-ahbaru wa al-rabbaniyuna</w:t>
      </w:r>
    </w:p>
    <w:p>
      <w:pPr>
        <w:jc w:val="right"/>
      </w:pPr>
      <w:r>
        <w:t>والاحبار والربانیون</w:t>
      </w:r>
    </w:p>
    <w:p>
      <w:r>
        <w:rPr>
          <w:b/>
        </w:rPr>
        <w:t xml:space="preserve">[1:46:12] </w:t>
      </w:r>
      <w:r>
        <w:t>wa al ahbar bima istuhfizo min kitab Allah wa kanoo alaih shuhada</w:t>
      </w:r>
    </w:p>
    <w:p>
      <w:pPr>
        <w:jc w:val="right"/>
      </w:pPr>
      <w:r>
        <w:t>والاحبار بما استحفظوا من کتاب اللہ وكانوا علیہ شهداء</w:t>
      </w:r>
    </w:p>
    <w:p>
      <w:r>
        <w:rPr>
          <w:b/>
        </w:rPr>
        <w:t xml:space="preserve">[1:46:22] </w:t>
      </w:r>
      <w:r>
        <w:t>fa la takhshaw al nas wa akhshoon wa la tashtaro bi ayati thamanan qaleelan wa man lam yahkum bima anzala Allah fa olai ka hum al kafiroon</w:t>
      </w:r>
    </w:p>
    <w:p>
      <w:pPr>
        <w:jc w:val="right"/>
      </w:pPr>
      <w:r>
        <w:t>فلا تخشوا الناس واخشون ولا تشتروا باياتي ثمنا قليلا ومن لم يحكم بما انزل الله فاولئک هم الكافرون</w:t>
      </w:r>
    </w:p>
    <w:p>
      <w:r>
        <w:rPr>
          <w:b/>
        </w:rPr>
        <w:t xml:space="preserve">[1:46:47] </w:t>
      </w:r>
      <w:r>
        <w:t>wa katabna alayhim fiha</w:t>
      </w:r>
    </w:p>
    <w:p>
      <w:pPr>
        <w:jc w:val="right"/>
      </w:pPr>
      <w:r>
        <w:t>وكتبنا علیہم فیہا</w:t>
      </w:r>
    </w:p>
    <w:p>
      <w:r>
        <w:rPr>
          <w:b/>
        </w:rPr>
        <w:t xml:space="preserve">[1:46:52] </w:t>
      </w:r>
      <w:r>
        <w:t>anna al-nafsa bil-nafsi wa al-ayna bil-ayni wa al-anfi bil-anfi</w:t>
      </w:r>
    </w:p>
    <w:p>
      <w:pPr>
        <w:jc w:val="right"/>
      </w:pPr>
      <w:r>
        <w:t>ان النفس بالنفس والعین بالعین والانف بالانف</w:t>
      </w:r>
    </w:p>
    <w:p>
      <w:r>
        <w:rPr>
          <w:b/>
        </w:rPr>
        <w:t xml:space="preserve">[1:47:01] </w:t>
      </w:r>
      <w:r>
        <w:t>wa al-udhunna bil-udhunni wa al-udhunna bil-udhunni wa al-sunnu</w:t>
      </w:r>
    </w:p>
    <w:p>
      <w:pPr>
        <w:jc w:val="right"/>
      </w:pPr>
      <w:r>
        <w:t>والاذن بالاذن والاذن بالاذن والسن</w:t>
      </w:r>
    </w:p>
    <w:p>
      <w:r>
        <w:rPr>
          <w:b/>
        </w:rPr>
        <w:t xml:space="preserve">[1:47:07] </w:t>
      </w:r>
      <w:r>
        <w:t>bil-sunni wa al-juruha qisas</w:t>
      </w:r>
    </w:p>
    <w:p>
      <w:pPr>
        <w:jc w:val="right"/>
      </w:pPr>
      <w:r>
        <w:t>بالسن والجروح قصاص</w:t>
      </w:r>
    </w:p>
    <w:p>
      <w:r>
        <w:rPr>
          <w:b/>
        </w:rPr>
        <w:t xml:space="preserve">[1:47:14] </w:t>
      </w:r>
      <w:r>
        <w:t>fa man tasaddaqa bihi fa huwa kaffaratun lah</w:t>
      </w:r>
    </w:p>
    <w:p>
      <w:pPr>
        <w:jc w:val="right"/>
      </w:pPr>
      <w:r>
        <w:t>فمن تصدق به فهو كفاره له</w:t>
      </w:r>
    </w:p>
    <w:p>
      <w:r>
        <w:rPr>
          <w:b/>
        </w:rPr>
        <w:t xml:space="preserve">[1:47:20] </w:t>
      </w:r>
      <w:r>
        <w:t>wa man lam yahkum</w:t>
      </w:r>
    </w:p>
    <w:p>
      <w:pPr>
        <w:jc w:val="right"/>
      </w:pPr>
      <w:r>
        <w:t>ومن لم يحكم</w:t>
      </w:r>
    </w:p>
    <w:p>
      <w:r>
        <w:rPr>
          <w:b/>
        </w:rPr>
        <w:t xml:space="preserve">[1:47:23] </w:t>
      </w:r>
      <w:r>
        <w:t>bima anzala Allahu fa ulaika</w:t>
      </w:r>
    </w:p>
    <w:p>
      <w:pPr>
        <w:jc w:val="right"/>
      </w:pPr>
      <w:r>
        <w:t>بما انزل الله فاولئک</w:t>
      </w:r>
    </w:p>
    <w:p>
      <w:r>
        <w:rPr>
          <w:b/>
        </w:rPr>
        <w:t xml:space="preserve">[1:47:29] </w:t>
      </w:r>
      <w:r>
        <w:t>hum al-zalimuna</w:t>
      </w:r>
    </w:p>
    <w:p>
      <w:pPr>
        <w:jc w:val="right"/>
      </w:pPr>
      <w:r>
        <w:t>هم الظالمون</w:t>
      </w:r>
    </w:p>
    <w:p>
      <w:r>
        <w:rPr>
          <w:b/>
        </w:rPr>
        <w:t xml:space="preserve">[1:47:34] </w:t>
      </w:r>
      <w:r>
        <w:t>wa qaffayna ala atharihim</w:t>
      </w:r>
    </w:p>
    <w:p>
      <w:pPr>
        <w:jc w:val="right"/>
      </w:pPr>
      <w:r>
        <w:t>وقفينا على اثارهم</w:t>
      </w:r>
    </w:p>
    <w:p>
      <w:r>
        <w:rPr>
          <w:b/>
        </w:rPr>
        <w:t xml:space="preserve">[1:47:39] </w:t>
      </w:r>
      <w:r>
        <w:t>bi isa ibna Maryama musaddiqan lima bayna yadayhi min al-tawrati</w:t>
      </w:r>
    </w:p>
    <w:p>
      <w:pPr>
        <w:jc w:val="right"/>
      </w:pPr>
      <w:r>
        <w:t>بعيسى ابن مريم مصدقا لما بين يديه من التوراه</w:t>
      </w:r>
    </w:p>
    <w:p>
      <w:r>
        <w:rPr>
          <w:b/>
        </w:rPr>
        <w:t xml:space="preserve">[1:47:48] </w:t>
      </w:r>
      <w:r>
        <w:t>wa ataynahu al-injila fihi huda wa noor</w:t>
      </w:r>
    </w:p>
    <w:p>
      <w:pPr>
        <w:jc w:val="right"/>
      </w:pPr>
      <w:r>
        <w:t>واتيناه الانجيل فيه هدى ونورا</w:t>
      </w:r>
    </w:p>
    <w:p>
      <w:r>
        <w:rPr>
          <w:b/>
        </w:rPr>
        <w:t xml:space="preserve">[1:47:54] </w:t>
      </w:r>
      <w:r>
        <w:t>wa musaddiqan lima bayna yadayhi min al-tawrati wa huda wa maw'izah</w:t>
      </w:r>
    </w:p>
    <w:p>
      <w:pPr>
        <w:jc w:val="right"/>
      </w:pPr>
      <w:r>
        <w:t>ومصدقا لما بين يديه من التورات وهدى وموعظه</w:t>
      </w:r>
    </w:p>
    <w:p>
      <w:r>
        <w:rPr>
          <w:b/>
        </w:rPr>
        <w:t xml:space="preserve">[1:48:02] </w:t>
      </w:r>
      <w:r>
        <w:t>lil-muttaqina wa liyahkuma ahlu al-injili bima</w:t>
      </w:r>
    </w:p>
    <w:p>
      <w:pPr>
        <w:jc w:val="right"/>
      </w:pPr>
      <w:r>
        <w:t>للمتقين وليحكم اهل الانجيل بما</w:t>
      </w:r>
    </w:p>
    <w:p>
      <w:r>
        <w:rPr>
          <w:b/>
        </w:rPr>
        <w:t xml:space="preserve">[1:48:11] </w:t>
      </w:r>
      <w:r>
        <w:t>anzala Allahu fihi</w:t>
      </w:r>
    </w:p>
    <w:p>
      <w:pPr>
        <w:jc w:val="right"/>
      </w:pPr>
      <w:r>
        <w:t>انزل الله فيه</w:t>
      </w:r>
    </w:p>
    <w:p>
      <w:r>
        <w:rPr>
          <w:b/>
        </w:rPr>
        <w:t xml:space="preserve">[1:48:16] </w:t>
      </w:r>
      <w:r>
        <w:t>wa man lam yahkum</w:t>
      </w:r>
    </w:p>
    <w:p>
      <w:pPr>
        <w:jc w:val="right"/>
      </w:pPr>
      <w:r>
        <w:t>ومن لم يحكم</w:t>
      </w:r>
    </w:p>
    <w:p>
      <w:r>
        <w:rPr>
          <w:b/>
        </w:rPr>
        <w:t xml:space="preserve">[1:48:18] </w:t>
      </w:r>
      <w:r>
        <w:t>bima anzala</w:t>
      </w:r>
    </w:p>
    <w:p>
      <w:pPr>
        <w:jc w:val="right"/>
      </w:pPr>
      <w:r>
        <w:t>بما انزل</w:t>
      </w:r>
    </w:p>
    <w:p>
      <w:r>
        <w:rPr>
          <w:b/>
        </w:rPr>
        <w:t xml:space="preserve">[1:48:21] </w:t>
      </w:r>
      <w:r>
        <w:t>Allah fa olai ka hum al fasiqoon</w:t>
      </w:r>
    </w:p>
    <w:p>
      <w:pPr>
        <w:jc w:val="right"/>
      </w:pPr>
      <w:r>
        <w:t>الله فاولئک هم الفاسقون</w:t>
      </w:r>
    </w:p>
    <w:p>
      <w:r>
        <w:rPr>
          <w:b/>
        </w:rPr>
        <w:t xml:space="preserve">[1:48:31] </w:t>
      </w:r>
      <w:r>
        <w:t>beshak hum ne torait utari hai jis mein hidayat aur roshni hai usi ke mutabiq Khuda ke farmanbardar anbiya Yahudi logon ka faisla kartay thay aur un ke darvesh aur ulma bhi is liye ke woh Khuda ki kitab par nigahban thahray gaye thay aur woh is ke gawah thay</w:t>
      </w:r>
    </w:p>
    <w:p>
      <w:pPr>
        <w:jc w:val="right"/>
      </w:pPr>
      <w:r>
        <w:t>بے شک ہم نے تورات اتاری ہے جس میں ہدایت اور روشنی ہے اسی کے مطابق خدا کے فرمانبردار انبیاء یہودی لوگوں کا فیصلہ کرتے تھے اور ان کے درویش اور علماء بھی اس لیے کہ وہ خدا کی کتاب پر نگہبان ٹھہرائے گئے تھے اور وہ اس کے گواہ تھے</w:t>
      </w:r>
    </w:p>
    <w:p>
      <w:r>
        <w:rPr>
          <w:b/>
        </w:rPr>
        <w:t xml:space="preserve">[1:49:00] </w:t>
      </w:r>
      <w:r>
        <w:t>pas tum insanon se na daro mujh se daro aur meri ayaton ko mataa-e-haqeer ke ewaz na</w:t>
      </w:r>
    </w:p>
    <w:p>
      <w:pPr>
        <w:jc w:val="right"/>
      </w:pPr>
      <w:r>
        <w:t>پس تم انسانوں سے نہ ڈرو مجھ سے ڈرو اور میری ایتوں کو متاع حقیر کے عوض نہ</w:t>
      </w:r>
    </w:p>
    <w:p>
      <w:r>
        <w:rPr>
          <w:b/>
        </w:rPr>
        <w:t xml:space="preserve">[1:49:09] </w:t>
      </w:r>
      <w:r>
        <w:t>becho aur jo koi is ke muwafiq hukm na kare jo Allah ne utara hai to wohi log</w:t>
      </w:r>
    </w:p>
    <w:p>
      <w:pPr>
        <w:jc w:val="right"/>
      </w:pPr>
      <w:r>
        <w:t>بیچو اور جو کوئی اس کے موافق حکم نہ کرے جو اللہ نے اتارا ہے تو وہی لوگ</w:t>
      </w:r>
    </w:p>
    <w:p>
      <w:r>
        <w:rPr>
          <w:b/>
        </w:rPr>
        <w:t xml:space="preserve">[1:49:17] </w:t>
      </w:r>
      <w:r>
        <w:t>kafir hain aur hum ne is kitab mein un par likh diya ke jaan ke badle jaan aur</w:t>
      </w:r>
    </w:p>
    <w:p>
      <w:pPr>
        <w:jc w:val="right"/>
      </w:pPr>
      <w:r>
        <w:t>کافر ہیں اور ہم نے اس کتاب میں ان پر لکھ دیا کہ جان کے بدلے جان اور</w:t>
      </w:r>
    </w:p>
    <w:p>
      <w:r>
        <w:rPr>
          <w:b/>
        </w:rPr>
        <w:t xml:space="preserve">[1:49:25] </w:t>
      </w:r>
      <w:r>
        <w:t>aankh ke badle aankh aur naak ke badle naak aur kaan ke badle kaan aur daant ke badle</w:t>
      </w:r>
    </w:p>
    <w:p>
      <w:pPr>
        <w:jc w:val="right"/>
      </w:pPr>
      <w:r>
        <w:t>انکھ کے بدلے انکھ اور ناک کے بدلے ناک اور کان کے بدلے کان اور دانت کے بدلے</w:t>
      </w:r>
    </w:p>
    <w:p>
      <w:r>
        <w:rPr>
          <w:b/>
        </w:rPr>
        <w:t xml:space="preserve">[1:49:34] </w:t>
      </w:r>
      <w:r>
        <w:t>daant aur zakhmoun ka badla un ke barabar</w:t>
      </w:r>
    </w:p>
    <w:p>
      <w:pPr>
        <w:jc w:val="right"/>
      </w:pPr>
      <w:r>
        <w:t>دانت اور زخموں کا بدلہ ان کے برابر</w:t>
      </w:r>
    </w:p>
    <w:p>
      <w:r>
        <w:rPr>
          <w:b/>
        </w:rPr>
        <w:t xml:space="preserve">[1:49:39] </w:t>
      </w:r>
      <w:r>
        <w:t>phir jis ne is ko maaf kar diya to woh is ke liye kafara hai aur jo shakhs</w:t>
      </w:r>
    </w:p>
    <w:p>
      <w:pPr>
        <w:jc w:val="right"/>
      </w:pPr>
      <w:r>
        <w:t>پھر جس نے اس کو معاف کر دیا تو وہ اس کے لیے کفارہ ہے اور جو شخص</w:t>
      </w:r>
    </w:p>
    <w:p>
      <w:r>
        <w:rPr>
          <w:b/>
        </w:rPr>
        <w:t xml:space="preserve">[1:49:45] </w:t>
      </w:r>
      <w:r>
        <w:t>is ke muwafiq faisla na kare jo Allah ne utara to wohi log zalim hain aur hum ne</w:t>
      </w:r>
    </w:p>
    <w:p>
      <w:pPr>
        <w:jc w:val="right"/>
      </w:pPr>
      <w:r>
        <w:t>اس کے موافق فیصلہ نہ کرے جو اللہ نے اتارا تو وہی لوگ ظالم ہیں اور ہم نے</w:t>
      </w:r>
    </w:p>
    <w:p>
      <w:r>
        <w:rPr>
          <w:b/>
        </w:rPr>
        <w:t xml:space="preserve">[1:49:53] </w:t>
      </w:r>
      <w:r>
        <w:t>un ke peechay Isa ibn Maryam ko bheja tasdeeq karte hue apne se pehle ki kitab Torait ki</w:t>
      </w:r>
    </w:p>
    <w:p>
      <w:pPr>
        <w:jc w:val="right"/>
      </w:pPr>
      <w:r>
        <w:t>ان کے پیچھے عیسی ابن مریم کو بھیجا تصدیق کرتے ہوئے اپنے سے قبل کی کتاب تورات کی</w:t>
      </w:r>
    </w:p>
    <w:p>
      <w:r>
        <w:rPr>
          <w:b/>
        </w:rPr>
        <w:t xml:space="preserve">[1:50:01] </w:t>
      </w:r>
      <w:r>
        <w:t>aur hum ne is ko Injeel di jis mein hidayat aur noor hai aur woh tasdeeq karne wali</w:t>
      </w:r>
    </w:p>
    <w:p>
      <w:pPr>
        <w:jc w:val="right"/>
      </w:pPr>
      <w:r>
        <w:t>اور ہم نے اس کو انجیل دی جس میں ہدایت اور نور ہے اور وہ تصدیق کرنے والی</w:t>
      </w:r>
    </w:p>
    <w:p>
      <w:r>
        <w:rPr>
          <w:b/>
        </w:rPr>
        <w:t xml:space="preserve">[1:50:08] </w:t>
      </w:r>
      <w:r>
        <w:t>thi apne se agli kitab Torait ki aur hidayat aur naseehat darne walon ke liye</w:t>
      </w:r>
    </w:p>
    <w:p>
      <w:pPr>
        <w:jc w:val="right"/>
      </w:pPr>
      <w:r>
        <w:t>تھی اپنے سے اگلی کتاب تورات کی اور ہدایت اور نصیحت ڈرنے والوں کے لیے</w:t>
      </w:r>
    </w:p>
    <w:p>
      <w:r>
        <w:rPr>
          <w:b/>
        </w:rPr>
        <w:t xml:space="preserve">[1:50:19] </w:t>
      </w:r>
      <w:r>
        <w:t>aur chahiye ke anjeel walay is ke muafiq faisla karain jo Allah ne is mein utara hai aur jo koi is ke muafiq faisla na karay jo Allah ne utara to wohi log na farman hain</w:t>
      </w:r>
    </w:p>
    <w:p>
      <w:pPr>
        <w:jc w:val="right"/>
      </w:pPr>
      <w:r>
        <w:t>اور چاہیے کہ انجیل والے اس کے موافق فیصلہ کریں جو اللہ نے اس میں اتارا ہے اور جو کوئی اس کے موافق فیصلہ نہ کرے جو اللہ نے اتارا تو وہی لوگ نافرمان ہیں</w:t>
      </w:r>
    </w:p>
    <w:p>
      <w:r>
        <w:rPr>
          <w:b/>
        </w:rPr>
        <w:t xml:space="preserve">[1:50:37] </w:t>
      </w:r>
      <w:r>
        <w:t>tashreeh Khuda ki kitab is liye ati hai ke woh logon ko un ki abadi falah ki rah dikhaye</w:t>
      </w:r>
    </w:p>
    <w:p>
      <w:pPr>
        <w:jc w:val="right"/>
      </w:pPr>
      <w:r>
        <w:t>تشریح خدا کی کتاب اس لیے اتی ہے کہ وہ لوگوں کو ان کی ابدی فلاح کی راہ دکھائے</w:t>
      </w:r>
    </w:p>
    <w:p>
      <w:r>
        <w:rPr>
          <w:b/>
        </w:rPr>
        <w:t xml:space="preserve">[1:50:47] </w:t>
      </w:r>
      <w:r>
        <w:t>khwahish parasti ke andheray se nikal kar un ko haq parasti ki roshni mein laye jo Khuda se darne walay hain woh Khuda ki kitab ko Khuda aur bandoon ke darmiyan muqaddas ehad samajhtay hain jis mein apni taraf se kami ya ziyadati jaiz na ho</w:t>
      </w:r>
    </w:p>
    <w:p>
      <w:pPr>
        <w:jc w:val="right"/>
      </w:pPr>
      <w:r>
        <w:t>خواہش پرستی کے اندھیرے سے نکال کر ان کو حق پرستی کی روشنی میں لائے جو خدا سے ڈرنے والے ہیں وہ خدا کی کتاب کو خدا اور بندوں کے درمیان مقدس عہد سمجھتے ہیں جس میں اپنی طرف سے کمی یا زیادتی جائز نہ ہو</w:t>
      </w:r>
    </w:p>
    <w:p>
      <w:r>
        <w:rPr>
          <w:b/>
        </w:rPr>
        <w:t xml:space="preserve">[1:51:11] </w:t>
      </w:r>
      <w:r>
        <w:t>woh is ki taameel is tarah kartay hain jis tarah kisi ke pas koi amanat ho aur woh theek theek us ki adai karay Allah ki kitab bandoon ke haq mein Allah ka faisla hota hai zaroorat hoti hai ke zindagi ke mamlat mein usi ki hidayat par chala jaye aur bahmi nizaaat mein usi ke ahkam ke mutabiq faisla kiya jaye</w:t>
      </w:r>
    </w:p>
    <w:p>
      <w:pPr>
        <w:jc w:val="right"/>
      </w:pPr>
      <w:r>
        <w:t>وہ اس کی تعمیل اس طرح کرتے ہیں جس طرح کسی کے پاس کوئی امانت ہو اور وہ ٹھیک ٹھیک اس کی ادائیگی کرے اللہ کی کتاب بندوں کے حق میں اللہ کا فیصلہ ہوتا ہے ضرورت ہوتی ہے کہ زندگی کے معاملات میں اسی کی ہدایت پر چلا جائے اور باہمی نزاعات میں اسی کے احکام کے مطابق فیصلہ کیا جائے</w:t>
      </w:r>
    </w:p>
    <w:p>
      <w:r>
        <w:rPr>
          <w:b/>
        </w:rPr>
        <w:t xml:space="preserve">[1:51:40] </w:t>
      </w:r>
      <w:r>
        <w:t>Khuda ki kitab ko agar yeh hakamana hesiyat na di jaye balkay apne mamlat o nizaaat ko apni dunyavi maslahaton ke tabay rakha jaye to yeh Khuda ki kitab se inkar ke hamana hoga khwah tabarruk ke taur par is ka kitna hi ziyada zahiri ehtiram kiya jata ho</w:t>
      </w:r>
    </w:p>
    <w:p>
      <w:pPr>
        <w:jc w:val="right"/>
      </w:pPr>
      <w:r>
        <w:t>خدا کی کتاب کو اگر یہ حاکمانہ حیثیت نہ دی جائے بلکہ اپنے معاملات و نزاعات کو اپنی دنیاوی مصلحتوں کے تابع رکھا جائے تو یہ خدا کی کتاب سے انکار کے ہمانہ ہوگا خواہ تبرک کے طور پر اس کا کتنا ہی زیادہ ظاہری احترام کیا جاتا ہو</w:t>
      </w:r>
    </w:p>
    <w:p>
      <w:r>
        <w:rPr>
          <w:b/>
        </w:rPr>
        <w:t xml:space="preserve">[1:52:05] </w:t>
      </w:r>
      <w:r>
        <w:t>jo log apne ko Muslim kahain magar un ka hal yeh ho ke woh ikhtiyar aur azadi rakhtay huay bhi apne mamlat ka faisla Allah ki kitab ke mutabiq na karain balkay khwahishon ki shariat par chalain woh Allah ki nazar mein kafir aur zalim aur fasiq hain woh Khuda ki hakamana hesiyat ka inkar karne walay hain woh haq ka talaf karne walay hain</w:t>
      </w:r>
    </w:p>
    <w:p>
      <w:pPr>
        <w:jc w:val="right"/>
      </w:pPr>
      <w:r>
        <w:t>جو لوگ اپنے کو مسلم کہیں مگر ان کا حال یہ ہو کہ وہ اختیار اور ازادی رکھتے ہوئے بھی اپنے معاملات کا فیصلہ اللہ کی کتاب کے مطابق نہ کریں بلکہ خواہشوں کی شریعت پر چلیں وہ اللہ کی نظر میں کافر اور ظالم اور فاسق ہیں وہ خدا کی حاکمانہ حیثیت کا انکار کرنے والے ہیں وہ حق کا تلف کرنے والے ہیں</w:t>
      </w:r>
    </w:p>
    <w:p>
      <w:r>
        <w:rPr>
          <w:b/>
        </w:rPr>
        <w:t xml:space="preserve">[1:52:34] </w:t>
      </w:r>
      <w:r>
        <w:t>woh itaat e Khuda wandi ke ehad se nikal janay walay hain hukm shariat ko jan boojh kar nazar andaaz karne ke baad aadmi ki koi hesiyat Khuda ke han baqi nahi rehti qisas ke silsilay mein shariat ka taqaza hai ke kisi ki hesiyat ki parwah kiye baghair is ka nafaz kiya j</w:t>
      </w:r>
    </w:p>
    <w:p>
      <w:pPr>
        <w:jc w:val="right"/>
      </w:pPr>
      <w:r>
        <w:t>وہ اطاعت خداوندی کے عہد سے نکل جانے والے ہیں حکم شریعت کو جان بوجھ کر نظر انداز کرنے کے بعد ادمی کی کوئی حیثیت خدا کے ہاں باقی نہیں رہتی قصاص کے سلسلے میں شریعت کا تقاضا ہے کہ کسی کی حیثیت کی پرواہ کیے بغیر اس کا نفاذ کیا ج</w:t>
      </w:r>
    </w:p>
    <w:p>
      <w:r>
        <w:rPr>
          <w:b/>
        </w:rPr>
        <w:t xml:space="preserve">[1:52:55] </w:t>
      </w:r>
      <w:r>
        <w:t>aaye taham baz auqat aadmi ki jarahiyat is ki sharaf pasandi ka nateeja nahi hoti balke waqti jazbe</w:t>
      </w:r>
    </w:p>
    <w:p>
      <w:pPr>
        <w:jc w:val="right"/>
      </w:pPr>
      <w:r>
        <w:t>ائے تاہم بعض اوقات ادمی کی جارحیت اس کی شرف پسندی کا نتیجہ نہیں ہوتی بلکہ وقتی جذبے</w:t>
      </w:r>
    </w:p>
    <w:p>
      <w:r>
        <w:rPr>
          <w:b/>
        </w:rPr>
        <w:t xml:space="preserve">[1:53:04] </w:t>
      </w:r>
      <w:r>
        <w:t>ke tehat sadir ho jati hai aisi halat mein agar majrooh jarah ko maaf kar de to yeh</w:t>
      </w:r>
    </w:p>
    <w:p>
      <w:pPr>
        <w:jc w:val="right"/>
      </w:pPr>
      <w:r>
        <w:t>کے تحت صادر ہو جاتی ہے ایسی حالت میں اگر مجروح جارح کو معاف کر دے تو یہ</w:t>
      </w:r>
    </w:p>
    <w:p>
      <w:r>
        <w:rPr>
          <w:b/>
        </w:rPr>
        <w:t xml:space="preserve">[1:53:13] </w:t>
      </w:r>
      <w:r>
        <w:t>is ki taraf se jarah ke liye aik sadqa hoga aur samaj mein wusat-e-zarf ki faza paida</w:t>
      </w:r>
    </w:p>
    <w:p>
      <w:pPr>
        <w:jc w:val="right"/>
      </w:pPr>
      <w:r>
        <w:t>اس کی طرف سے جارح کے لیے ایک صدقہ ہوگا اور سماج میں وسعت ظرف کی فضا پیدا</w:t>
      </w:r>
    </w:p>
    <w:p>
      <w:r>
        <w:rPr>
          <w:b/>
        </w:rPr>
        <w:t xml:space="preserve">[1:53:21] </w:t>
      </w:r>
      <w:r>
        <w:t>karne ka zariya</w:t>
      </w:r>
    </w:p>
    <w:p>
      <w:pPr>
        <w:jc w:val="right"/>
      </w:pPr>
      <w:r>
        <w:t>کرنے کا ذریعہ</w:t>
      </w:r>
    </w:p>
    <w:p>
      <w:r>
        <w:rPr>
          <w:b/>
        </w:rPr>
        <w:t xml:space="preserve">[1:54:04] </w:t>
      </w:r>
      <w:r>
        <w:t>likullin ja'alna minkum shir'atan wa minhajan</w:t>
      </w:r>
    </w:p>
    <w:p>
      <w:pPr>
        <w:jc w:val="right"/>
      </w:pPr>
      <w:r>
        <w:t>لكل جعلنا منكم شرعه ومنها جاء</w:t>
      </w:r>
    </w:p>
    <w:p>
      <w:r>
        <w:rPr>
          <w:b/>
        </w:rPr>
        <w:t xml:space="preserve">[1:54:12] </w:t>
      </w:r>
      <w:r>
        <w:t>wa law sha'a allahu la ja'alakum</w:t>
      </w:r>
    </w:p>
    <w:p>
      <w:pPr>
        <w:jc w:val="right"/>
      </w:pPr>
      <w:r>
        <w:t>ولو شاء الله لجعلكم</w:t>
      </w:r>
    </w:p>
    <w:p>
      <w:r>
        <w:rPr>
          <w:b/>
        </w:rPr>
        <w:t xml:space="preserve">[1:54:17] </w:t>
      </w:r>
      <w:r>
        <w:t>ummatan wahidatan walakin liyabluwakum fima</w:t>
      </w:r>
    </w:p>
    <w:p>
      <w:pPr>
        <w:jc w:val="right"/>
      </w:pPr>
      <w:r>
        <w:t>امه واحده ولكن ليبلوكم فيما</w:t>
      </w:r>
    </w:p>
    <w:p>
      <w:r>
        <w:rPr>
          <w:b/>
        </w:rPr>
        <w:t xml:space="preserve">[1:54:26] </w:t>
      </w:r>
      <w:r>
        <w:t>atakum walakin liyabluwakum fima</w:t>
      </w:r>
    </w:p>
    <w:p>
      <w:pPr>
        <w:jc w:val="right"/>
      </w:pPr>
      <w:r>
        <w:t>اتاكم ولكن ليبلوكم فيما</w:t>
      </w:r>
    </w:p>
    <w:p>
      <w:r>
        <w:rPr>
          <w:b/>
        </w:rPr>
        <w:t xml:space="preserve">[1:54:33] </w:t>
      </w:r>
      <w:r>
        <w:t>atakum fastabiqul khairat</w:t>
      </w:r>
    </w:p>
    <w:p>
      <w:pPr>
        <w:jc w:val="right"/>
      </w:pPr>
      <w:r>
        <w:t>اتاكم فاستبقوا الخيرات</w:t>
      </w:r>
    </w:p>
    <w:p>
      <w:r>
        <w:rPr>
          <w:b/>
        </w:rPr>
        <w:t xml:space="preserve">[1:54:39] </w:t>
      </w:r>
      <w:r>
        <w:t>ilallahi marji'ukum jamee'an</w:t>
      </w:r>
    </w:p>
    <w:p>
      <w:pPr>
        <w:jc w:val="right"/>
      </w:pPr>
      <w:r>
        <w:t>الى الله مرجعكم جميعا</w:t>
      </w:r>
    </w:p>
    <w:p>
      <w:r>
        <w:rPr>
          <w:b/>
        </w:rPr>
        <w:t xml:space="preserve">[1:54:43] </w:t>
      </w:r>
      <w:r>
        <w:t>fayunabbi'ukum bima kuntum fihi takhtalifun</w:t>
      </w:r>
    </w:p>
    <w:p>
      <w:pPr>
        <w:jc w:val="right"/>
      </w:pPr>
      <w:r>
        <w:t>فينبئكم بما كنتم فيه تختلفون</w:t>
      </w:r>
    </w:p>
    <w:p>
      <w:r>
        <w:rPr>
          <w:b/>
        </w:rPr>
        <w:t xml:space="preserve">[1:54:53] </w:t>
      </w:r>
      <w:r>
        <w:t>aur hum ne tumhari taraf kitab utari haq ke sath tasdeeq karne wali pichli kitab ki aur us ke mazameen par nigahban pas tum un ke darmiyan faisla karo is ke mutabiq jo Allah ne utara aur jo haq tumharay pas aya hai us ko chor kar un ki khwahishon ki pairwi na karo</w:t>
      </w:r>
    </w:p>
    <w:p>
      <w:pPr>
        <w:jc w:val="right"/>
      </w:pPr>
      <w:r>
        <w:t>اور ہم نے تمہاری طرف کتاب اتاری حق کے ساتھ تصدیق کرنے والی پچھلی کتاب کی اور اس کے مضامین پر نگہبان پس تم ان کے درمیان فیصلہ کرو اس کے مطابق جو اللہ نے اتارا اور جو حق تمہارے پاس ایا ہے اس کو چھوڑ کر ان کی خواہشوں کی پیروی نہ کرو</w:t>
      </w:r>
    </w:p>
    <w:p>
      <w:r>
        <w:rPr>
          <w:b/>
        </w:rPr>
        <w:t xml:space="preserve">[1:55:18] </w:t>
      </w:r>
      <w:r>
        <w:t>hum ne tum mein se har aik ke liye aik shariat aur aik tareeqa thahraya aur agar Khuda chahta to tum ko aik hi ummat bana deta magar Allah ne chaha ke woh apne diye huay hukmon mein tumhari azmayish karay pas tum bhalaiyon ki taraf daudo akhir kar tum sab ko Khuda ki taraf palt kar jana hai phir woh tum ko agah</w:t>
      </w:r>
    </w:p>
    <w:p>
      <w:pPr>
        <w:jc w:val="right"/>
      </w:pPr>
      <w:r>
        <w:t>ہم نے تم میں سے ہر ایک کے لیے ایک شریعت اور ایک طریقہ ٹھہرایا اور اگر خدا چاہتا تو تم کو ایک ہی امت بنا دیتا مگر اللہ نے چاہا کہ وہ اپنے دیے ہوئے حکموں میں تمہاری ازمائش کرے پس تم بھلائیوں کی طرف دوڑو اخر کار تم سب کو خدا کی طرف پلٹ کر جانا ہے پھر وہ تم کو اگاہ</w:t>
      </w:r>
    </w:p>
    <w:p>
      <w:r>
        <w:rPr>
          <w:b/>
        </w:rPr>
        <w:t xml:space="preserve">[1:55:46] </w:t>
      </w:r>
      <w:r>
        <w:t>kar de ga is cheez se jis mein tum ikhtilaf kar rahay thay</w:t>
      </w:r>
    </w:p>
    <w:p>
      <w:pPr>
        <w:jc w:val="right"/>
      </w:pPr>
      <w:r>
        <w:t>کر دے گا اس چیز سے جس میں تم اختلاف کر رہے تھے</w:t>
      </w:r>
    </w:p>
    <w:p>
      <w:r>
        <w:rPr>
          <w:b/>
        </w:rPr>
        <w:t xml:space="preserve">[1:55:54] </w:t>
      </w:r>
      <w:r>
        <w:t>tashreeh yahan kitab se murad deen ki asli aur asasi taleemat hain Allah ki yeh kitab aik hi kitab hai aur wohi aik kitab zaban aur tarteeb ke farq ke sath tamam nabiyon ki taraf utari gayi hai</w:t>
      </w:r>
    </w:p>
    <w:p>
      <w:pPr>
        <w:jc w:val="right"/>
      </w:pPr>
      <w:r>
        <w:t>تشریح یہاں کتاب سے مراد دین کی اصلی اور اساسی تعلیمات ہیں اللہ کی یہ کتاب ایک ہی کتاب ہے اور وہی ایک کتاب زبان اور ترتیب کے فرق کے ساتھ تمام نبیوں کی طرف اتاری گئی ہے</w:t>
      </w:r>
    </w:p>
    <w:p>
      <w:r>
        <w:rPr>
          <w:b/>
        </w:rPr>
        <w:t xml:space="preserve">[1:56:13] </w:t>
      </w:r>
      <w:r>
        <w:t>taham deen ki haqeeqat jis zahiri dhanchay mein mutashakkil hoti hai us mein mukhtalif anbiya ke darmiyan farq paya jata hai is farq ki wajah yeh nahi ke deen ke utarnay mein koi irtaqai tarteeb hai yani pehle kam tarraqi yafta aur ghair kamil deen utara gaya is ke baad ziyada tarraqi yafta aur ziyada kamil deen utra</w:t>
      </w:r>
    </w:p>
    <w:p>
      <w:pPr>
        <w:jc w:val="right"/>
      </w:pPr>
      <w:r>
        <w:t>تاہم دین کی حقیقت جس ظاہری ڈھانچے میں متشکل ہوتی ہے اس میں مختلف انبیاء کے درمیان فرق پایا جاتا ہے اس فرق کی وجہ یہ نہیں کہ دین کے اتارنے میں کوئی ارتقائی ترتیب ہے یعنی پہلے کم ترقی یافتہ اور غیر کامل دین اتارا گیا اس کے بعد زیادہ ترقی یافتہ اور زیادہ کامل دین اترا</w:t>
      </w:r>
    </w:p>
    <w:p>
      <w:r>
        <w:rPr>
          <w:b/>
        </w:rPr>
        <w:t xml:space="preserve">[1:56:42] </w:t>
      </w:r>
      <w:r>
        <w:t>is farq ki wajah khuda ki hikmat ibtila hai na ke hikmat irteqa quran ke mutabiq aisa sirf is liye hua ke logon ko azmaya jaye zamana guzarne ke baad aisa hota hai ke deen ki androni haqeeqat gum ho jati hai aur zahir o rasoom muqaddas ho kar asal ban jate hain</w:t>
      </w:r>
    </w:p>
    <w:p>
      <w:pPr>
        <w:jc w:val="right"/>
      </w:pPr>
      <w:r>
        <w:t>اس فرق کی وجہ خدا کی حکمت ابتلا ہے نہ کہ حکمت ارتقاء قران کے مطابق ایسا صرف اس لیے ہوا کہ لوگوں کو ازمایا جائے زمانہ گزرنے کے بعد ایسا ہوتا ہے کہ دین کی اندرونی حقیقت گم ہو جاتی ہے اور ظواہر و رسوم مقدس ہو کر اصل بن جاتے ہیں</w:t>
      </w:r>
    </w:p>
    <w:p>
      <w:r>
        <w:rPr>
          <w:b/>
        </w:rPr>
        <w:t xml:space="preserve">[1:57:07] </w:t>
      </w:r>
      <w:r>
        <w:t>log ibadat is ko samajh lete hain ke ek khaas dhancha ko zahiri sharaait ke sath dohra liya jaye is liye zahiri dhancha mein bar bar tabdiliyan ki gayin ta ke dhancha ki maqsoodiyat ka zehan khatm ho aur khuda ke siwa koi aur cheez tawajjah ka markaz na banne paye is ki ek misaal qibla ki tabdili hai</w:t>
      </w:r>
    </w:p>
    <w:p>
      <w:pPr>
        <w:jc w:val="right"/>
      </w:pPr>
      <w:r>
        <w:t>لوگ عبادت اس کو سمجھ لیتے ہیں کہ ایک خاص ڈھانچہ کو ظاہری شرائط کے ساتھ دہرا لیا جائے اس لیے ظاہری ڈھانچہ میں بار بار تبدیلیاں کی گئیں تاکہ ڈھانچے کی مقصودیت کا ذہن ختم ہو اور خدا کے سوا کوئی اور چیز توجہ کا مرکز نہ بننے پائے اس کی ایک مثال قبلہ کی تبدیلی ہے</w:t>
      </w:r>
    </w:p>
    <w:p>
      <w:r>
        <w:rPr>
          <w:b/>
        </w:rPr>
        <w:t xml:space="preserve">[1:57:34] </w:t>
      </w:r>
      <w:r>
        <w:t>Bani Israel ko hukum tha ke woh Baitul Maqdis ki taraf rukh kar ke ibadat karein yeh hukum</w:t>
      </w:r>
    </w:p>
    <w:p>
      <w:pPr>
        <w:jc w:val="right"/>
      </w:pPr>
      <w:r>
        <w:t>بنی اسرائیل کو حکم تھا کہ وہ بیت المقدس کی طرف رخ کر کے عبادت کریں یہ حکم</w:t>
      </w:r>
    </w:p>
    <w:p>
      <w:r>
        <w:rPr>
          <w:b/>
        </w:rPr>
        <w:t xml:space="preserve">[1:57:41] </w:t>
      </w:r>
      <w:r>
        <w:t>sirf rukh bandi ke liye tha magar dheere dheere un ka zehn yeh ban gaya ke Baitul Maqdis</w:t>
      </w:r>
    </w:p>
    <w:p>
      <w:pPr>
        <w:jc w:val="right"/>
      </w:pPr>
      <w:r>
        <w:t>صرف رخ بندی کے لیے تھا مگر دھیرے دھیرے ان کا ذہن یہ بن گیا کہ بیت المقدس</w:t>
      </w:r>
    </w:p>
    <w:p>
      <w:r>
        <w:rPr>
          <w:b/>
        </w:rPr>
        <w:t xml:space="preserve">[1:57:48] </w:t>
      </w:r>
      <w:r>
        <w:t>ki taraf rukh karne hi ka naam ibadat hai is waqt sabqa hukum ko badal kar kaba ko</w:t>
      </w:r>
    </w:p>
    <w:p>
      <w:pPr>
        <w:jc w:val="right"/>
      </w:pPr>
      <w:r>
        <w:t>کی طرف رخ کرنے ہی کا نام عبادت ہے اس وقت سابقہ حکم کو بدل کر کعبہ کو</w:t>
      </w:r>
    </w:p>
    <w:p>
      <w:r>
        <w:rPr>
          <w:b/>
        </w:rPr>
        <w:t xml:space="preserve">[1:57:55] </w:t>
      </w:r>
      <w:r>
        <w:t>qibla bana diya gaya ab kuch log sabqa riwayat se lipte rahe aur kuch logon ne khuda ki</w:t>
      </w:r>
    </w:p>
    <w:p>
      <w:pPr>
        <w:jc w:val="right"/>
      </w:pPr>
      <w:r>
        <w:t>قبلہ بنا دیا گیا اب کچھ لوگ سابقہ روایت سے لپٹے رہے اور کچھ لوگوں نے خدا کی</w:t>
      </w:r>
    </w:p>
    <w:p>
      <w:r>
        <w:rPr>
          <w:b/>
        </w:rPr>
        <w:t xml:space="preserve">[1:58:01] </w:t>
      </w:r>
      <w:r>
        <w:t>hidayat ko pa liya is tarah tabdili qibla se yeh khul gaya</w:t>
      </w:r>
    </w:p>
    <w:p>
      <w:pPr>
        <w:jc w:val="right"/>
      </w:pPr>
      <w:r>
        <w:t>ہدایت کو پا لیا اس طرح تبدیلی قبلہ سے یہ کھل گیا</w:t>
      </w:r>
    </w:p>
    <w:p>
      <w:r>
        <w:rPr>
          <w:b/>
        </w:rPr>
        <w:t xml:space="preserve">[1:58:06] </w:t>
      </w:r>
      <w:r>
        <w:t>ke kaun dar o deewar ko poojne wala tha aur kaun khuda ko poojne wala</w:t>
      </w:r>
    </w:p>
    <w:p>
      <w:pPr>
        <w:jc w:val="right"/>
      </w:pPr>
      <w:r>
        <w:t>کہ کون در و دیوار کو پوجنے والا تھا اور کون خدا کو پوجنے والا</w:t>
      </w:r>
    </w:p>
    <w:p>
      <w:r>
        <w:rPr>
          <w:b/>
        </w:rPr>
        <w:t xml:space="preserve">[1:58:16] </w:t>
      </w:r>
      <w:r>
        <w:t>ab is qism ki tabdili ka koi imkan nahi kyunke dhancha ko nabi badalta hai aur nabi ab aanay wala nahi taham jahan tak asal maqsood ka taluq hai woh badastoor baqi hai</w:t>
      </w:r>
    </w:p>
    <w:p>
      <w:pPr>
        <w:jc w:val="right"/>
      </w:pPr>
      <w:r>
        <w:t>اب اس قسم کی تبدیلی کا کوئی امکان نہیں کیونکہ ڈھانچہ کو نبی بدلتا ہے اور نبی اب انے والا نہیں تاہم جہاں تک اصل مقصود کا تعلق ہے وہ بدستور باقی ہے</w:t>
      </w:r>
    </w:p>
    <w:p>
      <w:r>
        <w:rPr>
          <w:b/>
        </w:rPr>
        <w:t xml:space="preserve">[1:58:32] </w:t>
      </w:r>
      <w:r>
        <w:t>ab bhi khuda ke haan is ka sacha parastar wahi shumar hoga jo zahiri dhancha ki pabandi ke bawajood zahiri dhancha ko maqsoodiyat ka darja na de jo zahir se zehan ko azad kar ke khuda ki ibadat kare pehle yeh maqsad zahiri dhancha ko tod kar hasil hota tha</w:t>
      </w:r>
    </w:p>
    <w:p>
      <w:pPr>
        <w:jc w:val="right"/>
      </w:pPr>
      <w:r>
        <w:t>اب بھی خدا کے ہاں اس کا سچا پرستار وہی شمار ہوگا جو ظاہری ڈھانچے کی پابندی کے باوجود ظاہری ڈھانچے کو مقصودیت کا درجہ نہ دے جو ظواہر سے ذہن کو ازاد کر کے خدا کی عبادت کرے پہلے یہ مقصد ظاہری ڈھانچہ کو توڑ کر حاصل ہوتا تھا</w:t>
      </w:r>
    </w:p>
    <w:p>
      <w:r>
        <w:rPr>
          <w:b/>
        </w:rPr>
        <w:t xml:space="preserve">[1:58:57] </w:t>
      </w:r>
      <w:r>
        <w:t>ab is ko zehni shikast o rekht ke zariye hasil karna hoga zahir ke naam par deen mein jo jhagde hain woh sirf is liye hain ke logon ki ghaflat ne un ko asal haqeeqat se bekhabar kar diya hai</w:t>
      </w:r>
    </w:p>
    <w:p>
      <w:pPr>
        <w:jc w:val="right"/>
      </w:pPr>
      <w:r>
        <w:t>اب اس کو ذہنی شکست و ریخت کے ذریعے حاصل کرنا ہوگا ظواہر کے نام پر دین میں جو جھگڑے ہیں وہ صرف اس لیے ہیں کہ لوگوں کی غفلت نے ان کو اصل حقیقت سے بے خبر کر دیا ہے</w:t>
      </w:r>
    </w:p>
    <w:p>
      <w:r>
        <w:rPr>
          <w:b/>
        </w:rPr>
        <w:t xml:space="preserve">[1:59:18] </w:t>
      </w:r>
      <w:r>
        <w:t>agar haqeeqat ko woh is tarah pa lein jis tarah woh akhirat mein dikhai degi to tamam</w:t>
      </w:r>
    </w:p>
    <w:p>
      <w:pPr>
        <w:jc w:val="right"/>
      </w:pPr>
      <w:r>
        <w:t>اگر حقیقت کو وہ اس طرح پا لیں جس طرح وہ اخرت میں دکھائی دے گی تو تمام</w:t>
      </w:r>
    </w:p>
    <w:p>
      <w:r>
        <w:rPr>
          <w:b/>
        </w:rPr>
        <w:t xml:space="preserve">[1:59:25] </w:t>
      </w:r>
      <w:r>
        <w:t>jhagde abhi khatm ho jayein</w:t>
      </w:r>
    </w:p>
    <w:p>
      <w:pPr>
        <w:jc w:val="right"/>
      </w:pPr>
      <w:r>
        <w:t>جھگڑے ابھی ختم ہو جائیں</w:t>
      </w:r>
    </w:p>
    <w:p>
      <w:r>
        <w:rPr>
          <w:b/>
        </w:rPr>
        <w:t xml:space="preserve">[2:00:04] </w:t>
      </w:r>
      <w:r>
        <w:t>anzalallahu ilaik fa in tawallaw fa'alam annama yureedullahu an yusibahum bisab'i zunubihim wa inna kathiran minan nasi lafasiqoon afahukmal jahiliyati yabghoon</w:t>
      </w:r>
    </w:p>
    <w:p>
      <w:pPr>
        <w:jc w:val="right"/>
      </w:pPr>
      <w:r>
        <w:t>انزل اللہ الیک فان تولوا فاعلم انما یرید اللہ ان یصیبهم ببعض ذنوبهم وان کثیرا من الناس لفاسقون افحکم الجاهلیت یبغون</w:t>
      </w:r>
    </w:p>
    <w:p>
      <w:r>
        <w:rPr>
          <w:b/>
        </w:rPr>
        <w:t xml:space="preserve">[2:00:28] </w:t>
      </w:r>
      <w:r>
        <w:t>wa man ahsan minallahi hukman liqawmin yooqinoon</w:t>
      </w:r>
    </w:p>
    <w:p>
      <w:pPr>
        <w:jc w:val="right"/>
      </w:pPr>
      <w:r>
        <w:t>ومن احسن من اللہ حکما لقوم یوقنون</w:t>
      </w:r>
    </w:p>
    <w:p>
      <w:r>
        <w:rPr>
          <w:b/>
        </w:rPr>
        <w:t xml:space="preserve">[2:00:39] </w:t>
      </w:r>
      <w:r>
        <w:t>aur un ke darmiyan is ke mutabiq faisla karo jo Allah ne utara hai aur un ki khwahishon ki pairwi na karo aur un logon se bacho ke kahin woh tum ko phisal na dein tumhare upar Allah ke utare hue kisi hukum se</w:t>
      </w:r>
    </w:p>
    <w:p>
      <w:pPr>
        <w:jc w:val="right"/>
      </w:pPr>
      <w:r>
        <w:t>اور ان کے درمیان اس کے مطابق فیصلہ کرو جو اللہ نے اتارا ہے اور ان کی خواہشوں کی پیروی نہ کرو اور ان لوگوں سے بچو کہ کہیں وہ تم کو پھسلا نہ دیں تمہارے اوپر اللہ کے اتارے ہوئے کسی حکم سے</w:t>
      </w:r>
    </w:p>
    <w:p>
      <w:r>
        <w:rPr>
          <w:b/>
        </w:rPr>
        <w:t xml:space="preserve">[2:01:01] </w:t>
      </w:r>
      <w:r>
        <w:t>pas agar woh phir jayen to jaan lo ke Allah un ko un ke baz gunahon ki saza dena chahta hai aur yaqeenan logon mein se zyada admi nafarman hain kya yeh log jahiliyat ka faisla chahte hain aur Allah se barh kar kis ka faisla ho sakta hai un logon ke liye jo yaqeen karna chahein</w:t>
      </w:r>
    </w:p>
    <w:p>
      <w:pPr>
        <w:jc w:val="right"/>
      </w:pPr>
      <w:r>
        <w:t>پس اگر وہ پھر جائیں تو جان لو کہ اللہ ان کو ان کے بعض گناہوں کی سزا دینا چاہتا ہے اور یقینا لوگوں میں سے زیادہ ادمی نافرمان ہیں کیا یہ لوگ جاہلیت کا فیصلہ چاہتے ہیں اور اللہ سے بڑھ کر کس کا فیصلہ ہو سکتا ہے ان لوگوں کے لیے جو یقین کرنا چاہیں</w:t>
      </w:r>
    </w:p>
    <w:p>
      <w:r>
        <w:rPr>
          <w:b/>
        </w:rPr>
        <w:t xml:space="preserve">[2:01:29] </w:t>
      </w:r>
      <w:r>
        <w:t>tashreeh quran aur doosre aasmani sahi se alag alag kitabein nahi hain yeh sab ek hi kitab ilahi ke mukhtalif edition hain jis ko yahan alkitab kaha gaya hai khuda ki taraf se jitni kitabein ayin khwah woh jis daur mein aur jis zaban mein ayin sab ka mushtarak mazmoon ek hi tha</w:t>
      </w:r>
    </w:p>
    <w:p>
      <w:pPr>
        <w:jc w:val="right"/>
      </w:pPr>
      <w:r>
        <w:t>تشریح قران اور دوسرے اسمانی صحیح سے الگ الگ کتابیں نہیں ہیں یہ سب ایک ہی کتاب الہی کے مختلف ایڈیشن ہیں جس کو یہاں الکتاب کہا گیا ہے خدا کی طرف سے جتنی کتابیں ائیں خواہ وہ جس دور میں اور جس زبان میں ائی ہوں سب کا مشترک مضمون ایک ہی تھا</w:t>
      </w:r>
    </w:p>
    <w:p>
      <w:r>
        <w:rPr>
          <w:b/>
        </w:rPr>
        <w:t xml:space="preserve">[2:01:57] </w:t>
      </w:r>
      <w:r>
        <w:t>tahum pichli kitabon ke hamiylein baad ke zamanay mein un ko un ki asal soorat mein mehfooz na rakh sake is liye khuda ne ek kitab muhaymin utara</w:t>
      </w:r>
    </w:p>
    <w:p>
      <w:pPr>
        <w:jc w:val="right"/>
      </w:pPr>
      <w:r>
        <w:t>تاہم پچھلی کتابوں کے حاملین بعد کے زمانے میں ان کو ان کی اصل صورت میں محفوظ نہ رکھ سکے اس لیے خدا نے ایک کتاب مہیمن اتارا</w:t>
      </w:r>
    </w:p>
    <w:p>
      <w:r>
        <w:rPr>
          <w:b/>
        </w:rPr>
        <w:t xml:space="preserve">[2:02:13] </w:t>
      </w:r>
      <w:r>
        <w:t>yeh khuda ki taraf se is ki kitab ka mustanad edition hai aur is bina par woh ek kasoti hai jis par janch kar maloom kiya jaye ke baqiya kitabon ka kaun sa hissa asli halat mein hai aur kaun sa woh hai jo badla ja chuka hai</w:t>
      </w:r>
    </w:p>
    <w:p>
      <w:pPr>
        <w:jc w:val="right"/>
      </w:pPr>
      <w:r>
        <w:t>یہ خدا کی طرف سے اس کی کتاب کا مستند ایڈیشن ہے اور اس بنا پر وہ ایک کسوٹی ہے جس پر جانچ کر معلوم کیا جائے کہ بقیہ کتابوں کا کون سا حصہ اصلی حالت میں ہے اور کون سا وہ ہے جو بدلا جا چکا ہے</w:t>
      </w:r>
    </w:p>
    <w:p>
      <w:r>
        <w:rPr>
          <w:b/>
        </w:rPr>
        <w:t xml:space="preserve">[2:02:37] </w:t>
      </w:r>
      <w:r>
        <w:t>yahood khuda ke sachay deen ke sath apni baaton ko mila kar ek khud sakhta deen banaye hue thay is khud sakhta deen se un ki aqeedatein bhi wabasta theen aur un ke mafad bhi is liye woh kisi tarah tayyar na thay ke is ko chhod kar paighambar ke laye hue be amez deen ko maan lein</w:t>
      </w:r>
    </w:p>
    <w:p>
      <w:pPr>
        <w:jc w:val="right"/>
      </w:pPr>
      <w:r>
        <w:t>یہود خدا کے سچے دین کے ساتھ اپنی باتوں کو ملا کر ایک خود ساختہ دین بنائے ہوئے تھے اس خود ساختہ دین سے ان کی عقیدتیں بھی وابستہ تھیں اور ان کے مفادات بھی اس لیے وہ کسی طرح تیار نہ تھے کہ اس کو چھوڑ کر پیغمبر کے لائے ہوئے بے امیز دین کو مان لیں</w:t>
      </w:r>
    </w:p>
    <w:p>
      <w:r>
        <w:rPr>
          <w:b/>
        </w:rPr>
        <w:t xml:space="preserve">[2:03:02] </w:t>
      </w:r>
      <w:r>
        <w:t>unhon ne haq ke age jhukne ke bajaye apne liye yeh tareeqa pasand kiya ke woh haq ke alamdar ko itna zyada pareshan karein ke woh khud un ke age jhuk jaye woh khuda ke sachay deen ko chhod kar un ke apne banaye hue deen ko ikhtiyar kar</w:t>
      </w:r>
    </w:p>
    <w:p>
      <w:pPr>
        <w:jc w:val="right"/>
      </w:pPr>
      <w:r>
        <w:t>انہوں نے حق کے اگے جھکنے کے بجائے اپنے لیے یہ طریقہ پسند کیا کہ وہ حق کے علمبردار کو اتنا زیادہ پریشان کریں کہ وہ خود ان کے اگے جھک جائے وہ خدا کے سچے دین کو چھوڑ کر ان کے اپنے بنائے ہوئے دین کو اختیار کر</w:t>
      </w:r>
    </w:p>
    <w:p>
      <w:r>
        <w:rPr>
          <w:b/>
        </w:rPr>
        <w:t xml:space="preserve">[2:03:23] </w:t>
      </w:r>
      <w:r>
        <w:t>le khuda agar chahta to pehle hi marhale mein un zalimon ka hath rok deta aur woh haq ke daee ko satane mein kamyab na hote magar Allah ne unhein chhod di ke woh apne napak mansoobon ko barooye kar la sakein</w:t>
      </w:r>
    </w:p>
    <w:p>
      <w:pPr>
        <w:jc w:val="right"/>
      </w:pPr>
      <w:r>
        <w:t>لے خدا اگر چاہتا تو پہلے ہی مرحلے میں ان ظالموں کا ہاتھ روک دیتا اور وہ حق کے داعی کو ستانے میں کامیاب نہ ہوتے مگر اللہ نے انہیں چھوڑ دی کہ وہ اپنے ناپاک منصوبوں کو بروئے کار لا سکیں</w:t>
      </w:r>
    </w:p>
    <w:p>
      <w:r>
        <w:rPr>
          <w:b/>
        </w:rPr>
        <w:t xml:space="preserve">[2:03:46] </w:t>
      </w:r>
      <w:r>
        <w:t>aisa is liye hua ta ke yeh baat poori tarah khul jaye ke deendari ke yeh daavedar sab se zyada bedeen log hain woh khuda ke parastar nahi hain balke khud apni zaat ke parastar hain Allah ki yeh sunnat agarche haq ke daayon ke liye bara sakht imtihan hai</w:t>
      </w:r>
    </w:p>
    <w:p>
      <w:pPr>
        <w:jc w:val="right"/>
      </w:pPr>
      <w:r>
        <w:t>ایسا اس لیے ہوا تاکہ یہ بات پوری طرح کھل جائے کہ دینداری کے یہ دعویدار سب سے زیادہ بے دین لوگ ہیں وہ خدا کے پرستار نہیں ہیں بلکہ خود اپنی ذات کے پرستار ہیں اللہ کی یہ سنت اگرچہ حق کے داعیوں کے لیے بڑا سخت امتحان ہے</w:t>
      </w:r>
    </w:p>
    <w:p>
      <w:r>
        <w:rPr>
          <w:b/>
        </w:rPr>
        <w:t xml:space="preserve">[2:04:08] </w:t>
      </w:r>
      <w:r>
        <w:t>magar yahi woh amal hai jis ke zariye yeh faisla hota hai ke kaun jannat ka mustahiq hai aur kaun jahannum ka</w:t>
      </w:r>
    </w:p>
    <w:p>
      <w:pPr>
        <w:jc w:val="right"/>
      </w:pPr>
      <w:r>
        <w:t>مگر یہی وہ عمل ہے جس کے ذریعے یہ فیصلہ ہوتا ہے کہ کون جنت کا مستحق ہے اور کون جہنم کا</w:t>
      </w:r>
    </w:p>
    <w:p>
      <w:r>
        <w:rPr>
          <w:b/>
        </w:rPr>
        <w:t xml:space="preserve">[2:04:21] </w:t>
      </w:r>
      <w:r>
        <w:t>insan ki yeh kamzori hai ke woh apni khwahishon ke peechay chalta hai Allah ke hukum ka paband ban kar rehna is ko gawara nahi hota</w:t>
      </w:r>
    </w:p>
    <w:p>
      <w:pPr>
        <w:jc w:val="right"/>
      </w:pPr>
      <w:r>
        <w:t>انسان کی یہ کمزوری ہے کہ وہ اپنی خواہشوں کے پیچھے چلتا ہے اللہ کے حکم کا پابند بن کر رہنا اس کو گوارا نہیں ہوتا</w:t>
      </w:r>
    </w:p>
    <w:p>
      <w:r>
        <w:rPr>
          <w:b/>
        </w:rPr>
        <w:t xml:space="preserve">[2:04:32] </w:t>
      </w:r>
      <w:r>
        <w:t>hata ke deen khodawandi ki khud sakhta tashreeh kar ke woh is ko bhi apni khwahishon ke sanche mein dhal leta hai aisi halat mein be amez deen ko wahi log qabool karein ge jo cheezon ko khwahish ki satah par na dekhte hon balke is se upar uth kar apni rai qaim karte hon</w:t>
      </w:r>
    </w:p>
    <w:p>
      <w:pPr>
        <w:jc w:val="right"/>
      </w:pPr>
      <w:r>
        <w:t>حتی کہ دین خداوندی کی خود ساختہ تشریح کر کے وہ اس کو بھی اپنی خواہشوں کے سانچے میں ڈھال لیتا ہے ایسی حالت میں بے امیز دین کو وہی لوگ قبول کریں گے جو چیزوں کو خواہش کی سطح پر نہ دیکھتے ہوں بلکہ اس سے اوپر اٹھ کر اپنی رائے قائم کرتے ہوں</w:t>
      </w:r>
    </w:p>
    <w:p>
      <w:r>
        <w:rPr>
          <w:b/>
        </w:rPr>
        <w:t xml:space="preserve">[2:04:59] </w:t>
      </w:r>
      <w:r>
        <w:t>Allah ki baat bilashuba sahi tareen baat hai magar maujooda azmaishi dunya mein har sachai par ek shubhay ka parda daal diya gaya hai aadmi ka imtihan yeh hai ke woh is parde ko phad kar is par yaqeen kare woh ghayab ko shuhood mein dekh le</w:t>
      </w:r>
    </w:p>
    <w:p>
      <w:pPr>
        <w:jc w:val="right"/>
      </w:pPr>
      <w:r>
        <w:t>اللہ کی بات بلاشبہ صحیح ترین بات ہے مگر موجودہ ازمائشی دنیا میں ہر سچائی پر ایک شبہے کا پردہ ڈال دیا گیا ہے ادمی کا امتحان یہ ہے کہ وہ اس پردہ کو پھاڑ کر اس پر یقین کرے وہ غیب کو شہود میں دیکھ لے</w:t>
      </w:r>
    </w:p>
    <w:p>
      <w:r>
        <w:rPr>
          <w:b/>
        </w:rPr>
        <w:t xml:space="preserve">[2:05:23] </w:t>
      </w:r>
      <w:r>
        <w:t>jo shakhs zahiri shubhat mein atak jaye woh nakaam ho gaya aur jo shakhs zahiri shubhat ke ghubar</w:t>
      </w:r>
    </w:p>
    <w:p>
      <w:pPr>
        <w:jc w:val="right"/>
      </w:pPr>
      <w:r>
        <w:t>جو شخص ظاہری شبہات میں اٹک جائے وہ ناکام ہو گیا اور جو شخص ظاہری شبہات کے غبار</w:t>
      </w:r>
    </w:p>
    <w:p>
      <w:r>
        <w:rPr>
          <w:b/>
        </w:rPr>
        <w:t xml:space="preserve">[2:05:31] </w:t>
      </w:r>
      <w:r>
        <w:t>ko paar kar ke sachai ko pa le woh kaamyaab raha</w:t>
      </w:r>
    </w:p>
    <w:p>
      <w:pPr>
        <w:jc w:val="right"/>
      </w:pPr>
      <w:r>
        <w:t>کو پار کر کے سچائی کو پا لے وہ کامیاب رہا</w:t>
      </w:r>
    </w:p>
    <w:p>
      <w:r>
        <w:rPr>
          <w:b/>
        </w:rPr>
        <w:t xml:space="preserve">[2:05:39] </w:t>
      </w:r>
      <w:r>
        <w:t>ya ayyuhal lazeena aamano la tattakhizul yahooda wan nasara</w:t>
      </w:r>
    </w:p>
    <w:p>
      <w:pPr>
        <w:jc w:val="right"/>
      </w:pPr>
      <w:r>
        <w:t>یا ایہا الذین امنو لا تتخذوا اليهود والنصارى</w:t>
      </w:r>
    </w:p>
    <w:p>
      <w:r>
        <w:rPr>
          <w:b/>
        </w:rPr>
        <w:t xml:space="preserve">[2:05:49] </w:t>
      </w:r>
      <w:r>
        <w:t>awliyaa ba'duhum awliyaa</w:t>
      </w:r>
    </w:p>
    <w:p>
      <w:pPr>
        <w:jc w:val="right"/>
      </w:pPr>
      <w:r>
        <w:t>اولیاء بعضهم اولیاء</w:t>
      </w:r>
    </w:p>
    <w:p>
      <w:r>
        <w:rPr>
          <w:b/>
        </w:rPr>
        <w:t xml:space="preserve">[2:05:55] </w:t>
      </w:r>
      <w:r>
        <w:t>ba'dun wa mai yatawallahum</w:t>
      </w:r>
    </w:p>
    <w:p>
      <w:pPr>
        <w:jc w:val="right"/>
      </w:pPr>
      <w:r>
        <w:t>بعض ومن يتولهم</w:t>
      </w:r>
    </w:p>
    <w:p>
      <w:r>
        <w:rPr>
          <w:b/>
        </w:rPr>
        <w:t xml:space="preserve">[2:06:01] </w:t>
      </w:r>
      <w:r>
        <w:t>minkum fa innahu minhum</w:t>
      </w:r>
    </w:p>
    <w:p>
      <w:pPr>
        <w:jc w:val="right"/>
      </w:pPr>
      <w:r>
        <w:t>منكم فانه منهم</w:t>
      </w:r>
    </w:p>
    <w:p>
      <w:r>
        <w:rPr>
          <w:b/>
        </w:rPr>
        <w:t xml:space="preserve">[2:06:06] </w:t>
      </w:r>
      <w:r>
        <w:t>innallaha la yahdi</w:t>
      </w:r>
    </w:p>
    <w:p>
      <w:pPr>
        <w:jc w:val="right"/>
      </w:pPr>
      <w:r>
        <w:t>ان اللہ لا يهدي</w:t>
      </w:r>
    </w:p>
    <w:p>
      <w:r>
        <w:rPr>
          <w:b/>
        </w:rPr>
        <w:t xml:space="preserve">[2:06:09] </w:t>
      </w:r>
      <w:r>
        <w:t>al qawmadh dhalimeen</w:t>
      </w:r>
    </w:p>
    <w:p>
      <w:pPr>
        <w:jc w:val="right"/>
      </w:pPr>
      <w:r>
        <w:t>القوم الظالمين</w:t>
      </w:r>
    </w:p>
    <w:p>
      <w:r>
        <w:rPr>
          <w:b/>
        </w:rPr>
        <w:t xml:space="preserve">[2:06:14] </w:t>
      </w:r>
      <w:r>
        <w:t>fatral lazeena fee quloobihim</w:t>
      </w:r>
    </w:p>
    <w:p>
      <w:pPr>
        <w:jc w:val="right"/>
      </w:pPr>
      <w:r>
        <w:t>فترى الذين في قلوبهم</w:t>
      </w:r>
    </w:p>
    <w:p>
      <w:r>
        <w:rPr>
          <w:b/>
        </w:rPr>
        <w:t xml:space="preserve">[2:06:17] </w:t>
      </w:r>
      <w:r>
        <w:t>maradun yusaari'oona feehim yaqooloona nakhsha</w:t>
      </w:r>
    </w:p>
    <w:p>
      <w:pPr>
        <w:jc w:val="right"/>
      </w:pPr>
      <w:r>
        <w:t>مرض یسارعون فیہم یقولون نخشى</w:t>
      </w:r>
    </w:p>
    <w:p>
      <w:r>
        <w:rPr>
          <w:b/>
        </w:rPr>
        <w:t xml:space="preserve">[2:06:25] </w:t>
      </w:r>
      <w:r>
        <w:t>an tuseebana daa'iratun</w:t>
      </w:r>
    </w:p>
    <w:p>
      <w:pPr>
        <w:jc w:val="right"/>
      </w:pPr>
      <w:r>
        <w:t>ان تصيبنا دائره</w:t>
      </w:r>
    </w:p>
    <w:p>
      <w:r>
        <w:rPr>
          <w:b/>
        </w:rPr>
        <w:t xml:space="preserve">[2:06:31] </w:t>
      </w:r>
      <w:r>
        <w:t>fa'asaallahu an ya'ti bil fath-i aw amrin</w:t>
      </w:r>
    </w:p>
    <w:p>
      <w:pPr>
        <w:jc w:val="right"/>
      </w:pPr>
      <w:r>
        <w:t>فعسى الله ان ياتي بالفتح او امر</w:t>
      </w:r>
    </w:p>
    <w:p>
      <w:r>
        <w:rPr>
          <w:b/>
        </w:rPr>
        <w:t xml:space="preserve">[2:06:37] </w:t>
      </w:r>
      <w:r>
        <w:t>min 'indihi fa yusbihoo 'ala ma</w:t>
      </w:r>
    </w:p>
    <w:p>
      <w:pPr>
        <w:jc w:val="right"/>
      </w:pPr>
      <w:r>
        <w:t>من عنده فيصبحوا على ما</w:t>
      </w:r>
    </w:p>
    <w:p>
      <w:r>
        <w:rPr>
          <w:b/>
        </w:rPr>
        <w:t xml:space="preserve">[2:06:44] </w:t>
      </w:r>
      <w:r>
        <w:t>asra'oo fee anfusihim naadimeen</w:t>
      </w:r>
    </w:p>
    <w:p>
      <w:pPr>
        <w:jc w:val="right"/>
      </w:pPr>
      <w:r>
        <w:t>اسروا فيصبحوا على ما</w:t>
      </w:r>
    </w:p>
    <w:p>
      <w:r>
        <w:rPr>
          <w:b/>
        </w:rPr>
        <w:t xml:space="preserve">[2:06:51] </w:t>
      </w:r>
      <w:r>
        <w:t>asra'oo fee anfusihim naadimeen</w:t>
      </w:r>
    </w:p>
    <w:p>
      <w:pPr>
        <w:jc w:val="right"/>
      </w:pPr>
      <w:r>
        <w:t>اسروا فی انفسهم نادمین</w:t>
      </w:r>
    </w:p>
    <w:p>
      <w:r>
        <w:rPr>
          <w:b/>
        </w:rPr>
        <w:t xml:space="preserve">[2:06:59] </w:t>
      </w:r>
      <w:r>
        <w:t>wa yaqoolu</w:t>
      </w:r>
    </w:p>
    <w:p>
      <w:pPr>
        <w:jc w:val="right"/>
      </w:pPr>
      <w:r>
        <w:t>ويقول</w:t>
      </w:r>
    </w:p>
    <w:p>
      <w:r>
        <w:rPr>
          <w:b/>
        </w:rPr>
        <w:t xml:space="preserve">[2:07:00] </w:t>
      </w:r>
      <w:r>
        <w:t>allatheena amanoo aaha</w:t>
      </w:r>
    </w:p>
    <w:p>
      <w:pPr>
        <w:jc w:val="right"/>
      </w:pPr>
      <w:r>
        <w:t>الذین امنو اها</w:t>
      </w:r>
    </w:p>
    <w:p>
      <w:r>
        <w:rPr>
          <w:b/>
        </w:rPr>
        <w:t xml:space="preserve">[2:07:05] </w:t>
      </w:r>
      <w:r>
        <w:t>ulaa'ika allatheena aqsamoo billahi jahda imanihim annahum lama'akum habitat a'maluhum fasabahoo khasireena</w:t>
      </w:r>
    </w:p>
    <w:p>
      <w:pPr>
        <w:jc w:val="right"/>
      </w:pPr>
      <w:r>
        <w:t>ؤلاء الذین اقسموا باللہ جہد ایمانهم انهم لمعكم حبطت اعمالهم فاصبحوا خاسرین</w:t>
      </w:r>
    </w:p>
    <w:p>
      <w:r>
        <w:rPr>
          <w:b/>
        </w:rPr>
        <w:t xml:space="preserve">[2:07:26] </w:t>
      </w:r>
      <w:r>
        <w:t>ae imaan walo yahood aur nasara ko dost na banao</w:t>
      </w:r>
    </w:p>
    <w:p>
      <w:pPr>
        <w:jc w:val="right"/>
      </w:pPr>
      <w:r>
        <w:t>اے ایمان والو یہود اور نصاری کو دوست نہ بناؤ</w:t>
      </w:r>
    </w:p>
    <w:p>
      <w:r>
        <w:rPr>
          <w:b/>
        </w:rPr>
        <w:t xml:space="preserve">[2:07:31] </w:t>
      </w:r>
      <w:r>
        <w:t>woh ek doosre ke dost hain aur tum mein se jo shakhs un ko apna dost banaye ga</w:t>
      </w:r>
    </w:p>
    <w:p>
      <w:pPr>
        <w:jc w:val="right"/>
      </w:pPr>
      <w:r>
        <w:t>وہ ایک دوسرے کے دوست ہیں اور تم میں سے جو شخص ان کو اپنا دوست بنائے گا</w:t>
      </w:r>
    </w:p>
    <w:p>
      <w:r>
        <w:rPr>
          <w:b/>
        </w:rPr>
        <w:t xml:space="preserve">[2:07:39] </w:t>
      </w:r>
      <w:r>
        <w:t>to woh unhi mein se hoga Allah zalim logon ko raah nahi dikhata</w:t>
      </w:r>
    </w:p>
    <w:p>
      <w:pPr>
        <w:jc w:val="right"/>
      </w:pPr>
      <w:r>
        <w:t>تو وہ انہی میں سے ہوگا اللہ ظالم لوگوں کو راہ نہیں دکھاتا</w:t>
      </w:r>
    </w:p>
    <w:p>
      <w:r>
        <w:rPr>
          <w:b/>
        </w:rPr>
        <w:t xml:space="preserve">[2:07:46] </w:t>
      </w:r>
      <w:r>
        <w:t>tum dekhte ho ke jin ke dilo mein rog hai woh unhi ki taraf daud rahe hain woh</w:t>
      </w:r>
    </w:p>
    <w:p>
      <w:pPr>
        <w:jc w:val="right"/>
      </w:pPr>
      <w:r>
        <w:t>تم دیکھتے ہو کہ جن کے دلوں میں روگ ہے وہ انہی کی طرف دوڑ رہے ہیں وہ</w:t>
      </w:r>
    </w:p>
    <w:p>
      <w:r>
        <w:rPr>
          <w:b/>
        </w:rPr>
        <w:t xml:space="preserve">[2:07:52] </w:t>
      </w:r>
      <w:r>
        <w:t>kehte hain ke hum ko yeh andesha hai ke hum kisi museebat mein na phans jayein</w:t>
      </w:r>
    </w:p>
    <w:p>
      <w:pPr>
        <w:jc w:val="right"/>
      </w:pPr>
      <w:r>
        <w:t>کہتے ہیں کہ ہم کو یہ اندیشہ ہے کہ ہم کسی مصیبت میں نہ پھنس جائیں</w:t>
      </w:r>
    </w:p>
    <w:p>
      <w:r>
        <w:rPr>
          <w:b/>
        </w:rPr>
        <w:t xml:space="preserve">[2:07:59] </w:t>
      </w:r>
      <w:r>
        <w:t>to mumkin hai ke Allah fatah de ya apni taraf se koi khaas baat zahir kare to yeh log us cheez par jis ko yeh apne dilo mein chupaye hue hain nadim honge aur us waqt ahle imaan kahenge kya yeh wohi log hain jo zor o shor se Allah ki qasmein khakar yaqeen dilate thay ke hum tumhare sath hain</w:t>
      </w:r>
    </w:p>
    <w:p>
      <w:pPr>
        <w:jc w:val="right"/>
      </w:pPr>
      <w:r>
        <w:t>تو ممکن ہے کہ اللہ فتح دے یا اپنی طرف سے کوئی خاص بات ظاہر کرے تو یہ لوگ اس چیز پر جس کو یہ اپنے دلوں میں چھپائے ہوئے ہیں نادم ہوں گے اور اس وقت اہل ایمان کہیں گے کیا یہ وہی لوگ ہیں جو زور و شور سے اللہ کی قسمیں کھا کر یقین دلاتے تھے کہ ہم تمہارے ساتھ ہیں</w:t>
      </w:r>
    </w:p>
    <w:p>
      <w:r>
        <w:rPr>
          <w:b/>
        </w:rPr>
        <w:t xml:space="preserve">[2:08:27] </w:t>
      </w:r>
      <w:r>
        <w:t>un ke sare a'mal zaya ho gaye aur woh ghaate mein rahe</w:t>
      </w:r>
    </w:p>
    <w:p>
      <w:pPr>
        <w:jc w:val="right"/>
      </w:pPr>
      <w:r>
        <w:t>ان کے سارے اعمال ضائع ہو گئے اور وہ گھاٹے میں رہے</w:t>
      </w:r>
    </w:p>
    <w:p>
      <w:r>
        <w:rPr>
          <w:b/>
        </w:rPr>
        <w:t xml:space="preserve">[2:08:35] </w:t>
      </w:r>
      <w:r>
        <w:t>tashreeh arab mein musalman abhi ek nayi taqat ki hesiyat rakhte thay mazeed yeh ke un ke mukhalifeen un ko ukhaarne ki koshish mein raat din lage hue thay</w:t>
      </w:r>
    </w:p>
    <w:p>
      <w:pPr>
        <w:jc w:val="right"/>
      </w:pPr>
      <w:r>
        <w:t>تشریح عرب میں مسلمان ابھی ایک نئی طاقت کی حیثیت رکھتے تھے مزید یہ کہ ان کے مخالفین ان کو اکھاڑنے کی کوشش میں رات دن لگے ہوئے تھے</w:t>
      </w:r>
    </w:p>
    <w:p>
      <w:r>
        <w:rPr>
          <w:b/>
        </w:rPr>
        <w:t xml:space="preserve">[2:08:50] </w:t>
      </w:r>
      <w:r>
        <w:t>doosri taraf mulk ke yahoodi aur isai qabail ka yeh haal tha ke mulk ke beshtar iqtisadi wasail par un ka qabza tha sadiyon ki tareekh ne un ki azmat logon ke dilo par baitha rakhi thi logon ko yaqeen nahin tha ke aisi taqat ko mulk se khatm kiya ja sakta hai</w:t>
      </w:r>
    </w:p>
    <w:p>
      <w:pPr>
        <w:jc w:val="right"/>
      </w:pPr>
      <w:r>
        <w:t>دوسری طرف ملک کے یہودی اور عیسائی قبائل کا یہ حال تھا کہ ملک کے بیشتر اقتصادی وسائل پر ان کا قبضہ تھا صدیوں کی تاریخ نے ان کی عظمت لوگوں کے دلوں پر بٹھا رکھی تھی لوگوں کو یقین نہیں تھا کہ ایسی طاقت کو ملک سے ختم کیا جا سکتا ہے</w:t>
      </w:r>
    </w:p>
    <w:p>
      <w:r>
        <w:rPr>
          <w:b/>
        </w:rPr>
        <w:t xml:space="preserve">[2:09:12] </w:t>
      </w:r>
      <w:r>
        <w:t>chunanche musalmanon ki jamaat mein jo kamzor log thay woh chahtay thay ke islam ki jad-o-jehad mein is</w:t>
      </w:r>
    </w:p>
    <w:p>
      <w:pPr>
        <w:jc w:val="right"/>
      </w:pPr>
      <w:r>
        <w:t>چنانچہ مسلمانوں کی جماعت میں جو کمزور لوگ تھے وہ چاہتے تھے کہ اسلام کی جدوجہد میں اس</w:t>
      </w:r>
    </w:p>
    <w:p>
      <w:r>
        <w:rPr>
          <w:b/>
        </w:rPr>
        <w:t xml:space="preserve">[2:09:20] </w:t>
      </w:r>
      <w:r>
        <w:t>tarah shareek na hon ke yahood o nasara ko apna dushman bana lein</w:t>
      </w:r>
    </w:p>
    <w:p>
      <w:pPr>
        <w:jc w:val="right"/>
      </w:pPr>
      <w:r>
        <w:t>طرح شریک نہ ہوں کہ یہود و نصاری کو اپنا دشمن بنا لیں</w:t>
      </w:r>
    </w:p>
    <w:p>
      <w:r>
        <w:rPr>
          <w:b/>
        </w:rPr>
        <w:t xml:space="preserve">[2:09:29] </w:t>
      </w:r>
      <w:r>
        <w:t>taakeh yeh kashmakash agar musalmanon ki shikast par khatm ho to yahood o nasara ki taraf se unhein</w:t>
      </w:r>
    </w:p>
    <w:p>
      <w:pPr>
        <w:jc w:val="right"/>
      </w:pPr>
      <w:r>
        <w:t>تاکہ یہ کشمکش اگر مسلمانوں کی شکست پر ختم ہو تو یہود و نصاری کی طرف سے انہیں</w:t>
      </w:r>
    </w:p>
    <w:p>
      <w:r>
        <w:rPr>
          <w:b/>
        </w:rPr>
        <w:t xml:space="preserve">[2:09:37] </w:t>
      </w:r>
      <w:r>
        <w:t>kisi intiqami karwai ka saamna na karna paray</w:t>
      </w:r>
    </w:p>
    <w:p>
      <w:pPr>
        <w:jc w:val="right"/>
      </w:pPr>
      <w:r>
        <w:t>کسی انتقامی کاروائی کا سامنا نہ کرنا پڑے</w:t>
      </w:r>
    </w:p>
    <w:p>
      <w:r>
        <w:rPr>
          <w:b/>
        </w:rPr>
        <w:t xml:space="preserve">[2:09:42] </w:t>
      </w:r>
      <w:r>
        <w:t>yeh log mustaqbil ke mohoom khatre se bachne ke liye apne ko waqt ke yaqeeeni khatre mein mubtala kar rahe thay aur woh un ki dohari wafadari thi</w:t>
      </w:r>
    </w:p>
    <w:p>
      <w:pPr>
        <w:jc w:val="right"/>
      </w:pPr>
      <w:r>
        <w:t>یہ لوگ مستقبل کے موہوم خطرے سے بچنے کے لیے اپنے کو وقت کے یقینی خطرے میں مبتلا کر رہے تھے اور وہ ان کی دوہری وفاداری تھی</w:t>
      </w:r>
    </w:p>
    <w:p>
      <w:r>
        <w:rPr>
          <w:b/>
        </w:rPr>
        <w:t xml:space="preserve">[2:09:57] </w:t>
      </w:r>
      <w:r>
        <w:t>jo shakhs be-zarr mu'amlat mein haq parast bane aur zarr ka andesha ho to batil paraston ka saath dene lage uska anjam Khuda ke yahan unhi logon mein se hoga jinka us ne khatre ke mauqe par saath diya tha</w:t>
      </w:r>
    </w:p>
    <w:p>
      <w:pPr>
        <w:jc w:val="right"/>
      </w:pPr>
      <w:r>
        <w:t>جو شخص بے ضرر معاملات میں حق پرست بنے اور ضرر کا اندیشہ ہو تو باطل پرستوں کا ساتھ دینے لگے اس کا انجام خدا کے یہاں انہی لوگوں میں سے ہوگا جن کا اس نے خطرے کے موقع پر ساتھ دیا تھا</w:t>
      </w:r>
    </w:p>
    <w:p>
      <w:r>
        <w:rPr>
          <w:b/>
        </w:rPr>
        <w:t xml:space="preserve">[2:10:18] </w:t>
      </w:r>
      <w:r>
        <w:t>kisi ki zindagi mein woh waqt bada nazuk hota hai jabke Islam par qaim rehne ke liye is ko kisi qism ki qurbani deni pare aise mauqe aadam ke Islam ki tasdeeq ya tardeed karne ke liye aate hain</w:t>
      </w:r>
    </w:p>
    <w:p>
      <w:pPr>
        <w:jc w:val="right"/>
      </w:pPr>
      <w:r>
        <w:t>کسی کی زندگی میں وہ وقت بڑا نازک ہوتا ہے جبکہ اسلام پر قائم رہنے کے لیے اس کو کسی قسم کی قربانی دینی پڑے ایسے مواقع ادمی کے اسلام کی تصدیق یا تردید کرنے کے لیے اتے ہیں</w:t>
      </w:r>
    </w:p>
    <w:p>
      <w:r>
        <w:rPr>
          <w:b/>
        </w:rPr>
        <w:t xml:space="preserve">[2:10:35] </w:t>
      </w:r>
      <w:r>
        <w:t>Khuda chahta hai ke aadam jis Islam ka saboot be-khadr halaat mein de raha tha usi Islam ka saboot woh us waqt bhi de jabke jazbat ko daba kar ya jaan o maal ka khatra mol le kar aadam apne Islam ka saboot pesh karta hai</w:t>
      </w:r>
    </w:p>
    <w:p>
      <w:pPr>
        <w:jc w:val="right"/>
      </w:pPr>
      <w:r>
        <w:t>خدا چاہتا ہے کہ ادمی جس اسلام کا ثبوت بے خدر حالات میں دے رہا تھا اسی اسلام کا ثبوت وہ اس وقت بھی دے جبکہ جذبات کو دبا کر یا جان و مال کا خطرہ مول لے کر ادمی اپنے اسلام کا ثبوت پیش کرتا ہے</w:t>
      </w:r>
    </w:p>
    <w:p>
      <w:r>
        <w:rPr>
          <w:b/>
        </w:rPr>
        <w:t xml:space="preserve">[2:10:56] </w:t>
      </w:r>
      <w:r>
        <w:t>is imtehan mein poora utarne ke baad hi aadam is qabil banta hai ke is ka Khuda is ko apne wafadar bandoon mein likh le</w:t>
      </w:r>
    </w:p>
    <w:p>
      <w:pPr>
        <w:jc w:val="right"/>
      </w:pPr>
      <w:r>
        <w:t>اس امتحان میں پورا اترنے کے بعد ہی ادمی اس قابل بنتا ہے کہ اس کا خدا اس کو اپنے وفادار بندوں میں لکھ لے</w:t>
      </w:r>
    </w:p>
    <w:p>
      <w:r>
        <w:rPr>
          <w:b/>
        </w:rPr>
        <w:t xml:space="preserve">[2:11:06] </w:t>
      </w:r>
      <w:r>
        <w:t>un mauqe par Islamiyat ka saboot dena hi kisi aadam ke pichle a'mal ko ba-qeemat banata hai aur agar woh aise mauqe par Islamiyat ka saboot na de sake to is ka matlab yeh hai ke us ne apne pichle tamam a'mal ko be-qeemat kar liya</w:t>
      </w:r>
    </w:p>
    <w:p>
      <w:pPr>
        <w:jc w:val="right"/>
      </w:pPr>
      <w:r>
        <w:t>ان مواقع پر اسلامیت کا ثبوت دینا ہی کسی ادمی کے پچھلے اعمال کو باقیمت بناتا ہے اور اگر وہ ایسے مواقع پر اسلامیت کا ثبوت نہ دے سکے تو اس کا مطلب یہ ہے کہ اس نے اپنے پچھلے تمام اعمال کو بے قیمت کر لیا</w:t>
      </w:r>
    </w:p>
    <w:p>
      <w:r>
        <w:rPr>
          <w:b/>
        </w:rPr>
        <w:t xml:space="preserve">[2:11:30] </w:t>
      </w:r>
      <w:r>
        <w:t>duniya ka har imtehan irade ka imtehan hai</w:t>
      </w:r>
    </w:p>
    <w:p>
      <w:pPr>
        <w:jc w:val="right"/>
      </w:pPr>
      <w:r>
        <w:t>دنیا کا ہر امتحان ارادے کا امتحان ہے</w:t>
      </w:r>
    </w:p>
    <w:p>
      <w:r>
        <w:rPr>
          <w:b/>
        </w:rPr>
        <w:t xml:space="preserve">[2:11:34] </w:t>
      </w:r>
      <w:r>
        <w:t>aadam ko sirf yeh karna hai ke woh khatrat ko nazar andaaz kar ke irade ka saboot de de woh Allah ki taraf apna pehla qadam utha de is ke baad foran Khuda ki madad is ka sahara ban jati hai magar jo shakhs irade ka saboot na de jo Khuda ki taraf apna pehla qadam na uthaye woh Allah ki nazar mein zalim hai</w:t>
      </w:r>
    </w:p>
    <w:p>
      <w:pPr>
        <w:jc w:val="right"/>
      </w:pPr>
      <w:r>
        <w:t>ادمی کو صرف یہ کرنا ہے کہ وہ خطرات کو نظر انداز کر کے ارادے کا ثبوت دے دے وہ اللہ کی طرف اپنا پہلا قدم اٹھا دے اس کے بعد فورا خدا کی مدد اس کا سہارا بن جاتی ہے مگر جو شخص ارادے کا ثبوت نہ دے جو خدا کی طرف اپنا پہلا قدم نہ اٹھائے وہ اللہ کی نظر میں ظالم ہے</w:t>
      </w:r>
    </w:p>
    <w:p>
      <w:r>
        <w:rPr>
          <w:b/>
        </w:rPr>
        <w:t xml:space="preserve">[2:12:02] </w:t>
      </w:r>
      <w:r>
        <w:t>aisay logon ko khuda yak-tarfa taur par apni madad ka sahara nahi bhejta</w:t>
      </w:r>
    </w:p>
    <w:p>
      <w:pPr>
        <w:jc w:val="right"/>
      </w:pPr>
      <w:r>
        <w:t>ایسے لوگوں کو خدا یکطرفہ طور پر اپنی مدد کا سہارا نہیں بھیجتا</w:t>
      </w:r>
    </w:p>
    <w:p>
      <w:r>
        <w:rPr>
          <w:b/>
        </w:rPr>
        <w:t xml:space="preserve">[2:12:10] </w:t>
      </w:r>
      <w:r>
        <w:t>ya ayyuhal lazeena aamanoo man yartad minkum</w:t>
      </w:r>
    </w:p>
    <w:p>
      <w:pPr>
        <w:jc w:val="right"/>
      </w:pPr>
      <w:r>
        <w:t>یا ایہا الذین امنو من یرتد منكم</w:t>
      </w:r>
    </w:p>
    <w:p>
      <w:r>
        <w:rPr>
          <w:b/>
        </w:rPr>
        <w:t xml:space="preserve">[2:12:19] </w:t>
      </w:r>
      <w:r>
        <w:t>an deenihi fa-sawfa ya'ti allahu bi-qawmin</w:t>
      </w:r>
    </w:p>
    <w:p>
      <w:pPr>
        <w:jc w:val="right"/>
      </w:pPr>
      <w:r>
        <w:t>عن دینہ فسوف یاتی اللہ بقوم</w:t>
      </w:r>
    </w:p>
    <w:p>
      <w:r>
        <w:rPr>
          <w:b/>
        </w:rPr>
        <w:t xml:space="preserve">[2:12:26] </w:t>
      </w:r>
      <w:r>
        <w:t>fa-sawfa ya'ti allahu bi-qawmin</w:t>
      </w:r>
    </w:p>
    <w:p>
      <w:pPr>
        <w:jc w:val="right"/>
      </w:pPr>
      <w:r>
        <w:t>فسوف یاتی اللہ بقوم</w:t>
      </w:r>
    </w:p>
    <w:p>
      <w:r>
        <w:rPr>
          <w:b/>
        </w:rPr>
        <w:t xml:space="preserve">[2:12:29] </w:t>
      </w:r>
      <w:r>
        <w:t>yuhibbuhum wa yuhibboonahu azillatun alal mu'mineen</w:t>
      </w:r>
    </w:p>
    <w:p>
      <w:pPr>
        <w:jc w:val="right"/>
      </w:pPr>
      <w:r>
        <w:t>یحبہم ويحبونہ اذله على المؤمنین</w:t>
      </w:r>
    </w:p>
    <w:p>
      <w:r>
        <w:rPr>
          <w:b/>
        </w:rPr>
        <w:t xml:space="preserve">[2:12:39] </w:t>
      </w:r>
      <w:r>
        <w:t>azillatun alal mu'mineen a'izzatun alal kafireen yujahidoona fi sabeelillah wa la</w:t>
      </w:r>
    </w:p>
    <w:p>
      <w:pPr>
        <w:jc w:val="right"/>
      </w:pPr>
      <w:r>
        <w:t>اذله على المؤمنین اعزت على الكافرین یجاہدون فی سبیل اللہ ولا</w:t>
      </w:r>
    </w:p>
    <w:p>
      <w:r>
        <w:rPr>
          <w:b/>
        </w:rPr>
        <w:t xml:space="preserve">[2:12:48] </w:t>
      </w:r>
      <w:r>
        <w:t>yachafawna lawmata la'imin thalika fadlu allahi yu'teehi man yashaa'u wa allahu wasi'un 'aleemun</w:t>
      </w:r>
    </w:p>
    <w:p>
      <w:pPr>
        <w:jc w:val="right"/>
      </w:pPr>
      <w:r>
        <w:t>یخافون لوم تلاءم ذلك فضل اللہ یؤتیہ من یشاء واللہ واسع عليم</w:t>
      </w:r>
    </w:p>
    <w:p>
      <w:r>
        <w:rPr>
          <w:b/>
        </w:rPr>
        <w:t xml:space="preserve">[2:13:06] </w:t>
      </w:r>
      <w:r>
        <w:t>innama waliyyukumu allahu warasooluhu wa allatheena amanoo allatheena yuqeemoona assalata wa yu'toona azzakata wa hum rak'oona</w:t>
      </w:r>
    </w:p>
    <w:p>
      <w:pPr>
        <w:jc w:val="right"/>
      </w:pPr>
      <w:r>
        <w:t>انما وليكم اللہ ورسولہ والذین امنوا الذین یقیمون الصلاۃ ويؤتون الزکوۃ وهم راکعون</w:t>
      </w:r>
    </w:p>
    <w:p>
      <w:r>
        <w:rPr>
          <w:b/>
        </w:rPr>
        <w:t xml:space="preserve">[2:13:22] </w:t>
      </w:r>
      <w:r>
        <w:t>wa man yatawalla allaha warasoolahu wa allatheena amanoo fa'inna hizba allahi humu alghaliboona</w:t>
      </w:r>
    </w:p>
    <w:p>
      <w:pPr>
        <w:jc w:val="right"/>
      </w:pPr>
      <w:r>
        <w:t>ومن يتولى اللہ ورسوله والذین امنوا فان حزب اللہ هم الغالبون</w:t>
      </w:r>
    </w:p>
    <w:p>
      <w:r>
        <w:rPr>
          <w:b/>
        </w:rPr>
        <w:t xml:space="preserve">[2:13:36] </w:t>
      </w:r>
      <w:r>
        <w:t>ae imaan walo tum mein se jo shakhs apne deen se phir jaye to Allah jald aise logon ko uthaye ga jo Allah ko mehboob honge aur Allah un ko mehboob hoga woh musalmano ke liye naram aur munkiron ke upar sakht honge woh Allah ki rah mein jihad karenge aur kisi malamat karne wale ki malamat se na darrenge</w:t>
      </w:r>
    </w:p>
    <w:p>
      <w:pPr>
        <w:jc w:val="right"/>
      </w:pPr>
      <w:r>
        <w:t>اے ایمان والو تم میں سے جو شخص اپنے دین سے پھر جائے تو اللہ جلد ایسے لوگوں کو اٹھائے گا جو اللہ کو محبوب ہوں گے اور اللہ ان کو محبوب ہوگا وہ مسلمانوں کے لیے نرم اور منکروں کے اوپر سخت ہوں گے وہ اللہ کی راہ میں جہاد کریں گے اور کسی ملامت کرنے والے کی ملامت سے نہ ڈریں گے</w:t>
      </w:r>
    </w:p>
    <w:p>
      <w:r>
        <w:rPr>
          <w:b/>
        </w:rPr>
        <w:t xml:space="preserve">[2:14:05] </w:t>
      </w:r>
      <w:r>
        <w:t>yeh Allah ka fazl hai woh jis ko chahta hai ata karta hai aur Allah is haq wala aur ilm wala hai</w:t>
      </w:r>
    </w:p>
    <w:p>
      <w:pPr>
        <w:jc w:val="right"/>
      </w:pPr>
      <w:r>
        <w:t>یہ اللہ کا فضل ہے وہ جس کو چاہتا ہے عطا کرتا ہے اور اللہ اس حق والا اور علم والا ہے</w:t>
      </w:r>
    </w:p>
    <w:p>
      <w:r>
        <w:rPr>
          <w:b/>
        </w:rPr>
        <w:t xml:space="preserve">[2:14:16] </w:t>
      </w:r>
      <w:r>
        <w:t>tumhare dost to bas Allah aur is ka Rasool aur woh imaan wale hain jo namaz qaim karte hain aur zakat ada karte hain aur woh Allah ke aage jhukne wale hain aur jo shakhs Allah aur us ke Rasool aur imaan walon ko dost banaye to beshak Allah ki jama'at hi ghalib rehne wali hai</w:t>
      </w:r>
    </w:p>
    <w:p>
      <w:pPr>
        <w:jc w:val="right"/>
      </w:pPr>
      <w:r>
        <w:t>تمہارے دوست تو بس اللہ اور اس کا رسول اور وہ ایمان والے ہیں جو نماز قائم کرتے ہیں اور زکوۃ ادا کرتے ہیں اور وہ اللہ کے اگے جھکنے والے ہیں اور جو شخص اللہ اور اس کے رسول اور ایمان والوں کو دوست بنائے تو بے شک اللہ کی جماعت ہی غالب رہنے والی ہے</w:t>
      </w:r>
    </w:p>
    <w:p>
      <w:r>
        <w:rPr>
          <w:b/>
        </w:rPr>
        <w:t xml:space="preserve">[2:14:44] </w:t>
      </w:r>
      <w:r>
        <w:t>tashreeh imaan lane ke baad jo shakhs imaan ke taqaze poore na kare woh Allah ki nazar mein deen ko qabool karne ke baad deen se phir gaya Allah ki nazar mein sachche imaan wale log woh hain jinke andar imaan is tarah dakhil ho ke un ko mohabbat ki satah par Allah se ta'alluq paida ho jaye</w:t>
      </w:r>
    </w:p>
    <w:p>
      <w:pPr>
        <w:jc w:val="right"/>
      </w:pPr>
      <w:r>
        <w:t>تشریح ایمان لانے کے بعد جو شخص ایمان کے تقاضے پورے نہ کرے وہ اللہ کی نظر میں دین کو قبول کرنے کے بعد دین سے پھر گیا اللہ کی نظر میں سچے ایمان والے لوگ وہ ہیں جن کے اندر ایمان اس طرح داخل ہو کہ ان کو محبت کی سطح پر اللہ سے تعلق پیدا ہو جائے</w:t>
      </w:r>
    </w:p>
    <w:p>
      <w:r>
        <w:rPr>
          <w:b/>
        </w:rPr>
        <w:t xml:space="preserve">[2:15:12] </w:t>
      </w:r>
      <w:r>
        <w:t>un ko islami maqasid ki takmeel itni aziz ho ke jo log islam ki rah mein un ke bhai bane un ke liye un ke dil mein nermi aur humdardi ke siwa koi cheez baqi na rahe woh musalmanon ke liye is darja shafiq ban jayen ke un ki taqat aur un ki salahiyat kabhi musalmanon ke muqable mein istemal na ho</w:t>
      </w:r>
    </w:p>
    <w:p>
      <w:pPr>
        <w:jc w:val="right"/>
      </w:pPr>
      <w:r>
        <w:t>ان کو اسلامی مقاصد کی تکمیل اتنی عزیز ہو کہ جو لوگ اسلام کی راہ میں ان کے بھائی بنے ان کے لیے ان کے دل میں نرمی اور ہمدردی کے سوا کوئی چیز باقی نہ رہے وہ مسلمانوں کے لیے اس درجہ شفیق بن جائیں کہ ان کی طاقت اور ان کی صلاحیت کبھی مسلمانوں کے مقابلے میں استعمال نہ ہو</w:t>
      </w:r>
    </w:p>
    <w:p>
      <w:r>
        <w:rPr>
          <w:b/>
        </w:rPr>
        <w:t xml:space="preserve">[2:15:39] </w:t>
      </w:r>
      <w:r>
        <w:t>woh deen ke muamle mein itne pakhtah hon ke ghair islami logon ke afkar o aamal se koi asar qabool na karen un ke jazbat is darja usool ke taabe ho jayen ke musalmanon ke liye woh phool se zyada nazuk sabit hon magar namusalmanon ke liye woh pathar se zyada sakht ban jayen</w:t>
      </w:r>
    </w:p>
    <w:p>
      <w:pPr>
        <w:jc w:val="right"/>
      </w:pPr>
      <w:r>
        <w:t>وہ دین کے معاملے میں اتنے پختہ ہوں کہ غیر اسلامی لوگوں کے افکار و اعمال سے کوئی اثر قبول نہ کریں ان کے جذبات اس درجہ اصول کے تابع ہو جائیں کہ مسلمانوں کے لیے وہ پھول سے زیادہ نازک ثابت ہوں مگر نامسلمانوں کے لیے وہ پتھر سے زیادہ سخت بن جائیں</w:t>
      </w:r>
    </w:p>
    <w:p>
      <w:r>
        <w:rPr>
          <w:b/>
        </w:rPr>
        <w:t xml:space="preserve">[2:16:04] </w:t>
      </w:r>
      <w:r>
        <w:t>koi namusalman kabhi un ko apne maqasid ke liye istemal na kar sake islami zindagi ek ba maqsad zindagi hai aur isi liye woh juhd ki zindagi hai musalman ka mission yeh hai ke woh allah ke deen ko allah ke tamam bndon tak pohanchaye jahannum ki taraf jati hui dunya ko jannat ke raste par lane ki koshish kare</w:t>
      </w:r>
    </w:p>
    <w:p>
      <w:pPr>
        <w:jc w:val="right"/>
      </w:pPr>
      <w:r>
        <w:t>کوئی نامسلمان کبھی ان کو اپنے مقاصد کے لیے استعمال نہ کر سکے اسلامی زندگی ایک بامقصد زندگی ہے اور اسی لیے وہ جدوجہد کی زندگی ہے مسلمان کا مشن یہ ہے کہ وہ اللہ کے دین کو اللہ کے تمام بندوں تک پہنچائے جہنم کی طرف جاتی ہوئی دنیا کو جنت کے راستے پر لانے کی کوشش کرے</w:t>
      </w:r>
    </w:p>
    <w:p>
      <w:r>
        <w:rPr>
          <w:b/>
        </w:rPr>
        <w:t xml:space="preserve">[2:16:32] </w:t>
      </w:r>
      <w:r>
        <w:t>is kam ke fitri taqaze ke taur par aadmi ke samne tarah tarah ki mushkilain aur tarah tarah ki malamatain pesh ati hain hatta ke do alg alg groh ban jate hain ek dunya paraston ka aur doosra akhirat ke musafiron ka in ke darmiyan ek mustaqil kashmakash shuru ho jati hai</w:t>
      </w:r>
    </w:p>
    <w:p>
      <w:pPr>
        <w:jc w:val="right"/>
      </w:pPr>
      <w:r>
        <w:t>اس کام کے فطری تقاضے کے طور پر ادمی کے سامنے طرح طرح کی مشکلیں اور طرح طرح کی ملامتیں پیش اتی ہیں حتی کہ دو الگ الگ گروہ بن جاتے ہیں ایک دنیا پرستوں کا اور دوسرا اخرت کے مسافروں کا ان کے درمیان ایک مستقل کشمکش شروع ہو جاتی ہے</w:t>
      </w:r>
    </w:p>
    <w:p>
      <w:r>
        <w:rPr>
          <w:b/>
        </w:rPr>
        <w:t xml:space="preserve">[2:16:57] </w:t>
      </w:r>
      <w:r>
        <w:t>aadmi ka imtihan yeh hai ke in sare mawqe par woh is insaan ka saboot de jo allah ke bharose par chal raha hai aur allah ke siwa kisi ki parwah kiye baghair apna islami safar jari rakhta hai yahan tak ke maut ke darwaze mein dakhil ho kar khuda ke pas pohanch jata hai</w:t>
      </w:r>
    </w:p>
    <w:p>
      <w:pPr>
        <w:jc w:val="right"/>
      </w:pPr>
      <w:r>
        <w:t>ادمی کا امتحان یہ ہے کہ ان سارے مواقع پر وہ اس انسان کا ثبوت دے جو اللہ کے بھروسے پر چل رہا ہے اور اللہ کے سوا کسی کی پرواہ کیے بغیر اپنا اسلامی سفر جاری رکھتا ہے یہاں تک کہ موت کے دروازے میں داخل ہو کر خدا کے پاس پہنچ جاتا ہے</w:t>
      </w:r>
    </w:p>
    <w:p>
      <w:r>
        <w:rPr>
          <w:b/>
        </w:rPr>
        <w:t xml:space="preserve">[2:17:23] </w:t>
      </w:r>
      <w:r>
        <w:t>is tarah ke log kisi maqam par jab qabil lehaaz tadad mein paida ho jayen to zameen ka ghalba bhi inhi ke liye muqaddar kar diya jata hai yeh woh log hain jo namaz qaim karte hain yani un ka markaz tawajjuh tamam tar allah ban jata hai woh zakat ada karte hain yani un ke bahmi taalluqat ek doosre ki khair khwahi par qaim hote hain</w:t>
      </w:r>
    </w:p>
    <w:p>
      <w:pPr>
        <w:jc w:val="right"/>
      </w:pPr>
      <w:r>
        <w:t>اس طرح کے لوگ کسی مقام پر جب قابل لحاظ تعداد میں پیدا ہو جائیں تو زمین کا غلبہ بھی انہی کے لیے مقدر کر دیا جاتا ہے یہ وہ لوگ ہیں جو نماز قائم کرتے ہیں یعنی ان کا مرکز توجہ تمام تر اللہ بن جاتا ہے وہ زکوۃ ادا کرتے ہیں یعنی ان کے باہمی تعلقات ایک دوسرے کی خیر خواہی پر قائم ہوتے ہیں</w:t>
      </w:r>
    </w:p>
    <w:p>
      <w:r>
        <w:rPr>
          <w:b/>
        </w:rPr>
        <w:t xml:space="preserve">[2:17:50] </w:t>
      </w:r>
      <w:r>
        <w:t>woh allah ke age jhukne wale hote hain yani muamlat dunya mein koi bhi cheez un ko ananiyat par amada nahi karti balke woh har moqe par wohi karte hain jo allah chahe woh tawazu ikhtiyar karne wale hote hain na ke sarkashi karne wale</w:t>
      </w:r>
    </w:p>
    <w:p>
      <w:pPr>
        <w:jc w:val="right"/>
      </w:pPr>
      <w:r>
        <w:t>وہ اللہ کے اگے جھکنے والے ہوتے ہیں یعنی معاملات دنیا میں کوئی بھی چیز ان کو انانیت پر امادہ نہیں کرتی بلکہ وہ ہر موقع پر وہی کرتے ہیں جو اللہ چاہے وہ تواضع اختیار کرنے والے ہوتے ہیں نہ کہ سرکشی کرنے والے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