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CPS TEAM 24 May 2008 - Maulana Wahiduddin Khan</w:t>
      </w:r>
    </w:p>
    <w:p>
      <w:r>
        <w:t>https://www.youtube.com/watch?v=35akbDyfOkI</w:t>
      </w:r>
    </w:p>
    <w:p>
      <w:r>
        <w:rPr>
          <w:b/>
        </w:rPr>
        <w:t xml:space="preserve">[00:13] </w:t>
      </w:r>
      <w:r>
        <w:t>aaj ek aisi baat hui</w:t>
      </w:r>
    </w:p>
    <w:p>
      <w:pPr>
        <w:jc w:val="right"/>
      </w:pPr>
      <w:r>
        <w:t>آج ایک ایسی بات ہوئی</w:t>
      </w:r>
    </w:p>
    <w:p>
      <w:r>
        <w:rPr>
          <w:b/>
        </w:rPr>
        <w:t xml:space="preserve">[00:22] </w:t>
      </w:r>
      <w:r>
        <w:t>jise</w:t>
      </w:r>
    </w:p>
    <w:p>
      <w:pPr>
        <w:jc w:val="right"/>
      </w:pPr>
      <w:r>
        <w:t>جسے</w:t>
      </w:r>
    </w:p>
    <w:p>
      <w:r>
        <w:rPr>
          <w:b/>
        </w:rPr>
        <w:t xml:space="preserve">[00:28] </w:t>
      </w:r>
      <w:r>
        <w:t>meri aankhon mein khushi ke aansu aa gaye.</w:t>
      </w:r>
    </w:p>
    <w:p>
      <w:pPr>
        <w:jc w:val="right"/>
      </w:pPr>
      <w:r>
        <w:t>میری آنکھوں میں خوشی کے آنسو آ گئے۔</w:t>
      </w:r>
    </w:p>
    <w:p>
      <w:r>
        <w:rPr>
          <w:b/>
        </w:rPr>
        <w:t xml:space="preserve">[00:34] </w:t>
      </w:r>
      <w:r>
        <w:t>aap ne parha ho kitabon mein ke khushi ke aansu.</w:t>
      </w:r>
    </w:p>
    <w:p>
      <w:pPr>
        <w:jc w:val="right"/>
      </w:pPr>
      <w:r>
        <w:t>آپ نے پڑھا ہو کتابوں میں کہ خوشی کے آنسو۔</w:t>
      </w:r>
    </w:p>
    <w:p>
      <w:r>
        <w:rPr>
          <w:b/>
        </w:rPr>
        <w:t xml:space="preserve">[00:40] </w:t>
      </w:r>
      <w:r>
        <w:t>khushi ke aansu badi ajeeb cheez hote hain.</w:t>
      </w:r>
    </w:p>
    <w:p>
      <w:pPr>
        <w:jc w:val="right"/>
      </w:pPr>
      <w:r>
        <w:t>خوشی کے آنسو بڑی عجیب چیز ہوتے ہیں۔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