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Experience Sharing Session of CPS Members 24 May 2008 - Maulana Wahiduddin Khan</w:t>
      </w:r>
    </w:p>
    <w:p>
      <w:r>
        <w:t>https://www.youtube.com/watch?v=alVAkAnKiuM</w:t>
      </w:r>
    </w:p>
    <w:p>
      <w:r>
        <w:rPr>
          <w:b/>
        </w:rPr>
        <w:t xml:space="preserve">[00:13] </w:t>
      </w:r>
      <w:r>
        <w:t>dream last night, where i saw that there was a huge field, field with hundreds and thousands of people. there were men, women, children, people from all age groups. but their condition was very, very chaotic.</w:t>
      </w:r>
    </w:p>
    <w:p>
      <w:pPr>
        <w:jc w:val="right"/>
      </w:pPr>
      <w:r>
        <w:t>ड्रीम लास्ट नाईट, व्हेयर आई सॉ दैट देयर वाज़ अ ह्यूज फील्ड, फील्ड विद हंड्रेड्स एंड थाउजेंड्स ऑफ़ पीपल। देयर वर मेन, वुमेन, चिल्ड्रन, पीपल फ्रॉम ऑल एज ग्रुप्स। बट देयर कंडीशन वाज़ वेरी, वेरी केओटिक।</w:t>
      </w:r>
    </w:p>
    <w:p>
      <w:r>
        <w:rPr>
          <w:b/>
        </w:rPr>
        <w:t xml:space="preserve">[00:40] </w:t>
      </w:r>
      <w:r>
        <w:t>they were running helter skelter, one place to another. and</w:t>
      </w:r>
    </w:p>
    <w:p>
      <w:pPr>
        <w:jc w:val="right"/>
      </w:pPr>
      <w:r>
        <w:t>दे वर रनिंग हेल्टर शेल्टर, वन प्लेस टू अनदर। एंड</w:t>
      </w:r>
    </w:p>
    <w:p>
      <w:r>
        <w:rPr>
          <w:b/>
        </w:rPr>
        <w:t xml:space="preserve">[00:48] </w:t>
      </w:r>
      <w:r>
        <w:t>i was there, and i was trying to figure out what exactly is going on.</w:t>
      </w:r>
    </w:p>
    <w:p>
      <w:pPr>
        <w:jc w:val="right"/>
      </w:pPr>
      <w:r>
        <w:t>आई वाज़ देयर, एंड आई वाज़ ट्राइंग टू फिगर आउट व्हाट एग्जैक्टली इज़ गोइंग ऑन।</w:t>
      </w:r>
    </w:p>
    <w:p>
      <w:r>
        <w:rPr>
          <w:b/>
        </w:rPr>
        <w:t xml:space="preserve">[00:58] </w:t>
      </w:r>
      <w:r>
        <w:t>then i saw Maulana with his team, and then i realized that i was a part of that team. and the rest of the crowd, which was in a chaotic condition, was on the other side. and this scene continued for at least 15-20 minutes.</w:t>
      </w:r>
    </w:p>
    <w:p>
      <w:pPr>
        <w:jc w:val="right"/>
      </w:pPr>
      <w:r>
        <w:t>देन आई सॉ मौलाना विद हिज टीम, एंड देन आई रियलाइज़ दैट आई वाज़ अ पार्ट ऑफ़ दैट टीम। एंड दी रेस्ट ऑफ़ द क्राउड, व्हिच वाज़ इन अ केओटिक कंडीशन, वाज़ ऑन दी अदर साइड। एंड दिस सीन कंटिन्यूड फॉर एटलीस्ट 15-20 मिनट्स।</w:t>
      </w:r>
    </w:p>
    <w:p>
      <w:r>
        <w:rPr>
          <w:b/>
        </w:rPr>
        <w:t xml:space="preserve">[01:18] </w:t>
      </w:r>
      <w:r>
        <w:t>and my understanding about the whole activity was there, that there is going to be something really either disturbing, could be an earthquake. or these people are in a major problematic situation, but they are not finding out a way</w:t>
      </w:r>
    </w:p>
    <w:p>
      <w:pPr>
        <w:jc w:val="right"/>
      </w:pPr>
      <w:r>
        <w:t>एंड माय अंडरस्टैंडिंग अबाउट दी होल एक्टिविटी वाज़ देयर, दैट देयर इज़ गोइंग टू बी समथिंग रियली ईदर डिस्टर्बिंग, कुड बी एन अर्थक्वेक। और दीज़ पीपल आर इन अ मेजर प्रॉब्लमैटिक सिचुएशन, बट दे आर नॉट फाइंडिंग आउट अ वे</w:t>
      </w:r>
    </w:p>
    <w:p>
      <w:r>
        <w:rPr>
          <w:b/>
        </w:rPr>
        <w:t xml:space="preserve">[01:40] </w:t>
      </w:r>
      <w:r>
        <w:t>and all of a sudden, i see one of our team members, priya malik,</w:t>
      </w:r>
    </w:p>
    <w:p>
      <w:pPr>
        <w:jc w:val="right"/>
      </w:pPr>
      <w:r>
        <w:t>। एंड ऑल ऑफ़ अ सडन, आई सी वन ऑफ़ आवर टीम मेंबर्स, प्रिया मलिक,</w:t>
      </w:r>
    </w:p>
    <w:p>
      <w:r>
        <w:rPr>
          <w:b/>
        </w:rPr>
        <w:t xml:space="preserve">[01:48] </w:t>
      </w:r>
      <w:r>
        <w:t>between that group and our team, maulana's team.</w:t>
      </w:r>
    </w:p>
    <w:p>
      <w:pPr>
        <w:jc w:val="right"/>
      </w:pPr>
      <w:r>
        <w:t>बिटवीन दैट ग्रुप एंड आवर टीम, मौलानाज़ टीम।</w:t>
      </w:r>
    </w:p>
    <w:p>
      <w:r>
        <w:rPr>
          <w:b/>
        </w:rPr>
        <w:t xml:space="preserve">[01:53] </w:t>
      </w:r>
      <w:r>
        <w:t>maulana pointed out towards that group and tell priya that matlab,</w:t>
      </w:r>
    </w:p>
    <w:p>
      <w:pPr>
        <w:jc w:val="right"/>
      </w:pPr>
      <w:r>
        <w:t>मौलाना पॉइंट आउट टुवर्ड्स दैट ग्रुप एंड टेल प्रिया दैट मतलब,</w:t>
      </w:r>
    </w:p>
    <w:p>
      <w:r>
        <w:rPr>
          <w:b/>
        </w:rPr>
        <w:t xml:space="preserve">[02:00] </w:t>
      </w:r>
      <w:r>
        <w:t>he doesn't tell anything, he points out towards that group.</w:t>
      </w:r>
    </w:p>
    <w:p>
      <w:pPr>
        <w:jc w:val="right"/>
      </w:pPr>
      <w:r>
        <w:t>ही डज़न्ट टेल एनीथिंग, ही पॉइंट्स आउट टुवर्ड्स दैट ग्रुप।</w:t>
      </w:r>
    </w:p>
    <w:p>
      <w:r>
        <w:rPr>
          <w:b/>
        </w:rPr>
        <w:t xml:space="preserve">[02:03] </w:t>
      </w:r>
      <w:r>
        <w:t>and it is understood that he was telling this thing to priya, that you need to address these</w:t>
      </w:r>
    </w:p>
    <w:p>
      <w:pPr>
        <w:jc w:val="right"/>
      </w:pPr>
      <w:r>
        <w:t>एंड इट इज़ अंडरस्टुड दैट ही वाज़ टेलिंग दिस थिंग टू प्रिया, दैट यू नीड टू एड्रेस दीज़</w:t>
      </w:r>
    </w:p>
    <w:p>
      <w:r>
        <w:rPr>
          <w:b/>
        </w:rPr>
        <w:t xml:space="preserve">[02:09] </w:t>
      </w:r>
      <w:r>
        <w:t>people.</w:t>
      </w:r>
    </w:p>
    <w:p>
      <w:pPr>
        <w:jc w:val="right"/>
      </w:pPr>
      <w:r>
        <w:t>पीपल।</w:t>
      </w:r>
    </w:p>
    <w:p>
      <w:r>
        <w:rPr>
          <w:b/>
        </w:rPr>
        <w:t xml:space="preserve">[02:10] </w:t>
      </w:r>
      <w:r>
        <w:t>so she takes a few steps towards that crowd, tries to say something to them, but she is not able to do that. she feels helpless. Maulana looked at her, and she looked at Maulana, and then the scene ends over there.</w:t>
      </w:r>
    </w:p>
    <w:p>
      <w:pPr>
        <w:jc w:val="right"/>
      </w:pPr>
      <w:r>
        <w:t>सो शी टेक्स अ फ्यू स्टेप्स टुवर्ड्स दैट क्राउड, ट्राइस टू से समथिंग टू देम, बट शी इज़ नॉट एबल टू डू दैट। शी फील्स हेल्पलेस। मौलाना लुक्ड एट हर, एंड शी लुक्ड एट मौलाना, एंड देन द सीन एंड्स ओवर देयर।</w:t>
      </w:r>
    </w:p>
    <w:p>
      <w:r>
        <w:rPr>
          <w:b/>
        </w:rPr>
        <w:t xml:space="preserve">[02:29] </w:t>
      </w:r>
      <w:r>
        <w:t>with reference to the class, which happened in the morning, and after attending the class in the morning, i have come to realize that i have been wasting my life so far, and that i,</w:t>
      </w:r>
    </w:p>
    <w:p>
      <w:pPr>
        <w:jc w:val="right"/>
      </w:pPr>
      <w:r>
        <w:t>विद रेफरेंस टू द क्लास, व्हिच हैपेंड इन द मॉर्निंग, एंड आफ्टर अटेंडिंग द क्लास इन द मॉर्निंग, आई हैव कम टू रियलाइज़ दैट आई हैव बीन वेस्टिंग माय लाइफ सो फार, एंड दैट आई,</w:t>
      </w:r>
    </w:p>
    <w:p>
      <w:r>
        <w:rPr>
          <w:b/>
        </w:rPr>
        <w:t xml:space="preserve">[02:53] </w:t>
      </w:r>
      <w:r>
        <w:t>after knowing this message, have no justification to waste my time.</w:t>
      </w:r>
    </w:p>
    <w:p>
      <w:pPr>
        <w:jc w:val="right"/>
      </w:pPr>
      <w:r>
        <w:t>आफ्टर नोइंग दिस मैसेज, हैव नो जस्टिफिकेशन टू वेस्ट माय टाइम।</w:t>
      </w:r>
    </w:p>
    <w:p>
      <w:r>
        <w:rPr>
          <w:b/>
        </w:rPr>
        <w:t xml:space="preserve">[03:06] </w:t>
      </w:r>
      <w:r>
        <w:t>and that many a times i do waver, and many a times</w:t>
      </w:r>
    </w:p>
    <w:p>
      <w:pPr>
        <w:jc w:val="right"/>
      </w:pPr>
      <w:r>
        <w:t>एंड दैट मेनी अ टाइम्स आई डू वेवर, एंड मेनी अ टाइम्स</w:t>
      </w:r>
    </w:p>
    <w:p>
      <w:r>
        <w:rPr>
          <w:b/>
        </w:rPr>
        <w:t xml:space="preserve">[03:16] </w:t>
      </w:r>
      <w:r>
        <w:t>i don't remain on the straight, straight path, perhaps. but i think i will have to</w:t>
      </w:r>
    </w:p>
    <w:p>
      <w:pPr>
        <w:jc w:val="right"/>
      </w:pPr>
      <w:r>
        <w:t>आई डोंट रिमेन ऑन द स्ट्रेट, स्ट्रेट पाथ, परहैप्स। बट आई थिंक आई विल हैव टू</w:t>
      </w:r>
    </w:p>
    <w:p>
      <w:r>
        <w:rPr>
          <w:b/>
        </w:rPr>
        <w:t xml:space="preserve">[03:31] </w:t>
      </w:r>
      <w:r>
        <w:t>revive, keep reviving the faith that i have discovered.</w:t>
      </w:r>
    </w:p>
    <w:p>
      <w:pPr>
        <w:jc w:val="right"/>
      </w:pPr>
      <w:r>
        <w:t>रिवाइव, कीप रिवाइविंग द फेथ दैट आई हैव डिस्कवर्ड।</w:t>
      </w:r>
    </w:p>
    <w:p>
      <w:r>
        <w:rPr>
          <w:b/>
        </w:rPr>
        <w:t xml:space="preserve">[03:37] </w:t>
      </w:r>
      <w:r>
        <w:t>so this is what i have realized today.</w:t>
      </w:r>
    </w:p>
    <w:p>
      <w:pPr>
        <w:jc w:val="right"/>
      </w:pPr>
      <w:r>
        <w:t>सो दिस इज़ व्हाट आई हैव रियलाइज़्ड टुडे।</w:t>
      </w:r>
    </w:p>
    <w:p>
      <w:r>
        <w:rPr>
          <w:b/>
        </w:rPr>
        <w:t xml:space="preserve">[03:52] </w:t>
      </w:r>
      <w:r>
        <w:t>preest? hum. preeti sir. after coming to this mission, i feel i have understood islam for the first time</w:t>
      </w:r>
    </w:p>
    <w:p>
      <w:pPr>
        <w:jc w:val="right"/>
      </w:pPr>
      <w:r>
        <w:t>प्रीस्ट? हम। प्रीति सर। आफ्टर कमिंग टू दिस मिशन, आई फील आई हैव अंडरस्टुड इस्लाम फॉर द फर्स्ट टाइम</w:t>
      </w:r>
    </w:p>
    <w:p>
      <w:r>
        <w:rPr>
          <w:b/>
        </w:rPr>
        <w:t xml:space="preserve">[04:06] </w:t>
      </w:r>
      <w:r>
        <w:t>. although i felt i knew islam before, but only after coming here have i really understood it. and daily i am trying to get a deeper understanding of it. but the one thing that is clear is that through this mission, i have found a purpose of life and a direction in which i can lead my life till i die.</w:t>
      </w:r>
    </w:p>
    <w:p>
      <w:pPr>
        <w:jc w:val="right"/>
      </w:pPr>
      <w:r>
        <w:t>। ऑलदो आई फेल्ट आई न्यू इस्लाम बिफोर, बट ओनली आफ्टर कमिंग हियर हैव आई रियली अंडरस्टुड इट। एंड डेली आई एम ट्राइंग टू गेट अ डीपर अंडरस्टैंडिंग ऑफ़ इट। बट द वन थिंग दैट इज़ क्लियर इज़ दैट थ्रू दिस मिशन, आई हैव फाउंड अ पर्पस ऑफ़ लाइफ एंड अ डायरेक्शन इन व्हिच आई कैन लीड माय लाइफ टिल आई डाय।</w:t>
      </w:r>
    </w:p>
    <w:p>
      <w:r>
        <w:rPr>
          <w:b/>
        </w:rPr>
        <w:t xml:space="preserve">[04:33] </w:t>
      </w:r>
      <w:r>
        <w:t>and i just thank god that he helped us to become part of this mission.</w:t>
      </w:r>
    </w:p>
    <w:p>
      <w:pPr>
        <w:jc w:val="right"/>
      </w:pPr>
      <w:r>
        <w:t>एंड आई जस्ट थैंक गॉड दैट ही हैल्पड अस टू बिकम पार्ट ऑफ़ दिस मिशन।</w:t>
      </w:r>
    </w:p>
    <w:p>
      <w:r>
        <w:rPr>
          <w:b/>
        </w:rPr>
        <w:t xml:space="preserve">[04:44] </w:t>
      </w:r>
      <w:r>
        <w:t>and hope we can fulfill our responsibilities. inshallah.</w:t>
      </w:r>
    </w:p>
    <w:p>
      <w:pPr>
        <w:jc w:val="right"/>
      </w:pPr>
      <w:r>
        <w:t>एंड होप वी कैन फुलफिल आवर रिस्पांसिबिलिटीज। इंशा अल्लाह।</w:t>
      </w:r>
    </w:p>
    <w:p>
      <w:r>
        <w:rPr>
          <w:b/>
        </w:rPr>
        <w:t xml:space="preserve">[05:08] </w:t>
      </w:r>
      <w:r>
        <w:t>theek.</w:t>
      </w:r>
    </w:p>
    <w:p>
      <w:pPr>
        <w:jc w:val="right"/>
      </w:pPr>
      <w:r>
        <w:t>ठीक।</w:t>
      </w:r>
    </w:p>
    <w:p>
      <w:r>
        <w:rPr>
          <w:b/>
        </w:rPr>
        <w:t xml:space="preserve">[05:18] </w:t>
      </w:r>
      <w:r>
        <w:t>after coming, after associating myself with the cps mission, i have realized that this is the only thing which the ideology which is presented over here, is the only ideology which can satisfy any human being.</w:t>
      </w:r>
    </w:p>
    <w:p>
      <w:pPr>
        <w:jc w:val="right"/>
      </w:pPr>
      <w:r>
        <w:t>आफ्टर कमिंग, आफ्टर एसोसिएटिंग मायसेल्फ विद द सीपीएस मिशन, आई हैव रियलाइज़्ड दैट दिस इज़ द ओनली थिंग व्हिच द आइडियोलॉजी व्हिच इज़ प्रेजेंटेड ओवर हियर, इज़ द ओनली आइडियोलॉजी व्हिच कैन सैटिस्फाई एनी ह्यूमन बीइंग।</w:t>
      </w:r>
    </w:p>
    <w:p>
      <w:r>
        <w:rPr>
          <w:b/>
        </w:rPr>
        <w:t xml:space="preserve">[05:40] </w:t>
      </w:r>
      <w:r>
        <w:t>because i was reading burton russell life of late, and i realized that what he undertook various activities in his life, from politics to philosophy to science, physics. and in his after every activity which he undertook, he is confessing the fact that he was always he always felt that there was a void in him.</w:t>
      </w:r>
    </w:p>
    <w:p>
      <w:pPr>
        <w:jc w:val="right"/>
      </w:pPr>
      <w:r>
        <w:t>बिकॉज़ आई वाज़ रीडिंग बर्टन रसल लाइफ ऑफ़ लेट, एंड आई रियलाइज़्ड दैट व्हाट ही अंडरटूक वेरियस एक्टिविटीज इन हिज़ लाइफ, फ्रॉम पॉलिटिक्स टू फिलॉसफी टू साइंस, फिजिक्स। एंड इन हिज़ आफ्टर एव्री एक्टिविटी व्हिच ही अंडरटूक, ही इज़ कन्फेसिंग द फैक्ट दैट ही वाज़ ऑलवेज ही ऑलवेज फेल्ट दैट देयर वाज़ अ वॉइड इन हिम।</w:t>
      </w:r>
    </w:p>
    <w:p>
      <w:r>
        <w:rPr>
          <w:b/>
        </w:rPr>
        <w:t xml:space="preserve">[06:05] </w:t>
      </w:r>
      <w:r>
        <w:t>he always wanted to direct himself to a much more dominant purpose, but he always failed, and he died in utter despair.</w:t>
      </w:r>
    </w:p>
    <w:p>
      <w:pPr>
        <w:jc w:val="right"/>
      </w:pPr>
      <w:r>
        <w:t>ही ऑलवेज वांटेड टू डायरेक्ट हिमसेल्फ टू अ मच मोर डोमिनेंट पर्पस, बट ही ऑलवेज फेल्ड, एंड ही डाइड इन अटर डिस्पेयर।</w:t>
      </w:r>
    </w:p>
    <w:p>
      <w:r>
        <w:rPr>
          <w:b/>
        </w:rPr>
        <w:t xml:space="preserve">[06:14] </w:t>
      </w:r>
      <w:r>
        <w:t>and after realizing after coming to this mission, after being satisfied, after realizing dawah work as my concern, and after understanding paradise and the concept of god scientifically, i have understood that this is the thing which burton russell and various other intelligent people of his thought were yearning for, and they could not find it.</w:t>
      </w:r>
    </w:p>
    <w:p>
      <w:pPr>
        <w:jc w:val="right"/>
      </w:pPr>
      <w:r>
        <w:t>एंड आफ्टर रियलाइज़ आफ्टर कमिंग टू दिस मिशन, आफ्टर बीइंग सैटिस्फाइड, आफ्टर रियलाइज़िंग दावा वर्क एज़ माय कंसर्न, एंड आफ्टर अंडरस्टैंडिंग पैराडाइस एंड द कांसेप्ट ऑफ़ गॉड साइंटिफिकली, आई हैव अंडरस्टुड दैट दिस इज़ द थिंग व्हिच बर्टन रसल एंड वेरियस अदर इंटेलिजेंट पीपल ऑफ़ हिज़ थॉट वर यर्निंग फॉर, एंड दे कुड नॉट फाइंड इट।</w:t>
      </w:r>
    </w:p>
    <w:p>
      <w:r>
        <w:rPr>
          <w:b/>
        </w:rPr>
        <w:t xml:space="preserve">[06:36] </w:t>
      </w:r>
      <w:r>
        <w:t>ab since i have realized it deeply, i also want to spread it to everybody else who is in the who is yearning for it.</w:t>
      </w:r>
    </w:p>
    <w:p>
      <w:pPr>
        <w:jc w:val="right"/>
      </w:pPr>
      <w:r>
        <w:t>अब सिंस आई हैव रियलाइज़्ड इट डीपली, आई आल्सो वांट टू स्प्रेड इट टू एवरीबॉडी एल्स हु इज़ इन द हु इज़ यर्निंग फॉर इट।</w:t>
      </w:r>
    </w:p>
    <w:p>
      <w:r>
        <w:rPr>
          <w:b/>
        </w:rPr>
        <w:t xml:space="preserve">[06:48] </w:t>
      </w:r>
      <w:r>
        <w:t>jajakullah.</w:t>
      </w:r>
    </w:p>
    <w:p>
      <w:pPr>
        <w:jc w:val="right"/>
      </w:pPr>
      <w:r>
        <w:t>जजाकुललाह।</w:t>
      </w:r>
    </w:p>
    <w:p>
      <w:r>
        <w:rPr>
          <w:b/>
        </w:rPr>
        <w:t xml:space="preserve">[06:53] </w:t>
      </w:r>
      <w:r>
        <w:t>i would first like to start the talk. i mean, i would like to pray to god first, that the team, the cps team, which has been that he helps the cps team to fulfill the mission of dawah. he helps all of us in fulfilling the job which we all have undertaken, which is dawah work. i feel that each one of us in the team has some special ability</w:t>
      </w:r>
    </w:p>
    <w:p>
      <w:pPr>
        <w:jc w:val="right"/>
      </w:pPr>
      <w:r>
        <w:t>आई वुड फर्स्ट लाइक टू स्टार्ट द टॉक। आई मीन, आई वुड लाइक टू प्रे टू गॉड फर्स्ट, दैट द टीम, द सीपीएस टीम, व्हिच हैज़ बीन दैट ही हेल्प्स द सीपीएस टीम टू फुलफिल द मिशन ऑफ दावा। ही हेल्प्स ऑल ऑफ अस इन फुलफिलिंग द जॉब व्हिच वी ऑल हैव अंडरटेकन, व्हिच इज़ दावा वर्क। आई फील दैट ईच वन ऑफ अस इन द टीम हैज़ सम स्पेशल एबिलिटी</w:t>
      </w:r>
    </w:p>
    <w:p>
      <w:r>
        <w:rPr>
          <w:b/>
        </w:rPr>
        <w:t xml:space="preserve">[07:22] </w:t>
      </w:r>
      <w:r>
        <w:t>. this team, if you if you look at if you look at this team as a whole, you will find that each one of us has some special ability, and we have been really handpicked to do our our job in this in this mission.</w:t>
      </w:r>
    </w:p>
    <w:p>
      <w:pPr>
        <w:jc w:val="right"/>
      </w:pPr>
      <w:r>
        <w:t>। दिस टीम, इफ यू इफ यू लुक एट इफ यू लुक एट दिस टीम एज अ होल, यू विल फाइंड दैट ईच वन ऑफ अस हैज़ सम स्पेशल एबिलिटी, एंड वी हैव बीन रियली हैंडपिक्ड टू डू आवर आवर जॉब इन दिस इन दिस मिशन।</w:t>
      </w:r>
    </w:p>
    <w:p>
      <w:r>
        <w:rPr>
          <w:b/>
        </w:rPr>
        <w:t xml:space="preserve">[07:38] </w:t>
      </w:r>
      <w:r>
        <w:t>i feel that i could be useful in organizing things. that that's my forte, and i would be helpful. i mean, i would be very useful in organizing the office, the work in the office, as well as helping each other, helping the team to go forward in this mission.</w:t>
      </w:r>
    </w:p>
    <w:p>
      <w:pPr>
        <w:jc w:val="right"/>
      </w:pPr>
      <w:r>
        <w:t>आई फील दैट आई कुड बी यूज़फुल इन ऑर्गेनाइजिंग थिंग्स। दैट दैट्स माय फोर्टे, एंड आई वुड बी हेल्पफुल। आई मीन, आई वुड बी वेरी यूज़फुल इन ऑर्गेनाइजिंग द ऑफिस, द वर्क इन द ऑफिस, एज वेल एज हेल्पिंग ईच अदर, हेल्पिंग द टीम टू गो फॉरवर्ड इन दिस मिशन।</w:t>
      </w:r>
    </w:p>
    <w:p>
      <w:r>
        <w:rPr>
          <w:b/>
        </w:rPr>
        <w:t xml:space="preserve">[07:58] </w:t>
      </w:r>
      <w:r>
        <w:t>this is what role this is the role which i feel i have for this mission at the moment. and rest, we should all put in our maximum efforts in fulfilling this mission.</w:t>
      </w:r>
    </w:p>
    <w:p>
      <w:pPr>
        <w:jc w:val="right"/>
      </w:pPr>
      <w:r>
        <w:t>दिस इज़ व्हाट रोल दिस इज़ द रोल व्हिच आई फील आई हैव फॉर दिस मिशन एट द मोमेंट। एंड रेस्ट, वी शुड ऑल पुट इन आवर मैक्सिमम एफर्ट्स इन फुलफिलिंग दिस मिशन।</w:t>
      </w:r>
    </w:p>
    <w:p>
      <w:r>
        <w:rPr>
          <w:b/>
        </w:rPr>
        <w:t xml:space="preserve">[08:25] </w:t>
      </w:r>
      <w:r>
        <w:t>is mission se judne ke baad, ab mujhko khaas taur par do cheezon ka bahut bahut zyada uska ehsaas ho raha hai, aur do cheezon ki daryaft hui hai.</w:t>
      </w:r>
    </w:p>
    <w:p>
      <w:pPr>
        <w:jc w:val="right"/>
      </w:pPr>
      <w:r>
        <w:t>इस मिशन से जुड़ने के बाद, अब मुझको खास तौर पर दो चीजों का बहुत बहुत ज्यादा उसका एहसास हो रहा है, और दो चीजों की दरयाफ्त हुई है।</w:t>
      </w:r>
    </w:p>
    <w:p>
      <w:r>
        <w:rPr>
          <w:b/>
        </w:rPr>
        <w:t xml:space="preserve">[08:44] </w:t>
      </w:r>
      <w:r>
        <w:t>ek toh khuda ki shahri maarfat, yaani pehle main daleel ki satah par khuda ko jaanta tha sirf ki khuda ki maujoodgi ki yeh daleel hai, khuda ki maujoodgi ki woh daleel hai. lekin woh ab meri fitrat ka hissa nahi bana tha.</w:t>
      </w:r>
    </w:p>
    <w:p>
      <w:pPr>
        <w:jc w:val="right"/>
      </w:pPr>
      <w:r>
        <w:t>एक तो खुदा की शहरी मारफत, यानी पहले मैं दलील की सतह पर खुदा को जानता था सिर्फ कि खुदा की मौजूदगी की ये दलील है, खुदा की मौजूदगी की वो दलील है। लेकिन वो अब मेरी फितरत का हिस्सा नहीं बना था।</w:t>
      </w:r>
    </w:p>
    <w:p>
      <w:r>
        <w:rPr>
          <w:b/>
        </w:rPr>
        <w:t xml:space="preserve">[09:04] </w:t>
      </w:r>
      <w:r>
        <w:t>is mission mein judne ke baad pehli martaba ab mujhe yeh mehsoos ho raha hai ki mujhe kisi daleel ki zaroorat nahi hai khuda ko maanne ke liye, aakhirat ko maanne ke liye kisi daleel ki zaroorat nahi hai. balki maulana ne hamari fitrat ko itna zyada jaga diya hai ki hamari fitrat apne aap khuda ki daleel ban gayi. kisi bhi daleel ki zaroorat nahi hai.</w:t>
      </w:r>
    </w:p>
    <w:p>
      <w:pPr>
        <w:jc w:val="right"/>
      </w:pPr>
      <w:r>
        <w:t>इस मिशन में जुड़ने के बाद पहली मर्तबा अब मुझे ये महसूस हो रहा है कि मुझे किसी दलील की जरूरत नहीं है खुदा को मानने के लिए, आखिरत को मानने के लिए किसी दलील की जरूरत नहीं है। बल्कि मौलाना ने हमारी फितरत को इतना ज्यादा जगा दिया है कि हमारी फितरत अपने आप खुदा की दलील बन गई। किसी भी दलील की जरूरत नहीं है।</w:t>
      </w:r>
    </w:p>
    <w:p>
      <w:r>
        <w:rPr>
          <w:b/>
        </w:rPr>
        <w:t xml:space="preserve">[09:26] </w:t>
      </w:r>
      <w:r>
        <w:t>toh ismein fark yeh hai daleel ki satah par paane mein khuda ko aur fitrat ki satah par paane mein ki daleel ki satah par jab aadmi paata hai toh usmein woh shakk aata rehta hai. lekin jab fitrat ki satah par pa leta hai, toh phir aadmi apne aap ko kaise jhutla sakta hai?</w:t>
      </w:r>
    </w:p>
    <w:p>
      <w:pPr>
        <w:jc w:val="right"/>
      </w:pPr>
      <w:r>
        <w:t>तो इसमें फर्क यह है दलील की सतह पर पाने में खुदा को और फितरत की सतह पर पाने में कि दलील की सतह पर जब आदमी पाता है तो उसमें वो शक आता रहता है। लेकिन जब फितरत की सतह पर पा लेता है, तो फिर आदमी अपने आप को कैसे झुठला सकता है?</w:t>
      </w:r>
    </w:p>
    <w:p>
      <w:r>
        <w:rPr>
          <w:b/>
        </w:rPr>
        <w:t xml:space="preserve">[09:47] </w:t>
      </w:r>
      <w:r>
        <w:t>toh phir khuda ke wajood mein, aakhirat ke wajood mein kisi cheez mein koi shakk baqi nahi rehta. khuda ka wajood bhi utna hi yaqeeni ho jaata hai jitna khud mera wajood.</w:t>
      </w:r>
    </w:p>
    <w:p>
      <w:pPr>
        <w:jc w:val="right"/>
      </w:pPr>
      <w:r>
        <w:t>तो फिर खुदा के वजूद में, आखिरत के वजूद में किसी चीज में कोई शक बाकी नहीं रहता। खुदा का वजूद भी उतना ही यकीनी हो जाता है जितना खुद मेरा वजूद।</w:t>
      </w:r>
    </w:p>
    <w:p>
      <w:r>
        <w:rPr>
          <w:b/>
        </w:rPr>
        <w:t xml:space="preserve">[09:57] </w:t>
      </w:r>
      <w:r>
        <w:t>aakhirat ka wajood utna hi yaqeeni ho jaata hai jitna khud is duniya ka wajood. toh jo maulana ne likha tha pehle, main usko samajh nahi paata tha. ab main samjha ki maulana ne likha tha ki jab aadmi khuda ko paata hai, toh kainat ka zarra-zarra usko khuda ki daleel ban jaata hai uske liye. ab samajh mein aaya ki uska matlab kya tha ki hamari fitrat bilkul jaag gayi hai, toh har har cheez mein humko khuda nazar aata hai. yaani kabhi kabhi dil yeh pukaar uthta hai ki khudaya, agar tu nahi hai, tab bhi main tujhko maanta hoon.</w:t>
      </w:r>
    </w:p>
    <w:p>
      <w:pPr>
        <w:jc w:val="right"/>
      </w:pPr>
      <w:r>
        <w:t>आखिरत का वजूद उतना ही यकीनी हो जाता है जितना खुद इस दुनिया का वजूद। तो जो मौलाना ने लिखा था पहले, मैं उसको समझ नहीं पाता था। अब मैं समझा कि मौलाना ने लिखा था कि जब आदमी खुदा को पाता है, तो कायनात का ज़र्रा-ज़र्रा उसको खुदा की दलील बन जाता है उसके लिए। अब समझ में आया कि उसका मतलब क्या था कि हमारी फितरत बिल्कुल जाग गई है, तो हर हर चीज में हमको खुदा नजर आता है। यानी कभी-कभी दिल ये पुकार उठता है कि खुदाया, अगर तू नहीं है, तब भी मैं तुझको मानता हूं।</w:t>
      </w:r>
    </w:p>
    <w:p>
      <w:r>
        <w:rPr>
          <w:b/>
        </w:rPr>
        <w:t xml:space="preserve">[10:26] </w:t>
      </w:r>
      <w:r>
        <w:t>yeh itni meaningful kainat hai, kaise hum usko explain kar sakte hain? aur doosri cheez jo mujhe mere mission se pehle mere paas nahi thi, ke shukr ka ehsaas. ki ab main sochta hoon ki main nahi sakta. main sochta hoon ki mere liye option sirf yeh reh gaya hai ki main sirf istighfar karta rahoon, yaani khuda se maghfirat maangta rahoon</w:t>
      </w:r>
    </w:p>
    <w:p>
      <w:pPr>
        <w:jc w:val="right"/>
      </w:pPr>
      <w:r>
        <w:t>ये इतनी मीनिंगफुल कायनात है, कैसे हम उसको एक्सप्लेन कर सकते हैं? और दूसरी चीज जो मुझे मेरे मिशन से पहले मेरे पास नहीं थी, के शुक्र का एहसास। कि अब मैं सोचता हूं कि मैं नहीं सकता। मैं सोचता हूं कि मेरे लिए ऑप्शन सिर्फ ये रह गया है कि मैं सिर्फ इस्तगफार करता रहूं, यानी खुदा से मगफिरत मांगता रहू</w:t>
      </w:r>
    </w:p>
    <w:p>
      <w:r>
        <w:rPr>
          <w:b/>
        </w:rPr>
        <w:t xml:space="preserve">[10:53] </w:t>
      </w:r>
      <w:r>
        <w:t>n. jab bhi shukr karta hoon kisi cheez ko lekar, toh aisa lagta hai ki main usko ghata raha hoon, khuda ki nemat ko ghata raha hoon. maslan, kisi khuda ki koi nemat jab main istemaal karta hoon, paani, hawa, khana, peena, toh aisa ab ehsaas ho gaya hai. yeh maulana ki dawah tabiyat ka nateeja hai ki aisa lagta hai ki main koi jurm kar raha hoon, ki main iska mustahak nahi tha. main khamakha ke liye isko use kar raha hoon.</w:t>
      </w:r>
    </w:p>
    <w:p>
      <w:pPr>
        <w:jc w:val="right"/>
      </w:pPr>
      <w:r>
        <w:t>ं। जब भी शुक्र करता हूं किसी चीज को लेकर, तो ऐसा लगता है कि मैं उसको घटा रहा हूं, खुदा की नेमत को घटा रहा हूं। मसलन, किसी खुदा की कोई नेमत जब मैं इस्तेमाल करता हूं, पानी, हवा, खाना, पीना, तो ऐसा अब एहसास हो गया है। ये मौलाना की दायक तबीयत का नतीजा है कि ऐसा लगता है कि मैं कोई जुर्म कर रहा हूं, कि मैं इसका मुस्तहक नहीं था। मैं खामखा के लिए इसको यूज़ कर रहा हूं।</w:t>
      </w:r>
    </w:p>
    <w:p>
      <w:r>
        <w:rPr>
          <w:b/>
        </w:rPr>
        <w:t xml:space="preserve">[11:18] </w:t>
      </w:r>
      <w:r>
        <w:t>toh ab main paata hoon ki main toh sochta hoon ki mere liye choice yahi hai ki main sirf istighfar karta rahoon. bas shukr toh bahut oonchi cheez hai, main woh kar nahi sakta. toh yeh do cheezain maine paayi hain: khuda ki fitrat ke satah par khuda ki maarfat aur khuda ka shahri shukr karne ka tajurba. god oriented life</w:t>
      </w:r>
    </w:p>
    <w:p>
      <w:pPr>
        <w:jc w:val="right"/>
      </w:pPr>
      <w:r>
        <w:t>तो अब मैं पाता हूं कि मैं तो सोचता हूं कि मेरे लिए चॉइस यही है कि मैं सिर्फ इस्तगफार करता रहूं। बस शुक्र तो बहुत ऊंची चीज है, मैं वो कर नहीं सकता। तो ये दो चीजें मैंने पाई हैं: खुदा की फितरत के सतह पर खुदा की मारफत और खुदा का शहरी शुक्र करने का तजुर्बा। गॉड ओरिएंटेड लाइफ</w:t>
      </w:r>
    </w:p>
    <w:p>
      <w:r>
        <w:rPr>
          <w:b/>
        </w:rPr>
        <w:t xml:space="preserve">[11:41] </w:t>
      </w:r>
      <w:r>
        <w:t>. i was living it on my own whims and fancies.</w:t>
      </w:r>
    </w:p>
    <w:p>
      <w:pPr>
        <w:jc w:val="right"/>
      </w:pPr>
      <w:r>
        <w:t>। आई वाज़ लिविंग इट ऑन माय ओन विम्स एंड फैंसीज।</w:t>
      </w:r>
    </w:p>
    <w:p>
      <w:r>
        <w:rPr>
          <w:b/>
        </w:rPr>
        <w:t xml:space="preserve">[11:47] </w:t>
      </w:r>
      <w:r>
        <w:t>and i don't know what god saw in any part of this mission.</w:t>
      </w:r>
    </w:p>
    <w:p>
      <w:pPr>
        <w:jc w:val="right"/>
      </w:pPr>
      <w:r>
        <w:t>एंड आई डोंट नो व्हाट गॉड सॉ इन एनी पार्ट ऑफ दिस मिशन।</w:t>
      </w:r>
    </w:p>
    <w:p>
      <w:r>
        <w:rPr>
          <w:b/>
        </w:rPr>
        <w:t xml:space="preserve">[11:52] </w:t>
      </w:r>
      <w:r>
        <w:t>and if i forget it all and not disturbing my responsibilities,</w:t>
      </w:r>
    </w:p>
    <w:p>
      <w:pPr>
        <w:jc w:val="right"/>
      </w:pPr>
      <w:r>
        <w:t>एंड इफ आई फॉरगेट इट ऑल एंड नॉट डिस्टर्बिंग माय रिस्पांसिबिलिटीज,</w:t>
      </w:r>
    </w:p>
    <w:p>
      <w:r>
        <w:rPr>
          <w:b/>
        </w:rPr>
        <w:t xml:space="preserve">[11:57] </w:t>
      </w:r>
      <w:r>
        <w:t>then i have no justification to show my face to god the day i die and reach them.</w:t>
      </w:r>
    </w:p>
    <w:p>
      <w:pPr>
        <w:jc w:val="right"/>
      </w:pPr>
      <w:r>
        <w:t>देन आई हैव नो जस्टिफिकेशन टू शो माय फेस टू गॉड द डे आई डाई एंड रीच देम।</w:t>
      </w:r>
    </w:p>
    <w:p>
      <w:r>
        <w:rPr>
          <w:b/>
        </w:rPr>
        <w:t xml:space="preserve">[12:42] </w:t>
      </w:r>
      <w:r>
        <w:t>ab to sabhi ko bhi aap team member sochte hain. kuch aap bhi batana hoga. inke liye hum ye keh sakte hain, bahut dedicated work kar rahe hain team ke. masha allah. sabse pehle aate hain, sab kuch settle karte hain. masha allah. you make sure that everything goes according to plan. chaliye. also, i also want to add theder. recently, he went to kashmir. he had to do some shooting there. so, he went there and he distributed our pamphlets there. masha alla</w:t>
      </w:r>
    </w:p>
    <w:p>
      <w:pPr>
        <w:jc w:val="right"/>
      </w:pPr>
      <w:r>
        <w:t>अब तो सभी को भी आप टीम मेंबर सोचते हैं। कुछ आप भी बताना होगा। इनके लिए हम ये कह सकते हैं, बहुत डेडिकेटेड वर्क कर रहे हैं टीम के। माशा अल्लाह। सबसे पहले आते हैं, सब कुछ सेटल करते हैं। माशा अल्लाह। यू मेक श्योर दैट एवरीथिंग गोज अकॉर्डिंग टू प्लान। चलिए। आल्सो, आई आल्सो वांट टू ऐड ददर। रिसेंटली, ही वेंट टू कश्मीर। ही हैड टू डू सम शूटिंग देयर। सो, ही वेंट देयर एंड ही डिस्ट्रीब्यूटेड आवर पैंपेट्स देयर। माशा अल्ला</w:t>
      </w:r>
    </w:p>
    <w:p>
      <w:r>
        <w:rPr>
          <w:b/>
        </w:rPr>
        <w:t xml:space="preserve">[13:11] </w:t>
      </w:r>
      <w:r>
        <w:t>h. and somebody also responded. he mailed him back, saying that he would want to know more about the mission. masha allah. so, he directed him towards. masha allah. cps guys, you give and give reputers. yes. masha allah. masha allah. i will also add something but in the last. we love the cameras.theek.theek.chaliye, sahib, ab kiski baari hai?</w:t>
      </w:r>
    </w:p>
    <w:p>
      <w:pPr>
        <w:jc w:val="right"/>
      </w:pPr>
      <w:r>
        <w:t>ह। एंड समबडी आल्सो रिस्पॉन्डेड। ही मेलड हिम बैक, सेइंग दैट ही वुड वांट टू नो मोर अबाउट द मिशन। माशा अल्लाह। सो, ही डायरेक्टेड हिम टुवर्ड्स। माशा अल्लाह। सीपीएस गाइस, यू गिव एंड गिव रेपुटर्स। यस। माशा अल्लाह। माशा अल्लाह। आई विल आल्सो ऐड समथिंग बट इन द लास्ट। वी लव द कैमरास।ठीक।ठीक। चलिए, साहब, अब किसकी बारी है?</w:t>
      </w:r>
    </w:p>
    <w:p>
      <w:r>
        <w:rPr>
          <w:b/>
        </w:rPr>
        <w:t xml:space="preserve">[13:40] </w:t>
      </w:r>
      <w:r>
        <w:t>i had a dream that we are sitting in a big lush green park. and its all greenery all over. and its a very big huge park. and there is a cps team sitting very cooly and calmly. and maulana is giving his lecture.</w:t>
      </w:r>
    </w:p>
    <w:p>
      <w:pPr>
        <w:jc w:val="right"/>
      </w:pPr>
      <w:r>
        <w:t>आई हैड अ ड्रीम दैट वी आर सिटिंग इन अ बिग लश ग्रीन पार्क। एंड इट्स ऑल ग्रीनरी ऑल ओवर। एंड इट्स अ वेरी बिग ह्यूज पार्क। एंड देयर इज़ अ सीपीएस टीम सिटिंग वेरी कूली एंड कामली। एंड मौलाना इज़ गिविंग हिज़ लेक्चर।</w:t>
      </w:r>
    </w:p>
    <w:p>
      <w:r>
        <w:rPr>
          <w:b/>
        </w:rPr>
        <w:t xml:space="preserve">[14:05] </w:t>
      </w:r>
      <w:r>
        <w:t>and around cps team, there are people who are running, who are running here and there, going he wire, just just running for no rhyme reason. there is absolute state of confusion. but only cps members, the team is sitting calmly, quietly, without being concerned about what is happening around. and maulana is giving a lecture. and we are coolly and calmly listening to it.</w:t>
      </w:r>
    </w:p>
    <w:p>
      <w:pPr>
        <w:jc w:val="right"/>
      </w:pPr>
      <w:r>
        <w:t>एंड अराउंड सीपीएस टीम, देयर आर पीपल हु आर रनिंग, हु आर रनिंग हियर एंड देयर, गोइंग हे वायर, जस्ट जस्ट रनिंग फॉर नो राइम रीजन। देयर इज़ एब्सोल्यूट स्टेट ऑफ कंफ्यूजन। बट ओनली सीपीएस मेंबर्स, द टीम इज़ सिटिंग कामली, क्वाइटली, विदाउट बीइंग कंसर्न अबाउट व्हाट इज़ हैपनिंग अराउंड। एंड मौलाना इज़ गिविंग अ लेक्चर। एंड वी आर कूली एंड कामली लिसनिंग टू इट।</w:t>
      </w:r>
    </w:p>
    <w:p>
      <w:r>
        <w:rPr>
          <w:b/>
        </w:rPr>
        <w:t xml:space="preserve">[14:34] </w:t>
      </w:r>
      <w:r>
        <w:t>and the coincidence is that khalid bhai and me had a dream today only. so, that was, i think, godson dream that cps team, if is with the mission,</w:t>
      </w:r>
    </w:p>
    <w:p>
      <w:pPr>
        <w:jc w:val="right"/>
      </w:pPr>
      <w:r>
        <w:t>एंड द कोइंसिडेंस इज़ दैट खालिद भाई एंड मी हैड अ ड्रीम टुडे ओनली। सो, दैट वाज़, आई थिंक, गॉडसन ड्रीम दैट सीपीएस टीम, इफ इज़ विद द मिशन,</w:t>
      </w:r>
    </w:p>
    <w:p>
      <w:r>
        <w:rPr>
          <w:b/>
        </w:rPr>
        <w:t xml:space="preserve">[14:49] </w:t>
      </w:r>
      <w:r>
        <w:t>will be cool and quiet and calm, but will be accountable and responsible as well.</w:t>
      </w:r>
    </w:p>
    <w:p>
      <w:pPr>
        <w:jc w:val="right"/>
      </w:pPr>
      <w:r>
        <w:t>विल बी कूल एंड क्वाइट एंड काम, बट विल बी अकाउंटेबल एंड रिस्पांसिबल एज वेल।</w:t>
      </w:r>
    </w:p>
    <w:p>
      <w:r>
        <w:rPr>
          <w:b/>
        </w:rPr>
        <w:t xml:space="preserve">[14:56] </w:t>
      </w:r>
      <w:r>
        <w:t>so, that was the dream. but what i want to say is that after coming to cps, i have realized existence of myself consciously. because earlier, i was, i don't know where i was. and i am really amazed that how i was living my life, wasting my time, like sadia said.</w:t>
      </w:r>
    </w:p>
    <w:p>
      <w:pPr>
        <w:jc w:val="right"/>
      </w:pPr>
      <w:r>
        <w:t>सो, दैट वाज़ द ड्रीम। बट व्हाट आई वांट टू से इज़ दैट आफ्टर कमिंग टू सीपीएस, आई हैव रियलाइज़्ड एक्जिस्टेंस ऑफ मायसेल्फ कॉन्शियसली। बिकॉज़ अर्लियर, आई वाज़, आई डोंट नो वेयर आई वाज़। एंड आई एम रियली अमेज्ड दैट हाउ आई वाज़ लिविंग माय लाइफ, वेस्टिंग माय टाइम, लाइक सादिया सेड।</w:t>
      </w:r>
    </w:p>
    <w:p>
      <w:r>
        <w:rPr>
          <w:b/>
        </w:rPr>
        <w:t xml:space="preserve">[15:21] </w:t>
      </w:r>
      <w:r>
        <w:t>but now, i realize that my conscious is awake. and i have realized god. and each and every action, i i think, at least once, i think, like, what am i doing?</w:t>
      </w:r>
    </w:p>
    <w:p>
      <w:pPr>
        <w:jc w:val="right"/>
      </w:pPr>
      <w:r>
        <w:t>बट नाउ, आई रियलाइज़ दैट माय कॉन्शियस इज़ अवेक। एंड आई हैव रियलाइज़्ड गॉड। एंड ईच एंड एव्री एक्शन, आई आई थिंक, एटलीस्ट वंस, आई थिंक, लाइक, व्हाट एम आई डूइंग?</w:t>
      </w:r>
    </w:p>
    <w:p>
      <w:r>
        <w:rPr>
          <w:b/>
        </w:rPr>
        <w:t xml:space="preserve">[15:36] </w:t>
      </w:r>
      <w:r>
        <w:t>so, my conscious is awake now. and i am, i feel i am in communion with god. like, i am responsible and accountable for every a</w:t>
      </w:r>
    </w:p>
    <w:p>
      <w:pPr>
        <w:jc w:val="right"/>
      </w:pPr>
      <w:r>
        <w:t>सो, माय कॉन्शियस इज़ अवेक नाउ। एंड आई एम, आई फील आई एम इन कम्यूनियन विद गॉड। लाइक, आई एम रिस्पांसिबल एंड अकाउंटेबल फॉर एव्री ए</w:t>
      </w:r>
    </w:p>
    <w:p>
      <w:r>
        <w:rPr>
          <w:b/>
        </w:rPr>
        <w:t xml:space="preserve">[15:46] </w:t>
      </w:r>
      <w:r>
        <w:t>ction. so, the i think it has become a part of, like, it is said in the corporate world, it is like become a part of the dna. dawa work has become a part of a dna. and we have to do our responsibility and we are accountable for it. and we have to do it</w:t>
      </w:r>
    </w:p>
    <w:p>
      <w:pPr>
        <w:jc w:val="right"/>
      </w:pPr>
      <w:r>
        <w:t>क्शन। सो, द आई थिंक इट हैज़ बिकम अ पार्ट ऑफ, लाइक, इट इज़ सेड इन द कॉर्पोरेट वर्ल्ड, इट इज़ लाइक बिकम अ पार्ट ऑफ द डीएनए। दावा वर्क हैज़ बिकम अ पार्ट ऑफ अ डीएनए। एंड वी हैव टू डू आवर रिस्पांसिबिलिटी एंड वी आर अकाउंटेबल फॉर इट। एंड वी हैव टू डू इट</w:t>
      </w:r>
    </w:p>
    <w:p>
      <w:r>
        <w:rPr>
          <w:b/>
        </w:rPr>
        <w:t xml:space="preserve">[16:09] </w:t>
      </w:r>
      <w:r>
        <w:t>. and this is what freaks every cps member's mind now, if we are not able to do, because it has become a part of the consciousness. and earlier, i use to think that i am the most, the people i love the most are my parents.</w:t>
      </w:r>
    </w:p>
    <w:p>
      <w:pPr>
        <w:jc w:val="right"/>
      </w:pPr>
      <w:r>
        <w:t>। एंड दिस इज़ व्हाट फ्रिक्स एव्री सीपीएस मेंबर's माइंड नाउ, इफ वी आर नॉट एबल टू डू, बिकॉज़ इट हैज़ बिकम अ पार्ट ऑफ द कॉन्शियसनेस। एंड अर्लियर, आई यूज़ टू थिंक दैट आई एम द मोस्ट, द पीपल आई लव द मोस्ट आर माय पेरेंट्स।</w:t>
      </w:r>
    </w:p>
    <w:p>
      <w:r>
        <w:rPr>
          <w:b/>
        </w:rPr>
        <w:t xml:space="preserve">[16:27] </w:t>
      </w:r>
      <w:r>
        <w:t>but now, after coming to cps, i think that cps team members and maulana have become the the only concern, and they are behind it. so, this has been a change over in my life. jazaqullah.</w:t>
      </w:r>
    </w:p>
    <w:p>
      <w:pPr>
        <w:jc w:val="right"/>
      </w:pPr>
      <w:r>
        <w:t>बट नाउ, आफ्टर कमिंग टू सीपीएस, आई थिंक दैट सीपीएस टीम मेंबर्स एंड मौलाना हैव बिकम द द ओनली कंसर्न, एंड दे आर बिहाइंड इट। सो, दिस हैज़ बीन अ चेंज ओवर इन माय लाइफ। जजाकुललाह।</w:t>
      </w:r>
    </w:p>
    <w:p>
      <w:r>
        <w:rPr>
          <w:b/>
        </w:rPr>
        <w:t xml:space="preserve">[16:55] </w:t>
      </w:r>
      <w:r>
        <w:t>since my childhood days, i was always a very religious person. i believed in god. but i would say that that was a wrong number, which i was dialing at that point of time. and at the same time, i grew up but not having peace of mind. i think the reason was that i had not discovered god, and therefore, i did not have peace of mind.</w:t>
      </w:r>
    </w:p>
    <w:p>
      <w:pPr>
        <w:jc w:val="right"/>
      </w:pPr>
      <w:r>
        <w:t>सिंस माय चाइल्डहुड डेज, आई वाज़ ऑलवेज अ वेरी रिलीजियस पर्सन। आई बिलीव्ड इन गॉड। बट आई वुड से दैट दैट वाज़ अ रॉन्ग नंबर, व्हिच आई वाज़ डायलिंग एट दैट पॉइंट ऑफ़ टाइम। एंड एट द सेम टाइम, आई ग्रू अप बट नॉट हैविंग पीस ऑफ़ माइंड। आई थिंक द रीजन वाज़ दैट आई हैड नॉट डिस्कवर्ड गॉड, एंड देयर फॉर, आई डिड नॉट हैव पीस ऑफ़ माइंड।</w:t>
      </w:r>
    </w:p>
    <w:p>
      <w:r>
        <w:rPr>
          <w:b/>
        </w:rPr>
        <w:t xml:space="preserve">[17:20] </w:t>
      </w:r>
      <w:r>
        <w:t>but when i joined cps, i discovered god and also got that peace of mind, which i didn't have earlier. i i am also, i have also realized that life is a very serious affair. and one cannot take it casually, especially when the truth has been communicated.</w:t>
      </w:r>
    </w:p>
    <w:p>
      <w:pPr>
        <w:jc w:val="right"/>
      </w:pPr>
      <w:r>
        <w:t>बट व्हेन आई जॉइंड सीपीएस, आई डिस्कवर्ड गॉड एंड आल्सो गॉट दैट पीस ऑफ़ माइंड, व्हिच आई डिडंट हैव अर्लियर। आई आई एम आल्सो, आई हैव आल्सो रियलाइज़्ड दैट लाइफ इज़ अ वेरी सीरियस अफेयर। एंड वन कैन नॉट टेक इट कैजुअली, स्पेशली व्हेन द ट्रुथ हैज़ बीन कम्युनिकेटेड।</w:t>
      </w:r>
    </w:p>
    <w:p>
      <w:r>
        <w:rPr>
          <w:b/>
        </w:rPr>
        <w:t xml:space="preserve">[17:43] </w:t>
      </w:r>
      <w:r>
        <w:t>and i also realized that, you know, once when i had gone somewhere and i took a joy ride, which was a very safe joy ride. but when i sat, you know, for it, i feared. i feared that if something happens to me while taking that joy ride, if i get crippled or if i die, i will be raised up as a person who died taking a joy ride.</w:t>
      </w:r>
    </w:p>
    <w:p>
      <w:pPr>
        <w:jc w:val="right"/>
      </w:pPr>
      <w:r>
        <w:t>एंड आई आल्सो रियलाइज़्ड दैट, यू नो, वंस व्हेन आई हैड गॉन समवेयर एंड आई टूक अ जॉय राइड, व्हिच वाज़ अ वेरी सेफ जॉय राइड। बट व्हेन आई सैट, यू नो, फॉर इट, आई फियरड। आई फियरड दैट इफ समथिंग हैपेंस टू मी वाइल टेकिंग दैट जॉय राइड, इफ आई गेट क्रिपल्ड और इफ आई डाई, आई विल बी रेस्ड अप एज अ पर्सन हु डाइड टेकिंग अ जॉय राइड।</w:t>
      </w:r>
    </w:p>
    <w:p>
      <w:r>
        <w:rPr>
          <w:b/>
        </w:rPr>
        <w:t xml:space="preserve">[18:09] </w:t>
      </w:r>
      <w:r>
        <w:t>and i thought that if if at all, i have to die. i have to die doing dawa work and not taking joy ride. so, i think for a believer, this world is only a responsibility. and we cannot afford to be non serious about life now.</w:t>
      </w:r>
    </w:p>
    <w:p>
      <w:pPr>
        <w:jc w:val="right"/>
      </w:pPr>
      <w:r>
        <w:t>एंड आई थॉट दैट इफ इफ एट ऑल, आई हैव टू डाई। आई हैव टू डाई डूइंग दावा वर्क एंड नॉट टेकिंग जॉय राइड। सो, आई थिंक फॉर अ बिलीवर, दिस वर्ल्ड इज़ ओनली अ रिस्पांसिबिलिटी। एंड वी कैन नॉट अफोर्ड टू बी नॉन सीरियस अबाउट लाइफ नाउ।</w:t>
      </w:r>
    </w:p>
    <w:p>
      <w:r>
        <w:rPr>
          <w:b/>
        </w:rPr>
        <w:t xml:space="preserve">[18:32] </w:t>
      </w:r>
      <w:r>
        <w:t>and i really fear that i don't see that day when i fall astre or the angels do not let me in the gates of paradise. so, now, my mission is to communicate to others about the truth and help them cross over.</w:t>
      </w:r>
    </w:p>
    <w:p>
      <w:pPr>
        <w:jc w:val="right"/>
      </w:pPr>
      <w:r>
        <w:t>एंड आई रियली फियर दैट आई डोंट सी दैट डे व्हेन आई फॉल अस्ट्रे और द एंजल्स डू नॉट लेट मी इन द गेट्स ऑफ पैराडाइस। सो, नाउ, माय मिशन इज़ टू कम्युनिकेट टू अदर्स अबाउट द ट्रुथ एंड हेल्प देम क्रॉस ओवर।</w:t>
      </w:r>
    </w:p>
    <w:p>
      <w:r>
        <w:rPr>
          <w:b/>
        </w:rPr>
        <w:t xml:space="preserve">[18:57] </w:t>
      </w:r>
      <w:r>
        <w:t>kyun</w:t>
      </w:r>
    </w:p>
    <w:p>
      <w:pPr>
        <w:jc w:val="right"/>
      </w:pPr>
      <w:r>
        <w:t>क्यों</w:t>
      </w:r>
    </w:p>
    <w:p>
      <w:r>
        <w:rPr>
          <w:b/>
        </w:rPr>
        <w:t xml:space="preserve">[19:04] </w:t>
      </w:r>
      <w:r>
        <w:t>? asha. chaliye, sir. after coming to the classes and joining the cps, i have consciously realized the creation plan of god.</w:t>
      </w:r>
    </w:p>
    <w:p>
      <w:pPr>
        <w:jc w:val="right"/>
      </w:pPr>
      <w:r>
        <w:t>? आशा। चलिए, सर। आफ्टर कमिंग टू द क्लासेस एंड जॉइनिंग द सीपीएस, आई हैव कॉन्शियसली रियलाइज़्ड द क्रिएशन प्लान ऑफ गॉड।</w:t>
      </w:r>
    </w:p>
    <w:p>
      <w:r>
        <w:rPr>
          <w:b/>
        </w:rPr>
        <w:t xml:space="preserve">[19:17] </w:t>
      </w:r>
      <w:r>
        <w:t>now, this creation plan of god has become my mindset.</w:t>
      </w:r>
    </w:p>
    <w:p>
      <w:pPr>
        <w:jc w:val="right"/>
      </w:pPr>
      <w:r>
        <w:t>नाउ, दिस क्रिएशन प्लान ऑफ गॉड हैज़ बिकम माय माइंडसेट।</w:t>
      </w:r>
    </w:p>
    <w:p>
      <w:r>
        <w:rPr>
          <w:b/>
        </w:rPr>
        <w:t xml:space="preserve">[19:21] </w:t>
      </w:r>
      <w:r>
        <w:t>and it has released me from all kinds of tensions and frustrations.</w:t>
      </w:r>
    </w:p>
    <w:p>
      <w:pPr>
        <w:jc w:val="right"/>
      </w:pPr>
      <w:r>
        <w:t>एंड इट हैज़ रिलीज़्ड मी फ्रॉम ऑल काइंड्स ऑफ टेंशंस एंड फ्रस्ट्रेशंस।</w:t>
      </w:r>
    </w:p>
    <w:p>
      <w:r>
        <w:rPr>
          <w:b/>
        </w:rPr>
        <w:t xml:space="preserve">[19:26] </w:t>
      </w:r>
      <w:r>
        <w:t>when i am away from all kinds of tensions and frustrations, i am able to prioritize my duties</w:t>
      </w:r>
    </w:p>
    <w:p>
      <w:pPr>
        <w:jc w:val="right"/>
      </w:pPr>
      <w:r>
        <w:t>व्हेन आई एम अवे फ्रॉम ऑल काइंड्स ऑफ टेंशंस एंड फ्रस्ट्रेशंस, आई एम एबल टू प्रायोरिटाइज़ माय ड्यूटीज</w:t>
      </w:r>
    </w:p>
    <w:p>
      <w:r>
        <w:rPr>
          <w:b/>
        </w:rPr>
        <w:t xml:space="preserve">[19:34] </w:t>
      </w:r>
      <w:r>
        <w:t>and activities and also develop my intellect.</w:t>
      </w:r>
    </w:p>
    <w:p>
      <w:pPr>
        <w:jc w:val="right"/>
      </w:pPr>
      <w:r>
        <w:t>एंड एक्टिविटीज एंड आल्सो डेवलप माय इंटेलेक्ट।</w:t>
      </w:r>
    </w:p>
    <w:p>
      <w:r>
        <w:rPr>
          <w:b/>
        </w:rPr>
        <w:t xml:space="preserve">[19:38] </w:t>
      </w:r>
      <w:r>
        <w:t>and now, this has also become a mission with me, that dawah work is to be done at</w:t>
      </w:r>
    </w:p>
    <w:p>
      <w:pPr>
        <w:jc w:val="right"/>
      </w:pPr>
      <w:r>
        <w:t>एंड नाउ, दिस हैज़ आल्सो बिकम अ मिशन विद मी, दैट दावा वर्क इज़ टू बी डन एट</w:t>
      </w:r>
    </w:p>
    <w:p>
      <w:r>
        <w:rPr>
          <w:b/>
        </w:rPr>
        <w:t xml:space="preserve">[19:43] </w:t>
      </w:r>
      <w:r>
        <w:t>the first priority.</w:t>
      </w:r>
    </w:p>
    <w:p>
      <w:pPr>
        <w:jc w:val="right"/>
      </w:pPr>
      <w:r>
        <w:t>द फर्स्ट प्रायोरिटी।</w:t>
      </w:r>
    </w:p>
    <w:p>
      <w:r>
        <w:rPr>
          <w:b/>
        </w:rPr>
        <w:t xml:space="preserve">[19:45] </w:t>
      </w:r>
      <w:r>
        <w:t>and the rest is secondary priorities.</w:t>
      </w:r>
    </w:p>
    <w:p>
      <w:pPr>
        <w:jc w:val="right"/>
      </w:pPr>
      <w:r>
        <w:t>एंड द रेस्ट इज़ सेकेंडरी प्रायोरिटीज।</w:t>
      </w:r>
    </w:p>
    <w:p>
      <w:r>
        <w:rPr>
          <w:b/>
        </w:rPr>
        <w:t xml:space="preserve">[19:49] </w:t>
      </w:r>
      <w:r>
        <w:t>so, dawa dawa work has become the purpose of my life.</w:t>
      </w:r>
    </w:p>
    <w:p>
      <w:pPr>
        <w:jc w:val="right"/>
      </w:pPr>
      <w:r>
        <w:t>सो, दावा दावा वर्क हैज़ बिकम द पर्पस ऑफ माय लाइफ।</w:t>
      </w:r>
    </w:p>
    <w:p>
      <w:r>
        <w:rPr>
          <w:b/>
        </w:rPr>
        <w:t xml:space="preserve">[19:54] </w:t>
      </w:r>
      <w:r>
        <w:t>and this is what we have to do till our death.</w:t>
      </w:r>
    </w:p>
    <w:p>
      <w:pPr>
        <w:jc w:val="right"/>
      </w:pPr>
      <w:r>
        <w:t>एंड दिस इज़ व्हाट वी हैव टू डू टिल आवर डेथ।</w:t>
      </w:r>
    </w:p>
    <w:p>
      <w:r>
        <w:rPr>
          <w:b/>
        </w:rPr>
        <w:t xml:space="preserve">[20:07] </w:t>
      </w:r>
      <w:r>
        <w:t>i will also begin with the dream that i saw. three of us saw the dream of this park. so, i also saw the dream and that you taking tea, bringing tea for us. so, it means it was all god planned. and i have been, because i have been translating maulana books for so long, so i was aware of this mission. but i had never been as serious as</w:t>
      </w:r>
    </w:p>
    <w:p>
      <w:pPr>
        <w:jc w:val="right"/>
      </w:pPr>
      <w:r>
        <w:t>आई विल आल्सो बिगिन विद द ड्रीम दैट आई सॉ। थ्री ऑफ अस सॉ द ड्रीम ऑफ दिस पार्क। सो, आई आल्सो सॉ द ड्रीम एंड दैट यू टेकिंग टी, ब्रिंगिंग टी फॉर अस। सो, इट मींस इट वाज़ ऑल गॉड प्लान्ड। एंड आई हैव बीन, बिकॉज़ आई हैव बीन ट्रांसलेटिंग मौलाना बुक्स फॉर सो लॉन्ग, सो आई वाज़ अवेयर ऑफ दिस मिशन। बट आई हैड नेवर बीन एस सीरियस एज</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