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the Spiritual Tree 20 February 2011 - Maulana Wahiduddin Khan</w:t>
      </w:r>
    </w:p>
    <w:p>
      <w:r>
        <w:t>https://www.youtube.com/watch?v=FpBLnD-xv6A</w:t>
      </w:r>
    </w:p>
    <w:p>
      <w:r>
        <w:rPr>
          <w:b/>
        </w:rPr>
        <w:t xml:space="preserve">[00:13] </w:t>
      </w:r>
      <w:r>
        <w:t>bismillah-e-rehman-e-reheem, wa-sallallahu ala-n-nabiyyi-l-kareem. rab-bish-rah-li sadri, wa yassir li amri,</w:t>
      </w:r>
    </w:p>
    <w:p>
      <w:pPr>
        <w:jc w:val="right"/>
      </w:pPr>
      <w:r>
        <w:t>بسم اللہ الرحمن الرحیم، وصلی اللہ علی النبی الکریم. رب اشرح لی صدری، ویسر لی امری،</w:t>
      </w:r>
    </w:p>
    <w:p>
      <w:r>
        <w:rPr>
          <w:b/>
        </w:rPr>
        <w:t xml:space="preserve">[00:28] </w:t>
      </w:r>
      <w:r>
        <w:t>wa-hlul uqdatan min lisani, yafqahu qawli. aaj ka title hai "from the spiritual tree".</w:t>
      </w:r>
    </w:p>
    <w:p>
      <w:pPr>
        <w:jc w:val="right"/>
      </w:pPr>
      <w:r>
        <w:t>واحل العقدۃ من لسانی، یفقہ قولی. آج کا ٹائٹل ہے "فرام دا اسپیریچول ٹری".</w:t>
      </w:r>
    </w:p>
    <w:p>
      <w:r>
        <w:rPr>
          <w:b/>
        </w:rPr>
        <w:t xml:space="preserve">[00:41] </w:t>
      </w:r>
      <w:r>
        <w:t>aaj subah ko main apne spiritual tree ke samne baitha tha</w:t>
      </w:r>
    </w:p>
    <w:p>
      <w:pPr>
        <w:jc w:val="right"/>
      </w:pPr>
      <w:r>
        <w:t>آج صبح کو میں اپنے اسپیریچول ٹری کے سامنے بیٹھا تھا</w:t>
      </w:r>
    </w:p>
    <w:p>
      <w:r>
        <w:rPr>
          <w:b/>
        </w:rPr>
        <w:t xml:space="preserve">[00:50] </w:t>
      </w:r>
      <w:r>
        <w:t>to ek taraf aaj ke papers mein news thi ke middle east mein bohat hungama ho raha hai.</w:t>
      </w:r>
    </w:p>
    <w:p>
      <w:pPr>
        <w:jc w:val="right"/>
      </w:pPr>
      <w:r>
        <w:t>تو ایک طرف آج کے پیپرز میں نیوز تھی کہ مڈل ایسٹ میں بہت ہنگامہ ہو رہا ہے۔</w:t>
      </w:r>
    </w:p>
    <w:p>
      <w:r>
        <w:rPr>
          <w:b/>
        </w:rPr>
        <w:t xml:space="preserve">[01:04] </w:t>
      </w:r>
      <w:r>
        <w:t>to is mein aisi heading thi ke "popular revolt", "anti-regime demonstration", yeh sab tha.</w:t>
      </w:r>
    </w:p>
    <w:p>
      <w:pPr>
        <w:jc w:val="right"/>
      </w:pPr>
      <w:r>
        <w:t>تو اس میں ایسی ہیڈنگ تھی کہ "پاپولر ریولٹ"، "اینٹی ریجیم ڈیمونسٹریشن"، یہ سب تھا۔</w:t>
      </w:r>
    </w:p>
    <w:p>
      <w:r>
        <w:rPr>
          <w:b/>
        </w:rPr>
        <w:t xml:space="preserve">[01:15] </w:t>
      </w:r>
      <w:r>
        <w:t>bohat se log mare gaye, bohat se log zakhmi hue. taqreeban pure middle east mein, muslim countries mein yeh phail gaya hai.</w:t>
      </w:r>
    </w:p>
    <w:p>
      <w:pPr>
        <w:jc w:val="right"/>
      </w:pPr>
      <w:r>
        <w:t>بہت سے لوگ مارے گئے، بہت سے لوگ زخمی ہوئے۔ تقریباً پورے مڈل ایسٹ میں، مسلم کنٹریز میں یہ پھیل گیا ہے۔</w:t>
      </w:r>
    </w:p>
    <w:p>
      <w:r>
        <w:rPr>
          <w:b/>
        </w:rPr>
        <w:t xml:space="preserve">[01:30] </w:t>
      </w:r>
      <w:r>
        <w:t>december 2010 mein yemen se shuru hua, ab february 2011 hai, aur ruk nahi raha hai.</w:t>
      </w:r>
    </w:p>
    <w:p>
      <w:pPr>
        <w:jc w:val="right"/>
      </w:pPr>
      <w:r>
        <w:t>دسمبر 2010 میںیمن سے شروع ہوا، اب فروری 2011 ہے، اور رک نہیں رہا ہے۔</w:t>
      </w:r>
    </w:p>
    <w:p>
      <w:r>
        <w:rPr>
          <w:b/>
        </w:rPr>
        <w:t xml:space="preserve">[01:45] </w:t>
      </w:r>
      <w:r>
        <w:t>kyunke is mein wahan ke head of the state jo hai, un ko chhodna pada, iqtadar 30 saal ke baad.</w:t>
      </w:r>
    </w:p>
    <w:p>
      <w:pPr>
        <w:jc w:val="right"/>
      </w:pPr>
      <w:r>
        <w:t>کیونکہ اس میں وہاں کے ہیڈ آف دی اسٹیٹ جو ہے، ان کو چھوڑنا پڑا، اقتدار 30 سال کے بعد۔</w:t>
      </w:r>
    </w:p>
    <w:p>
      <w:r>
        <w:rPr>
          <w:b/>
        </w:rPr>
        <w:t xml:space="preserve">[01:56] </w:t>
      </w:r>
      <w:r>
        <w:t>phir egypt mein bhi 30 saal ke baad wahan ke jo ruler the, un ko hatna pada. yahi sab jagah hone ja raha hai shayad.</w:t>
      </w:r>
    </w:p>
    <w:p>
      <w:pPr>
        <w:jc w:val="right"/>
      </w:pPr>
      <w:r>
        <w:t>پھر ایجپٹ میں بھی 30 سال کے بعد وہاں کے جو رولر تھے، ان کو ہٹنا پڑا۔ یہی سب جگہ ہونے جا رہا ہے شاید۔</w:t>
      </w:r>
    </w:p>
    <w:p>
      <w:r>
        <w:rPr>
          <w:b/>
        </w:rPr>
        <w:t xml:space="preserve">[02:07] </w:t>
      </w:r>
      <w:r>
        <w:t>to ek taraf yeh tha, doosri taraf mere samne spiritual tree tha. woh hara bhara khada hua tha, "no complaint, no protest, no negative thinking" ki ek tasweer bana hua tha.</w:t>
      </w:r>
    </w:p>
    <w:p>
      <w:pPr>
        <w:jc w:val="right"/>
      </w:pPr>
      <w:r>
        <w:t>تو ایک طرف یہ تھا، دوسری طرف میرے سامنے اسپیریچول ٹری تھا۔ وہ ہرا بھرا کھڑا ہوا تھا، "نو کمپلینٹ، نو پروٹیسٹ، نو نیگیٹیو تھنکنگ" کی ایک تصویر بنا ہوا تھا۔</w:t>
      </w:r>
    </w:p>
    <w:p>
      <w:r>
        <w:rPr>
          <w:b/>
        </w:rPr>
        <w:t xml:space="preserve">[02:26] </w:t>
      </w:r>
      <w:r>
        <w:t>phir maine socha ke jab summer ka mausam aayega, jab patiyan jhad jayengi, tab bhi aise hi rahega yeh.</w:t>
      </w:r>
    </w:p>
    <w:p>
      <w:pPr>
        <w:jc w:val="right"/>
      </w:pPr>
      <w:r>
        <w:t>پھر میں نے سوچا کہ جب سمر کا موسم آئے گا، جب پتیاں جھڑ جائیں گی، تب بھی ایسے ہی رہے گا یہ۔</w:t>
      </w:r>
    </w:p>
    <w:p>
      <w:r>
        <w:rPr>
          <w:b/>
        </w:rPr>
        <w:t xml:space="preserve">[02:37] </w:t>
      </w:r>
      <w:r>
        <w:t>to quran mein phir yaad aaya mujhe, quran majeed mein misaal di gayi hai ke sachcha jo believer hai, Allah ko manane wala, woh darakht ki manind hota hai.</w:t>
      </w:r>
    </w:p>
    <w:p>
      <w:pPr>
        <w:jc w:val="right"/>
      </w:pPr>
      <w:r>
        <w:t>تو قرآن میں پھر یاد آیا مجھے، قرآن مجید میں مثال دی گئی ہے کہ سچا جو بیلیور ہے، اللہ کو ماننے والا، وہ درخت کی مانند ہوتا ہے۔</w:t>
      </w:r>
    </w:p>
    <w:p>
      <w:r>
        <w:rPr>
          <w:b/>
        </w:rPr>
        <w:t xml:space="preserve">[02:53] </w:t>
      </w:r>
      <w:r>
        <w:t>to Allah taala ne sari cheezon mein se ek hi cheez ko chuna, believer ki misaal ke liye. to is ka kam az kam ek pehlu yeh hai ke woh hamesha positivity mein jeeta hai.</w:t>
      </w:r>
    </w:p>
    <w:p>
      <w:pPr>
        <w:jc w:val="right"/>
      </w:pPr>
      <w:r>
        <w:t>تو اللہ تعالیٰ نے ساری چیزوں میں سے ایک ہی چیز کو چنا، بیلیور کی مثال کے لیے۔ تو اس کا کم از کم ایک پہلو یہ ہے کہ وہ ہمیشہ پازیٹیوٹی میں جیتا ہے۔</w:t>
      </w:r>
    </w:p>
    <w:p>
      <w:r>
        <w:rPr>
          <w:b/>
        </w:rPr>
        <w:t xml:space="preserve">[03:14] </w:t>
      </w:r>
      <w:r>
        <w:t>negativity is ke culture mein shamil nahi. chahe bahar ka mausam ho, khazan ka mausam ho, spring ho ya summer ho, woh hara bhara ho ya patiyan jhad gayi hon,</w:t>
      </w:r>
    </w:p>
    <w:p>
      <w:pPr>
        <w:jc w:val="right"/>
      </w:pPr>
      <w:r>
        <w:t>نیگیٹیوٹی اس کے کلچر میں شامل نہیں۔ چاہے باہر کا موسم ہو، خزاں کا موسم ہو، اسپرنگ ہو یا سمر ہو، وہ ہرا بھرا ہو یا پتیاں جھڑ گئی ہوں،</w:t>
      </w:r>
    </w:p>
    <w:p>
      <w:r>
        <w:rPr>
          <w:b/>
        </w:rPr>
        <w:t xml:space="preserve">[03:31] </w:t>
      </w:r>
      <w:r>
        <w:t>is par phool aur phal hon ya kuch bhi na ho, har haal mein woh ek halat mein rehta hai.</w:t>
      </w:r>
    </w:p>
    <w:p>
      <w:pPr>
        <w:jc w:val="right"/>
      </w:pPr>
      <w:r>
        <w:t>اس پر پھول اور پھل ہوں یا کچھ بھی نہ ہو، ہر حال میں وہ ایک حالت میں رہتا ہے۔</w:t>
      </w:r>
    </w:p>
    <w:p>
      <w:r>
        <w:rPr>
          <w:b/>
        </w:rPr>
        <w:t xml:space="preserve">[03:41] </w:t>
      </w:r>
      <w:r>
        <w:t>yahi insaan se matloob hai. insaan ko bhi isi tarah se hamesha normal sentiment mein jeena hai.</w:t>
      </w:r>
    </w:p>
    <w:p>
      <w:pPr>
        <w:jc w:val="right"/>
      </w:pPr>
      <w:r>
        <w:t>یہی انسان سے مطلوب ہے۔ انسان کو بھی اسی طرح سے ہمیشہ نارمل سینٹیمنٹ میں جینا ہے۔</w:t>
      </w:r>
    </w:p>
    <w:p>
      <w:r>
        <w:rPr>
          <w:b/>
        </w:rPr>
        <w:t xml:space="preserve">[03:56] </w:t>
      </w:r>
      <w:r>
        <w:t>main samajhta hoon ke Allah taala ka jo ideal insaan hai, woh yahi hai.</w:t>
      </w:r>
    </w:p>
    <w:p>
      <w:pPr>
        <w:jc w:val="right"/>
      </w:pPr>
      <w:r>
        <w:t>میں سمجھتا ہوں کہ اللہ تعالیٰ کا جو آئیڈیل انسان ہے، وہ یہی ہے۔</w:t>
      </w:r>
    </w:p>
    <w:p>
      <w:r>
        <w:rPr>
          <w:b/>
        </w:rPr>
        <w:t xml:space="preserve">[04:05] </w:t>
      </w:r>
      <w:r>
        <w:t>phir maine socha ke aisa kyun hai ke insaan hamesha sari tareekh mein, aap dekhiye, yahi karta raha hai. hungama, takrao, kisi ko blame de kar us ke khilaf movement chalana.</w:t>
      </w:r>
    </w:p>
    <w:p>
      <w:pPr>
        <w:jc w:val="right"/>
      </w:pPr>
      <w:r>
        <w:t>پھر میں نے سوچا کہ ایسا کیوں ہے کہ انسان ہمیشہ ساری تاریخ میں، آپ دیکھیے، یہی کرتا رہا ہے۔ ہنگامہ، ٹکراؤ، کسی کو بلیم دے کر اس کے خلاف موومنٹ چلانا۔</w:t>
      </w:r>
    </w:p>
    <w:p>
      <w:r>
        <w:rPr>
          <w:b/>
        </w:rPr>
        <w:t xml:space="preserve">[04:26] </w:t>
      </w:r>
      <w:r>
        <w:t>anti-regime, anti-establishment, anti-government, yeh sari history mein raha hai. anti-authority.</w:t>
      </w:r>
    </w:p>
    <w:p>
      <w:pPr>
        <w:jc w:val="right"/>
      </w:pPr>
      <w:r>
        <w:t>اینٹی ریجیم، اینٹی اسٹیبلشمنٹ، اینٹی گورنمنٹ، یہ ساری ہسٹری میں رہا ہے۔ اینٹی اتھارٹی۔</w:t>
      </w:r>
    </w:p>
    <w:p>
      <w:r>
        <w:rPr>
          <w:b/>
        </w:rPr>
        <w:t xml:space="preserve">[04:37] </w:t>
      </w:r>
      <w:r>
        <w:t>to yeh kyun hai? yaani kyun insaan ne darakht ka namoona nahi pakda aur yeh namoona pakad liya?</w:t>
      </w:r>
    </w:p>
    <w:p>
      <w:pPr>
        <w:jc w:val="right"/>
      </w:pPr>
      <w:r>
        <w:t>تو یہ کیوں ہے؟ یعنی کیوں انسان نے درخت کا نمونہ نہیں پکڑا اور یہ نمونہ پکڑ لیا؟</w:t>
      </w:r>
    </w:p>
    <w:p>
      <w:r>
        <w:rPr>
          <w:b/>
        </w:rPr>
        <w:t xml:space="preserve">[04:50] </w:t>
      </w:r>
      <w:r>
        <w:t>to phir main socha ke yeh aaj kal aap ne dekha hoga TV par jo jo log demonstration kar rahe hain, har jagah hungama kar rahe hain, un ki tasweeren aa rahi hain TV par.</w:t>
      </w:r>
    </w:p>
    <w:p>
      <w:pPr>
        <w:jc w:val="right"/>
      </w:pPr>
      <w:r>
        <w:t>تو پھر میں سوچا کہ یہ آج کل آپ نے دیکھا ہوگا ٹی وی پر جو جو لوگ ڈیمونسٹریشن کر رہے ہیں، ہر جگہ ہنگامہ کر رہے ہیں، ان کی تصویریں آ رہی ہیں ٹی وی پر۔</w:t>
      </w:r>
    </w:p>
    <w:p>
      <w:r>
        <w:rPr>
          <w:b/>
        </w:rPr>
        <w:t xml:space="preserve">[05:02] </w:t>
      </w:r>
      <w:r>
        <w:t>khoob achhe kapde pehne hue, khoob tandrust, dekhne mein bilkul well-to-do lagte hain woh. wahan hungama kar rahe hain.</w:t>
      </w:r>
    </w:p>
    <w:p>
      <w:pPr>
        <w:jc w:val="right"/>
      </w:pPr>
      <w:r>
        <w:t>خوب اچھے کپڑے پہنے ہوئے، خوب تندرست، دیکھنے میں بالکل ویل ٹو ڈو لگتے ہیں وہ۔ وہاں ہنگامہ کر رہے ہیں۔</w:t>
      </w:r>
    </w:p>
    <w:p>
      <w:r>
        <w:rPr>
          <w:b/>
        </w:rPr>
        <w:t xml:space="preserve">[05:13] </w:t>
      </w:r>
      <w:r>
        <w:t>yeh ajeeb ghareeb phenomena hai. yaani TV jab naya ho, TV agar na hota to hamein pata nahi chalta ke kaun log hain jo hungama kar rahe hain.</w:t>
      </w:r>
    </w:p>
    <w:p>
      <w:pPr>
        <w:jc w:val="right"/>
      </w:pPr>
      <w:r>
        <w:t>یہ عجیب غریب فیناومینا ہے۔ یعنی ٹی وی جب نیا ہو، ٹی وی اگر نہ ہوتا تو ہمیں پتہ نہیں چلتا کہ کون لوگ ہیں جو ہنگامہ کر رہے ہیں۔</w:t>
      </w:r>
    </w:p>
    <w:p>
      <w:r>
        <w:rPr>
          <w:b/>
        </w:rPr>
        <w:t xml:space="preserve">[05:25] </w:t>
      </w:r>
      <w:r>
        <w:t>TV ne bata diya ke kaun log hain. yaani un ko koi problem nahi. yahan tak ke ek maine dekha, yeh TV par aaya, woh Egypt ka ek aadmi chala raha tha</w:t>
      </w:r>
    </w:p>
    <w:p>
      <w:pPr>
        <w:jc w:val="right"/>
      </w:pPr>
      <w:r>
        <w:t>ٹی وی نے بتا دیا کہ کون لوگ ہیں۔ یعنی ان کو کوئی پرابلم نہیں۔ یہاں تک کہ ایک میں نے دیکھا، یہ ٹی وی پر آیا، وہ ایجپٹ کا ایک آدمی چلا رہا تھا</w:t>
      </w:r>
    </w:p>
    <w:p>
      <w:r>
        <w:rPr>
          <w:b/>
        </w:rPr>
        <w:t xml:space="preserve">[05:41] </w:t>
      </w:r>
      <w:r>
        <w:t>keh mere paas ghar hai, mere paas job hai, mere paas paisa hai, mere paas sab kuch hai, lekin main "i want to i want to live as a human".</w:t>
      </w:r>
    </w:p>
    <w:p>
      <w:pPr>
        <w:jc w:val="right"/>
      </w:pPr>
      <w:r>
        <w:t>کہ میرے پاس گھر ہے، میرے پاس جاب ہے، میرے پاس پیسہ ہے، میرے پاس سب کچھ ہے، لیکن میں "آئی وانٹ ٹو آئی وانٹ ٹو لیو ایز اے ہیومن"۔</w:t>
      </w:r>
    </w:p>
    <w:p>
      <w:r>
        <w:rPr>
          <w:b/>
        </w:rPr>
        <w:t xml:space="preserve">[05:54] </w:t>
      </w:r>
      <w:r>
        <w:t>to main ne socha keh aakhir abhi bhi woh human ke taur par jee raha hai, insaan ke taur par? kya museebat kya hai? museebat sirf yeh hai keh woh power par nahi hai.</w:t>
      </w:r>
    </w:p>
    <w:p>
      <w:pPr>
        <w:jc w:val="right"/>
      </w:pPr>
      <w:r>
        <w:t>تو میں نے سوچا کہ آخر ابھی بھی وہ ہیومن کے طور پر جی رہا ہے، انسان کے طور پر؟ کیا مصیبت کیا ہے؟ مصیبت صرف یہ ہے کہ وہ پاور پر نہیں ہے۔</w:t>
      </w:r>
    </w:p>
    <w:p>
      <w:r>
        <w:rPr>
          <w:b/>
        </w:rPr>
        <w:t xml:space="preserve">[06:07] </w:t>
      </w:r>
      <w:r>
        <w:t>power par koi doosra hai. yeh hai insaan ka mizaj. keh authority ko na manna.</w:t>
      </w:r>
    </w:p>
    <w:p>
      <w:pPr>
        <w:jc w:val="right"/>
      </w:pPr>
      <w:r>
        <w:t>پاور پر کوئی دوسرا ہے۔ یہ ہے انسان کا مزاج۔ کہ اتھارٹی کو نہ ماننا۔</w:t>
      </w:r>
    </w:p>
    <w:p>
      <w:r>
        <w:rPr>
          <w:b/>
        </w:rPr>
        <w:t xml:space="preserve">[06:17] </w:t>
      </w:r>
      <w:r>
        <w:t>ego, jo insaan ka ego itna barha hua hai, authority ko na manna. isi se nashukri paida hoti hai.</w:t>
      </w:r>
    </w:p>
    <w:p>
      <w:pPr>
        <w:jc w:val="right"/>
      </w:pPr>
      <w:r>
        <w:t>ایگو، جو انسان کا ایگو اتنا بڑھا ہوا ہے، اتھارٹی کو نہ ماننا۔ اسی سے ناشکری پیدا ہوتی ہے۔</w:t>
      </w:r>
    </w:p>
    <w:p>
      <w:r>
        <w:rPr>
          <w:b/>
        </w:rPr>
        <w:t xml:space="preserve">[06:28] </w:t>
      </w:r>
      <w:r>
        <w:t>nashukri, ungratefulness.</w:t>
      </w:r>
    </w:p>
    <w:p>
      <w:pPr>
        <w:jc w:val="right"/>
      </w:pPr>
      <w:r>
        <w:t>ناشکری، ان گریٹ فلنس۔</w:t>
      </w:r>
    </w:p>
    <w:p>
      <w:r>
        <w:rPr>
          <w:b/>
        </w:rPr>
        <w:t xml:space="preserve">[06:35] </w:t>
      </w:r>
      <w:r>
        <w:t>aadmi shukr mein nahi jeeta balkeh nashukri mein jeene lagta hai. shikayat, protest, negative thinking, yeh toh hai nashukri.</w:t>
      </w:r>
    </w:p>
    <w:p>
      <w:pPr>
        <w:jc w:val="right"/>
      </w:pPr>
      <w:r>
        <w:t>آدمی شکر میں نہیں جیتا بلکہ ناشکری میں جینے لگتا ہے۔ شکایت، پروٹیسٹ، نیگیٹیو تھنکنگ، یہ تو ہے ناشکری۔</w:t>
      </w:r>
    </w:p>
    <w:p>
      <w:r>
        <w:rPr>
          <w:b/>
        </w:rPr>
        <w:t xml:space="preserve">[06:47] </w:t>
      </w:r>
      <w:r>
        <w:t>to phir mujhe yaad aaya keh shaitan ne yahi kaha tha, shuru jo jab history shuru hui insaan ki, us waqt. dekhiye, insaan ki history jo hai,</w:t>
      </w:r>
    </w:p>
    <w:p>
      <w:pPr>
        <w:jc w:val="right"/>
      </w:pPr>
      <w:r>
        <w:t>تو پھر مجھے یاد آیا کہ شیطان نے یہی کہا تھا، شروع جو جب ہسٹری شروع ہوئی انسان کی، اس وقت۔ دیکھیے، انسان کی ہسٹری جو ہے،</w:t>
      </w:r>
    </w:p>
    <w:p>
      <w:r>
        <w:rPr>
          <w:b/>
        </w:rPr>
        <w:t xml:space="preserve">[07:00] </w:t>
      </w:r>
      <w:r>
        <w:t>shuru hoti hai kahan se? woh quran mein, bible mein bataya gaya hai.</w:t>
      </w:r>
    </w:p>
    <w:p>
      <w:pPr>
        <w:jc w:val="right"/>
      </w:pPr>
      <w:r>
        <w:t>شروع ہوتی ہے کہاں سے؟ وہ قرآن میں، بائبل میں بتایا گیا ہے۔</w:t>
      </w:r>
    </w:p>
    <w:p>
      <w:r>
        <w:rPr>
          <w:b/>
        </w:rPr>
        <w:t xml:space="preserve">[07:09] </w:t>
      </w:r>
      <w:r>
        <w:t>allah taala ne jab insaan ko paida kiya to us waqt do aur makhlooq theen. jin aur farishtay.</w:t>
      </w:r>
    </w:p>
    <w:p>
      <w:pPr>
        <w:jc w:val="right"/>
      </w:pPr>
      <w:r>
        <w:t>اللہ تعالیٰ نے جب انسان کو پیدا کیا تو اس وقت دو اور مخلوق تھیں۔ جن اور فرشتے۔</w:t>
      </w:r>
    </w:p>
    <w:p>
      <w:r>
        <w:rPr>
          <w:b/>
        </w:rPr>
        <w:t xml:space="preserve">[07:21] </w:t>
      </w:r>
      <w:r>
        <w:t>jin aur angels. insaan ke siwa. to allah taala ne kaha jin aur angels ko keh tum log insaan ke saamne jhuk jao.</w:t>
      </w:r>
    </w:p>
    <w:p>
      <w:pPr>
        <w:jc w:val="right"/>
      </w:pPr>
      <w:r>
        <w:t>جن اور اینجلز۔ انسان کے سوا۔ تو اللہ تعالیٰ نے کہا جن اور اینجلز کو کہ تم لوگ انسان کے سامنے جھک جاؤ۔</w:t>
      </w:r>
    </w:p>
    <w:p>
      <w:r>
        <w:rPr>
          <w:b/>
        </w:rPr>
        <w:t xml:space="preserve">[07:39] </w:t>
      </w:r>
      <w:r>
        <w:t>asal mein zameen jo thi, yeh zameen ab insaan ke charge mein di ja rahi thi. jhukne ka matlab yeh tha keh ab tum mauqa do in ko kaam karne ka.</w:t>
      </w:r>
    </w:p>
    <w:p>
      <w:pPr>
        <w:jc w:val="right"/>
      </w:pPr>
      <w:r>
        <w:t>اصل میں زمین جو تھی، یہ زمین اب انسان کے چارج میں دی جا رہی تھی۔ جھکنے کا مطلب یہ تھا کہ اب تم موقع دو ان کو کام کرنے کا۔</w:t>
      </w:r>
    </w:p>
    <w:p>
      <w:r>
        <w:rPr>
          <w:b/>
        </w:rPr>
        <w:t xml:space="preserve">[07:50] </w:t>
      </w:r>
      <w:r>
        <w:t>sab ka test ho chuka, ab insaan ka test hona hai. to test lene ke liye zaroori tha keh is ko mauqa milay. is ko be-rok-tok, apne aap ko express karne ka mauqa milay.</w:t>
      </w:r>
    </w:p>
    <w:p>
      <w:pPr>
        <w:jc w:val="right"/>
      </w:pPr>
      <w:r>
        <w:t>سب کا ٹیسٹ ہو چکا، اب انسان کا ٹیسٹ ہونا ہے۔ تو ٹیسٹ لینے کے لیے ضروری تھا کہ اس کو موقع ملے۔ اس کو بیروکٹوک، اپنے آپ کو ایکسپریس کرنے کا موقع ملے۔</w:t>
      </w:r>
    </w:p>
    <w:p>
      <w:r>
        <w:rPr>
          <w:b/>
        </w:rPr>
        <w:t xml:space="preserve">[08:05] </w:t>
      </w:r>
      <w:r>
        <w:t>to yeh jo kaha gaya tha jin se aur angel se keh jhuk jao, is ka matlab yeh tha keh ab tumhein mauqa dena hai insaan ko.</w:t>
      </w:r>
    </w:p>
    <w:p>
      <w:pPr>
        <w:jc w:val="right"/>
      </w:pPr>
      <w:r>
        <w:t>تو یہ جو کہا گیا تھا جن سے اور اینجل سے کہ جھک جاؤ، اس کا مطلب یہ تھا کہ اب تمہیں موقع دینا ہے انسان کو۔</w:t>
      </w:r>
    </w:p>
    <w:p>
      <w:r>
        <w:rPr>
          <w:b/>
        </w:rPr>
        <w:t xml:space="preserve">[08:16] </w:t>
      </w:r>
      <w:r>
        <w:t>test ke taur par insaan ko zameen ka charge diya gaya hai. right ke taur par nahi. zameen kisi ka, zameen ka koi owner nahi hai.</w:t>
      </w:r>
    </w:p>
    <w:p>
      <w:pPr>
        <w:jc w:val="right"/>
      </w:pPr>
      <w:r>
        <w:t>ٹیسٹ کے طور پر انسان کو زمین کا چارج دیا گیا ہے۔ رائٹ کے طور پر نہیں۔ زمین کسی کا، زمین کا کوئی اونر نہیں ہے۔</w:t>
      </w:r>
    </w:p>
    <w:p>
      <w:r>
        <w:rPr>
          <w:b/>
        </w:rPr>
        <w:t xml:space="preserve">[08:27] </w:t>
      </w:r>
      <w:r>
        <w:t>woh sirf khuda hai jo is ka owner hai. to us waqt dekhiye, angel toh foran jhuk gaye. lekin jo jin ka sardar tha, iblis,</w:t>
      </w:r>
    </w:p>
    <w:p>
      <w:pPr>
        <w:jc w:val="right"/>
      </w:pPr>
      <w:r>
        <w:t>وہ صرف خدا ہے جو اس کا اونر ہے۔ تو اس وقت دیکھیے، اینجل تو فوراً جھک گئے۔ لیکن جو جن کا سردار تھا، ابلیس،</w:t>
      </w:r>
    </w:p>
    <w:p>
      <w:r>
        <w:rPr>
          <w:b/>
        </w:rPr>
        <w:t xml:space="preserve">[08:41] </w:t>
      </w:r>
      <w:r>
        <w:t>iblis jis ko shaitan iblis kaha jata hai, woh jin ka sardar tha. woh jhuka nahi.</w:t>
      </w:r>
    </w:p>
    <w:p>
      <w:pPr>
        <w:jc w:val="right"/>
      </w:pPr>
      <w:r>
        <w:t>ابلیس جس کو شیطان ابلیس کہا جاتا ہے، وہ جن کا سردار تھا۔ وہ جھکا نہیں۔</w:t>
      </w:r>
    </w:p>
    <w:p>
      <w:r>
        <w:rPr>
          <w:b/>
        </w:rPr>
        <w:t xml:space="preserve">[08:49] </w:t>
      </w:r>
      <w:r>
        <w:t>woh jhuka nahi. kyun? wahi nashukri mein pad gaya woh. keh mujhe kyun nahi diya mauqa?</w:t>
      </w:r>
    </w:p>
    <w:p>
      <w:pPr>
        <w:jc w:val="right"/>
      </w:pPr>
      <w:r>
        <w:t>وہ جھکا نہیں۔ کیوں؟ وہی ناشکری میں پڑ گیا وہ۔ کہ مجھے کیوں نہیں دیا موقع؟</w:t>
      </w:r>
    </w:p>
    <w:p>
      <w:r>
        <w:rPr>
          <w:b/>
        </w:rPr>
        <w:t xml:space="preserve">[09:00] </w:t>
      </w:r>
      <w:r>
        <w:t>is ko kyun diya? dekhiye, us waqt bhi jinat ko ya iblis ko sab kuch mila hua tha.</w:t>
      </w:r>
    </w:p>
    <w:p>
      <w:pPr>
        <w:jc w:val="right"/>
      </w:pPr>
      <w:r>
        <w:t>اس کو کیوں دیا؟ دیکھیے، اس وقت بھی جنات کو یا ابلیس کو سب کچھ ملا ہوا تھا۔</w:t>
      </w:r>
    </w:p>
    <w:p>
      <w:r>
        <w:rPr>
          <w:b/>
        </w:rPr>
        <w:t xml:space="preserve">[09:09] </w:t>
      </w:r>
      <w:r>
        <w:t>itni zabardast power thi jinat ki, us waqt bhi aur aaj bhi. keh is ki ek misaal quran mein hai keh Hazrat Suleman jo thay, woh king thay, woh paighambar bhi thay.</w:t>
      </w:r>
    </w:p>
    <w:p>
      <w:pPr>
        <w:jc w:val="right"/>
      </w:pPr>
      <w:r>
        <w:t>اتنی زبردست پاور تھی جنات کی، اس وقت بھی اور آج بھی۔ کہ اس کی ایک مثال قرآن میں ہے کہ حضرت سلیمان جو تھے، وہ کنگ تھے، وہ پیغمبر بھی تھے۔</w:t>
      </w:r>
    </w:p>
    <w:p>
      <w:r>
        <w:rPr>
          <w:b/>
        </w:rPr>
        <w:t xml:space="preserve">[09:27] </w:t>
      </w:r>
      <w:r>
        <w:t>to un ke haan jin log bhi kaam karte thay. to aik baar unhon ne chaha keh Yemen mein jo throne hai, koi Saba ka, woh utha kar koi laaye yahan par, Jerusalem mein.</w:t>
      </w:r>
    </w:p>
    <w:p>
      <w:pPr>
        <w:jc w:val="right"/>
      </w:pPr>
      <w:r>
        <w:t>تو ان کے ہاں جن لوگ بھی کام کرتے تھے۔ تو ایک بار انہیں انہوں نے چاہا کہیمن میں جو تھرون ہے، کوئی شیبہ کا، وہ اٹھا کر کوئی لائے یہاں پر، یروشلم میں۔</w:t>
      </w:r>
    </w:p>
    <w:p>
      <w:r>
        <w:rPr>
          <w:b/>
        </w:rPr>
        <w:t xml:space="preserve">[09:48] </w:t>
      </w:r>
      <w:r>
        <w:t>to jin ka aik, jo un ke haan jo group tha, to aik jin ne kaha keh main laata hoon. to us ne aik second mein yeh us ko wahan la ke rakh diya.</w:t>
      </w:r>
    </w:p>
    <w:p>
      <w:pPr>
        <w:jc w:val="right"/>
      </w:pPr>
      <w:r>
        <w:t>تو جن کا ایک، جو ان کے ہاں جو گروپ تھا، تو ایک جن نے کہا کہ میں لاتا ہوں۔ تو اس نے ایک سیکنڈ میں یہ اس کو وہاں لا کے رکھ دیا۔</w:t>
      </w:r>
    </w:p>
    <w:p>
      <w:r>
        <w:rPr>
          <w:b/>
        </w:rPr>
        <w:t xml:space="preserve">[10:01] </w:t>
      </w:r>
      <w:r>
        <w:t>yani Yemen ka takht la ke rakh diya Jerusalem mein. yeh itna power hai jinat ko.</w:t>
      </w:r>
    </w:p>
    <w:p>
      <w:pPr>
        <w:jc w:val="right"/>
      </w:pPr>
      <w:r>
        <w:t>یعنییمن کا تخت لا کے رکھ دیا یروشلم میں۔ یہ اتنا پاور ہے جنات کو۔</w:t>
      </w:r>
    </w:p>
    <w:p>
      <w:r>
        <w:rPr>
          <w:b/>
        </w:rPr>
        <w:t xml:space="preserve">[10:12] </w:t>
      </w:r>
      <w:r>
        <w:t>to jin iblis ne jo challenge diya allah taala ko, woh yeh tha keh main sab ko bhagaunga.</w:t>
      </w:r>
    </w:p>
    <w:p>
      <w:pPr>
        <w:jc w:val="right"/>
      </w:pPr>
      <w:r>
        <w:t>تو جن ابلیس نے جو چیلنج دیا اللہ تعالیٰ کو، وہ یہ تھا کہ میں سب کو بھگاؤں گا۔</w:t>
      </w:r>
    </w:p>
    <w:p>
      <w:r>
        <w:rPr>
          <w:b/>
        </w:rPr>
        <w:t xml:space="preserve">[10:23] </w:t>
      </w:r>
      <w:r>
        <w:t>saare insaan ko, saare insaan ki saari generation ko bhagaunga. aur kya hoga phir? "la tajadu akthara shakirreen".</w:t>
      </w:r>
    </w:p>
    <w:p>
      <w:pPr>
        <w:jc w:val="right"/>
      </w:pPr>
      <w:r>
        <w:t>سارے انسان کو، سارے انسان کی ساری جنریشن کو بھگاؤں گا۔ اور کیا ہوگا پھر؟ "لا تجد اکثر شاکرین"۔</w:t>
      </w:r>
    </w:p>
    <w:p>
      <w:r>
        <w:rPr>
          <w:b/>
        </w:rPr>
        <w:t xml:space="preserve">[10:35] </w:t>
      </w:r>
      <w:r>
        <w:t>khuda se kaha us ne keh tu majority ko nahi paye ga shukr karne wala. ab dekhiye keh shukr karne walay ka matlab kya hai?</w:t>
      </w:r>
    </w:p>
    <w:p>
      <w:pPr>
        <w:jc w:val="right"/>
      </w:pPr>
      <w:r>
        <w:t>خدا سے کہا اس نے کہ تو میجورٹی کو نہیں پائے گا شکر کرنے والا۔ اب دیکھیے کہ شکر کرنے والے کا مطلب کیا ہے؟</w:t>
      </w:r>
    </w:p>
    <w:p>
      <w:r>
        <w:rPr>
          <w:b/>
        </w:rPr>
        <w:t xml:space="preserve">[10:49] </w:t>
      </w:r>
      <w:r>
        <w:t>shukr karne wale ka matlab kya hai? wahi hai jo shaitan ki misaal mein dikhai deta hai. yaani aadmi ko 99 cheezain mili hui hain, ek cheez nahi mili hai.</w:t>
      </w:r>
    </w:p>
    <w:p>
      <w:pPr>
        <w:jc w:val="right"/>
      </w:pPr>
      <w:r>
        <w:t>شکر کرنے والے کا مطلب کیا ہے؟ وہی ہے جو شیطان کی مثال میں دکھائی دیتا ہے۔ یعنی آدمی کو 99 چیزیں ملی ہوئی ہیں، ایک چیز نہیں ملی ہے۔</w:t>
      </w:r>
    </w:p>
    <w:p>
      <w:r>
        <w:rPr>
          <w:b/>
        </w:rPr>
        <w:t xml:space="preserve">[11:03] </w:t>
      </w:r>
      <w:r>
        <w:t>yaani iblis ko ya jinnaat ko is waqt bhi 99 cheezain mili hui theen. ek cheez nahi mili thi jo Allah taala ne Adam ko de di thi.</w:t>
      </w:r>
    </w:p>
    <w:p>
      <w:pPr>
        <w:jc w:val="right"/>
      </w:pPr>
      <w:r>
        <w:t>یعنی ابلیس کو یا جنات کو اس وقت بھی 99 چیزیں ملی ہوئی تھیں۔ ایک چیز نہیں ملی تھی جو اللہ تعالیٰ نے آدم کو دے دیا۔</w:t>
      </w:r>
    </w:p>
    <w:p>
      <w:r>
        <w:rPr>
          <w:b/>
        </w:rPr>
        <w:t xml:space="preserve">[11:15] </w:t>
      </w:r>
      <w:r>
        <w:t>bas isi par woh nashukra ho gaya. in great fulness mein pad gaya woh. yahi kahani hai saare insaan ki.</w:t>
      </w:r>
    </w:p>
    <w:p>
      <w:pPr>
        <w:jc w:val="right"/>
      </w:pPr>
      <w:r>
        <w:t>بس اسی پر وہ ناشکرا ہو گیا۔ ان گریٹ فلنس میں پڑ گیا وہ۔ یہی کہانی ہے سارے انسان کی۔</w:t>
      </w:r>
    </w:p>
    <w:p>
      <w:r>
        <w:rPr>
          <w:b/>
        </w:rPr>
        <w:t xml:space="preserve">[11:28] </w:t>
      </w:r>
      <w:r>
        <w:t>jo log demonstrations kar rahe hain mukhtalif tamam countries mein, aap TV par dekhiye unko. achhe kapde pehne hue, khoob tandurust.</w:t>
      </w:r>
    </w:p>
    <w:p>
      <w:pPr>
        <w:jc w:val="right"/>
      </w:pPr>
      <w:r>
        <w:t>جو لوگ ڈیمونسٹریشن کر رہے ہیں مختلف تمام کنٹریز میں، آپ ٹی وی پر دیکھیے ان کو۔ اچھے کپڑے پہنے ہوئے، خوب تندرست۔</w:t>
      </w:r>
    </w:p>
    <w:p>
      <w:r>
        <w:rPr>
          <w:b/>
        </w:rPr>
        <w:t xml:space="preserve">[11:39] </w:t>
      </w:r>
      <w:r>
        <w:t>har lehaz se well to do maloom hote hain. khud apne munh se bhi is ne keh diya ke main well to do hoon. ek cheez nahi mili hai ke freedom.</w:t>
      </w:r>
    </w:p>
    <w:p>
      <w:pPr>
        <w:jc w:val="right"/>
      </w:pPr>
      <w:r>
        <w:t>ہر لحاظ سے ویل ٹو ڈو معلوم ہوتے ہیں۔ خود اپنے منہ سے بھی اس نے کہہ دیا کہ میں ویل ٹو ڈو ہوں۔ ایک چیز نہیں ملی ہے کہ فریڈم۔</w:t>
      </w:r>
    </w:p>
    <w:p>
      <w:r>
        <w:rPr>
          <w:b/>
        </w:rPr>
        <w:t xml:space="preserve">[11:48] </w:t>
      </w:r>
      <w:r>
        <w:t>political freedom. bas political freedom nahi hai to bas goya ke kuch nahi hai. yaad rakhiye, nashukri is par nahi hoti ke aadmi sab kuch kho de.</w:t>
      </w:r>
    </w:p>
    <w:p>
      <w:pPr>
        <w:jc w:val="right"/>
      </w:pPr>
      <w:r>
        <w:t>پولیٹیکل فریڈم۔ بس پولیٹیکل فریڈم نہیں ہے تو بس گویا کہ کچھ نہیں ہے۔ یاد رکھیے، ناشکری اس پر نہیں ہوتی کہ آدمی سب کچھ کھو دے۔</w:t>
      </w:r>
    </w:p>
    <w:p>
      <w:r>
        <w:rPr>
          <w:b/>
        </w:rPr>
        <w:t xml:space="preserve">[12:00] </w:t>
      </w:r>
      <w:r>
        <w:t>nahi. sab kuch to mila hi rehta hai is ko. koi ek cheez nahi milti hai, isi par woh nashukra ho jata hai.</w:t>
      </w:r>
    </w:p>
    <w:p>
      <w:pPr>
        <w:jc w:val="right"/>
      </w:pPr>
      <w:r>
        <w:t>نہیں۔ سب کچھ تو ملا ہی رہتا ہے اس کو۔ کوئی ایک چیز نہیں ملتی ہے، اسی پر وہ ناشکرا ہو جاتا ہے۔</w:t>
      </w:r>
    </w:p>
    <w:p>
      <w:r>
        <w:rPr>
          <w:b/>
        </w:rPr>
        <w:t xml:space="preserve">[12:10] </w:t>
      </w:r>
      <w:r>
        <w:t>kabhi koi insaan aisa nahi ho sakta hai ke is se sab kuch chhin jaye.</w:t>
      </w:r>
    </w:p>
    <w:p>
      <w:pPr>
        <w:jc w:val="right"/>
      </w:pPr>
      <w:r>
        <w:t>کبھی کوئی انسان ایسا نہیں ہو سکتا ہے کہ اس سے سب کچھ چھن جائے۔</w:t>
      </w:r>
    </w:p>
    <w:p>
      <w:r>
        <w:rPr>
          <w:b/>
        </w:rPr>
        <w:t xml:space="preserve">[12:19] </w:t>
      </w:r>
      <w:r>
        <w:t>aisa kabhi nahi hota. to poori tareekh mein yahi insaan ne kiya.</w:t>
      </w:r>
    </w:p>
    <w:p>
      <w:pPr>
        <w:jc w:val="right"/>
      </w:pPr>
      <w:r>
        <w:t>ایسا کبھی نہیں ہوتا۔ تو پوری تاریخ میں یہی انسان نے کیا۔</w:t>
      </w:r>
    </w:p>
    <w:p>
      <w:r>
        <w:rPr>
          <w:b/>
        </w:rPr>
        <w:t xml:space="preserve">[12:27] </w:t>
      </w:r>
      <w:r>
        <w:t>ke sab kuch mila rahega, sab kuch mila rahega, sab kuch mila rahega, lekin is ka saara focus chala jayega is ek cheez par jo is ko nahi mila hai.</w:t>
      </w:r>
    </w:p>
    <w:p>
      <w:pPr>
        <w:jc w:val="right"/>
      </w:pPr>
      <w:r>
        <w:t>کہ سب کچھ ملا رہے گا، سب کچھ ملا رہے گا، سب کچھ ملا رہے گا، لیکن اس کا سارا فوکس چلا جائے گا اس ایک چیز پر جو اس کو نہیں ملا ہے۔</w:t>
      </w:r>
    </w:p>
    <w:p>
      <w:r>
        <w:rPr>
          <w:b/>
        </w:rPr>
        <w:t xml:space="preserve">[12:39] </w:t>
      </w:r>
      <w:r>
        <w:t>to Quran mein bataya gaya hai ke</w:t>
      </w:r>
    </w:p>
    <w:p>
      <w:pPr>
        <w:jc w:val="right"/>
      </w:pPr>
      <w:r>
        <w:t>تو قرآن میں بتایا گیا ہے کہ</w:t>
      </w:r>
    </w:p>
    <w:p>
      <w:r>
        <w:rPr>
          <w:b/>
        </w:rPr>
        <w:t xml:space="preserve">[12:57] </w:t>
      </w:r>
      <w:r>
        <w:t>chahe koi badshah ho ya aam aadmi ho, in sau ke sau kisi ko bhi nahi milenge. paighambar ko bhi nahi.</w:t>
      </w:r>
    </w:p>
    <w:p>
      <w:pPr>
        <w:jc w:val="right"/>
      </w:pPr>
      <w:r>
        <w:t>چاہے کوئی بادشاہ ہو یا عام آدمی ہو، ان سو کے سو کسی کو بھی نہیں ملے گی۔ پیغمبر کو بھی نہیں۔</w:t>
      </w:r>
    </w:p>
    <w:p>
      <w:r>
        <w:rPr>
          <w:b/>
        </w:rPr>
        <w:t xml:space="preserve">[13:07] </w:t>
      </w:r>
      <w:r>
        <w:t>to is ek cheez ko ignore karo. focus karo 99 par, ek par mat focus karo. shukr aur nashukri ka yeh khulasa hai.</w:t>
      </w:r>
    </w:p>
    <w:p>
      <w:pPr>
        <w:jc w:val="right"/>
      </w:pPr>
      <w:r>
        <w:t>تو اس ایک چیز کو اگنور کرو۔ فوکس کرو 99 پر، ایک پر مت فوکس کرو۔ شکر اور ناشکری کا یہ خلاصہ ہے۔</w:t>
      </w:r>
    </w:p>
    <w:p>
      <w:r>
        <w:rPr>
          <w:b/>
        </w:rPr>
        <w:t xml:space="preserve">[13:21] </w:t>
      </w:r>
      <w:r>
        <w:t>yaani grateful hona aur ungrateful hona ka yeh khulasa hai. agar aap 99 par focus karenge to aap hamesha shukr ke thrill mein jiyenge, thrill.</w:t>
      </w:r>
    </w:p>
    <w:p>
      <w:pPr>
        <w:jc w:val="right"/>
      </w:pPr>
      <w:r>
        <w:t>یعنی گریٹ فل ہونا اور ان گریٹ فل ہونا کا یہ خلاصہ ہے۔ اگر آپ 99 پر فوکس کریں گے تو آپ ہمیشہ شکر کے تھرل میں جئیں گے، تھرل۔</w:t>
      </w:r>
    </w:p>
    <w:p>
      <w:r>
        <w:rPr>
          <w:b/>
        </w:rPr>
        <w:t xml:space="preserve">[13:34] </w:t>
      </w:r>
      <w:r>
        <w:t>aur agar aap ek par focus kiya aap ne to hamesha aap aap bas shikayat, protest, nafrat, inteqaam is mein jeene lagenge.</w:t>
      </w:r>
    </w:p>
    <w:p>
      <w:pPr>
        <w:jc w:val="right"/>
      </w:pPr>
      <w:r>
        <w:t>اور اگر آپ ایک پر فوکس کیا آپ نے تو ہمیشہ آپ آپ بس شکایت، پروٹیسٹ، نفرت، انتقام اس میں جینے لگیں گے۔</w:t>
      </w:r>
    </w:p>
    <w:p>
      <w:r>
        <w:rPr>
          <w:b/>
        </w:rPr>
        <w:t xml:space="preserve">[13:47] </w:t>
      </w:r>
      <w:r>
        <w:t>to yeh jo ho raha hai, yeh bohat hi zyada sochne ki baat hai.</w:t>
      </w:r>
    </w:p>
    <w:p>
      <w:pPr>
        <w:jc w:val="right"/>
      </w:pPr>
      <w:r>
        <w:t>تو یہ جو ہو رہا ہے، یہ بہت ہی زیادہ سوچنے کی بات ہے۔</w:t>
      </w:r>
    </w:p>
    <w:p>
      <w:r>
        <w:rPr>
          <w:b/>
        </w:rPr>
        <w:t xml:space="preserve">[13:58] </w:t>
      </w:r>
      <w:r>
        <w:t>ek pehlu is ka yeh hai ke hadith mein aaya hai ke qayamat se pehle kuch nishaniyan zahir hongi, kuch signs.</w:t>
      </w:r>
    </w:p>
    <w:p>
      <w:pPr>
        <w:jc w:val="right"/>
      </w:pPr>
      <w:r>
        <w:t>ایک پہلو اس کا یہ ہے کہ حدیث میں آیا ہے کہ قیامت سے پہلے کچھ نشانیاں ظاہر ہوں گی، کچھ سائنز۔</w:t>
      </w:r>
    </w:p>
    <w:p>
      <w:r>
        <w:rPr>
          <w:b/>
        </w:rPr>
        <w:t xml:space="preserve">[14:12] </w:t>
      </w:r>
      <w:r>
        <w:t>qayamat se pehle. is mein se ek nishani yeh batayi gayi hai ke Yemen se ek aag uthegi jo poore area ko apni lapet mein le legi.</w:t>
      </w:r>
    </w:p>
    <w:p>
      <w:pPr>
        <w:jc w:val="right"/>
      </w:pPr>
      <w:r>
        <w:t>قیامت سے پہلے۔ اس میں سے ایک نشانی یہ بتائی گئی ہے کہیمن سے ایک آگ اٹھے گی جو پورے ایریا کو اپنی لپیٹ میں لے لے گی۔</w:t>
      </w:r>
    </w:p>
    <w:p>
      <w:r>
        <w:rPr>
          <w:b/>
        </w:rPr>
        <w:t xml:space="preserve">[14:23] </w:t>
      </w:r>
      <w:r>
        <w:t>is area se murad Muslim area hai. America, Europe nahi hai.</w:t>
      </w:r>
    </w:p>
    <w:p>
      <w:pPr>
        <w:jc w:val="right"/>
      </w:pPr>
      <w:r>
        <w:t>اس ایریا سے مراد مسلم ایریا ہے۔ امریکہ، یورپ نہیں ہے۔</w:t>
      </w:r>
    </w:p>
    <w:p>
      <w:r>
        <w:rPr>
          <w:b/>
        </w:rPr>
        <w:t xml:space="preserve">[14:30] </w:t>
      </w:r>
      <w:r>
        <w:t>to yahi to Muslim world hai jis ko hum Arab world kehte hain. aur Yemen hi se shuru hui yeh December 2010 mein.</w:t>
      </w:r>
    </w:p>
    <w:p>
      <w:pPr>
        <w:jc w:val="right"/>
      </w:pPr>
      <w:r>
        <w:t>تو یہی تو مسلم ورلڈ ہے جس کو ہم عرب ورلڈ کہتے ہیں۔ اوریمن ہی سے شروع ہوئی یہ دسمبر 2010 میں۔</w:t>
      </w:r>
    </w:p>
    <w:p>
      <w:r>
        <w:rPr>
          <w:b/>
        </w:rPr>
        <w:t xml:space="preserve">[14:41] </w:t>
      </w:r>
      <w:r>
        <w:t>to yeh aag jo hai haqeeqat mein political aag hai. aag se murad woh physical aag nahi hai. yeh tamseel ki zuban hai.</w:t>
      </w:r>
    </w:p>
    <w:p>
      <w:pPr>
        <w:jc w:val="right"/>
      </w:pPr>
      <w:r>
        <w:t>تو یہ آگ جو ہے حقیقت میں پولیٹیکل آگ ہے۔ آگ سے مراد وہ فزیکل آگ نہیں ہے۔ یہ تمثیل کی زبان ہے۔</w:t>
      </w:r>
    </w:p>
    <w:p>
      <w:r>
        <w:rPr>
          <w:b/>
        </w:rPr>
        <w:t xml:space="preserve">[14:52] </w:t>
      </w:r>
      <w:r>
        <w:t>yeh tamseel ki zuban hai. hadith mein jo aag ka lafz aaya hai, nar. noon, alif, ra. nar ka lafz. fire.</w:t>
      </w:r>
    </w:p>
    <w:p>
      <w:pPr>
        <w:jc w:val="right"/>
      </w:pPr>
      <w:r>
        <w:t>یہ تمثیل کی زبان ہے۔ حدیث میں جو آگ کا لفظ آیا ہے، نار۔ ن، الف، ر۔ نار کا لفظ۔ فائر۔</w:t>
      </w:r>
    </w:p>
    <w:p>
      <w:r>
        <w:rPr>
          <w:b/>
        </w:rPr>
        <w:t xml:space="preserve">[15:01] </w:t>
      </w:r>
      <w:r>
        <w:t>ise bataya tha political fire. siyasi aag. to yahi to hai siyasi aag.</w:t>
      </w:r>
    </w:p>
    <w:p>
      <w:pPr>
        <w:jc w:val="right"/>
      </w:pPr>
      <w:r>
        <w:t>اسے بتایا تھا پولیٹیکل فائر۔ سیاسی آگ۔ تو یہی تو ہے سیاسی آگ۔</w:t>
      </w:r>
    </w:p>
    <w:p>
      <w:r>
        <w:rPr>
          <w:b/>
        </w:rPr>
        <w:t xml:space="preserve">[15:10] </w:t>
      </w:r>
      <w:r>
        <w:t>is siyasi aag ka matlab kya hai? is ka matlab hai ke Musalman apni bigaad ke aakhri darje mein pahunch chuke honge.</w:t>
      </w:r>
    </w:p>
    <w:p>
      <w:pPr>
        <w:jc w:val="right"/>
      </w:pPr>
      <w:r>
        <w:t>اس سیاسی آگ کا مطلب کیا ہے؟ اس کا مطلب ہے کہ مسلمان اپنی بگاڑ کے آخری درجے میں پہنچ چکے ہوں گے۔</w:t>
      </w:r>
    </w:p>
    <w:p>
      <w:r>
        <w:rPr>
          <w:b/>
        </w:rPr>
        <w:t xml:space="preserve">[15:19] </w:t>
      </w:r>
      <w:r>
        <w:t>is ke aage aag koi darja hi nahi. yeh matlab hai is ka. yeh ek manifestation hai, ek izhaar hai is baat ka.</w:t>
      </w:r>
    </w:p>
    <w:p>
      <w:pPr>
        <w:jc w:val="right"/>
      </w:pPr>
      <w:r>
        <w:t>اس کے آگے آگ کوئی درجہ ہی نہیں۔ یہ مطلب ہے اس کا۔ یہ ایک مینیفیسٹیشن ہے، ایک اظہار ہے اس بات کا۔</w:t>
      </w:r>
    </w:p>
    <w:p>
      <w:r>
        <w:rPr>
          <w:b/>
        </w:rPr>
        <w:t xml:space="preserve">[15:31] </w:t>
      </w:r>
      <w:r>
        <w:t>ab musalman jo hain apni bigaad ke aakhri darje mein pahunch chuke hain. bas nashukri, nashukri, nashukri, nashukri. bigaad kya hai?</w:t>
      </w:r>
    </w:p>
    <w:p>
      <w:pPr>
        <w:jc w:val="right"/>
      </w:pPr>
      <w:r>
        <w:t>اب مسلمان جو ہیں اپنی بگاڑ کے آخری درجے میں پہنچ چکے ہیں۔ بس ناشکری، ناشکری، ناشکری، ناشکری۔ بگاڑ کیا ہے؟</w:t>
      </w:r>
    </w:p>
    <w:p>
      <w:r>
        <w:rPr>
          <w:b/>
        </w:rPr>
        <w:t xml:space="preserve">[15:40] </w:t>
      </w:r>
      <w:r>
        <w:t>nashukri ka naam bigaad hai.</w:t>
      </w:r>
    </w:p>
    <w:p>
      <w:pPr>
        <w:jc w:val="right"/>
      </w:pPr>
      <w:r>
        <w:t>ناشکری کا نام بگاڑ ہے۔</w:t>
      </w:r>
    </w:p>
    <w:p>
      <w:r>
        <w:rPr>
          <w:b/>
        </w:rPr>
        <w:t xml:space="preserve">[15:45] </w:t>
      </w:r>
      <w:r>
        <w:t>yeh quran majeed ki pehli ayat hai: "alhamdulillah rabbil alameen".</w:t>
      </w:r>
    </w:p>
    <w:p>
      <w:pPr>
        <w:jc w:val="right"/>
      </w:pPr>
      <w:r>
        <w:t>یہ قرآن مجید کی پہلی آیت ہے: "الحمدللہ رب العالمین"۔</w:t>
      </w:r>
    </w:p>
    <w:p>
      <w:r>
        <w:rPr>
          <w:b/>
        </w:rPr>
        <w:t xml:space="preserve">[15:51] </w:t>
      </w:r>
      <w:r>
        <w:t>mufassireen ne likha hai ke hamd jo hai is mein shukr ka mafhoom ghalib hai. is mein tareef ka mafhoom bhi aata hai lekin shukr ka mafhoom ghalib hai.</w:t>
      </w:r>
    </w:p>
    <w:p>
      <w:pPr>
        <w:jc w:val="right"/>
      </w:pPr>
      <w:r>
        <w:t>مفسرین نے لکھا ہے کہ حمد جو ہے اس میں شکر کا مفہوم غالب ہے۔ اس میں تعریف کا مفہوم بھی آتا ہے لیکن شکر کا مفہوم غالب ہے۔</w:t>
      </w:r>
    </w:p>
    <w:p>
      <w:r>
        <w:rPr>
          <w:b/>
        </w:rPr>
        <w:t xml:space="preserve">[16:01] </w:t>
      </w:r>
      <w:r>
        <w:t>yaani gratefulness. ke khudaaya tera shukr hai tu rabb al alameen hai. yeh khulasa hai deen khudaawandi ka.</w:t>
      </w:r>
    </w:p>
    <w:p>
      <w:pPr>
        <w:jc w:val="right"/>
      </w:pPr>
      <w:r>
        <w:t>یعنی گریٹ فلنس۔ کہ خدایا تیرا شکر ہے تو رب العالمین ہے۔ یہ خلاصہ ہے دین خداوندی کا۔</w:t>
      </w:r>
    </w:p>
    <w:p>
      <w:r>
        <w:rPr>
          <w:b/>
        </w:rPr>
        <w:t xml:space="preserve">[16:16] </w:t>
      </w:r>
      <w:r>
        <w:t>allah jo deen chahta hai insaan se is ka khulasa yeh hai ke aap hamd ki nafsiyat mein jiyein. hamd ki sentiment mein jiyein.</w:t>
      </w:r>
    </w:p>
    <w:p>
      <w:pPr>
        <w:jc w:val="right"/>
      </w:pPr>
      <w:r>
        <w:t>اللہ جو دین چاہتا ہے انسان سے اس کا خلاصہ یہ ہے کہ آپ حمد کی نفسیات میں جیئیں۔ حمد کی سینٹیمنٹ میں جیئیں۔</w:t>
      </w:r>
    </w:p>
    <w:p>
      <w:r>
        <w:rPr>
          <w:b/>
        </w:rPr>
        <w:t xml:space="preserve">[16:28] </w:t>
      </w:r>
      <w:r>
        <w:t>hamd ke zehan ke sath jiyein. yaani shukr ke. "alhamdulillah rabbil alameen" yeh koi koi yaani kuch shabdon ki baat nahi hai.</w:t>
      </w:r>
    </w:p>
    <w:p>
      <w:pPr>
        <w:jc w:val="right"/>
      </w:pPr>
      <w:r>
        <w:t>حمد کے ذہن کے ساتھ جیئیں۔ یعنی شکر کے۔ "الحمدللہ رب العالمین" یہ کوئی کوئی یعنی کچھ शब्दوں کی بات نہیں ہے۔</w:t>
      </w:r>
    </w:p>
    <w:p>
      <w:r>
        <w:rPr>
          <w:b/>
        </w:rPr>
        <w:t xml:space="preserve">[16:42] </w:t>
      </w:r>
      <w:r>
        <w:t>kuch words ki baat nahi ke woh aap munh se bol diya bas. nahi. hamd mein jeena. aap ki soch, aap ke jazbaat, aap ka attitude, har cheez hamd, hamd, hamd, shukr, shukr, shukr.</w:t>
      </w:r>
    </w:p>
    <w:p>
      <w:pPr>
        <w:jc w:val="right"/>
      </w:pPr>
      <w:r>
        <w:t>کچھ ورڈز کی بات نہیں کہ وہ آپ منہ سے بول دیا بس۔ نہیں۔ حمد میں جینا۔ آپ کی سوچ، آپ کے جذبات، آپ کا ایٹیٹیوڈ، ہر چیز حمد، حمد، حمد، شکر، شکر، شکر۔</w:t>
      </w:r>
    </w:p>
    <w:p>
      <w:r>
        <w:rPr>
          <w:b/>
        </w:rPr>
        <w:t xml:space="preserve">[16:57] </w:t>
      </w:r>
      <w:r>
        <w:t>shukr ka charcha ho, shukr ki soch ho. shukr aap ka har waqt focus mein rehta ho. shukr aap ka krishna bana hua ho.</w:t>
      </w:r>
    </w:p>
    <w:p>
      <w:pPr>
        <w:jc w:val="right"/>
      </w:pPr>
      <w:r>
        <w:t>شکر کا چرچہ ہو، شکر کی سوچ ہو۔ شکر آپ کا ہر وقت فوکس میں رہتا ہو۔ شکر آپ کا کرسنا بنا ہوا ہو۔</w:t>
      </w:r>
    </w:p>
    <w:p>
      <w:r>
        <w:rPr>
          <w:b/>
        </w:rPr>
        <w:t xml:space="preserve">[17:06] </w:t>
      </w:r>
      <w:r>
        <w:t>ek yeh tareeqa hai. doosra tareeqa yeh hai ke aap nashukri mein jeene lagein. to aaj ke musalman duniya mein kahin bhi jayein yeh sab lage ke sab nashukri hi mein jee rahe hain.</w:t>
      </w:r>
    </w:p>
    <w:p>
      <w:pPr>
        <w:jc w:val="right"/>
      </w:pPr>
      <w:r>
        <w:t>ایک یہ طریقہ ہے۔ دوسرا طریقہ یہ ہے کہ آپ ناشکری میں جینے لگیں۔ تو آج کے مسلمان دنیا میں کہیں بھی جائیں یہ سب لگے کہ سب ناشکری ہی میں جی رہے ہیں۔</w:t>
      </w:r>
    </w:p>
    <w:p>
      <w:r>
        <w:rPr>
          <w:b/>
        </w:rPr>
        <w:t xml:space="preserve">[17:20] </w:t>
      </w:r>
      <w:r>
        <w:t>sab shikayat ki boli bolein ge. sab protest ki boli bolein ge. sab nafrat ki boli bolein ge.</w:t>
      </w:r>
    </w:p>
    <w:p>
      <w:pPr>
        <w:jc w:val="right"/>
      </w:pPr>
      <w:r>
        <w:t>سب شکایت کی بولی بولیں گے۔ سب پروٹیسٹ کی بولی بولیں گے۔ سب نفرت کی بولی بولیں گے۔</w:t>
      </w:r>
    </w:p>
    <w:p>
      <w:r>
        <w:rPr>
          <w:b/>
        </w:rPr>
        <w:t xml:space="preserve">[17:28] </w:t>
      </w:r>
      <w:r>
        <w:t>india se le kar aap america tak chale jaiye. koi musalman aap ko nahi mile ga jo shukr ki boli bolta ho. sab nafrat ki boli.</w:t>
      </w:r>
    </w:p>
    <w:p>
      <w:pPr>
        <w:jc w:val="right"/>
      </w:pPr>
      <w:r>
        <w:t>انڈیا سے لے کر آپ امریکہ تک چلے جائیے۔ کوئی مسلمان آپ کو نہیں ملے گا جو شکر کی بولی بولتا ہو۔ سب نفرت کی بولی۔</w:t>
      </w:r>
    </w:p>
    <w:p>
      <w:r>
        <w:rPr>
          <w:b/>
        </w:rPr>
        <w:t xml:space="preserve">[17:38] </w:t>
      </w:r>
      <w:r>
        <w:t>to yeh yeh is baat nahi ke duniya aaj ki muslim duniya par shaitan dominate kar raha hai. angel dominate nahi kar rahe. satan satanic influence hai yeh.</w:t>
      </w:r>
    </w:p>
    <w:p>
      <w:pPr>
        <w:jc w:val="right"/>
      </w:pPr>
      <w:r>
        <w:t>تو یہ یہ اس بات نہیں کہ دنیا آج کی مسلم دنیا پر شیطان ڈومینیٹ کر رہا ہے۔ اینجل ڈومینیٹ نہیں کر رہے۔ سیٹن سیٹنک انفلوئنس ہے یہ۔</w:t>
      </w:r>
    </w:p>
    <w:p>
      <w:r>
        <w:rPr>
          <w:b/>
        </w:rPr>
        <w:t xml:space="preserve">[17:52] </w:t>
      </w:r>
      <w:r>
        <w:t>saari muslim duniya satan ke influence mein aa gayi hai.</w:t>
      </w:r>
    </w:p>
    <w:p>
      <w:pPr>
        <w:jc w:val="right"/>
      </w:pPr>
      <w:r>
        <w:t>ساری مسلم دنیا سیٹن کے انفلوئنس میں آ گئی ہے۔</w:t>
      </w:r>
    </w:p>
    <w:p>
      <w:r>
        <w:rPr>
          <w:b/>
        </w:rPr>
        <w:t xml:space="preserve">[17:57] </w:t>
      </w:r>
      <w:r>
        <w:t>sawal hai kyun woh log 95 par focus nahi kar rahe hain? ek par focus kar rahe hain. political freedom ek ek hai. main muslim countries mein bar bar gaya hoon.</w:t>
      </w:r>
    </w:p>
    <w:p>
      <w:pPr>
        <w:jc w:val="right"/>
      </w:pPr>
      <w:r>
        <w:t>سوال ہے کیوں وہ لوگ 95 پر فوکس نہیں کر رہے ہیں؟ ایک پر فوکس کر رہے ہیں۔ پولیٹیکل فریڈم ایک ایک ہے۔ میں مسلم کنٹریز میں بار بار گیا ہوں۔</w:t>
      </w:r>
    </w:p>
    <w:p>
      <w:r>
        <w:rPr>
          <w:b/>
        </w:rPr>
        <w:t xml:space="preserve">[18:09] </w:t>
      </w:r>
      <w:r>
        <w:t>khoob aaraam se reh rahe the log. kisi cheez ki kami nahi thi. free education, free medical facilities, easy job.</w:t>
      </w:r>
    </w:p>
    <w:p>
      <w:pPr>
        <w:jc w:val="right"/>
      </w:pPr>
      <w:r>
        <w:t>خوب آرام سے رہ رہے تھے لوگ۔ کسی چیز کی کمی نہیں تھی۔ فری ایجوکیشن، فری میڈیکل فیسلیٹیز، ایزی جاب۔</w:t>
      </w:r>
    </w:p>
    <w:p>
      <w:r>
        <w:rPr>
          <w:b/>
        </w:rPr>
        <w:t xml:space="preserve">[18:19] </w:t>
      </w:r>
      <w:r>
        <w:t>yaani jo jis lihaaz se bhi dekhein sab aasaan tha un ko. khoob aaraam se reh rahe the. political freedom ki kami thi.</w:t>
      </w:r>
    </w:p>
    <w:p>
      <w:pPr>
        <w:jc w:val="right"/>
      </w:pPr>
      <w:r>
        <w:t>یعنی جو جس لحاظ سے بھی دیکھیں سب آسان تھا ان کو۔ خوب آرام سے رہ رہے تھے۔ پولیٹیکل فریڈم کی کمی تھی۔</w:t>
      </w:r>
    </w:p>
    <w:p>
      <w:r>
        <w:rPr>
          <w:b/>
        </w:rPr>
        <w:t xml:space="preserve">[18:29] </w:t>
      </w:r>
      <w:r>
        <w:t>balkeh china mein political freedom nahi hai. phir bhi china taraqqi kar raha hai. political freedom koi criteria nahi hai.</w:t>
      </w:r>
    </w:p>
    <w:p>
      <w:pPr>
        <w:jc w:val="right"/>
      </w:pPr>
      <w:r>
        <w:t>بلکہ چائنہ میں پولیٹیکل فریڈم نہیں ہے۔ پھر بھی چائنہ ترقی کر رہا ہے۔ پولیٹیکل فریڈم کوئی کرائٹیریا نہیں ہے۔</w:t>
      </w:r>
    </w:p>
    <w:p>
      <w:r>
        <w:rPr>
          <w:b/>
        </w:rPr>
        <w:t xml:space="preserve">[18:40] </w:t>
      </w:r>
      <w:r>
        <w:t>asal cheez yeh hai ke aap ko khane kamane ki azaadi ho, parhne likhne ki azaadi ho, ilaaj ki azaadi ho, chalne phirne ki azaadi ho. woh sab maujood tha wahan par.</w:t>
      </w:r>
    </w:p>
    <w:p>
      <w:pPr>
        <w:jc w:val="right"/>
      </w:pPr>
      <w:r>
        <w:t>اصل چیز یہ ہے کہ آپ کو کھانے کمانے کی آزادی ہو، پڑھنے لکھنے کی آزادی ہو، علاج کی آزادی ہو، چلنے پھرنے کی آزادی ہو۔ وہ سب موجود تھا وہاں پر۔</w:t>
      </w:r>
    </w:p>
    <w:p>
      <w:r>
        <w:rPr>
          <w:b/>
        </w:rPr>
        <w:t xml:space="preserve">[18:52] </w:t>
      </w:r>
      <w:r>
        <w:t>isi liye hadeeson mein bohat zyada mana kiya gaya hai khurooj se. yaani governments ke khilaaf ladai ladna.</w:t>
      </w:r>
    </w:p>
    <w:p>
      <w:pPr>
        <w:jc w:val="right"/>
      </w:pPr>
      <w:r>
        <w:t>اسی لیے حدیثوں میں بہت زیادہ منع کیا گیا ہے خروج سے۔ یعنی گورنمنٹس کے خلاف لڑائی لڑنا۔</w:t>
      </w:r>
    </w:p>
    <w:p>
      <w:r>
        <w:rPr>
          <w:b/>
        </w:rPr>
        <w:t xml:space="preserve">[19:04] </w:t>
      </w:r>
      <w:r>
        <w:t>political authority ke khilaaf hungama karna. kyun? is ka matlab kya hai? is ka matlab yeh hai ke political seat par chahe koi bhi ho, opportunities khuli rehti hain doosre maidaanon mein.</w:t>
      </w:r>
    </w:p>
    <w:p>
      <w:pPr>
        <w:jc w:val="right"/>
      </w:pPr>
      <w:r>
        <w:t>پولیٹیکل اتھارٹی کے خلاف ہنگامہ کرنا۔ کیوں؟ اس کا مطلب کیا ہے؟ اس کا مطلب یہ ہے کہ پولیٹیکل سیٹ پر چاہے کوئی بھی ہو، اپرچونیٹیز کھلی رہتی ہیں دوسرے میدانوں میں۔</w:t>
      </w:r>
    </w:p>
    <w:p>
      <w:r>
        <w:rPr>
          <w:b/>
        </w:rPr>
        <w:t xml:space="preserve">[19:18] </w:t>
      </w:r>
      <w:r>
        <w:t>matlab education ka field, dawat ka field, business ka field, social work ka field. saare taraqqiyaat ke field khule hue hain.</w:t>
      </w:r>
    </w:p>
    <w:p>
      <w:pPr>
        <w:jc w:val="right"/>
      </w:pPr>
      <w:r>
        <w:t>مطلب ایجوکیشن کا فیلڈ، دعوت کا فیلڈ، بزنس کا فیلڈ، سوشل ورک کا فیلڈ۔ سارے ترقیات کے فیلڈ کھلے ہوئے ہیں۔</w:t>
      </w:r>
    </w:p>
    <w:p>
      <w:r>
        <w:rPr>
          <w:b/>
        </w:rPr>
        <w:t xml:space="preserve">[19:31] </w:t>
      </w:r>
      <w:r>
        <w:t>to political seat par koi aur baitha hua hai to baithne dijiye is ko.</w:t>
      </w:r>
    </w:p>
    <w:p>
      <w:pPr>
        <w:jc w:val="right"/>
      </w:pPr>
      <w:r>
        <w:t>تو پولیٹیکل سیٹ پر کوئی اور بیٹھا ہوا ہے تو بیٹھنے دیجیے اس کو۔</w:t>
      </w:r>
    </w:p>
    <w:p>
      <w:r>
        <w:rPr>
          <w:b/>
        </w:rPr>
        <w:t xml:space="preserve">[19:37] </w:t>
      </w:r>
      <w:r>
        <w:t>adar deen political field jo khuli hui hain opportunities us ko avail kijiye. lekin bas wohi hamein chahiye. hato to wahan se political seat se.</w:t>
      </w:r>
    </w:p>
    <w:p>
      <w:pPr>
        <w:jc w:val="right"/>
      </w:pPr>
      <w:r>
        <w:t>ادر دین پولیٹیکل فیلڈ جو کھلی ہوئی ہیں اپرچونیٹیز اس کو اویل کیجیے۔ لیکن بس وہی ہمیں چاہیے۔ ہٹو تو وہاں سے پولیٹیکل سیٹ سے۔</w:t>
      </w:r>
    </w:p>
    <w:p>
      <w:r>
        <w:rPr>
          <w:b/>
        </w:rPr>
        <w:t xml:space="preserve">[19:48] </w:t>
      </w:r>
      <w:r>
        <w:t>lekin sawal yeh hai ke woh ek hate ga, doosra aaye ga. saare log to kabhi bhi nahi baith sakte. aisa naamumkin hai ke kisi mulk ke saare log political seat pe baith jayein.</w:t>
      </w:r>
    </w:p>
    <w:p>
      <w:pPr>
        <w:jc w:val="right"/>
      </w:pPr>
      <w:r>
        <w:t>لیکن سوال یہ ہے کہ وہ ایک ہٹے گا، دوسرا آئے گا۔ سارے لوگ تو کبھی بھی نہیں بیٹھ سکتے۔ ایسا ناممکن ہے کہ کسی ملک کے سارے لوگ پولیٹیکل سیٹ پہ بیٹھ جائیں۔</w:t>
      </w:r>
    </w:p>
    <w:p>
      <w:r>
        <w:rPr>
          <w:b/>
        </w:rPr>
        <w:t xml:space="preserve">[20:01] </w:t>
      </w:r>
      <w:r>
        <w:t>to ek kitaab chhapi hai amreeka se. kaha jata hai ke woh isi ne trigger kiya hai. isi ne is yaani popular revolution jis ko kaha jata hai us ko trigger kiya hai is ne.</w:t>
      </w:r>
    </w:p>
    <w:p>
      <w:pPr>
        <w:jc w:val="right"/>
      </w:pPr>
      <w:r>
        <w:t>تو ایک کتاب چھپی ہے امریکہ سے۔ کہا جاتا ہے کہ وہ اسی نے ٹریگر کیا ہے۔ اسی نے اس یعنی پاپولر ریول جس کو کہا جاتا ہے اس کو ٹریگر کیا ہے اس نے۔</w:t>
      </w:r>
    </w:p>
    <w:p>
      <w:r>
        <w:rPr>
          <w:b/>
        </w:rPr>
        <w:t xml:space="preserve">[20:14] </w:t>
      </w:r>
      <w:r>
        <w:t>woh chhapi hai 2010 mein. is ka naam hai "from dictatorship to democracy". ek amreeki scholar ne likha hai.</w:t>
      </w:r>
    </w:p>
    <w:p>
      <w:pPr>
        <w:jc w:val="right"/>
      </w:pPr>
      <w:r>
        <w:t>وہ چھپی ہے 2010 میں۔ اس کا نام ہے "فرام ڈکٹیٹرشپ ٹو ڈیموکریسی"۔ ایک امریکی سکالر نے لکھا ہے۔</w:t>
      </w:r>
    </w:p>
    <w:p>
      <w:r>
        <w:rPr>
          <w:b/>
        </w:rPr>
        <w:t xml:space="preserve">[20:27] </w:t>
      </w:r>
      <w:r>
        <w:t>woh 93 pages ki kitaab hai. woh aur 24 languages mein is ka tarjuma kiya gaya hai. 24 languages.</w:t>
      </w:r>
    </w:p>
    <w:p>
      <w:pPr>
        <w:jc w:val="right"/>
      </w:pPr>
      <w:r>
        <w:t>وہ 93 پیجز کی کتاب ہے۔ وہ اور 24 لینگویجز میں اس کا ترجمہ کیا گیا ہے۔ 24 لینگویجز۔</w:t>
      </w:r>
    </w:p>
    <w:p>
      <w:r>
        <w:rPr>
          <w:b/>
        </w:rPr>
        <w:t xml:space="preserve">[20:38] </w:t>
      </w:r>
      <w:r>
        <w:t>"from dictatorship to democracy". to 24 zubanon mein. ab yeh muslim countries jo hain arab countries is mein azadi yaani is ki nahi thi ke aap akhbar nikalein apna, kitabein chhapein apni.</w:t>
      </w:r>
    </w:p>
    <w:p>
      <w:pPr>
        <w:jc w:val="right"/>
      </w:pPr>
      <w:r>
        <w:t>"فرام ڈکٹیٹرشپ ٹو ڈیموکریسی"۔ تو 24 زبانوں میں۔ اب یہ مسلم کنٹریز جو ہیں عرب کنٹریز اس میں آزادی یعنی اس کی نہیں تھی کہ آپ اخبار نکالیں اپنا، کتابیں چھاپیں اپنی۔</w:t>
      </w:r>
    </w:p>
    <w:p>
      <w:r>
        <w:rPr>
          <w:b/>
        </w:rPr>
        <w:t xml:space="preserve">[20:55] </w:t>
      </w:r>
      <w:r>
        <w:t>wahan sab government se control hota tha. yaani publishing, printing yeh sab government se control hota tha. aam logon ko ijazat nahi thi.</w:t>
      </w:r>
    </w:p>
    <w:p>
      <w:pPr>
        <w:jc w:val="right"/>
      </w:pPr>
      <w:r>
        <w:t>وہاں سب گورنمنٹ سے کنٹرول ہوتا تھا۔ یعنی پبلشنگ، پرنٹنگ یہ سب گورنمنٹ سے کنٹرول ہوتا تھا۔ عام لوگوں کو اجازت نہیں تھی۔</w:t>
      </w:r>
    </w:p>
    <w:p>
      <w:r>
        <w:rPr>
          <w:b/>
        </w:rPr>
        <w:t xml:space="preserve">[21:05] </w:t>
      </w:r>
      <w:r>
        <w:t>yeh kitaab jo hai aam tareeqe se chhap nahi sakti thi. lekin zamanah aa gaya aap jante hain ke internet ka. ab chahe woh bazaar mein kitaab ki shakal mein na bake tab bhi aap ko ghar mein maujood hai internet par.</w:t>
      </w:r>
    </w:p>
    <w:p>
      <w:pPr>
        <w:jc w:val="right"/>
      </w:pPr>
      <w:r>
        <w:t>یہ کتاب جو ہے عام طریقے سے چھپ نہیں سکتی تھی۔ لیکن زمانہ آ گیا آپ جانتے ہیں کہ انٹرنیٹ کا۔ اب چاہے وہ بازار میں کتاب کی شکل میں نہ بکے تب بھی آپ کو گھر میں موجود ہے انٹرنیٹ پر۔</w:t>
      </w:r>
    </w:p>
    <w:p>
      <w:r>
        <w:rPr>
          <w:b/>
        </w:rPr>
        <w:t xml:space="preserve">[21:23] </w:t>
      </w:r>
      <w:r>
        <w:t>to unhon ne 24 zubanon mein is kitaab ko internet par upload kar diya. 93 pages ki is kitaab ko.</w:t>
      </w:r>
    </w:p>
    <w:p>
      <w:pPr>
        <w:jc w:val="right"/>
      </w:pPr>
      <w:r>
        <w:t>تو انہوں نے 24 زبانوں میں اس کتاب کو انٹرنیٹ پر اپلوڈ کر دیا۔ 93 پیجز کی اس کتاب کو۔</w:t>
      </w:r>
    </w:p>
    <w:p>
      <w:r>
        <w:rPr>
          <w:b/>
        </w:rPr>
        <w:t xml:space="preserve">[21:34] </w:t>
      </w:r>
      <w:r>
        <w:t>is ka title tha "from dictatorship to democracy". kaha jata hai isi kitaab ne trigger kiya. main kehta hoon ke is kitaab ne trigger kiya to khud quran ne kyun trigger nahi kiya?</w:t>
      </w:r>
    </w:p>
    <w:p>
      <w:pPr>
        <w:jc w:val="right"/>
      </w:pPr>
      <w:r>
        <w:t>اس کا ٹائٹل تھا "فرام ڈکٹیٹرشپ ٹو ڈیموکریسی"۔ کہا جاتا ہے اسی کتاب نے ٹریگر کیا۔ میں کہتا ہوں کہ اس کتاب نے ٹریگر کیا تو خود قرآن نے کیوں ٹریگر نہیں کیا؟</w:t>
      </w:r>
    </w:p>
    <w:p>
      <w:r>
        <w:rPr>
          <w:b/>
        </w:rPr>
        <w:t xml:space="preserve">[21:50] </w:t>
      </w:r>
      <w:r>
        <w:t>yeh bhi sawal hai na? quran bhi maujood tha un ke paas. is mein likha hua tha "al sulh khair". is ka matlab hai "from violence to peace".</w:t>
      </w:r>
    </w:p>
    <w:p>
      <w:pPr>
        <w:jc w:val="right"/>
      </w:pPr>
      <w:r>
        <w:t>یہ بھی سوال ہے نا؟ قرآن بھی موجود تھا ان کے پاس۔ اس میں لکھا ہوا تھا "الصلح خیر"۔ اس کا مطلب ہے "فرام وائلنس ٹو پیس"۔</w:t>
      </w:r>
    </w:p>
    <w:p>
      <w:r>
        <w:rPr>
          <w:b/>
        </w:rPr>
        <w:t xml:space="preserve">[22:01] </w:t>
      </w:r>
      <w:r>
        <w:t>to "from dictatorship to democracy" aur trigger kar diya un ko. aur doosri jo maujood tha un ke paas quran ki shakal mein, hadith ki shakal mein, sunnat rasool ki shakal mein.</w:t>
      </w:r>
    </w:p>
    <w:p>
      <w:pPr>
        <w:jc w:val="right"/>
      </w:pPr>
      <w:r>
        <w:t>تو "فرام ڈکٹیٹرشپ ٹو ڈیموکریسی" اور ٹریگر کر دیا ان کو۔ اور دوسری جو موجود تھا ان کے پاس قرآن کی شکل میں، حدیث کی شکل میں، سنت رسول کی شکل میں۔</w:t>
      </w:r>
    </w:p>
    <w:p>
      <w:r>
        <w:rPr>
          <w:b/>
        </w:rPr>
        <w:t xml:space="preserve">[22:14] </w:t>
      </w:r>
      <w:r>
        <w:t>"from violence to peace". is ko trigger kyun nahi kiya? yaani matlab yeh tha ke tum ko sab kuch mila hua hai to da'wati kaam karo.</w:t>
      </w:r>
    </w:p>
    <w:p>
      <w:pPr>
        <w:jc w:val="right"/>
      </w:pPr>
      <w:r>
        <w:t>"فرام وائلنس ٹو پیس"۔ اس کو ٹریگر کیوں نہیں کیا؟ یعنی مطلب یہ تھا کہ تم کو سب کچھ ملا ہوا ہے تو دعوتی کام کرو۔</w:t>
      </w:r>
    </w:p>
    <w:p>
      <w:r>
        <w:rPr>
          <w:b/>
        </w:rPr>
        <w:t xml:space="preserve">[22:27] </w:t>
      </w:r>
      <w:r>
        <w:t>education mein jao. social reform karo. society ko acha banao. yeh sab kaam karo.</w:t>
      </w:r>
    </w:p>
    <w:p>
      <w:pPr>
        <w:jc w:val="right"/>
      </w:pPr>
      <w:r>
        <w:t>ایجوکیشن میں جاؤ۔ سوشل ریفارم کرو۔ سوسائٹی کو اچھا بناؤ۔ یہ سب کام کرو۔</w:t>
      </w:r>
    </w:p>
    <w:p>
      <w:r>
        <w:rPr>
          <w:b/>
        </w:rPr>
        <w:t xml:space="preserve">[22:39] </w:t>
      </w:r>
      <w:r>
        <w:t>yeh sab chhod kar ke bas political opposition, political revolt, anti authority hangame phir kyun chale gaye?</w:t>
      </w:r>
    </w:p>
    <w:p>
      <w:pPr>
        <w:jc w:val="right"/>
      </w:pPr>
      <w:r>
        <w:t>یہ سب چھوڑ کر کے بس پولیٹیکل اپوزیشن، پولیٹیکل ریولٹ، اینٹی اتھارٹی ہنگامے پھر کیوں چلے گئے؟</w:t>
      </w:r>
    </w:p>
    <w:p>
      <w:r>
        <w:rPr>
          <w:b/>
        </w:rPr>
        <w:t xml:space="preserve">[22:52] </w:t>
      </w:r>
      <w:r>
        <w:t>kyun? yeh saada baat nahi hai dekhiye. asal cheez yeh hai ke hamari society mein, hamare gharon mein charcha kis cheez ka hota hai is par depend karta hai.</w:t>
      </w:r>
    </w:p>
    <w:p>
      <w:pPr>
        <w:jc w:val="right"/>
      </w:pPr>
      <w:r>
        <w:t>کیوں؟ یہ سادہ بات نہیں ہے دیکھیے۔ اصل چیز یہ ہے کہ ہماری سوسائٹی میں، ہمارے گھروں میں چرچہ کس چیز کا ہوتا ہے اس پر ڈیپینڈ کرتا ہے۔</w:t>
      </w:r>
    </w:p>
    <w:p>
      <w:r>
        <w:rPr>
          <w:b/>
        </w:rPr>
        <w:t xml:space="preserve">[23:03] </w:t>
      </w:r>
      <w:r>
        <w:t>to wahan par kya tha? charcha jo tha aadmi sochta kis cheez par, ghar mein kya baatein karta hai. aapas mein kis baat ka zyada zikr hota hai?</w:t>
      </w:r>
    </w:p>
    <w:p>
      <w:pPr>
        <w:jc w:val="right"/>
      </w:pPr>
      <w:r>
        <w:t>تو وہاں پر کیا تھا؟ چرچہ جو تھا آدمی سوچتا کس چیز پر، گھر میں کیا باتیں کرتا ہے۔ آپس میں کس بات کا زیادہ ذکر ہوتا ہے؟</w:t>
      </w:r>
    </w:p>
    <w:p>
      <w:r>
        <w:rPr>
          <w:b/>
        </w:rPr>
        <w:t xml:space="preserve">[23:13] </w:t>
      </w:r>
      <w:r>
        <w:t>woh yahi ke dekho bhai hamein azadi nahi mili hui hai.</w:t>
      </w:r>
    </w:p>
    <w:p>
      <w:pPr>
        <w:jc w:val="right"/>
      </w:pPr>
      <w:r>
        <w:t>وہ یہی کہ دیکھو بھئی ہمیں آزادی نہیں ملی ہوئی ہے۔</w:t>
      </w:r>
    </w:p>
    <w:p>
      <w:r>
        <w:rPr>
          <w:b/>
        </w:rPr>
        <w:t xml:space="preserve">[23:19] </w:t>
      </w:r>
      <w:r>
        <w:t>yaani khana peena mil raha hai, ghar mil raha hai, car mili hui hai, sab kuch mila hua hai. is ka charcha nahi. matlab shukr ka charcha, shukr ke item ka charcha nahi, nashukri ke item ka charcha.</w:t>
      </w:r>
    </w:p>
    <w:p>
      <w:pPr>
        <w:jc w:val="right"/>
      </w:pPr>
      <w:r>
        <w:t>یعنی کھانا پینا مل رہا ہے، گھر مل رہا ہے، کار ملی ہوئی ہے، سب کچھ ملا ہوا ہے۔ اس کا چرچہ نہیں۔ مطلب شکر کا چرچہ، شکر کے آئٹم کا چرچہ نہیں، ناشکری کے آئٹم کا چرچہ۔</w:t>
      </w:r>
    </w:p>
    <w:p>
      <w:r>
        <w:rPr>
          <w:b/>
        </w:rPr>
        <w:t xml:space="preserve">[23:33] </w:t>
      </w:r>
      <w:r>
        <w:t>yahan bhi hai, har jagah yahi hai. isi liye bhadak uthte hain log. aap ghor kijiye kya wajah hai? CM Jude ne likhi hai yeh baat "modern victims" mein.</w:t>
      </w:r>
    </w:p>
    <w:p>
      <w:pPr>
        <w:jc w:val="right"/>
      </w:pPr>
      <w:r>
        <w:t>یہاں بھی ہے، ہر جگہ یہی ہے۔ اسی لیے بھڑک اٹھتے ہیں لوگ۔ آپ غور کیجیے کیا وجہ ہے؟ سی ایم جوڈ نے لکھی ہے یہ بات "ماڈرن وکٹنس" میں۔</w:t>
      </w:r>
    </w:p>
    <w:p>
      <w:r>
        <w:rPr>
          <w:b/>
        </w:rPr>
        <w:t xml:space="preserve">[23:45] </w:t>
      </w:r>
      <w:r>
        <w:t>is ki kitaab hai "modern victims" ke kyun bhadak uthte hain log? yaani mohabbat ki baat par bhadakte nahi. koi positive message ho to nahi bhadkeinge.</w:t>
      </w:r>
    </w:p>
    <w:p>
      <w:pPr>
        <w:jc w:val="right"/>
      </w:pPr>
      <w:r>
        <w:t>اس کی کتاب ہے "ماڈرن وکٹنس" کہ کیوں بھڑک اٹھتے ہیں لوگ؟ یعنی محبت کی بات پر بھڑکتے نہیں۔ کوئی پازیٹیو میسج ہو تو نہیں بھڑکیں گے۔</w:t>
      </w:r>
    </w:p>
    <w:p>
      <w:r>
        <w:rPr>
          <w:b/>
        </w:rPr>
        <w:t xml:space="preserve">[23:54] </w:t>
      </w:r>
      <w:r>
        <w:t>lekin agar koi negative baat ho, kisi ke khilaf ho to log bhadak uthte hain aur sadkon par aa jate hain. to is ne yeh baat likhi hai.</w:t>
      </w:r>
    </w:p>
    <w:p>
      <w:pPr>
        <w:jc w:val="right"/>
      </w:pPr>
      <w:r>
        <w:t>لیکن اگر کوئی نیگیٹیو بات ہو، کسی کے خلاف ہو تو لوگ بھڑک اٹھتے ہیں اور سڑکوں پر آ جاتے ہیں۔ تو اس نے یہ بات لکھی ہے۔</w:t>
      </w:r>
    </w:p>
    <w:p>
      <w:r>
        <w:rPr>
          <w:b/>
        </w:rPr>
        <w:t xml:space="preserve">[24:05] </w:t>
      </w:r>
      <w:r>
        <w:t>to yeh jo ho raha hai popular revolt yeh sabit karta hai ke log khuda ke shukr mein nahi jee rahe the. insaan ko le kar nashukri mein jee rahe the.</w:t>
      </w:r>
    </w:p>
    <w:p>
      <w:pPr>
        <w:jc w:val="right"/>
      </w:pPr>
      <w:r>
        <w:t>تو یہ جو ہو رہا ہے پاپولر ریولٹ یہ ثابت کرتا ہے کہ لوگ خدا کے شکر میں نہیں جی رہے تھے۔ انسان کو لے کر ناشکری میں جی رہے تھے۔</w:t>
      </w:r>
    </w:p>
    <w:p>
      <w:r>
        <w:rPr>
          <w:b/>
        </w:rPr>
        <w:t xml:space="preserve">[24:17] </w:t>
      </w:r>
      <w:r>
        <w:t>yaani Satan ke influence mein jee rahe the. angels ke influence mein nahi jee rahe the.</w:t>
      </w:r>
    </w:p>
    <w:p>
      <w:pPr>
        <w:jc w:val="right"/>
      </w:pPr>
      <w:r>
        <w:t>یعنی سیٹن کے انفلوئنس میں جی رہے تھے۔ اینجلز کے انفلوئنس میں نہیں جی رہے تھے۔</w:t>
      </w:r>
    </w:p>
    <w:p>
      <w:r>
        <w:rPr>
          <w:b/>
        </w:rPr>
        <w:t xml:space="preserve">[24:29] </w:t>
      </w:r>
      <w:r>
        <w:t>warna woh bohat hi ajeeb baat hai ke doosri cheezein bhi wahan se maujood thin. jaise Hasan Huthaymi ne kitaab likhi thi "Da'wah li Qudat".</w:t>
      </w:r>
    </w:p>
    <w:p>
      <w:pPr>
        <w:jc w:val="right"/>
      </w:pPr>
      <w:r>
        <w:t>ورنہ وہ بہت ہی عجیب بات ہے کہ دوسری چیزیں بھی وہاں سے موجود تھیں۔ جیسے حسن حذیبی نے کتاب لکھی تھی "دعوت لا قضات"۔</w:t>
      </w:r>
    </w:p>
    <w:p>
      <w:r>
        <w:rPr>
          <w:b/>
        </w:rPr>
        <w:t xml:space="preserve">[24:42] </w:t>
      </w:r>
      <w:r>
        <w:t>woh yahi baat hai.</w:t>
      </w:r>
    </w:p>
    <w:p>
      <w:pPr>
        <w:jc w:val="right"/>
      </w:pPr>
      <w:r>
        <w:t>وہ یہی بات ہے۔</w:t>
      </w:r>
    </w:p>
    <w:p>
      <w:r>
        <w:rPr>
          <w:b/>
        </w:rPr>
        <w:t xml:space="preserve">[24:46] </w:t>
      </w:r>
      <w:r>
        <w:t>to hukmaran nahi balke da'i. hamara kaam yeh nahi ke hukmaran banein hum. hamara kaam hai ke hum da'i ka role ada karein. yeh is liye kyun nahi trigger kiya?</w:t>
      </w:r>
    </w:p>
    <w:p>
      <w:pPr>
        <w:jc w:val="right"/>
      </w:pPr>
      <w:r>
        <w:t>تو حکمران نہیں بلکہ داعی۔ ہمارا کام یہ نہیں کہ حکمران بنیں ہم۔ ہمارا کام ہے کہ ہم داعی کا رول ادا کریں۔ یہ اس لیے کیوں نہیں ٹریگر کیا؟</w:t>
      </w:r>
    </w:p>
    <w:p>
      <w:r>
        <w:rPr>
          <w:b/>
        </w:rPr>
        <w:t xml:space="preserve">[24:57] </w:t>
      </w:r>
      <w:r>
        <w:t>aur is kitaab mein trigger kar diya? to cheez yeh hai ke aap jis tarah ki soch mein jeete hon, jis tarah ke sentiment mein jeete hon, rozana aap apne mehfil mein, majlis mein jis ka charcha karte hon,</w:t>
      </w:r>
    </w:p>
    <w:p>
      <w:pPr>
        <w:jc w:val="right"/>
      </w:pPr>
      <w:r>
        <w:t>اور اس کتاب میں ٹریگر کر دیا؟ تو چیز یہ ہے کہ آپ جس طرح کی سوچ میں جیتے ہوں، جس طرح کے سینٹیمنٹ میں جیتے ہوں، روزانہ آپ اپنے محفل میں، مجلس میں جس کا چرچہ کرتے ہوں،</w:t>
      </w:r>
    </w:p>
    <w:p>
      <w:r>
        <w:rPr>
          <w:b/>
        </w:rPr>
        <w:t xml:space="preserve">[25:12] </w:t>
      </w:r>
      <w:r>
        <w:t>jo cheez aap ke mind mein bhari hui ho, aap ke dil mein bhari hui ho, us se bhadkenge aap. to aman ki baat par nahi bhadke, dawat ki baat par nahi bhadke,</w:t>
      </w:r>
    </w:p>
    <w:p>
      <w:pPr>
        <w:jc w:val="right"/>
      </w:pPr>
      <w:r>
        <w:t>جو چیز آپ کے مائنڈ میں بھری ہوئی ہو، آپ کے دل میں بھری ہوئی ہو، اس سے بھڑکیں گے آپ۔ تو امن کی بات پر نہیں بھڑکے، دعوت کی بات پر نہیں بھڑکے،</w:t>
      </w:r>
    </w:p>
    <w:p>
      <w:r>
        <w:rPr>
          <w:b/>
        </w:rPr>
        <w:t xml:space="preserve">[25:26] </w:t>
      </w:r>
      <w:r>
        <w:t>mohabbat ki baat par nahi bhadke, aur us par bhadak uthe. to yeh is baat ka ek sign hai, is baat ki ek alamat hai ke is zamane ke musalman jo hain woh satan ke influence mein jee rahe hain.</w:t>
      </w:r>
    </w:p>
    <w:p>
      <w:pPr>
        <w:jc w:val="right"/>
      </w:pPr>
      <w:r>
        <w:t>محبت کی بات پر نہیں بھڑکے، اور اس پر بھڑک اٹھے۔ تو یہ اس بات کا ایک سائن ہے، اس بات کی ایک علامت ہے کہ اس زمانے کے مسلمان جو ہیں وہ سیٹن کے انفلوئنس میں جی رہے ہیں۔</w:t>
      </w:r>
    </w:p>
    <w:p>
      <w:r>
        <w:rPr>
          <w:b/>
        </w:rPr>
        <w:t xml:space="preserve">[25:43] </w:t>
      </w:r>
      <w:r>
        <w:t>satan jo sikhata hai us ko ghar se seekh lete hain. aur Khuda ke jo paigham hai Quran mein, hadith mein, sunnat mein woh woh nahi, is ka nahi un ko pata hai.</w:t>
      </w:r>
    </w:p>
    <w:p>
      <w:pPr>
        <w:jc w:val="right"/>
      </w:pPr>
      <w:r>
        <w:t>سیٹن جو سکھاتا ہے اس کو گھر سے سیکھ لیتے ہیں۔ اور خدا کے جو پیغام ہے قرآن میں، حدیث میں، سنت میں وہ وہ نہیں، اس کا نہیں ان کو پتہ ہے۔</w:t>
      </w:r>
    </w:p>
    <w:p>
      <w:r>
        <w:rPr>
          <w:b/>
        </w:rPr>
        <w:t xml:space="preserve">[25:55] </w:t>
      </w:r>
      <w:r>
        <w:t>Makkah ka Rasool Allah Sal Allahu Alaihi Wasallam ne Makkah mein jab yaani seventh century ke first quarter mein to kuch Sahaba ne shikayat ki ke hum ko sataya ja raha hai.</w:t>
      </w:r>
    </w:p>
    <w:p>
      <w:pPr>
        <w:jc w:val="right"/>
      </w:pPr>
      <w:r>
        <w:t>مکہ کا رسول اللہ صلی اللہ علیہ وسلم نے مکہ میں جب یعنی سیونتھ سینچری کے فرسٹ کوارٹر میں تو کچھ صحابہ نے شکایت کی کہ ہم کو ستایا جا رہا ہے۔</w:t>
      </w:r>
    </w:p>
    <w:p>
      <w:r>
        <w:rPr>
          <w:b/>
        </w:rPr>
        <w:t xml:space="preserve">[26:07] </w:t>
      </w:r>
      <w:r>
        <w:t>kyun ke Makkah mein us waqt us waqt mushrikeen ka ghalba tha.</w:t>
      </w:r>
    </w:p>
    <w:p>
      <w:pPr>
        <w:jc w:val="right"/>
      </w:pPr>
      <w:r>
        <w:t>کیونکہ مکہ میں اس وقت اس وقت مشرکین کا غلبہ تھا۔</w:t>
      </w:r>
    </w:p>
    <w:p>
      <w:r>
        <w:rPr>
          <w:b/>
        </w:rPr>
        <w:t xml:space="preserve">[26:13] </w:t>
      </w:r>
      <w:r>
        <w:t>Ahl-e-iman ka ghalba nahi tha. to woh satate the kamzor musalmanon ko. to is tarah shikayat ki unhon ne.</w:t>
      </w:r>
    </w:p>
    <w:p>
      <w:pPr>
        <w:jc w:val="right"/>
      </w:pPr>
      <w:r>
        <w:t>اہل ایمان کا غلبہ نہیں تھا۔ تو وہ ستاتے تھے کمزور مسلمانوں کو۔ تو اس طرح شکایت کی انہوں نے۔</w:t>
      </w:r>
    </w:p>
    <w:p>
      <w:r>
        <w:rPr>
          <w:b/>
        </w:rPr>
        <w:t xml:space="preserve">[26:25] </w:t>
      </w:r>
      <w:r>
        <w:t>to aap ne kya farmaya? arz hua hai ke "sabr ya Ali ya Asir".</w:t>
      </w:r>
    </w:p>
    <w:p>
      <w:pPr>
        <w:jc w:val="right"/>
      </w:pPr>
      <w:r>
        <w:t>تو آپ نے کیا فرمایا؟ عرض ہوا ہے کہ "صبر یا علی یاسر"۔</w:t>
      </w:r>
    </w:p>
    <w:p>
      <w:r>
        <w:rPr>
          <w:b/>
        </w:rPr>
        <w:t xml:space="preserve">[26:33] </w:t>
      </w:r>
      <w:r>
        <w:t>sabr karo, sabr karo. kyun ke tum ko jannat milegi. chand din sar kar ke, chand din sabr kar ke abadi jannat milne wali hai.</w:t>
      </w:r>
    </w:p>
    <w:p>
      <w:pPr>
        <w:jc w:val="right"/>
      </w:pPr>
      <w:r>
        <w:t>صبر کرو، صبر کرو۔ کیونکہ تم کو جنت ملے گی۔ چند دن سر کر کے، چند دن صبر کر کے ابدی جنت ملنے والی ہے۔</w:t>
      </w:r>
    </w:p>
    <w:p>
      <w:r>
        <w:rPr>
          <w:b/>
        </w:rPr>
        <w:t xml:space="preserve">[26:43] </w:t>
      </w:r>
      <w:r>
        <w:t>yeh nahi kaha aap ne ke chalo utho, ladna hai humein zalimon se. ikatthe ho jao sab log. hangama hangama karna hai.</w:t>
      </w:r>
    </w:p>
    <w:p>
      <w:pPr>
        <w:jc w:val="right"/>
      </w:pPr>
      <w:r>
        <w:t>یہ نہیں کہا آپ نے کہ چلو اٹھو، لڑنا ہے ہمیں ظالموں سے۔ اکٹھے ہو جاؤ سب لوگ۔ ہنگامہ ہنگامہ کرنا ہے۔</w:t>
      </w:r>
    </w:p>
    <w:p>
      <w:r>
        <w:rPr>
          <w:b/>
        </w:rPr>
        <w:t xml:space="preserve">[26:55] </w:t>
      </w:r>
      <w:r>
        <w:t>yaani wahan par jab shikayatein keen yeh logon ne is tarah ki to aap ne koi negative boli nahi boli. un ke khilaf nafrat nahi phailai.</w:t>
      </w:r>
    </w:p>
    <w:p>
      <w:pPr>
        <w:jc w:val="right"/>
      </w:pPr>
      <w:r>
        <w:t>یعنی وہاں پر جب شکایتیں کیں یہ لوگوں نے اس طرح کی تو آپ نے کوئی نیگیٹیو بولی نہیں بولی۔ ان کے خلاف نفرت نہیں پھیلائی۔</w:t>
      </w:r>
    </w:p>
    <w:p>
      <w:r>
        <w:rPr>
          <w:b/>
        </w:rPr>
        <w:t xml:space="preserve">[27:05] </w:t>
      </w:r>
      <w:r>
        <w:t>un ke khilaf hangama khara karne ke liye nahi kaha kisi ko. un ke khilaf ladne ke liye nahi kaha. farmaya ke "sabr ya Ali ya Asir".</w:t>
      </w:r>
    </w:p>
    <w:p>
      <w:pPr>
        <w:jc w:val="right"/>
      </w:pPr>
      <w:r>
        <w:t>ان کے خلاف ہنگامہ کھڑا کرنے کے لیے نہیں کہا کسی کو۔ ان کے خلاف لڑنے کے لیے نہیں کہا۔ فرمایا کہ "صبر یا علی یاسر"۔</w:t>
      </w:r>
    </w:p>
    <w:p>
      <w:r>
        <w:rPr>
          <w:b/>
        </w:rPr>
        <w:t xml:space="preserve">[27:18] </w:t>
      </w:r>
      <w:r>
        <w:t>sabr se kaam lo, patience se kaam lo.</w:t>
      </w:r>
    </w:p>
    <w:p>
      <w:pPr>
        <w:jc w:val="right"/>
      </w:pPr>
      <w:r>
        <w:t>صبر سے کام لو، پیشن سے کام لو۔</w:t>
      </w:r>
    </w:p>
    <w:p>
      <w:r>
        <w:rPr>
          <w:b/>
        </w:rPr>
        <w:t xml:space="preserve">[27:24] </w:t>
      </w:r>
      <w:r>
        <w:t>in jalan ko nazar andaaz karo. kyun ke tum ko to bohat bari cheez milne wali hai. aur woh jannat hai. yaani ek paisa kho kar ke tum trillion, trillion, trillion dollar paane wale ho.</w:t>
      </w:r>
    </w:p>
    <w:p>
      <w:pPr>
        <w:jc w:val="right"/>
      </w:pPr>
      <w:r>
        <w:t>ان جلن کو نظر انداز کرو۔ کیونکہ تم کو تو بہت بڑی چیز ملنے والی ہے۔ اور وہ جنت ہے۔ یعنی ایک پیسہ کھو کر کے تم ٹریلین، ٹریلین، ٹریلین ڈالر پانے والے ہو۔</w:t>
      </w:r>
    </w:p>
    <w:p>
      <w:r>
        <w:rPr>
          <w:b/>
        </w:rPr>
        <w:t xml:space="preserve">[27:39] </w:t>
      </w:r>
      <w:r>
        <w:t>to aap ne focus ko hata diya. yaani nashukri se hata kar shukr par daal diya focus ko. yaani woh log jo hain jo Makkah mein sataya ja rahe the to us se nashukri paida ho rahi thi.</w:t>
      </w:r>
    </w:p>
    <w:p>
      <w:pPr>
        <w:jc w:val="right"/>
      </w:pPr>
      <w:r>
        <w:t>تو آپ نے فوکس کو ہٹا دیا۔ یعنی ناشکری سے ہٹا کر شکر پر ڈال دیا فوکس کو۔ یعنی وہ لوگ جو ہیں جو مکہ میں ستایا جا رہے تھے تو اس سے ناشکری پیدا ہو رہی تھی۔</w:t>
      </w:r>
    </w:p>
    <w:p>
      <w:r>
        <w:rPr>
          <w:b/>
        </w:rPr>
        <w:t xml:space="preserve">[27:53] </w:t>
      </w:r>
      <w:r>
        <w:t>ghussa aa raha tha, nafrat aa rahi thi. negative sentiment aa rahe the. us se har focus, focus hata diya aap ne. focus jannat ki taraf daal diya.</w:t>
      </w:r>
    </w:p>
    <w:p>
      <w:pPr>
        <w:jc w:val="right"/>
      </w:pPr>
      <w:r>
        <w:t>غصہ آ رہا تھا، نفرت آ رہی تھی۔ نیگیٹیو سینٹیمنٹ آ رہے تھے۔ اس سے ہر فوکس، فوکس ہٹا دیا آپ نے۔ فوکس جنت کی طرف ڈال دیا۔</w:t>
      </w:r>
    </w:p>
    <w:p>
      <w:r>
        <w:rPr>
          <w:b/>
        </w:rPr>
        <w:t xml:space="preserve">[28:03] </w:t>
      </w:r>
      <w:r>
        <w:t>yeh hai Rasool Allah Sal Allahu Alaihi Wasallam ka namuna.</w:t>
      </w:r>
    </w:p>
    <w:p>
      <w:pPr>
        <w:jc w:val="right"/>
      </w:pPr>
      <w:r>
        <w:t>یہ ہے رسول اللہ صلی اللہ علیہ وسلم کا نمونہ۔</w:t>
      </w:r>
    </w:p>
    <w:p>
      <w:r>
        <w:rPr>
          <w:b/>
        </w:rPr>
        <w:t xml:space="preserve">[28:09] </w:t>
      </w:r>
      <w:r>
        <w:t>to yahi to un ke paas Quran tha, un ke paas hadith thi, un ke paas Rasool Allah ki sunnat thi. woh woh bhi to bata rahi thi sab baatein. to American scholar ki kitaab jo hai us ko, us ko, us ko is ne trigger kar diya.</w:t>
      </w:r>
    </w:p>
    <w:p>
      <w:pPr>
        <w:jc w:val="right"/>
      </w:pPr>
      <w:r>
        <w:t>تو یہی تو ان کے پاس قرآن تھا، ان کے پاس حدیث تھی، ان کے پاس رسول اللہ کی سنت تھی۔ وہ وہ بھی تو بتا رہی تھی سب باتیں۔ تو امریکن اسکالر کی کتاب جو ہے اس کو، اس کو، اس کو اس نے ٹریگر کر دیا۔</w:t>
      </w:r>
    </w:p>
    <w:p>
      <w:r>
        <w:rPr>
          <w:b/>
        </w:rPr>
        <w:t xml:space="preserve">[28:23] </w:t>
      </w:r>
      <w:r>
        <w:t>isi ek isi tarah ke sentiment mein jee rahe the. agar woh positive sentiment mein jeete to Quran o hadith se trigger hote.</w:t>
      </w:r>
    </w:p>
    <w:p>
      <w:pPr>
        <w:jc w:val="right"/>
      </w:pPr>
      <w:r>
        <w:t>اسی ایک اسی طرح کے سینٹیمنٹ میں جی رہے تھے۔ اگر وہ پازیٹیو سینٹیمنٹ میں جیتے تو قرآن و حدیث سے ٹریگر ہوتے۔</w:t>
      </w:r>
    </w:p>
    <w:p>
      <w:r>
        <w:rPr>
          <w:b/>
        </w:rPr>
        <w:t xml:space="preserve">[28:32] </w:t>
      </w:r>
      <w:r>
        <w:t>woh jee rahe the, woh shikayat ki nafsiyat mein, nafrat ki nafsiyat mein. to phir yeh kitaab trigger kar gayi "from dictatorship to democracy".</w:t>
      </w:r>
    </w:p>
    <w:p>
      <w:pPr>
        <w:jc w:val="right"/>
      </w:pPr>
      <w:r>
        <w:t>وہ جی رہے تھے، وہ شکایت کی نفسیات میں، نفرت کی نفسیات میں۔ تو پھر یہ کتاب ٹریگر کر گئی "فرام ڈکٹیٹرشپ ٹو ڈیموکریسی"۔</w:t>
      </w:r>
    </w:p>
    <w:p>
      <w:r>
        <w:rPr>
          <w:b/>
        </w:rPr>
        <w:t xml:space="preserve">[28:47] </w:t>
      </w:r>
      <w:r>
        <w:t>democracy kya hai? democracy ko itna barha diya gaya hai ke ek kitaab mein ne parhi, moti si kitaab, bohat zabardast se analysis kiya tha democracy ka.</w:t>
      </w:r>
    </w:p>
    <w:p>
      <w:pPr>
        <w:jc w:val="right"/>
      </w:pPr>
      <w:r>
        <w:t>ڈیموکریسی کیا ہے؟ ڈیموکریسی کو اتنا بڑھا دیا گیا ہے کہ ایک کتاب میں نے پڑھی، موٹی سی کتاب، بہت زبردست سے انالیسز کیا تھا ڈیموکریسی کا۔</w:t>
      </w:r>
    </w:p>
    <w:p>
      <w:r>
        <w:rPr>
          <w:b/>
        </w:rPr>
        <w:t xml:space="preserve">[29:01] </w:t>
      </w:r>
      <w:r>
        <w:t>is mein is ne kaha ke kaha yeh jata hai, democracy ko is tarah se define kiya jata hai ke "government of the people by the people for the people".</w:t>
      </w:r>
    </w:p>
    <w:p>
      <w:pPr>
        <w:jc w:val="right"/>
      </w:pPr>
      <w:r>
        <w:t>اس میں اس نے کہا کہ کہا یہ جاتا ہے، ڈیموکریسی کو اس طرح سے ڈیفائن کیا جاتا ہے کہ "گورنمنٹ آف دا پیپل بائے دا پیپل فار دا پیپل"۔</w:t>
      </w:r>
    </w:p>
    <w:p>
      <w:r>
        <w:rPr>
          <w:b/>
        </w:rPr>
        <w:t xml:space="preserve">[29:11] </w:t>
      </w:r>
      <w:r>
        <w:t>magar people kahan rule karte hain?</w:t>
      </w:r>
    </w:p>
    <w:p>
      <w:pPr>
        <w:jc w:val="right"/>
      </w:pPr>
      <w:r>
        <w:t>مگر پیپل کہاں رول کرتے ہیں؟</w:t>
      </w:r>
    </w:p>
    <w:p>
      <w:r>
        <w:rPr>
          <w:b/>
        </w:rPr>
        <w:t xml:space="preserve">[29:15] </w:t>
      </w:r>
      <w:r>
        <w:t>ek kuch log jo elect hote hain election mein, woh thore se hote hain, wahi rule karte hain. woh</w:t>
      </w:r>
    </w:p>
    <w:p>
      <w:pPr>
        <w:jc w:val="right"/>
      </w:pPr>
      <w:r>
        <w:t>ایک کچھ لوگ جو الیکٹ ہوتے ہیں الیکشن میں، وہ تھوڑے سے ہوتے ہیں، وہی رول کرتے ہیں۔ وہ</w:t>
      </w:r>
    </w:p>
    <w:p>
      <w:r>
        <w:rPr>
          <w:b/>
        </w:rPr>
        <w:t xml:space="preserve">[29:25] </w:t>
      </w:r>
      <w:r>
        <w:t>so called majority jo hai woh rule karti hai. to kehna yeh chahiye ke "government of the majority by the majority for the majority". to is ne mazaq uraya tha democracy ka.</w:t>
      </w:r>
    </w:p>
    <w:p>
      <w:pPr>
        <w:jc w:val="right"/>
      </w:pPr>
      <w:r>
        <w:t>سو کالڈ میجورٹی جو ہے وہ رول کرتی ہے۔ تو کہنا یہ چاہیے کہ "گورنمنٹ آف دا میجورٹی بائے دا میجورٹی فار دی میجورٹی"۔ تو اس نے مذاق اڑایا تھا ڈیموکریسی کا۔</w:t>
      </w:r>
    </w:p>
    <w:p>
      <w:r>
        <w:rPr>
          <w:b/>
        </w:rPr>
        <w:t xml:space="preserve">[29:36] </w:t>
      </w:r>
      <w:r>
        <w:t>british scholar tha woh. aur haqeeqat yahi hai aap dunya mein jahan bhi dekh lijiye, saare log to rule karte hain. kya saare log seat, government ki seat par baithe rehte hain?</w:t>
      </w:r>
    </w:p>
    <w:p>
      <w:pPr>
        <w:jc w:val="right"/>
      </w:pPr>
      <w:r>
        <w:t>برٹش اسکالر تھا وہ۔ اور حقیقت یہی ہے آپ دنیا میں جہاں بھی دیکھ لیجیے، سارے لوگ تو رول کرتے ہیں۔ کیا سارے لوگ سیٹ، گورنمنٹ کی سیٹ پر بیٹھے رہتے ہیں؟</w:t>
      </w:r>
    </w:p>
    <w:p>
      <w:r>
        <w:rPr>
          <w:b/>
        </w:rPr>
        <w:t xml:space="preserve">[29:49] </w:t>
      </w:r>
      <w:r>
        <w:t>koi ek aadmi hota hai jiske paas authority hoti hai, wahi rule karta hai. yaani baqi log phir bhi subject hi rehte hain.</w:t>
      </w:r>
    </w:p>
    <w:p>
      <w:pPr>
        <w:jc w:val="right"/>
      </w:pPr>
      <w:r>
        <w:t>کوئی ایک آدمی ہوتا ہے جس کے پاس اتھارٹی ہوتی ہے، وہی رول کرتا ہے۔ یعنی باقی لوگ پھر بھی سبجیکٹ ہی رہتے ہیں۔</w:t>
      </w:r>
    </w:p>
    <w:p>
      <w:r>
        <w:rPr>
          <w:b/>
        </w:rPr>
        <w:t xml:space="preserve">[30:01] </w:t>
      </w:r>
      <w:r>
        <w:t>to difference sirf ek hua hai ke king jo hota tha, ke life long woh rehta tha. woh ab jo hai woh paanch saal ke baad election hota hai. itna farq hua hai. kyunke agar democracy ho ya kingship ho, aap ko behal kisi ke mahtahat ban kar rehna hai.</w:t>
      </w:r>
    </w:p>
    <w:p>
      <w:pPr>
        <w:jc w:val="right"/>
      </w:pPr>
      <w:r>
        <w:t>تو ڈیفرنس صرف ایک ہوا ہے کہ کنگ جو ہوتا تھا، کہ لائف لانگ وہ رہتا تھا۔ وہ اب جو ہے وہ پانچ سال کے بعد الیکشن ہوتا ہے۔ اتنا فرق ہوا ہے۔ کیونکہ اگر ڈیموکریسی ہو یا کنگ شپ ہو، آپ کو بہرحال کسی کے ماتحت بن کر رہنا ہے۔</w:t>
      </w:r>
    </w:p>
    <w:p>
      <w:r>
        <w:rPr>
          <w:b/>
        </w:rPr>
        <w:t xml:space="preserve">[30:21] </w:t>
      </w:r>
      <w:r>
        <w:t>to aap yeh mat dekhiye ke political seat par main hoon ya koi doosra hai. yeh dekhiye ke mujh ko kya opportunities mili hui hain. to aap dekhein ke sab kuch mila hua hai.</w:t>
      </w:r>
    </w:p>
    <w:p>
      <w:pPr>
        <w:jc w:val="right"/>
      </w:pPr>
      <w:r>
        <w:t>تو آپ یہ مت دیکھیے کہ پولیٹیکل سیٹ پر میں ہوں یا کوئی دوسرا ہے۔ یہ دیکھیے کہ مجھ کو کیا اپرچونیٹیز ملی ہوئی ہیں۔ تو آپ دیکھیں کہ سب کچھ ملا ہوا ہے۔</w:t>
      </w:r>
    </w:p>
    <w:p>
      <w:r>
        <w:rPr>
          <w:b/>
        </w:rPr>
        <w:t xml:space="preserve">[30:34] </w:t>
      </w:r>
      <w:r>
        <w:t>hum log jahan baithe hue hain, hum hi ko sab kuch mila hua hai. haalanke hum political power hamare paas nahi hai. to political power ki zaroorat kya hai?</w:t>
      </w:r>
    </w:p>
    <w:p>
      <w:pPr>
        <w:jc w:val="right"/>
      </w:pPr>
      <w:r>
        <w:t>ہم لوگ جہاں بیٹھے ہوئے ہیں، ہم ہی کو سب کچھ ملا ہوا ہے۔ حالانکہ ہم پولیٹیکل پاور ہمارے پاس نہیں ہے۔ تو پولیٹیکل پاور کی ضرورت کیا ہے؟</w:t>
      </w:r>
    </w:p>
    <w:p>
      <w:r>
        <w:rPr>
          <w:b/>
        </w:rPr>
        <w:t xml:space="preserve">[30:44] </w:t>
      </w:r>
      <w:r>
        <w:t>political power to main bataoon ke headache hai. headache. jo log hote hain political seat par, unke halaat ko padhiye. subah shaam woh headache mein jeete hain.</w:t>
      </w:r>
    </w:p>
    <w:p>
      <w:pPr>
        <w:jc w:val="right"/>
      </w:pPr>
      <w:r>
        <w:t>پولیٹیکل پاور تو میں بتاؤں کہ ہیڈیک ہے۔ ہیڈیک۔ جو لوگ ہوتے ہیں پولیٹیکل سیٹ پر، ان کے حالات کو پڑھیے۔ صبح شام وہ ہیڈیک میں جیتے ہیں۔</w:t>
      </w:r>
    </w:p>
    <w:p>
      <w:r>
        <w:rPr>
          <w:b/>
        </w:rPr>
        <w:t xml:space="preserve">[30:56] </w:t>
      </w:r>
      <w:r>
        <w:t>ek lamha bhi unhein peace of mind nahi.</w:t>
      </w:r>
    </w:p>
    <w:p>
      <w:pPr>
        <w:jc w:val="right"/>
      </w:pPr>
      <w:r>
        <w:t>ایک لمحہ بھی انہیں پیس آف مائنڈ نہیں۔</w:t>
      </w:r>
    </w:p>
    <w:p>
      <w:r>
        <w:rPr>
          <w:b/>
        </w:rPr>
        <w:t xml:space="preserve">[31:01] </w:t>
      </w:r>
      <w:r>
        <w:t>ek lamha bhi peace of mind nahi.</w:t>
      </w:r>
    </w:p>
    <w:p>
      <w:pPr>
        <w:jc w:val="right"/>
      </w:pPr>
      <w:r>
        <w:t>ایک لمحہ بھی پیس آف مائنڈ نہیں۔</w:t>
      </w:r>
    </w:p>
    <w:p>
      <w:r>
        <w:rPr>
          <w:b/>
        </w:rPr>
        <w:t xml:space="preserve">[31:06] </w:t>
      </w:r>
      <w:r>
        <w:t>to political seat par baith kar ke headache lene se acha hai ke hum headache free jee rahe hain, sab kaam kar rahe hain, saari opportunities ko avail kar rahe hain.</w:t>
      </w:r>
    </w:p>
    <w:p>
      <w:pPr>
        <w:jc w:val="right"/>
      </w:pPr>
      <w:r>
        <w:t>تو پولیٹیکل سیٹ پر بیٹھ کر کے ہیڈیک لینے سے اچھا ہے کہ ہم ہیڈیک فری جی رہے ہیں، سب کام کر رہے ہیں، ساری اپرچونیٹیز کو اویل کر رہے ہیں۔</w:t>
      </w:r>
    </w:p>
    <w:p>
      <w:r>
        <w:rPr>
          <w:b/>
        </w:rPr>
        <w:t xml:space="preserve">[31:19] </w:t>
      </w:r>
      <w:r>
        <w:t>lekin Satan jo hai woh aisa aggravate karta hai is ek point ko ke dekho political power to hamare paas hai nahi.</w:t>
      </w:r>
    </w:p>
    <w:p>
      <w:pPr>
        <w:jc w:val="right"/>
      </w:pPr>
      <w:r>
        <w:t>لیکن سیٹن جو ہے وہ ایسا ایگریویٹ کرتا ہے اس ایک پوائنٹ کو کہ دیکھو پولیٹیکل پاور تو ہمارے پاس ہے نہیں۔</w:t>
      </w:r>
    </w:p>
    <w:p>
      <w:r>
        <w:rPr>
          <w:b/>
        </w:rPr>
        <w:t xml:space="preserve">[31:28] </w:t>
      </w:r>
      <w:r>
        <w:t>yaani baqi cheezein bhool jata hai woh. aaj insaan.</w:t>
      </w:r>
    </w:p>
    <w:p>
      <w:pPr>
        <w:jc w:val="right"/>
      </w:pPr>
      <w:r>
        <w:t>یعنی باقی چیزیں بھول جاتا ہے وہ۔ آج انسان۔</w:t>
      </w:r>
    </w:p>
    <w:p>
      <w:r>
        <w:rPr>
          <w:b/>
        </w:rPr>
        <w:t xml:space="preserve">[31:35] </w:t>
      </w:r>
      <w:r>
        <w:t>to yeh bohat hi zyada bad sign hai jo is waqt ho raha hai. haqeeqat mein yeh yeh jo hai "from dictatorship to to to democracy" nahi hai.</w:t>
      </w:r>
    </w:p>
    <w:p>
      <w:pPr>
        <w:jc w:val="right"/>
      </w:pPr>
      <w:r>
        <w:t>تو یہ بہت ہی زیادہ بیڈ سائن ہے جو اس وقت ہو رہا ہے۔ حقیقت میں یہ یہ جو ہے "فرام ڈکٹیٹرشپ ٹو ٹو ٹو ڈیموکریسی" نہیں ہے۔</w:t>
      </w:r>
    </w:p>
    <w:p>
      <w:r>
        <w:rPr>
          <w:b/>
        </w:rPr>
        <w:t xml:space="preserve">[31:50] </w:t>
      </w:r>
      <w:r>
        <w:t>yaani balkeh main yeh kahoon ga ke farishton ke influence se Satan ke influence ki taraf. yaani "from angelic influence to satanic influence".</w:t>
      </w:r>
    </w:p>
    <w:p>
      <w:pPr>
        <w:jc w:val="right"/>
      </w:pPr>
      <w:r>
        <w:t>یعنی بلکہ میں یہ کہوں گا کہ فرشتوں کے انفلوئنس سے سیٹن کے انفلوئنس کی طرف۔ یعنی "فرام اینجلک انفلوئنس ٹو سیٹنک انفلوئنس"۔</w:t>
      </w:r>
    </w:p>
    <w:p>
      <w:r>
        <w:rPr>
          <w:b/>
        </w:rPr>
        <w:t xml:space="preserve">[32:07] </w:t>
      </w:r>
      <w:r>
        <w:t>isko Allah taala Rasool Allah Sallallahu Alaihi Wasallam ne aag kaha, political aag. to yeh saare log political aag mein is waqt jal rahe hain.</w:t>
      </w:r>
    </w:p>
    <w:p>
      <w:pPr>
        <w:jc w:val="right"/>
      </w:pPr>
      <w:r>
        <w:t>اس کو اللہ تعالیٰ رسول اللہ صلی اللہ علیہ وسلم نے آگ کہا، پولیٹیکل آگ۔ تو یہ سارے لوگ پولیٹیکل آگ میں اس وقت جل رہے ہیں۔</w:t>
      </w:r>
    </w:p>
    <w:p>
      <w:r>
        <w:rPr>
          <w:b/>
        </w:rPr>
        <w:t xml:space="preserve">[32:18] </w:t>
      </w:r>
      <w:r>
        <w:t>yeh na baghavat hai, na koi, na koi hungama hai. yeh yeh political aag hai. satanic aag hai.</w:t>
      </w:r>
    </w:p>
    <w:p>
      <w:pPr>
        <w:jc w:val="right"/>
      </w:pPr>
      <w:r>
        <w:t>یہ نہ بغاوت ہے، نہ کوئی، نہ کوئی ہنگامہ ہے۔ یہ یہ پولیٹیکل آگ ہے۔ سیٹنک آگ ہے۔</w:t>
      </w:r>
    </w:p>
    <w:p>
      <w:r>
        <w:rPr>
          <w:b/>
        </w:rPr>
        <w:t xml:space="preserve">[32:30] </w:t>
      </w:r>
      <w:r>
        <w:t>to hum sab ko bhi, hum sab bhi chote paimane par isi mein jeete hain. wahan bade paimane par ho raha hai. lekin hamare gharon mein, paros mein, society mein yahi ho raha hai ke ek shikayat ko le kar ke hungama khada kar dete hain.</w:t>
      </w:r>
    </w:p>
    <w:p>
      <w:pPr>
        <w:jc w:val="right"/>
      </w:pPr>
      <w:r>
        <w:t>تو ہم سب کو بھی، ہم سب بھی چھوٹے پیمانے پر اسی میں جیتے ہیں۔ وہاں بڑے پیمانے پر ہو رہا ہے۔ لیکن ہمارے گھروں میں، پڑوس میں، سوسائٹی میں یہی ہو رہا ہے کہ ایک شکایت کو لے کر کے ہنگامہ کھڑا کر دیتے ہیں۔</w:t>
      </w:r>
    </w:p>
    <w:p>
      <w:r>
        <w:rPr>
          <w:b/>
        </w:rPr>
        <w:t xml:space="preserve">[32:50] </w:t>
      </w:r>
      <w:r>
        <w:t>aap akhbar mein padhiye. akhbar jo news hoti hain, sab isi qism ki hoti hain. ke logon ko sab kuch mila hua hai. lekin koi ek cheez jo na mili ho, usi ko le kar hungama karte hain.</w:t>
      </w:r>
    </w:p>
    <w:p>
      <w:pPr>
        <w:jc w:val="right"/>
      </w:pPr>
      <w:r>
        <w:t>آپ اخبار میں پڑھیے۔ اخبار جو نیوز ہوتی ہیں، سب اسی قسم کی ہوتی ہیں۔ کہ لوگوں کو سب کچھ ملا ہوا ہے۔ لیکن کوئی ایک چیز جو نہ ملی ہو، اسی کو لے کر ہنگامہ کرتے ہیں۔</w:t>
      </w:r>
    </w:p>
    <w:p>
      <w:r>
        <w:rPr>
          <w:b/>
        </w:rPr>
        <w:t xml:space="preserve">[33:03] </w:t>
      </w:r>
      <w:r>
        <w:t>yahi to Satan ka kaam tha. Satan ko sab kuch mila hua tha. ek cheez nahi mili hui thi. ke yaani khilafat ki seat jo thi, uske bahar Adam ko mil gayi thi.</w:t>
      </w:r>
    </w:p>
    <w:p>
      <w:pPr>
        <w:jc w:val="right"/>
      </w:pPr>
      <w:r>
        <w:t>یہی تو سیٹن کا کام تھا۔ سیٹن کو سب کچھ ملا ہوا تھا۔ ایک چیز نہیں ملی ہوئی تھی۔ کہ یعنی خلافت کی سیٹ جو تھی، اس کے باہر آدم کو مل گئی تھی۔</w:t>
      </w:r>
    </w:p>
    <w:p>
      <w:r>
        <w:rPr>
          <w:b/>
        </w:rPr>
        <w:t xml:space="preserve">[33:21] </w:t>
      </w:r>
      <w:r>
        <w:t>to yeh is se har aadmi ko tauba karna chahiye. har aadmi ko thoda sochte rehna chahiye. jab bhi aap ke andar koi nafrat aaye, shikayat aaye, protest ka mizaj aaye,</w:t>
      </w:r>
    </w:p>
    <w:p>
      <w:pPr>
        <w:jc w:val="right"/>
      </w:pPr>
      <w:r>
        <w:t>تو یہ اس سے ہر آدمی کو توبہ کرنا چاہیے۔ ہر آدمی کو تھوڑا سوچتے رہنا چاہیے۔ جب بھی آپ کے اندر کوئی نفرت آئے، شکایت آئے، پروٹیسٹ کا مزاج آئے،</w:t>
      </w:r>
    </w:p>
    <w:p>
      <w:r>
        <w:rPr>
          <w:b/>
        </w:rPr>
        <w:t xml:space="preserve">[33:36] </w:t>
      </w:r>
      <w:r>
        <w:t>koi negative think aaye to aap apne aap se sochiye ke yeh kyun? to aap ko pata chalega ke yeh to Satan ke influence mein aa gaya hoon main. is waqt mein Satan ke influence mein aa gaya hoon.</w:t>
      </w:r>
    </w:p>
    <w:p>
      <w:pPr>
        <w:jc w:val="right"/>
      </w:pPr>
      <w:r>
        <w:t>کوئی نیگیٹیو تھنک آئے تو آپ اپنے آپ سے سوچیے کہ یہ کیوں؟ تو آپ کو پتہ چلے گا کہ یہ تو سیٹن کے انفلوئنس میں آ گیا ہوں میں۔ اس وقت میں سیٹن کے انفلوئنس میں آ گیا ہوں۔</w:t>
      </w:r>
    </w:p>
    <w:p>
      <w:r>
        <w:rPr>
          <w:b/>
        </w:rPr>
        <w:t xml:space="preserve">[33:50] </w:t>
      </w:r>
      <w:r>
        <w:t>to aap ko kehna chahiye ke "Allahumma inni aoozu bika minash shaitanir rajeem". "Aoozu billahi minash shaitan" "La hawla wala quwwata illa billahil aliyyil azeem".</w:t>
      </w:r>
    </w:p>
    <w:p>
      <w:pPr>
        <w:jc w:val="right"/>
      </w:pPr>
      <w:r>
        <w:t>تو آپ کو کہنا چاہیے کہ "اللہم انی اعوذ بک من الشیطان الرجیم"۔ "اعوذ باللہ من الشیاطین"۔ "لا حول ولا قوۃ الا باللہ العلی العظیم"۔</w:t>
      </w:r>
    </w:p>
    <w:p>
      <w:r>
        <w:rPr>
          <w:b/>
        </w:rPr>
        <w:t xml:space="preserve">[34:00] </w:t>
      </w:r>
      <w:r>
        <w:t>yeh sab padh kar ke bhagana chahiye aise khayalat ko. le ke aap isi ke peeche pad jaayen. isi ko le kar ke aap organization banayen. isi ke le kar demonstration karen.</w:t>
      </w:r>
    </w:p>
    <w:p>
      <w:pPr>
        <w:jc w:val="right"/>
      </w:pPr>
      <w:r>
        <w:t>یہ سب پڑھ کر کے بھگانا چاہیے ایسے خیالات کو۔ لے کے آپ اسی کے پیچھے پڑ جائیں۔ اسی کو لے کر کے آپ ارگنائزیشن بنائیں۔ اسی کے لے کر ڈیمونسٹریشن کریں۔</w:t>
      </w:r>
    </w:p>
    <w:p>
      <w:r>
        <w:rPr>
          <w:b/>
        </w:rPr>
        <w:t xml:space="preserve">[34:09] </w:t>
      </w:r>
      <w:r>
        <w:t>isi le kar sarkon mein aa jayen. nahi, Shaitan ko bhagaiye uske khilaaf Allah taala ki madad mang kar ke.</w:t>
      </w:r>
    </w:p>
    <w:p>
      <w:pPr>
        <w:jc w:val="right"/>
      </w:pPr>
      <w:r>
        <w:t>اسی لے کر سڑکوں میں آ جائیں۔ نہیں، شیطان کو بھگائیے اس کے خلاف اللہ تعالیٰ کی مدد مانگ کر کے۔</w:t>
      </w:r>
    </w:p>
    <w:p>
      <w:r>
        <w:rPr>
          <w:b/>
        </w:rPr>
        <w:t xml:space="preserve">[34:21] </w:t>
      </w:r>
      <w:r>
        <w:t>to yeh sirf Arabon ka masla nahi hai. har insaan ka masla hai. sab isi qadeem ke saath saath jeete hain. koi chote daire mein, koi bade daire mein. koi political daire mein, koi rozmarra ke daire mein.</w:t>
      </w:r>
    </w:p>
    <w:p>
      <w:pPr>
        <w:jc w:val="right"/>
      </w:pPr>
      <w:r>
        <w:t>تو یہ صرف عربوں کا مسئلہ نہیں ہے۔ ہر انسان کا مسئلہ ہے۔ سب اسی قدیم کے ساتھ ساتھ جیتے ہیں۔ کوئی چھوٹے دائرے میں، کوئی بڑے دائرے میں۔ کوئی پولیٹیکل دائرے میں، کوئی روزمرہ کے دائرے میں۔</w:t>
      </w:r>
    </w:p>
    <w:p>
      <w:r>
        <w:rPr>
          <w:b/>
        </w:rPr>
        <w:t xml:space="preserve">[34:37] </w:t>
      </w:r>
      <w:r>
        <w:t>to main samajhta hoon ke Quran mein yeh baat bohat zyada wazeh hai ke criterion jo hai sahi zindagi, ghalat zindagi ka sirf ek hai.</w:t>
      </w:r>
    </w:p>
    <w:p>
      <w:pPr>
        <w:jc w:val="right"/>
      </w:pPr>
      <w:r>
        <w:t>تو میں سمجھتا ہوں کہ قرآن میں یہ بات بہت زیادہ واضح ہے کہ کرائٹیرین جو ہے صحیح زندگی، غلط زندگی کا صرف ایک ہے۔</w:t>
      </w:r>
    </w:p>
    <w:p>
      <w:r>
        <w:rPr>
          <w:b/>
        </w:rPr>
        <w:t xml:space="preserve">[34:48] </w:t>
      </w:r>
      <w:r>
        <w:t>woh yeh ke aap shukr ke ehsas mein jee rahe hain ya nashukri ke ehsas mein jee rahe hain. yahi hai bas. aur kuch nahi. baqi sab isi ke manifestations hain.</w:t>
      </w:r>
    </w:p>
    <w:p>
      <w:pPr>
        <w:jc w:val="right"/>
      </w:pPr>
      <w:r>
        <w:t>وہ یہ کہ آپ شکر کے احساس میں جی رہے ہیں یا ناشکری کے احساس میں جی رہے ہیں۔ یہی ہے بس۔ اور کچھ نہیں۔ باقی سب اسی کے مینیفیسٹیشنز ہیں۔</w:t>
      </w:r>
    </w:p>
    <w:p>
      <w:r>
        <w:rPr>
          <w:b/>
        </w:rPr>
        <w:t xml:space="preserve">[35:01] </w:t>
      </w:r>
      <w:r>
        <w:t>sab isi ke manifestations hain. agar aap nashukri ke sath jee rahe hain to samjhiye ke aap shaitan ke influence mein aa gaye. agar shukr ke sath jeete hain to matlab yeh to samjhiye ke aap farishte aap ka aap ko sath de rahe hain.</w:t>
      </w:r>
    </w:p>
    <w:p>
      <w:pPr>
        <w:jc w:val="right"/>
      </w:pPr>
      <w:r>
        <w:t>سب اسی کے مینیفیسٹیشنز ہیں۔ اگر آپ ناشکری کے ساتھ جی رہے ہیں تو سمجھیے کہ آپ شیطان کے انفلوئنس میں آ گئے۔ اگر شکر کے ساتھ جیتے ہیں تو مطلب یہ تو سمجھیے کہ آپ فرشتے آپ کا آپ کو ساتھ دے رہے ہیں۔</w:t>
      </w:r>
    </w:p>
    <w:p>
      <w:r>
        <w:rPr>
          <w:b/>
        </w:rPr>
        <w:t xml:space="preserve">[35:18] </w:t>
      </w:r>
      <w:r>
        <w:t>aap farishton ke influence mein jee rahe hain.</w:t>
      </w:r>
    </w:p>
    <w:p>
      <w:pPr>
        <w:jc w:val="right"/>
      </w:pPr>
      <w:r>
        <w:t>آپ فرشتوں کے انفلوئنس میں جی رہے ہیں۔</w:t>
      </w:r>
    </w:p>
    <w:p>
      <w:r>
        <w:rPr>
          <w:b/>
        </w:rPr>
        <w:t xml:space="preserve">[35:24] </w:t>
      </w:r>
      <w:r>
        <w:t>yahi baat jo hai sab zyada sochne ki hai. sab zyada sochne ki yahi baat hai. aur har din, har subah sham aadmi ko chahiye ke apna muhasba kare.</w:t>
      </w:r>
    </w:p>
    <w:p>
      <w:pPr>
        <w:jc w:val="right"/>
      </w:pPr>
      <w:r>
        <w:t>یہی بات جو ہے سب زیادہ سوچنے کی ہے۔ سب زیادہ سوچنے کی یہی بات ہے۔ اور ہر دن، ہر صبح شام آدمی کو چاہیے کہ اپنا محاسبہ کرے۔</w:t>
      </w:r>
    </w:p>
    <w:p>
      <w:r>
        <w:rPr>
          <w:b/>
        </w:rPr>
        <w:t xml:space="preserve">[35:37] </w:t>
      </w:r>
      <w:r>
        <w:t>apna introspection kare.</w:t>
      </w:r>
    </w:p>
    <w:p>
      <w:pPr>
        <w:jc w:val="right"/>
      </w:pPr>
      <w:r>
        <w:t>اپنا انٹروسپیکشن کرے۔</w:t>
      </w:r>
    </w:p>
    <w:p>
      <w:r>
        <w:rPr>
          <w:b/>
        </w:rPr>
        <w:t xml:space="preserve">[35:43] </w:t>
      </w:r>
      <w:r>
        <w:t>hamesha.</w:t>
      </w:r>
    </w:p>
    <w:p>
      <w:pPr>
        <w:jc w:val="right"/>
      </w:pPr>
      <w:r>
        <w:t>ہمیشہ۔</w:t>
      </w:r>
    </w:p>
    <w:p>
      <w:r>
        <w:rPr>
          <w:b/>
        </w:rPr>
        <w:t xml:space="preserve">[35:48] </w:t>
      </w:r>
      <w:r>
        <w:t>aaj mein soch raha tha ke log maut ko kyun nahi sochte? yaani jo hangame hain, sochein ke hum abhi sham ko mar sakte hain to koi hangama na kare.</w:t>
      </w:r>
    </w:p>
    <w:p>
      <w:pPr>
        <w:jc w:val="right"/>
      </w:pPr>
      <w:r>
        <w:t>آج میں سوچ رہا تھا کہ لوگ موت کو کیوں نہیں سوچتے؟ یعنی جو ہنگامے ہیں، سوچیں کہ ہم ابھی شام کو مر سکتے ہیں تو کوئی ہنگامہ نہ کریں۔</w:t>
      </w:r>
    </w:p>
    <w:p>
      <w:r>
        <w:rPr>
          <w:b/>
        </w:rPr>
        <w:t xml:space="preserve">[36:02] </w:t>
      </w:r>
      <w:r>
        <w:t>bhai, kaun jeeta hai? hum hamesha zinda rehte hain. koi pachas saal marta hai, koi saath saal mein, koi sattar saal mein. marna to har ek ko hai. agar log yeh sochein to koi hangama na kare.</w:t>
      </w:r>
    </w:p>
    <w:p>
      <w:pPr>
        <w:jc w:val="right"/>
      </w:pPr>
      <w:r>
        <w:t>بھئی، کون جینتا ہے؟ ہم ہمیشہ زندہ رہتے ہیں۔ کوئی پچاس سال مرتا ہے، کوئی ساٹھ سال میں، کوئی ستر سال میں۔ مرنا تو ہر ایک کو ہے۔ اگر لوگ یہ سوچیں تو کوئی ہنگامہ نہ کریں۔</w:t>
      </w:r>
    </w:p>
    <w:p>
      <w:r>
        <w:rPr>
          <w:b/>
        </w:rPr>
        <w:t xml:space="preserve">[36:15] </w:t>
      </w:r>
      <w:r>
        <w:t>is liye hadith mein aata hai ke "aksar dhikr hadd bil dhikr al maut". ke agar maut ko yaad karo to sab lazzatein khatam ho jayengi.</w:t>
      </w:r>
    </w:p>
    <w:p>
      <w:pPr>
        <w:jc w:val="right"/>
      </w:pPr>
      <w:r>
        <w:t>اس لیے حدیث میں آتا ہے کہ "اکثر الذکر ہاد بالذات الموت"۔ کہ اگر موت کو یاد کرو تو سب لذتیں ختم ہو جائیں گی۔</w:t>
      </w:r>
    </w:p>
    <w:p>
      <w:r>
        <w:rPr>
          <w:b/>
        </w:rPr>
        <w:t xml:space="preserve">[36:25] </w:t>
      </w:r>
      <w:r>
        <w:t>yaani political lazzat bhi khatam, material lazzat bhi khatam. jitni bhi cheezein jo hain, woh hawas aur khwahish sab khatam.</w:t>
      </w:r>
    </w:p>
    <w:p>
      <w:pPr>
        <w:jc w:val="right"/>
      </w:pPr>
      <w:r>
        <w:t>یعنی پولیٹیکل لذت بھی ختم، مٹیریل لذت بھی ختم۔ جتنی بھی چیزیں جو ہیں، وہ ہوس اور خواہش سب ختم۔</w:t>
      </w:r>
    </w:p>
    <w:p>
      <w:r>
        <w:rPr>
          <w:b/>
        </w:rPr>
        <w:t xml:space="preserve">[36:35] </w:t>
      </w:r>
      <w:r>
        <w:t>to phir hangame bhi khatam ho jayenge. hangame bhi khatam ho jayenge. to mein soch raha tha ke aakhir maut jo hai, jo insaan ko regulate karti hai, insaan ki khwahishon ko, insaan ki desire ko regulate karti hai.</w:t>
      </w:r>
    </w:p>
    <w:p>
      <w:pPr>
        <w:jc w:val="right"/>
      </w:pPr>
      <w:r>
        <w:t>تو پھر ہنگامے بھی ختم ہو جائیں گے۔ ہنگامے بھی ختم ہو جائیں گے۔ تو میں سوچ رہا تھا کہ آخر موت جو ہے، جو انسان کو ریگولیٹ کرتی ہے، انسان کی خواہشوں کو، انسان کی ڈیزائر کو ریگولیٹ کرتی ہے۔</w:t>
      </w:r>
    </w:p>
    <w:p>
      <w:r>
        <w:rPr>
          <w:b/>
        </w:rPr>
        <w:t xml:space="preserve">[36:54] </w:t>
      </w:r>
      <w:r>
        <w:t>koi regulator hai kya insaan ki khwahishon aur desire ke mamle mein? to kyun nahi sochta aadmi?</w:t>
      </w:r>
    </w:p>
    <w:p>
      <w:pPr>
        <w:jc w:val="right"/>
      </w:pPr>
      <w:r>
        <w:t>کوئی ریگولیٹر ہے کیا انسان کی خواہشوں اور ڈیزائر کے معاملے میں؟ تو کیوں نہیں سوچتا آدمی؟</w:t>
      </w:r>
    </w:p>
    <w:p>
      <w:r>
        <w:rPr>
          <w:b/>
        </w:rPr>
        <w:t xml:space="preserve">[37:07] </w:t>
      </w:r>
      <w:r>
        <w:t>to is ka wajah yeh samajh mein aayi ke log dekhte hain ke hum to sab ki mila hua hai. hum ko sham ko soye, subah ko uthe to sab kuch hasil hai.</w:t>
      </w:r>
    </w:p>
    <w:p>
      <w:pPr>
        <w:jc w:val="right"/>
      </w:pPr>
      <w:r>
        <w:t>تو اس کا وجہ یہ سمجھ میں آئی کہ لوگ دیکھتے ہیں کہ ہم تو سب کی ملا ہوا ہے۔ ہم کو شام کو سوئے، صبح کو اٹھے تو سب کچھ حاصل ہے۔</w:t>
      </w:r>
    </w:p>
    <w:p>
      <w:r>
        <w:rPr>
          <w:b/>
        </w:rPr>
        <w:t xml:space="preserve">[37:18] </w:t>
      </w:r>
      <w:r>
        <w:t>yaani sham ko aap soye to aap khana bhi hasil tha, aap ko ghar bhi aap ke paas tha, baal bachhe bhi aap ke paas the. sab kuch tha. sham ko subah uthe to phir dobara aap ko mila hua hai.</w:t>
      </w:r>
    </w:p>
    <w:p>
      <w:pPr>
        <w:jc w:val="right"/>
      </w:pPr>
      <w:r>
        <w:t>یعنی شام کو آپ سوئے تو آپ کھانا بھی حاصل تھا، آپ کو گھر بھی آپ کے پاس تھا، بال بچے بھی آپ کے پاس تھے۔ سب کچھ تھا۔ شام کو صبح اٹھے تو پھر دوبارہ آپ کو ملا ہوا ہے۔</w:t>
      </w:r>
    </w:p>
    <w:p>
      <w:r>
        <w:rPr>
          <w:b/>
        </w:rPr>
        <w:t xml:space="preserve">[37:29] </w:t>
      </w:r>
      <w:r>
        <w:t>to shayad inkaashi log samajhte hain ke marne ke baad dobara hamein isi se mil jayengi sab cheezein. kya farq padega? yaani har subah ko hamein sab kuch dobara mil jata hai.</w:t>
      </w:r>
    </w:p>
    <w:p>
      <w:pPr>
        <w:jc w:val="right"/>
      </w:pPr>
      <w:r>
        <w:t>تو شاید انکاشی لوگ سمجھتے ہیں کہ مرنے کے بعد دوبارہ ہمیں اسی سے مل جائیں گی سب چیزیں۔ کیا فرق پڑے گا؟ یعنی ہر صبح کو ہمیں سب کچھ دوبارہ مل جاتا ہے۔</w:t>
      </w:r>
    </w:p>
    <w:p>
      <w:r>
        <w:rPr>
          <w:b/>
        </w:rPr>
        <w:t xml:space="preserve">[37:43] </w:t>
      </w:r>
      <w:r>
        <w:t>aisi maut ke baad bhi hamein sab kuch dobara mil jayega. to shaitan mein samajhta hoon ke inkaash mind mein yeh baat dalta hai ke darne ki kya baat hai?</w:t>
      </w:r>
    </w:p>
    <w:p>
      <w:pPr>
        <w:jc w:val="right"/>
      </w:pPr>
      <w:r>
        <w:t>ایسی موت کے بعد بھی ہمیں سب کچھ دوبارہ مل جائے گا۔ تو شیطان میں سمجھتا ہوں کہ انکاش مائنڈ میں یہ بات ڈالتا ہے کہ ڈرنے کی کیا بات ہے؟</w:t>
      </w:r>
    </w:p>
    <w:p>
      <w:r>
        <w:rPr>
          <w:b/>
        </w:rPr>
        <w:t xml:space="preserve">[37:53] </w:t>
      </w:r>
      <w:r>
        <w:t>jise ab mila hua hai, use tab mila rahega. aur Quran mein hai bhi ke jo log aakhirat ke mamle mein bahse karte the, woh yahi kehte the bhi ke dekhein hum aaj bhi khushhal hain, wahan bhi khushhal rahenge.</w:t>
      </w:r>
    </w:p>
    <w:p>
      <w:pPr>
        <w:jc w:val="right"/>
      </w:pPr>
      <w:r>
        <w:t>جسے اب ملا ہوا ہے، اسے تب ملا رہے گا۔ اور قرآن میں ہے بھی کہ جو لوگ آخرت کے معاملے میں بحثیں کرتے تھے، وہ یہی کہتے تھے بھی کہ دیکھیں ہم آج بھی خوشحال ہیں، وہاں بھی خوشحال رہیں گے۔</w:t>
      </w:r>
    </w:p>
    <w:p>
      <w:r>
        <w:rPr>
          <w:b/>
        </w:rPr>
        <w:t xml:space="preserve">[38:12] </w:t>
      </w:r>
      <w:r>
        <w:t>to aaj ko le kar ke kal par qayas karte hain woh. halanke dekhiye, aaj jo kuch mila hua hai, woh aap ko inaam ke taur par nahi mila hai.</w:t>
      </w:r>
    </w:p>
    <w:p>
      <w:pPr>
        <w:jc w:val="right"/>
      </w:pPr>
      <w:r>
        <w:t>تو آج کو لے کر کے کل پر قیاس کرتے ہیں وہ۔ حالانکہ دیکھیے، آج جو کچھ ملا ہوا ہے، وہ آپ کو انعام کے طور پر نہیں ملا ہے۔</w:t>
      </w:r>
    </w:p>
    <w:p>
      <w:r>
        <w:rPr>
          <w:b/>
        </w:rPr>
        <w:t xml:space="preserve">[38:26] </w:t>
      </w:r>
      <w:r>
        <w:t>woh to test paper ke taur par mila hua hai.</w:t>
      </w:r>
    </w:p>
    <w:p>
      <w:pPr>
        <w:jc w:val="right"/>
      </w:pPr>
      <w:r>
        <w:t>وہ تو ٹیسٹ پیپر کے طور پر ملا ہوا ہے۔</w:t>
      </w:r>
    </w:p>
    <w:p>
      <w:r>
        <w:rPr>
          <w:b/>
        </w:rPr>
        <w:t xml:space="preserve">[38:32] </w:t>
      </w:r>
      <w:r>
        <w:t>jo kuch bhi aap ke paas hai, chahe health hai, chahe ghar hai, chahe aulad hai ya business hai ya job hai, sab ka sab test paper hai.</w:t>
      </w:r>
    </w:p>
    <w:p>
      <w:pPr>
        <w:jc w:val="right"/>
      </w:pPr>
      <w:r>
        <w:t>جو کچھ بھی آپ کے پاس ہے، چاہے ہیلتھ ہے، چاہے گھر ہے، چاہے اولاد ہے یا بزنس ہے یا جاب ہے، سب کا سب ٹیسٹ پیپر ہے۔</w:t>
      </w:r>
    </w:p>
    <w:p>
      <w:r>
        <w:rPr>
          <w:b/>
        </w:rPr>
        <w:t xml:space="preserve">[38:43] </w:t>
      </w:r>
      <w:r>
        <w:t>yahan tak ke political role bhi test paper hai. yaani agar yeh jaane aadmi ke political role bhi test paper hai to kahe ke bhai acha hai ke hamare paas nahi hai, doosre ke paas hai.</w:t>
      </w:r>
    </w:p>
    <w:p>
      <w:pPr>
        <w:jc w:val="right"/>
      </w:pPr>
      <w:r>
        <w:t>یہاں تک کہ پولیٹیکل رول بھی ٹیسٹ پیپر ہے۔ یعنی اگر یہ جانے آدمی کہ پولیٹیکل رول بھی ٹیسٹ پیپر ہے تو کہے کہ بھئی اچھا ہے کہ ہمارے پاس نہیں ہے، دوسرے کے پاس ہے۔</w:t>
      </w:r>
    </w:p>
    <w:p>
      <w:r>
        <w:rPr>
          <w:b/>
        </w:rPr>
        <w:t xml:space="preserve">[38:56] </w:t>
      </w:r>
      <w:r>
        <w:t>yeh kyunke bohat bara test hai yeh to.</w:t>
      </w:r>
    </w:p>
    <w:p>
      <w:pPr>
        <w:jc w:val="right"/>
      </w:pPr>
      <w:r>
        <w:t>یہ کیونکہ بہت بڑا ٹیسٹ ہے یہ تو۔</w:t>
      </w:r>
    </w:p>
    <w:p>
      <w:r>
        <w:rPr>
          <w:b/>
        </w:rPr>
        <w:t xml:space="preserve">[39:01] </w:t>
      </w:r>
      <w:r>
        <w:t>yaani agar political role ko aap test paper samjhein to kabhi bhi aap tamanna nahi karenge ke jo is ke baghair hi hum ache hain.</w:t>
      </w:r>
    </w:p>
    <w:p>
      <w:pPr>
        <w:jc w:val="right"/>
      </w:pPr>
      <w:r>
        <w:t>یعنی اگر پولیٹیکل رول کو آپ ٹیسٹ پیپر سمجھیں تو کبھی بھی آپ تمنا نہیں کریں گے کہ جو اس کے بغیر ہی ہم اچھے ہیں۔</w:t>
      </w:r>
    </w:p>
    <w:p>
      <w:r>
        <w:rPr>
          <w:b/>
        </w:rPr>
        <w:t xml:space="preserve">[39:14] </w:t>
      </w:r>
      <w:r>
        <w:t>to dunya mein cheezein mili hui hain test paper ke taur par, aakhirat mein milengi inaam ke taur par.</w:t>
      </w:r>
    </w:p>
    <w:p>
      <w:pPr>
        <w:jc w:val="right"/>
      </w:pPr>
      <w:r>
        <w:t>تو دنیا میں چیزیں ملی ہوئی ہیں ٹیسٹ پیپر کے طور پر، آخرت میں ملیں گی انعام کے طور پر۔</w:t>
      </w:r>
    </w:p>
    <w:p>
      <w:r>
        <w:rPr>
          <w:b/>
        </w:rPr>
        <w:t xml:space="preserve">[39:25] </w:t>
      </w:r>
      <w:r>
        <w:t>to inaam ka mustahiq jab nahi banaya hum ne to inaam kaise milega? ke dunya mein jo test paper hai, us ke liye yahi kafi hai ke aap paida ho jayen.</w:t>
      </w:r>
    </w:p>
    <w:p>
      <w:pPr>
        <w:jc w:val="right"/>
      </w:pPr>
      <w:r>
        <w:t>تو انعام کا مستحق جب نہیں بنایا ہم نے تو انعام کیسے ملے گا؟ کہ دنیا میں جو ٹیسٹ پیپر ہے، اس کے لیے یہی کافی ہے کہ آپ پیدا ہو جائیں۔</w:t>
      </w:r>
    </w:p>
    <w:p>
      <w:r>
        <w:rPr>
          <w:b/>
        </w:rPr>
        <w:t xml:space="preserve">[39:36] </w:t>
      </w:r>
      <w:r>
        <w:t>paida ho gaye to aap ko mustahiq ho gaye aap in sari cheezon ke. kyunke paida hone ka matlab hai ke aap test mein daal diye gaye.</w:t>
      </w:r>
    </w:p>
    <w:p>
      <w:pPr>
        <w:jc w:val="right"/>
      </w:pPr>
      <w:r>
        <w:t>پیدا ہو گئے تو آپ کو مستحق ہو گئے آپ ان ساری چیزوں کے۔ کیونکہ پیدا ہونے کا مطلب ہے کہ آپ ٹیسٹ میں ڈال دیے گئے۔</w:t>
      </w:r>
    </w:p>
    <w:p>
      <w:r>
        <w:rPr>
          <w:b/>
        </w:rPr>
        <w:t xml:space="preserve">[39:46] </w:t>
      </w:r>
      <w:r>
        <w:t>to mere birth jo hai, wahi kafi hai ke aap ko sab cheezein mil jayein.</w:t>
      </w:r>
    </w:p>
    <w:p>
      <w:pPr>
        <w:jc w:val="right"/>
      </w:pPr>
      <w:r>
        <w:t>تو میر برتھ جو ہے، وہی کافی ہے کہ آپ کو سب چیزیں مل جائیں۔</w:t>
      </w:r>
    </w:p>
    <w:p>
      <w:r>
        <w:rPr>
          <w:b/>
        </w:rPr>
        <w:t xml:space="preserve">[39:53] </w:t>
      </w:r>
      <w:r>
        <w:t>lekin maut ke baad jo zindagi hai, woh mamla bilkul doosra hai.woh to aap ke good deed pe milega.</w:t>
      </w:r>
    </w:p>
    <w:p>
      <w:pPr>
        <w:jc w:val="right"/>
      </w:pPr>
      <w:r>
        <w:t>لیکن موت کے بعد جو زندگی ہے، وہ معاملہ بالکل دوسرا ہے۔ وہ تو آپ کے گڈ ڈیڈ پہ ملے گا۔</w:t>
      </w:r>
    </w:p>
    <w:p>
      <w:r>
        <w:rPr>
          <w:b/>
        </w:rPr>
        <w:t xml:space="preserve">[40:07] </w:t>
      </w:r>
      <w:r>
        <w:t>aap ne kitna Allah se ta'alluq qaim kiya, kitna aap Allah se mohabbat ki, kitna aap Allah se dare, kitna aap Allah ke rastay par chalay, is par milega.</w:t>
      </w:r>
    </w:p>
    <w:p>
      <w:pPr>
        <w:jc w:val="right"/>
      </w:pPr>
      <w:r>
        <w:t>آپ نے کتنا اللہ سے تعلق قائم کیا، کتنا آپ اللہ سے محبت کی، کتنا آپ اللہ سے ڈرے، کتنا آپ اللہ کے راستے پر چلے، اس پر ملے گا۔</w:t>
      </w:r>
    </w:p>
    <w:p>
      <w:r>
        <w:rPr>
          <w:b/>
        </w:rPr>
        <w:t xml:space="preserve">[40:19] </w:t>
      </w:r>
      <w:r>
        <w:t>to yeh galat qiyas hai ke dunya mein mila hua hai to wahan wahan mila rahega hum ko.lekin aadmi use to ho jata hai to woh samajhta hai ke bas yeh to rahega, yeh to mila hi rahega, mila hua hai, mila hi rahega.</w:t>
      </w:r>
    </w:p>
    <w:p>
      <w:pPr>
        <w:jc w:val="right"/>
      </w:pPr>
      <w:r>
        <w:t>تو یہ غلط قیاس ہے کہ دنیا میں ملا ہوا ہے تو وہاں وہاں ملا رہے گا ہم کو۔ لیکن آدمی یوز ٹو ہو جاتا ہے تو وہ سمجھتا ہے کہ بس یہ تو رہے گا، یہ تو ملا ہی رہے گا، ملا ہوا ہے، ملا ہی رہے گا۔</w:t>
      </w:r>
    </w:p>
    <w:p>
      <w:r>
        <w:rPr>
          <w:b/>
        </w:rPr>
        <w:t xml:space="preserve">[40:34] </w:t>
      </w:r>
      <w:r>
        <w:t>beh'al sab se zyada zaroori hai ke aap sochne ki adat dalo.har mamlay mein sab zyada sochne ki adat dalo.</w:t>
      </w:r>
    </w:p>
    <w:p>
      <w:pPr>
        <w:jc w:val="right"/>
      </w:pPr>
      <w:r>
        <w:t>بہرحال سب سے زیادہ ضروری ہے کہ آپ سوچنے کی عادت ڈالیں۔ ہر معاملے میں سب زیادہ سوچنے کی عادت ڈالیں۔</w:t>
      </w:r>
    </w:p>
    <w:p>
      <w:r>
        <w:rPr>
          <w:b/>
        </w:rPr>
        <w:t xml:space="preserve">[40:48] </w:t>
      </w:r>
      <w:r>
        <w:t>kal mein ek TV mein tha to ek sawal wahan kiya gaya mujh se.</w:t>
      </w:r>
    </w:p>
    <w:p>
      <w:pPr>
        <w:jc w:val="right"/>
      </w:pPr>
      <w:r>
        <w:t>کل میں ایک ٹی وی میں تھا تو ایک سوال وہاں کیا گیا مجھ سے۔</w:t>
      </w:r>
    </w:p>
    <w:p>
      <w:r>
        <w:rPr>
          <w:b/>
        </w:rPr>
        <w:t xml:space="preserve">[40:56] </w:t>
      </w:r>
      <w:r>
        <w:t>ek sawal kiya gaya to wahi maine satan wali baat batai ke satan ne jo challenge kiya tha to us ne yani yeh kaha ke yani mein la tajad akthar shakin.</w:t>
      </w:r>
    </w:p>
    <w:p>
      <w:pPr>
        <w:jc w:val="right"/>
      </w:pPr>
      <w:r>
        <w:t>ایک سوال کیا گیا تو وہی میں نے سیٹن والی بات بتائی کہ سیٹن نے جو چیلنج کیا تھا تو اس نے یعنی یہ کہا کہ یعنی میں لا تجد اکثر شاکرین۔</w:t>
      </w:r>
    </w:p>
    <w:p>
      <w:r>
        <w:rPr>
          <w:b/>
        </w:rPr>
        <w:t xml:space="preserve">[41:11] </w:t>
      </w:r>
      <w:r>
        <w:t>ae Khuda, to apne to insano mein ki majority ko shukr karne wala nahi payega.to mein ne kaha ke dekhiye, us ne yeh nahi kaha ke to in ko namaz parhne wala nahi payega.</w:t>
      </w:r>
    </w:p>
    <w:p>
      <w:pPr>
        <w:jc w:val="right"/>
      </w:pPr>
      <w:r>
        <w:t>اے خدا، تو اپنے تو انسانوں میں کی میجورٹی کو شکر کرنے والا نہیں پائے گا۔ تو میں نے کہا کہ دیکھیے، اس نے یہ نہیں کہا کہ تو ان کو نماز پڑھنے والا نہیں پائے گا۔</w:t>
      </w:r>
    </w:p>
    <w:p>
      <w:r>
        <w:rPr>
          <w:b/>
        </w:rPr>
        <w:t xml:space="preserve">[41:26] </w:t>
      </w:r>
      <w:r>
        <w:t>sare namaz, sare logon ko mein be namazi bana doonga.sare logon ko mein hajj se rok doonga.yeh to nahi kaha us ne.</w:t>
      </w:r>
    </w:p>
    <w:p>
      <w:pPr>
        <w:jc w:val="right"/>
      </w:pPr>
      <w:r>
        <w:t>سارے نماز، سارے لوگوں کو میں بے نمازی بنا دوں گا۔ سارے لوگوں کو میں حج سے روک دوں گا۔ یہ تو نہیں کہا اس نے۔</w:t>
      </w:r>
    </w:p>
    <w:p>
      <w:r>
        <w:rPr>
          <w:b/>
        </w:rPr>
        <w:t xml:space="preserve">[41:38] </w:t>
      </w:r>
      <w:r>
        <w:t>yeh halat kar doonga ke koi koi madrasa na rahe, koi masjid na rahe.aisa hal kar doonga in musalmano ka.yeh to nahi challenge diya us ne.</w:t>
      </w:r>
    </w:p>
    <w:p>
      <w:pPr>
        <w:jc w:val="right"/>
      </w:pPr>
      <w:r>
        <w:t>یہ حالت کر دوں گا کہ کوئی کوئی مدرسہ نہ رہے، کوئی مسجد نہ رہے۔ ایسا حال کر دوں گا ان مسلمانوں کا۔ یہ تو نہیں چیلنج دیا اس نے۔</w:t>
      </w:r>
    </w:p>
    <w:p>
      <w:r>
        <w:rPr>
          <w:b/>
        </w:rPr>
        <w:t xml:space="preserve">[41:47] </w:t>
      </w:r>
      <w:r>
        <w:t>challenge diya shukr ka.to bohat ajeeb baat hai.yani is ka matlab hai ke muslim samaj mein agar khoob masjidain hon, khoob madaris hon, khoob namazein parhi ja rahi hon, khoob hajj kiye ja rahe hon, to is ka matlab nahi ke aap shaitan ke influence se bache hue hain.</w:t>
      </w:r>
    </w:p>
    <w:p>
      <w:pPr>
        <w:jc w:val="right"/>
      </w:pPr>
      <w:r>
        <w:t>چیلنج دیا شکر کا۔ تو بہت عجیب بات ہے۔ یعنی اس کا مطلب ہے کہ مسلم سماج میں اگر خوب مسجدیں ہوں، خوب مدرسے ہوں، خوب نمازیں پڑھی جا رہی ہوں، خوب حج کیے جا رہے ہوں، تو اس کا مطلب نہیں کہ آپ شیطان کے انفلوئنس سے بچے ہوئے ہیں۔</w:t>
      </w:r>
    </w:p>
    <w:p>
      <w:r>
        <w:rPr>
          <w:b/>
        </w:rPr>
        <w:t xml:space="preserve">[42:06] </w:t>
      </w:r>
      <w:r>
        <w:t>woh to dekhna hai ke shukr aur nashukri ke mamlay mein aap kaise hain.yeh bohat zyada sochne ki baat hai.ke shaitan ne agar apne challenge mein yeh nahi kaha ke log jo hain, yeh bhi nahi kaha ke Khuda log Khuda ke munkir ban jayenge.</w:t>
      </w:r>
    </w:p>
    <w:p>
      <w:pPr>
        <w:jc w:val="right"/>
      </w:pPr>
      <w:r>
        <w:t>وہ تو دیکھنا ہے کہ شکر اور ناشکری کے معاملے میں آپ کیسے ہیں۔ یہ بہت زیادہ سوچنے کی بات ہے۔ کہ شیطان نے اگر اپنے چیلنج میں یہ نہیں کہا کہ لوگ جو ہیں، یہ بھی نہیں کہا کہ خدا لوگ خدا کے منکر بن جائیں گے۔</w:t>
      </w:r>
    </w:p>
    <w:p>
      <w:r>
        <w:rPr>
          <w:b/>
        </w:rPr>
        <w:t xml:space="preserve">[42:23] </w:t>
      </w:r>
      <w:r>
        <w:t>yeh bhi nahi kaha us ne ke sare insano ko mein Khuda ka munkir bana doonga.yeh bhi nahi kaha us ne.koi la ilaha nahi padhega.</w:t>
      </w:r>
    </w:p>
    <w:p>
      <w:pPr>
        <w:jc w:val="right"/>
      </w:pPr>
      <w:r>
        <w:t>یہ بھی نہیں کہا اس نے کہ سارے انسانوں کو میں خدا کا منکر بنا دوں گا۔ یہ بھی نہیں کہا اس نے۔ کوئی لا الہ نہیں پڑھے گا۔</w:t>
      </w:r>
    </w:p>
    <w:p>
      <w:r>
        <w:rPr>
          <w:b/>
        </w:rPr>
        <w:t xml:space="preserve">[42:32] </w:t>
      </w:r>
      <w:r>
        <w:t>yeh bhi nahi kaha us ne.koi namaz nahi padhega.koi roza nahi rakhega.koi hajj nahi karega.yeh bhi nahi kaha us ne.koi masjid nahi banayega.</w:t>
      </w:r>
    </w:p>
    <w:p>
      <w:pPr>
        <w:jc w:val="right"/>
      </w:pPr>
      <w:r>
        <w:t>یہ بھی نہیں کہا اس نے۔ کوئی نماز نہیں پڑھے گا۔ کوئی روزہ نہیں رکھے گا۔ کوئی حج نہیں کرے گا۔ یہ بھی نہیں کہا اس نے۔ کوئی مسجد نہیں بنائے گا۔</w:t>
      </w:r>
    </w:p>
    <w:p>
      <w:r>
        <w:rPr>
          <w:b/>
        </w:rPr>
        <w:t xml:space="preserve">[42:42] </w:t>
      </w:r>
      <w:r>
        <w:t>koi madrasa nahi banayega.yeh nahi kaha us ne.yeh to kaha ke log shukr nahi karenge.mein shukr ke rastay se logon ko hata doonga.</w:t>
      </w:r>
    </w:p>
    <w:p>
      <w:pPr>
        <w:jc w:val="right"/>
      </w:pPr>
      <w:r>
        <w:t>کوئی مدرسہ نہیں بنائے گا۔ یہ نہیں کہا اس نے۔ یہ تو کہا کہ لوگ شکر نہیں کریں گے۔ میں شکر کے راستے سے لوگوں کو ہٹا دوں گا۔</w:t>
      </w:r>
    </w:p>
    <w:p>
      <w:r>
        <w:rPr>
          <w:b/>
        </w:rPr>
        <w:t xml:space="preserve">[42:53] </w:t>
      </w:r>
      <w:r>
        <w:t>to is ka matlab kya hua?</w:t>
      </w:r>
    </w:p>
    <w:p>
      <w:pPr>
        <w:jc w:val="right"/>
      </w:pPr>
      <w:r>
        <w:t>تو اس کا مطلب کیا ہوا؟</w:t>
      </w:r>
    </w:p>
    <w:p>
      <w:r>
        <w:rPr>
          <w:b/>
        </w:rPr>
        <w:t xml:space="preserve">[42:57] </w:t>
      </w:r>
      <w:r>
        <w:t>mein ne kaha ke dekhiye, muslim samaj ya muslim fard ko janchne ka meyar kya hai?ke woh Islam par hai ya Islam par nahi hai?</w:t>
      </w:r>
    </w:p>
    <w:p>
      <w:pPr>
        <w:jc w:val="right"/>
      </w:pPr>
      <w:r>
        <w:t>میں نے کہا کہ دیکھیے، مسلم سماج یا مسلم فرد کو جانچنے کا معیار کیا ہے؟ کہ وہ اسلام پر ہے یا اسلام پر نہیں ہے؟</w:t>
      </w:r>
    </w:p>
    <w:p>
      <w:r>
        <w:rPr>
          <w:b/>
        </w:rPr>
        <w:t xml:space="preserve">[43:08] </w:t>
      </w:r>
      <w:r>
        <w:t>yeh satan ke influence mein hai ke ke angel ke influence mein hai?is ka kya is ka criterion hai?agar namazon ki dhoom ho, masjidain bhari hui hon, khoob madaris ban rahe hon, to yeh criterion nahi hai.</w:t>
      </w:r>
    </w:p>
    <w:p>
      <w:pPr>
        <w:jc w:val="right"/>
      </w:pPr>
      <w:r>
        <w:t>یہ سیٹن کے انفلوئنس میں ہے کہ کہ اینجل کے انفلوئنس میں ہے؟ اس کا کیا اس کا کرائٹیرین ہے؟ اگر نمازوں کی دھوم ہو، مسجدیں بھری ہوئی ہوں، خوب مدرسے بن رہے ہوں، تو یہ کرائٹیرین نہیں ہے۔</w:t>
      </w:r>
    </w:p>
    <w:p>
      <w:r>
        <w:rPr>
          <w:b/>
        </w:rPr>
        <w:t xml:space="preserve">[43:21] </w:t>
      </w:r>
      <w:r>
        <w:t>hajj mein wahan bheed lagi hui ho, to yeh criterion nahi hai ke aap Islam par hain.criterion yeh hai ke aap shukr mein jee rahe hon ya tab aap haq par hain.</w:t>
      </w:r>
    </w:p>
    <w:p>
      <w:pPr>
        <w:jc w:val="right"/>
      </w:pPr>
      <w:r>
        <w:t>حج میں وہاں بھیڑ لگی ہوئی ہو، تو یہ کرائٹیرین نہیں ہے کہ آپ اسلام پر ہیں۔ کرائٹیرین یہ ہے کہ آپ شکر میں جی رہے ہوں یا تب آپ حق پر ہیں۔</w:t>
      </w:r>
    </w:p>
    <w:p>
      <w:r>
        <w:rPr>
          <w:b/>
        </w:rPr>
        <w:t xml:space="preserve">[43:34] </w:t>
      </w:r>
      <w:r>
        <w:t>nashukri mein jee rahe hon to aap haq par nahi hain.yeh bohat zyada sochne ki baat hai.bohat zyada sochne ki baat hai yeh.</w:t>
      </w:r>
    </w:p>
    <w:p>
      <w:pPr>
        <w:jc w:val="right"/>
      </w:pPr>
      <w:r>
        <w:t>ناشکری میں جی رہے ہوں تو آپ حق پر نہیں ہیں۔ یہ بہت زیادہ سوچنے کی بات ہے۔ بہت زیادہ سوچنے کی بات ہے یہ۔</w:t>
      </w:r>
    </w:p>
    <w:p>
      <w:r>
        <w:rPr>
          <w:b/>
        </w:rPr>
        <w:t xml:space="preserve">[43:48] </w:t>
      </w:r>
      <w:r>
        <w:t>ek sahib se, ek musalman se meri baat ho rahi thi to unhon ne yahi baat kahi ke aap kaisi baat karte hain?dekhiye, masjidain abad hain.dekhiye, madaris itne qaim hain.dekhiye, itne muslim jalsay ho rahe hain.</w:t>
      </w:r>
    </w:p>
    <w:p>
      <w:pPr>
        <w:jc w:val="right"/>
      </w:pPr>
      <w:r>
        <w:t>ایک صاحب سے، ایک مسلمان سے میری بات ہو رہی تھی تو انہوں نے یہی بات کہی کہ آپ کیسی بات کرتے ہیں؟ دیکھیے، مسجدیں آباد ہیں۔ دیکھیے، مدرسے اتنے قائم ہیں۔ دیکھیے، اتنے مسلم جلسے ہو رہے ہیں۔</w:t>
      </w:r>
    </w:p>
    <w:p>
      <w:r>
        <w:rPr>
          <w:b/>
        </w:rPr>
        <w:t xml:space="preserve">[43:58] </w:t>
      </w:r>
      <w:r>
        <w:t>dekhiye, itne muslim perche chhap rahe hain.yeh itni muslim kitabein chhap rahi hain.hajj mein itna zyada aadmi hote hain.30, 30 lakh aadmi hote hain hajj mein.</w:t>
      </w:r>
    </w:p>
    <w:p>
      <w:pPr>
        <w:jc w:val="right"/>
      </w:pPr>
      <w:r>
        <w:t>دیکھیے، اتنے مسلم پرچے چھپ رہے ہیں۔ یہ اتنی مسلم کتابیں چھپ رہی ہیں۔ حج میں اتنا زیادہ آدمی ہوتے ہیں۔ 30، 30 لاکھ آدمی ہوتے ہیں حج میں۔</w:t>
      </w:r>
    </w:p>
    <w:p>
      <w:r>
        <w:rPr>
          <w:b/>
        </w:rPr>
        <w:t xml:space="preserve">[44:09] </w:t>
      </w:r>
      <w:r>
        <w:t>to mein ne kaha yeh to aap ka apna criterion hai.Quran ko padhiye ke shaitan ne jo challenge kiya tha, woh kya tha?</w:t>
      </w:r>
    </w:p>
    <w:p>
      <w:pPr>
        <w:jc w:val="right"/>
      </w:pPr>
      <w:r>
        <w:t>تو میں نے کہا یہ تو آپ کا اپنا کرائٹیرین ہے۔ قرآن کو پڑھیے کہ شیطان نے جو چیلنج کیا تھا، وہ کیا تھا؟</w:t>
      </w:r>
    </w:p>
    <w:p>
      <w:r>
        <w:rPr>
          <w:b/>
        </w:rPr>
        <w:t xml:space="preserve">[44:20] </w:t>
      </w:r>
      <w:r>
        <w:t>shaitan ne yeh kahan kaha tha?yeh sab cheezein mein khatam kar doonga.</w:t>
      </w:r>
    </w:p>
    <w:p>
      <w:pPr>
        <w:jc w:val="right"/>
      </w:pPr>
      <w:r>
        <w:t>شیطان نے یہ کہاں کہا تھا؟ یہ سب چیزیں میں ختم کر دوں گا۔</w:t>
      </w:r>
    </w:p>
    <w:p>
      <w:r>
        <w:rPr>
          <w:b/>
        </w:rPr>
        <w:t xml:space="preserve">[44:26] </w:t>
      </w:r>
      <w:r>
        <w:t>ek islami kitab nahi chhapegi. ek madrasa nahi banega. ek masjid mein minar nahi hoga. koi namaz nahi padhega.</w:t>
      </w:r>
    </w:p>
    <w:p>
      <w:pPr>
        <w:jc w:val="right"/>
      </w:pPr>
      <w:r>
        <w:t>ایک اسلامی کتاب نہیں چھپے گی۔ ایک مدرسہ نہیں بنے گا۔ ایک مسجد میں مینار نہیں ہوگا۔ کوئی نماز نہیں پڑھے گا۔</w:t>
      </w:r>
    </w:p>
    <w:p>
      <w:r>
        <w:rPr>
          <w:b/>
        </w:rPr>
        <w:t xml:space="preserve">[44:34] </w:t>
      </w:r>
      <w:r>
        <w:t>koi roza nahi rakhega. koi hajj nahi karega. yeh kahan shaitan ne kaha tha?</w:t>
      </w:r>
    </w:p>
    <w:p>
      <w:pPr>
        <w:jc w:val="right"/>
      </w:pPr>
      <w:r>
        <w:t>کوئی روزہ نہیں رکھے گا۔ کوئی حج نہیں کرے گا۔ یہ کہاں شیطان نے کہا تھا؟</w:t>
      </w:r>
    </w:p>
    <w:p>
      <w:r>
        <w:rPr>
          <w:b/>
        </w:rPr>
        <w:t xml:space="preserve">[44:40] </w:t>
      </w:r>
      <w:r>
        <w:t>shaitan ne kaha tha ke koi shukr karne wala nahi rahega.</w:t>
      </w:r>
    </w:p>
    <w:p>
      <w:pPr>
        <w:jc w:val="right"/>
      </w:pPr>
      <w:r>
        <w:t>شیطان نے کہا تھا کہ کوئی شکر کرنے والا نہیں رہے گا۔</w:t>
      </w:r>
    </w:p>
    <w:p>
      <w:r>
        <w:rPr>
          <w:b/>
        </w:rPr>
        <w:t xml:space="preserve">[44:48] </w:t>
      </w:r>
      <w:r>
        <w:t>la tajad akthar shakin. to gaya ke jo mayar hai, jo criterion hai, jo district hai, woh yeh hai: shukr aur nashukri.</w:t>
      </w:r>
    </w:p>
    <w:p>
      <w:pPr>
        <w:jc w:val="right"/>
      </w:pPr>
      <w:r>
        <w:t>لا تجد اکثر شاکرین۔ تو گیا کہ جو معیار ہے، جو کرائٹیرین ہے، جو ڈسٹرکٹ ہے، وہ یہ ہے: شکر اور ناشکری۔</w:t>
      </w:r>
    </w:p>
    <w:p>
      <w:r>
        <w:rPr>
          <w:b/>
        </w:rPr>
        <w:t xml:space="preserve">[45:01] </w:t>
      </w:r>
      <w:r>
        <w:t>to yeh jo ho raha hai is waqt muslim country mein, woh sab nashukri ke hangame hain. yeh sab nashukri ke hangame hain.</w:t>
      </w:r>
    </w:p>
    <w:p>
      <w:pPr>
        <w:jc w:val="right"/>
      </w:pPr>
      <w:r>
        <w:t>تو یہ جو ہو رہا ہے اس وقت مسلم کنٹری میں، وہ سب ناشکری کے ہنگامے ہیں۔ یہ سب ناشکری کے ہنگامے ہیں۔</w:t>
      </w:r>
    </w:p>
    <w:p>
      <w:r>
        <w:rPr>
          <w:b/>
        </w:rPr>
        <w:t xml:space="preserve">[45:11] </w:t>
      </w:r>
      <w:r>
        <w:t>iska saboot yeh hai ke aap TV mein dekh lijie. khoob log tandrust dikhaye jate hain. khoob achhe achhe kapde pehne hue hain. khoob well to do dikhai padte hain.</w:t>
      </w:r>
    </w:p>
    <w:p>
      <w:pPr>
        <w:jc w:val="right"/>
      </w:pPr>
      <w:r>
        <w:t>اس کا ثبوت یہ ہے کہ آپ ٹی وی میں دیکھ لیجئے۔ خوب لوگ تندرست دکھائے جاتے ہیں۔ خوب اچھے اچھے کپڑے پہنے ہوئے ہیں۔ خوب ویل ٹو ڈو دکھائی پڑتے ہیں۔</w:t>
      </w:r>
    </w:p>
    <w:p>
      <w:r>
        <w:rPr>
          <w:b/>
        </w:rPr>
        <w:t xml:space="preserve">[45:21] </w:t>
      </w:r>
      <w:r>
        <w:t>aap dekh len unki tasveeron ko TV mein jo demonstration karte hain.</w:t>
      </w:r>
    </w:p>
    <w:p>
      <w:pPr>
        <w:jc w:val="right"/>
      </w:pPr>
      <w:r>
        <w:t>آپ دیکھ لیں ان کی تصویروں کو ٹی وی میں جو ڈیمونسٹریشن کرتے ہیں۔</w:t>
      </w:r>
    </w:p>
    <w:p>
      <w:r>
        <w:rPr>
          <w:b/>
        </w:rPr>
        <w:t xml:space="preserve">[45:30] </w:t>
      </w:r>
      <w:r>
        <w:t>hata ke apni zaban se unhone keh diya ke hum well to do hain har aitbar se, lekin hamein political freedom chahiye. yeh hai satanic word. yeh satanic shikayat hai.</w:t>
      </w:r>
    </w:p>
    <w:p>
      <w:pPr>
        <w:jc w:val="right"/>
      </w:pPr>
      <w:r>
        <w:t>حتی کہ اپنی زبان سے انہوں نے کہہ دیا کہ ہم ویل ٹو ڈو ہیں ہر اعتبار سے، لیکن ہمیں پولیٹیکل فریڈم چاہیے۔ یہ ہے سیٹنک ورڈ۔ یہ سیٹنک شکایت ہے۔</w:t>
      </w:r>
    </w:p>
    <w:p>
      <w:r>
        <w:rPr>
          <w:b/>
        </w:rPr>
        <w:t xml:space="preserve">[45:39] </w:t>
      </w:r>
      <w:r>
        <w:t>yeh aur isi se nashukri ban. yeh sab nashukri ke hangame hain. yeh sab nashukri ke hangame hain.</w:t>
      </w:r>
    </w:p>
    <w:p>
      <w:pPr>
        <w:jc w:val="right"/>
      </w:pPr>
      <w:r>
        <w:t>یہ اور اسی سے ناشکری بن۔ یہ سب ناشکری کے ہنگامے ہیں۔ یہ سب ناشکری کے ہنگامے ہیں۔</w:t>
      </w:r>
    </w:p>
    <w:p>
      <w:r>
        <w:rPr>
          <w:b/>
        </w:rPr>
        <w:t xml:space="preserve">[45:49] </w:t>
      </w:r>
      <w:r>
        <w:t>India mein bhi log nashukri ke hangame karte hain. India mein musalmanon ko kehti hai azadi hai. phir bhi yahan par hangame hote rehte hain government ke khilaf.</w:t>
      </w:r>
    </w:p>
    <w:p>
      <w:pPr>
        <w:jc w:val="right"/>
      </w:pPr>
      <w:r>
        <w:t>انڈیا میں بھی لوگ ناشکری کے ہنگامے کرتے ہیں۔ انڈیا میں مسلمانوں کو کہتی ہے آزادی ہے۔ پھر بھی یہاں پر ہنگامے ہوتے رہتے ہیں گورنمنٹ کے خلاف۔</w:t>
      </w:r>
    </w:p>
    <w:p>
      <w:r>
        <w:rPr>
          <w:b/>
        </w:rPr>
        <w:t xml:space="preserve">[45:58] </w:t>
      </w:r>
      <w:r>
        <w:t>hamare se description kya aata hai? hamare sab imtiaz kya aata hai? kuch bhi nahi. koi description nahi, koi imtiaz nahi. lekin shaitan ne baqa rakha hai ke dekho bhai, tumhare sath nashukri ho rahi hai.</w:t>
      </w:r>
    </w:p>
    <w:p>
      <w:pPr>
        <w:jc w:val="right"/>
      </w:pPr>
      <w:r>
        <w:t>ہمارے سے ڈسکرپشن کیا آتا ہے؟ ہمارے سب امتیاز کیا آتا ہے؟ کچھ بھی نہیں۔ کوئی ڈسکرپشن نہیں، کوئی امتیاز نہیں۔ لیکن شیطان نے باقا رکھا ہے کہ دیکھو بھئی، تمہارے ساتھ ناشکری ہو رہی ہے۔</w:t>
      </w:r>
    </w:p>
    <w:p>
      <w:r>
        <w:rPr>
          <w:b/>
        </w:rPr>
        <w:t xml:space="preserve">[46:16] </w:t>
      </w:r>
      <w:r>
        <w:t>to na India mein koi aisi cheez ho rahi hai, na Arab countries mein ho rahi hai. lekin har jagah aap dekhen, log shikayaton mein jeete hain.</w:t>
      </w:r>
    </w:p>
    <w:p>
      <w:pPr>
        <w:jc w:val="right"/>
      </w:pPr>
      <w:r>
        <w:t>تو نہ انڈیا میں کوئی ایسی چیز ہو رہی ہے، نہ عرب کنٹریز میں ہو رہی ہے۔ لیکن ہر جگہ آپ دیکھیں، لوگ شکایتوں میں جیتے ہیں۔</w:t>
      </w:r>
    </w:p>
    <w:p>
      <w:r>
        <w:rPr>
          <w:b/>
        </w:rPr>
        <w:t xml:space="preserve">[46:27] </w:t>
      </w:r>
      <w:r>
        <w:t>kisi bhi country mein yeh zamana to aisa hai ke yani ke har cheez ki ifraat hai.</w:t>
      </w:r>
    </w:p>
    <w:p>
      <w:pPr>
        <w:jc w:val="right"/>
      </w:pPr>
      <w:r>
        <w:t>کسی بھی کنٹری میں یہ زمانہ تو ایسا ہے کہ یعنی کہ ہر چیز کی افراط ہے۔</w:t>
      </w:r>
    </w:p>
    <w:p>
      <w:r>
        <w:rPr>
          <w:b/>
        </w:rPr>
        <w:t xml:space="preserve">[46:37] </w:t>
      </w:r>
      <w:r>
        <w:t>hadith mein aata hai ke shaitan ke dajjal jab aayega to uske sath roti ke pahad honge. roti ke pahad lekar aayega woh.</w:t>
      </w:r>
    </w:p>
    <w:p>
      <w:pPr>
        <w:jc w:val="right"/>
      </w:pPr>
      <w:r>
        <w:t>حدیث میں آتا ہے کہ شیطان کہ دجال جب آئے گا تو اس کے ساتھ روٹی کے پہاڑ ہوں گے۔ روٹی کے پہاڑ لے کر آئے گا وہ۔</w:t>
      </w:r>
    </w:p>
    <w:p>
      <w:r>
        <w:rPr>
          <w:b/>
        </w:rPr>
        <w:t xml:space="preserve">[46:49] </w:t>
      </w:r>
      <w:r>
        <w:t>iska matlab nahi ke yeh roti jo pakayi jati hai tandoor mein, woh roti nahi. maishiyat, economic cheezen.</w:t>
      </w:r>
    </w:p>
    <w:p>
      <w:pPr>
        <w:jc w:val="right"/>
      </w:pPr>
      <w:r>
        <w:t>اس کا مطلب نہیں کہ یہ روٹی جو پکائی جاتی ہے تندور میں، وہ روٹی نہیں۔ معاشیات، اکنامک چیزیں۔</w:t>
      </w:r>
    </w:p>
    <w:p>
      <w:r>
        <w:rPr>
          <w:b/>
        </w:rPr>
        <w:t xml:space="preserve">[46:59] </w:t>
      </w:r>
      <w:r>
        <w:t>iska matlab yeh hai ke dajjal jo hai, uske zamane mein farawani hogi khane peene ki, saman hayat ki, khane kapde ki, har cheez ki farawani hogi.</w:t>
      </w:r>
    </w:p>
    <w:p>
      <w:pPr>
        <w:jc w:val="right"/>
      </w:pPr>
      <w:r>
        <w:t>اس کا مطلب یہ ہے کہ دجال جو ہے، اس کے زمانے میں فراوانی ہوگی کھانے پینے کی، سامان حیات کی، کھانے کپڑے کی، ہر چیز کی فراوانی ہوگی۔</w:t>
      </w:r>
    </w:p>
    <w:p>
      <w:r>
        <w:rPr>
          <w:b/>
        </w:rPr>
        <w:t xml:space="preserve">[47:10] </w:t>
      </w:r>
      <w:r>
        <w:t>phir dajjal kis baat pe bhaga aayega logon ko? woh yahi hai ke kisi ek cheez ko lekar bhaga dega ke dekho bhai, tum ko political freedom nahi hai.</w:t>
      </w:r>
    </w:p>
    <w:p>
      <w:pPr>
        <w:jc w:val="right"/>
      </w:pPr>
      <w:r>
        <w:t>پھر دجال کس بات پہ بھاگا آئے گا لوگوں کو؟ وہ یہی ہے کہ کسی ایک چیز کو لے کر بھاگا دے گا کہ دیکھو بھئی، تم کو پولیٹیکل فریڈم نہیں ہے۔</w:t>
      </w:r>
    </w:p>
    <w:p>
      <w:r>
        <w:rPr>
          <w:b/>
        </w:rPr>
        <w:t xml:space="preserve">[47:20] </w:t>
      </w:r>
      <w:r>
        <w:t>use bhadka dega. to khud hadith mein maujood hai ke dajjal aayega to uske sath roti ke pahad honge.</w:t>
      </w:r>
    </w:p>
    <w:p>
      <w:pPr>
        <w:jc w:val="right"/>
      </w:pPr>
      <w:r>
        <w:t>اسے بھڑکا دے گا۔ تو خود حدیث میں موجود ہے کہ دجال آئے گا تو اس کے ساتھ روٹی کے پہاڑ ہوں گے۔</w:t>
      </w:r>
    </w:p>
    <w:p>
      <w:r>
        <w:rPr>
          <w:b/>
        </w:rPr>
        <w:t xml:space="preserve">[47:32] </w:t>
      </w:r>
      <w:r>
        <w:t>yani farawani hogi khane peene ki, paise ki, khane kapde ki. to in cheezon ki shikayat nahi hogi logon ko.</w:t>
      </w:r>
    </w:p>
    <w:p>
      <w:pPr>
        <w:jc w:val="right"/>
      </w:pPr>
      <w:r>
        <w:t>یعنی فراوانی ہوگی کھانے پینے کی، پیسے کی، کھانے کپڑے کی۔ تو ان چیزوں کی شکایت نہیں ہوگی لوگوں کو۔</w:t>
      </w:r>
    </w:p>
    <w:p>
      <w:r>
        <w:rPr>
          <w:b/>
        </w:rPr>
        <w:t xml:space="preserve">[47:44] </w:t>
      </w:r>
      <w:r>
        <w:t>shikayat kisi aur, kisi ek cheez ki shikayat nikal kar ke dajjal bhaga dega logon ko. yahi to ho raha hai.</w:t>
      </w:r>
    </w:p>
    <w:p>
      <w:pPr>
        <w:jc w:val="right"/>
      </w:pPr>
      <w:r>
        <w:t>شکایت کسی اور، کسی ایک چیز کی شکایت نکال کر کہ دجال بھاگا دے گا لوگوں کو۔ یہی تو ہو رہا ہے۔</w:t>
      </w:r>
    </w:p>
    <w:p>
      <w:r>
        <w:rPr>
          <w:b/>
        </w:rPr>
        <w:t xml:space="preserve">[47:54] </w:t>
      </w:r>
      <w:r>
        <w:t>political freedom kya cheez hai? political freedom jis jis ko kehte hain log, woh kabhi mumkin hi nahi, possible hi nahi hai. kyunke seat par to koi ek aadmi baithega, woh woh rule karega, woh hukum chalayega.</w:t>
      </w:r>
    </w:p>
    <w:p>
      <w:pPr>
        <w:jc w:val="right"/>
      </w:pPr>
      <w:r>
        <w:t>پولیٹیکل فریڈم کیا چیز ہے؟ پولیٹیکل فریڈم جس جس کو کہتے ہیں لوگ، وہ کبھی ممکن ہی نہیں، پاسیبل ہی نہیں ہے۔ کیونکہ سیٹ پر تو کوئی ایک آدمی بیٹھے گا، وہ وہ رول کرے گا، وہ حکم چلائے گا۔</w:t>
      </w:r>
    </w:p>
    <w:p>
      <w:r>
        <w:rPr>
          <w:b/>
        </w:rPr>
        <w:t xml:space="preserve">[48:08] </w:t>
      </w:r>
      <w:r>
        <w:t>sab log thodi baith jayenge. ab dekhiye, isi Egypt mein dekhiye, 1952 mein, is se pehle king Farooq wahan the.</w:t>
      </w:r>
    </w:p>
    <w:p>
      <w:pPr>
        <w:jc w:val="right"/>
      </w:pPr>
      <w:r>
        <w:t>سب لوگ تھوڑی بیٹھ جائیں گے۔ اب دیکھیے، اسی ایجپٹ میں دیکھیے، 1952 میں، اس سے پہلے کنگ فاروق وہاں تھے۔</w:t>
      </w:r>
    </w:p>
    <w:p>
      <w:r>
        <w:rPr>
          <w:b/>
        </w:rPr>
        <w:t xml:space="preserve">[48:19] </w:t>
      </w:r>
      <w:r>
        <w:t>unse shikayat logon ko hui ke yeh badshahat chalate hain, yeh kingship chalate hain. to bada hangama kar ke, karte karte, king Farooq ko hata diya, un seat kar diya.</w:t>
      </w:r>
    </w:p>
    <w:p>
      <w:pPr>
        <w:jc w:val="right"/>
      </w:pPr>
      <w:r>
        <w:t>ان سے شکایت لوگوں کو ہوئی کہ یہ بادشاہت چلاتے ہیں، یہ کنگ شپ چلاتے ہیں۔ تو بڑا ہنگامہ کر کے، کرتے کرتے، کنگ فاروق کو ہٹا دیا، ان سیٹ کر دیا۔</w:t>
      </w:r>
    </w:p>
    <w:p>
      <w:r>
        <w:rPr>
          <w:b/>
        </w:rPr>
        <w:t xml:space="preserve">[48:31] </w:t>
      </w:r>
      <w:r>
        <w:t>1952 mein Usman General Najib aaye, unke khilaf bhi hangama. yahan tak ke chhe mahine mein unko house arrest kar diya gaya.</w:t>
      </w:r>
    </w:p>
    <w:p>
      <w:pPr>
        <w:jc w:val="right"/>
      </w:pPr>
      <w:r>
        <w:t>1952 میں عثمان جنرل نجیب آئے، ان کے خلاف بھی ہنگامہ۔ یہاں تک کہ چھ مہینے میں ان کو ہاؤس اریسٹ کر دیا گیا۔</w:t>
      </w:r>
    </w:p>
    <w:p>
      <w:r>
        <w:rPr>
          <w:b/>
        </w:rPr>
        <w:t xml:space="preserve">[48:42] </w:t>
      </w:r>
      <w:r>
        <w:t>is ke baad Jamal Abdul Nasser aaye, unke khilaf bhi hangama. yahan tak ke woh jo hain, heart attack hoga aur mar gaye woh.</w:t>
      </w:r>
    </w:p>
    <w:p>
      <w:pPr>
        <w:jc w:val="right"/>
      </w:pPr>
      <w:r>
        <w:t>اس کے بعد جمال عبدالناصر آئے، ان کے خلاف بھی ہنگامہ۔ یہاں تک کہ وہ جو ہیں، ہارٹ اٹیک ہوگا اور مر گئے وہ۔</w:t>
      </w:r>
    </w:p>
    <w:p>
      <w:r>
        <w:rPr>
          <w:b/>
        </w:rPr>
        <w:t xml:space="preserve">[48:54] </w:t>
      </w:r>
      <w:r>
        <w:t>un ke baad umar sadat aaye, phir phir un ke khilaf bhi hangama. un ko goli maar di gayi. is ke baad khususi mubarak aaye, un ke khilaf bhi hangama. un ko resign karna pada.</w:t>
      </w:r>
    </w:p>
    <w:p>
      <w:pPr>
        <w:jc w:val="right"/>
      </w:pPr>
      <w:r>
        <w:t>ان کے بعد عمر سادات آئے، پھر پھر ان کے خلاف بھی ہنگامہ۔ ان کو گولی مار دی گئی۔ اس کے بعد خصوصی مبارک آئے، ان کے خلاف بھی ہنگامہ۔ ان کو ریزائن کرنا پڑا۔</w:t>
      </w:r>
    </w:p>
    <w:p>
      <w:r>
        <w:rPr>
          <w:b/>
        </w:rPr>
        <w:t xml:space="preserve">[49:04] </w:t>
      </w:r>
      <w:r>
        <w:t>to koi bhi hukumat ho to is mein chand aadmi ke hath mein to power rahe ga. sab ke hath mein kaise power rahe ga? yeh to mumkin nahi hai.</w:t>
      </w:r>
    </w:p>
    <w:p>
      <w:pPr>
        <w:jc w:val="right"/>
      </w:pPr>
      <w:r>
        <w:t>تو کوئی بھی حکومت ہو تو اس میں چند آدمی کے ہاتھ میں تو پاور رہے گا۔ سب کے ہاتھ میں کیسے پاور رہے گا؟ یہ تو ممکن نہیں ہے۔</w:t>
      </w:r>
    </w:p>
    <w:p>
      <w:r>
        <w:rPr>
          <w:b/>
        </w:rPr>
        <w:t xml:space="preserve">[49:15] </w:t>
      </w:r>
      <w:r>
        <w:t>ab jo aanay wala hai, woh bhi koi ek aadmi aa ke baith jaye ga. yeh thori ke ek ek aadmi ke hath mein power power rahe ga. woh to practically impossible hai.</w:t>
      </w:r>
    </w:p>
    <w:p>
      <w:pPr>
        <w:jc w:val="right"/>
      </w:pPr>
      <w:r>
        <w:t>اب جو آنے والا ہے، وہ بھی کوئی ایک آدمی آ کے بیٹھ جائے گا۔ یہ تھوڑی کہ ایک ایک آدمی کے ہاتھ میں پاور پاور رہے گا۔ وہ تو پریکٹیکلی امپاسیبل ہے۔</w:t>
      </w:r>
    </w:p>
    <w:p>
      <w:r>
        <w:rPr>
          <w:b/>
        </w:rPr>
        <w:t xml:space="preserve">[49:28] </w:t>
      </w:r>
      <w:r>
        <w:t>lekin satan jo hai, woh bhagata rehta hai, bhagata rehta hai. satan aaj par dhyan jo hai, markaz kar deta hai.</w:t>
      </w:r>
    </w:p>
    <w:p>
      <w:pPr>
        <w:jc w:val="right"/>
      </w:pPr>
      <w:r>
        <w:t>لیکن سیٹن جو ہے، وہ بھاگاتا رہتا ہے، بھاگاتا رہتا ہے۔ سیٹن آج پر دھیان جو ہے، مرکز کر دیتا ہے۔</w:t>
      </w:r>
    </w:p>
    <w:p>
      <w:r>
        <w:rPr>
          <w:b/>
        </w:rPr>
        <w:t xml:space="preserve">[49:39] </w:t>
      </w:r>
      <w:r>
        <w:t>aaj par dhyan ko centralize kar deta hai. kal par hata deta hai. kal kya hoga?</w:t>
      </w:r>
    </w:p>
    <w:p>
      <w:pPr>
        <w:jc w:val="right"/>
      </w:pPr>
      <w:r>
        <w:t>آج پر دھیان کو سینٹرلائز کر دیتا ہے۔ کل پر ہٹا دیتا ہے۔ کل کیا ہوگا؟</w:t>
      </w:r>
    </w:p>
    <w:p>
      <w:r>
        <w:rPr>
          <w:b/>
        </w:rPr>
        <w:t xml:space="preserve">[49:47] </w:t>
      </w:r>
      <w:r>
        <w:t>bas yeh shaitan ka tareeqa hai.</w:t>
      </w:r>
    </w:p>
    <w:p>
      <w:pPr>
        <w:jc w:val="right"/>
      </w:pPr>
      <w:r>
        <w:t>بس یہ شیطان کا طریقہ ہے۔</w:t>
      </w:r>
    </w:p>
    <w:p>
      <w:r>
        <w:rPr>
          <w:b/>
        </w:rPr>
        <w:t xml:space="preserve">[49:52] </w:t>
      </w:r>
      <w:r>
        <w:t>yeh hangamay ke baad bhi koi aadmi, ek hi aadmi baithe ga aa kar ke. kehte hain ke saare citizen jo hain, woh ja kar ke takht par baith jayen ge. aisa to mumkin hi nahi hai, possible hi nahi hai.</w:t>
      </w:r>
    </w:p>
    <w:p>
      <w:pPr>
        <w:jc w:val="right"/>
      </w:pPr>
      <w:r>
        <w:t>یہ ہنگامے کے بعد بھی کوئی آدمی، ایک ہی آدمی بیٹھے گا آ کر کے۔ کہتے ہیں کہ سارے سٹیزن جو ہیں، وہ جا کر کے تخت پر بیٹھ جائیں گے۔ ایسا تو ممکن ہی نہیں ہے، پاسیبل ہی نہیں ہے۔</w:t>
      </w:r>
    </w:p>
    <w:p>
      <w:r>
        <w:rPr>
          <w:b/>
        </w:rPr>
        <w:t xml:space="preserve">[50:07] </w:t>
      </w:r>
      <w:r>
        <w:t>yunan mein sab se pehle democracy kaha jata hai ke shuru hui. city state thi wahan par, greece mein, city state.</w:t>
      </w:r>
    </w:p>
    <w:p>
      <w:pPr>
        <w:jc w:val="right"/>
      </w:pPr>
      <w:r>
        <w:t>یونان میں سب سے پہلے ڈیموکریسی کہا جاتا ہے کہ شروع ہوئی۔ سٹی اسٹیٹ تھی وہاں پر، گریس میں، سٹی اسٹیٹ۔</w:t>
      </w:r>
    </w:p>
    <w:p>
      <w:r>
        <w:rPr>
          <w:b/>
        </w:rPr>
        <w:t xml:space="preserve">[50:16] </w:t>
      </w:r>
      <w:r>
        <w:t>to wahan par kya kiya tha logon ne? wohi thay, woh idealist log, idealist ke sab sab ka role, sab ka role.</w:t>
      </w:r>
    </w:p>
    <w:p>
      <w:pPr>
        <w:jc w:val="right"/>
      </w:pPr>
      <w:r>
        <w:t>تو وہاں پر کیا کیا تھا لوگوں نے؟ وہی تھے، وہ آئیڈیلسٹ لوگ، آئیڈیلسٹ کہ سب سب کا رول، سب کا رول۔</w:t>
      </w:r>
    </w:p>
    <w:p>
      <w:r>
        <w:rPr>
          <w:b/>
        </w:rPr>
        <w:t xml:space="preserve">[50:26] </w:t>
      </w:r>
      <w:r>
        <w:t>to wahan par athens mein saare log akhatta hotay thay aur aur sab ke consensus se baat pass ki jati thi.</w:t>
      </w:r>
    </w:p>
    <w:p>
      <w:pPr>
        <w:jc w:val="right"/>
      </w:pPr>
      <w:r>
        <w:t>تو وہاں پر ایتھنز میں سارے لوگ اکٹھا ہوتے تھے اور اور سب کے کنسنسس سے بات پاس کی جاتی تھی۔</w:t>
      </w:r>
    </w:p>
    <w:p>
      <w:r>
        <w:rPr>
          <w:b/>
        </w:rPr>
        <w:t xml:space="preserve">[50:36] </w:t>
      </w:r>
      <w:r>
        <w:t>yeh pata chala ke chal nahi sakta yeh. yeh work nahi kar sakta yeh. is ki koi feasibility nahi hai. to dheere dheere, dheere dheere, consensus ke bajaye majority par aa gaye log.</w:t>
      </w:r>
    </w:p>
    <w:p>
      <w:pPr>
        <w:jc w:val="right"/>
      </w:pPr>
      <w:r>
        <w:t>یہ پتہ چلا کہ چل نہیں سکتا یہ۔ یہ ورک نہیں کر سکتا یہ۔ اس کی کوئی فیزیبلٹی نہیں ہے۔ تو دھیرے دھیرے، دھیرے دھیرے، کنسنسس کے بجائے میجورٹی پر آ گئے لوگ۔</w:t>
      </w:r>
    </w:p>
    <w:p>
      <w:r>
        <w:rPr>
          <w:b/>
        </w:rPr>
        <w:t xml:space="preserve">[50:50] </w:t>
      </w:r>
      <w:r>
        <w:t>majority par aa gaye. france mein jo inqilab aaya democracy ka, to bola gaya tha ke government of the people waz for the people.</w:t>
      </w:r>
    </w:p>
    <w:p>
      <w:pPr>
        <w:jc w:val="right"/>
      </w:pPr>
      <w:r>
        <w:t>میجورٹی پر آ گئے۔ فرانس میں جو انقلاب آیا ڈیموکریسی کا، تو بولا گیا تھا کہ گورنمنٹ آف دا پیپل واز فار دا پیپل۔</w:t>
      </w:r>
    </w:p>
    <w:p>
      <w:r>
        <w:rPr>
          <w:b/>
        </w:rPr>
        <w:t xml:space="preserve">[50:59] </w:t>
      </w:r>
      <w:r>
        <w:t>government of the people by the people for the people. lekin yeh bhi ek ek ek false false food mein jeena hai. government of majority hoti hai, government of people kabhi bhi nahi hota hai.</w:t>
      </w:r>
    </w:p>
    <w:p>
      <w:pPr>
        <w:jc w:val="right"/>
      </w:pPr>
      <w:r>
        <w:t>گورنمنٹ آف دا پیپل بائے دا پیپل فار دا پیپل۔ لیکن یہ بھی ایک ایک ایک فالس فالس فوڈ میں جینا ہے۔ گورنمنٹ آف میجورٹی ہوتی ہے، گورنمنٹ آف پیپل کبھی بھی نہیں ہوتا ہے۔</w:t>
      </w:r>
    </w:p>
    <w:p>
      <w:r>
        <w:rPr>
          <w:b/>
        </w:rPr>
        <w:t xml:space="preserve">[51:11] </w:t>
      </w:r>
      <w:r>
        <w:t>impossible hai. to lekin satan, satan logon ko aisa bhagata hai. satan bhagata hai logon ko.</w:t>
      </w:r>
    </w:p>
    <w:p>
      <w:pPr>
        <w:jc w:val="right"/>
      </w:pPr>
      <w:r>
        <w:t>امپاسیبل ہے۔ تو لیکن سیٹن، سیٹن لوگوں کو ایسا بھاگاتا ہے۔ سیٹن بھاگاتا ہے لوگوں کو۔</w:t>
      </w:r>
    </w:p>
    <w:p>
      <w:r>
        <w:rPr>
          <w:b/>
        </w:rPr>
        <w:t xml:space="preserve">[51:23] </w:t>
      </w:r>
      <w:r>
        <w:t>har har insaan ko sochna chahiye ke main har subah sham ke main satan ke influence mein to nahi aa gaya hoon. isi liye aap dekhte hain ke hamare mission mein zor diya jata hai positive thinking par.</w:t>
      </w:r>
    </w:p>
    <w:p>
      <w:pPr>
        <w:jc w:val="right"/>
      </w:pPr>
      <w:r>
        <w:t>ہر ہر انسان کو سوچنا چاہیے کہ میں ہر صبح شام کہ میں سیٹن کے انفلوئنس میں تو نہیں آ گیا ہوں۔ اسی لیے آپ دیکھتے ہیں کہ ہمارے مشن میں زور دیا جاتا ہے پازیٹیو تھنکنگ پر۔</w:t>
      </w:r>
    </w:p>
    <w:p>
      <w:r>
        <w:rPr>
          <w:b/>
        </w:rPr>
        <w:t xml:space="preserve">[51:38] </w:t>
      </w:r>
      <w:r>
        <w:t>hum kehte hain ke negative thinking ek percent bhi na lao apne andar.</w:t>
      </w:r>
    </w:p>
    <w:p>
      <w:pPr>
        <w:jc w:val="right"/>
      </w:pPr>
      <w:r>
        <w:t>ہم کہتے ہیں کہ نیگیٹیو تھنکنگ ایک پرسنٹ بھی نہ لاؤ اپنے اندر۔</w:t>
      </w:r>
    </w:p>
    <w:p>
      <w:r>
        <w:rPr>
          <w:b/>
        </w:rPr>
        <w:t xml:space="preserve">[51:45] </w:t>
      </w:r>
      <w:r>
        <w:t>aaj hi subah hamare mission ke ek sahib se mulaqat hui to kisi office mein woh kaam karte hain. unhon ne kaha hamare office mein aaj kal kuch aisa ho raha hai.</w:t>
      </w:r>
    </w:p>
    <w:p>
      <w:pPr>
        <w:jc w:val="right"/>
      </w:pPr>
      <w:r>
        <w:t>آج ہی صبح ہمارے مشن کے ایک صاحب سے ملاقات ہوئی تو کسی آفس میں وہ کام کرتے ہیں۔ انہوں نے کہا ہمارے آفس میں آج کل کچھ ایسا ہو رہا ہے۔</w:t>
      </w:r>
    </w:p>
    <w:p>
      <w:r>
        <w:rPr>
          <w:b/>
        </w:rPr>
        <w:t xml:space="preserve">[51:55] </w:t>
      </w:r>
      <w:r>
        <w:t>yani kuch office ke baray mein unhon ne koi aisi baat ki jis se un ke andar ek shikayati zehan mujhe mehsoos hua. to main ne kaha dekhiye, shikayat khatam kijiye. aap dua kijiye.</w:t>
      </w:r>
    </w:p>
    <w:p>
      <w:pPr>
        <w:jc w:val="right"/>
      </w:pPr>
      <w:r>
        <w:t>یعنی کچھ آفس کے بارے میں انہوں نے کوئی ایسی بات کی جس سے ان کے اندر ایک شکایتی ذہن مجھے محسوس ہوا۔ تو میں نے کہا دیکھیے، شکایت ختم کیجئے۔ آپ دعا کیجئے۔</w:t>
      </w:r>
    </w:p>
    <w:p>
      <w:r>
        <w:rPr>
          <w:b/>
        </w:rPr>
        <w:t xml:space="preserve">[52:06] </w:t>
      </w:r>
      <w:r>
        <w:t>shikayat ka alternative dua hai. jahan aap dekhen ke aap ko koi cheez pasand nahi aa rahi hai aur aap ke andar shikayat develop ho rahi hai, to jaldi se dua kijiye.</w:t>
      </w:r>
    </w:p>
    <w:p>
      <w:pPr>
        <w:jc w:val="right"/>
      </w:pPr>
      <w:r>
        <w:t>شکایت کا الٹرنیٹو دعا ہے۔ جہاں آپ دیکھیں کہ آپ کو کوئی چیز پسند نہیں آ رہی ہے اور آپ کے اندر شکایت ڈیولپ ہو رہی ہے، تو جلدی سے دعا کیجئے۔</w:t>
      </w:r>
    </w:p>
    <w:p>
      <w:r>
        <w:rPr>
          <w:b/>
        </w:rPr>
        <w:t xml:space="preserve">[52:21] </w:t>
      </w:r>
      <w:r>
        <w:t>dua alternative hai shikayat ka. dua alternative hai negative thinking ka. dua alternative hai protest ka.</w:t>
      </w:r>
    </w:p>
    <w:p>
      <w:pPr>
        <w:jc w:val="right"/>
      </w:pPr>
      <w:r>
        <w:t>دعا الٹرنیٹو ہے شکایت کا۔ دعا الٹرنیٹو ہے نیگیٹیو تھنکنگ کا۔ دعا الٹرنیٹو ہے پروٹیسٹ کا۔</w:t>
      </w:r>
    </w:p>
    <w:p>
      <w:r>
        <w:rPr>
          <w:b/>
        </w:rPr>
        <w:t xml:space="preserve">[52:30] </w:t>
      </w:r>
      <w:r>
        <w:t>dua alternative hai nafrat ka. har woh cheez jis ke liye aap ghussa ho jatay hain, jis ke liye aap bhark uthtay hain, jis ke liye aap sarkon par utar atay hain, to dua kijiye is ke liye.</w:t>
      </w:r>
    </w:p>
    <w:p>
      <w:pPr>
        <w:jc w:val="right"/>
      </w:pPr>
      <w:r>
        <w:t>دعا الٹرنیٹو ہے نفرت کا۔ ہر وہ چیز جس کے لیے آپ غصہ ہو جاتے ہیں، جس کے لیے آپ بھڑک اٹھتے ہیں، جس کے لیے آپ سڑکوں پر اتر آتے ہیں، تو دعا کیجئے اس کے لیے۔</w:t>
      </w:r>
    </w:p>
    <w:p>
      <w:r>
        <w:rPr>
          <w:b/>
        </w:rPr>
        <w:t xml:space="preserve">[52:46] </w:t>
      </w:r>
      <w:r>
        <w:t>Allah se mangiye. kitni umda taleem hai hadees mein: "addu ilaihim haqq wa sarr Allah haqqakum".</w:t>
      </w:r>
    </w:p>
    <w:p>
      <w:pPr>
        <w:jc w:val="right"/>
      </w:pPr>
      <w:r>
        <w:t>اللہ سے مانگیے۔ کتنی عمدہ تعلیم ہے حدیث میں: "ادو الیہم حق وصر اللہ حقکم"۔</w:t>
      </w:r>
    </w:p>
    <w:p>
      <w:r>
        <w:rPr>
          <w:b/>
        </w:rPr>
        <w:t xml:space="preserve">[52:58] </w:t>
      </w:r>
      <w:r>
        <w:t>yani doosron ka haq unhein do, doosron ke taqazay poore karo, apne taqazay Allah se mango.</w:t>
      </w:r>
    </w:p>
    <w:p>
      <w:pPr>
        <w:jc w:val="right"/>
      </w:pPr>
      <w:r>
        <w:t>یعنی دوسروں کا حق انہیں دو، دوسروں کے تقاضے پورے کرو، اپنے تقاضے اللہ سے مانگو۔</w:t>
      </w:r>
    </w:p>
    <w:p>
      <w:r>
        <w:rPr>
          <w:b/>
        </w:rPr>
        <w:t xml:space="preserve">[53:07] </w:t>
      </w:r>
      <w:r>
        <w:t>is hadees par ghor karte hue mujhe ek baat samajh aati hai ke divine rights ka jo concept hai, woh islami concept nahi hai. nahi nahi, main ne galat kaha.</w:t>
      </w:r>
    </w:p>
    <w:p>
      <w:pPr>
        <w:jc w:val="right"/>
      </w:pPr>
      <w:r>
        <w:t>اس حدیث پر غور کرتے ہوئے مجھے ایک بات سمجھ آتی ہے کہ ڈیوائن رائٹس کا جو کانسیپٹ ہے، وہ اسلامی کانسیپٹ نہیں ہے۔ نہیں نہیں، میں نے غلط کہا۔</w:t>
      </w:r>
    </w:p>
    <w:p>
      <w:r>
        <w:rPr>
          <w:b/>
        </w:rPr>
        <w:t xml:space="preserve">[53:17] </w:t>
      </w:r>
      <w:r>
        <w:t>yani human rights ka jo concept hai, human rights ka jo concept hai, woh islami concept nahi hai. islami concept hai divine rights. yani Khuda ke huqooq par aap apne aap ko centralize karen.</w:t>
      </w:r>
    </w:p>
    <w:p>
      <w:pPr>
        <w:jc w:val="right"/>
      </w:pPr>
      <w:r>
        <w:t>یعنی ہیومن رائٹس کا جو کانسیپٹ ہے، ہیومن رائٹس کا جو کانسیپٹ ہے، وہ اسلامی کانسیپٹ نہیں ہے۔ اسلامی کانسیپٹ ہے ڈیوائن رائٹس۔ یعنی خدا کے حقوق پر آپ اپنے آپ کو سینٹرلائز کریں۔</w:t>
      </w:r>
    </w:p>
    <w:p>
      <w:r>
        <w:rPr>
          <w:b/>
        </w:rPr>
        <w:t xml:space="preserve">[53:30] </w:t>
      </w:r>
      <w:r>
        <w:t>khuda ke huqooq ko apne focus mein rakhen. yeh ke mujhe yeh haq nahi mila, mujhe woh haq nahi mila, yeh satanic baat hai. tamam paighambar aap dekhiye, jitne paighambar aaye, sab mein divine rights ki baat ki.</w:t>
      </w:r>
    </w:p>
    <w:p>
      <w:pPr>
        <w:jc w:val="right"/>
      </w:pPr>
      <w:r>
        <w:t>خدا کے حقوق کو اپنے فوکس میں رکھیں۔ یہ کہ مجھے یہ حق نہیں ملا، مجھے وہ حق نہیں ملا، یہ سیٹنک بات ہے۔ تمام پیغمبر آپ دیکھیے، جتنے پیغمبر آئے، سب میں ڈیوائن رائٹس کی بات کی۔</w:t>
      </w:r>
    </w:p>
    <w:p>
      <w:r>
        <w:rPr>
          <w:b/>
        </w:rPr>
        <w:t xml:space="preserve">[53:43] </w:t>
      </w:r>
      <w:r>
        <w:t>kisi ne bhi human rights ki baat nahi ki. saare fitne human rights se paida hote hain. human rights mein implicit hai shikayat.</w:t>
      </w:r>
    </w:p>
    <w:p>
      <w:pPr>
        <w:jc w:val="right"/>
      </w:pPr>
      <w:r>
        <w:t>کسی نے بھی ہیومن رائٹس کی بات نہیں کی۔ سارے فتنے ہیومن رائٹس سے پیدا ہوتے ہیں۔ ہیومن رائٹس میں ایمپلیسٹ ہے شکایت۔</w:t>
      </w:r>
    </w:p>
    <w:p>
      <w:r>
        <w:rPr>
          <w:b/>
        </w:rPr>
        <w:t xml:space="preserve">[53:55] </w:t>
      </w:r>
      <w:r>
        <w:t>jitne bhi human right activist hain, woh shikayat ki baaten bolte hain. duniya bhar mein jitne human right activist hain, woh kya shikayat, nafrat, yeh boli unki hoti hai hamesha.</w:t>
      </w:r>
    </w:p>
    <w:p>
      <w:pPr>
        <w:jc w:val="right"/>
      </w:pPr>
      <w:r>
        <w:t>جتنے بھی ہیومن رائٹ ایکٹیوسٹ ہیں، وہ شکایت کی باتیں بولتے ہیں۔ دنیا بھر میں جتنے ہیومن رائٹ ایکٹیوسٹ ہیں، وہ کیا شکایت، نفرت، یہ بولی ان کی ہوتی ہے ہمیشہ۔</w:t>
      </w:r>
    </w:p>
    <w:p>
      <w:r>
        <w:rPr>
          <w:b/>
        </w:rPr>
        <w:t xml:space="preserve">[54:06] </w:t>
      </w:r>
      <w:r>
        <w:t>yeh koi boli nahi hai. is liye main yeh kahunga ke paighambaron ka jo tareeqa hai, paighambaron ka jo tareeqa hai, rasool Allah salallahu alaihi wasallam samait, woh hai divine rights par focus karna.</w:t>
      </w:r>
    </w:p>
    <w:p>
      <w:pPr>
        <w:jc w:val="right"/>
      </w:pPr>
      <w:r>
        <w:t>یہ کوئی بولی نہیں ہے۔ اس لیے میں یہ کہوں گا کہ پیغمبروں کا جو طریقہ ہے، پیغمبروں کا جو طریقہ ہے، رسول اللہ صلی اللہ علیہ وسلم سمیت، وہ ہے ڈیوائن رائٹس پر فوکس کرنا۔</w:t>
      </w:r>
    </w:p>
    <w:p>
      <w:r>
        <w:rPr>
          <w:b/>
        </w:rPr>
        <w:t xml:space="preserve">[54:23] </w:t>
      </w:r>
      <w:r>
        <w:t>aur yeh ek ek yeh ek ek bigaad ki baat hai. samaj mein badamazi paida karna hai, samaj mein nafrat paida karna hai ke aap human rights ki baaten karen, human duties ki baat kijiye.</w:t>
      </w:r>
    </w:p>
    <w:p>
      <w:pPr>
        <w:jc w:val="right"/>
      </w:pPr>
      <w:r>
        <w:t>اور یہ ایک ایک یہ ایک ایک بگاڑ کی بات ہے۔ سماج میں بدامبازی پیدا کرنا ہے، سماج میں نفرت پیدا کرنا ہے کہ آپ ہیومن رائٹس کی باتیں کریں، ہیومن ڈیوٹیز کی بات کیجئے۔</w:t>
      </w:r>
    </w:p>
    <w:p>
      <w:r>
        <w:rPr>
          <w:b/>
        </w:rPr>
        <w:t xml:space="preserve">[54:35] </w:t>
      </w:r>
      <w:r>
        <w:t>aap to formula kya hai? two point formula: divine rights, human duties. yeh formula hua: two point formula:</w:t>
      </w:r>
    </w:p>
    <w:p>
      <w:pPr>
        <w:jc w:val="right"/>
      </w:pPr>
      <w:r>
        <w:t>آپ تو فارمولا کیا ہے؟ ٹو پوائنٹ فارمولا: ڈیوائن رائٹس، ہیومن ڈیوٹیز۔ یہ فارمولا ہوا: ٹو پوائنٹ فارمولا:</w:t>
      </w:r>
    </w:p>
    <w:p>
      <w:r>
        <w:rPr>
          <w:b/>
        </w:rPr>
        <w:t xml:space="preserve">[54:50] </w:t>
      </w:r>
      <w:r>
        <w:t>divine rights, human duties. insaan ke maamle mein duty poori kijiye, khuda ke maamle mein uska haq ada kijiye.</w:t>
      </w:r>
    </w:p>
    <w:p>
      <w:pPr>
        <w:jc w:val="right"/>
      </w:pPr>
      <w:r>
        <w:t>ڈیوائن رائٹس، ہیومن ڈیوٹیز۔ انسان کے معاملے میں ڈیوٹی پوری کیجئے، خدا کے معاملے میں اس کا حق ادا کیجئے۔</w:t>
      </w:r>
    </w:p>
    <w:p>
      <w:r>
        <w:rPr>
          <w:b/>
        </w:rPr>
        <w:t xml:space="preserve">[55:00] </w:t>
      </w:r>
      <w:r>
        <w:t>is hadith par ghor karte hue mere saath yeh baat aati hai ke Islam ne ya paighambaron ne two point formula diya hai.</w:t>
      </w:r>
    </w:p>
    <w:p>
      <w:pPr>
        <w:jc w:val="right"/>
      </w:pPr>
      <w:r>
        <w:t>اس حدیث پر غور کرتے ہوئے میرے ساتھ یہ بات آتی ہے کہ اسلام نے یا پیغمبروں نے ٹو پوائنٹ فارمولا دیا ہے۔</w:t>
      </w:r>
    </w:p>
    <w:p>
      <w:r>
        <w:rPr>
          <w:b/>
        </w:rPr>
        <w:t xml:space="preserve">[55:10] </w:t>
      </w:r>
      <w:r>
        <w:t>woh base base karta hai inhi do usoolon par: divine rights, human human duties. ke insaan ke baare mein aap sochen, aap to apni duty yaad karen.</w:t>
      </w:r>
    </w:p>
    <w:p>
      <w:pPr>
        <w:jc w:val="right"/>
      </w:pPr>
      <w:r>
        <w:t>وہ بیس بیس کرتا ہے انہی دو اصولوں پر: ڈیوائن رائٹس، ہیومن ہیومن ڈیوٹیز۔ کہ انسان کے بارے میں آپ سوچیں، آپ تو اپنی ڈیوٹی یاد کریں۔</w:t>
      </w:r>
    </w:p>
    <w:p>
      <w:r>
        <w:rPr>
          <w:b/>
        </w:rPr>
        <w:t xml:space="preserve">[55:23] </w:t>
      </w:r>
      <w:r>
        <w:t>insaan ke baare mein sochen to aap yeh sochen ke mujhe kya karna chahiye, mujhe kya dena hai insaan ko. meri taraf se insaan ko kya milna chahiye? meri taraf se usko khair khwahi mile, meri taraf se mohabbat mile, meri taraf se mile ke main uske liye koi problem create kiya kar raha hoon.</w:t>
      </w:r>
    </w:p>
    <w:p>
      <w:pPr>
        <w:jc w:val="right"/>
      </w:pPr>
      <w:r>
        <w:t>انسان کے بارے میں سوچیں تو آپ یہ سوچیں کہ مجھے کیا کرنا چاہیے، مجھے کیا دینا ہے انسان کو۔ میری طرف سے انسان کو کیا ملنا چاہیے؟ میری طرف سے اس کو خیر خواہی ملے، میری طرف سے محبت ملے، میری طرف سے ملے کہ میں اس کے لیے کوئی پرابلم کریٹ کیا کر رہا ہوں۔</w:t>
      </w:r>
    </w:p>
    <w:p>
      <w:r>
        <w:rPr>
          <w:b/>
        </w:rPr>
        <w:t xml:space="preserve">[55:40] </w:t>
      </w:r>
      <w:r>
        <w:t>yeh sab mile insaan ko meri taraf se. aur khuda ke liye ek khuda ka haq ada karen aap. aur sab ka haq yeh hai ke aap shukr shukr guzar banen.</w:t>
      </w:r>
    </w:p>
    <w:p>
      <w:pPr>
        <w:jc w:val="right"/>
      </w:pPr>
      <w:r>
        <w:t>یہ سب ملے انسان کو میری طرف سے۔ اور خدا کے لیے ایک خدا کا حقوق ادا کریں آپ۔ اور سب کا حق یہ ہے کہ آپ شکر شکر گزار بنیں۔</w:t>
      </w:r>
    </w:p>
    <w:p>
      <w:r>
        <w:rPr>
          <w:b/>
        </w:rPr>
        <w:t xml:space="preserve">[55:50] </w:t>
      </w:r>
      <w:r>
        <w:t>shukr guzari khuda ka haq hai. jab Allah taala ne aap ko yeh sab cheezen diya hai.</w:t>
      </w:r>
    </w:p>
    <w:p>
      <w:pPr>
        <w:jc w:val="right"/>
      </w:pPr>
      <w:r>
        <w:t>شکر گزاری خدا کا حق ہے۔ جب اللہ تعالی نے آپ کو یہ سب چیزیں دیا ہے۔</w:t>
      </w:r>
    </w:p>
    <w:p>
      <w:r>
        <w:rPr>
          <w:b/>
        </w:rPr>
        <w:t xml:space="preserve">[56:00] </w:t>
      </w:r>
      <w:r>
        <w:t>kal ek saath TV mein baat ho rahi thi to main ne yeh kaha ke shukr guzari ka kya samajhte hain aap? ke aap ko sone ka paad diya jaye to aap shukr karen? already aap ko shukr karna hai jo mila hua hai aap ko.</w:t>
      </w:r>
    </w:p>
    <w:p>
      <w:pPr>
        <w:jc w:val="right"/>
      </w:pPr>
      <w:r>
        <w:t>کل ایک ساتھ ٹی وی میں بات ہو رہی تھی تو میں نے یہ کہا کہ شکر گزاری کا کیا سمجھتے ہیں آپ؟ کہ آپ کو سونے کا پاڑ دیا جائے تو آپ شکر کریں؟ الریڈی آپ کو شکر کرنا ہے جو ملا ہوا ہے آپ کو۔</w:t>
      </w:r>
    </w:p>
    <w:p>
      <w:r>
        <w:rPr>
          <w:b/>
        </w:rPr>
        <w:t xml:space="preserve">[56:13] </w:t>
      </w:r>
      <w:r>
        <w:t>to main ne kaha ke dekhiye, aap ke do kaan hain aur do aankhen. ji, agar aankh kaan ki jagah hoti aur kaan aankh ki jagah hota to kitna ajeeb haliya ban jata hai aap ka.</w:t>
      </w:r>
    </w:p>
    <w:p>
      <w:pPr>
        <w:jc w:val="right"/>
      </w:pPr>
      <w:r>
        <w:t>تو میں نے کہا کہ دیکھیے، آپ کے دو کان ہیں اور دو آنکھیں۔ جی، اگر آنکھ کان کی جگہ ہوتی اور کان آنکھ کی جگہ ہوتا تو کتنا عجیب حلیہ بن جاتا ہے آپ کا۔</w:t>
      </w:r>
    </w:p>
    <w:p>
      <w:r>
        <w:rPr>
          <w:b/>
        </w:rPr>
        <w:t xml:space="preserve">[56:26] </w:t>
      </w:r>
      <w:r>
        <w:t>yani do aankh jo hai yahan hoti hai, do kaan yahan hote to zindagi mushkil ban jati hai. aise hi aap ke hathon mein dekhiye, das ungli haath mein, das ungli paon mein.</w:t>
      </w:r>
    </w:p>
    <w:p>
      <w:pPr>
        <w:jc w:val="right"/>
      </w:pPr>
      <w:r>
        <w:t>یعنی دو آنکھ جو ہے یہاں ہوتی ہے، دو کان یہاں ہوتے تو زندگی مشکل بن جاتی ہے۔ ایسے ہی آپ کے ہاتھوں میں دیکھیے، دس انگلی ہاتھ میں، دس انگلی پاؤں میں۔</w:t>
      </w:r>
    </w:p>
    <w:p>
      <w:r>
        <w:rPr>
          <w:b/>
        </w:rPr>
        <w:t xml:space="preserve">[56:39] </w:t>
      </w:r>
      <w:r>
        <w:t>haath ki ungli bari hai, paon ki ungli choti hai. agar haath ki ungli choti hoti, paon ki ungli bari hoti to phir zindagi mushkil ho jati.</w:t>
      </w:r>
    </w:p>
    <w:p>
      <w:pPr>
        <w:jc w:val="right"/>
      </w:pPr>
      <w:r>
        <w:t>ہاتھ کی انگلی بڑی ہے، پاؤں کی انگلی چھوٹی ہے۔ اگر ہاتھ کی انگلی چھوٹی ہوتی، پاؤں کی انگلی بڑی ہوتی تو پھر زندگی مشکل ہو جاتی۔</w:t>
      </w:r>
    </w:p>
    <w:p>
      <w:r>
        <w:rPr>
          <w:b/>
        </w:rPr>
        <w:t xml:space="preserve">[56:51] </w:t>
      </w:r>
      <w:r>
        <w:t>to is tarah sochte rahen to aap already jo mila hua hai, wahi sab shukr ka khazana hai. phir aap ko oxygen supply ho raha hai, aap ko hawa mili hui hai jis se aap ke baad jo hai doston tak pohnchti hai.</w:t>
      </w:r>
    </w:p>
    <w:p>
      <w:pPr>
        <w:jc w:val="right"/>
      </w:pPr>
      <w:r>
        <w:t>تو اس طرح سوچتے رہیں تو آپ الریڈی جو ملا ہوا ہے، وہی سب شکر کا خزانہ ہے۔ پھر آپ کو اکسیجن سپلائی ہو رہا ہے، آپ کو ہوا ملی ہوئی ہے جس سے آپ کے بعد جو ہے دوستوں تک پہنچتی ہے۔</w:t>
      </w:r>
    </w:p>
    <w:p>
      <w:r>
        <w:rPr>
          <w:b/>
        </w:rPr>
        <w:t xml:space="preserve">[57:06] </w:t>
      </w:r>
      <w:r>
        <w:t>sooraj mila hua hai aap ko, zameen, aasman sab mila hua hai aap ko.</w:t>
      </w:r>
    </w:p>
    <w:p>
      <w:pPr>
        <w:jc w:val="right"/>
      </w:pPr>
      <w:r>
        <w:t>سورج ملا ہوا ہے آپ کو، زمین، آسمان سب ملا ہوا ہے آپ کو۔</w:t>
      </w:r>
    </w:p>
    <w:p>
      <w:r>
        <w:rPr>
          <w:b/>
        </w:rPr>
        <w:t xml:space="preserve">[57:13] </w:t>
      </w:r>
      <w:r>
        <w:t>isi par shukr kijiye. political seat aap ko nahi mili hui to isi par hungama karenge?</w:t>
      </w:r>
    </w:p>
    <w:p>
      <w:pPr>
        <w:jc w:val="right"/>
      </w:pPr>
      <w:r>
        <w:t>اسی پر شکر کیجئے۔ پولیٹیکل سیٹ آپ کو نہیں ملی ہوئی تو اسی پر ہنگامہ کریں گے؟</w:t>
      </w:r>
    </w:p>
    <w:p>
      <w:r>
        <w:rPr>
          <w:b/>
        </w:rPr>
        <w:t xml:space="preserve">[57:21] </w:t>
      </w:r>
      <w:r>
        <w:t>woh to satan ki baat hai.</w:t>
      </w:r>
    </w:p>
    <w:p>
      <w:pPr>
        <w:jc w:val="right"/>
      </w:pPr>
      <w:r>
        <w:t>وہ تو سیٹن کی بات ہے۔</w:t>
      </w:r>
    </w:p>
    <w:p>
      <w:r>
        <w:rPr>
          <w:b/>
        </w:rPr>
        <w:t xml:space="preserve">[57:29] </w:t>
      </w:r>
      <w:r>
        <w:t>yeh sab baaten hain sochne ki.</w:t>
      </w:r>
    </w:p>
    <w:p>
      <w:pPr>
        <w:jc w:val="right"/>
      </w:pPr>
      <w:r>
        <w:t>یہی سب باتیں ہیں سوچنے کی۔</w:t>
      </w:r>
    </w:p>
    <w:p>
      <w:r>
        <w:rPr>
          <w:b/>
        </w:rPr>
        <w:t xml:space="preserve">[57:34] </w:t>
      </w:r>
      <w:r>
        <w:t>ek naara le kar khada ho jana, hungama karna, yeh soch woh soch to nahi hoti hai, woh to satan ke naare hote hain.</w:t>
      </w:r>
    </w:p>
    <w:p>
      <w:pPr>
        <w:jc w:val="right"/>
      </w:pPr>
      <w:r>
        <w:t>ایک نعرہ لے کر کھڑا ہو جانا، ہنگامہ کرنا، یہ سوچ وہ سوچ تو نہیں ہوتی ہے، وہ تو سیٹن کے نعرے ہوتے ہیں۔</w:t>
      </w:r>
    </w:p>
    <w:p>
      <w:r>
        <w:rPr>
          <w:b/>
        </w:rPr>
        <w:t xml:space="preserve">[57:48] </w:t>
      </w:r>
      <w:r>
        <w:t>kal main soch raha tha ke Quran Majeed mein hai: "sakhara lakum ma fis samawati wal arz". yeh sochna kya cheez hai?</w:t>
      </w:r>
    </w:p>
    <w:p>
      <w:pPr>
        <w:jc w:val="right"/>
      </w:pPr>
      <w:r>
        <w:t>کل میں سوچ رہا تھا کہ قرآن مجید میں ہے: "سخر لکم محفوظ سماوات والارض"۔ یہ سوچنا کیا چیز ہے؟</w:t>
      </w:r>
    </w:p>
    <w:p>
      <w:r>
        <w:rPr>
          <w:b/>
        </w:rPr>
        <w:t xml:space="preserve">[57:57] </w:t>
      </w:r>
      <w:r>
        <w:t>iski misaal deta hoon main aap ko: "sakhara lakum ma fis samawati wal arz". zameen o aasman mein jo kuch hai, sab tumhare liye musakhkhar kar diya gaya hai, tumhare tabe kar diya gaya hai.</w:t>
      </w:r>
    </w:p>
    <w:p>
      <w:pPr>
        <w:jc w:val="right"/>
      </w:pPr>
      <w:r>
        <w:t>اس کی مثال دیتا ہوں میں آپ کو: "سخر لکم محفوظ سماوات والارض"۔ زمین و آسمان میں جو کچھ ہے، سب تمہارے لیے مسخر کر دیا گیا ہے، تمہارے تابع کر دیا گیا ہے۔</w:t>
      </w:r>
    </w:p>
    <w:p>
      <w:r>
        <w:rPr>
          <w:b/>
        </w:rPr>
        <w:t xml:space="preserve">[58:11] </w:t>
      </w:r>
      <w:r>
        <w:t>to main ne socha ke dekhiye, zameen hamare kabze mein hai, sooraj hamein roshni de raha hai, hawa hamein, darakht hamein oxygen supply kar rahe hain.</w:t>
      </w:r>
    </w:p>
    <w:p>
      <w:pPr>
        <w:jc w:val="right"/>
      </w:pPr>
      <w:r>
        <w:t>تو میں نے سوچا کہ دیکھیے، زمین ہمارے قبضے میں ہے، سورج ہمیں روشنی دے رہا ہے، ہوا ہمیں، درخت ہمیں اکسیجن سپلائی کر رہے ہیں۔</w:t>
      </w:r>
    </w:p>
    <w:p>
      <w:r>
        <w:rPr>
          <w:b/>
        </w:rPr>
        <w:t xml:space="preserve">[58:23] </w:t>
      </w:r>
      <w:r>
        <w:t>hum car se zameen par dorate hain, ya pani ke jahaz se samundaron mein tairte hain, hawai jahaz se hawa mein urte hain, rocket hamara space tak jata hai.</w:t>
      </w:r>
    </w:p>
    <w:p>
      <w:pPr>
        <w:jc w:val="right"/>
      </w:pPr>
      <w:r>
        <w:t>ہم کار سے زمین پر دوڑتے ہیں، یا پانی کے جہاز سے سمندروں میں تیرتے ہیں، ہوائی جہاز سے ہوا میں اڑتے ہیں، راکٹ ہمارا اسپیس تک جاتا ہے۔</w:t>
      </w:r>
    </w:p>
    <w:p>
      <w:r>
        <w:rPr>
          <w:b/>
        </w:rPr>
        <w:t xml:space="preserve">[58:36] </w:t>
      </w:r>
      <w:r>
        <w:t>yeh sara zameen o asman hamare hamare charge mein hai. lekin yeh kab tak hai? maut se pehle wali zindagi mein.</w:t>
      </w:r>
    </w:p>
    <w:p>
      <w:pPr>
        <w:jc w:val="right"/>
      </w:pPr>
      <w:r>
        <w:t>یہ سارا زمین و آسمان ہمارے ہمارے چارج میں ہے۔ لیکن یہ کب تک ہے؟ موت سے پہلے والی زندگی میں۔</w:t>
      </w:r>
    </w:p>
    <w:p>
      <w:r>
        <w:rPr>
          <w:b/>
        </w:rPr>
        <w:t xml:space="preserve">[58:45] </w:t>
      </w:r>
      <w:r>
        <w:t>maut ke baad sab ulta ho jayega, sab chhan jayega. yahan par hai usool Allah taala ka mamla: "sakhara lakum ma fi al-samawati wa ma fi al-ard".</w:t>
      </w:r>
    </w:p>
    <w:p>
      <w:pPr>
        <w:jc w:val="right"/>
      </w:pPr>
      <w:r>
        <w:t>موت کے بعد سب الٹا ہو جائے گا، سب چھن جائے گا۔ یہاں پر ہے اصول اللہ تعالی کا معاملہ: "سخر لکم محفوظ سماوات والارض"۔</w:t>
      </w:r>
    </w:p>
    <w:p>
      <w:r>
        <w:rPr>
          <w:b/>
        </w:rPr>
        <w:t xml:space="preserve">[58:55] </w:t>
      </w:r>
      <w:r>
        <w:t>maut ke baad kya hoga? "haram alaikum ma fi al-samawati wa ma fi al-ard". kaisi ajeeb baat hai,</w:t>
      </w:r>
    </w:p>
    <w:p>
      <w:pPr>
        <w:jc w:val="right"/>
      </w:pPr>
      <w:r>
        <w:t>موت کے بعد کیا ہوگا؟ "حرم لکم محفوظ سماوات و محفوظ"۔ کیسی عجیب بات ہے،</w:t>
      </w:r>
    </w:p>
    <w:p>
      <w:r>
        <w:rPr>
          <w:b/>
        </w:rPr>
        <w:t xml:space="preserve">[59:01] </w:t>
      </w:r>
      <w:r>
        <w:t>sab kuch sab se chhan jaye. yahan mila hua hai sab kuch, wahan kuch bhi na mila rahe hain.</w:t>
      </w:r>
    </w:p>
    <w:p>
      <w:pPr>
        <w:jc w:val="right"/>
      </w:pPr>
      <w:r>
        <w:t>سب کچھ سب سے چھن جائے۔ یہاں ملا ہوا ہے سب کچھ، وہاں کچھ بھی نہ ملا رہے ہیں۔</w:t>
      </w:r>
    </w:p>
    <w:p>
      <w:r>
        <w:rPr>
          <w:b/>
        </w:rPr>
        <w:t xml:space="preserve">[59:11] </w:t>
      </w:r>
      <w:r>
        <w:t>to aap batayein ke jise pani ke baghair machhli tadapti hai, waise insan tadpega kisi chattan par. yahi ek cheez aap sochein ke maut se pehle hamare liye "sakhara lakum ma fi al-samawati wa ma fi al-ard" ka mamla hai.</w:t>
      </w:r>
    </w:p>
    <w:p>
      <w:pPr>
        <w:jc w:val="right"/>
      </w:pPr>
      <w:r>
        <w:t>تو آپ بتائیں کہ جسے پانی کے بغیر مچھلی تڑپتی ہے، ویسے انسان تڑپے گا کسی چٹان پر۔ یہی ایک چیز آپ سوچیں کہ موت سے پہلے ہمارے لیے "سخر لکم محفوظ سماوات وارض" کا معاملہ ہے۔</w:t>
      </w:r>
    </w:p>
    <w:p>
      <w:r>
        <w:rPr>
          <w:b/>
        </w:rPr>
        <w:t xml:space="preserve">[59:25] </w:t>
      </w:r>
      <w:r>
        <w:t>maut ke baad hamare liye "haram alaikum ma fi al-samawati wa ma fi al-ard" ka mamla ho jayega.</w:t>
      </w:r>
    </w:p>
    <w:p>
      <w:pPr>
        <w:jc w:val="right"/>
      </w:pPr>
      <w:r>
        <w:t>موت کے بعد ہمارے لیے "حرم لکم محفوظ سماوات والارض" کا معاملہ ہو جائے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