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Why have Muslims turned violent December 14, 2008 Maulana Wahiduddin Khan</w:t>
      </w:r>
    </w:p>
    <w:p>
      <w:r>
        <w:t>https://www.youtube.com/watch?v=tPI2TlGq_QY</w:t>
      </w:r>
    </w:p>
    <w:p>
      <w:r>
        <w:rPr>
          <w:b/>
        </w:rPr>
        <w:t xml:space="preserve">[00:13] </w:t>
      </w:r>
      <w:r>
        <w:t>wasallahu ala nabiyyil karim. rabishrah li sadri wa yassir li amri, wahal uqdatan min lisani yafqahu qawli.</w:t>
      </w:r>
    </w:p>
    <w:p>
      <w:pPr>
        <w:jc w:val="right"/>
      </w:pPr>
      <w:r>
        <w:t>وصلی اللہ علی النبی الکریم. رب اشرح لی صدری ویسر لی امری، واحل العقدۃ من لسانی یفقہ قولی.</w:t>
      </w:r>
    </w:p>
    <w:p>
      <w:r>
        <w:rPr>
          <w:b/>
        </w:rPr>
        <w:t xml:space="preserve">[00:32] </w:t>
      </w:r>
      <w:r>
        <w:t>aaj ke liye jo theme hai woh hai:</w:t>
      </w:r>
    </w:p>
    <w:p>
      <w:pPr>
        <w:jc w:val="right"/>
      </w:pPr>
      <w:r>
        <w:t>آج کے لئے جو تھیم ہے وہ ہے:</w:t>
      </w:r>
    </w:p>
    <w:p>
      <w:r>
        <w:rPr>
          <w:b/>
        </w:rPr>
        <w:t xml:space="preserve">[00:38] </w:t>
      </w:r>
      <w:r>
        <w:t>"why have muslims turned violent?" yani, maujooda zamane ke musalman kyun tashaddud pasand ho gaye?</w:t>
      </w:r>
    </w:p>
    <w:p>
      <w:pPr>
        <w:jc w:val="right"/>
      </w:pPr>
      <w:r>
        <w:t>"Why have Muslims turned violent?" یعنی، موجہ زمانی کے مسلمان کیوں تشدد پسند ہو گئے؟</w:t>
      </w:r>
    </w:p>
    <w:p>
      <w:r>
        <w:rPr>
          <w:b/>
        </w:rPr>
        <w:t xml:space="preserve">[00:54] </w:t>
      </w:r>
      <w:r>
        <w:t>dekhiye, yeh bohat zyada aam sawal hai, sari duniya mein.</w:t>
      </w:r>
    </w:p>
    <w:p>
      <w:pPr>
        <w:jc w:val="right"/>
      </w:pPr>
      <w:r>
        <w:t>دیکھئے، یہ بہت زیادہ عام سوال ہے، ساری دنیا میں۔</w:t>
      </w:r>
    </w:p>
    <w:p>
      <w:r>
        <w:rPr>
          <w:b/>
        </w:rPr>
        <w:t xml:space="preserve">[01:04] </w:t>
      </w:r>
      <w:r>
        <w:t>kal meri mulaqat aik sahib se hui, woh aik nan muslim scholar hain, lekin bohat hi open minded aadmi hain.</w:t>
      </w:r>
    </w:p>
    <w:p>
      <w:pPr>
        <w:jc w:val="right"/>
      </w:pPr>
      <w:r>
        <w:t>کل میری ملاقات ایک صاحب سے ہوئی، وہ ایک نان مسلم اسکالر ہیں، لیکن بہت ہی اوپن مائنڈڈ آدمی ہیں۔</w:t>
      </w:r>
    </w:p>
    <w:p>
      <w:r>
        <w:rPr>
          <w:b/>
        </w:rPr>
        <w:t xml:space="preserve">[01:16] </w:t>
      </w:r>
      <w:r>
        <w:t>aur bohat ziyada, bohat hi well-read hain, bohat ziyada unhon ne safar kiye hain.</w:t>
      </w:r>
    </w:p>
    <w:p>
      <w:pPr>
        <w:jc w:val="right"/>
      </w:pPr>
      <w:r>
        <w:t>اور بہت زیادہ، بہت ہی ول ڈیڈ ہیں، بہت زیادہ انہوں نے سفر کئے ہیں۔</w:t>
      </w:r>
    </w:p>
    <w:p>
      <w:r>
        <w:rPr>
          <w:b/>
        </w:rPr>
        <w:t xml:space="preserve">[01:28] </w:t>
      </w:r>
      <w:r>
        <w:t>to, aur senior bhi hain. unhon ne kaha ke maine Quran ko</w:t>
      </w:r>
    </w:p>
    <w:p>
      <w:pPr>
        <w:jc w:val="right"/>
      </w:pPr>
      <w:r>
        <w:t>تو، اور سینئر بھی ہیں۔ انہوں نے کہا کہ میں نے قرآن کو</w:t>
      </w:r>
    </w:p>
    <w:p>
      <w:r>
        <w:rPr>
          <w:b/>
        </w:rPr>
        <w:t xml:space="preserve">[01:36] </w:t>
      </w:r>
      <w:r>
        <w:t>taqreeban chhe baar parha hai.</w:t>
      </w:r>
    </w:p>
    <w:p>
      <w:pPr>
        <w:jc w:val="right"/>
      </w:pPr>
      <w:r>
        <w:t>تقریباً چھ بار پڑھا ہے۔</w:t>
      </w:r>
    </w:p>
    <w:p>
      <w:r>
        <w:rPr>
          <w:b/>
        </w:rPr>
        <w:t xml:space="preserve">[01:42] </w:t>
      </w:r>
      <w:r>
        <w:t>maine paya hai ke Quran to aik book of peace hai. sari baatein jo Quran majeed mein hain, woh peace hi ko le kar ke hain.</w:t>
      </w:r>
    </w:p>
    <w:p>
      <w:pPr>
        <w:jc w:val="right"/>
      </w:pPr>
      <w:r>
        <w:t>میں نے پایا ہے کہ قرآن تو ایک بک آف پیس ہے۔ ساری باتیں جو قرآن مجید میں ہیں، وہ پیس ہی کو لے کر کے ہیں۔</w:t>
      </w:r>
    </w:p>
    <w:p>
      <w:r>
        <w:rPr>
          <w:b/>
        </w:rPr>
        <w:t xml:space="preserve">[02:00] </w:t>
      </w:r>
      <w:r>
        <w:t>yeh aik waqia hai. misaal ke taur par dekhiye, Quran majeed mein aap parhein to sari Quran mein human duties ki baat mile gi aap ko.</w:t>
      </w:r>
    </w:p>
    <w:p>
      <w:pPr>
        <w:jc w:val="right"/>
      </w:pPr>
      <w:r>
        <w:t>یہ ایک واقعہ ہے۔ مثلاً دیکھئے، قرآن مجید میں آپ پڑھیں تو سارے قرآن میں ہیومن ڈیوٹیز کی بات ملے گی آپ کو۔</w:t>
      </w:r>
    </w:p>
    <w:p>
      <w:r>
        <w:rPr>
          <w:b/>
        </w:rPr>
        <w:t xml:space="preserve">[02:12] </w:t>
      </w:r>
      <w:r>
        <w:t>kahin bhi human rights ki baat nahi mile gi. exception hai. yateemi ki kitabein aap parhein ge, humanities ke bare mein, un sab mein aap payein ge ke human rights ki baatein hoti hain.</w:t>
      </w:r>
    </w:p>
    <w:p>
      <w:pPr>
        <w:jc w:val="right"/>
      </w:pPr>
      <w:r>
        <w:t>کہیں بھی ہیومن رائٹس کی بات نہیں ملے گی۔ ایکسیپشن ہے۔ یتیمی کی کتابیں آپ پڑھیں گے، ہیومینیٹیز کے بارے میں، اُن سب میں آپ پائیں گے کہ ہیومن رائٹس کی باتیں ہوتی ہیں۔</w:t>
      </w:r>
    </w:p>
    <w:p>
      <w:r>
        <w:rPr>
          <w:b/>
        </w:rPr>
        <w:t xml:space="preserve">[02:30] </w:t>
      </w:r>
      <w:r>
        <w:t>human duties ko to koi likhta hi nahi kuch.</w:t>
      </w:r>
    </w:p>
    <w:p>
      <w:pPr>
        <w:jc w:val="right"/>
      </w:pPr>
      <w:r>
        <w:t>ہیومن ڈیوٹیز کو تو کوئی لکھتا ہی نہیں کچھ۔</w:t>
      </w:r>
    </w:p>
    <w:p>
      <w:r>
        <w:rPr>
          <w:b/>
        </w:rPr>
        <w:t xml:space="preserve">[02:36] </w:t>
      </w:r>
      <w:r>
        <w:t>aur yeh aik haqeeqat hai ke jo jis society mein log right conscious hon, woh sab ke sab negativity mein jiyenge.</w:t>
      </w:r>
    </w:p>
    <w:p>
      <w:pPr>
        <w:jc w:val="right"/>
      </w:pPr>
      <w:r>
        <w:t>اور یہ ایک حقیقت ہے کہ جو جس سوسائٹی میں لوگ رائٹ کانشیس ہوں، وہ سب کے سب نیگیٹیوٹی میں جیئیں گے۔</w:t>
      </w:r>
    </w:p>
    <w:p>
      <w:r>
        <w:rPr>
          <w:b/>
        </w:rPr>
        <w:t xml:space="preserve">[02:48] </w:t>
      </w:r>
      <w:r>
        <w:t>lekin jo society duty conscious ho, us mein log normal mind ke sath honge.</w:t>
      </w:r>
    </w:p>
    <w:p>
      <w:pPr>
        <w:jc w:val="right"/>
      </w:pPr>
      <w:r>
        <w:t>لیکن جو سوسائٹی ڈیوٹی کانشیس ہو، اُس میں لوگ نارمل مائنڈ کے ساتھ ہوں گے۔</w:t>
      </w:r>
    </w:p>
    <w:p>
      <w:r>
        <w:rPr>
          <w:b/>
        </w:rPr>
        <w:t xml:space="preserve">[02:58] </w:t>
      </w:r>
      <w:r>
        <w:t>wahan par tolerance hoga aur peace hoga. to yeh, unhon ne kaha ke Quran to book of peace hai.</w:t>
      </w:r>
    </w:p>
    <w:p>
      <w:pPr>
        <w:jc w:val="right"/>
      </w:pPr>
      <w:r>
        <w:t>وہاں پر ٹالرنس ہو گا اور پیس ہو گا۔ تو یہ، انہوں نے کہا کہ قرآن تو بک آف پیس ہے۔</w:t>
      </w:r>
    </w:p>
    <w:p>
      <w:r>
        <w:rPr>
          <w:b/>
        </w:rPr>
        <w:t xml:space="preserve">[03:08] </w:t>
      </w:r>
      <w:r>
        <w:t>unhon ne yeh bhi kaha kuch verses aisi zaroor Quran mein hain jo ke ladaai ki baat jis mein hai. to woh to war time ke liye hai.</w:t>
      </w:r>
    </w:p>
    <w:p>
      <w:pPr>
        <w:jc w:val="right"/>
      </w:pPr>
      <w:r>
        <w:t>انہوں نے یہ بھی کہا کچھ ورسیز ایسی ضرور قرآن میں ہیں جو کہ لڑائی کی بات جس میں ہے۔ تو وہ تو وار ٹائم کے لئے ہے۔</w:t>
      </w:r>
    </w:p>
    <w:p>
      <w:r>
        <w:rPr>
          <w:b/>
        </w:rPr>
        <w:t xml:space="preserve">[03:19] </w:t>
      </w:r>
      <w:r>
        <w:t>jab war chidi hui ho to wahan to yahi kaha jayega.</w:t>
      </w:r>
    </w:p>
    <w:p>
      <w:pPr>
        <w:jc w:val="right"/>
      </w:pPr>
      <w:r>
        <w:t>جب وار چھڑی ہوئی ہو تو وہاں تو یہی کہا جائے گا۔</w:t>
      </w:r>
    </w:p>
    <w:p>
      <w:r>
        <w:rPr>
          <w:b/>
        </w:rPr>
        <w:t xml:space="preserve">[03:25] </w:t>
      </w:r>
      <w:r>
        <w:t>war time ki baat hai. woh bohat thori si verses aisi hain. to unhon ne kaha ke aik taraf to Quran jo hai woh book of peace hai.</w:t>
      </w:r>
    </w:p>
    <w:p>
      <w:pPr>
        <w:jc w:val="right"/>
      </w:pPr>
      <w:r>
        <w:t>وار ٹائم کی بات ہے۔ وہ بہت تھوڑی سی ورسیز ایسی ہیں۔ تو انہوں نے کہا کہ ایک طرف تو قرآن جو ہے وہ بک آف پیس ہے۔</w:t>
      </w:r>
    </w:p>
    <w:p>
      <w:r>
        <w:rPr>
          <w:b/>
        </w:rPr>
        <w:t xml:space="preserve">[03:38] </w:t>
      </w:r>
      <w:r>
        <w:t>doosri taraf main, unhon ne kaha ke main bohat Musalmanon se mila hoon. India ke andar, India ke bahar. sab ko maine paya hai ke woh reactive psychology mein jeete hain.</w:t>
      </w:r>
    </w:p>
    <w:p>
      <w:pPr>
        <w:jc w:val="right"/>
      </w:pPr>
      <w:r>
        <w:t>دوسری طرف میں، انہوں نے کہا کہ میں بہت مسلمانوں سے ملا ہوں۔ انڈیا کے اندر، انڈیا کے باہر۔ سب کو میں نے پایا ہے کہ وہ ری ایکٹیو سائیکالوجی میں جیتے ہیں۔</w:t>
      </w:r>
    </w:p>
    <w:p>
      <w:r>
        <w:rPr>
          <w:b/>
        </w:rPr>
        <w:t xml:space="preserve">[03:52] </w:t>
      </w:r>
      <w:r>
        <w:t>yani, radd-e-amal ki psychology mein. aur yeh aik bilkul haqeeqat hai. maine khud bohat safar kiye hain, bohat parha hai.</w:t>
      </w:r>
    </w:p>
    <w:p>
      <w:pPr>
        <w:jc w:val="right"/>
      </w:pPr>
      <w:r>
        <w:t>یعنی، ردعمل کی نفسیات میں۔ اور یہ ایک بالکل حقیقت ہے۔ میں نے خود بہت سفر کئے ہیں، بہت پڑھا ہے۔</w:t>
      </w:r>
    </w:p>
    <w:p>
      <w:r>
        <w:rPr>
          <w:b/>
        </w:rPr>
        <w:t xml:space="preserve">[04:05] </w:t>
      </w:r>
      <w:r>
        <w:t>sari Musalman, without any exception, radd-e-amal ki psychology mein likhte aur bolte hain.</w:t>
      </w:r>
    </w:p>
    <w:p>
      <w:pPr>
        <w:jc w:val="right"/>
      </w:pPr>
      <w:r>
        <w:t>سارے مسلمان، وِد آؤٹ اینی ایکسیپشن، ردعمل کی نفسیات میں لکھتے اور بولتے ہیں۔</w:t>
      </w:r>
    </w:p>
    <w:p>
      <w:r>
        <w:rPr>
          <w:b/>
        </w:rPr>
        <w:t xml:space="preserve">[04:15] </w:t>
      </w:r>
      <w:r>
        <w:t>to reactive psychology jo hai bohat hi stuck word hai Musalmanon ke mind ko batane ke liye.</w:t>
      </w:r>
    </w:p>
    <w:p>
      <w:pPr>
        <w:jc w:val="right"/>
      </w:pPr>
      <w:r>
        <w:t>تو ری ایکٹیو سائیکالوجی جو ہے بہت ہی سٹرک ورڈ ہے مسلمانوں کے مائنڈ کو بتانے کے لئے۔</w:t>
      </w:r>
    </w:p>
    <w:p>
      <w:r>
        <w:rPr>
          <w:b/>
        </w:rPr>
        <w:t xml:space="preserve">[04:26] </w:t>
      </w:r>
      <w:r>
        <w:t>to unhon ne kaha ke why this contradiction between Muslims and their book?</w:t>
      </w:r>
    </w:p>
    <w:p>
      <w:pPr>
        <w:jc w:val="right"/>
      </w:pPr>
      <w:r>
        <w:t>تو انہوں نے کہا کہ وائی دِس کنٹراڈکشن بٹوین مسلمز اینڈ دیر بک؟</w:t>
      </w:r>
    </w:p>
    <w:p>
      <w:r>
        <w:rPr>
          <w:b/>
        </w:rPr>
        <w:t xml:space="preserve">[04:38] </w:t>
      </w:r>
      <w:r>
        <w:t>ke kitab to kehti hai peace ki baat aur khud woh jeete hain reactive psychology mein. dekhiye, is ka jawab bilkul simple hai.</w:t>
      </w:r>
    </w:p>
    <w:p>
      <w:pPr>
        <w:jc w:val="right"/>
      </w:pPr>
      <w:r>
        <w:t>کہ کتاب تو کہتی ہے پیس کی بات اور خود وہ جیتے ہیں ری ایکٹیو سائیکالوجی میں۔ دیکھئے، اس کا جواب بالکل سمپل ہے۔</w:t>
      </w:r>
    </w:p>
    <w:p>
      <w:r>
        <w:rPr>
          <w:b/>
        </w:rPr>
        <w:t xml:space="preserve">[04:51] </w:t>
      </w:r>
      <w:r>
        <w:t>woh explain hota hai principle of differentiation se. principle of differentiation aik accepted principle hai.</w:t>
      </w:r>
    </w:p>
    <w:p>
      <w:pPr>
        <w:jc w:val="right"/>
      </w:pPr>
      <w:r>
        <w:t>وہ ایکسپلین ہوتا ہے پرنسپل آف ڈیفرنشییشن سے۔ پرنسپل آف ڈیفرنشییشن ایک ایکسیپٹڈ پرنسپل ہے۔</w:t>
      </w:r>
    </w:p>
    <w:p>
      <w:r>
        <w:rPr>
          <w:b/>
        </w:rPr>
        <w:t xml:space="preserve">[05:01] </w:t>
      </w:r>
      <w:r>
        <w:t>yani aik cheez, doosri cheez farq karna.</w:t>
      </w:r>
    </w:p>
    <w:p>
      <w:pPr>
        <w:jc w:val="right"/>
      </w:pPr>
      <w:r>
        <w:t>یعنی ایک چیز، دوسری چیز فرق کرنا۔</w:t>
      </w:r>
    </w:p>
    <w:p>
      <w:r>
        <w:rPr>
          <w:b/>
        </w:rPr>
        <w:t xml:space="preserve">[05:07] </w:t>
      </w:r>
      <w:r>
        <w:t>to you have to differentiate between Islam and Muslims. you have to judge Muslims in the light of Islamic teachings and not vice versa.</w:t>
      </w:r>
    </w:p>
    <w:p>
      <w:pPr>
        <w:jc w:val="right"/>
      </w:pPr>
      <w:r>
        <w:t>تو یو ہیو ٹو ڈیفرنشییٹ بٹوین اسلام اینڈ مسلمز۔ یو ہیو ٹو جج مسلمز ان دی لائٹ آف اسلامک ٹیچنگز اینڈ ناٹ وائس ورسا۔</w:t>
      </w:r>
    </w:p>
    <w:p>
      <w:r>
        <w:rPr>
          <w:b/>
        </w:rPr>
        <w:t xml:space="preserve">[05:19] </w:t>
      </w:r>
      <w:r>
        <w:t>phir dekhiye, Quran mein yeh baat pehle se likhi hui bhi hai.</w:t>
      </w:r>
    </w:p>
    <w:p>
      <w:pPr>
        <w:jc w:val="right"/>
      </w:pPr>
      <w:r>
        <w:t>پھر دیکھئے، قرآن میں یہ بات پہلے سے لکھی ہوئی بھی ہے۔</w:t>
      </w:r>
    </w:p>
    <w:p>
      <w:r>
        <w:rPr>
          <w:b/>
        </w:rPr>
        <w:t xml:space="preserve">[05:26] </w:t>
      </w:r>
      <w:r>
        <w:t>as a prediction. ke later period of history mein kya hoga, us ke bare mein.</w:t>
      </w:r>
    </w:p>
    <w:p>
      <w:pPr>
        <w:jc w:val="right"/>
      </w:pPr>
      <w:r>
        <w:t>ایز اے پریڈکشن۔ کہ لیٹر پیریڈ آف ہسٹری میں کیا ہو گا، اُس کے بارے میں۔</w:t>
      </w:r>
    </w:p>
    <w:p>
      <w:r>
        <w:rPr>
          <w:b/>
        </w:rPr>
        <w:t xml:space="preserve">[05:37] </w:t>
      </w:r>
      <w:r>
        <w:t>rab in qom al quran</w:t>
      </w:r>
    </w:p>
    <w:p>
      <w:pPr>
        <w:jc w:val="right"/>
      </w:pPr>
      <w:r>
        <w:t>رب ان قوم القرآن</w:t>
      </w:r>
    </w:p>
    <w:p>
      <w:r>
        <w:rPr>
          <w:b/>
        </w:rPr>
        <w:t xml:space="preserve">[05:43] </w:t>
      </w:r>
      <w:r>
        <w:t>yeh ayat quran majeed mein maujood hai. chapter number twenty five mein aap is ko dekh sakte hain. chapter number twenty five.</w:t>
      </w:r>
    </w:p>
    <w:p>
      <w:pPr>
        <w:jc w:val="right"/>
      </w:pPr>
      <w:r>
        <w:t>یہ آیت قرآن مجید میں موجود ہے۔ چیپٹر نمبر ٹوئنٹی فائیو میں آپ اس کو دیکھ سکتے ہیں۔ چیپٹر نمبر ٹوئنٹی فائیو۔</w:t>
      </w:r>
    </w:p>
    <w:p>
      <w:r>
        <w:rPr>
          <w:b/>
        </w:rPr>
        <w:t xml:space="preserve">[05:56] </w:t>
      </w:r>
      <w:r>
        <w:t>ke musalman jo hain, baad ke zamane mein quran ko ek abandon book bana den ge.</w:t>
      </w:r>
    </w:p>
    <w:p>
      <w:pPr>
        <w:jc w:val="right"/>
      </w:pPr>
      <w:r>
        <w:t>کہ مسلمان جو ہیں، بعد کے زمانے میں قرآن کو ایک ابینڈن بک بنا دیں گے۔</w:t>
      </w:r>
    </w:p>
    <w:p>
      <w:r>
        <w:rPr>
          <w:b/>
        </w:rPr>
        <w:t xml:space="preserve">[06:06] </w:t>
      </w:r>
      <w:r>
        <w:t>kitab mehjoor bana den ge. kitab mehjoor ka matlab hai abandon book. yaani formal tor par to manen ge us ko, as a formal belief.</w:t>
      </w:r>
    </w:p>
    <w:p>
      <w:pPr>
        <w:jc w:val="right"/>
      </w:pPr>
      <w:r>
        <w:t>کتاب محجور بنا دیں گے۔ کتاب محجور کا مطلب ہے ابینڈن بک۔ یعنی فارمل طور پر تو مانیں گے اُس کو، ایز اے فارمل بیلیف۔</w:t>
      </w:r>
    </w:p>
    <w:p>
      <w:r>
        <w:rPr>
          <w:b/>
        </w:rPr>
        <w:t xml:space="preserve">[06:16] </w:t>
      </w:r>
      <w:r>
        <w:t>lekin practical tor par us ko chhoden hue hon ge. to wahi hai yeh.</w:t>
      </w:r>
    </w:p>
    <w:p>
      <w:pPr>
        <w:jc w:val="right"/>
      </w:pPr>
      <w:r>
        <w:t>لیکن پریکٹیکل طور پر اُس کو چھوڑے ہوئے ہوں گے۔ تو وہی ہے یہ۔</w:t>
      </w:r>
    </w:p>
    <w:p>
      <w:r>
        <w:rPr>
          <w:b/>
        </w:rPr>
        <w:t xml:space="preserve">[06:26] </w:t>
      </w:r>
      <w:r>
        <w:t>ab dekhiye ke quran mein, quran ke bare mein main keh sakta hoon ke woh law of nature ko batata hai.</w:t>
      </w:r>
    </w:p>
    <w:p>
      <w:pPr>
        <w:jc w:val="right"/>
      </w:pPr>
      <w:r>
        <w:t>اب دیکھئے کہ قرآن میں، قرآن کے بارے میں میں کہہ سکتا ہوں کہ وہ لاء آف نیچر کو بتاتا ہے۔</w:t>
      </w:r>
    </w:p>
    <w:p>
      <w:r>
        <w:rPr>
          <w:b/>
        </w:rPr>
        <w:t xml:space="preserve">[06:38] </w:t>
      </w:r>
      <w:r>
        <w:t>yaani yeh dunya khuda ne banai. poori dunya. to woh khuda ke banaye hue law of nature se govern hoti hai.</w:t>
      </w:r>
    </w:p>
    <w:p>
      <w:pPr>
        <w:jc w:val="right"/>
      </w:pPr>
      <w:r>
        <w:t>یعنی یہ دنیا خدا نے بنائی۔ پوری دنیا۔ تو وہ خدا کے بنائے ہوئے لاء آف نیچر سے گورن ہوتی ہے۔</w:t>
      </w:r>
    </w:p>
    <w:p>
      <w:r>
        <w:rPr>
          <w:b/>
        </w:rPr>
        <w:t xml:space="preserve">[06:49] </w:t>
      </w:r>
      <w:r>
        <w:t>fitrat ka qanoon. to ek aitbaar se quran fitrat ke qanoon ko batane wali kitab hai.</w:t>
      </w:r>
    </w:p>
    <w:p>
      <w:pPr>
        <w:jc w:val="right"/>
      </w:pPr>
      <w:r>
        <w:t>فطرت کا قانون۔ تو ایک اعتبار سے قرآن فطرت کے قانون کو بتانے والی کتاب ہے۔</w:t>
      </w:r>
    </w:p>
    <w:p>
      <w:r>
        <w:rPr>
          <w:b/>
        </w:rPr>
        <w:t xml:space="preserve">[07:02] </w:t>
      </w:r>
      <w:r>
        <w:t>to zaroor hai ke is ka bhi jawab us mein maujood ho. is phenomena ka bhi.</w:t>
      </w:r>
    </w:p>
    <w:p>
      <w:pPr>
        <w:jc w:val="right"/>
      </w:pPr>
      <w:r>
        <w:t>تو ضرور ہے کہ اس کا بھی جواب اُس میں موجود ہو۔ اس فینامینا کا بھی۔</w:t>
      </w:r>
    </w:p>
    <w:p>
      <w:r>
        <w:rPr>
          <w:b/>
        </w:rPr>
        <w:t xml:space="preserve">[07:10] </w:t>
      </w:r>
      <w:r>
        <w:t>is phenomena ka bhi jawab ho. ab dekhiye, yahan main yeh kahoon ga apne is study ki roshni mein ke koi bhi community ho, koi islam musalman ho ya doosre log hon,</w:t>
      </w:r>
    </w:p>
    <w:p>
      <w:pPr>
        <w:jc w:val="right"/>
      </w:pPr>
      <w:r>
        <w:t>اس فینامینا کا بھی جواب ہو۔ اب دیکھئے، یہاں میں یہ کہوں گا اپنے اس سٹڈی کی روشنی میں کہ کوئی بھی کمیونٹی ہو، کوئی اسلام مسلمان ہو یا دوسرے لوگ ہوں،</w:t>
      </w:r>
    </w:p>
    <w:p>
      <w:r>
        <w:rPr>
          <w:b/>
        </w:rPr>
        <w:t xml:space="preserve">[07:30] </w:t>
      </w:r>
      <w:r>
        <w:t>har community apni history mein jeeti hai. history.</w:t>
      </w:r>
    </w:p>
    <w:p>
      <w:pPr>
        <w:jc w:val="right"/>
      </w:pPr>
      <w:r>
        <w:t>ہر کمیونٹی اپنی ہسٹری میں جیتی ہے۔ ہسٹری۔</w:t>
      </w:r>
    </w:p>
    <w:p>
      <w:r>
        <w:rPr>
          <w:b/>
        </w:rPr>
        <w:t xml:space="preserve">[07:37] </w:t>
      </w:r>
      <w:r>
        <w:t>history hamesha communities ki viewed memory mein hoti hai. aur history kya hai? history is full of orders, full of problems, full of good news or bad news.</w:t>
      </w:r>
    </w:p>
    <w:p>
      <w:pPr>
        <w:jc w:val="right"/>
      </w:pPr>
      <w:r>
        <w:t>ہسٹری ہمیشہ کمیونٹیز کی وِوڈ میموری میں ہوتی ہے۔ اور ہسٹری کیا ہے؟ ہسٹری از فل آف آرڈز، فل آف پرابلمز، فل آف گڈ نیوز اور بیڈ نیوز۔</w:t>
      </w:r>
    </w:p>
    <w:p>
      <w:r>
        <w:rPr>
          <w:b/>
        </w:rPr>
        <w:t xml:space="preserve">[07:52] </w:t>
      </w:r>
      <w:r>
        <w:t>kisi ki history, ideal history to hoti hi nahin. kisi ki bhi nahin. kyun ke insaan ko khuda ne di hai azadi, freedom.</w:t>
      </w:r>
    </w:p>
    <w:p>
      <w:pPr>
        <w:jc w:val="right"/>
      </w:pPr>
      <w:r>
        <w:t>کسی کی ہسٹری، آئیڈیل ہسٹری تو ہوتی ہی نہیں۔ کسی کی بھی نہیں۔ کیوں کہ انسان کو خدا نے دی ہے آزادی، فریڈم۔</w:t>
      </w:r>
    </w:p>
    <w:p>
      <w:r>
        <w:rPr>
          <w:b/>
        </w:rPr>
        <w:t xml:space="preserve">[08:04] </w:t>
      </w:r>
      <w:r>
        <w:t>to insaan freedom ko misuse kare ga. us ki bhi azadi hai us ko. so it is misuse of freedom that creates problems.</w:t>
      </w:r>
    </w:p>
    <w:p>
      <w:pPr>
        <w:jc w:val="right"/>
      </w:pPr>
      <w:r>
        <w:t>تو انسان فریڈم کو مس یوز کرے گا۔ اس کی بھی آزادی ہے اُس کو۔ سو اِٹ از مس یوز آف فریڈم دیٹ کریٹس پرابلم۔</w:t>
      </w:r>
    </w:p>
    <w:p>
      <w:r>
        <w:rPr>
          <w:b/>
        </w:rPr>
        <w:t xml:space="preserve">[08:14] </w:t>
      </w:r>
      <w:r>
        <w:t>fathers.</w:t>
      </w:r>
    </w:p>
    <w:p>
      <w:pPr>
        <w:jc w:val="right"/>
      </w:pPr>
      <w:r>
        <w:t>فادرز۔</w:t>
      </w:r>
    </w:p>
    <w:p>
      <w:r>
        <w:rPr>
          <w:b/>
        </w:rPr>
        <w:t xml:space="preserve">[08:23] </w:t>
      </w:r>
      <w:r>
        <w:t>to yeh wajah hai ke hamesha history mein aisa hota hai ke har qism ki cheezein bhari hoti hain. yaani bad events aur good events.</w:t>
      </w:r>
    </w:p>
    <w:p>
      <w:pPr>
        <w:jc w:val="right"/>
      </w:pPr>
      <w:r>
        <w:t>تو یہ وجہ ہے کہ ہمیشہ ہسٹری میں ایسا ہوتا ہے کہ ہر قسم کی چیزیں بھری ہوتی ہیں۔ یعنی بیڈ ایونٹس اور گڈ ایونٹس۔</w:t>
      </w:r>
    </w:p>
    <w:p>
      <w:r>
        <w:rPr>
          <w:b/>
        </w:rPr>
        <w:t xml:space="preserve">[08:36] </w:t>
      </w:r>
      <w:r>
        <w:t>to har generation, har community inherit karti hai is history ko.</w:t>
      </w:r>
    </w:p>
    <w:p>
      <w:pPr>
        <w:jc w:val="right"/>
      </w:pPr>
      <w:r>
        <w:t>تو ہر جنریشن، ہر کمیونٹی انہیریٹ کرتی ہے اس ہسٹری کو۔</w:t>
      </w:r>
    </w:p>
    <w:p>
      <w:r>
        <w:rPr>
          <w:b/>
        </w:rPr>
        <w:t xml:space="preserve">[08:48] </w:t>
      </w:r>
      <w:r>
        <w:t>is ka matlab kya hua? is ka matlab yeh hua ke aap ko, yaani jo kisi community ke jo opinion makers hote hain ya jo leaders hote hain, un ko apni history ka ek positive interpretation dena hota hai.</w:t>
      </w:r>
    </w:p>
    <w:p>
      <w:pPr>
        <w:jc w:val="right"/>
      </w:pPr>
      <w:r>
        <w:t>اس کا مطلب کیا ہوا؟ اس کا مطلب یہ ہوا کہ آپ کو، یعنی جو کسی کمیونٹی کے جو اوپین میکرز ہوتے ہیں یا جو لیڈرز ہوتے ہیں، اُن کو اپنی ہسٹری کا ایک پازیٹیو انٹرپریٹیشن دینا ہوتا ہے۔</w:t>
      </w:r>
    </w:p>
    <w:p>
      <w:r>
        <w:rPr>
          <w:b/>
        </w:rPr>
        <w:t xml:space="preserve">[09:08] </w:t>
      </w:r>
      <w:r>
        <w:t>positive interpretation. agar woh, agar woh na de paen to log negativity mein jiyen ge. yaani woh history jo chali aa rahi hai, dunya bhar ki baaton ko liye hue, woh un ke mind mein bhar jae gi.</w:t>
      </w:r>
    </w:p>
    <w:p>
      <w:pPr>
        <w:jc w:val="right"/>
      </w:pPr>
      <w:r>
        <w:t>پازیٹیو انٹرپریٹیشن۔ اگر وہ، اگر وہ نہ دے پائیں تو لوگ نیگوٹیوٹی میں جیئیں گے۔ یعنی وہ ہسٹری جو چلی آ رہی ہے، دنیا بھر کی باتوں کو لیے ہوئے، وہ اُن کے مائنڈ میں بھر جائے گی۔</w:t>
      </w:r>
    </w:p>
    <w:p>
      <w:r>
        <w:rPr>
          <w:b/>
        </w:rPr>
        <w:t xml:space="preserve">[09:23] </w:t>
      </w:r>
      <w:r>
        <w:t>woh negative ban jaen ge.</w:t>
      </w:r>
    </w:p>
    <w:p>
      <w:pPr>
        <w:jc w:val="right"/>
      </w:pPr>
      <w:r>
        <w:t>وہ نیگوٹیو بن جائیں گے۔</w:t>
      </w:r>
    </w:p>
    <w:p>
      <w:r>
        <w:rPr>
          <w:b/>
        </w:rPr>
        <w:t xml:space="preserve">[09:27] </w:t>
      </w:r>
      <w:r>
        <w:t>to is ka solution sirf yeh hai ke jo kisi community ke jo leaders hain, jo opinion makers hain, woh history ka positive interpretation de saken.</w:t>
      </w:r>
    </w:p>
    <w:p>
      <w:pPr>
        <w:jc w:val="right"/>
      </w:pPr>
      <w:r>
        <w:t>تو اس کا سلوشن صرف یہ ہے کہ جو کسی کمیونٹی کے جو لیڈر ہیں، جو اوپین میکرز ہیں، وہ ہسٹری کا پازیٹیو انٹرپریٹیشن دے سکیں۔</w:t>
      </w:r>
    </w:p>
    <w:p>
      <w:r>
        <w:rPr>
          <w:b/>
        </w:rPr>
        <w:t xml:space="preserve">[09:41] </w:t>
      </w:r>
      <w:r>
        <w:t>tab ja kar yeh mumkin hai ke community jo hai bache hate se, violence se, negative thoughts se.</w:t>
      </w:r>
    </w:p>
    <w:p>
      <w:pPr>
        <w:jc w:val="right"/>
      </w:pPr>
      <w:r>
        <w:t>تب جا کر یہ ممکن ہے کہ کمیونٹی جو ہے بچے ہیٹ سے، وائلنس سے، نیگیٹیو تھاٹس سے۔</w:t>
      </w:r>
    </w:p>
    <w:p>
      <w:r>
        <w:rPr>
          <w:b/>
        </w:rPr>
        <w:t xml:space="preserve">[09:52] </w:t>
      </w:r>
      <w:r>
        <w:t>musalmanon mein kya hua? main yeh keh sakta hoon ke jab se printing press ka zamana aaya hai, saare musalman leaders, main yeh keh sakta hoon apne mutale'a ki roshni mein ke one to all, sab ke sab,</w:t>
      </w:r>
    </w:p>
    <w:p>
      <w:pPr>
        <w:jc w:val="right"/>
      </w:pPr>
      <w:r>
        <w:t>مسلمانوں میں کیا ہوا؟ میں یہ کہہ سکتا ہوں کہ جب سے پینٹنگ پریس کا زمانہ آیا ہے، سارے مسلمان لیڈرز، میں یہ کہہ سکتا ہوں اپنے مطالعے کی روشنی میں کہ ون ٹو آل، سب کے سب،</w:t>
      </w:r>
    </w:p>
    <w:p>
      <w:r>
        <w:rPr>
          <w:b/>
        </w:rPr>
        <w:t xml:space="preserve">[10:11] </w:t>
      </w:r>
      <w:r>
        <w:t>unhon ne yeh kaam nahin kiya.</w:t>
      </w:r>
    </w:p>
    <w:p>
      <w:pPr>
        <w:jc w:val="right"/>
      </w:pPr>
      <w:r>
        <w:t>انہوں نے یہ کام نہیں کیا۔</w:t>
      </w:r>
    </w:p>
    <w:p>
      <w:r>
        <w:rPr>
          <w:b/>
        </w:rPr>
        <w:t xml:space="preserve">[10:17] </w:t>
      </w:r>
      <w:r>
        <w:t>yeh kaam nahin kiya ke history ka positive interpretation den.</w:t>
      </w:r>
    </w:p>
    <w:p>
      <w:pPr>
        <w:jc w:val="right"/>
      </w:pPr>
      <w:r>
        <w:t>یہ کام نہیں کیا کہ ہسٹری کا پازیٹیو انٹرپریٹیشن دیں۔</w:t>
      </w:r>
    </w:p>
    <w:p>
      <w:r>
        <w:rPr>
          <w:b/>
        </w:rPr>
        <w:t xml:space="preserve">[10:26] </w:t>
      </w:r>
      <w:r>
        <w:t>to us ka prize de rahi hai community. us ki prize community de rahi hai.</w:t>
      </w:r>
    </w:p>
    <w:p>
      <w:pPr>
        <w:jc w:val="right"/>
      </w:pPr>
      <w:r>
        <w:t>تو اُس کا پرائز دے رہی ہے کمیونٹی۔ اُس کی پرائز کمیونٹی دے رہی ہے۔</w:t>
      </w:r>
    </w:p>
    <w:p>
      <w:r>
        <w:rPr>
          <w:b/>
        </w:rPr>
        <w:t xml:space="preserve">[10:35] </w:t>
      </w:r>
      <w:r>
        <w:t>ab mein aap ko quran ki aik ayat yaad dilana chahta hoon. quran mein aik bohat hi relevant verse hai.</w:t>
      </w:r>
    </w:p>
    <w:p>
      <w:pPr>
        <w:jc w:val="right"/>
      </w:pPr>
      <w:r>
        <w:t>اب میں آپ کو قرآن کی ایک آیت یاد دلانا چاہتا ہوں۔ قرآن میں ایک بہت ہی ریلیونٹ ورث ہے۔</w:t>
      </w:r>
    </w:p>
    <w:p>
      <w:r>
        <w:rPr>
          <w:b/>
        </w:rPr>
        <w:t xml:space="preserve">[10:45] </w:t>
      </w:r>
      <w:r>
        <w:t>woh hai: "inimasiskum qara faqat misl qawm qara misl wa tilka al-ayyam nidaa bain al-nas".</w:t>
      </w:r>
    </w:p>
    <w:p>
      <w:pPr>
        <w:jc w:val="right"/>
      </w:pPr>
      <w:r>
        <w:t>وہ ہے: "إنیمسسکم قرہ فقط مثل قوم قرہ مثل وتلك الأيام نداء بين الناس"۔</w:t>
      </w:r>
    </w:p>
    <w:p>
      <w:r>
        <w:rPr>
          <w:b/>
        </w:rPr>
        <w:t xml:space="preserve">[10:57] </w:t>
      </w:r>
      <w:r>
        <w:t>is ka matlab kya hai?</w:t>
      </w:r>
    </w:p>
    <w:p>
      <w:pPr>
        <w:jc w:val="right"/>
      </w:pPr>
      <w:r>
        <w:t>اس کا مطلب کیا ہے؟</w:t>
      </w:r>
    </w:p>
    <w:p>
      <w:r>
        <w:rPr>
          <w:b/>
        </w:rPr>
        <w:t xml:space="preserve">[11:01] </w:t>
      </w:r>
      <w:r>
        <w:t>is ka matlab yeh hai ke agar tum ko kuch zakhm pohncha hai to doosron ko bhi tum zakhm pohncha chuke ho.</w:t>
      </w:r>
    </w:p>
    <w:p>
      <w:pPr>
        <w:jc w:val="right"/>
      </w:pPr>
      <w:r>
        <w:t>اس کا مطلب یہ ہے کہ اگر تم کو کچھ زخم پہنچا ہے تو دوسروں کو بھی تم زخم پہنچا چکے ہو۔</w:t>
      </w:r>
    </w:p>
    <w:p>
      <w:r>
        <w:rPr>
          <w:b/>
        </w:rPr>
        <w:t xml:space="preserve">[11:12] </w:t>
      </w:r>
      <w:r>
        <w:t>yeh to maamla barabar ho gaya.</w:t>
      </w:r>
    </w:p>
    <w:p>
      <w:pPr>
        <w:jc w:val="right"/>
      </w:pPr>
      <w:r>
        <w:t>یہ تو معاملہ برابر ہو گیا۔</w:t>
      </w:r>
    </w:p>
    <w:p>
      <w:r>
        <w:rPr>
          <w:b/>
        </w:rPr>
        <w:t xml:space="preserve">[11:18] </w:t>
      </w:r>
      <w:r>
        <w:t>yeh, yeh ayat kis surah mein hai?</w:t>
      </w:r>
    </w:p>
    <w:p>
      <w:pPr>
        <w:jc w:val="right"/>
      </w:pPr>
      <w:r>
        <w:t>یہ، یہ آیت کس سورہ میں ہے؟</w:t>
      </w:r>
    </w:p>
    <w:p>
      <w:r>
        <w:rPr>
          <w:b/>
        </w:rPr>
        <w:t xml:space="preserve">[11:23] </w:t>
      </w:r>
      <w:r>
        <w:t>yeh chapter three. chapter three mein yeh surah hai, yeh, yeh verse hai. chapter three of the quran. ke agar un ke zariye tum ko wound pohncha hai to tumhare zariye un ko bhi wound pohnch chuka hai.</w:t>
      </w:r>
    </w:p>
    <w:p>
      <w:pPr>
        <w:jc w:val="right"/>
      </w:pPr>
      <w:r>
        <w:t>یہ چیپٹر تھری۔ چیپٹر تھری میں یہ سورہ ہے، یہ، یہ ورث ہے۔ چیپٹر تھری آف دا قرآن۔ کہ اگر اُن کے ذریعے تم کو وُنڈ پہنچا ہے تو تمہارے ذریعے اُن کو بھی وُنڈ پہنچ چکا ہے۔</w:t>
      </w:r>
    </w:p>
    <w:p>
      <w:r>
        <w:rPr>
          <w:b/>
        </w:rPr>
        <w:t xml:space="preserve">[11:39] </w:t>
      </w:r>
      <w:r>
        <w:t>to maamla barabar ho gaya. ab negativity kis liye? kitni ahem verse hai quran majeed mein yeh.</w:t>
      </w:r>
    </w:p>
    <w:p>
      <w:pPr>
        <w:jc w:val="right"/>
      </w:pPr>
      <w:r>
        <w:t>تو معاملہ برابر ہو گیا۔ اب نیگیٹیوٹی کس لئے؟ کتنی اہم ورث ہے قرآن مجید میں یہ۔</w:t>
      </w:r>
    </w:p>
    <w:p>
      <w:r>
        <w:rPr>
          <w:b/>
        </w:rPr>
        <w:t xml:space="preserve">[11:50] </w:t>
      </w:r>
      <w:r>
        <w:t>yeh verse quran mein kabootri, yeh battle of uhud ke baad,</w:t>
      </w:r>
    </w:p>
    <w:p>
      <w:pPr>
        <w:jc w:val="right"/>
      </w:pPr>
      <w:r>
        <w:t>یہ ورث قرآن میں کبوتری، یہ بیٹل آف احد کے بعد،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