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Hajj In the Footsteps of Prophet Ibrahim June 16, 2024</w:t>
      </w:r>
    </w:p>
    <w:p>
      <w:r>
        <w:t>https://youtu.be/wAMsw43dhmg</w:t>
      </w:r>
    </w:p>
    <w:p>
      <w:r>
        <w:rPr>
          <w:b/>
        </w:rPr>
        <w:t xml:space="preserve">[00:00] </w:t>
      </w:r>
      <w:r>
        <w:t>assalam o alaikum. Today we will have a conversation with Dr. Sane Stan Khan on the subject "Hajj: In the Footsteps of Prophet Ibrahim." Hajj, as we know, is the fifth pillar of Islam.</w:t>
      </w:r>
    </w:p>
    <w:p>
      <w:pPr>
        <w:jc w:val="right"/>
      </w:pPr>
      <w:r>
        <w:t>السلام علیکم۔ Today we will have a conversation with Dr. Sane Stan Khan on the subject "Hajj: In the Footsteps of Prophet Ibrahim." Hajj, as we know, is the fifth pillar of Islam.</w:t>
      </w:r>
    </w:p>
    <w:p>
      <w:r>
        <w:rPr>
          <w:b/>
        </w:rPr>
        <w:t xml:space="preserve">[00:15] </w:t>
      </w:r>
      <w:r>
        <w:t>it is incumbent only upon those Muslims who have the ability to underta</w:t>
      </w:r>
    </w:p>
    <w:p>
      <w:pPr>
        <w:jc w:val="right"/>
      </w:pPr>
      <w:r>
        <w:t>It is incumbent only upon those Muslims who have the ability to underta</w:t>
      </w:r>
    </w:p>
    <w:p>
      <w:r>
        <w:rPr>
          <w:b/>
        </w:rPr>
        <w:t xml:space="preserve">[00:20] </w:t>
      </w:r>
      <w:r>
        <w:t>ke it. Hajj is to be performed once in a lifetime, and it teaches us how to lead a God-oriented life and spend a life as per the will of God.</w:t>
      </w:r>
    </w:p>
    <w:p>
      <w:pPr>
        <w:jc w:val="right"/>
      </w:pPr>
      <w:r>
        <w:t>ke it. Hajj is to be performed once in a lifetime, and it teaches us how to lead a God-oriented life and spend a life as per the will of God.</w:t>
      </w:r>
    </w:p>
    <w:p>
      <w:r>
        <w:rPr>
          <w:b/>
        </w:rPr>
        <w:t xml:space="preserve">[00:31] </w:t>
      </w:r>
      <w:r>
        <w:t>Hajj is the greatest act of worship and symbolizes complete submission and humbleness before God Almighty. to chaliye aaj is mauzu par charcha karte hain doctor sahib ke sath. assalam o alaikum doctor sahib, kaise hain aap?</w:t>
      </w:r>
    </w:p>
    <w:p>
      <w:pPr>
        <w:jc w:val="right"/>
      </w:pPr>
      <w:r>
        <w:t>Hajj is the greatest act of worship and symbolizes complete submission and humbleness before God Almighty. तो चलिए आज इस मौजू पर चर्चा करते हैं डॉक्टर साहब के साथ। अस्सलाम वालेकुम डॉक्टर साहब, कैसे हैं आप?</w:t>
      </w:r>
    </w:p>
    <w:p>
      <w:r>
        <w:rPr>
          <w:b/>
        </w:rPr>
        <w:t xml:space="preserve">[00:45] </w:t>
      </w:r>
      <w:r>
        <w:t>wa alaikum assalam. aap ke kaise mizaj hain? ji alhamdulillah. doctor sahib, sab se pehla mera sawal is cheez ko lekar hai ke jaise ke hum jante hain ke prophet Ibrahim role is deep revered in Islamic history</w:t>
      </w:r>
    </w:p>
    <w:p>
      <w:pPr>
        <w:jc w:val="right"/>
      </w:pPr>
      <w:r>
        <w:t>وعلیکم السلام۔ آپ کے کیسے مزاج ہیں؟ جی الحمدللہ۔ डॉक्टर साहब, सबसे पहला मेरा सवाल इस चीज़ को लेकर है कि जैसे कि हम जानते हैं कि प्रोफेट इब्राहिम रोल इज़ डीप रेवेयर्ड इन इस्लामिक हिस्ट्री</w:t>
      </w:r>
    </w:p>
    <w:p>
      <w:r>
        <w:rPr>
          <w:b/>
        </w:rPr>
        <w:t xml:space="preserve">[00:58] </w:t>
      </w:r>
      <w:r>
        <w:t>, to main chahunga ke aap un ki birth ke bare mein and how did he discover God as a child wahan se aap shuru karein. bismillah hir rahman nir rahim.</w:t>
      </w:r>
    </w:p>
    <w:p>
      <w:pPr>
        <w:jc w:val="right"/>
      </w:pPr>
      <w:r>
        <w:t>, तो मैं चाहूंगा कि आप उनकी बर्थ के बारे में and how did he discover God as a child वहां से आप शुरू करें। بسم اللہ الرحمن الرحیم۔</w:t>
      </w:r>
    </w:p>
    <w:p>
      <w:r>
        <w:rPr>
          <w:b/>
        </w:rPr>
        <w:t xml:space="preserve">[01:09] </w:t>
      </w:r>
      <w:r>
        <w:t>rab ishrah li sadri, wa yassir li amri, wahul uqdatan min lisani, yafqahu qawli. prophet Ibrahim alaihi assalam was born about 4000 years ago in a place called Ur. this is near Baghdad in Iraq.</w:t>
      </w:r>
    </w:p>
    <w:p>
      <w:pPr>
        <w:jc w:val="right"/>
      </w:pPr>
      <w:r>
        <w:t>رب اشرح لی صدری، ویسر لی امری، واحل العقدۃ من لسانی، یفقہ قولی۔ प्रोफेट इब्राहिम अलैहिस्सलाम वाज़ बोर्न अबाउट 4000 इयर्स एगो इन अ प्लेस कॉल्ड उर। दिस इज़ नियर बगदाद इन इराक।</w:t>
      </w:r>
    </w:p>
    <w:p>
      <w:r>
        <w:rPr>
          <w:b/>
        </w:rPr>
        <w:t xml:space="preserve">[01:28] </w:t>
      </w:r>
      <w:r>
        <w:t>Actually, this town was discovered by archaeologists about 100 years.</w:t>
      </w:r>
    </w:p>
    <w:p>
      <w:pPr>
        <w:jc w:val="right"/>
      </w:pPr>
      <w:r>
        <w:t>एक्चुअली, दिस टाउन वाज़ डिस्कवर्ड बाय आर्कियोलॉजिस्ट अबाउट 100 इयर्स।</w:t>
      </w:r>
    </w:p>
    <w:p>
      <w:r>
        <w:rPr>
          <w:b/>
        </w:rPr>
        <w:t xml:space="preserve">[01:36] </w:t>
      </w:r>
      <w:r>
        <w:t>American and British archaeologists were digging there, and they found the entire city beneath</w:t>
      </w:r>
    </w:p>
    <w:p>
      <w:pPr>
        <w:jc w:val="right"/>
      </w:pPr>
      <w:r>
        <w:t>अमेरिकन एंड ब्रिटिश आर्कियोलॉजिस्ट वर डिगिंग देयर, एंड दे फाउंड द एंटायस सिटी बनीत</w:t>
      </w:r>
    </w:p>
    <w:p>
      <w:r>
        <w:rPr>
          <w:b/>
        </w:rPr>
        <w:t xml:space="preserve">[01:45] </w:t>
      </w:r>
      <w:r>
        <w:t>buried in that area.</w:t>
      </w:r>
    </w:p>
    <w:p>
      <w:pPr>
        <w:jc w:val="right"/>
      </w:pPr>
      <w:r>
        <w:t>बरीद इन दैट एरिया।</w:t>
      </w:r>
    </w:p>
    <w:p>
      <w:r>
        <w:rPr>
          <w:b/>
        </w:rPr>
        <w:t xml:space="preserve">[01:47] </w:t>
      </w:r>
      <w:r>
        <w:t>and when they perform the scientific</w:t>
      </w:r>
    </w:p>
    <w:p>
      <w:pPr>
        <w:jc w:val="right"/>
      </w:pPr>
      <w:r>
        <w:t>एंड व्हेन दे परफॉर्म द साइंटिफिक</w:t>
      </w:r>
    </w:p>
    <w:p>
      <w:r>
        <w:rPr>
          <w:b/>
        </w:rPr>
        <w:t xml:space="preserve">[01:53] </w:t>
      </w:r>
      <w:r>
        <w:t>experiments like carbon dating and so on, so they confirmed that</w:t>
      </w:r>
    </w:p>
    <w:p>
      <w:pPr>
        <w:jc w:val="right"/>
      </w:pPr>
      <w:r>
        <w:t>एक्सपेरिमेंट्स लाइक कार्बन डेटिंग एंड सो ऑन, सो दे कन्फर्म्ड दैट</w:t>
      </w:r>
    </w:p>
    <w:p>
      <w:r>
        <w:rPr>
          <w:b/>
        </w:rPr>
        <w:t xml:space="preserve">[02:00] </w:t>
      </w:r>
      <w:r>
        <w:t>These monuments and these temples and buildings belong to exactly the same era when Ibrahim was living here.</w:t>
      </w:r>
    </w:p>
    <w:p>
      <w:pPr>
        <w:jc w:val="right"/>
      </w:pPr>
      <w:r>
        <w:t>दीज़ मॉन्यूमेंट्स एंड दीज़ टेंपल्स एंड बिल्डिंग्स बिलोंग टू एग्जैक्टली द सेम एरा व्हेन इब्राहिम वाज़ लिविंग हियर।</w:t>
      </w:r>
    </w:p>
    <w:p>
      <w:r>
        <w:rPr>
          <w:b/>
        </w:rPr>
        <w:t xml:space="preserve">[02:11] </w:t>
      </w:r>
      <w:r>
        <w:t>so, so God has kept the</w:t>
      </w:r>
    </w:p>
    <w:p>
      <w:pPr>
        <w:jc w:val="right"/>
      </w:pPr>
      <w:r>
        <w:t>सो, सो गॉड हैज़ केप्ट द</w:t>
      </w:r>
    </w:p>
    <w:p>
      <w:r>
        <w:rPr>
          <w:b/>
        </w:rPr>
        <w:t xml:space="preserve">[02:22] </w:t>
      </w:r>
      <w:r>
        <w:t>things of his age. this is very important. one can visit there. if somebody is going to Baghdad, he can go there. its not very far from. its a small town near Baghdad.</w:t>
      </w:r>
    </w:p>
    <w:p>
      <w:pPr>
        <w:jc w:val="right"/>
      </w:pPr>
      <w:r>
        <w:t>थिंग्स ऑफ हिज़ एज। दिस इज़ वेरी इंपॉर्टेंट। वन कैन विजिट देयर। इफ समबडी इज़ गोइंग टू बगदाद, ही कैन गो देयर। इट्स नॉट वेरी फार फ्रॉम। इट्स अ स्मॉल टाउन नियर बगदाद।</w:t>
      </w:r>
    </w:p>
    <w:p>
      <w:r>
        <w:rPr>
          <w:b/>
        </w:rPr>
        <w:t xml:space="preserve">[02:34] </w:t>
      </w:r>
      <w:r>
        <w:t>So, Ibrahim alaihis salam was born there, and he was a very curious child</w:t>
      </w:r>
    </w:p>
    <w:p>
      <w:pPr>
        <w:jc w:val="right"/>
      </w:pPr>
      <w:r>
        <w:t>सो, इब्राहिम अलैहिस्सलाम वाज़ बोर्न देयर, एंड ही वाज़ अ वेरी क्यूरियस चाइल्ड</w:t>
      </w:r>
    </w:p>
    <w:p>
      <w:r>
        <w:rPr>
          <w:b/>
        </w:rPr>
        <w:t xml:space="preserve">[02:40] </w:t>
      </w:r>
      <w:r>
        <w:t>and very intelligent child.</w:t>
      </w:r>
    </w:p>
    <w:p>
      <w:pPr>
        <w:jc w:val="right"/>
      </w:pPr>
      <w:r>
        <w:t>एंड वेरी इंटेलिजेंट चाइल्ड।</w:t>
      </w:r>
    </w:p>
    <w:p>
      <w:r>
        <w:rPr>
          <w:b/>
        </w:rPr>
        <w:t xml:space="preserve">[02:43] </w:t>
      </w:r>
      <w:r>
        <w:t>and there is a story in the quran</w:t>
      </w:r>
    </w:p>
    <w:p>
      <w:pPr>
        <w:jc w:val="right"/>
      </w:pPr>
      <w:r>
        <w:t>एंड देयर इज़ अ स्टोरी इन द कुरान</w:t>
      </w:r>
    </w:p>
    <w:p>
      <w:r>
        <w:rPr>
          <w:b/>
        </w:rPr>
        <w:t xml:space="preserve">[02:47] </w:t>
      </w:r>
      <w:r>
        <w:t>about his childhood, and he was in search of God.</w:t>
      </w:r>
    </w:p>
    <w:p>
      <w:pPr>
        <w:jc w:val="right"/>
      </w:pPr>
      <w:r>
        <w:t>अबाउट हिज़ चाइल्डहुड, एंड ही वाज़ इन सर्च ऑफ गॉड।</w:t>
      </w:r>
    </w:p>
    <w:p>
      <w:r>
        <w:rPr>
          <w:b/>
        </w:rPr>
        <w:t xml:space="preserve">[02:53] </w:t>
      </w:r>
      <w:r>
        <w:t>and the quran says, "falamma jann alayhi lailu, raokaban qala rabbi."</w:t>
      </w:r>
    </w:p>
    <w:p>
      <w:pPr>
        <w:jc w:val="right"/>
      </w:pPr>
      <w:r>
        <w:t>एंड द कुरान सेज, "फलम मा जन्न अलेही लैलू, र कोकबन कल रबी।"</w:t>
      </w:r>
    </w:p>
    <w:p>
      <w:r>
        <w:rPr>
          <w:b/>
        </w:rPr>
        <w:t xml:space="preserve">[03:01] </w:t>
      </w:r>
      <w:r>
        <w:t>So, when the night descended, he saw a brilliant star,</w:t>
      </w:r>
    </w:p>
    <w:p>
      <w:pPr>
        <w:jc w:val="right"/>
      </w:pPr>
      <w:r>
        <w:t>सो, व्हेन द नाइट डिसेंडेड, ही सॉ अ ब्रिलियंट स्टार,</w:t>
      </w:r>
    </w:p>
    <w:p>
      <w:r>
        <w:rPr>
          <w:b/>
        </w:rPr>
        <w:t xml:space="preserve">[03:07] </w:t>
      </w:r>
      <w:r>
        <w:t>And he exclaimed, "This is my Lord."</w:t>
      </w:r>
    </w:p>
    <w:p>
      <w:pPr>
        <w:jc w:val="right"/>
      </w:pPr>
      <w:r>
        <w:t>एंड ही एक्सक्लेमड, "दिस इज़ माय लॉर्ड।</w:t>
      </w:r>
    </w:p>
    <w:p>
      <w:r>
        <w:rPr>
          <w:b/>
        </w:rPr>
        <w:t xml:space="preserve">[03:10] </w:t>
      </w:r>
      <w:r>
        <w:t>this must be my Lord. it is so beautiful." but after a while, the star faded away. he said, "no, I must be wrong. it cannot be my Lord." he wanted his Lord to be with him all the time,</w:t>
      </w:r>
    </w:p>
    <w:p>
      <w:pPr>
        <w:jc w:val="right"/>
      </w:pPr>
      <w:r>
        <w:t>दिस मस्ट बी माय लॉर्ड। इट इज़ सो ब्यूटीफुल।" बट आफ्टर अ वाइल, द स्टार फिड अवे। ही सेड, "नो, आई मस्ट बी रंग। इट कैन नॉट बी माय लॉर्ड।" ही वांटेड हिज़ लॉर्ड टू बी विद हिम ऑल द टाइम,</w:t>
      </w:r>
    </w:p>
    <w:p>
      <w:r>
        <w:rPr>
          <w:b/>
        </w:rPr>
        <w:t xml:space="preserve">[03:27] </w:t>
      </w:r>
      <w:r>
        <w:t>someone he can contact at any moment, any time, and should receive response from</w:t>
      </w:r>
    </w:p>
    <w:p>
      <w:pPr>
        <w:jc w:val="right"/>
      </w:pPr>
      <w:r>
        <w:t>समवन ही कैन कांटेक्ट एट एनी मोमेंट, एनी टाइम, एंड शुड रिसीव रिस्पांस फ्रॉम</w:t>
      </w:r>
    </w:p>
    <w:p>
      <w:r>
        <w:rPr>
          <w:b/>
        </w:rPr>
        <w:t xml:space="preserve">[03:33] </w:t>
      </w:r>
      <w:r>
        <w:t>there. so, he then saw the moon.</w:t>
      </w:r>
    </w:p>
    <w:p>
      <w:pPr>
        <w:jc w:val="right"/>
      </w:pPr>
      <w:r>
        <w:t>देयर। सो, ही देन सॉ द मून।</w:t>
      </w:r>
    </w:p>
    <w:p>
      <w:r>
        <w:rPr>
          <w:b/>
        </w:rPr>
        <w:t xml:space="preserve">[03:42] </w:t>
      </w:r>
      <w:r>
        <w:t>so, when he saw the moon shining, he said, "wow, this is my Lord. this is so beautiful." but the same experience he had with the moon. it also faded away. so, he said, "no, it cannot be my Lord. my Lord is one who will be there forever with me all the time."</w:t>
      </w:r>
    </w:p>
    <w:p>
      <w:pPr>
        <w:jc w:val="right"/>
      </w:pPr>
      <w:r>
        <w:t>सो, व्हेन ही सॉ द मून शाइनिंग, ही सेड, "वाओ, दिस इज़ माय लॉर्ड। दिस इज़ सो ब्यूटीफुल।" बट द सेम एक्सपीरियंस ही हैड विद द मून। इट आल्सो फेडेड अवे। सो, ही सेड, "नो, इट कैन नॉट बी माय लॉर्ड। माय लॉर्ड इज़ वन हु विल बी देयर फॉर एवर विद मी ऑल द टाइम।</w:t>
      </w:r>
    </w:p>
    <w:p>
      <w:r>
        <w:rPr>
          <w:b/>
        </w:rPr>
        <w:t xml:space="preserve">[04:02] </w:t>
      </w:r>
      <w:r>
        <w:t>so, in the morning, he saw the sun.</w:t>
      </w:r>
    </w:p>
    <w:p>
      <w:pPr>
        <w:jc w:val="right"/>
      </w:pPr>
      <w:r>
        <w:t>" सो, इन द मॉर्निंग, ही सॉ द सन।</w:t>
      </w:r>
    </w:p>
    <w:p>
      <w:r>
        <w:rPr>
          <w:b/>
        </w:rPr>
        <w:t xml:space="preserve">[04:13] </w:t>
      </w:r>
      <w:r>
        <w:t>when he saw the sun shining, he said, "wow, this is beautiful. this is bigger than those two. this must be my lord." so, he was almost convinced, "this is my lord." but in the evening, the sun also went away. he said, "no,</w:t>
      </w:r>
    </w:p>
    <w:p>
      <w:pPr>
        <w:jc w:val="right"/>
      </w:pPr>
      <w:r>
        <w:t>व्हेन ही सॉ द सन शाइनिंग, ही सेड, "वाओ, दिस इज़ ब्यूटीफुल। दिस इज़ बिगर देन दोस टू। दिस मस्ट बी माय लॉर्ड।" सो, ही वाज़ ऑलमोस्ट कन्विंस्ड, "दिस इज़ माय लॉर्ड।" बट इन द इवनिंग, द सन आल्सो वेंट अवे। ही सेड, "नो,</w:t>
      </w:r>
    </w:p>
    <w:p>
      <w:r>
        <w:rPr>
          <w:b/>
        </w:rPr>
        <w:t xml:space="preserve">[04:32] </w:t>
      </w:r>
      <w:r>
        <w:t>this cannot be my lord." he wanted to discover his lord who remain with him all the time, who can hear when he seek help or when he pray.</w:t>
      </w:r>
    </w:p>
    <w:p>
      <w:pPr>
        <w:jc w:val="right"/>
      </w:pPr>
      <w:r>
        <w:t>दिस कैन नॉट बी माय लॉर्ड।" ही वांटेड टू डिस्कवर हिज़ लॉर्ड हु रिमेन विद हिम ऑल द टाइम, हु कैन हेयर व्हेन ही सीक हेल्प और व्हेन ही प्रे।</w:t>
      </w:r>
    </w:p>
    <w:p>
      <w:r>
        <w:rPr>
          <w:b/>
        </w:rPr>
        <w:t xml:space="preserve">[04:49] </w:t>
      </w:r>
      <w:r>
        <w:t>so, he finally said, "my lord." when he looked around, he looked at the sun and the moon, star, planets, all the phenomena of nature. he said, "my lord is the creator of all these things." and so, this is the story of a child. he was a very curious child,</w:t>
      </w:r>
    </w:p>
    <w:p>
      <w:pPr>
        <w:jc w:val="right"/>
      </w:pPr>
      <w:r>
        <w:t>सो, ही फाइनली सेड, "माय लॉर्ड।" व्हेन ही लुक्ड अराउंड, ही लुक्ड एट द सन एंड द मून, स्टार, प्लेनेट्स, ऑल द फिनोमिना ऑफ नेचर। ही सेड, "माय लॉर्ड इज़ द क्रिएटर ऑफ ऑल दीज़ थिंग्स।" एंड सो, दिस इज़ द स्टोरी ऑफ अ चाइल्ड। ही वाज़ अ वेरी क्यूरियस चाइल्ड,</w:t>
      </w:r>
    </w:p>
    <w:p>
      <w:r>
        <w:rPr>
          <w:b/>
        </w:rPr>
        <w:t xml:space="preserve">[05:14] </w:t>
      </w:r>
      <w:r>
        <w:t>and he was a thinking child.</w:t>
      </w:r>
    </w:p>
    <w:p>
      <w:pPr>
        <w:jc w:val="right"/>
      </w:pPr>
      <w:r>
        <w:t>एंड ही वाज़ अ थिंकिंग चाइल्ड।</w:t>
      </w:r>
    </w:p>
    <w:p>
      <w:r>
        <w:rPr>
          <w:b/>
        </w:rPr>
        <w:t xml:space="preserve">[05:16] </w:t>
      </w:r>
      <w:r>
        <w:t>right from the young age, he was thinking. and this is the only way to discover the creator, not for children, but for everyone.</w:t>
      </w:r>
    </w:p>
    <w:p>
      <w:pPr>
        <w:jc w:val="right"/>
      </w:pPr>
      <w:r>
        <w:t>राइट फ्रॉम द यंग एज, ही वाज़ थिंकिंग। एंड दिस इज़ द ओनली वे टू डिस्कवर द क्रिएटर, नॉट फॉर चिल्ड्रन, बट फॉर एवरीवन।</w:t>
      </w:r>
    </w:p>
    <w:p>
      <w:r>
        <w:rPr>
          <w:b/>
        </w:rPr>
        <w:t xml:space="preserve">[05:29] </w:t>
      </w:r>
      <w:r>
        <w:t>and the quran says, "in</w:t>
      </w:r>
    </w:p>
    <w:p>
      <w:pPr>
        <w:jc w:val="right"/>
      </w:pPr>
      <w:r>
        <w:t>एंड द कुरान सेज, "इन</w:t>
      </w:r>
    </w:p>
    <w:p>
      <w:r>
        <w:rPr>
          <w:b/>
        </w:rPr>
        <w:t xml:space="preserve">[05:38] </w:t>
      </w:r>
      <w:r>
        <w:t>the allah, in the alternation, in the creation of the heavens and earth, and in the alternation of night and day, there are signs of people who think</w:t>
      </w:r>
    </w:p>
    <w:p>
      <w:pPr>
        <w:jc w:val="right"/>
      </w:pPr>
      <w:r>
        <w:t>द अल्लाह, इन द अल्टरनेशन, इन द क्रिएशन ऑफ द हेवन्स एंड अर्थ, एंड इन द अल्टरनेशन ऑफ नाइट एंड डे, देयर आर साइंस ऑफ पीपल हु थिंक</w:t>
      </w:r>
    </w:p>
    <w:p>
      <w:r>
        <w:rPr>
          <w:b/>
        </w:rPr>
        <w:t xml:space="preserve">[05:50] </w:t>
      </w:r>
      <w:r>
        <w:t>." so, quran</w:t>
      </w:r>
    </w:p>
    <w:p>
      <w:pPr>
        <w:jc w:val="right"/>
      </w:pPr>
      <w:r>
        <w:t>।" सो, कुरान</w:t>
      </w:r>
    </w:p>
    <w:p>
      <w:r>
        <w:rPr>
          <w:b/>
        </w:rPr>
        <w:t xml:space="preserve">[05:55] </w:t>
      </w:r>
      <w:r>
        <w:t>tells us that if you want to discover god, you have to contemplate on the nature. maulana always told us about it, that the signs of universe inspire us, and through deep contemplation, deep thinking, we can discover the cri</w:t>
      </w:r>
    </w:p>
    <w:p>
      <w:pPr>
        <w:jc w:val="right"/>
      </w:pPr>
      <w:r>
        <w:t>टेल्स अस दैट इफ यू वांट टू डिस्कवर गॉड, यू हैव टू कंटेंप्लेट ऑन द नेचर। मौलाना ऑलवेज टोल्ड अस अबाउट इट, दैट द साइंस ऑफ यूनिवर्स इंस्पायर अस, एंड थ्रू डीप कंटेंप्लेशन, डीप थिंकिंग, वी कैन डिस्कवर द क्रि</w:t>
      </w:r>
    </w:p>
    <w:p>
      <w:r>
        <w:rPr>
          <w:b/>
        </w:rPr>
        <w:t xml:space="preserve">[06:19] </w:t>
      </w:r>
      <w:r>
        <w:t>ator. so, this was the story, though it is, it was a child story, how he discovered his god. but i think this is a life long thing for all of us, that we should contemplate and think deep. then only we can understand the higher realities.</w:t>
      </w:r>
    </w:p>
    <w:p>
      <w:pPr>
        <w:jc w:val="right"/>
      </w:pPr>
      <w:r>
        <w:t>एटर। सो, दिस वाज़ द स्टोरी, दो इट इज़, इट वाज़ अ चाइल्ड स्टोरी, हाउ ही डिस्कवर्ड हिज़ गॉड। बट आई थिंक दिस इज़ अ लाइफ लॉन्ग थिंग फॉर ऑल ऑफ अस, दैट वी शुड कंटेंप्लेट एंड थिंक डीप। देन ओनली वी कैन अंडरस्टैंड द हायर रियलिटीज।</w:t>
      </w:r>
    </w:p>
    <w:p>
      <w:r>
        <w:rPr>
          <w:b/>
        </w:rPr>
        <w:t xml:space="preserve">[06:42] </w:t>
      </w:r>
      <w:r>
        <w:t>ji, doctor sahib, aapne jis tarah se abhi bataya ke prophet ibrahim, even as a child, he was a curious child and a thinking child. and doctor sahib, jab hum unki history ke bare mein bhi padhte hain, to hum dekhte hain ke he always gave sincere and logical argument to his father and to the people of his times. aur soon, doctor sahib, after that, you know, his message reaches to king nimrud. but king nimrud was a very powerful and an oppressive king.</w:t>
      </w:r>
    </w:p>
    <w:p>
      <w:pPr>
        <w:jc w:val="right"/>
      </w:pPr>
      <w:r>
        <w:t>जी, डॉक्टर साहब, आपने जिस तरीके से अभी बताया कि प्रोफेट इब्राहिम, इवन एज अ चाइल्ड, ही वाज़ अ क्यूरियस चाइल्ड एंड अ थिंकिंग चाइल्ड। एंड डॉक्टर साहब, जब हम उनकी हिस्ट्री के बारे में भी पढ़ते हैं, तो हम देखते हैं कि ही ऑलवेज गेव सिंसियर एंड लॉजिकल आर्गुमेंट टू हिज़ फादर एंड टू द पीपल ऑफ हिज़ टाइम्स। और सून, डॉक्टर साहब, आफ्टर दैट, यू नो, हिज़ मैसेज रीचेस टू किंग निमरूद। बट किंग निमरूद वाज़ अ वेरी पावरफुल एंड एन ओप्रेसिव किंग।</w:t>
      </w:r>
    </w:p>
    <w:p>
      <w:r>
        <w:rPr>
          <w:b/>
        </w:rPr>
        <w:t xml:space="preserve">[07:12] </w:t>
      </w:r>
      <w:r>
        <w:t>to main chahunga, doctor sahib, aap thoda sa aur isko extend karke samjhayein, kis tarah unhone call di aur jo king nimrud tak bhi jo message pahuncha, to us kisse ke bare mein bhi batayein. haan, this is a important question. actually, when he grew up, i think the first thing he did, he called his father, because his father was a polytheist. so, he told him about god to his father, whose name was aazar.</w:t>
      </w:r>
    </w:p>
    <w:p>
      <w:pPr>
        <w:jc w:val="right"/>
      </w:pPr>
      <w:r>
        <w:t>तो मैं चाहूंगा, डॉक्टर साहब, आप थोड़ा सा और इसको एक्सटेंड करके समझाएं, किस तरह उन्होंने कॉल दी और जो किंग निमरूद तक भी जो मैसेज पहुंचा, तो उस किस्से के बारे में भी बताएं। हां, दिस इज़ अ इंपॉर्टेंट क्वेश्चन। एक्चुअली, व्हेन ही ग्रू अप, आई थिंक द फर्स्ट थिंग ही डिड, ही कॉल्ड हिज़ फादर, बिकॉज़ हिज़ फादर वाज़ अ पॉलिथी। सो, ही टोल्ड हिम अबाउट गॉड टू हिज़ फादर, हुज नेम वाज़ आजर।</w:t>
      </w:r>
    </w:p>
    <w:p>
      <w:r>
        <w:rPr>
          <w:b/>
        </w:rPr>
        <w:t xml:space="preserve">[07:40] </w:t>
      </w:r>
      <w:r>
        <w:t>but his father got angry. he got very angry. so, ibrahim alaihissalam said to him, "kal salaam aleka, peace be on you. i will pray for you. i will seek gods forgive for you. innu kaana bi hafiya. he is very gracious to me</w:t>
      </w:r>
    </w:p>
    <w:p>
      <w:pPr>
        <w:jc w:val="right"/>
      </w:pPr>
      <w:r>
        <w:t>बट हिज़ फादर गॉट एंग्री। ही गॉट वेरी एंग्री। सो, इब्राहिम अलैहिस्सलाम सेड टू हिम, "कल सलाम अलेका, पीस बी ऑन यू। आई विल प्रे फॉर यू। आई विल सीक गॉड्स फॉरगिवन फॉर यू। इन्नु कान बी हफिया। ही इज़ वेरी ग्रेसियस टू मी</w:t>
      </w:r>
    </w:p>
    <w:p>
      <w:r>
        <w:rPr>
          <w:b/>
        </w:rPr>
        <w:t xml:space="preserve">[08:06] </w:t>
      </w:r>
      <w:r>
        <w:t>." So, in this way, he prayed for his father, and he said that, "Now, I will leave</w:t>
      </w:r>
    </w:p>
    <w:p>
      <w:pPr>
        <w:jc w:val="right"/>
      </w:pPr>
      <w:r>
        <w:t>।" सो, इन दिस वे, ही प्रेड फॉर हिज़ फादर, एंड ही सेड दैट, "नाउ, आई विल लीव</w:t>
      </w:r>
    </w:p>
    <w:p>
      <w:r>
        <w:rPr>
          <w:b/>
        </w:rPr>
        <w:t xml:space="preserve">[08:15] </w:t>
      </w:r>
      <w:r>
        <w:t>this house." and he left.</w:t>
      </w:r>
    </w:p>
    <w:p>
      <w:pPr>
        <w:jc w:val="right"/>
      </w:pPr>
      <w:r>
        <w:t>दिस हाउस।" एंड ही लेफ्ट।</w:t>
      </w:r>
    </w:p>
    <w:p>
      <w:r>
        <w:rPr>
          <w:b/>
        </w:rPr>
        <w:t xml:space="preserve">[08:17] </w:t>
      </w:r>
      <w:r>
        <w:t>and he told about Allah, about the creation plan, about heaven and hell to the people of the</w:t>
      </w:r>
    </w:p>
    <w:p>
      <w:pPr>
        <w:jc w:val="right"/>
      </w:pPr>
      <w:r>
        <w:t>एंड ही टोल्ड अबाउट अल्लाह, अबाउट द क्रिएशन प्लान, अबाउट हेवन एंड हेल टू द पीपल ऑफ द</w:t>
      </w:r>
    </w:p>
    <w:p>
      <w:r>
        <w:rPr>
          <w:b/>
        </w:rPr>
        <w:t xml:space="preserve">[08:23] </w:t>
      </w:r>
      <w:r>
        <w:t>city. But they were all engrossed in those culture.</w:t>
      </w:r>
    </w:p>
    <w:p>
      <w:pPr>
        <w:jc w:val="right"/>
      </w:pPr>
      <w:r>
        <w:t>सिटी। बट दे वर ऑल एंग्रोस इन दोस कल्चर।</w:t>
      </w:r>
    </w:p>
    <w:p>
      <w:r>
        <w:rPr>
          <w:b/>
        </w:rPr>
        <w:t xml:space="preserve">[08:28] </w:t>
      </w:r>
      <w:r>
        <w:t>they didnt listen.</w:t>
      </w:r>
    </w:p>
    <w:p>
      <w:pPr>
        <w:jc w:val="right"/>
      </w:pPr>
      <w:r>
        <w:t>दे डिडंट लिसन।</w:t>
      </w:r>
    </w:p>
    <w:p>
      <w:r>
        <w:rPr>
          <w:b/>
        </w:rPr>
        <w:t xml:space="preserve">[08:30] </w:t>
      </w:r>
      <w:r>
        <w:t>And by that time, the king came to know about him,</w:t>
      </w:r>
    </w:p>
    <w:p>
      <w:pPr>
        <w:jc w:val="right"/>
      </w:pPr>
      <w:r>
        <w:t>एंड बाय दैट टाइम, द किंग केम टू नो अबाउट हिम,</w:t>
      </w:r>
    </w:p>
    <w:p>
      <w:r>
        <w:rPr>
          <w:b/>
        </w:rPr>
        <w:t xml:space="preserve">[08:34] </w:t>
      </w:r>
      <w:r>
        <w:t>whose name was nimrud.</w:t>
      </w:r>
    </w:p>
    <w:p>
      <w:pPr>
        <w:jc w:val="right"/>
      </w:pPr>
      <w:r>
        <w:t>हुज नेम वाज़ निमरूद।</w:t>
      </w:r>
    </w:p>
    <w:p>
      <w:r>
        <w:rPr>
          <w:b/>
        </w:rPr>
        <w:t xml:space="preserve">[08:37] </w:t>
      </w:r>
      <w:r>
        <w:t>he was also a polytheist. so, he called ibrahim alaihissalam and debated with him. and finally, he said, "throw him into the fire." so, a fire was prepared, and he was thrown into the fire, ibrahim alaihissalam. and allah said, "ya naru,</w:t>
      </w:r>
    </w:p>
    <w:p>
      <w:pPr>
        <w:jc w:val="right"/>
      </w:pPr>
      <w:r>
        <w:t>ही वाज़ आल्सो अ पॉलिथी। सो, ही कॉल्ड इब्राहिम अलैहिस्सलाम एंड डिबेटेड विद हिम। एंड फाइनली, ही सेड, "थ्रो हिम इनटू द फायर।" सो, ए फायर वाज़ प्रिपेयर्ड, एंड ही वाज़ थ्रोन इनटू द फायर, इब्राहिम अलैहिस्सलाम। एंड अल्लाह सेड, "या नारू,</w:t>
      </w:r>
    </w:p>
    <w:p>
      <w:r>
        <w:rPr>
          <w:b/>
        </w:rPr>
        <w:t xml:space="preserve">[09:02] </w:t>
      </w:r>
      <w:r>
        <w:t>we said to the fire, kuni bardan wa salaman ala ibrahim."</w:t>
      </w:r>
    </w:p>
    <w:p>
      <w:pPr>
        <w:jc w:val="right"/>
      </w:pPr>
      <w:r>
        <w:t>वी सेड टू द फायर, कुनी बर्दन व सलामन अला इब्राहिम।"</w:t>
      </w:r>
    </w:p>
    <w:p>
      <w:r>
        <w:rPr>
          <w:b/>
        </w:rPr>
        <w:t xml:space="preserve">[09:07] </w:t>
      </w:r>
      <w:r>
        <w:t>become cool and peace to ibrahim. o fire, be cool and a means of safety and ease for ibrahim alaihissalam. so, the fire, which would have burned him, become a like a garden of flowers. so,</w:t>
      </w:r>
    </w:p>
    <w:p>
      <w:pPr>
        <w:jc w:val="right"/>
      </w:pPr>
      <w:r>
        <w:t>बिकम कूल एंड पीस टू इब्राहिम। ओ फायर, बी कूल एंड ए मींस ऑफ सेफ्टी एंड ईज फॉर इब्राहिम अलैहिस्सलाम। सो, द फायर, व्हिच वुड हैव बर्न हिम, बिकम अ लाइक अ गार्डन ऑफ फ्लावर्स। सो,</w:t>
      </w:r>
    </w:p>
    <w:p>
      <w:r>
        <w:rPr>
          <w:b/>
        </w:rPr>
        <w:t xml:space="preserve">[09:30] </w:t>
      </w:r>
      <w:r>
        <w:t>ye ye jo ye jo cheez hai, ye ek tarike se nusrat kehte hain isko, yani allah ki madad.</w:t>
      </w:r>
    </w:p>
    <w:p>
      <w:pPr>
        <w:jc w:val="right"/>
      </w:pPr>
      <w:r>
        <w:t>ये ये जो ये जो चीज है, ये एक तरीके से नुसरत कहते हैं इसको, यानी अल्लाह की मदद।</w:t>
      </w:r>
    </w:p>
    <w:p>
      <w:r>
        <w:rPr>
          <w:b/>
        </w:rPr>
        <w:t xml:space="preserve">[09:37] </w:t>
      </w:r>
      <w:r>
        <w:t>so, it is not only meant for ibrahim alaihissalam, but for all the people who are in da'wah work. allah helps them in a very unusual ways.</w:t>
      </w:r>
    </w:p>
    <w:p>
      <w:pPr>
        <w:jc w:val="right"/>
      </w:pPr>
      <w:r>
        <w:t>सो, इट इज़ नॉट ओनली मेंट फॉर इब्राहिम अलैहिस्सलाम, बट फॉर ऑल द पीपल हु आर इन दावा वर्क। अल्लाह हेल्प्स देम इन अ वेरी अनयूजुअल वेज।</w:t>
      </w:r>
    </w:p>
    <w:p>
      <w:r>
        <w:rPr>
          <w:b/>
        </w:rPr>
        <w:t xml:space="preserve">[09:49] </w:t>
      </w:r>
      <w:r>
        <w:t>so, we should also pray</w:t>
      </w:r>
    </w:p>
    <w:p>
      <w:pPr>
        <w:jc w:val="right"/>
      </w:pPr>
      <w:r>
        <w:t>सो, वी शुड आल्सो प्रे</w:t>
      </w:r>
    </w:p>
    <w:p>
      <w:r>
        <w:rPr>
          <w:b/>
        </w:rPr>
        <w:t xml:space="preserve">[09:53] </w:t>
      </w:r>
      <w:r>
        <w:t>that may allah help us as</w:t>
      </w:r>
    </w:p>
    <w:p>
      <w:pPr>
        <w:jc w:val="right"/>
      </w:pPr>
      <w:r>
        <w:t>दैट मे अल्लाह हेल्प अस एज</w:t>
      </w:r>
    </w:p>
    <w:p>
      <w:r>
        <w:rPr>
          <w:b/>
        </w:rPr>
        <w:t xml:space="preserve">[09:56] </w:t>
      </w:r>
      <w:r>
        <w:t>you help ibrahim alaihis salam.</w:t>
      </w:r>
    </w:p>
    <w:p>
      <w:pPr>
        <w:jc w:val="right"/>
      </w:pPr>
      <w:r>
        <w:t>यू हेल्प इब्राहिम अलैहिस्सलाम।</w:t>
      </w:r>
    </w:p>
    <w:p>
      <w:r>
        <w:rPr>
          <w:b/>
        </w:rPr>
        <w:t xml:space="preserve">[09:59] </w:t>
      </w:r>
      <w:r>
        <w:t>one of the scholars one said, "ya molla ibrahim, alim.</w:t>
      </w:r>
    </w:p>
    <w:p>
      <w:pPr>
        <w:jc w:val="right"/>
      </w:pPr>
      <w:r>
        <w:t>वन ऑफ द स्कॉलर्स वन सेड, "या मोल्ला इब्राहिम, अलिम।</w:t>
      </w:r>
    </w:p>
    <w:p>
      <w:r>
        <w:rPr>
          <w:b/>
        </w:rPr>
        <w:t xml:space="preserve">[10:04] </w:t>
      </w:r>
      <w:r>
        <w:t>"O the one who taught Ibrahim, teach me as well."</w:t>
      </w:r>
    </w:p>
    <w:p>
      <w:pPr>
        <w:jc w:val="right"/>
      </w:pPr>
      <w:r>
        <w:t>ओ द वन हु टॉट इब्राहिम, टीच मी एज वेल।"</w:t>
      </w:r>
    </w:p>
    <w:p>
      <w:r>
        <w:rPr>
          <w:b/>
        </w:rPr>
        <w:t xml:space="preserve">[10:08] </w:t>
      </w:r>
      <w:r>
        <w:t>so, in the same way, we can pray</w:t>
      </w:r>
    </w:p>
    <w:p>
      <w:pPr>
        <w:jc w:val="right"/>
      </w:pPr>
      <w:r>
        <w:t>सो, इन द सेम वे, वी कैन प्रे</w:t>
      </w:r>
    </w:p>
    <w:p>
      <w:r>
        <w:rPr>
          <w:b/>
        </w:rPr>
        <w:t xml:space="preserve">[10:12] </w:t>
      </w:r>
      <w:r>
        <w:t>that you help Ibrahim alaihis salam in such a delicate moment.</w:t>
      </w:r>
    </w:p>
    <w:p>
      <w:pPr>
        <w:jc w:val="right"/>
      </w:pPr>
      <w:r>
        <w:t>दैट यू हेल्प इब्राहिम अलैहिस्सलाम इन सच ए डेलिकेट मोमेंट।</w:t>
      </w:r>
    </w:p>
    <w:p>
      <w:r>
        <w:rPr>
          <w:b/>
        </w:rPr>
        <w:t xml:space="preserve">[10:18] </w:t>
      </w:r>
      <w:r>
        <w:t>so, please help us</w:t>
      </w:r>
    </w:p>
    <w:p>
      <w:pPr>
        <w:jc w:val="right"/>
      </w:pPr>
      <w:r>
        <w:t>सो, प्लीज हेल्प अस</w:t>
      </w:r>
    </w:p>
    <w:p>
      <w:r>
        <w:rPr>
          <w:b/>
        </w:rPr>
        <w:t xml:space="preserve">[10:19] </w:t>
      </w:r>
      <w:r>
        <w:t>." so, maulana kehte the na, "reference point se dua karna." to, yeh ek bahut achha reference point hai hamare liye. to, is tarah se ibrahim alaihissalam he thought that, "now, no one is here who will listen to me." so, he decided to migrate from that city. ji, to doctor sahib, isi par main aana chahunga, migrate to the city.</w:t>
      </w:r>
    </w:p>
    <w:p>
      <w:pPr>
        <w:jc w:val="right"/>
      </w:pPr>
      <w:r>
        <w:t>। सो, मौलाना कहते थे ना, "रेफरेंस पॉइंट से दुआ करना।" तो, यह एक बहुत अच्छा रेफरेंस पॉइंट है हमारे लिए। तो, इस तरीके से इब्राहिम अलैहिस्सलाम ही थॉट दैट, "नाउ, नो वन इज़ हेयर हु विल लिसन टू मी।" सो, ही डिसाइडेड टू माइग्रेट फ्रॉम दैट सिटी। जी, तो डॉक्टर साहब, इसी पर मैं आना चाहूंगा, माइग्रेट टू द सिटी।</w:t>
      </w:r>
    </w:p>
    <w:p>
      <w:r>
        <w:rPr>
          <w:b/>
        </w:rPr>
        <w:t xml:space="preserve">[10:44] </w:t>
      </w:r>
      <w:r>
        <w:t>he undertook migration, as we understand from his life, and he made very hard da'wah efforts. in fact, doctor sahib, his unwavering commitment in spreading the message of monotheism is a corner stone, corner stone of islamic teachings. to, main chahunga, doctor sahib, unke migration, unke da'wah efforts, iske bare mein aap hum sabko batayein.</w:t>
      </w:r>
    </w:p>
    <w:p>
      <w:pPr>
        <w:jc w:val="right"/>
      </w:pPr>
      <w:r>
        <w:t>ही अंडरटूक माइग्रेशन, एज वी अंडरस्टैंड फ्रॉम हिज़ लाइफ, एंड ही मेड वेरी हार्ड दावा एफर्ट्स। इनफैक्ट, डॉक्टर साहब, हिज़ अनवेवरिंग कमिटमेंट इन स्प्रेडिंग द मैसेज ऑफ मोनोथेइज्म इज़ अ कॉर्नर स्टोन, कॉर्नर स्टोन ऑफ इस्लामिक टीचिंग्स। तो, मैं चाहूंगा, डॉक्टर साहब, उनके माइग्रेशन, उनके दावा एफर्ट्स, इसके बारे में आप हम सबको बताएं।</w:t>
      </w:r>
    </w:p>
    <w:p>
      <w:r>
        <w:rPr>
          <w:b/>
        </w:rPr>
        <w:t xml:space="preserve">[11:08] </w:t>
      </w:r>
      <w:r>
        <w:t>ya, he decided to leave the city of ur, and his wife, who was, whose name was sara, she accompanied him, and his nephew, whose name was lut. he was also a prophet. he was his nephew. quran mein aata hai ke, "lut, lut believed in him. he was the only person in that city who believed in him. he was a prophet as well."</w:t>
      </w:r>
    </w:p>
    <w:p>
      <w:pPr>
        <w:jc w:val="right"/>
      </w:pPr>
      <w:r>
        <w:t>या, ही डिसाइडेड टू लीव द सिटी ऑफ उर, एंड हिज़ वाइफ, हु वाज़, हुज नेम वाज़ सारा, शी अकंपनी हिम, एंड हिज़ नेफ्यू, हुज नेम वाज़ लूथ। ही वाज़ आल्सो ए प्रोफेट। ही वाज़ हिज़ नेफ्यू। कुरान में आता है कि, "लूथ, लूथ बिलीव्ड इन हिम। ही वाज़ द ओनली पर्सन इन दैट सिटी हु बिलीव्ड इन हिम। ही वाज़ अ प्रोफेट एज वेल।"</w:t>
      </w:r>
    </w:p>
    <w:p>
      <w:r>
        <w:rPr>
          <w:b/>
        </w:rPr>
        <w:t xml:space="preserve">[11:38] </w:t>
      </w:r>
      <w:r>
        <w:t>waqal, "ini muhajir illallah, ke now, i will migrate for the sake of allah." so, he accompanied and his wife sara, ek accompanied. so, these three, yani team, teen logon ki team thi. bas, jab shuruaat jo hoti hai na, aise hi hoti hai, very humble beginning. only three people were there in the beginning. so,</w:t>
      </w:r>
    </w:p>
    <w:p>
      <w:pPr>
        <w:jc w:val="right"/>
      </w:pPr>
      <w:r>
        <w:t>वकल, "इनी मोहाजिर इलाल्लाह, के नाउ, आई विल माइग्रेट फॉर द सेक ऑफ अल्लाह।" सो, ही अकंपनी एंड हिज़ वाइफ सारा, एक अकंपनी। सो, दीज थ्री, यानी टीम, तीन लोगों की टीम थी। बस, जब शुरुआत जो होती है ना, ऐसे ही होती है, वेरी हंबल बिगिनिंग। ओनली थ्री पीपल वर देयर इन द बिगिनिंग। सो,</w:t>
      </w:r>
    </w:p>
    <w:p>
      <w:r>
        <w:rPr>
          <w:b/>
        </w:rPr>
        <w:t xml:space="preserve">[12:02] </w:t>
      </w:r>
      <w:r>
        <w:t>ur se nikle, hi left ur, and that is the r</w:t>
      </w:r>
    </w:p>
    <w:p>
      <w:pPr>
        <w:jc w:val="right"/>
      </w:pPr>
      <w:r>
        <w:t>उर से निकले, ही लेफ्ट उर, एंड दैट इज़ द र</w:t>
      </w:r>
    </w:p>
    <w:p>
      <w:r>
        <w:rPr>
          <w:b/>
        </w:rPr>
        <w:t xml:space="preserve">[12:07] </w:t>
      </w:r>
      <w:r>
        <w:t>ijan, if you look at the map, that is use to be called mesopotamia region. and the the the capital of mesopotamia was babylon.</w:t>
      </w:r>
    </w:p>
    <w:p>
      <w:pPr>
        <w:jc w:val="right"/>
      </w:pPr>
      <w:r>
        <w:t>ीजन, इफ यू लुक एट द मैप, दैट इज़ यूज टू बी कॉल्ड मेसोपोटामिया रीजन। एंड द द द कैपिटल ऑफ मेसोपोटामिया वाज़ बेबीलोन।</w:t>
      </w:r>
    </w:p>
    <w:p>
      <w:r>
        <w:rPr>
          <w:b/>
        </w:rPr>
        <w:t xml:space="preserve">[12:24] </w:t>
      </w:r>
      <w:r>
        <w:t>so, from ur, he went to babylon, and on the way, wherever he found people, he told people about allah and about the creation plan, and perform dawa work. so, he stayed in babylon for some time, and then he travel to haran. there is a place called haran. its now in turkey.</w:t>
      </w:r>
    </w:p>
    <w:p>
      <w:pPr>
        <w:jc w:val="right"/>
      </w:pPr>
      <w:r>
        <w:t>सो, फ्रॉम उर, ही वेंट टू बेबीलोन, एंड ऑन द वे, वेर एवर ही फाउंड पीपल, ही टोल्ड पीपल अबाउट अल्लाह एंड अबाउट द क्रिएशन प्लान, एंड परफॉर्म दावा वर्क। सो, ही स्टेड इन बेबीलोन फॉर सम टाइम, एंड देन ही ट्रेवल टू हरान। देर इज़ अ प्लेस कॉल्ड हरान। इट्स नाउ इन टर्की।</w:t>
      </w:r>
    </w:p>
    <w:p>
      <w:r>
        <w:rPr>
          <w:b/>
        </w:rPr>
        <w:t xml:space="preserve">[12:50] </w:t>
      </w:r>
      <w:r>
        <w:t>so, he went there, and he stayed there for some time, and inform people about the message of islam. and from haran, he went to damascus in syria, which is now in syria. there also, he stayed, stayed some time, and from damascus, he travel to canaan, which is in palest</w:t>
      </w:r>
    </w:p>
    <w:p>
      <w:pPr>
        <w:jc w:val="right"/>
      </w:pPr>
      <w:r>
        <w:t>सो, ही वेंट देयर, एंड ही स्टेड देयर फॉर सम टाइम, एंड इनफॉर्म पीपल अबाउट द मैसेज ऑफ इस्लाम। एंड फ्रॉम हरान, ही वेंट टू डमस्कस इन सीरिया, व्हिच इज़ नाउ इन सीरिया। देयर आल्सो, ही स्टेड, स्टेड सम टाइम, एंड फ्रॉम डमस्कस, ही ट्रेवल टू कनान, व्हिच इज़ इन पलेस्ट</w:t>
      </w:r>
    </w:p>
    <w:p>
      <w:r>
        <w:rPr>
          <w:b/>
        </w:rPr>
        <w:t xml:space="preserve">[13:18] </w:t>
      </w:r>
      <w:r>
        <w:t>ine. so, finally, he settled in palestine, and he lived there for long time. some people say that he also travel to egypt, but not very authentic. we don't find any authentic sources, but it is sometime said, particularly the christian literature, they say they ibrahim alaihissalam went to egypt as well.</w:t>
      </w:r>
    </w:p>
    <w:p>
      <w:pPr>
        <w:jc w:val="right"/>
      </w:pPr>
      <w:r>
        <w:t>ाइन। सो, फाइनली, ही सेटल्ड इन पलेस्टाइन, एंड ही लिव्ड देयर फॉर लॉन्ग टाइम। सम पीपल से दैट ही आल्सो ट्रेवल टू इजिप्ट, बट नॉट वेरी ऑथेंटिक। वी डोंट फाइंड एनी ऑथेंटिक सोर्सेस, बट इट इज़ समटाइम सेड, पर्टिकुलरली द क्रिश्चियन लिटरेचर, दे से दे इब्राहिम अलैहिस्सलाम वेंट टू इजिप्ट एज वेल।</w:t>
      </w:r>
    </w:p>
    <w:p>
      <w:r>
        <w:rPr>
          <w:b/>
        </w:rPr>
        <w:t xml:space="preserve">[13:42] </w:t>
      </w:r>
      <w:r>
        <w:t>so, in this way, his entire journey is, was solely for the purpose of dawa. wherever he went, he told people about the creation plan, about the the the life and death, about the day of judgment, and what will happen to a person when he die, and what is hell, and what is paradise</w:t>
      </w:r>
    </w:p>
    <w:p>
      <w:pPr>
        <w:jc w:val="right"/>
      </w:pPr>
      <w:r>
        <w:t>सो, इन दिस वे, हिज़ एंटायस जर्नी इज़, वाज़ सोलली फॉर द पर्पस ऑफ दावा। वेर एवर ही वेंट, ही टोल्ड पीपल अबाउट द क्रिएशन प्लान, अबाउट द द द लाइफ एंड डेथ, अबाउट द डे ऑफ जजमेंट, एंड व्हाट विल हैपन टू अ पर्सन व्हेन ही डाई, एंड व्हाट इज़ हेल, एंड व्हाट इज़ पैराडा</w:t>
      </w:r>
    </w:p>
    <w:p>
      <w:r>
        <w:rPr>
          <w:b/>
        </w:rPr>
        <w:t xml:space="preserve">[14:06] </w:t>
      </w:r>
      <w:r>
        <w:t>is. so, this was his sole concern to to tell people, to inform people about the the reality of day of judgment and life and death, and what will happen to. so, he continued to do this, this work for a very long time, and he was in that area, was travelling a lot</w:t>
      </w:r>
    </w:p>
    <w:p>
      <w:pPr>
        <w:jc w:val="right"/>
      </w:pPr>
      <w:r>
        <w:t>इस। सो, दिस वाज़ हिज़ सोल कंसर्न टू टू टेल पीपल, टू इनफॉर्म पीपल अबाउट द द रियलिटी ऑफ डे ऑफ जजमेंट एंड लाइफ एंड डेथ, एंड व्हाट विल हैपन टू। सो, ही कंटिन्यूड टू डू दिस, दिस वर्क फॉर अ वेरी लॉन्ग टाइम, एंड ही वाज़ इन दैट एरिया, वाज़ ट्रेवलिंग अ लॉट</w:t>
      </w:r>
    </w:p>
    <w:p>
      <w:r>
        <w:rPr>
          <w:b/>
        </w:rPr>
        <w:t xml:space="preserve">[14:33] </w:t>
      </w:r>
      <w:r>
        <w:t>.. actually, in those time, that was the only area where people were living around mesopotamia, the region. so, he was continuously travelling and meeting people and informing people. so, his life was, was, was solely his, his concern was only dawa. so, he was so dedicated that he spent throughout his life, entire life, on on in the field of dawa. ji,</w:t>
      </w:r>
    </w:p>
    <w:p>
      <w:pPr>
        <w:jc w:val="right"/>
      </w:pPr>
      <w:r>
        <w:t>। एक्चुअली, इन दोस टाइम, दैट वाज़ द ओनली एरिया वेर पीपल वेर लिविंग अराउंड मेसोपोटामिया, द रीजन। सो, ही वाज़ कंटीन्यूअसली ट्रेवलिंग एंड मीटिंग पीपल एंड इनफॉर्मिंग पीपल। सो, हिज़ लाइफ वाज़, वाज़, वाज़ सोलली हिज़, हिज़ कंसर्न वाज़ ओनली दावा। सो, ही वाज़ सो डेडिकेटेड दैट ही स्पेंड थ्रू आउट हिज़ लाइफ, एंटायस लाइफ, ऑन ऑन इन द फील्ड ऑफ दावा। जी,</w:t>
      </w:r>
    </w:p>
    <w:p>
      <w:r>
        <w:rPr>
          <w:b/>
        </w:rPr>
        <w:t xml:space="preserve">[15:02] </w:t>
      </w:r>
      <w:r>
        <w:t>and doctor sahib, talking of travel, another significant narrative in the islamic tradition is prophet ibrahim travel to mecca and the miracle of zamzam. this also illustrates the theme of doctor sahib, faith, obedience and divine providence. to, main chahunga ke aap unke travel to mecca aur jo ek miracle hai zamzam ko lekar, jaise hum jante hain, uske bare mein aap hum sabko bata</w:t>
      </w:r>
    </w:p>
    <w:p>
      <w:pPr>
        <w:jc w:val="right"/>
      </w:pPr>
      <w:r>
        <w:t>एंड डॉक्टर साहब, टॉकिंग ऑफ ट्रेवल, अनदर सिग्निफिकेंट नैरेटिव इन द इस्लामिक ट्रेडिशन इज़ प्रोफेट इब्राहिम ट्रेवल टू मक्का एंड द मिरेकल ऑफ जमजम। दिस आल्सो इलस्ट्रेट्स द थीम ऑफ डॉक्टर साहब, फेथ, ओबेडिएंस एंड डिवाइन प्रोविडेंस। तो, मैं चाहूंगा कि आप उनके ट्रेवल टू मक्का और जो एक मिरेकल है जमजम को लेकर, जैसे हम जानते हैं, उसके बारे में आप हम सबको बता</w:t>
      </w:r>
    </w:p>
    <w:p>
      <w:r>
        <w:rPr>
          <w:b/>
        </w:rPr>
        <w:t xml:space="preserve">[15:28] </w:t>
      </w:r>
      <w:r>
        <w:t>ein. ya, this is a very interesting question, because ibrahim alaihissalam was ordered by god to travel to mecca, and at that time,</w:t>
      </w:r>
    </w:p>
    <w:p>
      <w:pPr>
        <w:jc w:val="right"/>
      </w:pPr>
      <w:r>
        <w:t>एं। या, दिस इज़ अ वेरी इंटरेस्टिंग क्वेश्चन, बिकॉज़ इब्राहिम अलैहिस्सलाम वाज़ ऑर्डर्ड बाय गॉड टू ट्रेवल टू मक्का, एंड एट दैट टाइम,</w:t>
      </w:r>
    </w:p>
    <w:p>
      <w:r>
        <w:rPr>
          <w:b/>
        </w:rPr>
        <w:t xml:space="preserve">[15:41] </w:t>
      </w:r>
      <w:r>
        <w:t>ismail was born. he was, he was like a infant, and hajra, ismail alaihissalam mother.</w:t>
      </w:r>
    </w:p>
    <w:p>
      <w:pPr>
        <w:jc w:val="right"/>
      </w:pPr>
      <w:r>
        <w:t>इस्माइल वाज़ बोर्न। ही वाज़, ही वाज़ लाइक अ इन्फेंट, एंड हाजरा, इस्माइल अलैहिस्सलाम मदर।</w:t>
      </w:r>
    </w:p>
    <w:p>
      <w:r>
        <w:rPr>
          <w:b/>
        </w:rPr>
        <w:t xml:space="preserve">[15:49] </w:t>
      </w:r>
      <w:r>
        <w:t>so, again, these three people started from palestine, and angel jibril was guiding them. so, probably, they were travelling on a mule or some kind of donkey.</w:t>
      </w:r>
    </w:p>
    <w:p>
      <w:pPr>
        <w:jc w:val="right"/>
      </w:pPr>
      <w:r>
        <w:t>सो, अगेन, दीज थ्री पीपल स्टार्टेड फ्रॉम पलेस्टाइन, एंड एंजल जिब्रील वाज़ गाइडिंग देम। सो, प्रोबेबली, दे वर ट्रेवलिंग ऑन अ म्यूल और सम काइंड ऑफ डोंकी।</w:t>
      </w:r>
    </w:p>
    <w:p>
      <w:r>
        <w:rPr>
          <w:b/>
        </w:rPr>
        <w:t xml:space="preserve">[16:08] </w:t>
      </w:r>
      <w:r>
        <w:t>so, three of them, ibrahim alaihissalam, ismail alaihissalam, who was just a child, a infant, and hajra, razi allah anha. so, they, they travelled with angel jibril,</w:t>
      </w:r>
    </w:p>
    <w:p>
      <w:pPr>
        <w:jc w:val="right"/>
      </w:pPr>
      <w:r>
        <w:t>सो, थ्री ऑफ देम, इब्राहिम अलैहिस्सलाम, इस्माइल अलैहिस्सलाम, हु वाज़ जस्ट अ चाइल्ड, अ इन्फेंट, एंड हाजरा, रजि अल्लाह अन्हा। सो, दे, दे ट्रेवल्ड विद एंजल जिब्रील,</w:t>
      </w:r>
    </w:p>
    <w:p>
      <w:r>
        <w:rPr>
          <w:b/>
        </w:rPr>
        <w:t xml:space="preserve">[16:22] </w:t>
      </w:r>
      <w:r>
        <w:t>and whenever a town or a small village passed, ibrahim alaihissalam was in, in joy, would ask jibril, "that is this the place where god wanted us to go?"</w:t>
      </w:r>
    </w:p>
    <w:p>
      <w:pPr>
        <w:jc w:val="right"/>
      </w:pPr>
      <w:r>
        <w:t>एंड व्हेन एवर अ टाउन और अ स्मॉल विलेज पास्ड, इब्राहिम अलैहिस्सलाम वाज़ इन, इन जॉय, वुड आस्क जिब्रील, "दैट इज़ दिस द प्लेस वेयर गॉड वांटेड अस टू गो?</w:t>
      </w:r>
    </w:p>
    <w:p>
      <w:r>
        <w:rPr>
          <w:b/>
        </w:rPr>
        <w:t xml:space="preserve">[16:41] </w:t>
      </w:r>
      <w:r>
        <w:t>" so, jibril said, "no, you have to go further. you have to go further." so, every time, some town or some village or some city would they pass through, they ibrahim would think that this is the place where god wanted us to go. but jibril said, "no, we have to go further and further." and its was a very long and tiring journey</w:t>
      </w:r>
    </w:p>
    <w:p>
      <w:pPr>
        <w:jc w:val="right"/>
      </w:pPr>
      <w:r>
        <w:t>" सो, जिब्रील सेड, "नो, यू हैव टू गो फर्दर। यू हैव टू गो फर्दर।" सो, एवरी टाइम, सम टाउन और सम विलेज और सम सिटी वुड दे पास थ्रू, दे इब्राहिम वुड थिंक दैट दिस इज़ द प्लेस वेयर गॉड वांटेड अस टू गो। बट जिब्रील सेड, "नो, वी हैव टू गो फर्दर एंड फर्दर।" एंड इट्स वाज़ अ वेरी लॉन्ग एंड टायरिंग जर्नी</w:t>
      </w:r>
    </w:p>
    <w:p>
      <w:r>
        <w:rPr>
          <w:b/>
        </w:rPr>
        <w:t xml:space="preserve">[17:04] </w:t>
      </w:r>
      <w:r>
        <w:t>.. and finally, they reached to a place, which was kind of barren, uncultivated, no humans, no trees, only sand, stones, and some mountains here and there. so, jibril said, "this is the place where god wanted you to go." so,</w:t>
      </w:r>
    </w:p>
    <w:p>
      <w:pPr>
        <w:jc w:val="right"/>
      </w:pPr>
      <w:r>
        <w:t>। एंड फाइनली, दे रीच्ड टू अ प्लेस, व्हिच वाज़ काइंड ऑफ बैरन, अनकल्टिवेटेड, नो ह्यूमंस, नो ट्रीज, ओनली सैंड, स्टोन्स, एंड सम माउंटेंस हेयर एंड देयर। सो, जिब्रील सेड, "दिस इज़ द प्लेस वेयर गॉड वांटेड यू टू गो।" सो,</w:t>
      </w:r>
    </w:p>
    <w:p>
      <w:r>
        <w:rPr>
          <w:b/>
        </w:rPr>
        <w:t xml:space="preserve">[17:30] </w:t>
      </w:r>
      <w:r>
        <w:t>they were very tired. hajra must have been very tired</w:t>
      </w:r>
    </w:p>
    <w:p>
      <w:pPr>
        <w:jc w:val="right"/>
      </w:pPr>
      <w:r>
        <w:t>दे वर वेरी टायर्ड। हाजरा मस्ट हैव बीन वेरी टायर्ड</w:t>
      </w:r>
    </w:p>
    <w:p>
      <w:r>
        <w:rPr>
          <w:b/>
        </w:rPr>
        <w:t xml:space="preserve">[17:34] </w:t>
      </w:r>
      <w:r>
        <w:t>.. so, ibrahim alaihissalam said to hajra, "you sit under that tree with ismail." and he gave some dates in a bag and a water skin with some water. and she started to go away. so, hajra got up and follow him and said, "why you are leaving us here alone?"</w:t>
      </w:r>
    </w:p>
    <w:p>
      <w:pPr>
        <w:jc w:val="right"/>
      </w:pPr>
      <w:r>
        <w:t>। सो, इब्राहिम अलैहिस्सलाम सेड टू हाजरा, "यू सिट अंडर दैट ट्री विद इस्माइल।" एंड ही गव सम डेट्स इन अ सैग एंड अ वाटर स्किन विद सम वाटर। एंड शी स्टार्टेड टू गो अवे। सो, हाजरा गट अप एंड फॉलो हिम एंड सेड, "व्हाई यू आर लीविंग अस हेयर अलोन?</w:t>
      </w:r>
    </w:p>
    <w:p>
      <w:r>
        <w:rPr>
          <w:b/>
        </w:rPr>
        <w:t xml:space="preserve">[18:00] </w:t>
      </w:r>
      <w:r>
        <w:t>there is no human being, there is no water, there is no food, there is no nothing.</w:t>
      </w:r>
    </w:p>
    <w:p>
      <w:pPr>
        <w:jc w:val="right"/>
      </w:pPr>
      <w:r>
        <w:t>देर इज़ नो ह्यूमन बीइंग, देर इज़ नो वाटर, देर इज़ नो फूड, देर इज़ नो नथिंग।</w:t>
      </w:r>
    </w:p>
    <w:p>
      <w:r>
        <w:rPr>
          <w:b/>
        </w:rPr>
        <w:t xml:space="preserve">[18:05] </w:t>
      </w:r>
      <w:r>
        <w:t>so, how can we survive?" but ibrahim alaihissalam didn't reply. he kept quiet. so, she ask the same question again, and still, ibrahim alaihissalam didn't say a word. and then she again, two three times, she ask the same question, "how can we survive in this place, and you are leaving us alone?"</w:t>
      </w:r>
    </w:p>
    <w:p>
      <w:pPr>
        <w:jc w:val="right"/>
      </w:pPr>
      <w:r>
        <w:t>सो, हाउ कैन वी सर्वाइव?" बट इब्राहिम अलैहिस्सलाम डिडंट रिप्लाई। ही केप्ट क्वाइट। सो, शी आस्क द सेम क्वेश्चन अगेन, एंड स्टिल, इब्राहिम अलैहिस्सलाम डिडंट से अ वर्ड। एंड देन शी अगेन, टू थ्री टाइम्स, शी आस्क द सेम क्वेश्चन, "हाउ कैन वी सर्वाइव इन दिस प्लेस, एंड यू आर लीविंग अस अलोन?"</w:t>
      </w:r>
    </w:p>
    <w:p>
      <w:r>
        <w:rPr>
          <w:b/>
        </w:rPr>
        <w:t xml:space="preserve">[18:29] </w:t>
      </w:r>
      <w:r>
        <w:t>so, finally, hajra ask ibrahim alaihissalam, "has god ordered you to do this?" ji, so ibrahim alaihissalam said, "yes." he said, "yes." so,</w:t>
      </w:r>
    </w:p>
    <w:p>
      <w:pPr>
        <w:jc w:val="right"/>
      </w:pPr>
      <w:r>
        <w:t>सो, फाइनली, हाजरा आस्क इब्राहिम अलैहिस्सलाम, "हैज गॉड ऑर्डर्ड यू टू डू दिस?" जी, सो इब्राहिम अलैहिस्सलाम सेड, "यस।" ही सेड, "यस।" सो,</w:t>
      </w:r>
    </w:p>
    <w:p>
      <w:r>
        <w:rPr>
          <w:b/>
        </w:rPr>
        <w:t xml:space="preserve">[18:45] </w:t>
      </w:r>
      <w:r>
        <w:t>hajra said, "then god will not waste us." that was</w:t>
      </w:r>
    </w:p>
    <w:p>
      <w:pPr>
        <w:jc w:val="right"/>
      </w:pPr>
      <w:r>
        <w:t>हाजरा सेड, "देन गॉड विल नॉट वेस्ट अस।" दैट वाज</w:t>
      </w:r>
    </w:p>
    <w:p>
      <w:r>
        <w:rPr>
          <w:b/>
        </w:rPr>
        <w:t xml:space="preserve">[18:50] </w:t>
      </w:r>
      <w:r>
        <w:t>the trust. that was the trust, because of that, today, all the pilgrims walk her footsteps, which is, which is amazing. so, ibrahim alaihissalam walked a little further area, which is called saniya.</w:t>
      </w:r>
    </w:p>
    <w:p>
      <w:pPr>
        <w:jc w:val="right"/>
      </w:pPr>
      <w:r>
        <w:t>द ट्रस्ट। दैट वाज द ट्रस्ट, बिकॉज ऑफ दैट, टुडे, ऑल द पिलग्रिम्स वॉक हर फुटस्टेप्स, व्हिच इज, व्हिच इज अमेजिंग। सो, इब्राहिम अलैहिस्सलाम वॉक्ड अ लिटिल फर्दर एरिया, व्हिच इज कॉल्ड सानिया।</w:t>
      </w:r>
    </w:p>
    <w:p>
      <w:r>
        <w:rPr>
          <w:b/>
        </w:rPr>
        <w:t xml:space="preserve">[19:11] </w:t>
      </w:r>
      <w:r>
        <w:t>so, there he stood, and from there, hajra could not see, see him little far. and he raised his hands and prayed.</w:t>
      </w:r>
    </w:p>
    <w:p>
      <w:pPr>
        <w:jc w:val="right"/>
      </w:pPr>
      <w:r>
        <w:t>सो, देयर ही स्टुड, एंड फ्रॉम देयर, हाजरा कुड नॉट सी, सी हिम लिटिल फार। एंड ही रेज्ड हिज हैंड्स एंड प्रेड।</w:t>
      </w:r>
    </w:p>
    <w:p>
      <w:r>
        <w:rPr>
          <w:b/>
        </w:rPr>
        <w:t xml:space="preserve">[19:27] </w:t>
      </w:r>
      <w:r>
        <w:t>he faced towards qibla and prayed, "rabbana, inni askan tu min zurriyati biwad ji biwad ghair ji zarain in the bab al haram."</w:t>
      </w:r>
    </w:p>
    <w:p>
      <w:pPr>
        <w:jc w:val="right"/>
      </w:pPr>
      <w:r>
        <w:t>ही फेस्ड टुवर्ड्स किबला एंड प्रेड, "रब्बना, इनी अस्कन तु मिन जुर्रियती बवाद जी बवाद गैर जी जराइन इन द बैतिक अल मुहर्रम।</w:t>
      </w:r>
    </w:p>
    <w:p>
      <w:r>
        <w:rPr>
          <w:b/>
        </w:rPr>
        <w:t xml:space="preserve">[19:42] </w:t>
      </w:r>
      <w:r>
        <w:t>avar lord, i have settled some of my offsprings in the uncultivated valley near your sacred house." phir ibrahim alaihissalam ne dua ki ki, "me allah give them sustenance and me allah support. me allah they get support from the local people." so, in this way, ibrahim alaihissalam pred and left makkah.</w:t>
      </w:r>
    </w:p>
    <w:p>
      <w:pPr>
        <w:jc w:val="right"/>
      </w:pPr>
      <w:r>
        <w:t>अवर लॉर्ड, आई हैव सेटल्ड सम ऑफ माय ऑफस्प्रिंग्स इन द अनकल्टिवेटेड वैली नियर योर सेक्रेड हाउस।" फिर इब्राहिम अलैहिस्सलाम ने दुआ की कि, "मे अल्लाह गिव देम सस्टेनेंस एंड मे अल्लाह सपोर्ट। मे अल्लाह दे गेट सपोर्ट फ्रॉम द लोकल पीपल।" सो, इन दिस वे, इब्राहिम अलैहिस्सलाम प्रेड एंड लेफ्ट मक्का।</w:t>
      </w:r>
    </w:p>
    <w:p>
      <w:r>
        <w:rPr>
          <w:b/>
        </w:rPr>
        <w:t xml:space="preserve">[20:07] </w:t>
      </w:r>
      <w:r>
        <w:t>So, Hajar continued to feed the baby, but the dates and the water that Ibrahim Alaihis Salam gave her</w:t>
      </w:r>
    </w:p>
    <w:p>
      <w:pPr>
        <w:jc w:val="right"/>
      </w:pPr>
      <w:r>
        <w:t>सो, हाजरा कंटिन्यूड टू फीड द बेबी, बट द डेट्स एंड द वाटर दैट इब्राहिम अलैहिस्सलाम गिव हर</w:t>
      </w:r>
    </w:p>
    <w:p>
      <w:r>
        <w:rPr>
          <w:b/>
        </w:rPr>
        <w:t xml:space="preserve">[20:18] </w:t>
      </w:r>
      <w:r>
        <w:t>finished very quickly.</w:t>
      </w:r>
    </w:p>
    <w:p>
      <w:pPr>
        <w:jc w:val="right"/>
      </w:pPr>
      <w:r>
        <w:t>फिनिश्ड वेरी क्विकली।</w:t>
      </w:r>
    </w:p>
    <w:p>
      <w:r>
        <w:rPr>
          <w:b/>
        </w:rPr>
        <w:t xml:space="preserve">[20:19] </w:t>
      </w:r>
      <w:r>
        <w:t>And the baby was thirsty, and she started crying.</w:t>
      </w:r>
    </w:p>
    <w:p>
      <w:pPr>
        <w:jc w:val="right"/>
      </w:pPr>
      <w:r>
        <w:t>एंड द बेबी वाज थर्स्टी, एंड शी स्टार्टेड क्राइंग।</w:t>
      </w:r>
    </w:p>
    <w:p>
      <w:r>
        <w:rPr>
          <w:b/>
        </w:rPr>
        <w:t xml:space="preserve">[20:23] </w:t>
      </w:r>
      <w:r>
        <w:t>He started crying, and she was also thirsty and hungry as well.</w:t>
      </w:r>
    </w:p>
    <w:p>
      <w:pPr>
        <w:jc w:val="right"/>
      </w:pPr>
      <w:r>
        <w:t>ही स्टार्टेड क्राइंग, एंड शी वाज आल्सो थर्स्टी एंड हंग्री एज वेल।</w:t>
      </w:r>
    </w:p>
    <w:p>
      <w:r>
        <w:rPr>
          <w:b/>
        </w:rPr>
        <w:t xml:space="preserve">[20:29] </w:t>
      </w:r>
      <w:r>
        <w:t>So, when, when she saw, Hajar saw Ismail crying a lot.</w:t>
      </w:r>
    </w:p>
    <w:p>
      <w:pPr>
        <w:jc w:val="right"/>
      </w:pPr>
      <w:r>
        <w:t>सो, व्हेन, व्हेन शी सॉ, हाजरा सॉ इस्माइल क्राइंग अ लॉट।</w:t>
      </w:r>
    </w:p>
    <w:p>
      <w:r>
        <w:rPr>
          <w:b/>
        </w:rPr>
        <w:t xml:space="preserve">[20:34] </w:t>
      </w:r>
      <w:r>
        <w:t>he was crying heavily for, for water.</w:t>
      </w:r>
    </w:p>
    <w:p>
      <w:pPr>
        <w:jc w:val="right"/>
      </w:pPr>
      <w:r>
        <w:t>ही वाज क्राइंग हैवली फॉर, फॉर वाटर।</w:t>
      </w:r>
    </w:p>
    <w:p>
      <w:r>
        <w:rPr>
          <w:b/>
        </w:rPr>
        <w:t xml:space="preserve">[20:38] </w:t>
      </w:r>
      <w:r>
        <w:t>so, she got up and left the child there and tug her garment, her robe, and she started running. and there was a little hillock, which we call safa. so, she ran there. it was a valley at that time. from safa and marwa, there was a valley. this is safa, this is marwa, and there, there was a valley. now, it is flattened. ji, now, it is inside the, inside the grand mosque.</w:t>
      </w:r>
    </w:p>
    <w:p>
      <w:pPr>
        <w:jc w:val="right"/>
      </w:pPr>
      <w:r>
        <w:t>सो, शी गट अप एंड लेफ्ट द चाइल्ड देयर एंड टग हर गारमेंट, हर रोब, एंड शी स्टार्टेड रनिंग। एंड देर वाज अ लिटिल हिलॉक, व्हिच वी कॉल सफा। सो, शी रन देयर। इट वाज अ वैली एट दैट टाइम। फ्रॉम सफा एंड मरवा, देर वाज अ वैली। दिस इज सफा, दिस इज मरवा, एंड देर, देर वाज अ वैली। नाउ, इट इज फ्लैटेंड। जी, नाउ, इट इज इनसाइड द, इनसाइड द ग्रैंड मॉस्क।</w:t>
      </w:r>
    </w:p>
    <w:p>
      <w:r>
        <w:rPr>
          <w:b/>
        </w:rPr>
        <w:t xml:space="preserve">[21:06] </w:t>
      </w:r>
      <w:r>
        <w:t>ji, so, she went up on the safa mountain, and she looked around like this. she wanted to see if there is anyone who can help me. she was in real distress,</w:t>
      </w:r>
    </w:p>
    <w:p>
      <w:pPr>
        <w:jc w:val="right"/>
      </w:pPr>
      <w:r>
        <w:t>जी, सो, शी वेंट अप ऑन द सफा माउंटेन, एंड शी लुक्ड अराउंड लाइक दिस। शी वांटेड टू सी इफ देयर इज एनीवन हु कैन हेल्प मी। शी वाज इन रियल डिस्ट्रेस,</w:t>
      </w:r>
    </w:p>
    <w:p>
      <w:r>
        <w:rPr>
          <w:b/>
        </w:rPr>
        <w:t xml:space="preserve">[21:22] </w:t>
      </w:r>
      <w:r>
        <w:t>so she couldn't see anyone. then she ran. she descended from safa to the valley, and at that time, she ran.</w:t>
      </w:r>
    </w:p>
    <w:p>
      <w:pPr>
        <w:jc w:val="right"/>
      </w:pPr>
      <w:r>
        <w:t>सो शी कुडंट सी एनीवन। देन शी रन। शी डिसेंडेड फ्रॉम सफा टू द वैली, एंड एट दैट टाइम, शी रन।</w:t>
      </w:r>
    </w:p>
    <w:p>
      <w:r>
        <w:rPr>
          <w:b/>
        </w:rPr>
        <w:t xml:space="preserve">[21:34] </w:t>
      </w:r>
      <w:r>
        <w:t>actually, when the pilgrims walk between safa and marwa, they run at, they run at a certain place, because hajra ran here. even they start from safa to marwa. in between, there is a place where they have to run, like a br</w:t>
      </w:r>
    </w:p>
    <w:p>
      <w:pPr>
        <w:jc w:val="right"/>
      </w:pPr>
      <w:r>
        <w:t>एक्चुअली, व्हेन द पिलग्रिम्स वॉक बिटवीन सफा एंड मरवा, दे रन एट, दे रन एट अ सर्टेन प्लेस, बिकॉज हाजरा रन हेयर। इवन दे स्टार्ट फ्रॉम सफा टू मरवा। इन बिटवीन, देयर इज अ प्लेस वेयर दे हैव टू रन, लाइक अ ब्र</w:t>
      </w:r>
    </w:p>
    <w:p>
      <w:r>
        <w:rPr>
          <w:b/>
        </w:rPr>
        <w:t xml:space="preserve">[21:59] </w:t>
      </w:r>
      <w:r>
        <w:t>isk walk. okay, so, they, they follow the footsteps in such a minute way that where hajra ran. they also run. there is a green light. its say like, like at a corridor, and there is a green light. when you see the green light, you will start running, because hajra ran in this area. so, she ran, and then she climbed marwa,</w:t>
      </w:r>
    </w:p>
    <w:p>
      <w:pPr>
        <w:jc w:val="right"/>
      </w:pPr>
      <w:r>
        <w:t>िस्क वॉक। ओके, सो, दे, दे फॉलो द फुटस्टेप इन सच ए माइन्यूट वे दैट वेयर हाजरा रन। दे आल्सो रन। देयर इज अ ग्रीन लाइट। इट्स से लाइक, लाइक एट अ कॉरिडोर, एंड देयर इज अ ग्रीन लाइट। व्हेन यू सी द ग्रीन लाइट, यू विल स्टार्ट रनिंग, बिकॉज हाजरा रन इन दिस एरिया। सो, शी रन, एंड देन शी क्लाइम्ड मरवा,</w:t>
      </w:r>
    </w:p>
    <w:p>
      <w:r>
        <w:rPr>
          <w:b/>
        </w:rPr>
        <w:t xml:space="preserve">[22:26] </w:t>
      </w:r>
      <w:r>
        <w:t>which is next mountain.</w:t>
      </w:r>
    </w:p>
    <w:p>
      <w:pPr>
        <w:jc w:val="right"/>
      </w:pPr>
      <w:r>
        <w:t>व्हिच इज नेक्स्ट माउंटेन।</w:t>
      </w:r>
    </w:p>
    <w:p>
      <w:r>
        <w:rPr>
          <w:b/>
        </w:rPr>
        <w:t xml:space="preserve">[22:29] </w:t>
      </w:r>
      <w:r>
        <w:t>and there also, when she reached on the, on the top of it, she looked around here and there, but there was no person. so, she kept on running from one mountain to another, back and forth, seven times. and finally, she reached marwa. and when she reached marwa, exhaust and very thirsty and hungry, she heard some voice,</w:t>
      </w:r>
    </w:p>
    <w:p>
      <w:pPr>
        <w:jc w:val="right"/>
      </w:pPr>
      <w:r>
        <w:t>एंड देयर आल्सो, व्हेन शी रीच्ड ऑन द, ऑन द टॉप ऑफ इट, शी लुक्ड अराउंड हेयर एंड देयर, बट देर वाज नो पर्सन। सो, शी केप्ट ऑन रनिंग फ्रॉम वन माउंटेन टू अनदर, बैक एंड फोर्थ, सेवन टाइम्स। एंड फाइनली, शी रीच्ड मरवा। एंड व्हेन शी रीच्ड मरवा, एग्जॉस्ट एंड वेरी थर्स्टी एंड हंग्री, शी हर्ड सम वॉइस,</w:t>
      </w:r>
    </w:p>
    <w:p>
      <w:r>
        <w:rPr>
          <w:b/>
        </w:rPr>
        <w:t xml:space="preserve">[22:54] </w:t>
      </w:r>
      <w:r>
        <w:t>and she looked here and there. she couldn't see anyone. she said, "who is</w:t>
      </w:r>
    </w:p>
    <w:p>
      <w:pPr>
        <w:jc w:val="right"/>
      </w:pPr>
      <w:r>
        <w:t>एंड शी लुक्ड हेयर एंड देयर। शी कुडंट सी एनीवन। शी सेड, "हु इज</w:t>
      </w:r>
    </w:p>
    <w:p>
      <w:r>
        <w:rPr>
          <w:b/>
        </w:rPr>
        <w:t xml:space="preserve">[22:58] </w:t>
      </w:r>
      <w:r>
        <w:t>there? i heard you. can you help?" again, then she heard the voice, and again she said, "who is there?</w:t>
      </w:r>
    </w:p>
    <w:p>
      <w:pPr>
        <w:jc w:val="right"/>
      </w:pPr>
      <w:r>
        <w:t>देयर? आई हर्ड यू। कैन यू हेल्प?" अगेन, देन शी हर्ड द वॉइस, एंड अगेन शी सेड, "हु इज देयर?</w:t>
      </w:r>
    </w:p>
    <w:p>
      <w:r>
        <w:rPr>
          <w:b/>
        </w:rPr>
        <w:t xml:space="preserve">[23:09] </w:t>
      </w:r>
      <w:r>
        <w:t>can you help me?" but she didn't see anyone.</w:t>
      </w:r>
    </w:p>
    <w:p>
      <w:pPr>
        <w:jc w:val="right"/>
      </w:pPr>
      <w:r>
        <w:t>कैन यू हेल्प मी?" बट शी डिडंट सी एनीवन।</w:t>
      </w:r>
    </w:p>
    <w:p>
      <w:r>
        <w:rPr>
          <w:b/>
        </w:rPr>
        <w:t xml:space="preserve">[23:15] </w:t>
      </w:r>
      <w:r>
        <w:t>then all of a sudden, she saw an angel digging a hole near the feet of ismail alaihissalam, where she left ismail alaihissalam. so, she ran, and water started coming.</w:t>
      </w:r>
    </w:p>
    <w:p>
      <w:pPr>
        <w:jc w:val="right"/>
      </w:pPr>
      <w:r>
        <w:t>देन ऑल ऑफ अ सडन, शी सॉ एन एंजल डिगिंग अ होल नियर द फीट ऑफ इस्माइल अलैहिस्सलाम, वेयर शी लेफ्ट इस्माइल अलैहिस्सलाम। सो, शी रन, एंड वाटर स्टार्टेड कमिंग।</w:t>
      </w:r>
    </w:p>
    <w:p>
      <w:r>
        <w:rPr>
          <w:b/>
        </w:rPr>
        <w:t xml:space="preserve">[23:30] </w:t>
      </w:r>
      <w:r>
        <w:t>she ran, and she started making a basin around it, so that the water is not wasted. and prophet muhammad sallallahu alaihi wasallam has said that, "may god have mercy on the mother of ismail. if she would have left it and not made the basin, it would have been a huge stream."</w:t>
      </w:r>
    </w:p>
    <w:p>
      <w:pPr>
        <w:jc w:val="right"/>
      </w:pPr>
      <w:r>
        <w:t>शी रन, एंड शी स्टार्टेड मेकिंग अ बेसिन अराउंड इट, सो दैट द वाटर इज नॉट वेस्टेड। एंड प्रोफेट मोहम्मद सल्लल्लाहु अलैहि वसल्लम हैज सेड दैट, "मे गॉड हैव मर्सी ऑन द मदर ऑफ इस्माइल। इफ शी वुड हैव लेफ्ट इट एंड नॉट मेड द बेसिन, इट वुड हैव बीन अ ह्यूज स्ट्रीम।"</w:t>
      </w:r>
    </w:p>
    <w:p>
      <w:r>
        <w:rPr>
          <w:b/>
        </w:rPr>
        <w:t xml:space="preserve">[23:55] </w:t>
      </w:r>
      <w:r>
        <w:t>ji, so, in this way, she was able to bring water and give water to the child. i mean, in this way,</w:t>
      </w:r>
    </w:p>
    <w:p>
      <w:pPr>
        <w:jc w:val="right"/>
      </w:pPr>
      <w:r>
        <w:t>जी, सो, इन दिस वे, शी वाज एबल टू ब्रिंग वाटर एंड गिव वाटर टू द चाइल्ड। आई मीन, इन दिस वे,</w:t>
      </w:r>
    </w:p>
    <w:p>
      <w:r>
        <w:rPr>
          <w:b/>
        </w:rPr>
        <w:t xml:space="preserve">[24:08] </w:t>
      </w:r>
      <w:r>
        <w:t>the life of ismail alaihissalam was saved. and today, we call this spring zamzam. so, so,</w:t>
      </w:r>
    </w:p>
    <w:p>
      <w:pPr>
        <w:jc w:val="right"/>
      </w:pPr>
      <w:r>
        <w:t>द लाइफ ऑफ इस्माइल अलैहिस्सलाम वाज सेव्ड। एंड टुडे, वी कॉल दिस स्प्रिंग जमजम। सो, सो,</w:t>
      </w:r>
    </w:p>
    <w:p>
      <w:r>
        <w:rPr>
          <w:b/>
        </w:rPr>
        <w:t xml:space="preserve">[24:26] </w:t>
      </w:r>
      <w:r>
        <w:t>the angel jibril said, "don't worry and don't be afraid. god will not neglect you.</w:t>
      </w:r>
    </w:p>
    <w:p>
      <w:pPr>
        <w:jc w:val="right"/>
      </w:pPr>
      <w:r>
        <w:t>द एंजल जिब्रील सेड, "डोंट वरी एंड डोंट बी अफ्रेड। गॉड विल नॉट नेगलेक्ट यू।</w:t>
      </w:r>
    </w:p>
    <w:p>
      <w:r>
        <w:rPr>
          <w:b/>
        </w:rPr>
        <w:t xml:space="preserve">[24:36] </w:t>
      </w:r>
      <w:r>
        <w:t>god, god do not neglect his people. in allah, allah yad ahl. god never neglect his people. so, the people who are in dawa work, god will never neglect them." and point towards the baby, baby ismail alaihissalam, the angel said,</w:t>
      </w:r>
    </w:p>
    <w:p>
      <w:pPr>
        <w:jc w:val="right"/>
      </w:pPr>
      <w:r>
        <w:t>गॉड, गॉड डू नॉट नेगलेक्ट हिज पीपल। इन् अल्लाह, अल्लाह यद अहल। गॉड नेवर नेगलेक्ट हिज पीपल। सो, द पीपल हु आर इन दावा वर्क, गॉड विल नेवर नेगलेक्ट देम।" एंड पॉइंट टुवर्ड्स द बेबी, बेबी इस्माइल अलैहिस्सलाम, द एंजल सेड,</w:t>
      </w:r>
    </w:p>
    <w:p>
      <w:r>
        <w:rPr>
          <w:b/>
        </w:rPr>
        <w:t xml:space="preserve">[24:56] </w:t>
      </w:r>
      <w:r>
        <w:t>"this boy and his father will build the kaba here, the house of allah."</w:t>
      </w:r>
    </w:p>
    <w:p>
      <w:pPr>
        <w:jc w:val="right"/>
      </w:pPr>
      <w:r>
        <w:t>"दिस बॉय एंड हिज फादर विल बिल्ट द काबा हेयर, द हाउस ऑफ अल्लाह।"</w:t>
      </w:r>
    </w:p>
    <w:p>
      <w:r>
        <w:rPr>
          <w:b/>
        </w:rPr>
        <w:t xml:space="preserve">[25:04] </w:t>
      </w:r>
      <w:r>
        <w:t>so, this is how god has saved hajra and ismail in a very miraculous way. and hajra started living there, and because water was there, so some people started and coming, and they settled there</w:t>
      </w:r>
    </w:p>
    <w:p>
      <w:pPr>
        <w:jc w:val="right"/>
      </w:pPr>
      <w:r>
        <w:t>सो, दिस इज हाउ गॉड हैज सेव्ड हाजरा एंड इस्माइल इन अ वेरी मिरेकुलस वे। एंड हाजरा स्टार्टेड लिविंग देयर, एंड बिकॉज वाटर वाज देयर, सो सम पीपल स्टार्टेड एंड कमिंग, एंड दे सेटल्ड देयर</w:t>
      </w:r>
    </w:p>
    <w:p>
      <w:r>
        <w:rPr>
          <w:b/>
        </w:rPr>
        <w:t xml:space="preserve">[25:24] </w:t>
      </w:r>
      <w:r>
        <w:t>. and one tribe, which is called jurhum, they settled there.</w:t>
      </w:r>
    </w:p>
    <w:p>
      <w:pPr>
        <w:jc w:val="right"/>
      </w:pPr>
      <w:r>
        <w:t>। एंड वन ट्राइब, व्हिच इज कॉल्ड जुरहुम, दे सेटल्ड देयर।</w:t>
      </w:r>
    </w:p>
    <w:p>
      <w:r>
        <w:rPr>
          <w:b/>
        </w:rPr>
        <w:t xml:space="preserve">[25:28] </w:t>
      </w:r>
      <w:r>
        <w:t>and it was, it was very easy for</w:t>
      </w:r>
    </w:p>
    <w:p>
      <w:pPr>
        <w:jc w:val="right"/>
      </w:pPr>
      <w:r>
        <w:t>एंड इट वाज, इट वाज वेरी इजी फॉर</w:t>
      </w:r>
    </w:p>
    <w:p>
      <w:r>
        <w:rPr>
          <w:b/>
        </w:rPr>
        <w:t xml:space="preserve">[25:36] </w:t>
      </w:r>
      <w:r>
        <w:t>hajra alaihis salam, hajra razi allah anha, because of the people, help of the people.</w:t>
      </w:r>
    </w:p>
    <w:p>
      <w:pPr>
        <w:jc w:val="right"/>
      </w:pPr>
      <w:r>
        <w:t>हाजरा अलैहिस्सलाम, हाजरा रजि अल्लाह अन्हा, बिकॉज ऑफ द पीपल, हेल्प ऑफ द पीपल।</w:t>
      </w:r>
    </w:p>
    <w:p>
      <w:r>
        <w:rPr>
          <w:b/>
        </w:rPr>
        <w:t xml:space="preserve">[25:43] </w:t>
      </w:r>
      <w:r>
        <w:t>and when ismail grew up, he, he learned arabic from them, from mujrum tribe.</w:t>
      </w:r>
    </w:p>
    <w:p>
      <w:pPr>
        <w:jc w:val="right"/>
      </w:pPr>
      <w:r>
        <w:t>एंड व्हेन इस्माइल ग्रू अप, ही, ही लर्न अरबिक फ्रॉम देम, फ्रॉम मुजरूम ट्राइब।</w:t>
      </w:r>
    </w:p>
    <w:p>
      <w:r>
        <w:rPr>
          <w:b/>
        </w:rPr>
        <w:t xml:space="preserve">[25:49] </w:t>
      </w:r>
      <w:r>
        <w:t>and jurhum admired him, ismail alaihis salam.</w:t>
      </w:r>
    </w:p>
    <w:p>
      <w:pPr>
        <w:jc w:val="right"/>
      </w:pPr>
      <w:r>
        <w:t>एंड जुरहुम एडमायर्ड हिम, इस्माइल अलैहिस्सलाम।</w:t>
      </w:r>
    </w:p>
    <w:p>
      <w:r>
        <w:rPr>
          <w:b/>
        </w:rPr>
        <w:t xml:space="preserve">[25:54] </w:t>
      </w:r>
      <w:r>
        <w:t>and, and, and he married one of the</w:t>
      </w:r>
    </w:p>
    <w:p>
      <w:pPr>
        <w:jc w:val="right"/>
      </w:pPr>
      <w:r>
        <w:t>एंड, एंड, एंड ही मैरिड वन ऑफ द</w:t>
      </w:r>
    </w:p>
    <w:p>
      <w:r>
        <w:rPr>
          <w:b/>
        </w:rPr>
        <w:t xml:space="preserve">[25:59] </w:t>
      </w:r>
      <w:r>
        <w:t>daughters of jurhum people.</w:t>
      </w:r>
    </w:p>
    <w:p>
      <w:pPr>
        <w:jc w:val="right"/>
      </w:pPr>
      <w:r>
        <w:t>डॉटर्स ऑफ जुरहुम पीपल।</w:t>
      </w:r>
    </w:p>
    <w:p>
      <w:r>
        <w:rPr>
          <w:b/>
        </w:rPr>
        <w:t xml:space="preserve">[26:03] </w:t>
      </w:r>
      <w:r>
        <w:t>so, this is how the story of hajj begins in makkah. ji, masha allah, doctor sahib, truly an amazing story. i was just thinking, when you were narrating ki jab pilgrims reenact karte hain by following the same footsteps from safa to marwa, if you, if you understand it in today's context, doctor sahib, or ab class se pehle hum baat bhi kar rahe the ki kitni garmi hai. today, the whole world is talking about climate. I mean, there is so much of heat that people, people can't toler</w:t>
      </w:r>
    </w:p>
    <w:p>
      <w:pPr>
        <w:jc w:val="right"/>
      </w:pPr>
      <w:r>
        <w:t>सो, दिस इज हाउ द स्टोरी ऑफ हज बिगिंस इन मक्का। जी, माशाल्लाह, डॉक्टर साहब, ट्रूली एन अमेजिंग स्टोरी। आई वाज जस्ट थिंकिंग, व्हेन यू वर नरेटिंग कि जब पिलग्रिम्स रीइनेक्ट करते हैं बाय फॉलोइंग द सेम फुटस्टेप्स फ्रॉम सफा टू मारवा, इफ यू, इफ यू अंडरस्टैंड इट इन टुडेज कॉन्टेक्स्ट, डॉक्टर साहब, और अब क्लास से पहले हम बात भी कर रहे थे कि कितनी गर्मी है। टुडे, द होल वर्ल्ड इज टॉकिंग अबाउट क्लाइमेट। आई मीन, देयर इज सो मच ऑफ हीट दैट पीपल, पीपल कांट टोलर</w:t>
      </w:r>
    </w:p>
    <w:p>
      <w:r>
        <w:rPr>
          <w:b/>
        </w:rPr>
        <w:t xml:space="preserve">[26:30] </w:t>
      </w:r>
      <w:r>
        <w:t>ate it. They can't step out of their AC car and AC homes. But imagine a lady under direct, you know, the heat, the sunlight of sun in a desert. There was no rooftop. To kitna difficult role unhone ada kiya ki wo jab wo pani ke liye aur bhook pyas ke liye, jab wo Safa Marwa ke unhone saat chakkar lagaye. So, truly, she has played a role of, you know, a builder of humanity</w:t>
      </w:r>
    </w:p>
    <w:p>
      <w:pPr>
        <w:jc w:val="right"/>
      </w:pPr>
      <w:r>
        <w:t>ेट इट। दे कांट स्टेप आउट ऑफ देयर एसी कार एंड एसी होम्स। बट इमेजिन अ लेडी अंडर डायरेक्ट, यू नो, द हीट, द सनलाइट ऑफ सन इन अ डेजर्ट। देर वाज नो रूफ टॉप। तो कितना डिफिकल्ट रोल उन्होंने अदा किया कि वो जब वो पानी के लिए और भूख प्यास के लिए, जब वो सफा मारवा के उन्होंने सात चक्कर लगाए। सो, ट्रूली, शी इज प्लेड अ रोल ऑफ, यू नो, अ बिल्डर ऑफ ह्यूमैनिटी</w:t>
      </w:r>
    </w:p>
    <w:p>
      <w:r>
        <w:rPr>
          <w:b/>
        </w:rPr>
        <w:t xml:space="preserve">[26:56] </w:t>
      </w:r>
      <w:r>
        <w:t>. great lesson to be learned from. and this is why each and every pilgrim has to walk her footsteps. ji, so this is such a big honor, big special for a woman. big lesson. ji, ya doctor sahib, you just now mentioned ki then the angel pointed to the child, prophet ismail, and he said that he and his father will build the</w:t>
      </w:r>
    </w:p>
    <w:p>
      <w:pPr>
        <w:jc w:val="right"/>
      </w:pPr>
      <w:r>
        <w:t>। ग्रेट लेसन टू बी लर्न फ्रॉम। एंड दिस इज व्हाई ईच एंड एवरी पिलग्रिम हैज टू वॉक हर फुटस्टेप। जी, सो दिस इज सच अ बिग ऑनर, बिग स्पेशल फॉर अ वुमन। बिग लेसन। जी, या डॉक्टर साहब, यू जस्ट नाउ मेंशन कि देन द एंजल पॉइंटेड टू द चाइल्ड, प्रोफेट इस्माइल, एंड ही सेड दैट ही एंड हिज फादर विल बिल्ड द</w:t>
      </w:r>
    </w:p>
    <w:p>
      <w:r>
        <w:rPr>
          <w:b/>
        </w:rPr>
        <w:t xml:space="preserve">[27:17] </w:t>
      </w:r>
      <w:r>
        <w:t>kaba. so, when we look into the islamic history, we find that adam alaihissalam was the first one who built the kaba. and then it was reconstructed by prophet ibrahim and prophet ismail. and there are references in hadith and in quran. so, i wanted to understand from you, doctor sahib, ki aap iske bare mein bataye that how did really the building of kaba come about. iske bare mein bataye.</w:t>
      </w:r>
    </w:p>
    <w:p>
      <w:pPr>
        <w:jc w:val="right"/>
      </w:pPr>
      <w:r>
        <w:t>काबा। सो, व्हेन वी लुक इन टू द इस्लामिक हिस्ट्री, वी फाइंड दैट आदम अलैहिस्सलाम वाज द फर्स्ट वन हु बिल्ड द काबा। एंड देन इट वाज रिकंस्ट्रक्टेड बाय प्रोफेट इब्राहिम एंड प्रोफेट इस्माइल। एंड देर आर रेफरेंसेस इन हदीस एंड इन कुरान। सो, आई वांटेड टू अंडरस्टैंड फ्रॉम यू, डॉक्टर साहब, कि आप इसके बारे में बताएं दैट हाउ डिड रियली द बिल्डिंग ऑफ काबा कम अबाउट। इसके बारे में बताएं।</w:t>
      </w:r>
    </w:p>
    <w:p>
      <w:r>
        <w:rPr>
          <w:b/>
        </w:rPr>
        <w:t xml:space="preserve">[27:44] </w:t>
      </w:r>
      <w:r>
        <w:t>about adam alaihissalam building the kaba, that is a weak narration. okay, ya this is not authentic. ji, kaba was build by ibrahim alaihissalam, that is for sure. ji, and a when ibrahim grew, one day, is when, when ismail grew, one day, ibrahim alaihissalam came to makkah,</w:t>
      </w:r>
    </w:p>
    <w:p>
      <w:pPr>
        <w:jc w:val="right"/>
      </w:pPr>
      <w:r>
        <w:t>अबाउट आदम अलैहिस्सलाम बिल्डिंग द काबा, दैट इज अ वीक नरेशन। ओके, या दिस इज नॉट ऑथेंटिक। जी, काबा वाज बिल्ड बाय इब्राहिम अलैहिस्सलाम, दैट इज फॉर श्योर। जी, एंड अ व्हेन इब्राहिम ग्रू, वन डे, इस व्हेन, व्हेन इस्माइल ग्रू, वन डे, इब्राहिम अलैहिस्सलाम केम टू मक्का,</w:t>
      </w:r>
    </w:p>
    <w:p>
      <w:r>
        <w:rPr>
          <w:b/>
        </w:rPr>
        <w:t xml:space="preserve">[28:06] </w:t>
      </w:r>
      <w:r>
        <w:t>and he saw him sitting under a shade of a tree, and he was sharpening his arrows. ji, because he</w:t>
      </w:r>
    </w:p>
    <w:p>
      <w:pPr>
        <w:jc w:val="right"/>
      </w:pPr>
      <w:r>
        <w:t>एंड ही सॉ हिम सिटिंग अंडर अ शेड ऑफ अ ट्री, एंड ही वाज शार्पनिंग हिज एरोस। जी, बिकॉज ही</w:t>
      </w:r>
    </w:p>
    <w:p>
      <w:r>
        <w:rPr>
          <w:b/>
        </w:rPr>
        <w:t xml:space="preserve">[28:13] </w:t>
      </w:r>
      <w:r>
        <w:t>was a hunter. ji, in those days, he used to hunt some animal like rabbit or something, and they would roast and eat. so, that was the food, because there was no cultivation, no nothing. so,</w:t>
      </w:r>
    </w:p>
    <w:p>
      <w:pPr>
        <w:jc w:val="right"/>
      </w:pPr>
      <w:r>
        <w:t>वाज अ हंटर। जी, इन दोज डेज, ही यूज टू हंट सम एनिमल लाइक रैबिट और समथिंग, एंड दे वुड रोस्ट एंड ईट। सो, दैट वाज द फूड, बिकॉज देयर वाज नो कल्टिवेशन, नो नथिंग। सो,</w:t>
      </w:r>
    </w:p>
    <w:p>
      <w:r>
        <w:rPr>
          <w:b/>
        </w:rPr>
        <w:t xml:space="preserve">[28:32] </w:t>
      </w:r>
      <w:r>
        <w:t>they greeted each other. he got up, ismail alaihissalam got up and greeted his father, and his father greeted his son.</w:t>
      </w:r>
    </w:p>
    <w:p>
      <w:pPr>
        <w:jc w:val="right"/>
      </w:pPr>
      <w:r>
        <w:t>दे ग्रीटेड ईच अदर। ही गट अप, इस्माइल अलैहिस्सलाम गट अप एंड ग्रीटेड हिज फादर, एंड हिज फादर ग्रीटेड हिज सन।</w:t>
      </w:r>
    </w:p>
    <w:p>
      <w:r>
        <w:rPr>
          <w:b/>
        </w:rPr>
        <w:t xml:space="preserve">[28:42] </w:t>
      </w:r>
      <w:r>
        <w:t>and ibrahim alaihissalam said, "god had order me to do something." so, ismail alaihissalam said, "do what your lord has ordered. you must do it." so, ibrahim alaihissalam said, "will you help me?" he said, "of course, i will help you." so, he said, "allah has ordered me to build a house here,</w:t>
      </w:r>
    </w:p>
    <w:p>
      <w:pPr>
        <w:jc w:val="right"/>
      </w:pPr>
      <w:r>
        <w:t>एंड इब्राहिम अलैहिस्सलाम सेड, "गॉड हैड ऑर्डर मी टू डू समथिंग।" सो, इस्माइल अलैहिस्सलाम सेड, "डू व्हाट योर लॉर्ड हैज ऑर्डर्ड। यू मस्ट डू इट।" सो, इब्राहिम अलैहिस्सलाम सेड, "विल यू हेल्प मी?" ही सेड, "ऑफ कोर्स, आई विल हेल्प यू।" सो, ही सेड, "अल्लाह हैज ऑर्डर्ड मी टू बिल्ड अ हाउस हेयर,</w:t>
      </w:r>
    </w:p>
    <w:p>
      <w:r>
        <w:rPr>
          <w:b/>
        </w:rPr>
        <w:t xml:space="preserve">[29:06] </w:t>
      </w:r>
      <w:r>
        <w:t>meaning kaba."</w:t>
      </w:r>
    </w:p>
    <w:p>
      <w:pPr>
        <w:jc w:val="right"/>
      </w:pPr>
      <w:r>
        <w:t>मीनिंग काबा।"</w:t>
      </w:r>
    </w:p>
    <w:p>
      <w:r>
        <w:rPr>
          <w:b/>
        </w:rPr>
        <w:t xml:space="preserve">[29:08] </w:t>
      </w:r>
      <w:r>
        <w:t>so, he pointed to to a place, which was little high, little higher. so, he said, "here, we will build the kaba." so, they started building the kaba. and as ismail alaihissalam was young, he was a, he used to ride horse also. so, he brought a, a, a the stones from the near by mountains.</w:t>
      </w:r>
    </w:p>
    <w:p>
      <w:pPr>
        <w:jc w:val="right"/>
      </w:pPr>
      <w:r>
        <w:t>सो, ही पॉइंटेड टू टू अ प्लेस, व्हिच वाज लिटिल हाई, लिटिल हायर। सो, ही सेड, "हेयर, वी विल बिल्ड द काबा।" सो, दे स्टार्टेड बिल्डिंग द काबा। एंड एज इस्माइल अलैहिस्सलाम वाज यंग, ही वाज अ, ही यूज टू राइड हॉर्स आल्सो। सो, ही ब्रॉट अ, अ, अ द स्टोंस फ्रॉम द नियर बाय माउंटेंस।</w:t>
      </w:r>
    </w:p>
    <w:p>
      <w:r>
        <w:rPr>
          <w:b/>
        </w:rPr>
        <w:t xml:space="preserve">[29:36] </w:t>
      </w:r>
      <w:r>
        <w:t>like, he, he brought stones. and ibrahim alaihissalam started making the foundation. so, in this way, kaba, they started to build the kaba. and when it was slightly raised, ibrahim, ibrahim alaihissalam was not able to fix it, because it was high.</w:t>
      </w:r>
    </w:p>
    <w:p>
      <w:pPr>
        <w:jc w:val="right"/>
      </w:pPr>
      <w:r>
        <w:t>लाइक, ही, ही ब्रॉट स्टोंस। एंड इब्राहिम अलैहिस्सलाम स्टार्टेड मेकिंग द फाउंडेशन। सो, इन दिस वे, काबा, दे स्टार्टेड टू बिल्ड द काबा। एंड व्हेन इट वाज स्लाइटली रेज्ड, इब्राहिम, इब्राहिम अलैहिस्सलाम वाज नॉट एबल टू फिक्स इट, बिकॉज इट वाज हाई।</w:t>
      </w:r>
    </w:p>
    <w:p>
      <w:r>
        <w:rPr>
          <w:b/>
        </w:rPr>
        <w:t xml:space="preserve">[30:00] </w:t>
      </w:r>
      <w:r>
        <w:t>so, ismail alaihissalam brought a, a stone, big stone, and put it there. and ibrahim alaihissalam would stand on that, and he will build the, he build the rest of the kaba. ji, so, today, if you go to a hajj, there is a place called makame ibrahim, which is just near the kaba. its an golden kind of structure</w:t>
      </w:r>
    </w:p>
    <w:p>
      <w:pPr>
        <w:jc w:val="right"/>
      </w:pPr>
      <w:r>
        <w:t>सो, इस्माइल अलैहिस्सलाम ब्रॉट अ, अ स्टोन, बिग स्टोन, एंड पुट इट देयर। एंड इब्राहिम अलैहिस्सलाम वुड स्टैंड ऑन दैट, एंड ही विल बिल्ड द, ही बिल्ड द रेस्ट ऑफ द काबा। जी, सो, टुडे, इफ यू गो टू अ हज, देर इज अ प्लेस कॉल्ड मकामे इब्राहिम, व्हिच इज जस्ट नियर द काबा। इट्स एन गोल्डन काइंड ऑफ स्ट्रक्चर</w:t>
      </w:r>
    </w:p>
    <w:p>
      <w:r>
        <w:rPr>
          <w:b/>
        </w:rPr>
        <w:t xml:space="preserve">[30:28] </w:t>
      </w:r>
      <w:r>
        <w:t>. so, there are some stones, which are believed that these are the stones on which ibrahim alaihissalam stood. so, they have preserved it. okay, so, in this way, when the kaba was completed, ibrahim alaihissalam said to ismail, "go and bring a stone, which is a different color, not the same color, which we are using</w:t>
      </w:r>
    </w:p>
    <w:p>
      <w:pPr>
        <w:jc w:val="right"/>
      </w:pPr>
      <w:r>
        <w:t>। सो, देयर आर सम स्टोंस, व्हिच आर बिलीव्ड दैट दीज आर द स्टोंस ऑन व्हिच इब्राहिम अलैहिस्सलाम स्टुड। सो, दे हैव प्रिजर्व्ड इट। ओके, सो, इन दिस वे, व्हेन द काबा वाज कंप्लीटेड, इब्राहिम अलैहिस्सलाम सेड टू इस्माइल, "गो एंड ब्रिंग अ स्टोन, व्हिच इज अ डिफरेंट कलर, नॉट द सेम कलर, व्हिच वी आर यूज</w:t>
      </w:r>
    </w:p>
    <w:p>
      <w:r>
        <w:rPr>
          <w:b/>
        </w:rPr>
        <w:t xml:space="preserve">[30:54] </w:t>
      </w:r>
      <w:r>
        <w:t>ing." so, he searched all around and found a black stone, a black stone. so, he brought. so, ibrahim alaihissalam liked it, and he put it on one corner of the kaba,</w:t>
      </w:r>
    </w:p>
    <w:p>
      <w:pPr>
        <w:jc w:val="right"/>
      </w:pPr>
      <w:r>
        <w:t>िंग।" सो, ही सर्च्ड ऑल अराउंड एंड फाउंड अ ब्लैक स्टोन, अ ब्लैक स्टोन। सो, ही ब्रॉट। सो, इब्राहिम अलैहिस्सलाम लाइक्ड इट, एंड ही पुट इट ऑन वन कॉर्नर ऑफ द काबा,</w:t>
      </w:r>
    </w:p>
    <w:p>
      <w:r>
        <w:rPr>
          <w:b/>
        </w:rPr>
        <w:t xml:space="preserve">[31:09] </w:t>
      </w:r>
      <w:r>
        <w:t>so that people can start from here the tawaf. that was only reason he put it.</w:t>
      </w:r>
    </w:p>
    <w:p>
      <w:pPr>
        <w:jc w:val="right"/>
      </w:pPr>
      <w:r>
        <w:t>सो दैट पीपल कैन स्टार्ट फ्रॉम हेयर द तवाफ। दैट वाज ओनली रीजन ही पुट इट।</w:t>
      </w:r>
    </w:p>
    <w:p>
      <w:r>
        <w:rPr>
          <w:b/>
        </w:rPr>
        <w:t xml:space="preserve">[31:16] </w:t>
      </w:r>
      <w:r>
        <w:t>so, you as we know, prophet mohammad sallallahu alaihi wasallam also placed it, because it was fallen because of some flood, etc. so, when the kaba was ready, and they place the black stone, so, ibrahim alaihissalam and ismail alaihissalam for the first time made tawa</w:t>
      </w:r>
    </w:p>
    <w:p>
      <w:pPr>
        <w:jc w:val="right"/>
      </w:pPr>
      <w:r>
        <w:t>सो, यू एज वी नो, प्रोफेट मोहम्मद सल्लल्लाहु अलैहि वसल्लम आल्सो प्लेस्ड इट, बिकॉज इट वाज फॉलन बिकॉज ऑफ सम फ्लड, एट्स। सो, व्हेन द काबा वाज रेडी, एंड दे प्लेस द ब्लैक स्टोन, सो, इब्राहिम अलैहिस्सलाम एंड इस्माइल अलैहिस्सलाम फॉर द फर्स्ट टाइम मेड तवा</w:t>
      </w:r>
    </w:p>
    <w:p>
      <w:r>
        <w:rPr>
          <w:b/>
        </w:rPr>
        <w:t xml:space="preserve">[31:42] </w:t>
      </w:r>
      <w:r>
        <w:t>f. that was the first time they made tawaf. and they said, and the quran says, "ibrahim, rabbana, taqabbal minna, innaka ant sami ul alim." when ibrahim and ismail were laying foundation of the kaba, they prayed, "our lord, accept this from us. you are all hearing, all knowing</w:t>
      </w:r>
    </w:p>
    <w:p>
      <w:pPr>
        <w:jc w:val="right"/>
      </w:pPr>
      <w:r>
        <w:t>फ। दैट वाज द फर्स्ट टाइम दे मेड तवाफ। एंड दे सेड, एंड द कुरान सेज, "इब्राहिम, रब्बना, तकबल मिना, इन्नक अंत समी अलम।" व्हेन इब्राहिम एंड इस्माइल वर लेइंग फाउंडेशन ऑफ द काबा, दे प्रेड, "अवर लॉर्ड, एक्सेप्ट दिस फ्रॉम अस। यू आर ऑल हेयरिंग, ऑल नोइंग</w:t>
      </w:r>
    </w:p>
    <w:p>
      <w:r>
        <w:rPr>
          <w:b/>
        </w:rPr>
        <w:t xml:space="preserve">[32:08] </w:t>
      </w:r>
      <w:r>
        <w:t>. innaka ant tawwab rahim. and forgive us. you are the forgiving one, the merciful." to is tarah se kaba ki taameer hui, kaba banke tayyar hua. aur aaj aap dekhte hain, millions of people go there from around the world. ji,</w:t>
      </w:r>
    </w:p>
    <w:p>
      <w:pPr>
        <w:jc w:val="right"/>
      </w:pPr>
      <w:r>
        <w:t>। इन्नक अंत तवाब रहीम। एंड फॉरगिव अस। यू आर द फॉरगिविंग वन, द मर्सीफुल।" तो इस तरह से काबा की तामीर हुई, काबा बनके तैयार हुआ। और आज आप देखते हैं, मिलियंस ऑफ पीपल गो देयर फ्रॉम अराउंड द वर्ल्ड। जी,</w:t>
      </w:r>
    </w:p>
    <w:p>
      <w:r>
        <w:rPr>
          <w:b/>
        </w:rPr>
        <w:t xml:space="preserve">[32:33] </w:t>
      </w:r>
      <w:r>
        <w:t>so doctor sahib, like you explain the building of kaba. and then after that, it was followed by call for hajj, which was given by prophet ibrahim. that also marks the beginning of pilgrimage to makkah. and like you rightly mentioned, that millions of muslims from all over the world, they gather in makkah, demonstrating the spirit of unity, obedience and</w:t>
      </w:r>
    </w:p>
    <w:p>
      <w:pPr>
        <w:jc w:val="right"/>
      </w:pPr>
      <w:r>
        <w:t>सो डॉक्टर साहब, लाइक यू एक्सप्लेन द बिल्डिंग ऑफ काबा। एंड देन आफ्टर दैट, इट वाज फॉलो बाय कॉल फॉर हज, व्हिच वाज गिवन बाय प्रोफेट इब्राहिम। दैट आल्सो मार्क्स द बिगिनिंग ऑफ पिलग्रिम टू मक्का। एंड लाइक यू राइटली मेंशन, दैट मिलियंस ऑफ मुस्लिम्स फ्रॉम ऑल ओवर द वर्ल्ड, दे गैदर इन मक्का, डेमोंस्ट्रेटिंग द स्पिरिट ऑफ यूनिटी, ओबेडिएंस एंड</w:t>
      </w:r>
    </w:p>
    <w:p>
      <w:r>
        <w:rPr>
          <w:b/>
        </w:rPr>
        <w:t xml:space="preserve">[32:57] </w:t>
      </w:r>
      <w:r>
        <w:t>faith. to doctor sahib, main chahunga yeh call for hajj, jo di gayi, after the kaba was built, iske bare mein aap hum sabko batayein. yes, when the kaba was ready,</w:t>
      </w:r>
    </w:p>
    <w:p>
      <w:pPr>
        <w:jc w:val="right"/>
      </w:pPr>
      <w:r>
        <w:t>फेथ। तो डॉक्टर साहब, मैं चाहूंगा यह कॉल फॉर हज, जो दी गई, आफ्टर द काबा वाज बिल्ट, इसके बारे में आप हम सबको बताएं। यस, व्हेन द काबा वाज रेडी,</w:t>
      </w:r>
    </w:p>
    <w:p>
      <w:r>
        <w:rPr>
          <w:b/>
        </w:rPr>
        <w:t xml:space="preserve">[33:11] </w:t>
      </w:r>
      <w:r>
        <w:t>allah told ibrahim alaihissalam to call people to come here and perform hajj.</w:t>
      </w:r>
    </w:p>
    <w:p>
      <w:pPr>
        <w:jc w:val="right"/>
      </w:pPr>
      <w:r>
        <w:t>अल्लाह टोल्ड इब्राहिम अलैहिस्सलाम टू कॉल पीपल टू कम हेयर एंड परफॉर्म हज।</w:t>
      </w:r>
    </w:p>
    <w:p>
      <w:r>
        <w:rPr>
          <w:b/>
        </w:rPr>
        <w:t xml:space="preserve">[33:19] </w:t>
      </w:r>
      <w:r>
        <w:t>and the quran says, "yatuuka rijalun wa kullu damirin, yatiina min kulli fajjin amiq. call the mankind to hajj. they will come on foot and on every kind of lean camel.</w:t>
      </w:r>
    </w:p>
    <w:p>
      <w:pPr>
        <w:jc w:val="right"/>
      </w:pPr>
      <w:r>
        <w:t>एंड द कुरान सेज, "यातूका रिजाल व कुल दामिर, यातीन मिन कुल फज अमीक। कॉल द मैनकाइंड टू हज। दे विल कम ऑन फुट एंड ऑन एवरी काइंड ऑफ लीन कैमल।</w:t>
      </w:r>
    </w:p>
    <w:p>
      <w:r>
        <w:rPr>
          <w:b/>
        </w:rPr>
        <w:t xml:space="preserve">[33:40] </w:t>
      </w:r>
      <w:r>
        <w:t>lean camel means they are coming from a distance, from far. so the camel will obviously will become lean and thin. and they will come from every nook and corner of the planet. ji, masha allah. so ibrahim said, "o allah, there are no people here. hum there is nobody. there are mountain and and and sand. and so how my voice will reach there?"</w:t>
      </w:r>
    </w:p>
    <w:p>
      <w:pPr>
        <w:jc w:val="right"/>
      </w:pPr>
      <w:r>
        <w:t>लीन कैमल मींस दे आर कमिंग फ्रॉम अ डिस्टेंस, फ्रॉम फार। सो द कैमल विल ओबवियसली विल बिकम लीन एंड थिन। एंड दे विल कम फ्रॉम एवरी नुक एंड कॉर्नर ऑफ द प्लेनेट। जी, माशाल्लाह। सो इब्राहिम सेड, "ओ अल्लाह, देयर आर नो पीपल हेयर। हम देयर इज नोबडी। देर आर माउंटेन एंड एंड एंड सैंड। एंड सो हाउ माय वॉइस विल रीच देयर?"</w:t>
      </w:r>
    </w:p>
    <w:p>
      <w:r>
        <w:rPr>
          <w:b/>
        </w:rPr>
        <w:t xml:space="preserve">[34:09] </w:t>
      </w:r>
      <w:r>
        <w:t>so allah said, "al ibla, your job is to call and we will convey your call to people. you proclaim and that is leave it to us. we will convey your call." so ibrahim al salam went on mount abi qubais and announced, "o people, allah has built his house here</w:t>
      </w:r>
    </w:p>
    <w:p>
      <w:pPr>
        <w:jc w:val="right"/>
      </w:pPr>
      <w:r>
        <w:t>सो अल्लाह सेड, "अल इबला, योर जॉब इज टू कॉल एंड वी विल कन्वे योर कॉल टू पीपल। यू प्रोक्लेम एंड दैट इज लीव इट टू अस। वी विल कन्वे योर कॉल।" सो इब्राहिम अल सलाम वेंट ऑन माउंट अबी कुबैस एंड अनाउंस्ड, "ओ पीपल, अल्लाह हैज बिल्ट हिज हाउस हेयर</w:t>
      </w:r>
    </w:p>
    <w:p>
      <w:r>
        <w:rPr>
          <w:b/>
        </w:rPr>
        <w:t xml:space="preserve">[34:38] </w:t>
      </w:r>
      <w:r>
        <w:t>. so come and perform hajj." and ibn abbas radi allah says, "this is a hadith that when ibrahim al salam made the call, made the announcement, even the mountain took it. each and every creature heard it. animate and inanimate. so much so that every soul, every rooh, hum every single soul heard it.</w:t>
      </w:r>
    </w:p>
    <w:p>
      <w:pPr>
        <w:jc w:val="right"/>
      </w:pPr>
      <w:r>
        <w:t>। सो कम एंड परफॉर्म हज।" एंड इब्न अब्बास रजि अल्लाह सेज, "दिस इज अ हदीस दैट व्हेन इब्राहिम अल सलाम मेड द कॉल, मेड द अनाउंसमेंट, इवन द माउंटेन टूक इट। ईच एंड एवरी क्रिएचर हर्ड इट। एनिमेट एंड इन एनिमेट। सो मच सो दैट एवरी सोल, एवरी रूह, हम एवरी सिंगल सोल हर्ड इट।</w:t>
      </w:r>
    </w:p>
    <w:p>
      <w:r>
        <w:rPr>
          <w:b/>
        </w:rPr>
        <w:t xml:space="preserve">[35:06] </w:t>
      </w:r>
      <w:r>
        <w:t>all the people who were to be born till the doomsday, heard it and said, 'labbayk allahumma labbayk.' so this is the call of ibrahim al salam that is going even today. ji,</w:t>
      </w:r>
    </w:p>
    <w:p>
      <w:pPr>
        <w:jc w:val="right"/>
      </w:pPr>
      <w:r>
        <w:t>ऑल द पीपल हु वर टू बी बोर्न टिल द डूम्स डे, हर्ड इट एंड सेड, 'लबैक अल्लाहु लबैक।' सो दिस इज द कॉल ऑफ इब्राहिम अल सलाम दैट इ गोइंग इवन टुडे। जी,</w:t>
      </w:r>
    </w:p>
    <w:p>
      <w:r>
        <w:rPr>
          <w:b/>
        </w:rPr>
        <w:t xml:space="preserve">[35:23] </w:t>
      </w:r>
      <w:r>
        <w:t>ji, masha allah. doctor sahib, you explain it so nicely. jazaak allah. doctor sahib, there are symbols of hajj, that reflects the spiritual journey of the pilgri</w:t>
      </w:r>
    </w:p>
    <w:p>
      <w:pPr>
        <w:jc w:val="right"/>
      </w:pPr>
      <w:r>
        <w:t>जी, माशाल्लाह। डॉक्टर साहब, यू एक्सप्लेन इट सो नाइसली। जजाकल्लाह। डॉक्टर साहब, देयर आर सिंबल्स ऑफ हज, दैट रिफ्लेक्ट्स द स्पिरिचुअल जर्नी ऑफ द पिलग्रि</w:t>
      </w:r>
    </w:p>
    <w:p>
      <w:r>
        <w:rPr>
          <w:b/>
        </w:rPr>
        <w:t xml:space="preserve">[35:34] </w:t>
      </w:r>
      <w:r>
        <w:t>m. it also connects the legacy of prophet ibrahim and his family. and a that reinforces the values of islam and also a the universal message of monotheism. to doctor sahib, main chahunga ki iske bare mein bhi aap batayein, jo symbols of hajj hai, isko wazeh karein. ya, this is very important question, because most of the people think that hajj is a ritualistic exer</w:t>
      </w:r>
    </w:p>
    <w:p>
      <w:pPr>
        <w:jc w:val="right"/>
      </w:pPr>
      <w:r>
        <w:t>म। इट आल्सो कनेक्ट्स द लेगासी ऑफ प्रोफेट इब्राहिम एंड हिज फैमिली। एंड अ दैट रिइंफोर्सेस द वैल्यूज ऑफ इस्लाम एंड आल्सो अ द यूनिवर्सल मैसेज ऑफ मोनोथेज्म। तो डॉक्टर साहब, मैं चाहूंगा कि इसके बारे में भी आप बताएं, जो सिंबल्स ऑफ हज है, इसको वाजे करें। या, दिस इज वेरी इंपोर्टेंट क्वेश्चन, बिकॉज मोस्ट ऑफ द पीपल थिंक दैट हज इज अ रिचुअलिस्टिक एक्सर</w:t>
      </w:r>
    </w:p>
    <w:p>
      <w:r>
        <w:rPr>
          <w:b/>
        </w:rPr>
        <w:t xml:space="preserve">[36:00] </w:t>
      </w:r>
      <w:r>
        <w:t>size. ji, but there is a lot of a a message</w:t>
      </w:r>
    </w:p>
    <w:p>
      <w:pPr>
        <w:jc w:val="right"/>
      </w:pPr>
      <w:r>
        <w:t>साइज। जी, बट देयर इज अ लॉट ऑफ अ अ मैसेज</w:t>
      </w:r>
    </w:p>
    <w:p>
      <w:r>
        <w:rPr>
          <w:b/>
        </w:rPr>
        <w:t xml:space="preserve">[36:06] </w:t>
      </w:r>
      <w:r>
        <w:t>and lot of symbolism.</w:t>
      </w:r>
    </w:p>
    <w:p>
      <w:pPr>
        <w:jc w:val="right"/>
      </w:pPr>
      <w:r>
        <w:t>एंड लॉट ऑफ सिंबॉलिज्म।</w:t>
      </w:r>
    </w:p>
    <w:p>
      <w:r>
        <w:rPr>
          <w:b/>
        </w:rPr>
        <w:t xml:space="preserve">[36:08] </w:t>
      </w:r>
      <w:r>
        <w:t>ji, in all the acts that we do.</w:t>
      </w:r>
    </w:p>
    <w:p>
      <w:pPr>
        <w:jc w:val="right"/>
      </w:pPr>
      <w:r>
        <w:t>जी, इन ऑल द एक्ट्स दैट वी डू।</w:t>
      </w:r>
    </w:p>
    <w:p>
      <w:r>
        <w:rPr>
          <w:b/>
        </w:rPr>
        <w:t xml:space="preserve">[36:10] </w:t>
      </w:r>
      <w:r>
        <w:t>most of the people go and perform these acts and go there and and stay there and come</w:t>
      </w:r>
    </w:p>
    <w:p>
      <w:pPr>
        <w:jc w:val="right"/>
      </w:pPr>
      <w:r>
        <w:t>मोस्ट ऑफ द पीपल गो एंड परफॉर्म दीज एक्ट्स एंड गो देयर एंड एंड स्टे देयर एंड कम</w:t>
      </w:r>
    </w:p>
    <w:p>
      <w:r>
        <w:rPr>
          <w:b/>
        </w:rPr>
        <w:t xml:space="preserve">[36:17] </w:t>
      </w:r>
      <w:r>
        <w:t>back, as if they have done hajj.</w:t>
      </w:r>
    </w:p>
    <w:p>
      <w:pPr>
        <w:jc w:val="right"/>
      </w:pPr>
      <w:r>
        <w:t>बैक, एज इफ दे हैव डन हज।</w:t>
      </w:r>
    </w:p>
    <w:p>
      <w:r>
        <w:rPr>
          <w:b/>
        </w:rPr>
        <w:t xml:space="preserve">[36:19] </w:t>
      </w:r>
      <w:r>
        <w:t>ji, but hajj starts after they come back.</w:t>
      </w:r>
    </w:p>
    <w:p>
      <w:pPr>
        <w:jc w:val="right"/>
      </w:pPr>
      <w:r>
        <w:t>जी, बट हज स्टार्ट्स आफ्टर दे कम बैक।</w:t>
      </w:r>
    </w:p>
    <w:p>
      <w:r>
        <w:rPr>
          <w:b/>
        </w:rPr>
        <w:t xml:space="preserve">[36:22] </w:t>
      </w:r>
      <w:r>
        <w:t>ji, bilkul real hajj, bilkul starts after they come back.</w:t>
      </w:r>
    </w:p>
    <w:p>
      <w:pPr>
        <w:jc w:val="right"/>
      </w:pPr>
      <w:r>
        <w:t>जी, बिल्कुल रियल हज, बिल्कुल स्टार्ट्स आफ्टर दे कम बैक।</w:t>
      </w:r>
    </w:p>
    <w:p>
      <w:r>
        <w:rPr>
          <w:b/>
        </w:rPr>
        <w:t xml:space="preserve">[36:25] </w:t>
      </w:r>
      <w:r>
        <w:t>what they have learned from this experience.</w:t>
      </w:r>
    </w:p>
    <w:p>
      <w:pPr>
        <w:jc w:val="right"/>
      </w:pPr>
      <w:r>
        <w:t>व्हाट दे हैव लर्न फ्रॉम दिस एक्सपीरियंस।</w:t>
      </w:r>
    </w:p>
    <w:p>
      <w:r>
        <w:rPr>
          <w:b/>
        </w:rPr>
        <w:t xml:space="preserve">[36:30] </w:t>
      </w:r>
      <w:r>
        <w:t>so, a like, a and also, a hajj is actually Maulana has written in the book Haqeeqat e Hajj, a which a actually when we went for hajj, apa was with me and my mother was also with me, three of us. ji, so the the time we were about to leave, this book was published and we get the first copy.</w:t>
      </w:r>
    </w:p>
    <w:p>
      <w:pPr>
        <w:jc w:val="right"/>
      </w:pPr>
      <w:r>
        <w:t>सो, अ लाइक, अ एंड आल्सो, अ हज इज एक्चुअली मौलाना हैज रिटन इन द बुक हकीकत हज, अ व्हिच अ एक्चुअली व्हेन वी वेंट फॉर हज, आपा वाज विद मी एंड माय मदर वाज आल्सो विद मी, थ्री ऑफ अस। जी, सो द द टाइम वी वर अबाउट टू लीव, दिस बुक वाज पब्लिश्ड एंड वी गेट द फर्स्ट कॉपी।</w:t>
      </w:r>
    </w:p>
    <w:p>
      <w:r>
        <w:rPr>
          <w:b/>
        </w:rPr>
        <w:t xml:space="preserve">[36:58] </w:t>
      </w:r>
      <w:r>
        <w:t>masha Allah, if you see it, its it says first publish 1986. ji, we went for hajj in 1986. achha, achha. and all the way in the plane and there, i kept on reading it. alhamdulillah, if i would not read it, i would have just performed the ritualistic hajj. so, this is a very important book. i think we must promote it, especially those who are going for hajj, they must read it. and it is available on CPS website. you can download it also. ya, and we should translate it in</w:t>
      </w:r>
    </w:p>
    <w:p>
      <w:pPr>
        <w:jc w:val="right"/>
      </w:pPr>
      <w:r>
        <w:t>माशाल्लाह, इफ यू सी इट, इट्स इट सेज फर्स्ट पब्लिश 1986। जी, वी वेंट फॉर हज इन 1986। अच्छा, अच्छा। एंड ऑल द वे इन द प्लेन एंड देयर, आई केप्ट ऑन रीडिंग इट। अल्हम्दुलिल्लाह, इफ आई वुड नॉट रेड इट, आई वुड हैव जस्ट परफॉर्म द रिचुअलिस्टिक हज। सो, दिस इज अ वेरी इंपोर्टेंट बुक। आई थिंक वी मस्ट प्रमोट इट, स्पेशली दोज हु आर गोइंग फॉर हज, दे मस्ट रीड इट। एंड इट इज अवेलेबल ऑन सीपीएस वेबसाइट। यू कैन डाउनलोड इट आल्सो। या, एंड वी शुड ट्रांसलेट इट इनट</w:t>
      </w:r>
    </w:p>
    <w:p>
      <w:r>
        <w:rPr>
          <w:b/>
        </w:rPr>
        <w:t xml:space="preserve">[37:27] </w:t>
      </w:r>
      <w:r>
        <w:t>to english, inshallah. inshallah. so, a lets come to the question, symbols of hajj. ji, a first thing that a a a pilgrim does was say, 'labbaik Allahumma labbaik. here i am, o Allah, o Lord, here i am.' so, this is actually the response of that call, which i just mentioned. ji,</w:t>
      </w:r>
    </w:p>
    <w:p>
      <w:pPr>
        <w:jc w:val="right"/>
      </w:pPr>
      <w:r>
        <w:t>ू इंग्लिश, इंशाल्लाह। इंशाल्लाह। सो, अ लेट्स कम टू द क्वेश्चन, सिंबल्स ऑफ हज। जी, अ फर्स्ट थिंग दैट अ अ अ पिलग्रिम डज वाज से, 'लबैक अल्लाहु लबैक। हेयर आई एम, ओ अल्लाह, ओ लॉर्ड, हेयर आई एम।' सो, दिस इज एक्चुअली द रिस्पांस ऑफ दैट कॉल, व्हिच आई जस्ट मेंशन। जी,</w:t>
      </w:r>
    </w:p>
    <w:p>
      <w:r>
        <w:rPr>
          <w:b/>
        </w:rPr>
        <w:t xml:space="preserve">[37:53] </w:t>
      </w:r>
      <w:r>
        <w:t>wa jin finas bil hajj. Allah said to Ibrahim alai salam, 'call people to perform hajj.' so, this is the response of the call, that i am ready. i am here. i am here. i am ready to come. i am ready to perform. so, this is the response. a</w:t>
      </w:r>
    </w:p>
    <w:p>
      <w:pPr>
        <w:jc w:val="right"/>
      </w:pPr>
      <w:r>
        <w:t>वजिन फिनास बिल हज। अल्लाह सेड टू इब्राहिम अल सलाम, 'कॉल पीपल टू परफॉर्म हज।' सो, दिस इज द रिस्पांस ऑफ द कॉल, दैट आई एम रेडी। आई एम हेयर। आई एम हेयर। आई एम रेडी टू कम। आई एम रेडी टू परफॉर्म। सो, दिस इज द रिस्पांस। अ</w:t>
      </w:r>
    </w:p>
    <w:p>
      <w:r>
        <w:rPr>
          <w:b/>
        </w:rPr>
        <w:t xml:space="preserve">[38:16] </w:t>
      </w:r>
      <w:r>
        <w:t>and its like following the footsteps of the prophet Ibrahim alai salam. and his entire, we saw, was dedicated to da'wah work. so, the pilgrim also a follow the prophet Ibrahim life, and not in a ritualistic way, but he should commit himself for da'wah work</w:t>
      </w:r>
    </w:p>
    <w:p>
      <w:pPr>
        <w:jc w:val="right"/>
      </w:pPr>
      <w:r>
        <w:t>एंड इट्स लाइक फॉलोइंग द फुटस्टेप्स ऑफ द प्रोफेट इब्राहिम अल सलाम। एंड हिज एंटायस, वी सॉ, वाज डेडिकेटेड टू दावा वर्क। सो, द पिलग्रिम आल्सो अ फॉलो द प्रोफेट इब्राहिम लाइफ, एंड नॉट इन अ रिचुअलिस्टिक वे, बट ही शुड कमिट हिमसेल्फ फॉर दावा वर्क</w:t>
      </w:r>
    </w:p>
    <w:p>
      <w:r>
        <w:rPr>
          <w:b/>
        </w:rPr>
        <w:t xml:space="preserve">[38:38] </w:t>
      </w:r>
      <w:r>
        <w:t>. if he understands the real purpose and meaning of hajj, the first thing he will do, he will start da'wah efforts. and the the next thing that pilgrim does is, he wears ehram.</w:t>
      </w:r>
    </w:p>
    <w:p>
      <w:pPr>
        <w:jc w:val="right"/>
      </w:pPr>
      <w:r>
        <w:t>। इफ ही अंडरस्टैंड द रियल पर्पस एंड मीनिंग ऑफ हज, द फर्स्ट थिंग ही विल डू, ही विल स्टार्ट दावा एफर्ट्स। एंड द द नेक्स्ट थिंग दैट पिलग्रिम डज इज, ही वेयर्स एराम।</w:t>
      </w:r>
    </w:p>
    <w:p>
      <w:r>
        <w:rPr>
          <w:b/>
        </w:rPr>
        <w:t xml:space="preserve">[38:59] </w:t>
      </w:r>
      <w:r>
        <w:t>and ehram, as we know, is to wear two unstitched sheets or or towels. so, that is the, that was, that was the kind of dress Ibrahim alai salam and Ismail alai salam were wearing at that time.</w:t>
      </w:r>
    </w:p>
    <w:p>
      <w:pPr>
        <w:jc w:val="right"/>
      </w:pPr>
      <w:r>
        <w:t>एंड एराम, एज वी नो, इज टू वेयर टू अनस्टिच्ड शीट और और टावल्स। सो, दैट इज द, दैट वाज, दैट वाज द काइंड ऑफ ड्रेस इब्राहिम अल सलाम एंड इस्माइल अल सलाम र वेयरिंग एट दैट टाइम।</w:t>
      </w:r>
    </w:p>
    <w:p>
      <w:r>
        <w:rPr>
          <w:b/>
        </w:rPr>
        <w:t xml:space="preserve">[39:21] </w:t>
      </w:r>
      <w:r>
        <w:t>so, ehram,</w:t>
      </w:r>
    </w:p>
    <w:p>
      <w:pPr>
        <w:jc w:val="right"/>
      </w:pPr>
      <w:r>
        <w:t>सो, एराम,</w:t>
      </w:r>
    </w:p>
    <w:p>
      <w:r>
        <w:rPr>
          <w:b/>
        </w:rPr>
        <w:t xml:space="preserve">[39:28] </w:t>
      </w:r>
      <w:r>
        <w:t>the the the spirit of ehram is that we should lead a simple life, as prophet Ibrahim alai salam and Ismail alai salam. ji, so, this is a reminder that we should lead a simple life and purposeful full life.</w:t>
      </w:r>
    </w:p>
    <w:p>
      <w:pPr>
        <w:jc w:val="right"/>
      </w:pPr>
      <w:r>
        <w:t>द द द स्पिरिट ऑफ एराम इज दैट वी शुड लीड अ सिंपल लाइफ, एज प्रोफेट इब्राहिम अल सलाम एंड इस्माइल अल सलाम। जी, सो, दिस इज अ रिमाइंडर दैट वी शुड लीड अ सिंपल लाइफ एंड पर्पसफुल फुल लाइफ।</w:t>
      </w:r>
    </w:p>
    <w:p>
      <w:r>
        <w:rPr>
          <w:b/>
        </w:rPr>
        <w:t xml:space="preserve">[39:46] </w:t>
      </w:r>
      <w:r>
        <w:t>also, ehram, as you know, all the people, whether rich or poor, king or a very ordinary man, they will have to wear the same cloth, the same garment, two unstitched. so, this also shows that</w:t>
      </w:r>
    </w:p>
    <w:p>
      <w:pPr>
        <w:jc w:val="right"/>
      </w:pPr>
      <w:r>
        <w:t>आल्सो, एराम, एज यू नो, ऑल द पीपल, वेदर रिच और पुअर, किंग और अ वेरी ऑर्डिनरी मैन, दे विल हैव टू वेयर द सेम क्लॉथ, द सेम गारमेंट, टू अनस्टिच्ड। सो, दिस आल्सो शोज दैट</w:t>
      </w:r>
    </w:p>
    <w:p>
      <w:r>
        <w:rPr>
          <w:b/>
        </w:rPr>
        <w:t xml:space="preserve">[40:09] </w:t>
      </w:r>
      <w:r>
        <w:t>what is important is faith and trust in Allah, not position.</w:t>
      </w:r>
    </w:p>
    <w:p>
      <w:pPr>
        <w:jc w:val="right"/>
      </w:pPr>
      <w:r>
        <w:t>व्हाट इज इंपोर्टेंट इज फेथ एंड ट्रस्ट इन अल्लाह, नॉट पोजीशन।</w:t>
      </w:r>
    </w:p>
    <w:p>
      <w:r>
        <w:rPr>
          <w:b/>
        </w:rPr>
        <w:t xml:space="preserve">[40:15] </w:t>
      </w:r>
      <w:r>
        <w:t>and in the eyes of God, all are equal. ji, so, this also gives a a meaning that of equality, the lesson of equality. all people are same in the eyes of God. and the simple life and purposeful life,</w:t>
      </w:r>
    </w:p>
    <w:p>
      <w:pPr>
        <w:jc w:val="right"/>
      </w:pPr>
      <w:r>
        <w:t>एंड इन द आईज ऑफ गॉड, ऑल आर इक्वल। जी, सो, दिस आल्सो गिव्स अ अ मीनिंग दैट ऑफ इक्वलिटी, द लेसन ऑफ इक्वलिटी। ऑल पीपल आर सेम इन द आईज ऑफ गॉड। एंड द सिंपल लाइफ एंड पर्पसफुल लाइफ,</w:t>
      </w:r>
    </w:p>
    <w:p>
      <w:r>
        <w:rPr>
          <w:b/>
        </w:rPr>
        <w:t xml:space="preserve">[40:36] </w:t>
      </w:r>
      <w:r>
        <w:t>as taught by Ibrahim alai salam. so, the pilgrim try to imbibe that that teaching</w:t>
      </w:r>
    </w:p>
    <w:p>
      <w:pPr>
        <w:jc w:val="right"/>
      </w:pPr>
      <w:r>
        <w:t>एज टॉट बाय इब्राहिम अल सलाम। सो, द पिलग्रिम ट्राई टू इबाइब दैट दैट टीचिंग</w:t>
      </w:r>
    </w:p>
    <w:p>
      <w:r>
        <w:rPr>
          <w:b/>
        </w:rPr>
        <w:t xml:space="preserve">[40:44] </w:t>
      </w:r>
      <w:r>
        <w:t>. and then the pilgrim goes around the Kaaba, which is called tawaf. so, tawaf going around the Kaaba is like as as the planets revolve around the sun. ji, you know, they dont distract, they dont deviate. they just do the same. they run on the same course, which is given to them by</w:t>
      </w:r>
    </w:p>
    <w:p>
      <w:pPr>
        <w:jc w:val="right"/>
      </w:pPr>
      <w:r>
        <w:t>। एंड देन द पिलग्रिम गोस अराउंड द काबा, व्हिच इज कॉल्ड तवाफ। सो, तवाफ गोइंग अराउंड द काबा इज लाइक एज एज द प्लेनेट रिवॉल्व अराउंड द सन। जी, यू नो, दे डोंट डिस्ट्रैक्ट, दे डोंट डिविएट। दे जस्ट डू द सेम। दे रन ऑन द सेम कोर्स, व्हिच इज गिवन टू देम बा</w:t>
      </w:r>
    </w:p>
    <w:p>
      <w:r>
        <w:rPr>
          <w:b/>
        </w:rPr>
        <w:t xml:space="preserve">[41:12] </w:t>
      </w:r>
      <w:r>
        <w:t>God. so, that is the the the spirit of of tawaf going around the Kaaba seven times, that you will lead a purposeful life. and the most important aspect of hajj is Hazrat Ibrahim da'wah life.</w:t>
      </w:r>
    </w:p>
    <w:p>
      <w:pPr>
        <w:jc w:val="right"/>
      </w:pPr>
      <w:r>
        <w:t>य गॉड। सो, दैट इज द द द स्पिरिट ऑफ ऑफ तवाफ गोइंग अराउंड द काबा सेवन टाइम्स, दैट यू विल लीड अ पर्पसफुल लाइफ। एंड द मोस्ट इंपोर्टेंट एस्पेक्ट ऑफ हज इज हजरत इब्राहिम दावा लाइफ।</w:t>
      </w:r>
    </w:p>
    <w:p>
      <w:r>
        <w:rPr>
          <w:b/>
        </w:rPr>
        <w:t xml:space="preserve">[41:33] </w:t>
      </w:r>
      <w:r>
        <w:t>all the rituals that pilgrim performs in hajj is actually reenactment of Hazrat Ibrahim alai salam da'wah life</w:t>
      </w:r>
    </w:p>
    <w:p>
      <w:pPr>
        <w:jc w:val="right"/>
      </w:pPr>
      <w:r>
        <w:t>ऑल द रिचुअल्स दैट पिलग्रिम परफॉर्म्स इन हज इज एक्चुअली रिएनेक्टमेंट ऑफ हजरत इब्राहिम अल सलाम दावा लाइफ</w:t>
      </w:r>
    </w:p>
    <w:p>
      <w:r>
        <w:rPr>
          <w:b/>
        </w:rPr>
        <w:t xml:space="preserve">[41:46] </w:t>
      </w:r>
      <w:r>
        <w:t>. ji, so, if we if we understand that that hajj is not a ritual, hajj is hajj is not just doing a few rituals and you come back, but there is a deep purpose behind it. and that deep purpose is that you will lead your life according to Hazrat Ibrahim alai salam da'wah da'wah life and da'wah efforts. so, you will follow the same footsteps.</w:t>
      </w:r>
    </w:p>
    <w:p>
      <w:pPr>
        <w:jc w:val="right"/>
      </w:pPr>
      <w:r>
        <w:t>। जी, सो, इफ वी इफ वी अंडरस्टैंड दैट दैट हज इज नॉट अ रिचुअल, हज इज हज इज नॉट जस्ट डूइंग अ फ्यू रिचुअल्स एंड यू कम बैक, बट देयर इज अ डीप पर्पस बिहाइंड इट। एंड दैट डीप पर्पस इज दैट यू विल लीड योर लाइफ अकॉर्डिंग टू हजरत इब्राहिम अल सलाम दावा दावा लाइफ एंड दावा एफर्ट्स। सो, यू विल फॉलो द सेम फुटस्टेप।</w:t>
      </w:r>
    </w:p>
    <w:p>
      <w:r>
        <w:rPr>
          <w:b/>
        </w:rPr>
        <w:t xml:space="preserve">[42:13] </w:t>
      </w:r>
      <w:r>
        <w:t>following the footsteps of Ibrahim alai salam means that you will also, your mission will be also da'wah. ji, as the mission of the prophet Ibrahim alai salam throughout his life, he was doing nothing except da'wah. so,</w:t>
      </w:r>
    </w:p>
    <w:p>
      <w:pPr>
        <w:jc w:val="right"/>
      </w:pPr>
      <w:r>
        <w:t>फॉलोइंग द फुटस्टेप्स ऑफ इब्राहिम अल सलाम मींस दैट यू विल आल्सो, योर मिशन विल बी आल्सो दावा। जी, एज द मिशन ऑफ द प्रोफेट इब्राहिम अल सलाम थ्रू आउट हिज लाइफ, ही वाज डूइंग नथिंग एक्सेप्ट दावा। सो,</w:t>
      </w:r>
    </w:p>
    <w:p>
      <w:r>
        <w:rPr>
          <w:b/>
        </w:rPr>
        <w:t xml:space="preserve">[42:29] </w:t>
      </w:r>
      <w:r>
        <w:t>next is sa'i, which is going back and forth from Safa and Marwah seven times, as we just mentioned about Hajra radiallahu anha.</w:t>
      </w:r>
    </w:p>
    <w:p>
      <w:pPr>
        <w:jc w:val="right"/>
      </w:pPr>
      <w:r>
        <w:t>नेक्स्ट इज साई, व्हिच इज गोइंग बैक एंड फोर्थ फ्रॉम सफा एंड मरवा सेवन टाइम्स, एज वी जस्ट मेंशन अबाउट हाजरा रजि अल्ला अन्हा।</w:t>
      </w:r>
    </w:p>
    <w:p>
      <w:r>
        <w:rPr>
          <w:b/>
        </w:rPr>
        <w:t xml:space="preserve">[42:39] </w:t>
      </w:r>
      <w:r>
        <w:t>so, this act is also reminds the pilgrim, pilgrim the the struggle of Hajra and Hazrat Ibrahim alai salam family, because they had to endure all these difficulties for the sake of God. so, in the in the same way, the pilgrim also should be ready to perform da'wah for the sake of God</w:t>
      </w:r>
    </w:p>
    <w:p>
      <w:pPr>
        <w:jc w:val="right"/>
      </w:pPr>
      <w:r>
        <w:t>सो, दिस एक्ट इज आल्सो रिमाइंड्स द पिलग्रिम, पिलग्रिम द द स्ट्रगल ऑफ हाजरा एंड हजरत इब्राहिम अल सलाम फैमिली, बिकॉज दे हैड टू एंडोर ऑल दिस डिफिकल्टीज फॉर द सेक ऑफ गॉड। सो, इन द इन द सेम वे, द पिलग्रिम आल्सो शुड बी रेडी टू परफॉर्म दावा फॉर द सेक ऑफ गॉड</w:t>
      </w:r>
    </w:p>
    <w:p>
      <w:r>
        <w:rPr>
          <w:b/>
        </w:rPr>
        <w:t xml:space="preserve">[43:08] </w:t>
      </w:r>
      <w:r>
        <w:t>. and whenever there is a need to run for the sake of God, he would run for the sake of God, for the sake of da'wah. so, this also shows the importance of da'wah,</w:t>
      </w:r>
    </w:p>
    <w:p>
      <w:pPr>
        <w:jc w:val="right"/>
      </w:pPr>
      <w:r>
        <w:t>। एंड व्हेन एवर देयर इज अ नीड टू रन फॉर द सेक ऑफ गॉड, ही वुड रन फॉर द सेक ऑफ गॉड, फॉर द सेक ऑफ दावा। सो, दिस आल्सो शोज द इंपॉर्टेंस ऑफ दावा,</w:t>
      </w:r>
    </w:p>
    <w:p>
      <w:r>
        <w:rPr>
          <w:b/>
        </w:rPr>
        <w:t xml:space="preserve">[43:26] </w:t>
      </w:r>
      <w:r>
        <w:t>that Hazrat Hajra, Hazrat Ibrahim alai salam, they came there and now we follow their footsteps.</w:t>
      </w:r>
    </w:p>
    <w:p>
      <w:pPr>
        <w:jc w:val="right"/>
      </w:pPr>
      <w:r>
        <w:t>दैट हजरत हाजरा, हजरत इब्राहिम अल सलाम, दे केम देयर एंड नाउ वी फॉलो देयर फुटस्टे</w:t>
      </w:r>
    </w:p>
    <w:p>
      <w:r>
        <w:rPr>
          <w:b/>
        </w:rPr>
        <w:t xml:space="preserve">[43:33] </w:t>
      </w:r>
      <w:r>
        <w:t>following the footsteps doesnt mean that we will just walk back and forth between the two hills and that is the end. you have performed hajj, you have performed umrah. no, you have to understand the real meaning of hajj, the real purpose of that going back and forth. so,</w:t>
      </w:r>
    </w:p>
    <w:p>
      <w:pPr>
        <w:jc w:val="right"/>
      </w:pPr>
      <w:r>
        <w:t>प्स। फॉलोइंग द फुटस्टेप्स डजन मीन दैट वी विल जस्ट वॉक बैक एंड फोर्थ बिटवीन द टू हिल्स एंड दैट इज द एंड। यू हैव परफॉर्म हज, यू हैव परफॉर्म उमरा। नो, यू हैव टू अंडरस्टैंड द रियल मीनिंग ऑफ हज, द रियल पर्पस ऑफ दैट गोइंग बैक एंड फोर्थ। सो,</w:t>
      </w:r>
    </w:p>
    <w:p>
      <w:r>
        <w:rPr>
          <w:b/>
        </w:rPr>
        <w:t xml:space="preserve">[43:56] </w:t>
      </w:r>
      <w:r>
        <w:t>so all these acts are symbolic in nature, but there is a deep purpose in it.</w:t>
      </w:r>
    </w:p>
    <w:p>
      <w:pPr>
        <w:jc w:val="right"/>
      </w:pPr>
      <w:r>
        <w:t>सो ऑल दीज एक्ट्स आर सिंबॉलिक इन नेचर, बट देयर इज अ डीप पर्पस इन इट।</w:t>
      </w:r>
    </w:p>
    <w:p>
      <w:r>
        <w:rPr>
          <w:b/>
        </w:rPr>
        <w:t xml:space="preserve">[44:03] </w:t>
      </w:r>
      <w:r>
        <w:t>and the the the deep lesson which we get from sai, from going back and forth these two small hills, safa and marwa, is that we have to perform dawa. we have to do the same, we have to follow the same mission, which was the mission of ibrahim al salam, hajra al salam. ji, if if we follow their footstep, that doesn't mean literally go and come back. ji,</w:t>
      </w:r>
    </w:p>
    <w:p>
      <w:pPr>
        <w:jc w:val="right"/>
      </w:pPr>
      <w:r>
        <w:t>एंड द द द डीप लेसन व्हिच वी गेट फ्रॉम साई, फ्रॉम गोइंग बैक एंड फोर्थ दीज टू स्मॉल हिल्स, सफा एंड मरवा, इज दैट वी हैव टू परफॉर्म दावा। वी हैव टू डू द सेम, वी हैव टू फॉलो द सेम मिशन, व्हिच वाज द मिशन ऑफ इब्राहिम अल सलाम, हाजरा अल सलाम। जी, इफ इफ वी फॉलो देयर फुटस्टेप, दैट डजन मीन लिटरली गो एंड कम बैक। जी,</w:t>
      </w:r>
    </w:p>
    <w:p>
      <w:r>
        <w:rPr>
          <w:b/>
        </w:rPr>
        <w:t xml:space="preserve">[44:30] </w:t>
      </w:r>
      <w:r>
        <w:t>ya that means that you have to follow their life. ji, what they have done, what was their their work, we have to understand that. so, that is nothing but dawa. and the pilgrims stay for few days in tents. hum they don't know why we are staying in the tent. hum tent mein rehte hain. hum bhi tent mein rahe the kuch din, lekin wo samajhte hain ki ye ek ek ritualistic wo hai,</w:t>
      </w:r>
    </w:p>
    <w:p>
      <w:pPr>
        <w:jc w:val="right"/>
      </w:pPr>
      <w:r>
        <w:t>या दैट मींस दैट यू हैव टू फॉलो देयर लाइफ। जी, व्हाट दे हैव डन, व्हाट वाज देयर देयर वर्क, वी हैव टू अंडरस्टैंड दैट। सो, दैट इज नथिंग बट दावा। एंड द पिलग्रिम्स स्टे फॉर फ्यू डेज इन टेंट्स। हम दे डोंट नो व्हाई वी आर स्टेइंग इन द टेंट। हम टेंट में रहते हैं। हम भी टेंट में रहे थे कुछ दिन, लेकिन वो समझते हैं कि ये एक एक रिचुअलिस्टिक वो है,</w:t>
      </w:r>
    </w:p>
    <w:p>
      <w:r>
        <w:rPr>
          <w:b/>
        </w:rPr>
        <w:t xml:space="preserve">[44:59] </w:t>
      </w:r>
      <w:r>
        <w:t>ek ek tareeka hai.</w:t>
      </w:r>
    </w:p>
    <w:p>
      <w:pPr>
        <w:jc w:val="right"/>
      </w:pPr>
      <w:r>
        <w:t>एक एक तरीका है।</w:t>
      </w:r>
    </w:p>
    <w:p>
      <w:r>
        <w:rPr>
          <w:b/>
        </w:rPr>
        <w:t xml:space="preserve">[45:00] </w:t>
      </w:r>
      <w:r>
        <w:t>unko ye nahi pata ki tent mein rehte kyun hain. ji, tent mein isliye rehte hain to experience the life of ibrahim al salam. ji, to ye aur and and also simplicity. to we will that pilgrim,</w:t>
      </w:r>
    </w:p>
    <w:p>
      <w:pPr>
        <w:jc w:val="right"/>
      </w:pPr>
      <w:r>
        <w:t>उनको ये नहीं पता कि टेंट में रहते क्यों हैं। जी, टेंट में इसलिए रहते हैं टू एक्सपीरियंस द लाइफ ऑफ इब्राहिम अल सलाम। जी, तो ये और एंड एंड आल्सो सिंपलीसिटी। तो वी विल दैट पिलग्रिम,</w:t>
      </w:r>
    </w:p>
    <w:p>
      <w:r>
        <w:rPr>
          <w:b/>
        </w:rPr>
        <w:t xml:space="preserve">[45:16] </w:t>
      </w:r>
      <w:r>
        <w:t>it is a reminder for the pilgrim that he will lead a simple life, as led by ibrahim al salam, ismail al salam, hajra. and our purpose of life will be dawa</w:t>
      </w:r>
    </w:p>
    <w:p>
      <w:pPr>
        <w:jc w:val="right"/>
      </w:pPr>
      <w:r>
        <w:t>इट इज अ रिमाइंडर फॉर द पिलग्रिम दैट ही विल लीड अ सिंपल लाइफ, एज लेड बाय इब्राहिम अल सलाम, इस्माइल अल सलाम, हाजरा। एंड अवर पर्पस ऑफ लाइफ विल बी दावा</w:t>
      </w:r>
    </w:p>
    <w:p>
      <w:r>
        <w:rPr>
          <w:b/>
        </w:rPr>
        <w:t xml:space="preserve">[45:29] </w:t>
      </w:r>
      <w:r>
        <w:t>. so, we will dedicate our self for the cause of dawa and lead a very simple life. so, living in tents in mina is actually the the the the purpose and the meaning and the message which we get from it, that we will lead a simple life and our focus will be dawa work. hum as we have just understood and learn from life of the ibrahim al sala</w:t>
      </w:r>
    </w:p>
    <w:p>
      <w:pPr>
        <w:jc w:val="right"/>
      </w:pPr>
      <w:r>
        <w:t>। सो, वी विल डेडिकेट आवर सेल्फ फॉर द कॉज ऑफ दावा एंड लीड अ वेरी सिंपल लाइफ। सो, लिविंग इन टेंट्स इन मिना इज एक्चुअली द द द द पर्पस एंड द मीनिंग एंड द मैसेज व्हिच वी गेट फ्रॉम इट, दैट वी विल लीड अ सिंपल लाइफ एंड अवर फोकस विल बी दावा वर्क। हम एज वी हैव जस्ट अंडरस्टूड एंड लर्न फ्रॉम लाइफ ऑफ द इब्राहिम अल सला</w:t>
      </w:r>
    </w:p>
    <w:p>
      <w:r>
        <w:rPr>
          <w:b/>
        </w:rPr>
        <w:t xml:space="preserve">[45:55] </w:t>
      </w:r>
      <w:r>
        <w:t>m. and there one more act is performed in mina. a it is called rami, a throwing pebbles at symbolic satan. hum maine dekha hai wahan ki jo a log hote hain,</w:t>
      </w:r>
    </w:p>
    <w:p>
      <w:pPr>
        <w:jc w:val="right"/>
      </w:pPr>
      <w:r>
        <w:t>म। एंड देयर वन मोर एक्ट इज अ परफॉर्मड इन मिना। अ इट इज कॉल्ड रमी, अ थ्रोइंग पेबल्स एट सिंबॉलिक सैटर्न। हम मैंने देखा है वहां कि जो अ लोग होते हैं,</w:t>
      </w:r>
    </w:p>
    <w:p>
      <w:r>
        <w:rPr>
          <w:b/>
        </w:rPr>
        <w:t xml:space="preserve">[46:11] </w:t>
      </w:r>
      <w:r>
        <w:t>wo samajhte hain ki shaitan wahin khada hai. shaitan itna bewakoof nahi hai ki wo khada hokar kankar khaye. ji, wo to bhag jayega. ji, wo patthar maar rahe hain aur sandals maar rahe hain. ye this is not the act</w:t>
      </w:r>
    </w:p>
    <w:p>
      <w:pPr>
        <w:jc w:val="right"/>
      </w:pPr>
      <w:r>
        <w:t>वो समझते हैं कि शैतान वहीं खड़ा है। शैतान इतना बेवकूफ नहीं है कि वो खड़ा होकर कंकड़ खाए। जी, वो तो भाग जाएगा। जी, वो पत्थर मार रहे हैं और सैंडल्स मार रहे हैं। ये दिस इज नॉट द एक्ट</w:t>
      </w:r>
    </w:p>
    <w:p>
      <w:r>
        <w:rPr>
          <w:b/>
        </w:rPr>
        <w:t xml:space="preserve">[46:25] </w:t>
      </w:r>
      <w:r>
        <w:t>. ji, there is a symbolism in it. and the symbol, what is the symbol of rami?</w:t>
      </w:r>
    </w:p>
    <w:p>
      <w:pPr>
        <w:jc w:val="right"/>
      </w:pPr>
      <w:r>
        <w:t>। जी, देयर इज अ सिंबॉलिज्म इन इट। एंड द सिंबल, व्हाट इज द सिंबल ऑफ रमी?</w:t>
      </w:r>
    </w:p>
    <w:p>
      <w:r>
        <w:rPr>
          <w:b/>
        </w:rPr>
        <w:t xml:space="preserve">[46:33] </w:t>
      </w:r>
      <w:r>
        <w:t>what is the meaning of rami? is to pledge that whenever satan will attempt to misguide them and to do something bad, they will mentally throw pebble on on the satan. ji, ya so</w:t>
      </w:r>
    </w:p>
    <w:p>
      <w:pPr>
        <w:jc w:val="right"/>
      </w:pPr>
      <w:r>
        <w:t>व्हाट इज द मीनिंग ऑफ रमी? इज टू प्लेज दैट व्हेन एवर सैटर्न विल अटेम्प्ट टू मिसगाइड देम एंड टू डू समथिंग बैड, दे विल मेंटली थ्रो पेबल ऑन ऑन द सैटर्न। जी, या सो</w:t>
      </w:r>
    </w:p>
    <w:p>
      <w:r>
        <w:rPr>
          <w:b/>
        </w:rPr>
        <w:t xml:space="preserve">[46:50] </w:t>
      </w:r>
      <w:r>
        <w:t>a this is the yaani this is the message which we we get. ji, shaitan wahan nahi khada hai. ji, shaitan to aapke aapke zehan par har waqt asar kar raha hai. ji, bilkul. us waqt aapko chaukanna hona hai ki shaitan ko bhagana hai. ji, to ismein aapko bahut hi cautious hona chahiye, hona</w:t>
      </w:r>
    </w:p>
    <w:p>
      <w:pPr>
        <w:jc w:val="right"/>
      </w:pPr>
      <w:r>
        <w:t>अ दिस इज द यानी दिस इज द मैसेज व्हिच वी वी गेट। जी, शैतान वहां नहीं खड़ा है। जी, शैतान तो आपके आपके जैन पर हर वक्त असर कर रहा है। जी, बिल्कुल। उस वक्त आपको चौकन्ना होना है कि शैतान को भगाना है। जी, तो इसमें आपको बहुत ही कॉशस होना चाहिए, होना</w:t>
      </w:r>
    </w:p>
    <w:p>
      <w:r>
        <w:rPr>
          <w:b/>
        </w:rPr>
        <w:t xml:space="preserve">[47:10] </w:t>
      </w:r>
      <w:r>
        <w:t>padega. you have to be very very careful. and there is a beautiful dua in the quran, how to a</w:t>
      </w:r>
    </w:p>
    <w:p>
      <w:pPr>
        <w:jc w:val="right"/>
      </w:pPr>
      <w:r>
        <w:t>पड़ेगा। यू हैव टू बी वेरी वेरी केयरफुल। एंड देर इज अ ब्यूटीफुल दुआ इन द कुरान, हाउ टू अ</w:t>
      </w:r>
    </w:p>
    <w:p>
      <w:r>
        <w:rPr>
          <w:b/>
        </w:rPr>
        <w:t xml:space="preserve">[47:23] </w:t>
      </w:r>
      <w:r>
        <w:t>if the satan misguides you. you should read this beautiful dua, allahumma inni. slight difference i've made in the beginning. so, making it personal dua, allahumma inni.</w:t>
      </w:r>
    </w:p>
    <w:p>
      <w:pPr>
        <w:jc w:val="right"/>
      </w:pPr>
      <w:r>
        <w:t>इफ द सैटर्न मिसगाइड्स यू। यू शुड रीड दिस ब्यूटीफुल दुआ, अल्लाहु इन्नी। स्लाइट डिफरेंस आईव मेड इन द बिगिनिंग। सो, मेकिंग इट पर्सनल दुआ, अल्लाहु इन्नी।</w:t>
      </w:r>
    </w:p>
    <w:p>
      <w:r>
        <w:rPr>
          <w:b/>
        </w:rPr>
        <w:t xml:space="preserve">[47:38] </w:t>
      </w:r>
      <w:r>
        <w:t>a'uzu bi kum in hajti shayateen wa a'uzu bika rabbi an yadrubu ki i seek refuge in you, o allah, from the prompting of the satan. and i seek refuge with you, o lord, lest they come near me. so, this is a beautiful dua.</w:t>
      </w:r>
    </w:p>
    <w:p>
      <w:pPr>
        <w:jc w:val="right"/>
      </w:pPr>
      <w:r>
        <w:t>अजु बी कम इन हजती शयातीन व अजु बिक रबी यदर कि आई सीक रिफ्यूज इन यू, ओ अल्लाह, फ्रॉम द प्रोमिटिंग ऑफ द सैटर्न। एंड आई सीक रिफ्यूज विद यू, ओ लॉर्ड, लेस्ट दे कम नियर मी। सो, दिस इज अ ब्यूटीफुल दुआ।</w:t>
      </w:r>
    </w:p>
    <w:p>
      <w:r>
        <w:rPr>
          <w:b/>
        </w:rPr>
        <w:t xml:space="preserve">[47:59] </w:t>
      </w:r>
      <w:r>
        <w:t>whenever you have any a any doubt, any feeling that satan is disturbing you, so satan will run away once you pray this with understanding, allahumma inni. a'uzu bi kum in hajti shayateen wa a'uzu bika rabbi an yadrubu. to yaani aap zehan ke level par soch ke hum aap samajh sakte hain ki is waqt shaitan mujhe behka</w:t>
      </w:r>
    </w:p>
    <w:p>
      <w:pPr>
        <w:jc w:val="right"/>
      </w:pPr>
      <w:r>
        <w:t>व्हेन एवर यू हैव एनी अ एनी डाउट, एनी फीलिंग दैट सैटर्न इज डिस्टर्बिंग यू, सो सैटर्न विल रन अवे वंस यू प्रे दिस विद अंडरस्टैंडिंग, अल्लाहु इन्नी। अजु बी कम इन हजती शयातीन व अजु बिक रबी यदर। तो यानी आप जहन के लेवल पर सोच के हम आप समझ सकते हैं कि इस वक्त शैतान मुझे बहका</w:t>
      </w:r>
    </w:p>
    <w:p>
      <w:r>
        <w:rPr>
          <w:b/>
        </w:rPr>
        <w:t xml:space="preserve">[48:26] </w:t>
      </w:r>
      <w:r>
        <w:t>raha hai. ji, wo galat raaste ki taraf mujhe le ja raha hai. to yeh waqt hota hai to throw pebbles on the satan. hum and this prayer is beautiful. it will be very helpful. aise hi mina mein sacrifice hota hai,</w:t>
      </w:r>
    </w:p>
    <w:p>
      <w:pPr>
        <w:jc w:val="right"/>
      </w:pPr>
      <w:r>
        <w:t>रहा है। जी, वो गलत रास्ते की तरफ मुझे ले जा रहा है। तो यह वक्त होता है टू थ्रो पेबल्स ऑन द सैटर्न। हम एंड दिस प्रेयर इज ब्यूटीफुल। इट विल बी वेरी हेल्पफुल। ऐसे ही मिना में सैक्रिफाइस होता है,</w:t>
      </w:r>
    </w:p>
    <w:p>
      <w:r>
        <w:rPr>
          <w:b/>
        </w:rPr>
        <w:t xml:space="preserve">[48:41] </w:t>
      </w:r>
      <w:r>
        <w:t>animal sacrifice. main aajkal dekh raha hoon ki log zyada zyada kai kai bakron ki qurbani karte hain. wo samajhte hain jitne zyada bakre honge, utna sawab zyada hai.</w:t>
      </w:r>
    </w:p>
    <w:p>
      <w:pPr>
        <w:jc w:val="right"/>
      </w:pPr>
      <w:r>
        <w:t>एनिमल सैक्रिफाइस। मैं आजकल देख रहा हूं कि लोग ज्यादा ज्यादा कई कई बकरों की कुर्बानी करते हैं। वो समझते हैं जितने ज्यादा बकरे होंगे, उतना सवाब ज्यादा है।</w:t>
      </w:r>
    </w:p>
    <w:p>
      <w:r>
        <w:rPr>
          <w:b/>
        </w:rPr>
        <w:t xml:space="preserve">[48:52] </w:t>
      </w:r>
      <w:r>
        <w:t>hum halanki ek family mein maulana ne kaha tha ki ek family mein ek qurbani kaafi hai. ji, ye ek symbolic act hai. jo asal cheez hai, that you should sacrifice your time, your energy, your money, your wealth for the sake of god. agar aap qurbani se yeh sabak hasil karein ki aapke andar qurbani ki spirit jaag jaye, tab to yeh hai sahi. warna wo ek ritual hai. to usmein zyada kitne zyada bakron ki zaroorat nahi</w:t>
      </w:r>
    </w:p>
    <w:p>
      <w:pPr>
        <w:jc w:val="right"/>
      </w:pPr>
      <w:r>
        <w:t>हम हालांकि एक फैमिली में मौलाना ने कहा था कि एक फैमिली में एक कुर्बानी काफी है। जी, ये एक सिंबॉलिक एक्ट है। जो असल चीज है, दैट यू शुड अ सैक्रिफाइस योर टाइम, योर एनर्जी, योर मनी, योर वेल्थ फॉर द सेक ऑफ गॉड। अगर आप कुर्बानी से यह सबक हासिल करें कि आपके अंदर कुर्बानी की स्पिरिट जाग जाए, तब तो यह है सही। वरना वो एक रिचुअल है। तो उसमें ज्यादा कितने ज्यादा बकरों की जरूरत नहीं</w:t>
      </w:r>
    </w:p>
    <w:p>
      <w:r>
        <w:rPr>
          <w:b/>
        </w:rPr>
        <w:t xml:space="preserve">[49:21] </w:t>
      </w:r>
      <w:r>
        <w:t>hai. ji, ek kaafi hai. spirit develop karna z zaroori hai ki hazrat ibrahim al salam aur ismail al salam ki jo jo life thi, usko samajhna aur jo qurbaniyan unhone di, aapne dekha kis tarah se wo bachche ko chhodkar chale gaye.</w:t>
      </w:r>
    </w:p>
    <w:p>
      <w:pPr>
        <w:jc w:val="right"/>
      </w:pPr>
      <w:r>
        <w:t>है। जी, एक काफी है। स्पिरिट डेवलप करना ज जरूरी है कि हजरत इब्राहिम अल सलाम और इस्माइल अल सलाम की जो जो लाइफ थी, उसको समझना और जो कुर्बानियां उन्होंने दी, आपने देखा किस तरीके से वो बच्चे को छोड़कर चले गए।</w:t>
      </w:r>
    </w:p>
    <w:p>
      <w:r>
        <w:rPr>
          <w:b/>
        </w:rPr>
        <w:t xml:space="preserve">[49:41] </w:t>
      </w:r>
      <w:r>
        <w:t>to to bahut hi bada lesson hai, that we can learn at mina while sacrifice animal. a that we will sacrifice. actually apna sacrifice hota hai. hum fa wo to ek symbol hai taaki log yaad rakhein. agar ye symbol na hote, to log yaad nahi rakhte. symbol sirf yaad rakhne ke liye.</w:t>
      </w:r>
    </w:p>
    <w:p>
      <w:pPr>
        <w:jc w:val="right"/>
      </w:pPr>
      <w:r>
        <w:t>तो तो बहुत ही बड़ा लेसन है, दैट वी कैन लर्न एट बिना वाइल सैक्रिफाइस एनिमल। अ दैट वी विल सैक्रिफाइस। एक्चुअली अपना सैक्रिफाइस होता है। हम फ वो तो एक सिंबल है ताकि लोग याद रखें। अगर ये सिंबल ना होते, तो लोग याद नहीं रखते। सिंबल सिर्फ याद रखने के लिए।</w:t>
      </w:r>
    </w:p>
    <w:p>
      <w:r>
        <w:rPr>
          <w:b/>
        </w:rPr>
        <w:t xml:space="preserve">[50:03] </w:t>
      </w:r>
      <w:r>
        <w:t>so, one sacrifice himself, his time, his energy, his wealth, his efforts for the sake of god, for the sake of dawa. that is what needed for all these. there is a there is a there is a message. there is a meaning behind all these symbolic act. so, we should understand that. that is more important. aise hi arafat ka jo plain hai, wahan saare haji jama hote hain.</w:t>
      </w:r>
    </w:p>
    <w:p>
      <w:pPr>
        <w:jc w:val="right"/>
      </w:pPr>
      <w:r>
        <w:t>सो, वन सैक्रिफाइस हिमसेल्फ, हिज टाइम, हिज एनर्जी, हिज वेल्थ, हिज एफर्ट्स फॉर द सेक ऑफ गॉड, फॉर द सेक ऑफ दावा। दैट इज व्हाट नीडेड फॉर ऑल दीज। देयर इज अ देयर इज अ देयर इज अ मैसेज। देयर इज अ मीनिंग बिहाइंड ऑल दीज सिंबॉलिक एक्ट। सो, वी शुड अंडरस्टैंड दैट। दैट इज मोर इंपॉर्टेंट। ऐसे ही अराफात का जो प्लेन है, वहां सारे हाजी जमा होते हैं।</w:t>
      </w:r>
    </w:p>
    <w:p>
      <w:r>
        <w:rPr>
          <w:b/>
        </w:rPr>
        <w:t xml:space="preserve">[50:32] </w:t>
      </w:r>
      <w:r>
        <w:t>you can understand the more than 2 million, maybe 2.5 million. which is an awesome scene. and all the pilgrims standing there. there we have to stand for about half of the day, from afternoon to evening. ji, and they they are crying and weeping heavily. hum all the haji are crying and weeping and making</w:t>
      </w:r>
    </w:p>
    <w:p>
      <w:pPr>
        <w:jc w:val="right"/>
      </w:pPr>
      <w:r>
        <w:t>यू कैन अंडरस्टैंड द मोर देन 2 मिलियन, मे बी 2.5 मिलियन। च इज अ ऑसम सीन। एंड ऑल द पिलग्रिम्स स्टैंडिंग देयर। देयर वी हैव टू स्टैंड फॉर अबाउट हाफ ऑफ द डे, फ्रॉम आफ्टरनून टू इवनिंग। जी, एंड दे दे आर क्राइंग एंड वीपिंग हेवीली। हम ऑल द हाजी आर क्राइंग एंड वीपिंग एंड मेकिंग</w:t>
      </w:r>
    </w:p>
    <w:p>
      <w:r>
        <w:rPr>
          <w:b/>
        </w:rPr>
        <w:t xml:space="preserve">[50:55] </w:t>
      </w:r>
      <w:r>
        <w:t>dua. very very a very very inspiring spectacle scene. that reminds us of the day of judgment. hum yaani aise hi day of judgment mein saare insaan, the entire will stand in front of god. and god will judge us. may allah make it make easy for us on that day.</w:t>
      </w:r>
    </w:p>
    <w:p>
      <w:pPr>
        <w:jc w:val="right"/>
      </w:pPr>
      <w:r>
        <w:t>दुआ। वेरी वेरी अ वेरी वेरी अ इंस्पायरिंग स्पेक्टेक सीन। दैट रिमाइंड्स अस ऑफ द डे ऑफ जजमेंट। हम यानी ऐसे ही डे ऑफ जजमेंट में सारे इंसान, द एंटायस विल स्टैंड इन फ्रंट ऑफ गॉड। एंड गॉड विल जज अस। मे अल्लाह मेक इट मेक इजी फॉर अस ऑन दैट डे।</w:t>
      </w:r>
    </w:p>
    <w:p>
      <w:r>
        <w:rPr>
          <w:b/>
        </w:rPr>
        <w:t xml:space="preserve">[51:18] </w:t>
      </w:r>
      <w:r>
        <w:t>a and the spirit of arafat is the most important, because prophet mohammad sallallahu al wasallam has said, "al hajj arafa." the presence in arafat is hajj. hum which is very important. a its its meaning is very important. if if hajj is arafa, then then there must be some very important lesson that we have to learn from the from this this this act</w:t>
      </w:r>
    </w:p>
    <w:p>
      <w:pPr>
        <w:jc w:val="right"/>
      </w:pPr>
      <w:r>
        <w:t>अ एंड द स्पिरिट ऑफ अराफात इज द मोस्ट इंपॉर्टेंट, बिकॉज प्रोफेट मोहम्मद सल्लल्लाहु अल वसल्लम हैज सेड, "अल हज अराफा।" द प्रेजेंस इन अराफात इज हज। हम च इज वेरी इंपॉर्टेंट। अ इट्स इट्स मीनिंग इज वेरी इंपॉर्टेंट। इफ इफ हज इज अराफा, देन देन देयर मस्ट बी सम वेरी इंपॉर्टेंट लेसन दैट वी हैव टू लर्न फ्रॉम द फ्रॉम दिस दिस दिस एक्ट</w:t>
      </w:r>
    </w:p>
    <w:p>
      <w:r>
        <w:rPr>
          <w:b/>
        </w:rPr>
        <w:t xml:space="preserve">[51:48] </w:t>
      </w:r>
      <w:r>
        <w:t>. and prophet in his last sermon in arafat said, "fal yuballigh al ghaib." very simple sentence ki let the present ones inform the absent ones. very simple, very meaningful. and this sentence which he said will remain till the day of judg</w:t>
      </w:r>
    </w:p>
    <w:p>
      <w:pPr>
        <w:jc w:val="right"/>
      </w:pPr>
      <w:r>
        <w:t>। एंड प्रोफेट इन हिज लास्ट सरमन इन अराफात सेड, "फल यब शाहिद अल गायब।" वेरी सिंपल सेंटेंस कि लेट द प्रेजेंट वंस इनफॉर्म द एब्सेंट वंस। वेरी सिंपल, वेरी मीनिंगफुल। एंड दिस सेंटेंस व्हिच ही सेड विल रिमेन टिल द डे ऑफ जज</w:t>
      </w:r>
    </w:p>
    <w:p>
      <w:r>
        <w:rPr>
          <w:b/>
        </w:rPr>
        <w:t xml:space="preserve">[52:11] </w:t>
      </w:r>
      <w:r>
        <w:t>ment for all of us. Okay, if we have received the message of the Quran, it is our responsibility to to share the Quran to people. And I think everyone should keep copies like this. Ji, a Quran in Urdu,</w:t>
      </w:r>
    </w:p>
    <w:p>
      <w:pPr>
        <w:jc w:val="right"/>
      </w:pPr>
      <w:r>
        <w:t>मेंट फॉर ऑल ऑफ अस। ओके, इफ वी हैव रिसीवड द मैसेज ऑफ द कुरान, इट इज अवर रिस्पांसिबिलिटी टू टू शेयर द कुरान टू पीपल। एंड आई थिंक एवरीवन शुड कीप कॉपीज लाइक दिस। जी, अ कुरान इन उर्दू,</w:t>
      </w:r>
    </w:p>
    <w:p>
      <w:r>
        <w:rPr>
          <w:b/>
        </w:rPr>
        <w:t xml:space="preserve">[52:29] </w:t>
      </w:r>
      <w:r>
        <w:t>hum Quran in English, hum and Quran in Hindi. You meet people, aapke dost hain, aapke abab hain, aapke padosi hain, aapke dost hain, aapke colleagues hain. Aur bahut khushi khushi lete</w:t>
      </w:r>
    </w:p>
    <w:p>
      <w:pPr>
        <w:jc w:val="right"/>
      </w:pPr>
      <w:r>
        <w:t>हम कुरान इन इंग्लिश, हम एंड कुरान इन हिंदी। यू मीट पीपल, आपके दोस्त हैं, आपके अबाब हैं, आपके पड़ोसी हैं, आपके दोस्त हैं, आपके कलीग्स हैं। और बहुत खुशी खुशी लेते</w:t>
      </w:r>
    </w:p>
    <w:p>
      <w:r>
        <w:rPr>
          <w:b/>
        </w:rPr>
        <w:t xml:space="preserve">[52:41] </w:t>
      </w:r>
      <w:r>
        <w:t>hain. Doctor sahib, koi mana nahi karta. To ye ye hai a arafat ka message. Ji, ki aap Quran ke paigham ko logon tak pahunchaye. Jo Rasoolullah sallallahu al wasallam ne kaha tha, "fal yub Shahid al ghayab. Let those who are present inform the absent." Aur iska kya asar hua us waqt?</w:t>
      </w:r>
    </w:p>
    <w:p>
      <w:pPr>
        <w:jc w:val="right"/>
      </w:pPr>
      <w:r>
        <w:t>हैं। डॉक्टर साहब, कोई मना नहीं करता। तो ये ये है अ अराफात का मैसेज। जी, कि आप कुरान के पैगाम को लोगों तक पहुंचाए। जो रसूलल्लाह सल्लल्लाहु अल वसल्लम ने कहा था, "फल यब शाहिद अल गायब। लेट दोज हु आर प्रेजेंट इनफॉर्म द एब्सेंट।" और इसका क्या असर हुआ उस वक्त?</w:t>
      </w:r>
    </w:p>
    <w:p>
      <w:r>
        <w:rPr>
          <w:b/>
        </w:rPr>
        <w:t xml:space="preserve">[53:01] </w:t>
      </w:r>
      <w:r>
        <w:t>Ye kitabon mein aata hai ki jab yeh baat kahi Rasoolullah sallallahu al wasallam ne, to Sahabi Sah Sahaba ka yeh haal hua ki jiska ghoda jidhar tha, udhar hi chala gaya. Hum jiska oont jidhar tha, udhar hi chala gaya. To wahan se Sahaba agar aap jayein, Madina mein bahut kam qabar hain. Hum Ji, bahut kam qabar hain.</w:t>
      </w:r>
    </w:p>
    <w:p>
      <w:pPr>
        <w:jc w:val="right"/>
      </w:pPr>
      <w:r>
        <w:t>ये किताबों में आता है कि जब यह बात कही रसूलल्लाह सल्लल्लाहु अल वसल्लम ने, तो सहाबी सहा सहाबा का यह हाल हुआ कि जिसका घोड़ा जिधर था, उधर ही चला गया। हम जिसका ऊंट जिधर था, उधर ही चला गया। तो वहां से सहाबा अगर आप जाएं, मदीना में बहुत कम कबर हैं। हम जी, बहुत कम कबर हैं।</w:t>
      </w:r>
    </w:p>
    <w:p>
      <w:r>
        <w:rPr>
          <w:b/>
        </w:rPr>
        <w:t xml:space="preserve">[53:25] </w:t>
      </w:r>
      <w:r>
        <w:t>Zyadatar Sahaba nikal gaye pure duniya mein aur unhone dawati kaam kaam kaam kiya. Aise Rasoolullah sallallahu al wasallam ne farmaya tha, "Inna Allah basani rahmat li nas kafa. God has sent me as a mercy for the mankind. So a convey from from me</w:t>
      </w:r>
    </w:p>
    <w:p>
      <w:pPr>
        <w:jc w:val="right"/>
      </w:pPr>
      <w:r>
        <w:t>ज्यादातर सहाबा निकल गए पूरे दुनिया में और उन्होंने दावती काम काम काम किया। ऐसे रसूलल्लाह सल्लल्लाहु अल वसल्लम ने फरमाया था, "इन्नाल्लाह बासनी रहमत लिनास काफा। गॉड हैज सेंट मी एज ए मर्सी फॉर द मैनकाइंड। सो अ कन्वे फ्रॉम फ्रॉम मी</w:t>
      </w:r>
    </w:p>
    <w:p>
      <w:r>
        <w:rPr>
          <w:b/>
        </w:rPr>
        <w:t xml:space="preserve">[53:46] </w:t>
      </w:r>
      <w:r>
        <w:t>." To ye bahut bada message hai Hajj ka bhi aur khas taur se Arafat ka ki humein a Rasoolullah ki yeh baat yaad rakhni hai ki let the present convey to the absent. Ji, very simple. Mashallah, so it is our job. It is our responsibility. That life long, we should convey the message of the Quran, the message of a Islam to people. To aajkal to bahut aasan ho gaya hai.</w:t>
      </w:r>
    </w:p>
    <w:p>
      <w:pPr>
        <w:jc w:val="right"/>
      </w:pPr>
      <w:r>
        <w:t>।" तो यह बहुत बड़ा मैसेज है हज का भी और खास तौर से अराफात का कि हमें अ रसूलल्लाह की यह बात याद रखनी है कि लेट द प्रेजेंट कन्वे टू द एब्सेंट। जी, वेरी सिंपल। माशाल्लाह, सो इट इज अवर जॉब। इट इज अवर रिस्पांसिबिलिटी। दैट लाइफ लोंग, वी शुड कन्वे द मैसेज ऑफ द कुरान, द मैसेज ऑफ अ इस्लाम टू पीपल। तो आजकल तो बहुत आसान हो गया है।</w:t>
      </w:r>
    </w:p>
    <w:p>
      <w:r>
        <w:rPr>
          <w:b/>
        </w:rPr>
        <w:t xml:space="preserve">[54:13] </w:t>
      </w:r>
      <w:r>
        <w:t>Aap PDF download kar sakte hain, aap bhej sakte hain. CPS Global ki site par sari cheezein maujood hain. Maulana ki books maujood hain. Quran about 50 languages mein maujood hai. So it is very easy, very easy for for now to to do dawa to a send a Quran to people. Ji, a JazakAllah. Doctor sahib, bahut achhe se aapne samjhaya kyunki ye bahut important hai. Doctor sa</w:t>
      </w:r>
    </w:p>
    <w:p>
      <w:pPr>
        <w:jc w:val="right"/>
      </w:pPr>
      <w:r>
        <w:t>आप पीडीएफ डाउनलोड कर सकते हैं, आप भेज सकते हैं। सीपीएस ग्लोबल की साइट पर सारी चीजें मौजूद हैं। मौलाना की बुक्स मौजूद हैं। कुरान अबाउट 50 लैंग्वेजेस में मौजूद है। सो इट इज वेरी इजी, वेरी इजी फॉर फॉर नाउ टू टू डू दावा टू अ सेंड अ कुरान टू पीपल। जी, अ जजाकल्लाह। डॉक्टर साहब, बहुत अच्छे से आपने समझाया क्योंकि यह बहुत इंपॉर्टेंट है। डॉक्टर सा</w:t>
      </w:r>
    </w:p>
    <w:p>
      <w:r>
        <w:rPr>
          <w:b/>
        </w:rPr>
        <w:t xml:space="preserve">[54:39] </w:t>
      </w:r>
      <w:r>
        <w:t>hib, people usually do things as part of task or activity or as part of ritual. Lekin uske peeche jo a uska symbolism hai, uska jo significant hai, a wo aksar dilute ho jata</w:t>
      </w:r>
    </w:p>
    <w:p>
      <w:pPr>
        <w:jc w:val="right"/>
      </w:pPr>
      <w:r>
        <w:t>हब, पीपल यूजुअली डू थिंग्स एज पार्ट ऑफ टास्क और एक्टिविटी और एज पार्ट ऑफ रिचुअल। लेकिन उसके पीछे जो अ उसका सिंबॉलिज्म है, उसका जो सिग्निफिकेंट है, अ वो अक्सर डाइल्यूट हो जाता</w:t>
      </w:r>
    </w:p>
    <w:p>
      <w:r>
        <w:rPr>
          <w:b/>
        </w:rPr>
        <w:t xml:space="preserve">[54:53] </w:t>
      </w:r>
      <w:r>
        <w:t>hai. In fact, doctor sahib, aap jab aap explain kar rahe the a ki jo concrete phenkte hain, to mujhe Maulana Wahiduddin Khan sahib ka wo a ek write up ekdum zehan mein aa gaya ki unhone ek jagah likha hai ki a we dress up very well externally. A it protects us clothes, protects us and it also increases our prestige. To similarly, we should have inner clothing.</w:t>
      </w:r>
    </w:p>
    <w:p>
      <w:pPr>
        <w:jc w:val="right"/>
      </w:pPr>
      <w:r>
        <w:t>है। इनफैक्ट, डॉक्टर साहब, आप जब आप एक्सप्लेन कर रहे थे अ कि जो कंक्रीट फेंकते हैं, तो मुझे मौलाना बदन खान साहब का वो अ एक राइट अप एकदम जहन में आ गया कि उन्होंने एक जगह लिखा है कि अ वी ड्रेस अप वेरी वेल एक्सटर्नली। अ इट प्रोटेक्ट अस क्लोथ्स, प्रोटेक्ट अस एंड इट आल्सो इंक्रीजस आवर प्रेस्टीज। तो सिमिलरली, वी शुड हैव इनर क्लोथिंग।</w:t>
      </w:r>
    </w:p>
    <w:p>
      <w:r>
        <w:rPr>
          <w:b/>
        </w:rPr>
        <w:t xml:space="preserve">[55:19] </w:t>
      </w:r>
      <w:r>
        <w:t>To unhone kaha inner clothing kya hai? Aapki moral consciousness ko strong karna. And wo kaise hoti hai? A taqwa se hoti hai. A when you fear God. A and its very important because on one hand, it puts you on to the path of paradise. It makes you hereafter oriented. And on the second aspect, jaise aapne kaha ki wo shaitan ke whisper se bachati hai. To ye jo inner clothing hai, ye bahut</w:t>
      </w:r>
    </w:p>
    <w:p>
      <w:pPr>
        <w:jc w:val="right"/>
      </w:pPr>
      <w:r>
        <w:t>तो उन्होंने कहा इनर क्लोथिंग क्या है? आपकी मोरल कॉन्शसनेस को स्ट्रांग करना। एंड वो कैसे होती है? अ तकवा से होती है। अ व्हेन यू फियर गॉड। अ एंड इट्स वेरी इंपॉर्टेंट बिकॉज ऑन वन हैंड, इट पुट्स यू ऑन टू द पाथ ऑफ पैराडाइस। इट मेक्स यू हेयर आफ्टर ओरिएंटेड। एंड ऑन द सेकंड एस्पेक्ट, जैसे आपने कहा कि वो शैतान के विस्पर से बचाती है। तो यह जो इनर क्लोथिंग है, यह बहुत</w:t>
      </w:r>
    </w:p>
    <w:p>
      <w:r>
        <w:rPr>
          <w:b/>
        </w:rPr>
        <w:t xml:space="preserve">[55:47] </w:t>
      </w:r>
      <w:r>
        <w:t>important hai. Ab aapne externally to kapde daal liye, a lekin aapko internally bhi daalne hain. Aur yahi wo cheezein kai baaton mein se jo baat aapne samjhai bahut achhe se. Doctor sahib, JazakAllah. A and doctor sahib, a that also brings us to the last question because you have to release six books of Maulana Wahiduddin Khan sahib. To main quickly last question aapse poochna chahunga. Uska aapne in fact abhi refer bhi kiya. Aapne jawab mein aap</w:t>
      </w:r>
    </w:p>
    <w:p>
      <w:pPr>
        <w:jc w:val="right"/>
      </w:pPr>
      <w:r>
        <w:t>इंपॉर्टेंट है। अब आपने एक्सटर्नली तो कपड़े डाल लिए, अ लेकिन आपको इंटरनली भी डालने हैं। और यही वो चीजें कई बातों में से जो बात आपने समझाई बहुत अच्छे से। डॉक्टर साहब, जजाकल्लाह। अ एंड डॉक्टर साहब, अ दैट आल्सो ब्रिंग्स अस टू द लास्ट क्वेश्चन बिकॉज यू हैव टू रिलीज सिक्स बुक्स ऑफ मौलाना बदन खान साहब। तो मैं क्विकली लास्ट क्वेश्चन आपसे पूछना चाहूंगा। उसका आपने इनफैक्ट अभी रेफर भी किया। आपने जवाब में आप</w:t>
      </w:r>
    </w:p>
    <w:p>
      <w:r>
        <w:rPr>
          <w:b/>
        </w:rPr>
        <w:t xml:space="preserve">[56:14] </w:t>
      </w:r>
      <w:r>
        <w:t>ne kaha ki a Hajj is the reenactment of dawa life of Prophet Ibrahim. To main chahunga doctor sahib, ye jo dawa life of Prophet Ibrahim hai, aur aapne ye bhi kaha ki dawa to Hajj to asal mein wapas aane ke baad shuru hota hai. To main chahunga isko aap thoda sa aur extend karke humein samjhayein. Aur is par hum aaj ka session khatam karenge. Follow by book releases.</w:t>
      </w:r>
    </w:p>
    <w:p>
      <w:pPr>
        <w:jc w:val="right"/>
      </w:pPr>
      <w:r>
        <w:t>ने कहा कि अ हज इज द रिइनेक्टमेंट ऑफ दावा लाइफ ऑफ प्रोफेट इब्राहिम। तो मैं चाहूंगा डॉक्टर साहब, यह जो दावा लाइफ ऑफ प्रोफेट इब्राहिम है, और आपने यह भी कहा कि दावा तो हज तो असल में वापस आने के बाद शुरू होता है। तो मैं चाहूंगा इसको आप थोड़ा सा और एक्सटेंड करके हमें समझाएं। और इस पर हम आज का सेशन खत्म करेंगे। फॉलो बाय बुक रिलीजस।</w:t>
      </w:r>
    </w:p>
    <w:p>
      <w:r>
        <w:rPr>
          <w:b/>
        </w:rPr>
        <w:t xml:space="preserve">[56:38] </w:t>
      </w:r>
      <w:r>
        <w:t>Achha, are aapne bahut achha kaha ki jo taqwa hai, wo uska hadith mein bhi aata hai. Ghalib libas taqwa, yaani taqwa ka libas. Ji, Ji, Ji. Wahi hai jo inner garment. Aapne jaga, its very nice you have mentioned. A haan, jaise a agar aapne meri sari baatein suni hain abhi, to ismein yahi hai ki this is reenact</w:t>
      </w:r>
    </w:p>
    <w:p>
      <w:pPr>
        <w:jc w:val="right"/>
      </w:pPr>
      <w:r>
        <w:t>अच्छा, अरे आपने बहुत अच्छा कहा कि जो तकवा है, वो उसका हदीस में भी आता है। गालब लिबास तकवा, यानी तकवा का लिबास। जी, जी, जी। वही है जो इनर गारमेंट। आपने जगा, इट्स वेरी नाइस यू हैव मेंशन। अ हां, जैसे अ अगर आपने मेरी सारी बातें सुनी हैं अभी, तो इसमें यही है कि दिस इज रिइनेक्ट</w:t>
      </w:r>
    </w:p>
    <w:p>
      <w:r>
        <w:rPr>
          <w:b/>
        </w:rPr>
        <w:t xml:space="preserve">[57:03] </w:t>
      </w:r>
      <w:r>
        <w:t>ment. Hajj starts from Labbayk, Allahumma Labbayk. Here I am, O Lord, here I am for what?</w:t>
      </w:r>
    </w:p>
    <w:p>
      <w:pPr>
        <w:jc w:val="right"/>
      </w:pPr>
      <w:r>
        <w:t>मेंट। हज स्टार्टस फ्रॉम लबैक, अल्लाहु लबैक। हेयर आई एम, ओ लॉर्ड, हेयर आई एम फॉर व्हाट?</w:t>
      </w:r>
    </w:p>
    <w:p>
      <w:r>
        <w:rPr>
          <w:b/>
        </w:rPr>
        <w:t xml:space="preserve">[57:11] </w:t>
      </w:r>
      <w:r>
        <w:t>Hum to dedicate my life for dawa. And Hajj ends with Arafat, where Prophet has said, "Bal an walaw aya convey from me." Even one verse, even the smallest act that you will do for the sake of God, will be counted.</w:t>
      </w:r>
    </w:p>
    <w:p>
      <w:pPr>
        <w:jc w:val="right"/>
      </w:pPr>
      <w:r>
        <w:t>हम टू डेडिकेट माय लाइफ फॉर दावा। एंड हज एंड्स विद अराफात, वेयर प्रोफेट हैज सेड, "बल अन वलो आया कन्वे फ्रॉम मी।" इवन वन वर्स, इवन द स्मालेस्ट एक्ट दैट यू विल डू फॉर द सेक ऑफ गॉड, विल बी काउंटेड।</w:t>
      </w:r>
    </w:p>
    <w:p>
      <w:r>
        <w:rPr>
          <w:b/>
        </w:rPr>
        <w:t xml:space="preserve">[57:31] </w:t>
      </w:r>
      <w:r>
        <w:t>Ji, so this is in in fact the entire is reenactment of the dawa life of Ibrahim al salam. So that we can also a go on his footsteps, follow his footsteps, but not in ritualistic sense, in the real sense</w:t>
      </w:r>
    </w:p>
    <w:p>
      <w:pPr>
        <w:jc w:val="right"/>
      </w:pPr>
      <w:r>
        <w:t>जी, सो दिस इज इन इनफैक्ट द एंटायस इज रिइनेक्टमेंट ऑफ द दावा लाइफ ऑफ इब्राहिम अल सलाम। सो दैट वी कैन आल्सो अ गो ऑन हिज फुटस्टेप, फॉलो हिज फुटस्टेप्स, बट नॉट इन रिचुअलिस्टिक सेंस, इन द रियल सेंस</w:t>
      </w:r>
    </w:p>
    <w:p>
      <w:r>
        <w:rPr>
          <w:b/>
        </w:rPr>
        <w:t xml:space="preserve">[57:55] </w:t>
      </w:r>
      <w:r>
        <w:t>। In the sense that we will devote, we will dedicate, we will spend our life, the entire on on this cause, for this cause. So the last question which you ask, I would like to read this book,</w:t>
      </w:r>
    </w:p>
    <w:p>
      <w:pPr>
        <w:jc w:val="right"/>
      </w:pPr>
      <w:r>
        <w:t>। इन द सेंस दैट वी विल डिवोट, वी विल डेडिकेट, वी विल स्पेंड अवर लाइफ, द एंटायस ऑन ऑन दिस कॉज, फॉर दिस कॉज। सो द लास्ट क्वेश्चन व्हिच यू आस्क, आई वुड लाइक टू रीड दिस बुक,</w:t>
      </w:r>
    </w:p>
    <w:p>
      <w:r>
        <w:rPr>
          <w:b/>
        </w:rPr>
        <w:t xml:space="preserve">[58:11] </w:t>
      </w:r>
      <w:r>
        <w:t>which is a very important book. And I heavily recommend to everyone to read this book.</w:t>
      </w:r>
    </w:p>
    <w:p>
      <w:pPr>
        <w:jc w:val="right"/>
      </w:pPr>
      <w:r>
        <w:t>व्हिच इज अ वेरी इंपॉर्टेंट बुक। एंड आई हेवली रिकमेंड टू एवरीवन टू रीड दिस बुक।</w:t>
      </w:r>
    </w:p>
    <w:p>
      <w:r>
        <w:rPr>
          <w:b/>
        </w:rPr>
        <w:t xml:space="preserve">[58:16] </w:t>
      </w:r>
      <w:r>
        <w:t>In this book, Maulana has written Hajj ki dawati ahmiyat, the dawa importance of Hajj. And Maulana said that Hajj is a dawa conference,</w:t>
      </w:r>
    </w:p>
    <w:p>
      <w:pPr>
        <w:jc w:val="right"/>
      </w:pPr>
      <w:r>
        <w:t>इन दिस बुक, मौलाना हैज रिटन हज की दावती अहमियत, द दावा इंपॉर्टेंस ऑफ हज। एंड मौलाना सेड दैट हज इज अ दावा कॉन्फ्रेंस,</w:t>
      </w:r>
    </w:p>
    <w:p>
      <w:r>
        <w:rPr>
          <w:b/>
        </w:rPr>
        <w:t xml:space="preserve">[58:33] </w:t>
      </w:r>
      <w:r>
        <w:t>gathering of da'is in Mecca to reenact dawa life of the Prophet Ibrahim al salam.</w:t>
      </w:r>
    </w:p>
    <w:p>
      <w:pPr>
        <w:jc w:val="right"/>
      </w:pPr>
      <w:r>
        <w:t>गैदरिंग ऑफ दाईज इन मक्का टू रिइनेक्ट दावा लाइफ ऑफ द प्रोफेट इब्राहिम अल सलाम।</w:t>
      </w:r>
    </w:p>
    <w:p>
      <w:r>
        <w:rPr>
          <w:b/>
        </w:rPr>
        <w:t xml:space="preserve">[58:42] </w:t>
      </w:r>
      <w:r>
        <w:t>To main iska ek mazmoon ka hissa padhta hoon, which I really like a lot. Hajj ek dawati idara. Ji, Hajj and dawati institution, dawa institution. Hajj Ibrahim, Ibrahimi tareekh ka iyada hai. Hazrat Ibrahim, iyada means reenactment of the history of Ibrahim al salam.</w:t>
      </w:r>
    </w:p>
    <w:p>
      <w:pPr>
        <w:jc w:val="right"/>
      </w:pPr>
      <w:r>
        <w:t>तो मैं इसका एक मजमून का हिस्सा पढ़ता हूं, व्हिच आई रियली लाइक अ लॉट। हज एक दावती इदारा। जी, हज एंड दावती इंस्टिट्यूशन, दावा इंस्टिट्यूशन। हज इब्राहिम, इब्राहिमी तारीख का इयादा है। हजरत इब्राहिम, इयादा मींस रिइनेक्टमेंट ऑफ द हिस्ट्री ऑफ इब्राहिम अल सलाम।</w:t>
      </w:r>
    </w:p>
    <w:p>
      <w:r>
        <w:rPr>
          <w:b/>
        </w:rPr>
        <w:t xml:space="preserve">[59:06] </w:t>
      </w:r>
      <w:r>
        <w:t>Hajj Hazrat Ibrahim al salam ke zariye dawat e haq ki jo aalami mansooba bandi ki gayi, international planning, iske mukhtalif marhal ko haji alamati taur par symbolic way mein dohrata hai. He repeats in a symbolic way. Aur is tarah Khuda se yeh ahad karta hai, he pledges with God ki woh apne aap ko is rabbani mission mein lagayega</w:t>
      </w:r>
    </w:p>
    <w:p>
      <w:pPr>
        <w:jc w:val="right"/>
      </w:pPr>
      <w:r>
        <w:t>हज हजरत इब्राहिम अल सलाम के जरिए दावत हक की जो आलमी मंसूबा बंदी की गई, इंटरनेशनल प्लानिंग, इसके मुख्तलिफ मराल को हाजी अलामती तौर पर सिंबॉलिक वे में दोहराता है। ही रिपीट्स इन अ सिंबॉलिक वे। और इस तरह खुदा से यह अहद करता है, ही प्लेज विद गॉड कि वह अपने आप को इस रब्बानी मिशन में लगाएगा</w:t>
      </w:r>
    </w:p>
    <w:p>
      <w:r>
        <w:rPr>
          <w:b/>
        </w:rPr>
        <w:t xml:space="preserve">[59:32] </w:t>
      </w:r>
      <w:r>
        <w:t>। He pledges with God that he will lead his life in this, dedicate his life in this mission of God, jisme Hazrat Ibrahim ne apne aap ko lagaya. Aur khatm e nabuwat ke baad,</w:t>
      </w:r>
    </w:p>
    <w:p>
      <w:pPr>
        <w:jc w:val="right"/>
      </w:pPr>
      <w:r>
        <w:t>। ही प्लेज विद गॉड दैट ही विल लीड हिज लाइफ इन दिस, डेडिकेट हिज लाइफ इन दिस मिशन ऑफ गॉड, जिसमें हजरत इब्राहिम ने अपने आप को लगाया। और खत्म नबूवत के बाद,</w:t>
      </w:r>
    </w:p>
    <w:p>
      <w:r>
        <w:rPr>
          <w:b/>
        </w:rPr>
        <w:t xml:space="preserve">[59:51] </w:t>
      </w:r>
      <w:r>
        <w:t>nabuwat ka kaam ko usi tarah jari rakhega, jis tarah Khuda ke pak paighambar ne isko anjam diya. Ya</w:t>
      </w:r>
    </w:p>
    <w:p>
      <w:pPr>
        <w:jc w:val="right"/>
      </w:pPr>
      <w:r>
        <w:t>नबूवत का काम को उसी तरह जारी रखेगा, जिस तरह खुदा के पाक पैगंबर ने इसको अंजाम दिया। या</w:t>
      </w:r>
    </w:p>
    <w:p>
      <w:r>
        <w:rPr>
          <w:b/>
        </w:rPr>
        <w:t xml:space="preserve">[1:00:01] </w:t>
      </w:r>
      <w:r>
        <w:t>ani the Prophet and Sahaba, the way they have performed dawa, we will also continue and work in the same direction. Khuda ke dawati mansoobe ki takmeel ke liye Hazrat Ibrahim apne watan se nikle. Isi tarah haji bhi apne watan se nikal kar zuban e haal se yeh kehta hai ki woh deen ki khatir bewatan hone ke liye tayyar hai.</w:t>
      </w:r>
    </w:p>
    <w:p>
      <w:pPr>
        <w:jc w:val="right"/>
      </w:pPr>
      <w:r>
        <w:t>नी द प्रोफेट एंड सहाबा, द वे दे हैव परफॉर्म दावा, वी विल आल्सो कंटिन्यू एंड वर्क इन द सेम डायरेक्शन। खुदा के दावती मंसूबे की तकमील के लिए हजरत इब्राहिम अपने वतन से निकले। इसी तरह हाजी भी अपने वतन से निकलकर जबान हाल से यह कहता है कि वह दीन की खातिर बेवतन होने के लिए तैयार है।</w:t>
      </w:r>
    </w:p>
    <w:p>
      <w:r>
        <w:rPr>
          <w:b/>
        </w:rPr>
        <w:t xml:space="preserve">[1:00:27] </w:t>
      </w:r>
      <w:r>
        <w:t>unhone bilkul saada aur mamooli zindagi par qanaat kiya, contented on a very simple life.</w:t>
      </w:r>
    </w:p>
    <w:p>
      <w:pPr>
        <w:jc w:val="right"/>
      </w:pPr>
      <w:r>
        <w:t>उन्होंने बिल्कुल सादा और मामूली जिंदगी पर कनात किया, कंटेंटेड ऑन अ वेरी सिंपल लाइफ।</w:t>
      </w:r>
    </w:p>
    <w:p>
      <w:r>
        <w:rPr>
          <w:b/>
        </w:rPr>
        <w:t xml:space="preserve">[1:00:36] </w:t>
      </w:r>
      <w:r>
        <w:t>qanaat ki isi tarah, isi tarah haji ehraam baat kar yeh azm karta hai ke woh sirf naaguz zaroorat par ittefaq karke apni tawajjoh ko asal maqsad ki taraf lagayega. Yaani bare minimum par woh raazi hoga. And his attention will be on the purpose, on the purpose of dawa.</w:t>
      </w:r>
    </w:p>
    <w:p>
      <w:pPr>
        <w:jc w:val="right"/>
      </w:pPr>
      <w:r>
        <w:t>कनात की इसी तरह, इसी तरह हाजी एहराम बात कर यह अजम करता है कि वह सिर्फ नागुज जरूरत पर इत्तेफा करके अपनी तवज्जो को असल मकसद की तरफ लगाएगा। यानी बेयर मिनिमम पर वह राजी होगा। एंड हिज अटेंशन विल बी ऑन द पर्पस, ऑन द पर्पस ऑफ दावा।</w:t>
      </w:r>
    </w:p>
    <w:p>
      <w:r>
        <w:rPr>
          <w:b/>
        </w:rPr>
        <w:t xml:space="preserve">[1:01:00] </w:t>
      </w:r>
      <w:r>
        <w:t>unhone kaba ke gird tawaf karke khuda ke sath apni wafadari ka ko istawar kiya. Isi tarah haji bhi kaba ka tawaf karke khuda ka wafadar hone ka ailaan karta hai. Deeni takaz mein masroof hone ki wajah se unke ahal khana par yeh halat guzri ke pani ki talash mein woh safa aur marwa ke darmiyan dau</w:t>
      </w:r>
    </w:p>
    <w:p>
      <w:pPr>
        <w:jc w:val="right"/>
      </w:pPr>
      <w:r>
        <w:t>उन्होंने काबा के गिर्द तवाफ करके खुदा के साथ अपनी वफादारी का को इस्तवार किया। इसी तरह हाजी भी काबा का तवाफ करके खुदा का वफादार होने का ऐलान करता है। दीनी तकाज में मसरूफ होने की वजह से उनके अहल खाना पर यह हालत गुजरी कि पानी की तलाश में वह सफा और मरवा के दरमियान दौ</w:t>
      </w:r>
    </w:p>
    <w:p>
      <w:r>
        <w:rPr>
          <w:b/>
        </w:rPr>
        <w:t xml:space="preserve">[1:01:26] </w:t>
      </w:r>
      <w:r>
        <w:t>de. Isi tarah haji dono pahadon ke darmiyan sa'i karke zahir karta hai ke khuda ke khatir us aakhri had tak jaane ke liye tayyar hai, jo uske ghar walon par yeh kaifiyat guzre, jo hajra aur ismail par guzri. Hazrat Ibrahim ko shaitan ne khuda ke kaam se hatane ki koshish ki, to unhone uske upar kankariyan phenki</w:t>
      </w:r>
    </w:p>
    <w:p>
      <w:pPr>
        <w:jc w:val="right"/>
      </w:pPr>
      <w:r>
        <w:t>ड़े। इसी तरह हाजी दोनों पहाड़ों के दरमियान सई करके जाहिर करता है कि खुदा के खातिर उस आखिरी हद तक जाने के लिए तैयार है, जो उसके घर वालों पर यह कैफियत गुजरे, जो हाजरा और इस्माइल पर गुजरी। हजरत इब्राहिम को शैतान ने खुदा के काम से हटाने की कोशिश की, तो उन्होंने उसके ऊपर कंकरियां फेंकी</w:t>
      </w:r>
    </w:p>
    <w:p>
      <w:r>
        <w:rPr>
          <w:b/>
        </w:rPr>
        <w:t xml:space="preserve">[1:01:53] </w:t>
      </w:r>
      <w:r>
        <w:t>isi tarah haji alamati taur par symbolic way mein shaitan par rami karke pebbles phenk ke is irade ka izhar karta hai ke woh bhi shaitan ke sath yahi sulook karega, agar usne isko bargala. Hazrat Ibrahim ko khuda ki khatir bete ki jaan tak pesh karni padi. This was a symbolic sacrifice, not real sacrifice.</w:t>
      </w:r>
    </w:p>
    <w:p>
      <w:pPr>
        <w:jc w:val="right"/>
      </w:pPr>
      <w:r>
        <w:t>। इसी तरह हाजी अलामती तौर पर सिंबॉलिक वे में शैतान पर रमी करके पेबल्स फेंक के इस इरादे का इजहार करता है कि वह भी शैतान के साथ यही सलूक करेगा, अगर उसने इसको बरगला। हजरत इब्राहिम को खुदा की खातिर बेटे की जान तक पेश करनी पड़ी। दिस वाज अ सिंबॉलिक सैक्रिफाइस, नॉट रियल सैक्रिफाइस।</w:t>
      </w:r>
    </w:p>
    <w:p>
      <w:r>
        <w:rPr>
          <w:b/>
        </w:rPr>
        <w:t xml:space="preserve">[1:02:22] </w:t>
      </w:r>
      <w:r>
        <w:t>isi tarah haji janwar ko qurban karke yeh ailaan karta hai ke deen ke khatir woh qurbani ke had tak jaane ke liye tayyar hai. Hazrat Ibrahim al salam ka daawati mission aakhirat se aagah karne ka mission tha.</w:t>
      </w:r>
    </w:p>
    <w:p>
      <w:pPr>
        <w:jc w:val="right"/>
      </w:pPr>
      <w:r>
        <w:t>इसी तरह हाजी जानवर को कुर्बान करके यह ऐलान करता है कि दीन के खातिर वह कुर्बानी के हद तक जाने के लिए तैयार है। हजरत इब्राहिम अल सलाम का दावती मिशन आखिरत से आगाह करने का मिशन था।</w:t>
      </w:r>
    </w:p>
    <w:p>
      <w:r>
        <w:rPr>
          <w:b/>
        </w:rPr>
        <w:t xml:space="preserve">[1:02:37] </w:t>
      </w:r>
      <w:r>
        <w:t>chunanche haji maidan arafat mein jama hokar maidan hashar ko yaad karta hai, taake usse sabse badi haqeeqat ko yaad karein ke woh apne zehan ka juz banaye aur uske bare mein logon ko aagah karein. Hazrat Ibrahim al salam ko jab jab unke rab ne pukara, to foran hazir ho</w:t>
      </w:r>
    </w:p>
    <w:p>
      <w:pPr>
        <w:jc w:val="right"/>
      </w:pPr>
      <w:r>
        <w:t>चुनांचे हाजी मैदान अराफात में जमा होकर मैदान हशर को याद करता है, ताकि उससे सबसे बड़ी हकीकत को याद करें कि वह अपने जहन का जुज बनाए और उसके बारे में लोगों को आगाह करें। हजरत इब्राहिम अल सलाम को जबजब उनके रब ने पुकारा, तो फौरन हाजिर हो</w:t>
      </w:r>
    </w:p>
    <w:p>
      <w:r>
        <w:rPr>
          <w:b/>
        </w:rPr>
        <w:t xml:space="preserve">[1:02:58] </w:t>
      </w:r>
      <w:r>
        <w:t>gaye. usi tarah haji uthte baithte hajj ke arkan ada karte hue bar bar kehta hai, "labaik allah humma labaik,</w:t>
      </w:r>
    </w:p>
    <w:p>
      <w:pPr>
        <w:jc w:val="right"/>
      </w:pPr>
      <w:r>
        <w:t>गए। उसी तरह हाजी उठते बैठते हज के अरकान अदा करते हुए बार-बार कहता है, "लबैक अल्लाहु लबैक,</w:t>
      </w:r>
    </w:p>
    <w:p>
      <w:r>
        <w:rPr>
          <w:b/>
        </w:rPr>
        <w:t xml:space="preserve">[1:03:05] </w:t>
      </w:r>
      <w:r>
        <w:t>labaik sharika laka, labaik innal hamda wa nimata laka wal mulka la sharika laka.</w:t>
      </w:r>
    </w:p>
    <w:p>
      <w:pPr>
        <w:jc w:val="right"/>
      </w:pPr>
      <w:r>
        <w:t>लबैक अल्लाह शरीक अलक, लबैक इन्नाल हमदा व निमत अलक वल मुल्क ला शरीक अलक।</w:t>
      </w:r>
    </w:p>
    <w:p>
      <w:r>
        <w:rPr>
          <w:b/>
        </w:rPr>
        <w:t xml:space="preserve">[1:03:12] </w:t>
      </w:r>
      <w:r>
        <w:t>main hazir hoon, aye allah, main hazir hoon, tera koi sharik nahi.</w:t>
      </w:r>
    </w:p>
    <w:p>
      <w:pPr>
        <w:jc w:val="right"/>
      </w:pPr>
      <w:r>
        <w:t>मैं हाजिर हूं, ए अल्लाह, मैं हाजिर हूं, तेरा कोई शरीक नहीं।</w:t>
      </w:r>
    </w:p>
    <w:p>
      <w:r>
        <w:rPr>
          <w:b/>
        </w:rPr>
        <w:t xml:space="preserve">[1:03:15] </w:t>
      </w:r>
      <w:r>
        <w:t>main hazir hoon, taareef aur nemat tere liye hai aur iqt daar mein tera koi sharik nahi hai."</w:t>
      </w:r>
    </w:p>
    <w:p>
      <w:pPr>
        <w:jc w:val="right"/>
      </w:pPr>
      <w:r>
        <w:t>मैं हाजिर हूं, तारीफ और नेमत तेरे लिए है और इक्त दार में तेरा कोई शरीक नहीं है।"</w:t>
      </w:r>
    </w:p>
    <w:p>
      <w:r>
        <w:rPr>
          <w:b/>
        </w:rPr>
        <w:t xml:space="preserve">[1:03:21] </w:t>
      </w:r>
      <w:r>
        <w:t>isi tarah haji yeh ailan karta hai ke woh apne rabb ki pukar par har waqt hazir hone</w:t>
      </w:r>
    </w:p>
    <w:p>
      <w:pPr>
        <w:jc w:val="right"/>
      </w:pPr>
      <w:r>
        <w:t>इसी तरह हाजी यह ऐलान करता है कि वह अपने रब की पुकार पर हर वक्त हाजिर होने</w:t>
      </w:r>
    </w:p>
    <w:p>
      <w:r>
        <w:rPr>
          <w:b/>
        </w:rPr>
        <w:t xml:space="preserve">[1:03:28] </w:t>
      </w:r>
      <w:r>
        <w:t>ke liye tayyar hai.</w:t>
      </w:r>
    </w:p>
    <w:p>
      <w:pPr>
        <w:jc w:val="right"/>
      </w:pPr>
      <w:r>
        <w:t>के लिए तैयार है।</w:t>
      </w:r>
    </w:p>
    <w:p>
      <w:r>
        <w:rPr>
          <w:b/>
        </w:rPr>
        <w:t xml:space="preserve">[1:03:30] </w:t>
      </w:r>
      <w:r>
        <w:t>haqeeqat yeh hai ke baitullah dawat islami ka markaz hai. It is the center of dawa of Islam aur haj Islam ke dawah ka aalami ijma. It is a gathering of international gathering of all the dawahs in Mecca. Hazrat Ibrahim al salam ki zindagi batati hai ke haj ke yeh maras inki daawati zindagi ka juz ya unki daawati safar ka marhala tha.</w:t>
      </w:r>
    </w:p>
    <w:p>
      <w:pPr>
        <w:jc w:val="right"/>
      </w:pPr>
      <w:r>
        <w:t>हकीकत यह है कि बैतुल्लाह दावत इस्लामी का मरकज है। इट इज द सेंटर ऑफ दावा ऑफ इस्लाम और हज इस्लाम के दायो का आलमी इजमा। इट इज अ गैदरिंग ऑफ इंटरनेशनल गैदरिंग ऑफ ऑल द दाईज इन मक्का। हजरत इब्राहिम अल सलाम की जिंदगी बताती है कि हज के यह मरास इनकी दावती जिंदगी का जुज या उनकी दावती सफर का मरहला था।</w:t>
      </w:r>
    </w:p>
    <w:p>
      <w:r>
        <w:rPr>
          <w:b/>
        </w:rPr>
        <w:t xml:space="preserve">[1:03:58] </w:t>
      </w:r>
      <w:r>
        <w:t>This was part of his dawa efforts. Ji, magar maujooda zamane ke musalmanon ne musalmanon ke liye haj aur kaba ki ziyarat mahaz tasam ki salana mazhabi rasm ban gayi hai. Its just a ritual for the present Muslims. Musalmanon mein agar daawati shaoor aur tabligh rooh zinda ho, to haj ka ijma khud ba khud ahmiyat ikhtiyar kar le aur salana daawati conference ke hamane ban jaye</w:t>
      </w:r>
    </w:p>
    <w:p>
      <w:pPr>
        <w:jc w:val="right"/>
      </w:pPr>
      <w:r>
        <w:t>दिस वाज पार्ट ऑफ हिज दावा एफर्ट्स। जी, मगर मौजूदा जमाने के मुसलमानों ने मुसलमानों के लिए हज और काबा की जियारत महज तसम की सालाना मजहबी रस्म बन गई है। इट्स जस्ट अ रिचुअल फॉर द प्रेजेंट मुस्लिम्स। मुसलमानों में अगर दावती शूर और तबलीग रूह जिंदा हो, तो हज का इजमा खुद बखुदा अहमियत इख्तियार कर ले और सालाना दावती कॉन्फ्रेंस के हमाने बन जाए</w:t>
      </w:r>
    </w:p>
    <w:p>
      <w:r>
        <w:rPr>
          <w:b/>
        </w:rPr>
        <w:t xml:space="preserve">[1:04:27] </w:t>
      </w:r>
      <w:r>
        <w:t>magar jab musalmanon mein daawati rooh khatam ho jaye, to haj usi tarah ek berooh amal ban kar reh jata hai, jaisa ke woh, jaisa ke woh us waqt musalmanon ke is waqt musalmanon ke darmiyan bana hua hai. Woh patthar shaitan par kank, woh patthar ke shaitan par, yaani symbolic pillars par kankariyan phenkne mein phenkte hain, magar zinda shaitan ko zer karne ke liye kuch nahi karte.</w:t>
      </w:r>
    </w:p>
    <w:p>
      <w:pPr>
        <w:jc w:val="right"/>
      </w:pPr>
      <w:r>
        <w:t>। मगर जब मुसलमानों में दावती रूह खत्म हो जाए, तो हज उसी तरह एक बेरूह अमल बन कर रह जाता है, जैसा कि वह, जैसा कि वह उस वक्त मुसलमानों के इस वक्त मुसलमानों के दरमियान बना हुआ है। वह पत्थर शैतान पर कंक, वह पत्थर के शैतान पर, यानी सिंबॉलिक पिलर्स पर कंकरियां फेंकने में फेंकते हैं, मगर जिंदा शैतान को जेर करने के लिए कुछ नहीं करते।</w:t>
      </w:r>
    </w:p>
    <w:p>
      <w:r>
        <w:rPr>
          <w:b/>
        </w:rPr>
        <w:t xml:space="preserve">[1:04:55] </w:t>
      </w:r>
      <w:r>
        <w:t>woh alamati aamal dohrate hain, magar haqeeqi aamal, real things ki adaigi ke liye unke andar koi jazba</w:t>
      </w:r>
    </w:p>
    <w:p>
      <w:pPr>
        <w:jc w:val="right"/>
      </w:pPr>
      <w:r>
        <w:t>वह अलामती आमाल दोहराते हैं, मगर हकीकी आमाल, रियल थिंग्स की अदायगी के लिए उनके अंदर कोई जज्बा</w:t>
      </w:r>
    </w:p>
    <w:p>
      <w:r>
        <w:rPr>
          <w:b/>
        </w:rPr>
        <w:t xml:space="preserve">[1:05:04] </w:t>
      </w:r>
      <w:r>
        <w:t>nahi ubharta. to yeh jo maulana ne likha hai, maine khaas taur se padha isko.</w:t>
      </w:r>
    </w:p>
    <w:p>
      <w:pPr>
        <w:jc w:val="right"/>
      </w:pPr>
      <w:r>
        <w:t>नहीं उभरता। तो यह जो मौलाना ने लिखा है, मैंने खास तौर से पढ़ा इसको।</w:t>
      </w:r>
    </w:p>
    <w:p>
      <w:r>
        <w:rPr>
          <w:b/>
        </w:rPr>
        <w:t xml:space="preserve">[1:05:09] </w:t>
      </w:r>
      <w:r>
        <w:t>ji, ke yeh yahi hai real purpose of hajj.</w:t>
      </w:r>
    </w:p>
    <w:p>
      <w:pPr>
        <w:jc w:val="right"/>
      </w:pPr>
      <w:r>
        <w:t>जी, के यह यही है रियल पर्पस ऑफ हज।</w:t>
      </w:r>
    </w:p>
    <w:p>
      <w:r>
        <w:rPr>
          <w:b/>
        </w:rPr>
        <w:t xml:space="preserve">[1:05:14] </w:t>
      </w:r>
      <w:r>
        <w:t>ji, aur main ek aur cheez chahunga khaas taur se logon ko batana ke yeh tasakur quran, jo</w:t>
      </w:r>
    </w:p>
    <w:p>
      <w:pPr>
        <w:jc w:val="right"/>
      </w:pPr>
      <w:r>
        <w:t>जी, और मैं एक और चीज चाहूंगा खास तौर से लोगों को बताना कि यह तस्कुर कुरान, जो</w:t>
      </w:r>
    </w:p>
    <w:p>
      <w:r>
        <w:rPr>
          <w:b/>
        </w:rPr>
        <w:t xml:space="preserve">[1:05:20] </w:t>
      </w:r>
      <w:r>
        <w:t>maulana wahiduddin khan sahib ki commentary hai, its a very unique commentary.</w:t>
      </w:r>
    </w:p>
    <w:p>
      <w:pPr>
        <w:jc w:val="right"/>
      </w:pPr>
      <w:r>
        <w:t>मौलाना वहीदुद्दीन खान साहब की कमेंट्री है, इट्स अ वेरी यूनिक कमेंट्री।</w:t>
      </w:r>
    </w:p>
    <w:p>
      <w:r>
        <w:rPr>
          <w:b/>
        </w:rPr>
        <w:t xml:space="preserve">[1:05:25] </w:t>
      </w:r>
      <w:r>
        <w:t>pehli baat to yeh ke single volume mein aap jante hain, tafsir bahut bahut lambi tafsir hoti hai. Aur yeh tafsir, agar aap padhenge, agar koi iski sirf surah al fatiha ki tafsir padh le, to usko samajh jayega, aa jayega ke yeh ek bahut hi unique tafsir hai.</w:t>
      </w:r>
    </w:p>
    <w:p>
      <w:pPr>
        <w:jc w:val="right"/>
      </w:pPr>
      <w:r>
        <w:t>पहली बात तो यह कि सिंगल वॉल्यूम में आप जानते हैं, तफसीर बहुत-बहुत लंबी तफसीर होती है। और यह तफसीर, अगर आप पढ़ेंगे, अगर कोई इसकी सिर्फ सूर अल फातिहा की तफसीर पढ़ ले, तो उसको समझ जाएगा, आ जाएगा कि यह एक बहुत ही यूनिक तफसीर है।</w:t>
      </w:r>
    </w:p>
    <w:p>
      <w:r>
        <w:rPr>
          <w:b/>
        </w:rPr>
        <w:t xml:space="preserve">[1:05:42] </w:t>
      </w:r>
      <w:r>
        <w:t>ji, kyunke Maulana ne jis hisse ki bhi tafsir ki hai, jis passage ki bhi, woh uska jo jo deeper aspect hai, yaani woh woh lesson usmein se nikala hai, jo hum apni zindagi par apply kar sakein. Aam taur se log tilawat karte hain Arabic mein. Arabic ek foreign language hai, yeh samajhna chahiye. Unko apni mother tongue mein Quran ko padhna chahiye, Quran ka translation padhna chahiye.</w:t>
      </w:r>
    </w:p>
    <w:p>
      <w:pPr>
        <w:jc w:val="right"/>
      </w:pPr>
      <w:r>
        <w:t>जी, क्योंकि मौलाना ने जिस हिस्से की भी तफसीर की है, जिस पैसेज की भी, वह उसका जो जो डीपर एस्पेक्ट है, यानी वह वह लेसन उसमें से निकाला है, जो हम अपनी जिंदगी पर अप्लाई कर सके। आमतौर से लोग तिलावत करते हैं अरेबिक में। अरेबिक एक फॉरेन लैंग्वेज है, यह समझना चाहिए। उनको अपनी मदर टंग में कुरान को पढ़ना चाहिए, कुरान का ट्रांसलेशन पढ़ना चाहिए।</w:t>
      </w:r>
    </w:p>
    <w:p>
      <w:r>
        <w:rPr>
          <w:b/>
        </w:rPr>
        <w:t xml:space="preserve">[1:06:10] </w:t>
      </w:r>
      <w:r>
        <w:t>tilawat achhi cheez hai, lekin sirf tilawat kafi nahi hai. Woh ek foreign language hai, woh hum puri tarah samajh bhi nahi sakte. Aur Quran ke bare mein aata hai ke likul ayat minha zahr wa batan, ke har ayat mein ek outer meaning hai, ek inner meaning hai. To outer meaning to aap samajh lenge, lekin inner meaning ke liye tadabbur karna hoga. To yeh tasfeer Quran, ismein ye saare jo passage hain, ye tadabbur wale pa</w:t>
      </w:r>
    </w:p>
    <w:p>
      <w:pPr>
        <w:jc w:val="right"/>
      </w:pPr>
      <w:r>
        <w:t>तिलावत अच्छी चीज है, लेकिन सिर्फ तिलावत काफी नहीं है। वह एक फॉरेन लैंग्वेज है, वह हम पूरी तरह समझ भी नहीं सकते। और कुरान के बारे में आता है कि लिकुल आयात मिन्हा जहर व बतन, कि हर आयत में एक आउटर मीनिंग है, एक इनर मीनिंग है। तो आउटर मीनिंग तो आप समझ लेंगे, लेकिन इनर मीनिंग के लिए तदब्बर करना होगा। तो यह तस्कुर कुरान है, इसमें ये सारे जो पैसेज हैं, ये तदब्बर वाले पै</w:t>
      </w:r>
    </w:p>
    <w:p>
      <w:r>
        <w:rPr>
          <w:b/>
        </w:rPr>
        <w:t xml:space="preserve">[1:06:38] </w:t>
      </w:r>
      <w:r>
        <w:t>ssage hain. Ji, ji, to bahut hi aham hai ke agar log chahte hain ke woh unke andar daawati spirit paida ho, aur yeh waqai ek daawati tafsir hai. Aap throughout is par jayein, to throughout Maulana ne dawah ko zikr kiya hai. Har cheez ko koshish ki hai ke dawah se isko jode. To yeh tafsir Urdu, Hindi, English mein aur kai aur languages mein available hai, aur CPS ki website par yeh isko download bhi kar sakte hain. To</w:t>
      </w:r>
    </w:p>
    <w:p>
      <w:pPr>
        <w:jc w:val="right"/>
      </w:pPr>
      <w:r>
        <w:t>सेज हैं। जी, जी, तो बहुत ही अहम है कि अगर लोग चाहते हैं कि वो उनके अंदर दावती स्पिरिट पैदा हो, और यह वाकई एक दावती तफसीर है। आप थ्रू आउट इस पर जाएं, तो थ्रू आउट मौलाना ने दावत को जिक्र किया है। हर चीज को कोशिश की है कि दावत से इसको जोड़े। तो यह तफसीर उर्दू, हिंदी, इंग्लिश में और कई और लैंग्वेजेस में अवेलेबल है, और सीपीएस की वेबसाइट पर यह इसको डाउनलोड भी कर सकते हैं। तो</w:t>
      </w:r>
    </w:p>
    <w:p>
      <w:r>
        <w:rPr>
          <w:b/>
        </w:rPr>
        <w:t xml:space="preserve">[1:07:05] </w:t>
      </w:r>
      <w:r>
        <w:t>yeh bahut zaroori hai ke log is kitab ko padhein. Inshallah, isse bahut faida hoga. Waakhiru da'wa anil hamdulillahi rabbil aalameen. Jazakallah, doctor sahab, for telling us the real significant of haj. And its not just as we understood today. Its not about just doing and performing an annual ritual, but it is truly in spirit following the footsteps of prophet Ibrahim</w:t>
      </w:r>
    </w:p>
    <w:p>
      <w:pPr>
        <w:jc w:val="right"/>
      </w:pPr>
      <w:r>
        <w:t>यह बहुत जरूरी है कि लोग इस किताब को पढ़ें। इंशाल्लाह, इससे बहुत फायदा होगा। वाखिर दावा, अल्हम्दुलिल्लाह रब्बिल आलमीन। जजाकल्लाह, डॉक्टर साहब, फॉर टेलिंग अस द रियल सिग्निफिकेंट ऑफ हज। एंड इट्स नॉट जस्ट एज वी अंडरस्टूड टुडे। इट्स नॉट अबाउट जस्ट डूइंग एंड परफॉर्मिंग एन एनुअल रिचुअल, बट इट इज ट्रूली इन स्पिरिट फॉलोइंग द फुटस्टेप्स ऑफ प्रोफेट इब्राहिम</w:t>
      </w:r>
    </w:p>
    <w:p>
      <w:r>
        <w:rPr>
          <w:b/>
        </w:rPr>
        <w:t xml:space="preserve">[1:07:29] </w:t>
      </w:r>
      <w:r>
        <w:t>by changing your life, making yourself god oriented, and also conveying the message of toheed to entires. Jazakallah, doctor sahab. But before ending the session, we have some launches, as we have been from time to time saying that good word in CPS International has been translating writings of Maulana Wahiduddin Khan sahab in several national and international langv</w:t>
      </w:r>
    </w:p>
    <w:p>
      <w:pPr>
        <w:jc w:val="right"/>
      </w:pPr>
      <w:r>
        <w:t>, बाय चेंजिंग योर लाइफ, मेकिंग योरसेल्फ गॉड ओरिएंटेड, एंड आल्सो कन्वेइंग द मैसेज ऑफ तोहीद टू एंटायस। जजाकल्लाह, डॉक्टर साहब। बट बिफोर एंडिंग द सेशन, वी हैव सम लॉचेस, एज वी हैव बीन फ्रॉम टाइम टू टाइम सेइंग दैट गुड वर्ड इन सीपीएस इंटरनेशनल हैज बीन ट्रांसलेटिंग राइटिंग्स ऑफ मौलाना वहीदुद्दीन खान साहब इन सेवरल नेशनल एंड इंटरनेशनल लैंग्व</w:t>
      </w:r>
    </w:p>
    <w:p>
      <w:r>
        <w:rPr>
          <w:b/>
        </w:rPr>
        <w:t xml:space="preserve">[1:07:55] </w:t>
      </w:r>
      <w:r>
        <w:t>eages. Today, we will be launching six Hindi books, and it gives us extra pleasure and honor to launch the six Hindi books in Braille language. So, to do this honors, I would request doctor Sani Snnan Khan sahab to launch all the six, all the six Hindi translation in Braille language, one by one. This first book is "insan apne aap ko pehchan</w:t>
      </w:r>
    </w:p>
    <w:p>
      <w:pPr>
        <w:jc w:val="right"/>
      </w:pPr>
      <w:r>
        <w:t>ेजेस। टुडे, वी विल बी लॉन्चिंग सिक्स हिंदी बुक्स, एंड इट गिव्स अस एक्स्ट्रा प्लेजर एंड ऑनर टू लॉन्च द सिक्स हिंदी बुक्स इन बरेल लैंग्वेज। सो, टू डू दिस ऑनर्स, आई वुड रिक्वेस्ट डॉक्टर सानि स्नैन खान साहब टू लॉन्च ऑल द सिक्स, ऑल दी सिक्स हिंदी ट्रांसलेशन इन बरेल लैंग्वेज, वन बाय वन। दिस फर्स्ट बुक इज "इंसान अपने आप को पहच</w:t>
      </w:r>
    </w:p>
    <w:p>
      <w:r>
        <w:rPr>
          <w:b/>
        </w:rPr>
        <w:t xml:space="preserve">[1:08:24] </w:t>
      </w:r>
      <w:r>
        <w:t>" Doctor sahab, isko please launch karein. Jazakallah. "insan apne aap ko pehchan" bahut hi ek mukhtasar si kitab hai, aur Maulana ko bahut pasand thi yeh kitab, aur bahut hi purani hai. Mere khayal se 50-60 saal pehle likhi thi. Ji, so beautiful book. Aur isko Hindi mein, aur woh bhi Braille mein lana, bahut hi bada kaam</w:t>
      </w:r>
    </w:p>
    <w:p>
      <w:pPr>
        <w:jc w:val="right"/>
      </w:pPr>
      <w:r>
        <w:t>ान"। डॉक्टर साहब, इसको प्लीज लॉन्च करें। जजाकल्लाह। "इंसान अपने आप को पहचान" बहुत ही एक मुख्तसर सी किताब है, और मौलाना को बहुत पसंद थी यह किताब, और बहुत ही पुरानी है। मेरे ख्याल से 50-60 साल पहले लिखी थी। जी, सो ब्यूटीफुल बुक। और इसको हिंदी में, और वो भी बरेल में लाना, बहुत ही बड़ा काम</w:t>
      </w:r>
    </w:p>
    <w:p>
      <w:r>
        <w:rPr>
          <w:b/>
        </w:rPr>
        <w:t xml:space="preserve">[1:08:45] </w:t>
      </w:r>
      <w:r>
        <w:t>hai. Ismein doctor Stuti Malhotra aur Vikrant Dagar ne khaas taur se pehal ki hai, aur inhone jaakar wahan jo blind school hai, wahan gaye, aur wahan yeh jaakar banwaya. To masha Allah, yeh bahut achha hai. Isko hum log promote karenge, khaas taur se jo blind centers hain, wahan wahan ki library mein pahunch jaye, to yeh bahut bada kaam ho jayega. Jaza</w:t>
      </w:r>
    </w:p>
    <w:p>
      <w:pPr>
        <w:jc w:val="right"/>
      </w:pPr>
      <w:r>
        <w:t>है। इसमें डॉक्टर स्तुति मलोतरा और विक्रांत डागर ने खास तौर से पहल की है, और इन्होंने जाकर वहां जो ब्लाइंड स्कूल है, वहां गए, और वहां यह जाकर बनवाया। तो माशाल्लाह, यह बहुत अच्छा है। इसको हम लोग प्रमोट करेंगे, खास तौर से जो ब्लाइंड सेंटर्स हैं, वहां वहां की लाइब्रेरी में पहुंच जाए, तो यह बहुत बड़ा काम हो जाएगा। जजा</w:t>
      </w:r>
    </w:p>
    <w:p>
      <w:r>
        <w:rPr>
          <w:b/>
        </w:rPr>
        <w:t xml:space="preserve">[1:09:07] </w:t>
      </w:r>
      <w:r>
        <w:t>kallah. Ji, aur yeh doctor sahab, chhoti book mein bhi nahi aa sakta. Isliye jo dekh rahe hain, taake yeh thoda sa bade font mein hi aata hai, kyunke yeh Braille language hai. Ji, ji, jo doosri kitab hai, it is "Ishwar aur Insan". "Ishwar aur Insan" Khuda aur Insan ka tarjuma hai. Yeh bhi Maulana ki bahut hi purani aur badi aham kitab hai. Isko Braille mein, masha Allah, mujhe behad khushi ho rahi hai release karte hue,</w:t>
      </w:r>
    </w:p>
    <w:p>
      <w:pPr>
        <w:jc w:val="right"/>
      </w:pPr>
      <w:r>
        <w:t>कल्लाह। जी, और यह डॉक्टर साहब, छोटी बुक में भी नहीं आ सकता। इसलिए जो देख रहे हैं, ताकि यह थोड़ा सा बड़े फंट में ही आता है, क्योंकि यह बरेल लैंग्वेज है। जी, जी, जो दूसरी किताब है, इट इज "ईश्वर और इंसान"। "ईश्वर और इंसान" खुदा और इंसान का तरजुमा है। यह भी मौलाना की बहुत ही पुरानी और बड़ी अहम किताब है। इसको बरेल में, माशाल्लाह, मुझे बेहद खुशी हो रही है रिलीज करते हुए,</w:t>
      </w:r>
    </w:p>
    <w:p>
      <w:r>
        <w:rPr>
          <w:b/>
        </w:rPr>
        <w:t xml:space="preserve">[1:09:36] </w:t>
      </w:r>
      <w:r>
        <w:t>aur Allah taala un logon ko ajar azeem de jinhone ismein koshish ki. Aur Allah kare ke yeh sahi jagah par pahunche, aur logon ko isse faida pahunche, Inshallah. Ek aur jo important title hai, which is "Maut ki Yaad". Rasool Allah ne ek martaba kaha bhi ke "death demolishes all desires". In fact, people take death as negative</w:t>
      </w:r>
    </w:p>
    <w:p>
      <w:pPr>
        <w:jc w:val="right"/>
      </w:pPr>
      <w:r>
        <w:t>और अल्लाह ताला उन लोगों को अजर अजीम दे जिन्होंने इसमें कोशिश की। और अल्लाह करे कि यह सही जगह पर पहुंचे, और लोगों को इससे फायदा पहुंचे, इंशाल्लाह। एक और जो इंपॉर्टेंट टाइटल है, व्हिच इज "मौत की याद"। रसूलल्लाह ने एक मर्तबा कहा भी कि "डेथ डिमोलिश ऑल डिजायर्स"। इनफैक्ट, पीपल टेक डेथ एज नेगेटिव</w:t>
      </w:r>
    </w:p>
    <w:p>
      <w:r>
        <w:rPr>
          <w:b/>
        </w:rPr>
        <w:t xml:space="preserve">[1:09:58] </w:t>
      </w:r>
      <w:r>
        <w:t>It should not be taken as negative. As Hazrat Aisha also rightly said that death precedes meeting a with Allah. To woh to lamha sab logon ke liye ek sabse achha lamha hoga. To yeh kitab "Maut ki Yaad" isko main doctor sahab ko request karunga ke woh usko launch karein. Zaroor, aapne bahut achhi hadees abhi batai ke "demolisher of pleasure". Hadim lazzat al mau</w:t>
      </w:r>
    </w:p>
    <w:p>
      <w:pPr>
        <w:jc w:val="right"/>
      </w:pPr>
      <w:r>
        <w:t>। इट शुड नॉट बी टेकन एज नेगेटिव। एज हजरत आयशा आल्सो राइटली सेड दैट डेथ प्रीसीड्स मीटिंग अ विद अल्लाह। तो वो तो लम्हा सब लोगों के लिए एक सबसे अच्छा लम्हा होगा। तो यह किताब "मौत की याद" इसको मैं डॉक्टर साहब को रिक्वेस्ट करूंगा कि वह उसको लॉन्च करें। जरूर, आपने बहुत अच्छी हदीस अभी बताई कि "डिमोलिशर ऑफ प्लेजर"। हादम लज्जात अल मौ</w:t>
      </w:r>
    </w:p>
    <w:p>
      <w:r>
        <w:rPr>
          <w:b/>
        </w:rPr>
        <w:t xml:space="preserve">[1:10:26] </w:t>
      </w:r>
      <w:r>
        <w:t>t, yeh bahut hi achhi hadees hai. Aur yeh kitab "Maut ki Yaad" is lihaz se bahut aham hai ke insan ghafil hai. Ji, maut se jab tak ke maut nahi aati, uski woh samajhta hai ke woh hazaron saal ke liye yahan rahega. Ji, aur maut kisi waqt bhi aake unexpected uska khatma</w:t>
      </w:r>
    </w:p>
    <w:p>
      <w:pPr>
        <w:jc w:val="right"/>
      </w:pPr>
      <w:r>
        <w:t>त, यह बहुत ही अच्छी हदीस है। और यह किताब "मौत की याद" इस लिहाज से बहुत अहम है कि इंसान गाफिल है। जी, मौत से जब तक कि मौत नहीं आती, उसकी वह समझता है कि वह हजारों साल के लिए यहां रहेगा। जी, और मौत किसी वक्त भी आके अनएक्सपेक्टेड उसका खात्मा</w:t>
      </w:r>
    </w:p>
    <w:p>
      <w:r>
        <w:rPr>
          <w:b/>
        </w:rPr>
        <w:t xml:space="preserve">[1:10:48] </w:t>
      </w:r>
      <w:r>
        <w:t>kar deti hai.</w:t>
      </w:r>
    </w:p>
    <w:p>
      <w:pPr>
        <w:jc w:val="right"/>
      </w:pPr>
      <w:r>
        <w:t>कर देती है।</w:t>
      </w:r>
    </w:p>
    <w:p>
      <w:r>
        <w:rPr>
          <w:b/>
        </w:rPr>
        <w:t xml:space="preserve">[1:10:48] </w:t>
      </w:r>
      <w:r>
        <w:t>to insan ko chahiye ke woh is se pehle kuch kaam kare ke woh uska aakhri lamha aa jaye.</w:t>
      </w:r>
    </w:p>
    <w:p>
      <w:pPr>
        <w:jc w:val="right"/>
      </w:pPr>
      <w:r>
        <w:t>तो इंसान को चाहिए कि वो इससे पहले कुछ काम करे कि वो उसका आखिरी लम्हा आ जाए।</w:t>
      </w:r>
    </w:p>
    <w:p>
      <w:r>
        <w:rPr>
          <w:b/>
        </w:rPr>
        <w:t xml:space="preserve">[1:10:55] </w:t>
      </w:r>
      <w:r>
        <w:t>to allah taala jaza khair de.</w:t>
      </w:r>
    </w:p>
    <w:p>
      <w:pPr>
        <w:jc w:val="right"/>
      </w:pPr>
      <w:r>
        <w:t>तो अल्लाह ताला जजा खैर दे।</w:t>
      </w:r>
    </w:p>
    <w:p>
      <w:r>
        <w:rPr>
          <w:b/>
        </w:rPr>
        <w:t xml:space="preserve">[1:10:57] </w:t>
      </w:r>
      <w:r>
        <w:t>ji, doctor sahib, maulana se milne bhi log aate the, to aksar puchte the ke "secret of success"</w:t>
      </w:r>
    </w:p>
    <w:p>
      <w:pPr>
        <w:jc w:val="right"/>
      </w:pPr>
      <w:r>
        <w:t>जी, डॉक्टर साहब, मौलाना से मिलने भी लोग आते थे, तो अक्सर पूछते थे कि "सीक्रेट ऑफ सक्सेस"</w:t>
      </w:r>
    </w:p>
    <w:p>
      <w:r>
        <w:rPr>
          <w:b/>
        </w:rPr>
        <w:t xml:space="preserve">[1:11:03] </w:t>
      </w:r>
      <w:r>
        <w:t>aur unki kai kitabein jo bahut zyada wide padhi bhi gayi, jisse logon ko bahut faida bhi hua.</w:t>
      </w:r>
    </w:p>
    <w:p>
      <w:pPr>
        <w:jc w:val="right"/>
      </w:pPr>
      <w:r>
        <w:t>और उनकी कई किताबें जो बहुत ज्यादा वाइड पढ़ी भी गई, जिससे लोगों को बहुत फायदा भी हुआ।</w:t>
      </w:r>
    </w:p>
    <w:p>
      <w:r>
        <w:rPr>
          <w:b/>
        </w:rPr>
        <w:t xml:space="preserve">[1:11:09] </w:t>
      </w:r>
      <w:r>
        <w:t>people have come out of depression, they found true meaning in their life.</w:t>
      </w:r>
    </w:p>
    <w:p>
      <w:pPr>
        <w:jc w:val="right"/>
      </w:pPr>
      <w:r>
        <w:t>पीपल हैव कम आउट ऑफ डिप्रेशन, दे फाउंड ट्रू मीनिंग इन देयर लाइफ।</w:t>
      </w:r>
    </w:p>
    <w:p>
      <w:r>
        <w:rPr>
          <w:b/>
        </w:rPr>
        <w:t xml:space="preserve">[1:11:13] </w:t>
      </w:r>
      <w:r>
        <w:t>to yeh hindi kitab bhi maulana ki thi "safal jeevan ke siddhantik niyam".</w:t>
      </w:r>
    </w:p>
    <w:p>
      <w:pPr>
        <w:jc w:val="right"/>
      </w:pPr>
      <w:r>
        <w:t>तो यह हिंदी किताब भी मौलाना की थी "सफल जीवन के सिद्धांतिक नियम"।</w:t>
      </w:r>
    </w:p>
    <w:p>
      <w:r>
        <w:rPr>
          <w:b/>
        </w:rPr>
        <w:t xml:space="preserve">[1:11:19] </w:t>
      </w:r>
      <w:r>
        <w:t>Iska bhi tarjuma Bareil language mein ab ho gaya hai. To main doctor sahab, aapko request karunga to launch it.</w:t>
      </w:r>
    </w:p>
    <w:p>
      <w:pPr>
        <w:jc w:val="right"/>
      </w:pPr>
      <w:r>
        <w:t>इसका भी तरजुमा बरेल लैंग्वेज में अब हो गया है। तो मैं डॉक्टर साहब, आपको रिक्वेस्ट करूंगा टू लॉन्च इट।</w:t>
      </w:r>
    </w:p>
    <w:p>
      <w:r>
        <w:rPr>
          <w:b/>
        </w:rPr>
        <w:t xml:space="preserve">[1:11:29] </w:t>
      </w:r>
      <w:r>
        <w:t>Yeh bhi bahut achhi kitab hai "safal jeevan ke siddhantik niyam". Agla title bhi doctor sahab, bahut important hai "saccha rasta". There are so many roads that lead you either to the path of righteousness, or it derails you from</w:t>
      </w:r>
    </w:p>
    <w:p>
      <w:pPr>
        <w:jc w:val="right"/>
      </w:pPr>
      <w:r>
        <w:t>यह भी बहुत अच्छी किताब है "सफल जीवन के सिद्ध सिद्धांतिक नियम"। अगला टाइटल भी डॉक्टर साहब, बहुत इंपॉर्टेंट है "सच्चा रास्ता"। देयर आर सो मेनी रोड्स दैट लीड यू इदर टू द पाथ ऑफ राइच सनेस, और इट डिरे यू फ्रॉम</w:t>
      </w:r>
    </w:p>
    <w:p>
      <w:r>
        <w:rPr>
          <w:b/>
        </w:rPr>
        <w:t xml:space="preserve">[1:11:46] </w:t>
      </w:r>
      <w:r>
        <w:t>that path. To saccha rasta har ek insaan ki ek khwahish hai, aur wo zindagi bhar musalsal uske liye koshish karta hai. To yeh title doctor sahab, aap please launch karein. Ji,</w:t>
      </w:r>
    </w:p>
    <w:p>
      <w:pPr>
        <w:jc w:val="right"/>
      </w:pPr>
      <w:r>
        <w:t>दैट पाथ। तो सच्चा रास्ता हर एक इंसान की एक ख्वाहिश है, और वह जिंदगी भर मुसलसल उसके लिए कोशिश करता है। तो यह टाइटल डॉक्टर साहब, आप प्लीज लॉन्च करें। जी,</w:t>
      </w:r>
    </w:p>
    <w:p>
      <w:r>
        <w:rPr>
          <w:b/>
        </w:rPr>
        <w:t xml:space="preserve">[1:12:02] </w:t>
      </w:r>
      <w:r>
        <w:t>Ji, "saccha rasta" bhi bahut achhi kitab earliest books mein se hai. It was a booklet. Humne ek set banaya tha jis mein paanch kitabein thin. To "saccha rasta" usi ki ek ek ek kitab hai, aur bahut achha hua ke yeh bahut hi basic kitabein hain.</w:t>
      </w:r>
    </w:p>
    <w:p>
      <w:pPr>
        <w:jc w:val="right"/>
      </w:pPr>
      <w:r>
        <w:t>जी, "सच्चा रास्ता" भी बहुत अच्छी किताब अर्लीस्ट बुक्स में से है। इट वाज अ बुकलेट। हमने एक सेट बनाया था जिसमें पांच किताबें थीं। तो "सच्चा रास्ता" उसी की एक एक एक किताब है, और बहुत अच्छा हुआ कि यह बहुत ही बेसिक किताबें हैं।</w:t>
      </w:r>
    </w:p>
    <w:p>
      <w:r>
        <w:rPr>
          <w:b/>
        </w:rPr>
        <w:t xml:space="preserve">[1:12:16] </w:t>
      </w:r>
      <w:r>
        <w:t>Ji, iska jo set tha, wo basic aur yeh bahut zaroori hai "Introduction for Islam". This is a beautiful book for that purpose. Jazakallah. And doctor sahab, last title "Something for which Maulana sahab worked his life all his life tirelessly" shanti ki ore. To main chahunga isko aap launch karein. Mashaallah,</w:t>
      </w:r>
    </w:p>
    <w:p>
      <w:pPr>
        <w:jc w:val="right"/>
      </w:pPr>
      <w:r>
        <w:t>जी, इसका जो सेट था, वह बेसिक और यह बहुत जरूरी है "इंट्रोडक्शन फॉर इस्लाम"। दिस इज अ ब्यूटीफुल बुक फॉर दैट पर्पस। जजाकल्लाह। एंड डॉक्टर साहब, लास्ट टाइटल "समथिंग फॉर व्हिच मौलाना साहब वर्क्ड हिज लाइफ ऑल हिज लाइफ टायरलेसली" शांति की ओर। तो मैं चाहूंगा इसको आप लॉन्च करें। माशाल्लाह,</w:t>
      </w:r>
    </w:p>
    <w:p>
      <w:r>
        <w:rPr>
          <w:b/>
        </w:rPr>
        <w:t xml:space="preserve">[1:12:42] </w:t>
      </w:r>
      <w:r>
        <w:t>Mujhe behad khushi ho rahi hai yeh kitab khaas taur se, chunke peace ke upar hai. Yeh ji</w:t>
      </w:r>
    </w:p>
    <w:p>
      <w:pPr>
        <w:jc w:val="right"/>
      </w:pPr>
      <w:r>
        <w:t>मुझे बेहद खुशी हो रही है यह किताब खास तौर से, चूंकि पीस के ऊपर है। यह जी</w:t>
      </w:r>
    </w:p>
    <w:p>
      <w:r>
        <w:rPr>
          <w:b/>
        </w:rPr>
        <w:t xml:space="preserve">[1:12:46] </w:t>
      </w:r>
      <w:r>
        <w:t>, Maulana ke jaise aapne kaha, Maulana ka mission hi peace tha. Kyunke Maulana kehte the ke agar peace nahi hoga, to da'wati kaam nahi kar sakte. Hum bilkul zahir hai, agar ladai jhagda hota rahe, to aapko jisko pahunchani hai yeh baatein, kaise denge aap?</w:t>
      </w:r>
    </w:p>
    <w:p>
      <w:pPr>
        <w:jc w:val="right"/>
      </w:pPr>
      <w:r>
        <w:t>, मौलाना के जैसे आपने कहा, मौलाना का मिशन ही पीस था। क्योंकि मौलाना कहते थे कि अगर पीस नहीं होगा, तो दावती काम नहीं कर सकते। हम बिल्कुल जाहिर है, अगर लड़ाई झगड़ा होता रहे, तो आपको जिसको पहुंचानी है यह बातें, कैसे देंगे आप?</w:t>
      </w:r>
    </w:p>
    <w:p>
      <w:r>
        <w:rPr>
          <w:b/>
        </w:rPr>
        <w:t xml:space="preserve">[1:13:02] </w:t>
      </w:r>
      <w:r>
        <w:t>To peace se ek normal fiza qayam hoti hai. To is lihaaz se Maulana ne bahut zyada is par wo kiya.</w:t>
      </w:r>
    </w:p>
    <w:p>
      <w:pPr>
        <w:jc w:val="right"/>
      </w:pPr>
      <w:r>
        <w:t>तो पीस से एक नॉर्मल फिजा कायम होती है। तो इस लिहाज से मौलाना ने बहुत ज्यादा इस पर वो किया।</w:t>
      </w:r>
    </w:p>
    <w:p>
      <w:r>
        <w:rPr>
          <w:b/>
        </w:rPr>
        <w:t xml:space="preserve">[1:13:09] </w:t>
      </w:r>
      <w:r>
        <w:t>To Allah taala jaza khair de jo yeh bahut kaam hua. Yeh bahut aham kaam hai, aur inshaallah is se logon ko faida hoga. Jazakallah. Thank you doctor sahab for the wonderful session today and launching of the six books of Hindi in Bareil language of Maulana Wahiduddin Khan sahab. We will be back next Sunday at 10:30 am. Thank you for watching CPS International Sunday program.</w:t>
      </w:r>
    </w:p>
    <w:p>
      <w:pPr>
        <w:jc w:val="right"/>
      </w:pPr>
      <w:r>
        <w:t>तो अल्लाह ताला जजा खैर दे जो यह बहुत काम हुआ। यह बहुत अहम काम है, और इंशाल्लाह इससे लोगों को फायदा होगा। जजाकल्लाह। थैंक यू डॉक्टर साहब फॉर द वंडरफुल सेशन टुडे एंड लॉन्चिंग ऑफ द सिक्स बुक्स ऑफ हिंदी इन बरेल लैंग्वेज ऑफ मौलाना वहीदुद्दीन खान साहब। वी विल बी बैक नेक्स्ट संडे एट 10:30 एम। थैंक यू फॉर वाचिंग सीपीएस इंटरनेशनल संडे प्रोग्राम।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