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08 July 2007 - Maulana Wahiduddin Khan</w:t>
      </w:r>
    </w:p>
    <w:p>
      <w:r>
        <w:t>https://www.youtube.com/watch?v=k921gOjkIaw</w:t>
      </w:r>
    </w:p>
    <w:p>
      <w:r>
        <w:rPr>
          <w:b/>
        </w:rPr>
        <w:t xml:space="preserve">[00:13] </w:t>
      </w:r>
      <w:r>
        <w:t>ab jo sawal ka hissa shuru kar rahe hain, is se pehle mein aap ko aik baat kehna chahta hoon ke har baar jab aap class mein aayein to har baar aap yeh sochein ke aaj mujh ko take away kya mila.</w:t>
      </w:r>
    </w:p>
    <w:p>
      <w:pPr>
        <w:jc w:val="right"/>
      </w:pPr>
      <w:r>
        <w:t>اب جو سوال کا حصہ شروع کر رہے ہیں، اس سے پہلے میں آپ کو ایک بات کہنا چاہتا ہوں کہ ہر بار جب آپ کلاس میں آئیں تو ہر بار آپ یہ سوچیں کہ آج مجھ کو ٹیک اوے کیا ملا۔</w:t>
      </w:r>
    </w:p>
    <w:p>
      <w:r>
        <w:rPr>
          <w:b/>
        </w:rPr>
        <w:t xml:space="preserve">[00:35] </w:t>
      </w:r>
      <w:r>
        <w:t>yani yahan se koi aik baat zaroor le kar jayein aap, aik baat. jaise kal mere paas teen aadmi aaye, woh parhe likhe thay, woh kisi program se lote thay, koi un ke paas take away nahi tha.</w:t>
      </w:r>
    </w:p>
    <w:p>
      <w:pPr>
        <w:jc w:val="right"/>
      </w:pPr>
      <w:r>
        <w:t>یعنی یہاں سے کوئی ایک بات ضرور لے کر جائیں آپ، ایک بات۔ جیسے کل میرے پاس تین آدمی آئے، وہ پڑھے لکھے تھے، وہ کسی پروگرام سے لوٹے تھے، کوئی ان کے پاس ٹیک اوے نہیں تھا۔</w:t>
      </w:r>
    </w:p>
    <w:p>
      <w:r>
        <w:rPr>
          <w:b/>
        </w:rPr>
        <w:t xml:space="preserve">[00:53] </w:t>
      </w:r>
      <w:r>
        <w:t>to mein aap ko yeh aik batata hoon method ke take away ka tareeqa kya hai.</w:t>
      </w:r>
    </w:p>
    <w:p>
      <w:pPr>
        <w:jc w:val="right"/>
      </w:pPr>
      <w:r>
        <w:t>تو میں آپ کو یہ ایک بتاتا ہوں میتھڈ کہ ٹیک اوے کا طریقہ کیا ہے۔</w:t>
      </w:r>
    </w:p>
    <w:p>
      <w:r>
        <w:rPr>
          <w:b/>
        </w:rPr>
        <w:t xml:space="preserve">[01:03] </w:t>
      </w:r>
      <w:r>
        <w:t>jaise aaj jo baatein aap ne suni, is ka take away yeh hai mere nazdeek ke aap koi pooche aap se ke aaj ki class mein to woh kya mila to aap ko kehna chahiye ke yeh mila ke well known saying jo hai ke "there is a woman at the beginning of all great things".</w:t>
      </w:r>
    </w:p>
    <w:p>
      <w:pPr>
        <w:jc w:val="right"/>
      </w:pPr>
      <w:r>
        <w:t>جیسے آج جو باتیں آپ نے سنی، اس کا ٹیک اوے یہ ہے میرے نزدیک کہ آپ کوئی پوچھے آپ سے کہ آج کی کلاس میں تو وہ کیا ملا تو آپ کو کہنا چاہیے کہ یہ ملا کہ ویل نون سینگ جو ہے کہ "دیر از ا وومن ایٹ دا بگننگ آف آل گریٹ تھنگز"۔</w:t>
      </w:r>
    </w:p>
    <w:p>
      <w:r>
        <w:rPr>
          <w:b/>
        </w:rPr>
        <w:t xml:space="preserve">[01:27] </w:t>
      </w:r>
      <w:r>
        <w:t>to yeh zyada better way mein yeh saying is tarah se hai ke "there is a conviction at the beginning of all great things".</w:t>
      </w:r>
    </w:p>
    <w:p>
      <w:pPr>
        <w:jc w:val="right"/>
      </w:pPr>
      <w:r>
        <w:t>تو یہ زیادہ بیٹر وے میں یہ سینگ اس طرح سے ہے کہ "دیر از ا کنوکشن ایٹ دا بگننگ آف آل گریٹ تھنگز"۔</w:t>
      </w:r>
    </w:p>
    <w:p>
      <w:r>
        <w:rPr>
          <w:b/>
        </w:rPr>
        <w:t xml:space="preserve">[01:40] </w:t>
      </w:r>
      <w:r>
        <w:t>"there is a conviction at the beginning of all great things". to conviction jo hai har aik aadmi ke liye sab se bara source, sab se bara asset hai.</w:t>
      </w:r>
    </w:p>
    <w:p>
      <w:pPr>
        <w:jc w:val="right"/>
      </w:pPr>
      <w:r>
        <w:t>"دیر از ا کنوکشن ایٹ دا بگننگ آف آل گریٹ تھنگز"۔ تو کنوکشن جو ہے ہر ایک آدمی کے لیے سب سے بڑا سورس، سب سے بڑا ایسٹ ہے۔</w:t>
      </w:r>
    </w:p>
    <w:p>
      <w:r>
        <w:rPr>
          <w:b/>
        </w:rPr>
        <w:t xml:space="preserve">[01:50] </w:t>
      </w:r>
      <w:r>
        <w:t>conviction hai to aap kuch bhi kar sakte hain, conviction nahi to aap kuch nahi kar sakte. to aaj ka take away mera dekh yeh hai ke "there is a conviction at the beginning of all great things".</w:t>
      </w:r>
    </w:p>
    <w:p>
      <w:pPr>
        <w:jc w:val="right"/>
      </w:pPr>
      <w:r>
        <w:t>کنوکشن ہے تو آپ کچھ بھی کر سکتے ہیں، کنوکشن نہیں تو آپ کچھ نہیں کر سکتے۔ تو آج کا ٹیک اوے میرا دیکھ یہ ہے کہ "دیر از ا کنوکشن ایٹ دا بگننگ آف آل گریٹ تھنگز"۔</w:t>
      </w:r>
    </w:p>
    <w:p>
      <w:r>
        <w:rPr>
          <w:b/>
        </w:rPr>
        <w:t xml:space="preserve">[02:10] </w:t>
      </w:r>
      <w:r>
        <w:t>yeh sawal is from ayesha. molana, how should we thank god?</w:t>
      </w:r>
    </w:p>
    <w:p>
      <w:pPr>
        <w:jc w:val="right"/>
      </w:pPr>
      <w:r>
        <w:t>دس سوال از فرام عائشہ۔ مولانا، ہاؤ شوڈ وی تھینک گاڈ؟</w:t>
      </w:r>
    </w:p>
    <w:p>
      <w:r>
        <w:rPr>
          <w:b/>
        </w:rPr>
        <w:t xml:space="preserve">[02:22] </w:t>
      </w:r>
      <w:r>
        <w:t>mein kahoon ga dil se, munh se bolte rehte hain "alhamdulillah, alhamdulillah" to mein is ko khuda ka shukr ada karna nahi samajhta.</w:t>
      </w:r>
    </w:p>
    <w:p>
      <w:pPr>
        <w:jc w:val="right"/>
      </w:pPr>
      <w:r>
        <w:t>میں کہوں گا دل سے، منہ سے بولتے رہتے ہیں "الحمدللہ، الحمدللہ" تو میں اس کو خدا کا شکر ادا کرنا نہیں سمجھتا۔</w:t>
      </w:r>
    </w:p>
    <w:p>
      <w:r>
        <w:rPr>
          <w:b/>
        </w:rPr>
        <w:t xml:space="preserve">[02:34] </w:t>
      </w:r>
      <w:r>
        <w:t>is liye ke sahaba ke hum nahi dekhte yeh ke baar baar "alhamdulillah" kehte hon woh, jaise ke aaj kal hai. aaj kal to yeh hai ke aap poochein ke bhai aap ne juma ki namaz parhi?</w:t>
      </w:r>
    </w:p>
    <w:p>
      <w:pPr>
        <w:jc w:val="right"/>
      </w:pPr>
      <w:r>
        <w:t>اس لیے کہ صحابہ کے ہم نہیں دیکھتے یہ کہ بار بار "الحمدللہ" کہتے ہوں وہ، جیسے کہ آج کل ہے۔ آج کل تو یہ ہے کہ آپ پوچھیں کہ بھئی آپ نے جمعہ کی نماز پڑھی؟</w:t>
      </w:r>
    </w:p>
    <w:p>
      <w:r>
        <w:rPr>
          <w:b/>
        </w:rPr>
        <w:t xml:space="preserve">[02:46] </w:t>
      </w:r>
      <w:r>
        <w:t>"alhamdulillah" mein falan masjid ja ke parhi. koi pooche ke aaj aap ko quran ki tilawat ki? "alhamdulillah" aaj mein ne quran ki tilawat ki thi. arey haan, baat baat par "alhamdulillah".</w:t>
      </w:r>
    </w:p>
    <w:p>
      <w:pPr>
        <w:jc w:val="right"/>
      </w:pPr>
      <w:r>
        <w:t>"الحمدللہ" میں فلاں مسجد جا کے پڑھا۔ کوئی پوچھے کہ آج آپ کو قرآن کی تلاوت کی؟ "الحمدللہ" آج میں نے قرآن کی تلاوت کی تھی۔ ارے ہاں، بات بات پر "الحمدللہ"۔</w:t>
      </w:r>
    </w:p>
    <w:p>
      <w:r>
        <w:rPr>
          <w:b/>
        </w:rPr>
        <w:t xml:space="preserve">[02:58] </w:t>
      </w:r>
      <w:r>
        <w:t>business ke baray mein poochein ke aaj koi business karta tha? "haan, alhamdulillah" bohat acha business tha. aap ka beta kya karta hai? "alhamdulillah" is ka admission saint columbus mein ho gaya hai.</w:t>
      </w:r>
    </w:p>
    <w:p>
      <w:pPr>
        <w:jc w:val="right"/>
      </w:pPr>
      <w:r>
        <w:t>بزنس کے بارے میں پوچھیں کہ آج کوئی بزنس کرتا تھا؟ "ہاں، الحمدللہ" بہت اچھا بزنس تھا۔ آپ کا بیٹا کیا کرتا ہے؟ "الحمدللہ" اس کا ایڈمیشن سینٹ کولمبس میں ہو گیا ہے۔</w:t>
      </w:r>
    </w:p>
    <w:p>
      <w:r>
        <w:rPr>
          <w:b/>
        </w:rPr>
        <w:t xml:space="preserve">[03:09] </w:t>
      </w:r>
      <w:r>
        <w:t>mein is ko "alhamdulillah" nahi samajhta, is ko sirf lip service samajhta hoon. "alhamdulillah" aik spirit hai, aik storm hai jo aadmi ke dil mein aata hai.</w:t>
      </w:r>
    </w:p>
    <w:p>
      <w:pPr>
        <w:jc w:val="right"/>
      </w:pPr>
      <w:r>
        <w:t>میں اس کو "الحمدللہ" نہیں سمجھتا، اس کو صرف لپ سروس سمجھتا ہوں۔ "الحمدللہ" ایک سپرٹ ہے، ایک سٹارم ہے جو آدمی کے دل میں آتا ہے۔</w:t>
      </w:r>
    </w:p>
    <w:p>
      <w:r>
        <w:rPr>
          <w:b/>
        </w:rPr>
        <w:t xml:space="preserve">[03:20] </w:t>
      </w:r>
      <w:r>
        <w:t>woh zabaan se bhi ada ho sakta hai, zaroori nahi. mein yeh nahi kehta hoon ke zabaan se ada nahi hoga, lekin woh jo zabaan se niklta hai, niklta hai woh woh aik aur hi cheez hota hai.</w:t>
      </w:r>
    </w:p>
    <w:p>
      <w:pPr>
        <w:jc w:val="right"/>
      </w:pPr>
      <w:r>
        <w:t>وہ زبان سے بھی ادا ہو سکتا ہے، ضروری نہیں۔ میں یہ نہیں کہتا ہوں کہ زبان سے ادا نہیں ہوگا، لیکن وہ جو زبان سے نکلتا ہے، نکلتا ہے وہ وہ ایک اور ہی چیز ہوتا ہے۔</w:t>
      </w:r>
    </w:p>
    <w:p>
      <w:r>
        <w:rPr>
          <w:b/>
        </w:rPr>
        <w:t xml:space="preserve">[03:29] </w:t>
      </w:r>
      <w:r>
        <w:t>woh woh aik aur hi cheez hota hai. yeh jo "alhamdulillah" kehte rehte hain aaj kal log, har baat par "alhamdulillah", har baat par "alhamdulillah".</w:t>
      </w:r>
    </w:p>
    <w:p>
      <w:pPr>
        <w:jc w:val="right"/>
      </w:pPr>
      <w:r>
        <w:t>وہ وہ ایک اور ہی چیز ہوتا ہے۔ یہ جو "الحمدللہ" کہتے رہتے ہیں آج کل لوگ، ہر بات پر "الحمدللہ"، ہر بات پر "الحمدللہ"۔</w:t>
      </w:r>
    </w:p>
    <w:p>
      <w:r>
        <w:rPr>
          <w:b/>
        </w:rPr>
        <w:t xml:space="preserve">[03:43] </w:t>
      </w:r>
      <w:r>
        <w:t>yahan tak ke log biryani khayen ge, "alhamdulillah" bari achi biryani hai aaj ki. yeh sab lap service hai. to mein samajhta hoon ke "alhamdulillah" mein samajhta hoon ke shukr yeh hai ke aap ko sach much ehsas ho khuda ki blessing ka,</w:t>
      </w:r>
    </w:p>
    <w:p>
      <w:pPr>
        <w:jc w:val="right"/>
      </w:pPr>
      <w:r>
        <w:t>یہاں تک کہ لوگ بریانی کھائیں گے، "الحمدللہ" بڑی اچھی بریانی ہے آج کی۔ یہ سب لپ سروس ہے۔ تو میں سمجھتا ہوں کہ "الحمدللہ" میں سمجھتا ہوں کہ شکر یہ ہے کہ آپ کو سچ مچ احساس ہو خدا کی بلیسنگ کا،</w:t>
      </w:r>
    </w:p>
    <w:p>
      <w:r>
        <w:rPr>
          <w:b/>
        </w:rPr>
        <w:t xml:space="preserve">[04:00] </w:t>
      </w:r>
      <w:r>
        <w:t>sach much ehsas ho ke kitni bari blessing khuda ki hai. abhi dekhiye, aik latest discovery yeh hui ke aik bohat bari galaxy abhi discover hui hai.</w:t>
      </w:r>
    </w:p>
    <w:p>
      <w:pPr>
        <w:jc w:val="right"/>
      </w:pPr>
      <w:r>
        <w:t>سچ مچ احساس ہو کہ کتنی بڑی بلیسنگ خدا کی ہے۔ ابھی دیکھیے، ایک لیٹسٹ ڈسکوری یہ ہوئی کہ ایک بہت بڑی گلیکسی ابھی ڈسکور ہوئی ہے۔</w:t>
      </w:r>
    </w:p>
    <w:p>
      <w:r>
        <w:rPr>
          <w:b/>
        </w:rPr>
        <w:t xml:space="preserve">[04:12] </w:t>
      </w:r>
      <w:r>
        <w:t>yani itni bari universe pehle se thi jis ko aaj hum abhi tak woh hum is ko nap nahi sakay. ab aik nai nai galaxy, galaxy aap jante hain, galaxy bohat hi bari dunya hoti hai hamari zameen is ke muqable mein to yani kisi ginti mein nahi aati.</w:t>
      </w:r>
    </w:p>
    <w:p>
      <w:pPr>
        <w:jc w:val="right"/>
      </w:pPr>
      <w:r>
        <w:t>یعنی اتنی بڑی یونیورس پہلے سے تھی جس کو آج ہم ابھی تک وہ ہم اس کو ناپ نہیں سکے۔ اب ایک نئی نئی گلیکسی، گلیکسی آپ جانتے ہیں، گلیکسی بہت ہی بڑی دنیا ہوتی ہے ہماری زمین اس کے مقابلے میں تو یعنی کسی گنتی میں نہیں آتی۔</w:t>
      </w:r>
    </w:p>
    <w:p>
      <w:r>
        <w:rPr>
          <w:b/>
        </w:rPr>
        <w:t xml:space="preserve">[04:31] </w:t>
      </w:r>
      <w:r>
        <w:t>billion billion zameenें bhi kam hain is is ke liye. to itni greatness jo khuda ki hai, aur phir sab kis ke liye? aik insan ke liye.</w:t>
      </w:r>
    </w:p>
    <w:p>
      <w:pPr>
        <w:jc w:val="right"/>
      </w:pPr>
      <w:r>
        <w:t>بلین بلین زمینیں بھی کم ہیں اس اس کے لیے۔ تو اتنی گریٹنس جو خدا کی ہے، اور پھر سب کس کے لیے؟ ایک انسان کے لیے۔</w:t>
      </w:r>
    </w:p>
    <w:p>
      <w:r>
        <w:rPr>
          <w:b/>
        </w:rPr>
        <w:t xml:space="preserve">[04:45] </w:t>
      </w:r>
      <w:r>
        <w:t>abhi mein aik tv par aik aik program aa raha tha to yeh log jo space mein jate hain, in ko bohat ajib experience hota hai ke dunya mein itni sari kahkashan hain, itne ziyada stars hain, planets hain, solar system hai,</w:t>
      </w:r>
    </w:p>
    <w:p>
      <w:pPr>
        <w:jc w:val="right"/>
      </w:pPr>
      <w:r>
        <w:t>ابھی میں ایک ٹی وی پر ایک ایک پروگرام آ رہا تھا تو یہ لوگ جو اسپیس میں جاتے ہیں، ان کو بہت عجیب ایکسپیرینس ہوتا ہے کہ دنیا میں اتنی ساری کہکشائیں ہیں، اتنے زیادہ اسٹارز ہیں، پلینٹس ہیں، سولر سسٹم ہے،</w:t>
      </w:r>
    </w:p>
    <w:p>
      <w:r>
        <w:rPr>
          <w:b/>
        </w:rPr>
        <w:t xml:space="preserve">[05:01] </w:t>
      </w:r>
      <w:r>
        <w:t>lekin har taraf life less world hai. kahin bhi kuch nahi, kuch bhi nahi, kahin siwaye ya to aag hai ya ya pathar samajh liye.</w:t>
      </w:r>
    </w:p>
    <w:p>
      <w:pPr>
        <w:jc w:val="right"/>
      </w:pPr>
      <w:r>
        <w:t>لیکن ہر طرف لائف لیس ورلڈ ہے۔ کہیں بھی کچھ نہیں، کچھ بھی نہیں، کہیں سوائے یا تو آگ ہے یا یا پتھر سمجھ لیے۔</w:t>
      </w:r>
    </w:p>
    <w:p>
      <w:r>
        <w:rPr>
          <w:b/>
        </w:rPr>
        <w:t xml:space="preserve">[05:13] </w:t>
      </w:r>
      <w:r>
        <w:t>planets kya hain? woh pathar hain, stars kya hain? aag hain, aur is ka is ka kuch nahi. sirf zameen jo hai, choti si zameen, yeh planet earth, yahin par sab kuch hai.</w:t>
      </w:r>
    </w:p>
    <w:p>
      <w:pPr>
        <w:jc w:val="right"/>
      </w:pPr>
      <w:r>
        <w:t>پلینٹس کیا ہیں؟ وہ پتھر ہیں، اسٹارز کیا ہیں؟ آگ ہیں، اور اس کا اس کا کچھ نہیں۔ صرف زمین جو ہے، چھوٹی سی زمین، یہ پلینٹ ارتھ، یہیں پر سب کچھ ہے۔</w:t>
      </w:r>
    </w:p>
    <w:p>
      <w:r>
        <w:rPr>
          <w:b/>
        </w:rPr>
        <w:t xml:space="preserve">[05:24] </w:t>
      </w:r>
      <w:r>
        <w:t>to is ne aik word use kiya tha ke woh "right materials at right place".</w:t>
      </w:r>
    </w:p>
    <w:p>
      <w:pPr>
        <w:jc w:val="right"/>
      </w:pPr>
      <w:r>
        <w:t>تو اس نے ایک ورڈ یوز کیا تھا کہ وہ "رائٹ مٹیریلز ایٹ رائٹ پلیس"۔</w:t>
      </w:r>
    </w:p>
    <w:p>
      <w:r>
        <w:rPr>
          <w:b/>
        </w:rPr>
        <w:t xml:space="preserve">[05:37] </w:t>
      </w:r>
      <w:r>
        <w:t>yeh sari chezen yani oxygen hai, water hai, sun light hai, aur yeh billion billion chezen hain jis ki wajah se hum dunya mein zinda hain,</w:t>
      </w:r>
    </w:p>
    <w:p>
      <w:pPr>
        <w:jc w:val="right"/>
      </w:pPr>
      <w:r>
        <w:t>یہ ساری چیزیں یعنی اکسیجن ہے، واٹر ہے، سن لائٹ ہے، اور یہ بلین بلین چیزیں ہیں جس کی وجہ سے ہم دنیا میں زندہ ہیں،</w:t>
      </w:r>
    </w:p>
    <w:p>
      <w:r>
        <w:rPr>
          <w:b/>
        </w:rPr>
        <w:t xml:space="preserve">[05:50] </w:t>
      </w:r>
      <w:r>
        <w:t>aur sab kuch insan ke liye. jahan insan hai, wahin yeh sari chezen hain. jahan insan nahi hai, wahan kuch bhi nahi hai.</w:t>
      </w:r>
    </w:p>
    <w:p>
      <w:pPr>
        <w:jc w:val="right"/>
      </w:pPr>
      <w:r>
        <w:t>اور سب کچھ انسان کے لیے۔ جہاں انسان ہے، وہیں یہ ساری چیزیں ہیں۔ جہاں انسان نہیں ہے، وہاں کچھ بھی نہیں ہے۔</w:t>
      </w:r>
    </w:p>
    <w:p>
      <w:r>
        <w:rPr>
          <w:b/>
        </w:rPr>
        <w:t xml:space="preserve">[06:01] </w:t>
      </w:r>
      <w:r>
        <w:t>to kaha is ki anokhi baat hai ke aap sochen ke khuda ka kitna bara ehsan hai ke sari universe mein jo chezen nahi khuda ne provide kin, woh mere liye provide ki hain.</w:t>
      </w:r>
    </w:p>
    <w:p>
      <w:pPr>
        <w:jc w:val="right"/>
      </w:pPr>
      <w:r>
        <w:t>تو کہا اس کی انوکھی بات ہے کہ آپ سوچیں کہ خدا کا کتنا بڑا احسان ہے کہ ساری یونیورس میں جو چیزیں نہیں خدا نے پرووائیڈ کیں، وہ میرے لیے پرووائیڈ کی ہیں۔</w:t>
      </w:r>
    </w:p>
    <w:p>
      <w:r>
        <w:rPr>
          <w:b/>
        </w:rPr>
        <w:t xml:space="preserve">[06:13] </w:t>
      </w:r>
      <w:r>
        <w:t>bas mein bol raha hoon, aap sun rahe hain, yeh sirf yahi possible hai, kahin aur nahi possible hai. aap chand par aisa nahi kar sakte, aap aap aap bolen to koi sune, kyunke wahan air nahi hai.</w:t>
      </w:r>
    </w:p>
    <w:p>
      <w:pPr>
        <w:jc w:val="right"/>
      </w:pPr>
      <w:r>
        <w:t>بس میں بول رہا ہوں، آپ سن رہے ہیں، یہ صرف یہی پاسیبل ہے، کہیں اور نہیں پاسیبل ہے۔ آپ چاند پر ایسا نہیں کر سکتے، آپ آپ آپ بولیں تو کوئی سنے، کیونکہ وہاں ایئر نہیں ہے۔</w:t>
      </w:r>
    </w:p>
    <w:p>
      <w:r>
        <w:rPr>
          <w:b/>
        </w:rPr>
        <w:t xml:space="preserve">[06:26] </w:t>
      </w:r>
      <w:r>
        <w:t>aap sochen ke sari universe mein kahin yeh phenomena nahi hai. aik admi bolay, doosra admi sune to aap ko itna bara thrill aye ga ke aap bilkul zuban band ho jaye gi.</w:t>
      </w:r>
    </w:p>
    <w:p>
      <w:pPr>
        <w:jc w:val="right"/>
      </w:pPr>
      <w:r>
        <w:t>آپ سوچیں کہ ساری یونیورس میں کہیں یہ فیناومینا نہیں ہے۔ ایک آدمی بولے، دوسرا آدمی سنے تو آپ کو اتنا بڑا تھرل آئے گا کہ آپ بالکل زبان بند ہو جائے گی۔</w:t>
      </w:r>
    </w:p>
    <w:p>
      <w:r>
        <w:rPr>
          <w:b/>
        </w:rPr>
        <w:t xml:space="preserve">[06:37] </w:t>
      </w:r>
      <w:r>
        <w:t>yad rakhiye, woh shukr uble ga andar se ke zuban band ho jaye gi, zuban gung ho jaye gi. aap sochen, yeh yeh yeh baat jo hai ke hum baat hum bol rahe hain, aap sun rahe hain,</w:t>
      </w:r>
    </w:p>
    <w:p>
      <w:pPr>
        <w:jc w:val="right"/>
      </w:pPr>
      <w:r>
        <w:t>یاد رکھیے، وہ شکر ابلے گا اندر سے کہ زبان بند ہو جائے گی، زبان گنگ ہو جائے گی۔ آپ سوچیے، یہ یہ یہ بات جو ہے کہ ہم بات ہم بول رہے ہیں، آپ سن رہے ہیں،</w:t>
      </w:r>
    </w:p>
    <w:p>
      <w:r>
        <w:rPr>
          <w:b/>
        </w:rPr>
        <w:t xml:space="preserve">[06:50] </w:t>
      </w:r>
      <w:r>
        <w:t>yeh itna rare phenomena hai ke poori universe mein kahin bhi nahi hai, kisi galaxy mein nahi, kisi solar system mein nahi, kisi planet mein nahi, kyunke kahin air nahi hai.</w:t>
      </w:r>
    </w:p>
    <w:p>
      <w:pPr>
        <w:jc w:val="right"/>
      </w:pPr>
      <w:r>
        <w:t>یہ اتنا ریئر فیناومینا ہے کہ پوری یونیورس میں کہیں بھی نہیں ہے، کسی گلیکسی میں نہیں، کسی سولر سسٹم میں نہیں، کسی پلینٹ میں نہیں، کیونکہ کہیں ایئر نہیں ہے۔</w:t>
      </w:r>
    </w:p>
    <w:p>
      <w:r>
        <w:rPr>
          <w:b/>
        </w:rPr>
        <w:t xml:space="preserve">[07:01] </w:t>
      </w:r>
      <w:r>
        <w:t>air na ho to meri baat nahi sunen ge aap. aap isi aik baat ko agar sochen aap ke kaisa anokha blessing hai khuda ki ke mein sun, mein bol raha hoon, doosra admi sun raha hai, aur is ke ilawa aur billion billion chezen hain, kan ki banawat, zuban ki banawat, dimagh ka sochna,</w:t>
      </w:r>
    </w:p>
    <w:p>
      <w:pPr>
        <w:jc w:val="right"/>
      </w:pPr>
      <w:r>
        <w:t>ایئر نہ ہو تو میری بات نہیں سنیں گے آپ۔ آپ اسی ایک بات کو اگر سوچیں آپ کہ کیسا انوکھا بلیسنگ ہے خدا کی کہ میں سن، میں بول رہا ہوں، دوسرا آدمی سن رہا ہے، اور اس کے علاوہ اور بلین بلین چیزیں ہیں، کان کی بناوٹ، زبان کی بناوٹ، دماغ کا سوچنا،</w:t>
      </w:r>
    </w:p>
    <w:p>
      <w:r>
        <w:rPr>
          <w:b/>
        </w:rPr>
        <w:t xml:space="preserve">[07:19] </w:t>
      </w:r>
      <w:r>
        <w:t>woh sab to hai hi apni jagah par. to shukr jo hai, woh to aik aik samandar ki tarah ubalta hai admi ke andar. samandar aik star marta hai.</w:t>
      </w:r>
    </w:p>
    <w:p>
      <w:pPr>
        <w:jc w:val="right"/>
      </w:pPr>
      <w:r>
        <w:t>وہ سب تو ہے ہی اپنی جگہ پر۔ تو شکر جو ہے، وہ تو ایک ایک سمندر کی طرح ابلتا ہے آدمی کے اندر۔ سمندر ایک اسٹار مارتا ہے۔</w:t>
      </w:r>
    </w:p>
    <w:p>
      <w:r>
        <w:rPr>
          <w:b/>
        </w:rPr>
        <w:t xml:space="preserve">[07:30] </w:t>
      </w:r>
      <w:r>
        <w:t>samandar ke star ko aap lafzon mein bayan kar sakte hain?</w:t>
      </w:r>
    </w:p>
    <w:p>
      <w:pPr>
        <w:jc w:val="right"/>
      </w:pPr>
      <w:r>
        <w:t>سمندر کے اسٹار کو آپ لفظوں میں بیان کر سکتے ہیں؟</w:t>
      </w:r>
    </w:p>
    <w:p>
      <w:r>
        <w:rPr>
          <w:b/>
        </w:rPr>
        <w:t xml:space="preserve">[07:36] </w:t>
      </w:r>
      <w:r>
        <w:t>zaeef, aap samandar ka storm jo hai, woh aap is ko aap kisi word mein bayan kar sakte hain? woh to aap ke mind mein aata hai, aap ke dil mein aata hai, aap ki personality mein aata hai.</w:t>
      </w:r>
    </w:p>
    <w:p>
      <w:pPr>
        <w:jc w:val="right"/>
      </w:pPr>
      <w:r>
        <w:t>ضعیف، آپ سمندر کا اسٹارم جو ہے، وہ آپ اس کو آپ کسی ورڈ میں بیان کر سکتے ہیں؟ وہ تو آپ کے مائنڈ میں آتا ہے، آپ کے دل میں آتا ہے، آپ کی پرسنیلٹی میں آتا ہے۔</w:t>
      </w:r>
    </w:p>
    <w:p>
      <w:r>
        <w:rPr>
          <w:b/>
        </w:rPr>
        <w:t xml:space="preserve">[07:50] </w:t>
      </w:r>
      <w:r>
        <w:t>ab woh jaise koi ubal pare to koi shabd bhi nikal parte hain aap ki zuban se. asal shukr jo hai, woh aik storm hai jo insan ke seenay mein paida hota hai.</w:t>
      </w:r>
    </w:p>
    <w:p>
      <w:pPr>
        <w:jc w:val="right"/>
      </w:pPr>
      <w:r>
        <w:t>اب وہ جیسے کوئی ابل پڑے تو کوئی शब्द بھی نکل پڑتے ہیں آپ کی زبان سے۔ اصل شکر جو ہے، وہ ایک اسٹارم ہے جو انسان کے سینے میں پیدا ہوتا ہے۔</w:t>
      </w:r>
    </w:p>
    <w:p>
      <w:r>
        <w:rPr>
          <w:b/>
        </w:rPr>
        <w:t xml:space="preserve">[08:03] </w:t>
      </w:r>
      <w:r>
        <w:t>woh hai tab, tab to shukr hai, nahi hai to shukr nahi hai.</w:t>
      </w:r>
    </w:p>
    <w:p>
      <w:pPr>
        <w:jc w:val="right"/>
      </w:pPr>
      <w:r>
        <w:t>وہ ہے تب، تب تو شکر ہے، نہیں ہے تو شکر نہیں ہے۔</w:t>
      </w:r>
    </w:p>
    <w:p>
      <w:r>
        <w:rPr>
          <w:b/>
        </w:rPr>
        <w:t xml:space="preserve">[08:09] </w:t>
      </w:r>
      <w:r>
        <w:t>das sawal is from raziya. you used that people wrongly judge truth with respect to social criteria. please elaborate more on this statement.</w:t>
      </w:r>
    </w:p>
    <w:p>
      <w:pPr>
        <w:jc w:val="right"/>
      </w:pPr>
      <w:r>
        <w:t>دس سوال از فرام راضیہ۔ یو سیڈ دیٹ پیپل رونگلی جج ٹروتھ ود ریسپیکٹ ٹو سوشل کرائٹیریا۔ پلیز ایلیبوریٹ مور ان دس سٹیٹمنٹ۔</w:t>
      </w:r>
    </w:p>
    <w:p>
      <w:r>
        <w:rPr>
          <w:b/>
        </w:rPr>
        <w:t xml:space="preserve">[08:25] </w:t>
      </w:r>
      <w:r>
        <w:t>ab jaise aik philosopher ne likha hai ke jo greatest good hai, wahi truth hai. yani society mein sab se ziyada jis jis cheez se faida pohanchay, wahi truth hai.</w:t>
      </w:r>
    </w:p>
    <w:p>
      <w:pPr>
        <w:jc w:val="right"/>
      </w:pPr>
      <w:r>
        <w:t>اب جیسے ایک فلاسفر نے لکھا ہے کہ جو گریٹسٹ گڈ ہے، وہی ٹروتھ ہے۔ یعنی سوسائٹی میں سب سے زیادہ جس جس چیز سے فائدہ پہنچے، وہی ٹروتھ ہے۔</w:t>
      </w:r>
    </w:p>
    <w:p>
      <w:r>
        <w:rPr>
          <w:b/>
        </w:rPr>
        <w:t xml:space="preserve">[08:36] </w:t>
      </w:r>
      <w:r>
        <w:t>ab yeh absurd baat hai, yeh bilkul absurd baat hai.</w:t>
      </w:r>
    </w:p>
    <w:p>
      <w:pPr>
        <w:jc w:val="right"/>
      </w:pPr>
      <w:r>
        <w:t>اب یہ ایبسرٹ بات ہے، یہ بالکل ایبسرٹ بات ہے۔</w:t>
      </w:r>
    </w:p>
    <w:p>
      <w:r>
        <w:rPr>
          <w:b/>
        </w:rPr>
        <w:t xml:space="preserve">[08:44] </w:t>
      </w:r>
      <w:r>
        <w:t>app yani truth aik app, aik absolute cheez hai. society absolute nahi hai, society absolute cheez nahi hai.</w:t>
      </w:r>
    </w:p>
    <w:p>
      <w:pPr>
        <w:jc w:val="right"/>
      </w:pPr>
      <w:r>
        <w:t>ایپ یعنی ٹروتھ ایک ایپ، ایک ایبسولیوٹ چیز ہے۔ سوسائٹی ایبسولیوٹ نہیں ہے، سوسائٹی ایبسولیوٹ چیز نہیں ہے۔</w:t>
      </w:r>
    </w:p>
    <w:p>
      <w:r>
        <w:rPr>
          <w:b/>
        </w:rPr>
        <w:t xml:space="preserve">[08:56] </w:t>
      </w:r>
      <w:r>
        <w:t>to kisi aisi cheez se jo khud absolute nahi hai, us ko aap kaise criteria bana sakte hain? aisi cheez ko judge karne ka jo absolute hai, yeh to possible nahi hai.</w:t>
      </w:r>
    </w:p>
    <w:p>
      <w:pPr>
        <w:jc w:val="right"/>
      </w:pPr>
      <w:r>
        <w:t>تو کسی ایسی چیز سے جو خود ایبسولیوٹ نہیں ہے، اس کو آپ کیسے کرائٹیریا بنا سکتے ہیں؟ ایسی چیز کو جج کرنے کا جو ایبسولیوٹ ہے، یہ تو پاسیبل نہیں ہے۔</w:t>
      </w:r>
    </w:p>
    <w:p>
      <w:r>
        <w:rPr>
          <w:b/>
        </w:rPr>
        <w:t xml:space="preserve">[09:10] </w:t>
      </w:r>
      <w:r>
        <w:t>society to ek ek limited cheez ka naam hai, aur truth to ek universal cheez hai. universal cheez hai, universal cheez hai. is wajah se main nahi samajhta ke society kabhi bhi criteria nikal sakti hai ke truth ko judge karne ka.</w:t>
      </w:r>
    </w:p>
    <w:p>
      <w:pPr>
        <w:jc w:val="right"/>
      </w:pPr>
      <w:r>
        <w:t>سوسائٹی تو ایک ایک لمیٹڈ چیز کا نام ہے، اور ٹروتھ تو ایک یونیورسل چیز ہے۔ یونیورسل چیز ہے، یونیورسل چیز ہے۔ اس وجہ سے میں نہیں سمجھتا کہ سوسائٹی کبھی بھی کرائٹیریا نکال سکتی ہے کہ ٹروتھ کو جج کرنے کا۔</w:t>
      </w:r>
    </w:p>
    <w:p>
      <w:r>
        <w:rPr>
          <w:b/>
        </w:rPr>
        <w:t xml:space="preserve">[09:27] </w:t>
      </w:r>
      <w:r>
        <w:t>truth absolute cheez hai, aur universal thinking chahiye is ko samajhne ke liye aur is ko judge karne ke liye.</w:t>
      </w:r>
    </w:p>
    <w:p>
      <w:pPr>
        <w:jc w:val="right"/>
      </w:pPr>
      <w:r>
        <w:t>ٹروتھ ایبسولیوٹ چیز ہے، اور یونیورسل تھنکنگ چاہیے اس کو سمجھنے کے لیے اور اس کو جج کرنے کے لیے۔</w:t>
      </w:r>
    </w:p>
    <w:p>
      <w:r>
        <w:rPr>
          <w:b/>
        </w:rPr>
        <w:t xml:space="preserve">[09:37] </w:t>
      </w:r>
      <w:r>
        <w:t>yeh sawal hai Muhammad Aslam se. Kamala Das, the prominent writer, embraced Islam a few years ago. Recently she made a statement that she has not been able to get rid of her love for Krishna.</w:t>
      </w:r>
    </w:p>
    <w:p>
      <w:pPr>
        <w:jc w:val="right"/>
      </w:pPr>
      <w:r>
        <w:t>دس سوال از فرام محمد اسلم۔ کملا داس، دی پرومیننٹ رائٹر، ایمبریسڈ اسلام ا فیو ایئرز ایگو۔ ریسنٹلی شی میڈ ا سٹیٹمنٹ دیٹ شی ہیز ناٹ بین ایبل ٹو گیٹ ریڈ اف ہر لو فار کرشنا۔</w:t>
      </w:r>
    </w:p>
    <w:p>
      <w:r>
        <w:rPr>
          <w:b/>
        </w:rPr>
        <w:t xml:space="preserve">[09:52] </w:t>
      </w:r>
      <w:r>
        <w:t>Can such a love co-exist with Islamic faith?</w:t>
      </w:r>
    </w:p>
    <w:p>
      <w:pPr>
        <w:jc w:val="right"/>
      </w:pPr>
      <w:r>
        <w:t>کین سچ ا لو کو ایگزسٹ ود اسلامک فیتھ؟</w:t>
      </w:r>
    </w:p>
    <w:p>
      <w:r>
        <w:rPr>
          <w:b/>
        </w:rPr>
        <w:t xml:space="preserve">[09:57] </w:t>
      </w:r>
      <w:r>
        <w:t>nahi, kabhi bhi nahi. yeh bilkul yeh to ek stepped mind mein do cheezein ekatha ho sakti hain. ab ek Krishna gath ko existence nahi, woh to ek mythology hai, aur God ka existence hai.</w:t>
      </w:r>
    </w:p>
    <w:p>
      <w:pPr>
        <w:jc w:val="right"/>
      </w:pPr>
      <w:r>
        <w:t>نہیں، کبھی بھی نہیں۔ یہ بالکل یہ تو ایک اسٹیپڈ مائنڈ میں دو چیزیں اکٹھا ہو سکتی ہیں۔ اب ایک کرشنا گت کو ایگزسٹنس نہیں، وہ تو ایک مائتھالوجی ہے، اور گاڈ کا ایگزسٹنس ہے۔</w:t>
      </w:r>
    </w:p>
    <w:p>
      <w:r>
        <w:rPr>
          <w:b/>
        </w:rPr>
        <w:t xml:space="preserve">[10:13] </w:t>
      </w:r>
      <w:r>
        <w:t>God ka existence hai, Krishna ka koi existence nahi, woh to ek mythology hai. kaise do cheezein ekatha ho sakti hain? asal mein in ke saath jo tragedy hui, woh main jaanta hoon ke jo Musalman in se mile, woh competent nahi thay is lady ko address karne ke liye.</w:t>
      </w:r>
    </w:p>
    <w:p>
      <w:pPr>
        <w:jc w:val="right"/>
      </w:pPr>
      <w:r>
        <w:t>گاڈ کا ایگزسٹنس ہے، کرشنا کا کوئی ایگزسٹنس نہیں، وہ تو ایک مائتھالوجی ہے۔ کیسے دو چیزیں اکٹھا ہو سکتی ہیں؟ اصل میں ان کے ساتھ جو ٹریجڈی ہوئی، وہ میں جانتا ہوں کہ جو مسلمان ان سے ملے، وہ کمپیٹنٹ نہیں تھے اس لیڈی کو ایڈریس کرنے کے لیے۔</w:t>
      </w:r>
    </w:p>
    <w:p>
      <w:r>
        <w:rPr>
          <w:b/>
        </w:rPr>
        <w:t xml:space="preserve">[10:32] </w:t>
      </w:r>
      <w:r>
        <w:t>jab unhone Islam embrace kiya to wohin se shuru hua. yaani woh reaction mein tha un ka Islam. sach poochhein to un ka Islam jo tha, woh kisi study ke baad nahi hua tha.</w:t>
      </w:r>
    </w:p>
    <w:p>
      <w:pPr>
        <w:jc w:val="right"/>
      </w:pPr>
      <w:r>
        <w:t>جب انہوں نے اسلام ایمبریس کیا تو وہیں سے شروع ہوا۔ یعنی وہ ری ایکشن میں تھا ان کا اسلام۔ سچ پوچھیں تو ان کا اسلام جو تھا، وہ کسی اسٹڈی کے بعد نہیں ہوا تھا۔</w:t>
      </w:r>
    </w:p>
    <w:p>
      <w:r>
        <w:rPr>
          <w:b/>
        </w:rPr>
        <w:t xml:space="preserve">[10:46] </w:t>
      </w:r>
      <w:r>
        <w:t>aisa nahi tha ke unhone study ki, jaise ke Dr. Nishikant Tope, unhone study ki thi, phir Islam ko accept kiya tha. unhone, unhone to aisa hua ke ek ek ek qissa un ki zindagi mein pesh aaya.</w:t>
      </w:r>
    </w:p>
    <w:p>
      <w:pPr>
        <w:jc w:val="right"/>
      </w:pPr>
      <w:r>
        <w:t>ایسا نہیں تھا کہ انہوں نے اسٹڈی کی، جیسے کہ ڈاکٹر نشیکان ٹٹوپادیہ تھے، انہوں نے اسٹڈی کی تھی، پھر اسلام کو ایکسیپٹ کیا تھا۔ انہوں نے، انہوں نے تو ایسا ہوا کہ ایک ایک ایک قصہ ان کی زندگی میں پیش آیا۔</w:t>
      </w:r>
    </w:p>
    <w:p>
      <w:r>
        <w:rPr>
          <w:b/>
        </w:rPr>
        <w:t xml:space="preserve">[11:00] </w:t>
      </w:r>
      <w:r>
        <w:t>ek guru ne kuch aisa kiya tha to us se reaction mein unhone Islam qabool kar liya. ab wahan par Musalmanon ka role tha.</w:t>
      </w:r>
    </w:p>
    <w:p>
      <w:pPr>
        <w:jc w:val="right"/>
      </w:pPr>
      <w:r>
        <w:t>ایک گرو نے کچھ ایسا کیا تھا تو اس سے ری ایکشن میں انہوں نے اسلام قبول کر لیا۔ اب وہاں پر مسلمانوں کا رول تھا۔</w:t>
      </w:r>
    </w:p>
    <w:p>
      <w:r>
        <w:rPr>
          <w:b/>
        </w:rPr>
        <w:t xml:space="preserve">[11:10] </w:t>
      </w:r>
      <w:r>
        <w:t>is lady ne to reaction mein Islam qabool kar liya, lekin Musalmanon ka role tha ke us ko positivity mein convert karein. woh lekin jo un se mile, woh sab bohat hi incompetent log thay, bohat hi insincere log thay.</w:t>
      </w:r>
    </w:p>
    <w:p>
      <w:pPr>
        <w:jc w:val="right"/>
      </w:pPr>
      <w:r>
        <w:t>اس لیڈی نے تو ری ایکشن میں اسلام قبول کر لیا، لیکن مسلمانوں کا رول تھا کہ اس کو پازیٹیوٹی میں کنورٹ کریں۔ وہ لیکن جو ان سے ملے، وہ سب بہت ہی انکمپیٹنٹ لوگ تھے، بہت ہی انسینسیر لوگ تھے۔</w:t>
      </w:r>
    </w:p>
    <w:p>
      <w:r>
        <w:rPr>
          <w:b/>
        </w:rPr>
        <w:t xml:space="preserve">[11:25] </w:t>
      </w:r>
      <w:r>
        <w:t>yahan tak kisi ne shadi ki peshkash ko offer kar diya, us ko invitation de diya. kisi ne kaha ke burqa pehno. bilkul hi bohat hi zyada bura role tha Musalmanon ka is ke silsile mein.</w:t>
      </w:r>
    </w:p>
    <w:p>
      <w:pPr>
        <w:jc w:val="right"/>
      </w:pPr>
      <w:r>
        <w:t>یہاں تک کسی نے شادی کی پیشکش کو آفر کر دیا، اس کو انویٹیشن دے دیا۔ کسی نے کہا کہ برقعہ پہنو۔ بالکل ہی بہت ہی زیادہ برا رول تھا مسلمانوں کا اس کے سلسلے میں۔</w:t>
      </w:r>
    </w:p>
    <w:p>
      <w:r>
        <w:rPr>
          <w:b/>
        </w:rPr>
        <w:t xml:space="preserve">[11:40] </w:t>
      </w:r>
      <w:r>
        <w:t>to yeh reaction after reaction hai. yeh ji haan, main main samajhta hoon ke second thought un ke andar aaya hai ke woh aisa boli boli hain.</w:t>
      </w:r>
    </w:p>
    <w:p>
      <w:pPr>
        <w:jc w:val="right"/>
      </w:pPr>
      <w:r>
        <w:t>تو یہ ری ایکشن افٹر ری ایکشن ہے۔ یہ جی ہاں، میں میں سمجھتا ہوں کہ سیکنڈ تھاٹ ان کے اندر آیا ہے کہ وہ ایسا بولی بولی ہیں۔</w:t>
      </w:r>
    </w:p>
    <w:p>
      <w:r>
        <w:rPr>
          <w:b/>
        </w:rPr>
        <w:t xml:space="preserve">[11:49] </w:t>
      </w:r>
      <w:r>
        <w:t>woh second thought ke is se to acha yahi tha ke main pehle rehti isi mazhab mein. to main bas bataoon ke lady ka qusoor nahi hai, qusoor Musalmanon ka hai jo un se mile aur us ko, yaani incompetent Musalmanon ka, us ke mind ko address nahi kar sake.</w:t>
      </w:r>
    </w:p>
    <w:p>
      <w:pPr>
        <w:jc w:val="right"/>
      </w:pPr>
      <w:r>
        <w:t>وہ سیکنڈ تھاٹ کہ اس سے تو اچھا یہی تھا کہ میں پہلے رہتی اسی مذہب میں۔ تو میں بس بتاؤں کہ لیڈی کا قصور نہیں ہے، قصور مسلمانوں کا ہے جو ان سے ملے اور اس کو، یعنی انکمپیٹنٹ مسلمانوں کا، اس کے مائنڈ کو ایڈریس نہیں کر سکے۔</w:t>
      </w:r>
    </w:p>
    <w:p>
      <w:r>
        <w:rPr>
          <w:b/>
        </w:rPr>
        <w:t xml:space="preserve">[12:08] </w:t>
      </w:r>
      <w:r>
        <w:t>woh woh bohat parhi likhi lady hai, bohat parhi likhi. aur jo log un se mile, main achi tarah main ne parha hai is ke bare mein jo kuch, ek bhi Musalman is qabil nahi tha ke un ke mind ko address kar sake.</w:t>
      </w:r>
    </w:p>
    <w:p>
      <w:pPr>
        <w:jc w:val="right"/>
      </w:pPr>
      <w:r>
        <w:t>وہ وہ بہت پڑھی لکھی لیڈی ہے، بہت پڑھی لکھی۔ اور جو لوگ ان سے ملے، میں اچھی طرح میں نے پڑھا ہے اس کے بارے میں جو کچھ، ایک بھی مسلمان اس قابل نہیں تھا کہ ان کے مائنڈ کو ایڈریس کر سکے۔</w:t>
      </w:r>
    </w:p>
    <w:p>
      <w:r>
        <w:rPr>
          <w:b/>
        </w:rPr>
        <w:t xml:space="preserve">[12:21] </w:t>
      </w:r>
      <w:r>
        <w:t>woh sirf case ko bigada hai. us ne, main samajhta hoon ke ek ek jurm hua hai un ke saath Musalmanon ki taraf se ke us ke us ke faith ko aur aur yaani upar le aate,</w:t>
      </w:r>
    </w:p>
    <w:p>
      <w:pPr>
        <w:jc w:val="right"/>
      </w:pPr>
      <w:r>
        <w:t>وہ صرف کیس کو بگاڑا ہے۔ اس نے، میں سمجھتا ہوں کہ ایک ایک جرم ہوا ہے ان کے ساتھ مسلمانوں کی طرف سے کہ اس کے اس کے فیتھ کو اور اور یعنی اوپر لے آتے،</w:t>
      </w:r>
    </w:p>
    <w:p>
      <w:r>
        <w:rPr>
          <w:b/>
        </w:rPr>
        <w:t xml:space="preserve">[12:35] </w:t>
      </w:r>
      <w:r>
        <w:t>us ko aur yaani dobara doubt mein daal diya. ab main ne suna hai ke is se closer mein rehti hai, woh Musalmanon se phir nahi milti.</w:t>
      </w:r>
    </w:p>
    <w:p>
      <w:pPr>
        <w:jc w:val="right"/>
      </w:pPr>
      <w:r>
        <w:t>اس کو اور یعنی دوبارہ ڈاؤٹ میں ڈال دیا۔ اب میں نے سنا ہے کہ اس سے کلوزر میں رہتی ہے، وہ مسلمانوں سے پھر نہیں ملتی۔</w:t>
      </w:r>
    </w:p>
    <w:p>
      <w:r>
        <w:rPr>
          <w:b/>
        </w:rPr>
        <w:t xml:space="preserve">[12:46] </w:t>
      </w:r>
      <w:r>
        <w:t>woh pehle milti thi, woh aur Musalmanon ne us ko publicity ka zariya hi bana liya. ek zamane mein, agar aap ko yaad ho to, behal bohat hi bura role tha Musalmanon ka is ke silsile mein.</w:t>
      </w:r>
    </w:p>
    <w:p>
      <w:pPr>
        <w:jc w:val="right"/>
      </w:pPr>
      <w:r>
        <w:t>وہ پہلے ملتی تھی، وہ اور مسلمانوں نے اس کو پبلیسٹی کا ذریعہ ہی بنا لیا۔ ایک زمانے میں، اگر آپ کو یاد ہو تو، بہرحال بہت ہی برا رول تھا مسلمانوں کا اس کے سلسلے میں۔</w:t>
      </w:r>
    </w:p>
    <w:p>
      <w:r>
        <w:rPr>
          <w:b/>
        </w:rPr>
        <w:t xml:space="preserve">[13:00] </w:t>
      </w:r>
      <w:r>
        <w:t>kaash koi parha likha, aap ko learned Musalman mila hota, us ko jo us ke mind ko address kar sakta. to aaj woh bohat bara asset hoti hai hamare liye.</w:t>
      </w:r>
    </w:p>
    <w:p>
      <w:pPr>
        <w:jc w:val="right"/>
      </w:pPr>
      <w:r>
        <w:t>کاش کوئی پڑھا لکھا، آپ کو لرنڈ مسلمان ملا ہوتا، اس کو جو اس کے مائنڈ کو ایڈریس کر سکتا۔ تو آج وہ بہت بڑا ایسٹ ہوتی ہے ہمارے لیے۔</w:t>
      </w:r>
    </w:p>
    <w:p>
      <w:r>
        <w:rPr>
          <w:b/>
        </w:rPr>
        <w:t xml:space="preserve">[13:09] </w:t>
      </w:r>
      <w:r>
        <w:t>ab woh asset nahi hai, woh ab woh asset nahi rahi.</w:t>
      </w:r>
    </w:p>
    <w:p>
      <w:pPr>
        <w:jc w:val="right"/>
      </w:pPr>
      <w:r>
        <w:t>اب وہ ایسٹ نہیں ہے، وہ اب وہ ایسٹ نہیں رہی۔</w:t>
      </w:r>
    </w:p>
    <w:p>
      <w:r>
        <w:rPr>
          <w:b/>
        </w:rPr>
        <w:t xml:space="preserve">[13:15] </w:t>
      </w:r>
      <w:r>
        <w:t>This question is from Mrs. Cyril Jhanger. While your emphasis is perfectly true, aren't religions do not preach oneness of truth, but the truth is one.</w:t>
      </w:r>
    </w:p>
    <w:p>
      <w:pPr>
        <w:jc w:val="right"/>
      </w:pPr>
      <w:r>
        <w:t>دس سوال از فرام مسز سرل جھنگر۔ وائل یور ایمفسز از پرفیکٹلی ٹرو، ارین ریلیجنز ڈو ناٹ پریچ مینینس اف ٹروتھ، بٹ دا ٹروتھ از ون۔</w:t>
      </w:r>
    </w:p>
    <w:p>
      <w:r>
        <w:rPr>
          <w:b/>
        </w:rPr>
        <w:t xml:space="preserve">[13:30] </w:t>
      </w:r>
      <w:r>
        <w:t>Learned men speak it by many names.</w:t>
      </w:r>
    </w:p>
    <w:p>
      <w:pPr>
        <w:jc w:val="right"/>
      </w:pPr>
      <w:r>
        <w:t>لرنڈ مین سپیک اٹ بائی مینی نیمز۔</w:t>
      </w:r>
    </w:p>
    <w:p>
      <w:r>
        <w:rPr>
          <w:b/>
        </w:rPr>
        <w:t xml:space="preserve">[13:35] </w:t>
      </w:r>
      <w:r>
        <w:t>dekhein, yeh itna simple nahi hai mamla. main jaanta hoon, asal mein yeh shuru hota hai yahan se ke Mormonism ka concept aur Mormonism ka concept.</w:t>
      </w:r>
    </w:p>
    <w:p>
      <w:pPr>
        <w:jc w:val="right"/>
      </w:pPr>
      <w:r>
        <w:t>دیکھیں، یہ اتنا سمپل نہیں ہے معاملہ۔ میں جانتا ہوں، اصل میں یہ شروع ہوتا ہے یہاں سے کہ مورینزم کا کانسیپٹ اور موریتھیزم کا کانسیپٹ۔</w:t>
      </w:r>
    </w:p>
    <w:p>
      <w:r>
        <w:rPr>
          <w:b/>
        </w:rPr>
        <w:t xml:space="preserve">[13:47] </w:t>
      </w:r>
      <w:r>
        <w:t>jo log yeh baat kehte hain, woh darasal un ka truth ka concept hi doosra hai. woh truth ko koi is tarah nahi samajhte jis tarah se hum samajhte hain. yaani jaise God ka jo concept un ka hai, un ka God ek permeating spirit hai,</w:t>
      </w:r>
    </w:p>
    <w:p>
      <w:pPr>
        <w:jc w:val="right"/>
      </w:pPr>
      <w:r>
        <w:t>جو لوگ یہ بات کہتے ہیں، وہ دراصل ان کا ٹروتھ کا کانسیپٹ ہی دوسرا ہے۔ وہ ٹروتھ کو کوئی اس طرح نہیں سمجھتے جس طرح سے ہم سمجھتے ہیں۔ یعنی جیسے گاڈ کا جو کانسیپٹ ان کا ہے، ان کا گاڈ ایک پرمیٹنگ اسپرٹ ہے،</w:t>
      </w:r>
    </w:p>
    <w:p>
      <w:r>
        <w:rPr>
          <w:b/>
        </w:rPr>
        <w:t xml:space="preserve">[14:01] </w:t>
      </w:r>
      <w:r>
        <w:t>koi being nahi hai. woh log aisi baatein karte hain. yaani woh un ke haan basically woh khud Khuda jo hai, woh ek permeating spirit hai.</w:t>
      </w:r>
    </w:p>
    <w:p>
      <w:pPr>
        <w:jc w:val="right"/>
      </w:pPr>
      <w:r>
        <w:t>کوئی بینگ نہیں ہے۔ وہ لوگ ایسی باتیں کرتے ہیں۔ یعنی وہ ان کے ہاں بیسیکلی وہ خود خدا جو ہے، وہ ایک پرمیٹنگ اسپرٹ ہے۔</w:t>
      </w:r>
    </w:p>
    <w:p>
      <w:r>
        <w:rPr>
          <w:b/>
        </w:rPr>
        <w:t xml:space="preserve">[14:09] </w:t>
      </w:r>
      <w:r>
        <w:t>to truth bhi koi absolute cheez nahi hai in ke haan. jab truth ko aap absolute na manen to aap yahi kahenge. meri study ke mutabiq sirf profit hi yeh bata sakte hain.</w:t>
      </w:r>
    </w:p>
    <w:p>
      <w:pPr>
        <w:jc w:val="right"/>
      </w:pPr>
      <w:r>
        <w:t>تو ٹروتھ بھی کوئی ایبسولیوٹ چیز نہیں ہے ان کے ہاں۔ جب ٹروتھ کو آپ ایبسولیوٹ نہ مانیں تو آپ یہی کہیں گے۔ میری اسٹڈی کے مطابق صرف پرافٹ ہی یہ بتا سکتے ہیں۔</w:t>
      </w:r>
    </w:p>
    <w:p>
      <w:r>
        <w:rPr>
          <w:b/>
        </w:rPr>
        <w:t xml:space="preserve">[14:23] </w:t>
      </w:r>
      <w:r>
        <w:t>yani authentic source jo hai, profit ka source hai. aur doosre log jo bolte hain, woh koi authentic source nahi hai. jin ko aap refer kar rahi hain, un ko main authentic source nahi manta.</w:t>
      </w:r>
    </w:p>
    <w:p>
      <w:pPr>
        <w:jc w:val="right"/>
      </w:pPr>
      <w:r>
        <w:t>یعنی اتھینٹک سورس جو ہے، پرافٹ کا سورس ہے۔ اور دوسرے لوگ جو بولتے ہیں، وہ کوئی اتھینٹک سورس نہیں ہے۔ جن کو آپ ریفر کر رہی ہیں، ان کو میں اتھینٹک سورس نہیں مانتا۔</w:t>
      </w:r>
    </w:p>
    <w:p>
      <w:r>
        <w:rPr>
          <w:b/>
        </w:rPr>
        <w:t xml:space="preserve">[14:34] </w:t>
      </w:r>
      <w:r>
        <w:t>un ko koi right nahi hai bolne ka is maamle mein siwaye profit ke. kyunke mere nazdeek. aur woh bolte hain kahan se? apne apne apne atma se bolte hain.</w:t>
      </w:r>
    </w:p>
    <w:p>
      <w:pPr>
        <w:jc w:val="right"/>
      </w:pPr>
      <w:r>
        <w:t>ان کو کوئی رائٹ نہیں ہے بولنے کا اس معاملے میں سوائے پرافٹ کے۔ کیونکہ میرے نزدیک۔ اور وہ بولتے ہیں کہاں سے؟ اپنے اپنے اپنے اتما سے بولتے ہیں۔</w:t>
      </w:r>
    </w:p>
    <w:p>
      <w:r>
        <w:rPr>
          <w:b/>
        </w:rPr>
        <w:t xml:space="preserve">[14:45] </w:t>
      </w:r>
      <w:r>
        <w:t>aap ki atma jo hai, woh koi authentic source nahi hai.</w:t>
      </w:r>
    </w:p>
    <w:p>
      <w:pPr>
        <w:jc w:val="right"/>
      </w:pPr>
      <w:r>
        <w:t>آپ کی اتما جو ہے، وہ کوئی اتھینٹک سورس نہیں ہے۔</w:t>
      </w:r>
    </w:p>
    <w:p>
      <w:r>
        <w:rPr>
          <w:b/>
        </w:rPr>
        <w:t xml:space="preserve">[14:50] </w:t>
      </w:r>
      <w:r>
        <w:t>aur prophet bolte hain God ki taraf se. Un ke paas koi word of God nahi hota hai. Apni atma meri bol rahi hai. Aisa woh kehte hain. Woh toh bahal do baatein hain.</w:t>
      </w:r>
    </w:p>
    <w:p>
      <w:pPr>
        <w:jc w:val="right"/>
      </w:pPr>
      <w:r>
        <w:t>اور پرافٹ بولتے ہیں گاڈ کی طرف سے۔ ان کے پاس کوئی ورڈ اف گاڈ نہیں ہوتا ہے۔ اپنی اتما میری بول رہی ہے۔ ایسا وہ کہتے ہیں۔ وہ تو بہرحال دو باتیں ہیں۔</w:t>
      </w:r>
    </w:p>
    <w:p>
      <w:r>
        <w:rPr>
          <w:b/>
        </w:rPr>
        <w:t xml:space="preserve">[14:59] </w:t>
      </w:r>
      <w:r>
        <w:t>ek toh yeh hai ke mere nazdeek god ka woh concept jis mein god permeating spirit hota hai aur woh khuda, woh koi uska independent existence nahi hota hai.</w:t>
      </w:r>
    </w:p>
    <w:p>
      <w:pPr>
        <w:jc w:val="right"/>
      </w:pPr>
      <w:r>
        <w:t>ایک تو یہ ہے کہ میرے نزدیک گاڈ کا وہ کانسیپٹ جس میں گاڈ پرمیٹنگ اسپرٹ ہوتا ہے اور وہ خدا، وہ کوئی اس کا انڈیپینڈنٹ ایگزسٹنس نہیں ہوتا ہے۔</w:t>
      </w:r>
    </w:p>
    <w:p>
      <w:r>
        <w:rPr>
          <w:b/>
        </w:rPr>
        <w:t xml:space="preserve">[15:13] </w:t>
      </w:r>
      <w:r>
        <w:t>woh bilkul yani woh us ko, woh woh main nahi manta. us ko woh woh koi scientific concept nahi hai. woh ek pure philosophy hai.</w:t>
      </w:r>
    </w:p>
    <w:p>
      <w:pPr>
        <w:jc w:val="right"/>
      </w:pPr>
      <w:r>
        <w:t>وہ بالکل یعنی وہ اس کو، وہ وہ میں نہیں مانتا۔ اس کو وہ وہ کوئی سائنٹیفک کانسیپٹ نہیں ہے۔ وہ ایک پیور فلاسفی ہے۔</w:t>
      </w:r>
    </w:p>
    <w:p>
      <w:r>
        <w:rPr>
          <w:b/>
        </w:rPr>
        <w:t xml:space="preserve">[15:22] </w:t>
      </w:r>
      <w:r>
        <w:t>woh pure philosophy. aur doosri baat yeh hai ke yeh yeh sirf profit hi ko right hai ke woh bole ke sachai kya hai.</w:t>
      </w:r>
    </w:p>
    <w:p>
      <w:pPr>
        <w:jc w:val="right"/>
      </w:pPr>
      <w:r>
        <w:t>وہ پیور فلاسفی۔ اور دوسری بات یہ ہے کہ یہ یہ صرف پرافٹ ہی کو رائٹ ہے کہ وہ بولے کہ سچائی کیا ہے۔</w:t>
      </w:r>
    </w:p>
    <w:p>
      <w:r>
        <w:rPr>
          <w:b/>
        </w:rPr>
        <w:t xml:space="preserve">[15:31] </w:t>
      </w:r>
      <w:r>
        <w:t>doosre log jo bolte hain to un ko bolne ko right nahi hai. un ko refer kar ke aap nahi keh sakte ke truth ka concept yeh hai. meri study ke mutabiq yeh meri study hai.</w:t>
      </w:r>
    </w:p>
    <w:p>
      <w:pPr>
        <w:jc w:val="right"/>
      </w:pPr>
      <w:r>
        <w:t>دوسرے لوگ جو بولتے ہیں تو ان کو بولنے کو رائٹ نہیں ہے۔ ان کو ریفر کر کے آپ نہیں کہہ سکتے کہ ٹروتھ کا کانسیپٹ یہ ہے۔ میری اسٹڈی کے مطابق یہ میری اسٹڈی ہے۔</w:t>
      </w:r>
    </w:p>
    <w:p>
      <w:r>
        <w:rPr>
          <w:b/>
        </w:rPr>
        <w:t xml:space="preserve">[15:44] </w:t>
      </w:r>
      <w:r>
        <w:t>yeh sawal is from shakeel. please tell us something about zakat.</w:t>
      </w:r>
    </w:p>
    <w:p>
      <w:pPr>
        <w:jc w:val="right"/>
      </w:pPr>
      <w:r>
        <w:t>دس سوال از فرام شکیل۔ پلیز ٹیل اس سمتھنگ اباؤٹ زکوۃ۔</w:t>
      </w:r>
    </w:p>
    <w:p>
      <w:r>
        <w:rPr>
          <w:b/>
        </w:rPr>
        <w:t xml:space="preserve">[15:52] </w:t>
      </w:r>
      <w:r>
        <w:t>dekhen, zakat jo hai, is ka concept yeh hai ke quran mein hai ke wa tu haqqahu yawma hasadih.</w:t>
      </w:r>
    </w:p>
    <w:p>
      <w:pPr>
        <w:jc w:val="right"/>
      </w:pPr>
      <w:r>
        <w:t>دیکھیں، زکوۃ جو ہے، اس کا کانسیپٹ یہ ہے کہ قرآن میں ہے کہ وَتُوْ حَقَّهُ يَوْمَ حَسَادِهِ۔</w:t>
      </w:r>
    </w:p>
    <w:p>
      <w:r>
        <w:rPr>
          <w:b/>
        </w:rPr>
        <w:t xml:space="preserve">[16:04] </w:t>
      </w:r>
      <w:r>
        <w:t>yeh yeh ayat aayi hai ziraat ke bare mein. lekin yeh main samajhta hoon ke ek principle is mein bataya gaya hai. wa tu haqqahu yawma hasadih.</w:t>
      </w:r>
    </w:p>
    <w:p>
      <w:pPr>
        <w:jc w:val="right"/>
      </w:pPr>
      <w:r>
        <w:t>یہ یہ آیت آئی ہے زراعت کے بارے میں۔ لیکن یہ میں سمجھتا ہوں کہ ایک پرنسپل اس میں بتایا گیا ہے۔ وَتُوْ حَقَّهُ يَوْمَ حَسَادِهِ۔</w:t>
      </w:r>
    </w:p>
    <w:p>
      <w:r>
        <w:rPr>
          <w:b/>
        </w:rPr>
        <w:t xml:space="preserve">[16:13] </w:t>
      </w:r>
      <w:r>
        <w:t>yani jo tum ne kamaya hai, us mein khuda ka ek haq hai. kyunke khuda ka jo infrastructure hai, yahan par woh na tumhein mil, woh na mila ho.</w:t>
      </w:r>
    </w:p>
    <w:p>
      <w:pPr>
        <w:jc w:val="right"/>
      </w:pPr>
      <w:r>
        <w:t>یعنی جو تم نے کمایا ہے، اس میں خدا کا ایک حق ہے۔ کیونکہ خدا کا جو انفراسٹرکچر ہے، یہاں پر وہ نہ تمہیں مل، وہ نہ ملا ہو۔</w:t>
      </w:r>
    </w:p>
    <w:p>
      <w:r>
        <w:rPr>
          <w:b/>
        </w:rPr>
        <w:t xml:space="preserve">[16:22] </w:t>
      </w:r>
      <w:r>
        <w:t>khuda ka jo life support system hai, woh tumhein na mila ho to ab tum kuch bhi nahi kar sakte. yani khuda agar light wapas le le, suraj ki light na pahunche zameen tak to aap kaise kamayenge?</w:t>
      </w:r>
    </w:p>
    <w:p>
      <w:pPr>
        <w:jc w:val="right"/>
      </w:pPr>
      <w:r>
        <w:t>خدا کا جو لائف سپورٹ سسٹم ہے، وہ تمہیں نہ ملا ہو تو اب تم کچھ بھی نہیں کر سکتے۔ یعنی خدا اگر لائٹ واپس لے لے، سورج کی لائٹ نہ پہنچے زمین تک تو آپ کیسے کمائیں گے؟</w:t>
      </w:r>
    </w:p>
    <w:p>
      <w:r>
        <w:rPr>
          <w:b/>
        </w:rPr>
        <w:t xml:space="preserve">[16:36] </w:t>
      </w:r>
      <w:r>
        <w:t>kya karenge? kuch bhi nahi kar sakte aap. to khuda ka ek haq hai aap ki kamai mein. ab quran ke mutabiq is ki ek minimum hai, ek maximum hai.</w:t>
      </w:r>
    </w:p>
    <w:p>
      <w:pPr>
        <w:jc w:val="right"/>
      </w:pPr>
      <w:r>
        <w:t>کیا کریں گے؟ کچھ بھی نہیں کر سکتے آپ۔ تو خدا کا ایک حق ہے آپ کی کمائی میں۔ اب قرآن کے مطابق اس کی ایک منیمم ہے، ایک میکسیمم ہے۔</w:t>
      </w:r>
    </w:p>
    <w:p>
      <w:r>
        <w:rPr>
          <w:b/>
        </w:rPr>
        <w:t xml:space="preserve">[16:48] </w:t>
      </w:r>
      <w:r>
        <w:t>minimum yeh hai ke aap apni kamai mein se dhai feesad den. dhai feesad. aur maximum yeh hai ke need se ke siwa jo kuch hai, woh sab de den.</w:t>
      </w:r>
    </w:p>
    <w:p>
      <w:pPr>
        <w:jc w:val="right"/>
      </w:pPr>
      <w:r>
        <w:t>منیمم یہ ہے کہ آپ اپنی کمائی میں سے ڈھائی فیصد دیں۔ ڈھائی فیصد۔ اور میکسیمم یہ ہے کہ نیڈ سے کے سوا جو کچھ ہے، وہ سب دے دیں۔</w:t>
      </w:r>
    </w:p>
    <w:p>
      <w:r>
        <w:rPr>
          <w:b/>
        </w:rPr>
        <w:t xml:space="preserve">[17:01] </w:t>
      </w:r>
      <w:r>
        <w:t>yeh ka to minimum hai dhai feesad dena. kamai ka matlab hai saal ke aakhir mein, us ko kehte hain haulana haul.</w:t>
      </w:r>
    </w:p>
    <w:p>
      <w:pPr>
        <w:jc w:val="right"/>
      </w:pPr>
      <w:r>
        <w:t>یہ کا تو منیمم ہے ڈھائی فیصد دینا۔ کمائی کا مطلب ہے سال کے آخر میں، اس کو کہتے ہیں حولان حول۔</w:t>
      </w:r>
    </w:p>
    <w:p>
      <w:r>
        <w:rPr>
          <w:b/>
        </w:rPr>
        <w:t xml:space="preserve">[17:11] </w:t>
      </w:r>
      <w:r>
        <w:t>saal ke aakhir mein jo aap ke paas hai, us mein se dhai feesad. aur aur maximum yeh hai ke apni need jo hai, basic need, basic need ke baad jo kuch hai, woh sab aap khuda ke raaste mein de den.</w:t>
      </w:r>
    </w:p>
    <w:p>
      <w:pPr>
        <w:jc w:val="right"/>
      </w:pPr>
      <w:r>
        <w:t>سال کے آخر میں جو آپ کے پاس ہے، اس میں سے ڈھائی فیصد۔ اور اور میکسیمم یہ ہے کہ اپنی نیڈ جو ہے، بیسک نیڈ، بیسک نیڈ کے بعد جو کچھ ہے، وہ سب آپ خدا کے راستے میں دے دیں۔</w:t>
      </w:r>
    </w:p>
    <w:p>
      <w:r>
        <w:rPr>
          <w:b/>
        </w:rPr>
        <w:t xml:space="preserve">[17:27] </w:t>
      </w:r>
      <w:r>
        <w:t>yeh yeh do concept hain.</w:t>
      </w:r>
    </w:p>
    <w:p>
      <w:pPr>
        <w:jc w:val="right"/>
      </w:pPr>
      <w:r>
        <w:t>یہ یہ دو کانسیپٹ ہیں۔</w:t>
      </w:r>
    </w:p>
    <w:p>
      <w:r>
        <w:rPr>
          <w:b/>
        </w:rPr>
        <w:t xml:space="preserve">[17:31] </w:t>
      </w:r>
      <w:r>
        <w:t>yeh sawal is from mr SSA Zaidi. according to a hadith, Allah loves his banda more than the love of seventy mothers, but many of these people are in trouble today.</w:t>
      </w:r>
    </w:p>
    <w:p>
      <w:pPr>
        <w:jc w:val="right"/>
      </w:pPr>
      <w:r>
        <w:t>دس سوال از فرام مسٹر ایس ایس اے زیدی۔ اکارڈنگ ٹو ا حدیث، اللہ لوز ہز بندہ مور دین دی لو اف سیونٹی مدرز، بٹ مینی اف دیز پیپل ار ان ٹربل ٹوڈے۔</w:t>
      </w:r>
    </w:p>
    <w:p>
      <w:r>
        <w:rPr>
          <w:b/>
        </w:rPr>
        <w:t xml:space="preserve">[17:48] </w:t>
      </w:r>
      <w:r>
        <w:t>why is it that Allah is not doing anything to free them from that trouble?</w:t>
      </w:r>
    </w:p>
    <w:p>
      <w:pPr>
        <w:jc w:val="right"/>
      </w:pPr>
      <w:r>
        <w:t>وائی از اٹ دیٹ اللہ از ناٹ ڈوئنگ اینی تھنگ ٹو فری دیم فرام دیٹ ٹربل؟</w:t>
      </w:r>
    </w:p>
    <w:p>
      <w:r>
        <w:rPr>
          <w:b/>
        </w:rPr>
        <w:t xml:space="preserve">[17:54] </w:t>
      </w:r>
      <w:r>
        <w:t>dekhen, yeh toh ek myth hai, jo trouble mein hai, wahi zyada blessing mein hai. aur jo affluence mein hai, woh sab zyada buri halat mein hai.</w:t>
      </w:r>
    </w:p>
    <w:p>
      <w:pPr>
        <w:jc w:val="right"/>
      </w:pPr>
      <w:r>
        <w:t>دیکھیں، یہ تو ایک متھ ہے۔ جو ٹربل میں ہے، وہی زیادہ بلیسنگ میں ہے۔ اور جو افلوئنس میں ہے، وہ سب زیادہ بری حالت میں ہے۔</w:t>
      </w:r>
    </w:p>
    <w:p>
      <w:r>
        <w:rPr>
          <w:b/>
        </w:rPr>
        <w:t xml:space="preserve">[18:05] </w:t>
      </w:r>
      <w:r>
        <w:t>aap ne shayad logon se mulaqaten nahi ki hain. mujh ko le chaliye aap kisi bhi rich aadmi ke paas, yahi delhi mein. aur main bataunga aap ko, bilkul stepped hai.</w:t>
      </w:r>
    </w:p>
    <w:p>
      <w:pPr>
        <w:jc w:val="right"/>
      </w:pPr>
      <w:r>
        <w:t>آپ نے شاید لوگوں سے ملاقاتیں نہیں کی ہیں۔ مجھ کو لے چلیے آپ کسی بھی رچ آدمی کے پاس، یہی دلی میں۔ اور میں بتاؤں گا آپ کو، بالکل اسٹیپڈ ہے۔</w:t>
      </w:r>
    </w:p>
    <w:p>
      <w:r>
        <w:rPr>
          <w:b/>
        </w:rPr>
        <w:t xml:space="preserve">[18:13] </w:t>
      </w:r>
      <w:r>
        <w:t>woh bilkul stepped. har rich aadmi stepped hai. kyun? zindagi ka challenge is ne nahi saha. zindagi ek challenge hai.</w:t>
      </w:r>
    </w:p>
    <w:p>
      <w:pPr>
        <w:jc w:val="right"/>
      </w:pPr>
      <w:r>
        <w:t>وہ بالکل اسٹیپڈ۔ ہر رچ آدمی اسٹیپڈ ہے۔ کیوں؟ زندگی کا چیلنج اس نے نہیں سہا۔ زندگی ایک چیلنج ہے۔</w:t>
      </w:r>
    </w:p>
    <w:p>
      <w:r>
        <w:rPr>
          <w:b/>
        </w:rPr>
        <w:t xml:space="preserve">[18:24] </w:t>
      </w:r>
      <w:r>
        <w:t>challenge ke baghair aap ka development nahi hota. jo rich hain, jo log, woh challenge se door, sau feesad par baithe hue hain, kha pee rahe hain, khali sharab pee kar ke magan ho rahe hain.</w:t>
      </w:r>
    </w:p>
    <w:p>
      <w:pPr>
        <w:jc w:val="right"/>
      </w:pPr>
      <w:r>
        <w:t>چیلنج کے بغیر آپ کا ڈیویلپمنٹ نہیں ہوتا۔ جو رچ ہیں، جو لوگ، وہ چیلنج سے دور، سو فیصد پر بیٹھے ہوئے ہیں، کھا پی رہے ہیں، خالی شراب پی کر کے مگن ہو رہے ہیں۔</w:t>
      </w:r>
    </w:p>
    <w:p>
      <w:r>
        <w:rPr>
          <w:b/>
        </w:rPr>
        <w:t xml:space="preserve">[18:39] </w:t>
      </w:r>
      <w:r>
        <w:t>in ka sab se bara jo las in ko hota hai, woh yeh hota hai ke intellectual development in ka ruk jata hai. is ka aik example mein deta hoon ke affluence gharane mein se koi, koi doctor abdul karam nikla, jis ne india ko atomic energy di ho.</w:t>
      </w:r>
    </w:p>
    <w:p>
      <w:pPr>
        <w:jc w:val="right"/>
      </w:pPr>
      <w:r>
        <w:t>ان کا سب سے بڑا جو لاس ان کو ہوتا ہے، وہ یہ ہوتا ہے کہ انٹلیکچول ڈیویلپمنٹ ان کا رک جاتا ہے۔ اس کا ایک ایگزیمپل میں دیتا ہوں کہ افلوئنس گھرانے میں سے کوئی، کوئی ڈاکٹر عبدالکرام نکلا، جس نے انڈیا کو ایٹامک انرجی دی ہو۔</w:t>
      </w:r>
    </w:p>
    <w:p>
      <w:r>
        <w:rPr>
          <w:b/>
        </w:rPr>
        <w:t xml:space="preserve">[18:55] </w:t>
      </w:r>
      <w:r>
        <w:t>mujhe bataiye, india mein karoron lakhpati crore pati hain, aik se aik affluence log hain. kisi affluence gharane mein se koi nikla, jis ne koi bari scientific theory di ho.</w:t>
      </w:r>
    </w:p>
    <w:p>
      <w:pPr>
        <w:jc w:val="right"/>
      </w:pPr>
      <w:r>
        <w:t>مجھے بتائیے، انڈیا میں کروڑوں لکھپتی کروڑ پتی ہیں، ایک سے ایک افلوئنس لوگ ہیں۔ کسی افلوئنس گھرانے میں سے کوئی نکلا، جس نے کوئی بڑی سائنٹیفک تھیوری دی ہو۔</w:t>
      </w:r>
    </w:p>
    <w:p>
      <w:r>
        <w:rPr>
          <w:b/>
        </w:rPr>
        <w:t xml:space="preserve">[19:08] </w:t>
      </w:r>
      <w:r>
        <w:t>raman ne ghareeq gharane mein paida hua, jis ne jo jis ko nobel prize mila tha. kharana ghareeq gharane mein paida hua, jis ko nobel prize mila tha.</w:t>
      </w:r>
    </w:p>
    <w:p>
      <w:pPr>
        <w:jc w:val="right"/>
      </w:pPr>
      <w:r>
        <w:t>رمن نے غریق گھرانے میں پیدا ہوا، جس نے جو جس کو نوبل پرائز ملا تھا۔ کھرانہ غریق گھرانے میں پیدا ہوا، جس کو نوبل پرائز ملا تھا۔</w:t>
      </w:r>
    </w:p>
    <w:p>
      <w:r>
        <w:rPr>
          <w:b/>
        </w:rPr>
        <w:t xml:space="preserve">[19:18] </w:t>
      </w:r>
      <w:r>
        <w:t>doctor abdul kalam aik ghareeb gharane mein paida hue, jinhon ne india ko atomic energy di. yeh to aik kahi, aik kahi hui baat hai, aik chali hui baat hai, myth hai.</w:t>
      </w:r>
    </w:p>
    <w:p>
      <w:pPr>
        <w:jc w:val="right"/>
      </w:pPr>
      <w:r>
        <w:t>ڈاکٹر عبدالکلام ایک غریب گھرانے میں پیدا ہوئے، جنہوں نے انڈیا کو ایٹامک انرجی دی۔ یہ تو ایک کہی، ایک کہی ہوئی بات ہے، ایک چلی ہوئی بات ہے، متھ ہے۔</w:t>
      </w:r>
    </w:p>
    <w:p>
      <w:r>
        <w:rPr>
          <w:b/>
        </w:rPr>
        <w:t xml:space="preserve">[19:29] </w:t>
      </w:r>
      <w:r>
        <w:t>aik sab se zyada blessed log woh log hain jo museebaton mein hain, jo suffering mein hain, jin ko trouble paish aata hai.</w:t>
      </w:r>
    </w:p>
    <w:p>
      <w:pPr>
        <w:jc w:val="right"/>
      </w:pPr>
      <w:r>
        <w:t>ایک سب سے زیادہ بلیسڈ لوگ وہ لوگ ہیں جو مصیبتوں میں ہیں، جو سفرنگ میں ہیں، جن کو ٹربل پیش آتا ہے۔</w:t>
      </w:r>
    </w:p>
    <w:p>
      <w:r>
        <w:rPr>
          <w:b/>
        </w:rPr>
        <w:t xml:space="preserve">[19:37] </w:t>
      </w:r>
      <w:r>
        <w:t>kyun? yeh mind hamara hai. mind ke andar capacity bohat zyada hai. aik russian scientist ne likha hai ke mind ke andar jo particle hain,</w:t>
      </w:r>
    </w:p>
    <w:p>
      <w:pPr>
        <w:jc w:val="right"/>
      </w:pPr>
      <w:r>
        <w:t>کیوں؟ یہ مائنڈ ہمارا ہے۔ مائنڈ کے اندر کیپیسٹی بہت زیادہ ہے۔ ایک رشین سائنٹسٹ نے لکھا ہے کہ مائنڈ کے اندر جو پارٹیکل ہیں،</w:t>
      </w:r>
    </w:p>
    <w:p>
      <w:r>
        <w:rPr>
          <w:b/>
        </w:rPr>
        <w:t xml:space="preserve">[19:51] </w:t>
      </w:r>
      <w:r>
        <w:t>itne zyada hain ke sari universe mein jitne particle hain, woh itne aik individual brain mein hote hain. lekin sab dormant position mein hote hain.</w:t>
      </w:r>
    </w:p>
    <w:p>
      <w:pPr>
        <w:jc w:val="right"/>
      </w:pPr>
      <w:r>
        <w:t>اتنے زیادہ ہیں کہ ساری یونیورس میں جتنے پارٹیکل ہیں، وہ اتنے ایک انڈیویجول برین میں ہوتے ہیں۔ لیکن سب ڈارمنٹ پوزیشن میں ہوتے ہیں۔</w:t>
      </w:r>
    </w:p>
    <w:p>
      <w:r>
        <w:rPr>
          <w:b/>
        </w:rPr>
        <w:t xml:space="preserve">[20:00] </w:t>
      </w:r>
      <w:r>
        <w:t>un ko activate karne ki zaroorat hoti hai. to yahi trouble hi to activate karta hai. is ko jin ke jin ki zindagi mein problem paish aata hai, jin ki zindagi mein trouble paish aata hai,</w:t>
      </w:r>
    </w:p>
    <w:p>
      <w:pPr>
        <w:jc w:val="right"/>
      </w:pPr>
      <w:r>
        <w:t>ان کو ایکٹیویٹ کرنے کی ضرورت ہوتی ہے۔ تو یہی ٹربل ہی تو ایکٹیویٹ کرتا ہے۔ اس کو جن کے جن کی زندگی میں پرابلم پیش آتا ہے، جن کی زندگی میں ٹربل پیش آتا ہے،</w:t>
      </w:r>
    </w:p>
    <w:p>
      <w:r>
        <w:rPr>
          <w:b/>
        </w:rPr>
        <w:t xml:space="preserve">[20:15] </w:t>
      </w:r>
      <w:r>
        <w:t>inhin ki, inhin ko yeh, yani yeh, yani yeh blessing milti hai ke un ke mind ke jo capacity hai, woh jaage.</w:t>
      </w:r>
    </w:p>
    <w:p>
      <w:pPr>
        <w:jc w:val="right"/>
      </w:pPr>
      <w:r>
        <w:t>انہی کی، انہی کو یہ، یعنی یہ، یعنی یہ بلیسنگ ملتی ہے کہ ان کے مائنڈ کے جو کیپیسٹی ہے، وہ جاگے۔</w:t>
      </w:r>
    </w:p>
    <w:p>
      <w:r>
        <w:rPr>
          <w:b/>
        </w:rPr>
        <w:t xml:space="preserve">[20:24] </w:t>
      </w:r>
      <w:r>
        <w:t>awakening aaye un ki capacity, un ke mind mein. to jo log jin ke baray mein kaha jata hai ke he was born with a silver spoon in his mouth, mein samajhta hoon ke sab se zyada bad qismat log hain.</w:t>
      </w:r>
    </w:p>
    <w:p>
      <w:pPr>
        <w:jc w:val="right"/>
      </w:pPr>
      <w:r>
        <w:t>اویکننگ آئے ان کی کیپیسٹی، ان کے مائنڈ میں۔ تو جو لوگ جن کے بارے میں کہا جاتا ہے کہ ہی واز بورن ود اے سلور سپون ان ہز ماؤتھ، میں سمجھتا ہوں کہ سب سے زیادہ بدقسمت لوگ ہیں۔</w:t>
      </w:r>
    </w:p>
    <w:p>
      <w:r>
        <w:rPr>
          <w:b/>
        </w:rPr>
        <w:t xml:space="preserve">[20:37] </w:t>
      </w:r>
      <w:r>
        <w:t>woh khush qismat log woh hain jo museebaton mein paida hote hain. ji haan, yeh to aik myth hai jis ko aap log dohrate rehte hain.</w:t>
      </w:r>
    </w:p>
    <w:p>
      <w:pPr>
        <w:jc w:val="right"/>
      </w:pPr>
      <w:r>
        <w:t>وہ خوش قسمت لوگ وہ ہیں جو مصیبتوں میں پیدا ہوتے ہیں۔ جی ہاں، یہ تو ایک متھ ہے جس کو آپ لوگ دہراتے رہتے ہیں۔</w:t>
      </w:r>
    </w:p>
    <w:p>
      <w:r>
        <w:rPr>
          <w:b/>
        </w:rPr>
        <w:t xml:space="preserve">[20:48] </w:t>
      </w:r>
      <w:r>
        <w:t>aik myth hai. poori history mein aap jaanchain to jitne baray baray log hain, sab ke sab ghareeb family mein paida hue thay. koi bhi rich aadmi, koi bara scientist nahi bana, koi bara philosopher nahi bana, koi bara thinker nahi bana.</w:t>
      </w:r>
    </w:p>
    <w:p>
      <w:pPr>
        <w:jc w:val="right"/>
      </w:pPr>
      <w:r>
        <w:t>ایک متھ ہے۔ پوری ہسٹری میں آپ جانچیں تو جتنے بڑے بڑے لوگ ہیں، سب کے سب غریب فیملی میں پیدا ہوئے تھے۔ کوئی بھی رچ آدمی، کوئی بڑا سائنٹسٹ نہیں بنا، کوئی بڑا فلاسفر نہیں بنا، کوئی بڑا تھنکر نہیں بنا۔</w:t>
      </w:r>
    </w:p>
    <w:p>
      <w:r>
        <w:rPr>
          <w:b/>
        </w:rPr>
        <w:t xml:space="preserve">[21:06] </w:t>
      </w:r>
      <w:r>
        <w:t>yeh to aik myth hai. bas mein to is ko myth samajhta hoon.</w:t>
      </w:r>
    </w:p>
    <w:p>
      <w:pPr>
        <w:jc w:val="right"/>
      </w:pPr>
      <w:r>
        <w:t>یہ تو ایک متھ ہے۔ بس میں تو اس کو متھ سمجھتا ہوں۔</w:t>
      </w:r>
    </w:p>
    <w:p>
      <w:r>
        <w:rPr>
          <w:b/>
        </w:rPr>
        <w:t xml:space="preserve">[21:12] </w:t>
      </w:r>
      <w:r>
        <w:t>das sawal,</w:t>
      </w:r>
    </w:p>
    <w:p>
      <w:pPr>
        <w:jc w:val="right"/>
      </w:pPr>
      <w:r>
        <w:t>دس سوال،</w:t>
      </w:r>
    </w:p>
    <w:p>
      <w:r>
        <w:rPr>
          <w:b/>
        </w:rPr>
        <w:t xml:space="preserve">[21:16] </w:t>
      </w:r>
      <w:r>
        <w:t>das sawal is from idrees. is it okay to use alcohol based after shave lo</w:t>
      </w:r>
    </w:p>
    <w:p>
      <w:pPr>
        <w:jc w:val="right"/>
      </w:pPr>
      <w:r>
        <w:t>دس سوال از فرام ادریس۔ از اٹ اوکے ٹو یوز الکوحل بیسڈ افٹر شیو لو</w:t>
      </w:r>
    </w:p>
    <w:p>
      <w:r>
        <w:rPr>
          <w:b/>
        </w:rPr>
        <w:t xml:space="preserve">[21:22] </w:t>
      </w:r>
      <w:r>
        <w:t>shun? after shave? acha, after shave. yeh sab bekar baatein hain. shave hi karne ki zaroorat kya hai? bhai, yeh shave kyun karenge aap?</w:t>
      </w:r>
    </w:p>
    <w:p>
      <w:pPr>
        <w:jc w:val="right"/>
      </w:pPr>
      <w:r>
        <w:t>شن؟ افٹر شیو؟ اچھا، افٹر شیو۔ یہ سب بیکار باتیں ہیں۔ شیو ہی کرنے کی ضرورت کیا ہے؟ بھئی، یہ شیو کیوں کریں گے آپ؟</w:t>
      </w:r>
    </w:p>
    <w:p>
      <w:r>
        <w:rPr>
          <w:b/>
        </w:rPr>
        <w:t xml:space="preserve">[21:31] </w:t>
      </w:r>
      <w:r>
        <w:t>yeh yeh bohat bari cheez hai. yeh nature ki blessing hai. yeh is mein dekhiye, is mein manliness hai, is mein sincerity hai, is mein seriousness hai.</w:t>
      </w:r>
    </w:p>
    <w:p>
      <w:pPr>
        <w:jc w:val="right"/>
      </w:pPr>
      <w:r>
        <w:t>یہ یہ بہت بڑی چیز ہے۔ یہ نیچر کی بلیسنگ ہے۔ یہ اس میں دیکھیے، اس میں مینلینس ہے، اس میں سنسیرٹی ہے، اس میں سیریسنس ہے۔</w:t>
      </w:r>
    </w:p>
    <w:p>
      <w:r>
        <w:rPr>
          <w:b/>
        </w:rPr>
        <w:t xml:space="preserve">[21:42] </w:t>
      </w:r>
      <w:r>
        <w:t>aap is ko shave kyun karte hain? ab bataiye, yeh is ka taluq mazhab se nahi hai. karl marx sab se zyada khilaf tha mazhab ke, lekin aap is ki daari dekhiye, kitni achi daari hoti hai.</w:t>
      </w:r>
    </w:p>
    <w:p>
      <w:pPr>
        <w:jc w:val="right"/>
      </w:pPr>
      <w:r>
        <w:t>آپ اس کو شیو کیوں کرتے ہیں؟ اب بتائیے، یہ اس کا تعلق مذہب سے نہیں ہے۔ کارل مارکس سب سے زیادہ خلاف تھا مذہب کے، لیکن آپ اس کی داڑھی دیکھیے، کتنی اچھی داڑھی ہوتی ہے۔</w:t>
      </w:r>
    </w:p>
    <w:p>
      <w:r>
        <w:rPr>
          <w:b/>
        </w:rPr>
        <w:t xml:space="preserve">[21:56] </w:t>
      </w:r>
      <w:r>
        <w:t>mujh se achi daari is ki hai. karl marx ki bohat hi beautiful daari. to daari to aap ki dignity ko barhati hai. aap is ko shave kyun karte hain?</w:t>
      </w:r>
    </w:p>
    <w:p>
      <w:pPr>
        <w:jc w:val="right"/>
      </w:pPr>
      <w:r>
        <w:t>مجھ سے اچھی داڑھی اس کی ہے۔ کارل مارکس کی بہت ہی بیوٹی فل داڑھی۔ تو داڑھی تو آپ کی ڈگنیٹی کو بڑھاتی ہے۔ آپ اس کو شیو کیوں کرتے ہیں؟</w:t>
      </w:r>
    </w:p>
    <w:p>
      <w:r>
        <w:rPr>
          <w:b/>
        </w:rPr>
        <w:t xml:space="preserve">[22:07] </w:t>
      </w:r>
      <w:r>
        <w:t>daari aap ki dignity ko barhati hai. yeh to consumers bhai, jo yeh sara after shave aur yeh woh sab, yeh to consumers bhai hain. mein to is ko nahi manta.</w:t>
      </w:r>
    </w:p>
    <w:p>
      <w:pPr>
        <w:jc w:val="right"/>
      </w:pPr>
      <w:r>
        <w:t>داڑھی آپ کی ڈگنیٹی کو بڑھاتی ہے۔ یہ تو کنزیومرز بھائی، جو یہ سارا افٹر شیو اور یہ وہ سب، یہ تو کنزیومرز بھائی ہیں۔ میں تو اس کو نہیں مانتا۔</w:t>
      </w:r>
    </w:p>
    <w:p>
      <w:r>
        <w:rPr>
          <w:b/>
        </w:rPr>
        <w:t xml:space="preserve">[22:19] </w:t>
      </w:r>
      <w:r>
        <w:t>yeh aap ki manliness ki ki pehchan hai. aap ki dignity barhati hai. yeh aap ko sincerity deti hai. yeh bohat hi bari cheez hai.</w:t>
      </w:r>
    </w:p>
    <w:p>
      <w:pPr>
        <w:jc w:val="right"/>
      </w:pPr>
      <w:r>
        <w:t>یہ آپ کی مینلینس کی کی پہچان ہے۔ آپ کی ڈگنیٹی بڑھاتی ہے۔ یہ آپ کو سنسیرٹی دیتی ہے۔ یہ بہت ہی بڑی چیز ہے۔</w:t>
      </w:r>
    </w:p>
    <w:p>
      <w:r>
        <w:rPr>
          <w:b/>
        </w:rPr>
        <w:t xml:space="preserve">[22:28] </w:t>
      </w:r>
      <w:r>
        <w:t>daari,</w:t>
      </w:r>
    </w:p>
    <w:p>
      <w:pPr>
        <w:jc w:val="right"/>
      </w:pPr>
      <w:r>
        <w:t>داڑھی،</w:t>
      </w:r>
    </w:p>
    <w:p>
      <w:r>
        <w:rPr>
          <w:b/>
        </w:rPr>
        <w:t xml:space="preserve">[22:31] </w:t>
      </w:r>
      <w:r>
        <w:t>aap auraton ke chehray par daari ugany ki koshish karein, kabhi nahi uga payenge. tab pata chalega aap ki daari kya cheez hai. auraton ke chehray par daari nahi hoti. aap zara koshish to kijiye, aap daari ugany ki un ke chehray par.</w:t>
      </w:r>
    </w:p>
    <w:p>
      <w:pPr>
        <w:jc w:val="right"/>
      </w:pPr>
      <w:r>
        <w:t>آپ عورتوں کے چہرے پر داڑھی اگانے کی کوشش کریں، کبھی نہیں اگا پائیں گے۔ تب پتہ چلے گا آپ کی داڑھی کیا چیز ہے۔ عورتوں کے چہرے پر داڑھی نہیں ہوتی۔ آپ ذرا کوشش تو کیجئے، آپ داڑھی اگانے کی ان کے چہرے پر۔</w:t>
      </w:r>
    </w:p>
    <w:p>
      <w:r>
        <w:rPr>
          <w:b/>
        </w:rPr>
        <w:t xml:space="preserve">[22:44] </w:t>
      </w:r>
      <w:r>
        <w:t>yeh to billion billion rupay bhi nahi bana sakte. aap daari, yeh to nature ki aik blessing hai. is ko kaat ke phenkte hain. aap</w:t>
      </w:r>
    </w:p>
    <w:p>
      <w:pPr>
        <w:jc w:val="right"/>
      </w:pPr>
      <w:r>
        <w:t>یہ تو بلین بلین روپے بھی نہیں بنا سکتے۔ آپ داڑھی، یہ تو نیچر کی ایک بلیسنگ ہے۔ اس کو کاٹ کے پھینکتے ہیں۔ آپ</w:t>
      </w:r>
    </w:p>
    <w:p>
      <w:r>
        <w:rPr>
          <w:b/>
        </w:rPr>
        <w:t xml:space="preserve">[22:54] </w:t>
      </w:r>
      <w:r>
        <w:t>is liye mein is ko dignity, is mein samajhta hoon ke yeh hamari hamari dignity barhati hai. daari, ji haan, yeh koi yeh after shave waghera jitni bhi cheezein hain, yeh sab consumers mein hain.</w:t>
      </w:r>
    </w:p>
    <w:p>
      <w:pPr>
        <w:jc w:val="right"/>
      </w:pPr>
      <w:r>
        <w:t>اس لیے میں اس کو ڈگنیٹی، اس میں سمجھتا ہوں کہ یہ ہماری ہماری ڈگنیٹی بڑھاتی ہے۔ داڑھی، جی ہاں، یہ کوئی یہ افٹر شیو وغیرہ جتنی بھی چیزیں ہیں، یہ سب کنزیومرز میں ہیں۔</w:t>
      </w:r>
    </w:p>
    <w:p>
      <w:r>
        <w:rPr>
          <w:b/>
        </w:rPr>
        <w:t xml:space="preserve">[23:11] </w:t>
      </w:r>
      <w:r>
        <w:t>is se zyada is ki koi haqeeqat nahi hai.</w:t>
      </w:r>
    </w:p>
    <w:p>
      <w:pPr>
        <w:jc w:val="right"/>
      </w:pPr>
      <w:r>
        <w:t>اس سے زیادہ اس کی کوئی حقیقت نہیں ہے۔</w:t>
      </w:r>
    </w:p>
    <w:p>
      <w:r>
        <w:rPr>
          <w:b/>
        </w:rPr>
        <w:t xml:space="preserve">[23:16] </w:t>
      </w:r>
      <w:r>
        <w:t>das sawal az faram amik ahmad. haau to yunaait musalman in indiya laaik shia sunni conflict?</w:t>
      </w:r>
    </w:p>
    <w:p>
      <w:pPr>
        <w:jc w:val="right"/>
      </w:pPr>
      <w:r>
        <w:t>دس سوال از فرام امیک احمد۔ ہاؤ ٹو یونائٹ مسلمز ان انڈیا لائک شیعہ سنی کانفلکٹ؟</w:t>
      </w:r>
    </w:p>
    <w:p>
      <w:r>
        <w:rPr>
          <w:b/>
        </w:rPr>
        <w:t xml:space="preserve">[23:26] </w:t>
      </w:r>
      <w:r>
        <w:t>yunity ka yeh matlab hi galat hai jo aap le rahe hain. unity jo hai, unity in diversity hoti hai. yaad rakhiye, yeh sab yeh bhi ek myth hai.</w:t>
      </w:r>
    </w:p>
    <w:p>
      <w:pPr>
        <w:jc w:val="right"/>
      </w:pPr>
      <w:r>
        <w:t>یونٹی کا یہ مطلب ہی غلط ہے جو آپ لے رہے ہیں۔ یونٹی جو ہے، یونٹی ان ڈائیورسٹی ہوتی ہے۔ یاد رکھیے، یہ سب یہ بھی ایک متھ ہے۔</w:t>
      </w:r>
    </w:p>
    <w:p>
      <w:r>
        <w:rPr>
          <w:b/>
        </w:rPr>
        <w:t xml:space="preserve">[23:35] </w:t>
      </w:r>
      <w:r>
        <w:t>log samajhte hain ke unity, unity, unity, unity kabhi na hui hai aur na kabhi ho sakti hai. ek hi formula hai: let us agree to disagree.</w:t>
      </w:r>
    </w:p>
    <w:p>
      <w:pPr>
        <w:jc w:val="right"/>
      </w:pPr>
      <w:r>
        <w:t>لوگ سمجھتے ہیں کہ یونٹی، یونٹی، یونٹی، یونٹی کبھی نہ ہوئی ہے اور نہ کبھی ہو سکتی ہے۔ ایک ہی فارمولا ہے: لیٹ اس ایگری ٹو ڈس ایگری۔</w:t>
      </w:r>
    </w:p>
    <w:p>
      <w:r>
        <w:rPr>
          <w:b/>
        </w:rPr>
        <w:t xml:space="preserve">[23:46] </w:t>
      </w:r>
      <w:r>
        <w:t>bas aur koi doosra formula nahi hai. kyunke uniformity nature mein nahi hai. ek scholar ne bahut sahi kaha ke nature abhors uniformity.</w:t>
      </w:r>
    </w:p>
    <w:p>
      <w:pPr>
        <w:jc w:val="right"/>
      </w:pPr>
      <w:r>
        <w:t>بس اور کوئی دوسرا فارمولا نہیں ہے۔ کیونکہ یونیفارمیٹی نیچر میں نہیں ہے۔ ایک اسکالر نے بہت صحیح کہا کہ نیچر ابورڈز یونیفارمیٹی۔</w:t>
      </w:r>
    </w:p>
    <w:p>
      <w:r>
        <w:rPr>
          <w:b/>
        </w:rPr>
        <w:t xml:space="preserve">[24:00] </w:t>
      </w:r>
      <w:r>
        <w:t>ab zara jab nature hi mein uniformity na ho to aap kahan se layenge? main samajhta hoon ke yeh differences jo hain, bahut hi yeh bhi ek blessing hai.</w:t>
      </w:r>
    </w:p>
    <w:p>
      <w:pPr>
        <w:jc w:val="right"/>
      </w:pPr>
      <w:r>
        <w:t>اب ذرا جب نیچر ہی میں یونیفارمیٹی نہ ہو تو آپ کہاں سے لائیں گے؟ میں سمجھتا ہوں کہ یہ ڈیفرنسز جو ہیں، بہت ہی یہ بھی ایک بلیسنگ ہے۔</w:t>
      </w:r>
    </w:p>
    <w:p>
      <w:r>
        <w:rPr>
          <w:b/>
        </w:rPr>
        <w:t xml:space="preserve">[24:10] </w:t>
      </w:r>
      <w:r>
        <w:t>kyunke is ki wajah se daailaag aata hai, ekschainj aata hai. difrans of opinion na ho to aap daailaag kaise karenge? dekhiye, yeh bhi ek mith hai.</w:t>
      </w:r>
    </w:p>
    <w:p>
      <w:pPr>
        <w:jc w:val="right"/>
      </w:pPr>
      <w:r>
        <w:t>کیونکہ اس کی وجہ سے ڈائیلاگ آتا ہے، ایکسچینج آتا ہے۔ ڈیفرنس آف اوپینین نہ ہو تو آپ ڈائیلاگ کیسے کریں گے؟ دیکھیے، یہ بھی ایک متھ ہے۔</w:t>
      </w:r>
    </w:p>
    <w:p>
      <w:r>
        <w:rPr>
          <w:b/>
        </w:rPr>
        <w:t xml:space="preserve">[24:21] </w:t>
      </w:r>
      <w:r>
        <w:t>jo cheez evil hai, woh woh woh difrans nahi hai. woh hai ikstrimism. yaad rakhiye, ek hai difrans, ek hai ikstrimism.</w:t>
      </w:r>
    </w:p>
    <w:p>
      <w:pPr>
        <w:jc w:val="right"/>
      </w:pPr>
      <w:r>
        <w:t>جو چیز ایول ہے، وہ وہ وہ ڈیفرنس نہیں ہے۔ وہ ہے ایکسٹریمزم۔ یاد رکھیے، ایک ہے ڈیفرنس، ایک ہے ایکسٹریمزم۔</w:t>
      </w:r>
    </w:p>
    <w:p>
      <w:r>
        <w:rPr>
          <w:b/>
        </w:rPr>
        <w:t xml:space="preserve">[24:33] </w:t>
      </w:r>
      <w:r>
        <w:t>to difference ek bahut blessing hai, bahut badi. kyunke without difference, without without difference, there is no dialogue, no exchange of thought, and no intellectual development.</w:t>
      </w:r>
    </w:p>
    <w:p>
      <w:pPr>
        <w:jc w:val="right"/>
      </w:pPr>
      <w:r>
        <w:t>تو ڈیفرنس ایک بہت بلیسنگ ہے، بہت بڑی۔ کیونکہ ودا آؤٹ ڈیفرنس، ودا آؤٹ ودا آؤٹ ڈیفرنس، دیر از نو ڈائیلاگ، نو ایکسچینج آف تھاٹ، اینڈ نو انٹلیکچول ڈیویلپمنٹ۔</w:t>
      </w:r>
    </w:p>
    <w:p>
      <w:r>
        <w:rPr>
          <w:b/>
        </w:rPr>
        <w:t xml:space="preserve">[24:48] </w:t>
      </w:r>
      <w:r>
        <w:t>kyunke bari hub ikstrimism hai. kisi maamle mein aap ikstrimist ban jayen to wahi bara hai. ke difrans hai to woh aadmi galat hai.</w:t>
      </w:r>
    </w:p>
    <w:p>
      <w:pPr>
        <w:jc w:val="right"/>
      </w:pPr>
      <w:r>
        <w:t>کیونکہ بری حب ایکسٹریمزم ہے۔ کسی معاملے میں آپ ایکسٹریمسٹ بن جائیں تو وہی برا ہے۔ کہ ڈیفرنس ہے تو وہ آدمی غلط ہے۔</w:t>
      </w:r>
    </w:p>
    <w:p>
      <w:r>
        <w:rPr>
          <w:b/>
        </w:rPr>
        <w:t xml:space="preserve">[24:56] </w:t>
      </w:r>
      <w:r>
        <w:t>difrans hai to is ko maaro. difrans hai to is ko taal matol mat karo. to jab aap difrans ko is had tak le jayen to woh bari cheez hai.</w:t>
      </w:r>
    </w:p>
    <w:p>
      <w:pPr>
        <w:jc w:val="right"/>
      </w:pPr>
      <w:r>
        <w:t>ڈیفرنس ہے تو اس کو مارو۔ ڈیفرنس ہے تو اس کو ٹال مٹول مت کرو۔ تو جب آپ ڈیفرنس کو اس حد تک لے جائیں تو وہ بری چیز ہے۔</w:t>
      </w:r>
    </w:p>
    <w:p>
      <w:r>
        <w:rPr>
          <w:b/>
        </w:rPr>
        <w:t xml:space="preserve">[25:10] </w:t>
      </w:r>
      <w:r>
        <w:t>warna ikhtilaf ya ya difrans jo hai, woh to bahut achhi cheez hai. isi liye hadees mein aata hai ke ikhtilaf amti rahma.</w:t>
      </w:r>
    </w:p>
    <w:p>
      <w:pPr>
        <w:jc w:val="right"/>
      </w:pPr>
      <w:r>
        <w:t>ورنہ اختلاف یا یا ڈیفرنس جو ہے، وہ تو بہت اچھی چیز ہے۔ اسی لیے حدیث میں آتا ہے کہ اختلاف امتی رحمہ۔</w:t>
      </w:r>
    </w:p>
    <w:p>
      <w:r>
        <w:rPr>
          <w:b/>
        </w:rPr>
        <w:t xml:space="preserve">[25:19] </w:t>
      </w:r>
      <w:r>
        <w:t>hamare muhaddiseen is par kehte hain ke sahib, yeh is mein zaeef hai aur is ki sanad kamzor hai. main samajhta hoon ke bahut hi sahi hadees yeh hai.</w:t>
      </w:r>
    </w:p>
    <w:p>
      <w:pPr>
        <w:jc w:val="right"/>
      </w:pPr>
      <w:r>
        <w:t>ہمارے محدثین اس پر کہتے ہیں کہ صاحب، یہ اس میں ضعیف ہے اور اس کی سند کمزور ہے۔ میں سمجھتا ہوں کہ بہت ہی صحیح حدیث یہ ہے۔</w:t>
      </w:r>
    </w:p>
    <w:p>
      <w:r>
        <w:rPr>
          <w:b/>
        </w:rPr>
        <w:t xml:space="preserve">[25:30] </w:t>
      </w:r>
      <w:r>
        <w:t>Ikhtilaf ke maani kya hain? Difference. Meri ummat ka difference meri ummat ki blessing hai. Kyunke difference ki wajah se logon mein exchange hoga, dialogue hoga, sochenge aur intellectual development ka process non-stop chalta rahega.</w:t>
      </w:r>
    </w:p>
    <w:p>
      <w:pPr>
        <w:jc w:val="right"/>
      </w:pPr>
      <w:r>
        <w:t>اختلاف کے معنی کیا ہیں؟ ڈیفرنس۔ میری امت کا ڈیفرنس میری امت کی بلیسنگ ہے۔ کیونکہ ڈیفرنس کی وجہ سے لوگوں میں ایکسچینج ہوگا، ڈائیلاگ ہوگا، سوچیں گے اور انٹلیکچول ڈیویلپمنٹ کا پروسیس نان اسٹاپ چلتا رہے گا۔</w:t>
      </w:r>
    </w:p>
    <w:p>
      <w:r>
        <w:rPr>
          <w:b/>
        </w:rPr>
        <w:t xml:space="preserve">[25:47] </w:t>
      </w:r>
      <w:r>
        <w:t>yeh matlab hai is ka. main abhi aisi yunity ko main nahi chahta insaan ke andar. main disunity ko chahta hoon.</w:t>
      </w:r>
    </w:p>
    <w:p>
      <w:pPr>
        <w:jc w:val="right"/>
      </w:pPr>
      <w:r>
        <w:t>یہ مطلب ہے اس کا۔ میں ابھی ایسی یونٹی کو میں نہیں چاہتا انسان کے اندر۔ میں ڈسونیٹی کو چاہتا ہوں۔</w:t>
      </w:r>
    </w:p>
    <w:p>
      <w:r>
        <w:rPr>
          <w:b/>
        </w:rPr>
        <w:t xml:space="preserve">[25:56] </w:t>
      </w:r>
      <w:r>
        <w:t>jaise gender equality, yeh bhi ek myth hai. main kehta hoon gender inequality zyada natural hai. agar gender equality hogi to yeh uniformity aa jayegi.</w:t>
      </w:r>
    </w:p>
    <w:p>
      <w:pPr>
        <w:jc w:val="right"/>
      </w:pPr>
      <w:r>
        <w:t>جیسے جینڈر ایکولٹی، یہ بھی ایک متھ ہے۔ میں کہتا ہوں جینڈر ان ایکولٹی زیادہ نیچرل ہے۔ اگر جینڈر ایکولٹی ہوگی تو یہ انفارمیٹی آ جائے گی۔</w:t>
      </w:r>
    </w:p>
    <w:p>
      <w:r>
        <w:rPr>
          <w:b/>
        </w:rPr>
        <w:t xml:space="preserve">[26:08] </w:t>
      </w:r>
      <w:r>
        <w:t>to sab kya karenge? achha achha kapda padh ke baithe rahenge. log value nahi jaante exchange ki, discussion ki, dialogue ki value nahi jaante.</w:t>
      </w:r>
    </w:p>
    <w:p>
      <w:pPr>
        <w:jc w:val="right"/>
      </w:pPr>
      <w:r>
        <w:t>تو سب کیا کریں گے؟ اچھا اچھا کپڑا پڑھ کے بیٹھے رہیں گے۔ لوگ ویلیو نہیں جانتے ایکسچینج کی، ڈسکشن کی، ڈائیلاگ کی ویلیو نہیں جانتے۔</w:t>
      </w:r>
    </w:p>
    <w:p>
      <w:r>
        <w:rPr>
          <w:b/>
        </w:rPr>
        <w:t xml:space="preserve">[26:18] </w:t>
      </w:r>
      <w:r>
        <w:t>is liye aisi baaten karte hain.</w:t>
      </w:r>
    </w:p>
    <w:p>
      <w:pPr>
        <w:jc w:val="right"/>
      </w:pPr>
      <w:r>
        <w:t>اس لیے ایسی باتیں کرتے ہیں۔</w:t>
      </w:r>
    </w:p>
    <w:p>
      <w:r>
        <w:rPr>
          <w:b/>
        </w:rPr>
        <w:t xml:space="preserve">[26:23] </w:t>
      </w:r>
      <w:r>
        <w:t>main to yahi samjha hoon apne ikspiryans se.</w:t>
      </w:r>
    </w:p>
    <w:p>
      <w:pPr>
        <w:jc w:val="right"/>
      </w:pPr>
      <w:r>
        <w:t>میں تو یہی سمجھا ہوں اپنے ایکسپیرینس سے۔</w:t>
      </w:r>
    </w:p>
    <w:p>
      <w:r>
        <w:rPr>
          <w:b/>
        </w:rPr>
        <w:t xml:space="preserve">[26:28] </w:t>
      </w:r>
      <w:r>
        <w:t>This sawal is from Priya. Maulana, don't you think that problems and crises are opportunities for us to grow spiritually?</w:t>
      </w:r>
    </w:p>
    <w:p>
      <w:pPr>
        <w:jc w:val="right"/>
      </w:pPr>
      <w:r>
        <w:t>دس سوال از فرام پریا۔ مولانا، ڈونٹ یو تھنک دیٹ پرابلمز اینڈ کرائسز ار اپرچونیٹیز فار اس ٹو گرو سپرچولی؟</w:t>
      </w:r>
    </w:p>
    <w:p>
      <w:r>
        <w:rPr>
          <w:b/>
        </w:rPr>
        <w:t xml:space="preserve">[26:37] </w:t>
      </w:r>
      <w:r>
        <w:t>pliiz ka</w:t>
      </w:r>
    </w:p>
    <w:p>
      <w:pPr>
        <w:jc w:val="right"/>
      </w:pPr>
      <w:r>
        <w:t>پلیز ک</w:t>
      </w:r>
    </w:p>
    <w:p>
      <w:r>
        <w:rPr>
          <w:b/>
        </w:rPr>
        <w:t xml:space="preserve">[26:38] </w:t>
      </w:r>
      <w:r>
        <w:t>mint. bahut achha hai, bilkul bilkul sahi baat kahi aap ne. Take it as an opportunity rather than a problem. yeh sab cheezen jo hain, agar na hon to zindagi mein koi development na ho.</w:t>
      </w:r>
    </w:p>
    <w:p>
      <w:pPr>
        <w:jc w:val="right"/>
      </w:pPr>
      <w:r>
        <w:t>منٹ۔ بہت اچھا ہے، بالکل بالکل صحیح بات کہی آپ نے۔ ٹیک اٹ ایز این اپرچونیٹی رادر دین ا پرابلم۔ یہ سب چیزیں جو ہیں، اگر نہ ہوں تو زندگی میں کوئی ڈیویلپمنٹ نہ ہو۔</w:t>
      </w:r>
    </w:p>
    <w:p>
      <w:r>
        <w:rPr>
          <w:b/>
        </w:rPr>
        <w:t xml:space="preserve">[26:57] </w:t>
      </w:r>
      <w:r>
        <w:t>main apni apni jo life likhna chahta hoon, woh to meri life sari ki sari problem se bhari hui hai, crises se bhari hui hai, trouble se bhari hui hai.</w:t>
      </w:r>
    </w:p>
    <w:p>
      <w:pPr>
        <w:jc w:val="right"/>
      </w:pPr>
      <w:r>
        <w:t>میں اپنی اپنی جو لائف لکھنا چاہتا ہوں، وہ تو میری لائف ساری کی ساری پرابلم سے بھری ہوئی ہے، کرائسز سے بھری ہوئی ہے، ٹربل سے بھری ہوئی ہے۔</w:t>
      </w:r>
    </w:p>
    <w:p>
      <w:r>
        <w:rPr>
          <w:b/>
        </w:rPr>
        <w:t xml:space="preserve">[27:06] </w:t>
      </w:r>
      <w:r>
        <w:t>puri puri life, main inshaallah is mein dikhaunga kis tarah se is se mujhe, yaani is mein mujhe food mila, kis tarah is se mujhe development ka, yaani bana.</w:t>
      </w:r>
    </w:p>
    <w:p>
      <w:pPr>
        <w:jc w:val="right"/>
      </w:pPr>
      <w:r>
        <w:t>پوری پوری لائف، میں انشاءاللہ اس میں دکھاؤں گا کس طرح سے اس سے مجھے، یعنی اس میں مجھے فوڈ ملا، کس طرح اس سے مجھے ڈیویلپمنٹ کا، یعنی بنا۔</w:t>
      </w:r>
    </w:p>
    <w:p>
      <w:r>
        <w:rPr>
          <w:b/>
        </w:rPr>
        <w:t xml:space="preserve">[27:20] </w:t>
      </w:r>
      <w:r>
        <w:t>is se mere liye meri baat nahi hai, kisi bhi logon ki life hai, un ko padhiye aap to aap payen ke ke jitne bhi bade bade log hain, problem hi ne unhein bada banaya.</w:t>
      </w:r>
    </w:p>
    <w:p>
      <w:pPr>
        <w:jc w:val="right"/>
      </w:pPr>
      <w:r>
        <w:t>اس سے میرے لیے میری بات نہیں ہے، کسی بھی لوگوں کی لائف ہے، ان کو پڑھیے آپ تو آپ پائیں کہ کہ جتنے بھی بڑے بڑے لوگ ہیں، پرابلم ہی نے انہیں بڑا بنایا۔</w:t>
      </w:r>
    </w:p>
    <w:p>
      <w:r>
        <w:rPr>
          <w:b/>
        </w:rPr>
        <w:t xml:space="preserve">[27:35] </w:t>
      </w:r>
      <w:r>
        <w:t>jaisa ke maine abhi kaha ke problems se kya hota hai? ke aap ka mind activate hota hai. aap ka mind activate hota hai.</w:t>
      </w:r>
    </w:p>
    <w:p>
      <w:pPr>
        <w:jc w:val="right"/>
      </w:pPr>
      <w:r>
        <w:t>جیسا کہ میں نے ابھی کہا کہ پرابلم سے کیا ہوتا ہے؟ کہ آپ کا مائنڈ ایکٹیویٹ ہوتا ہے۔ آپ کا مائنڈ ایکٹیویٹ ہوتا ہے۔</w:t>
      </w:r>
    </w:p>
    <w:p>
      <w:r>
        <w:rPr>
          <w:b/>
        </w:rPr>
        <w:t xml:space="preserve">[27:45] </w:t>
      </w:r>
      <w:r>
        <w:t>aap ke jo jo particles hain, woh jaagte hain. jo log, yaani philosophers mein yeh bhi ek rujhan hai, reformers mein khaas tor par, gawaah phira kar aisa karein ke differences na rahein.</w:t>
      </w:r>
    </w:p>
    <w:p>
      <w:pPr>
        <w:jc w:val="right"/>
      </w:pPr>
      <w:r>
        <w:t>آپ کے جو جو پارٹیکلز ہیں، وہ جاگتے ہیں۔ جو لوگ، یعنی فلاسفرز میں یہ بھی ایک رجحان ہے، ریفارمرز میں خاص طور پر، گواہ پھرا کر ایسا کریں کہ ڈیفرنسز نہ رہیں۔</w:t>
      </w:r>
    </w:p>
    <w:p>
      <w:r>
        <w:rPr>
          <w:b/>
        </w:rPr>
        <w:t xml:space="preserve">[27:59] </w:t>
      </w:r>
      <w:r>
        <w:t>jaise yeh bhi nazariya jo hai, jo sachai kahi hai, yeh bhi isi liye hai. woh samajhte hain ke difference khatm ho toh log mil jul kar rahenge.</w:t>
      </w:r>
    </w:p>
    <w:p>
      <w:pPr>
        <w:jc w:val="right"/>
      </w:pPr>
      <w:r>
        <w:t>جیسے یہ بھی نظریہ جو ہے، جو سچائی کہی ہے، یہ بھی اسی لیے ہے۔ وہ سمجھتے ہیں کہ ڈیفرنس ختم ہو تو لوگ مل جل کر رہیں گے۔</w:t>
      </w:r>
    </w:p>
    <w:p>
      <w:r>
        <w:rPr>
          <w:b/>
        </w:rPr>
        <w:t xml:space="preserve">[28:09] </w:t>
      </w:r>
      <w:r>
        <w:t>difference woh khatm ho toh dead ho kar rahenge. woh jahan difference nahi hoga, wahan death hogi. wahan yeh is ke peeche jo us ki philosophy hai, woh yahi hai ke jo chahte hain kisi tarike se differences na hon toh log mil jul kar rahen.</w:t>
      </w:r>
    </w:p>
    <w:p>
      <w:pPr>
        <w:jc w:val="right"/>
      </w:pPr>
      <w:r>
        <w:t>ڈیفرنس وہ ختم ہو تو ڈیڈ ہو کر رہیں گے۔ وہ جہاں ڈیفرنس نہیں ہوگا، وہاں ڈیتھ ہوگی۔ وہاں یہ اس کے پیچھے جو اس کی فلاسفی ہے، وہ یہی ہے کہ جو چاہتے ہیں کسی طریقے سے ڈیفرنسز نہ ہوں تو لوگ مل جل کر رہیں۔</w:t>
      </w:r>
    </w:p>
    <w:p>
      <w:r>
        <w:rPr>
          <w:b/>
        </w:rPr>
        <w:t xml:space="preserve">[28:25] </w:t>
      </w:r>
      <w:r>
        <w:t>mil jul kar rehne ka raaz mutual respect hai. mutual respect hai ke aap yeh, yaani mera formula hai ke follow word and respect all.</w:t>
      </w:r>
    </w:p>
    <w:p>
      <w:pPr>
        <w:jc w:val="right"/>
      </w:pPr>
      <w:r>
        <w:t>مل جل کر رہنے کا راز میوچول ریسپیکٹ ہے۔ میوچول ریسپیکٹ ہے کہ آپ یہ، یعنی میرا فارمولا ہے کہ فالو ورڈ اینڈ ریسپیکٹ ال۔</w:t>
      </w:r>
    </w:p>
    <w:p>
      <w:r>
        <w:rPr>
          <w:b/>
        </w:rPr>
        <w:t xml:space="preserve">[28:40] </w:t>
      </w:r>
      <w:r>
        <w:t>follow word and respect all. logon ka formula kya hai? mutual recognition. mera formula hai ke mutual respect. i don't believe in mutual recognition.</w:t>
      </w:r>
    </w:p>
    <w:p>
      <w:pPr>
        <w:jc w:val="right"/>
      </w:pPr>
      <w:r>
        <w:t>فالو ورڈ اینڈ ریسپیکٹ ال۔ لوگوں کا فارمولا کیا ہے؟ میوچول ریکگنیشن۔ میرا فارمولا ہے کہ میوچول ریسپیکٹ۔ ائی ڈونٹ بیلیو ان میوچول ریکگنیشن۔</w:t>
      </w:r>
    </w:p>
    <w:p>
      <w:r>
        <w:rPr>
          <w:b/>
        </w:rPr>
        <w:t xml:space="preserve">[28:53] </w:t>
      </w:r>
      <w:r>
        <w:t>i i i believe in mutual respect. this is my formula. toh yeh saare reformers yeh koshish karte rahe hain kisi na kisi tarike se equality layein, difference ko khatm karein.</w:t>
      </w:r>
    </w:p>
    <w:p>
      <w:pPr>
        <w:jc w:val="right"/>
      </w:pPr>
      <w:r>
        <w:t>ائی ائی ائی بیلیو ان میوچول ریسپیکٹ۔ دس از مائی فارمولا۔ تو یہ سارے ریفارمرز یہ کوشش کرتے رہے ہیں کسی نہ کسی طریقے سے ایکولٹی لائیں، ڈیفرنس کو ختم کریں۔</w:t>
      </w:r>
    </w:p>
    <w:p>
      <w:r>
        <w:rPr>
          <w:b/>
        </w:rPr>
        <w:t xml:space="preserve">[29:07] </w:t>
      </w:r>
      <w:r>
        <w:t>marx bhi yahi chahta tha, sab yahi chahte hain. yeh toh aap death la rahe hain. death sirf ek hi cheez buri hai zindagi mein, woh hai intolerance.</w:t>
      </w:r>
    </w:p>
    <w:p>
      <w:pPr>
        <w:jc w:val="right"/>
      </w:pPr>
      <w:r>
        <w:t>مارس بھی یہی چاہتا تھا، سب یہی چاہتے ہیں۔ یہ تو آپ ڈیتھ لا رہے ہیں۔ ڈیتھ صرف ایک ہی چیز بری ہے زندگی میں، وہ ہے انٹولرنس۔</w:t>
      </w:r>
    </w:p>
    <w:p>
      <w:r>
        <w:rPr>
          <w:b/>
        </w:rPr>
        <w:t xml:space="preserve">[29:20] </w:t>
      </w:r>
      <w:r>
        <w:t>hate, intolerance, violence. bas society se sirf ek hi cheez khatm kijiye, woh hai intolerance.</w:t>
      </w:r>
    </w:p>
    <w:p>
      <w:pPr>
        <w:jc w:val="right"/>
      </w:pPr>
      <w:r>
        <w:t>ہیٹ، انٹولرنس، وائلنس۔ بس سوسائٹی سے صرف ایک ہی چیز ختم کیجئے، وہ ہے انٹولرنس۔</w:t>
      </w:r>
    </w:p>
    <w:p>
      <w:r>
        <w:rPr>
          <w:b/>
        </w:rPr>
        <w:t xml:space="preserve">[29:32] </w:t>
      </w:r>
      <w:r>
        <w:t>hate, intolerance, violence. is ko khatm kijiye. baqi sab jo hai, bilkul theek hai mere nazdeek.</w:t>
      </w:r>
    </w:p>
    <w:p>
      <w:pPr>
        <w:jc w:val="right"/>
      </w:pPr>
      <w:r>
        <w:t>ہیٹ، انٹولرنس، وائلنس۔ اس کو ختم کیجئے۔ باقی سب جو ہے، بالکل ٹھیک ہے میرے نزدیک۔</w:t>
      </w:r>
    </w:p>
    <w:p>
      <w:r>
        <w:rPr>
          <w:b/>
        </w:rPr>
        <w:t xml:space="preserve">[29:40] </w:t>
      </w:r>
      <w:r>
        <w:t>this question is from shahBAZ NADVI. MUSLIMS ALL OVER THE WORLD IS A TROUBLED COMMUNITY, BUT AS A WHOLE, THEIR INTELLECTUAL DEVELOPMENT HAS BEEN STOPPED.</w:t>
      </w:r>
    </w:p>
    <w:p>
      <w:pPr>
        <w:jc w:val="right"/>
      </w:pPr>
      <w:r>
        <w:t>دس سوال از فرام شہباز ندوی۔ مسلمز ال اوور دی ورلڈ از ا ٹربلڈ کمیونٹی، بٹ ایز ا ہول، دیر انٹلیکچول ڈیویلپمنٹ ہیز بین سٹاپڈ۔</w:t>
      </w:r>
    </w:p>
    <w:p>
      <w:r>
        <w:rPr>
          <w:b/>
        </w:rPr>
        <w:t xml:space="preserve">[29:53] </w:t>
      </w:r>
      <w:r>
        <w:t>w</w:t>
      </w:r>
    </w:p>
    <w:p>
      <w:pPr>
        <w:jc w:val="right"/>
      </w:pPr>
      <w:r>
        <w:t>و</w:t>
      </w:r>
    </w:p>
    <w:p>
      <w:r>
        <w:rPr>
          <w:b/>
        </w:rPr>
        <w:t xml:space="preserve">[29:54] </w:t>
      </w:r>
      <w:r>
        <w:t>i is it so? woh trouble creator community hain. woh zyada sahi yeh kaha jayega ke problem creator bane hue hain. ab dekhiye, islamabad mein ek bahut hi masjid thi, bahut badi.</w:t>
      </w:r>
    </w:p>
    <w:p>
      <w:pPr>
        <w:jc w:val="right"/>
      </w:pPr>
      <w:r>
        <w:t>ائی از اٹ سو؟ وہ ٹربل کریٹر کمیونٹی ہیں۔ وہ زیادہ صحیح یہ کہا جائے گا کہ پرابلم کریٹر بنے ہوئے ہیں۔ اب دیکھیے، اسلام آباد میں ایک بہت ہی مسجد تھی، بہت بڑی۔</w:t>
      </w:r>
    </w:p>
    <w:p>
      <w:r>
        <w:rPr>
          <w:b/>
        </w:rPr>
        <w:t xml:space="preserve">[30:07] </w:t>
      </w:r>
      <w:r>
        <w:t>ab wahan kya kiya? bomb aur gun la ke rakh diya. ab drayi shuru ho gayi wahan par. abhi wahan par aap is education chalate, khoob logon ko padhate, khoob train karte logon ko.</w:t>
      </w:r>
    </w:p>
    <w:p>
      <w:pPr>
        <w:jc w:val="right"/>
      </w:pPr>
      <w:r>
        <w:t>اب وہاں کیا کیا؟ بم اور گن لا کے رکھ دیا۔ اب ڈرائی شروع ہوگئی وہاں پر۔ ابھی وہاں پر آپ اس ایجوکیشن چلاتے، خوب لوگوں کو پڑھاتے، خوب ٹرین کرتے لوگوں کو۔</w:t>
      </w:r>
    </w:p>
    <w:p>
      <w:r>
        <w:rPr>
          <w:b/>
        </w:rPr>
        <w:t xml:space="preserve">[30:20] </w:t>
      </w:r>
      <w:r>
        <w:t>toh musalman jo hain, woh woh toh negative sense mein, yaani woh hain, har cheez ko negative sense mein liye hue hain.</w:t>
      </w:r>
    </w:p>
    <w:p>
      <w:pPr>
        <w:jc w:val="right"/>
      </w:pPr>
      <w:r>
        <w:t>تو مسلمان جو ہیں، وہ وہ تو نیگیٹیو سینس میں، یعنی وہ ہیں، ہر چیز کو نیگیٹیو سینس میں لیے ہوئے ہیں۔</w:t>
      </w:r>
    </w:p>
    <w:p>
      <w:r>
        <w:rPr>
          <w:b/>
        </w:rPr>
        <w:t xml:space="preserve">[30:33] </w:t>
      </w:r>
      <w:r>
        <w:t>woh woh woh formula yahan apply nahi hota hai. woh formula yahan apply nahi hota hai. main samajhta hoon kisi bhi muslim reformer mein, main akela hoon, yeh yeh musalmanon ko yeh formula de raha hoon ke jo tumhare problem hain, woh tumhare liye opportunities hain.</w:t>
      </w:r>
    </w:p>
    <w:p>
      <w:pPr>
        <w:jc w:val="right"/>
      </w:pPr>
      <w:r>
        <w:t>وہ وہ وہ فارمولا یہاں اپلائی نہیں ہوتا ہے۔ وہ فارمولا یہاں اپلائی نہیں ہوتا ہے۔ میں سمجھتا ہوں کسی بھی مسلم ریفارمر میں، میں اکیلا ہوں، یہ یہ مسلمانوں کو یہ فارمولا دے رہا ہوں کہ جو تمہارے پرابلم ہیں، وہ تمہارے لیے اپرچونیٹیز ہیں۔</w:t>
      </w:r>
    </w:p>
    <w:p>
      <w:r>
        <w:rPr>
          <w:b/>
        </w:rPr>
        <w:t xml:space="preserve">[30:51] </w:t>
      </w:r>
      <w:r>
        <w:t>saare reformers do sau saal se yaad rakhiye, ladai sikha rahe hain ke problem se lado, problem ko khatm karo. har jagah, kashmir mein yeh hua, falasteen mein yeh hua, aaj kal philippines mein yeh ho raha hai.</w:t>
      </w:r>
    </w:p>
    <w:p>
      <w:pPr>
        <w:jc w:val="right"/>
      </w:pPr>
      <w:r>
        <w:t>سارے ریفارمرز دو سو سال سے یاد رکھیے، لڑائی سکھا رہے ہیں کہ پرابلم سے لڑو، پرابلم کو ختم کرو۔ ہر جگہ، کشمیر میں یہ ہوا، فلسطین میں یہ ہوا، آج کل فلپائن میں یہ ہو رہا ہے۔</w:t>
      </w:r>
    </w:p>
    <w:p>
      <w:r>
        <w:rPr>
          <w:b/>
        </w:rPr>
        <w:t xml:space="preserve">[31:05] </w:t>
      </w:r>
      <w:r>
        <w:t>saare muslim world mein takrao. aap logon ko shayad yeh maloom hai ke nahi maloom hai ke pehle musalman ladte the colonial powers se, ab lad rahe hain aap apne hi rulers se, apne rulers se.</w:t>
      </w:r>
    </w:p>
    <w:p>
      <w:pPr>
        <w:jc w:val="right"/>
      </w:pPr>
      <w:r>
        <w:t>سارے مسلم ورلڈ میں ٹکراؤ۔ آپ لوگوں کو شاید یہ معلوم ہے کہ نہیں معلوم ہے کہ پہلے مسلمان لڑتے تھے کلونیل پاورز سے، اب لڑ رہے ہیں آپ اپنے ہی رولرز سے، اپنے رولرز سے۔</w:t>
      </w:r>
    </w:p>
    <w:p>
      <w:r>
        <w:rPr>
          <w:b/>
        </w:rPr>
        <w:t xml:space="preserve">[31:18] </w:t>
      </w:r>
      <w:r>
        <w:t>jis ki jis ki ek recent example, latest example tha pakistan mein ke pehle woh samajhte the ke hamare dushman jo hain, woh western powers hain.</w:t>
      </w:r>
    </w:p>
    <w:p>
      <w:pPr>
        <w:jc w:val="right"/>
      </w:pPr>
      <w:r>
        <w:t>جس کی جس کی ایک ریسنٹ ایگزیمپل، لیٹسٹ ایگزیمپل تھا پاکستان میں کہ پہلے وہ سمجھتے تھے کہ ہمارے دشمن جو ہیں، وہ ویسٹرن پاورز ہیں۔</w:t>
      </w:r>
    </w:p>
    <w:p>
      <w:r>
        <w:rPr>
          <w:b/>
        </w:rPr>
        <w:t xml:space="preserve">[31:28] </w:t>
      </w:r>
      <w:r>
        <w:t>yeh muslim jo the, saare muslims one to all western powers jo hain, hamare enemy hain, un se lado, un se lado. achha, ladne mein kuch pa nahi sake, kuch achieve nahi kiya unhone.</w:t>
      </w:r>
    </w:p>
    <w:p>
      <w:pPr>
        <w:jc w:val="right"/>
      </w:pPr>
      <w:r>
        <w:t>یہ مسلم جو تھے، سارے مسلمز ون ٹو ال ویسٹرن پاورز جو ہیں، ہمارے اینمی ہیں، ان سے لڑو، ان سے لڑو۔ اچھا، لڑنے میں کچھ پا نہیں سکے، کچھ اچیو نہیں کیا انہوں نے۔</w:t>
      </w:r>
    </w:p>
    <w:p>
      <w:r>
        <w:rPr>
          <w:b/>
        </w:rPr>
        <w:t xml:space="preserve">[31:40] </w:t>
      </w:r>
      <w:r>
        <w:t>toh ab kya kar rahe hain? kahin woh bomb maar rahe hain, jaise ke woh glasgow mein bomb maarne ja rahe the, italy mein bomb maar diya. aur ek un ki jo jo ab jo thinking un ke andar develop hui, woh yeh hai ke hamare jo apne rulers hain, woh in in ke agent hain, yaani western powers ke agent hain.</w:t>
      </w:r>
    </w:p>
    <w:p>
      <w:pPr>
        <w:jc w:val="right"/>
      </w:pPr>
      <w:r>
        <w:t>تو اب کیا کر رہے ہیں؟ کہیں وہ بم مار رہے ہیں، جیسے کہ وہ گلیسگو میں بم مارنے جا رہے تھے، اٹلی میں بم مار دیا۔ اور ایک ان کی جو جو اب جو تھنکنگ ان کے اندر ڈیویلپ ہوئی، وہ یہ ہے کہ ہمارے جو اپنے رولرز ہیں، وہ ان ان کے ایجنٹ ہیں، یعنی ویسٹرن پاورز کے ایجنٹ ہیں۔</w:t>
      </w:r>
    </w:p>
    <w:p>
      <w:r>
        <w:rPr>
          <w:b/>
        </w:rPr>
        <w:t xml:space="preserve">[31:58] </w:t>
      </w:r>
      <w:r>
        <w:t>ab in ko maro. toh yeh yeh yeh toh musalmanon ki soch, is ko kahein ke problem mein nahi hai, woh negativity mein hain.</w:t>
      </w:r>
    </w:p>
    <w:p>
      <w:pPr>
        <w:jc w:val="right"/>
      </w:pPr>
      <w:r>
        <w:t>اب ان کو مارو۔ تو یہ یہ یہ تو مسلمانوں کی سوچ، اس کو کہیں کہ پرابلم میں نہیں ہے، وہ نیگیٹیوٹی میں ہیں۔</w:t>
      </w:r>
    </w:p>
    <w:p>
      <w:r>
        <w:rPr>
          <w:b/>
        </w:rPr>
        <w:t xml:space="preserve">[32:07] </w:t>
      </w:r>
      <w:r>
        <w:t>woh sahi baat yeh hai, saare muslim negativity mein jeete hain. negativity ke siwa kuch nahi un ke paas hai. yeh baat main aap ko arz kar doon ke yeh yeh jo musalman idhar udhar bomb maar rahe hain, yeh yeh sirf haram hai, haram ke siwa aur kuch bhi nahi hai.</w:t>
      </w:r>
    </w:p>
    <w:p>
      <w:pPr>
        <w:jc w:val="right"/>
      </w:pPr>
      <w:r>
        <w:t>وہ صحیح بات یہ ہے، سارے مسلم نیگیٹیوٹی میں جیتے ہیں۔ نیگیٹیوٹی کے سوا کچھ نہیں ان کے پاس ہے۔ یہ بات میں آپ کو عرض کر دوں کہ یہ یہ جو مسلمان ادھر ادھر بم مار رہے ہیں، یہ یہ صرف حرام ہے، حرام کے سوا اور کچھ بھی نہیں ہے۔</w:t>
      </w:r>
    </w:p>
    <w:p>
      <w:r>
        <w:rPr>
          <w:b/>
        </w:rPr>
        <w:t xml:space="preserve">[32:26] </w:t>
      </w:r>
      <w:r>
        <w:t>kyun ke islam mein use of arms jo hai, woh sirf state ke liye jaiz hai. other than state, no man has right to use arms.</w:t>
      </w:r>
    </w:p>
    <w:p>
      <w:pPr>
        <w:jc w:val="right"/>
      </w:pPr>
      <w:r>
        <w:t>کیونکہ اسلام میں یوز آف ارب جو ہے، وہ صرف اسٹیٹ کے لیے جائز ہے۔ ادر دین اسٹیٹ، نو من ہیز رائٹ ٹو یوز ارمز۔</w:t>
      </w:r>
    </w:p>
    <w:p>
      <w:r>
        <w:rPr>
          <w:b/>
        </w:rPr>
        <w:t xml:space="preserve">[32:36] </w:t>
      </w:r>
      <w:r>
        <w:t>is ko achhi tarah samajh lijiye aap. yeh jo aaj kal ho raha hai, khud ulama is mein involve hain, lekin ulama bhi haram kaam kar rahe hain. yeh pure conviction ke sath main keh raha hoon, main ne islam ko bahut padha hai ke other than state, no man has right to use arms.</w:t>
      </w:r>
    </w:p>
    <w:p>
      <w:pPr>
        <w:jc w:val="right"/>
      </w:pPr>
      <w:r>
        <w:t>اس کو اچھی طرح سمجھ لیجئے آپ۔ یہ جو آج کل ہو رہا ہے، خود علماء اس میں انوالو ہیں، لیکن علماء بھی حرام کام کر رہے ہیں۔ یہ پورے کنوکشن کے ساتھ میں کہہ رہا ہوں، میں نے اسلام کو بہت پڑھا ہے کہ ادر دین اسٹیٹ، نو من ہیز رائٹ ٹو یوز ارمز۔</w:t>
      </w:r>
    </w:p>
    <w:p>
      <w:r>
        <w:rPr>
          <w:b/>
        </w:rPr>
        <w:t xml:space="preserve">[32:59] </w:t>
      </w:r>
      <w:r>
        <w:t>dosre logon ko ek hi option hai peaceful activism ka, aur state bhi kab kar sakti hai? jab attack hua ho.</w:t>
      </w:r>
    </w:p>
    <w:p>
      <w:pPr>
        <w:jc w:val="right"/>
      </w:pPr>
      <w:r>
        <w:t>دوسرے لوگوں کو ایک ہی اپشن ہے پیس فل ایکٹیوزم کا، اور اسٹیٹ بھی کب کر سکتی ہے؟ جب اٹیک ہوا ہو۔</w:t>
      </w:r>
    </w:p>
    <w:p>
      <w:r>
        <w:rPr>
          <w:b/>
        </w:rPr>
        <w:t xml:space="preserve">[33:10] </w:t>
      </w:r>
      <w:r>
        <w:t>so at the time of attack, state has right to use arm in its defence. defence ke siwa state bhi arm nahi use kar sakti hai, aur individuals ke liye ya organizations ke liye to sary se arm ko istemal karna haram hai, bilkul haram hai,</w:t>
      </w:r>
    </w:p>
    <w:p>
      <w:pPr>
        <w:jc w:val="right"/>
      </w:pPr>
      <w:r>
        <w:t>سو ایٹ دا ٹائم آف اٹیک، اسٹیٹ ہیز رائٹ ٹو یوز ارم ان اٹس ڈیفنس۔ ڈیفنس کے سوا اسٹیٹ بھی ارم نہیں یوز کر سکتی ہے، اور انڈیویجولز کے لیے یا ارگنائزیشنز کے لیے تو سرے سے ارم کو استعمال کرنا حرام ہے، بالکل حرام ہے،</w:t>
      </w:r>
    </w:p>
    <w:p>
      <w:r>
        <w:rPr>
          <w:b/>
        </w:rPr>
        <w:t xml:space="preserve">[33:29] </w:t>
      </w:r>
      <w:r>
        <w:t>absolute sense mein haram hai. aap sirf peaceful activism chala sakte hain, jaise kashmir mein jo kiya hai, logon ne woh bilashuba haram tha.</w:t>
      </w:r>
    </w:p>
    <w:p>
      <w:pPr>
        <w:jc w:val="right"/>
      </w:pPr>
      <w:r>
        <w:t>ایبسولیوٹ سینس میں حرام ہے۔ آپ صرف پیس فل ایکٹیوزم چلا سکتے ہیں، جیسے کشمیر میں جو کیا ہے، لوگوں نے وہ بلاشبہ حرام تھا۔</w:t>
      </w:r>
    </w:p>
    <w:p>
      <w:r>
        <w:rPr>
          <w:b/>
        </w:rPr>
        <w:t xml:space="preserve">[33:41] </w:t>
      </w:r>
      <w:r>
        <w:t>palestine mein jo kar rahe hain, woh bilashuba haram hai. chahe kashmir ho ya palestine ho ya philippines ho, kahin bhi duniya mein, jahan jahan bhi ho, aap ke liye ek hi option hai, woh hai peaceful activism.</w:t>
      </w:r>
    </w:p>
    <w:p>
      <w:pPr>
        <w:jc w:val="right"/>
      </w:pPr>
      <w:r>
        <w:t>فلسطین میں جو کر رہے ہیں، وہ بلاشبہ حرام ہے۔ چاہے کشمیر ہو یا فلسطین ہو یا فلپائن ہو، کہیں بھی دنیا میں، جہاں جہاں بھی ہو، آپ کے لیے ایک ہی اپشن ہے، وہ ہے پیس فل ایکٹیوزم۔</w:t>
      </w:r>
    </w:p>
    <w:p>
      <w:r>
        <w:rPr>
          <w:b/>
        </w:rPr>
        <w:t xml:space="preserve">[33:54] </w:t>
      </w:r>
      <w:r>
        <w:t>peaceful activism, violent activism ka option hi nahi hai musalmanon ke liye. yaad rakhiye, violent activism ka option musalmanon ke liye hai hi nahi, bilkul</w:t>
      </w:r>
    </w:p>
    <w:p>
      <w:pPr>
        <w:jc w:val="right"/>
      </w:pPr>
      <w:r>
        <w:t>پیس فل ایکٹیوزم، وائلنٹ ایکٹیوزم کا اپشن ہی نہیں ہے مسلمانوں کے لیے۔ یاد رکھیے، وائلنٹ ایکٹیوزم کا اپشن مسلمانوں کے لیے ہے ہی نہیں، بالکل</w:t>
      </w:r>
    </w:p>
    <w:p>
      <w:r>
        <w:rPr>
          <w:b/>
        </w:rPr>
        <w:t xml:space="preserve">[34:08] </w:t>
      </w:r>
      <w:r>
        <w:t>sirf ek hi option hai, woh peaceful activism. yahan tak ke main yeh kahunga ke aap, yani is, yani aam musalmanon ko, ko apna, is ko apna, woh banana, apna issue banana ke agar koi mulk attack kar raha hai, tab bhi agar state aap ko bulayegi to aap ko jana hai, nahi to nahi jana hai.</w:t>
      </w:r>
    </w:p>
    <w:p>
      <w:pPr>
        <w:jc w:val="right"/>
      </w:pPr>
      <w:r>
        <w:t>صرف ایک ہی اپشن ہے، وہ پیس فل ایکٹیوزم۔ یہاں تک کہ میں یہ کہوں گا کہ آپ، یعنی اس، یعنی عام مسلمانوں کو، کو اپنا، اس کو اپنا، وہ بنانا، اپنا ایشو بنانا کہ اگر کوئی ملک اٹیک کر رہا ہے، تب بھی اگر اسٹیٹ آپ کو بلائے گی تو آپ کو جانا ہے، نہیں تو نہیں جانا ہے۔</w:t>
      </w:r>
    </w:p>
    <w:p>
      <w:r>
        <w:rPr>
          <w:b/>
        </w:rPr>
        <w:t xml:space="preserve">[34:27] </w:t>
      </w:r>
      <w:r>
        <w:t>aap ko</w:t>
      </w:r>
    </w:p>
    <w:p>
      <w:pPr>
        <w:jc w:val="right"/>
      </w:pPr>
      <w:r>
        <w:t>آپ کو</w:t>
      </w:r>
    </w:p>
    <w:p>
      <w:r>
        <w:rPr>
          <w:b/>
        </w:rPr>
        <w:t xml:space="preserve">[34:30] </w:t>
      </w:r>
      <w:r>
        <w:t>agar ek state hai, ek muslim state hai, kisi state ne is par hamla kar diya hai, to is ka matlab nahi ke aap bhi uth kar idhar bomb marne lagen, idhar idhar.</w:t>
      </w:r>
    </w:p>
    <w:p>
      <w:pPr>
        <w:jc w:val="right"/>
      </w:pPr>
      <w:r>
        <w:t>اگر ایک اسٹیٹ ہے، ایک مسلم اسٹیٹ ہے، کسی اسٹیٹ نے اس پر حملہ کر دیا ہے، تو اس کا مطلب نہیں کہ آپ بھی اٹھ کر ادھر بم مارنے لگیں، ادھر ادھر۔</w:t>
      </w:r>
    </w:p>
    <w:p>
      <w:r>
        <w:rPr>
          <w:b/>
        </w:rPr>
        <w:t xml:space="preserve">[34:40] </w:t>
      </w:r>
      <w:r>
        <w:t>state agar aap ko bulati hai, tab aap labbaik kahiye, nahi to apne ghar baithiye. yeh sab baatein islam mein bohat hi clear hain, lekin hamare ulma jo hain, woh khud bhi is ke khilaf chal rahe hain.</w:t>
      </w:r>
    </w:p>
    <w:p>
      <w:pPr>
        <w:jc w:val="right"/>
      </w:pPr>
      <w:r>
        <w:t>اسٹیٹ اگر آپ کو بلاتی ہے، تب آپ لبیک کہیے، نہیں تو اپنے گھر بیٹھیے۔ یہ سب باتیں اسلام میں بہت ہی کلیئر ہیں، لیکن ہمارے علماء جو ہیں، وہ خود بھی اس کے خلاف چل رہے ہیں۔</w:t>
      </w:r>
    </w:p>
    <w:p>
      <w:r>
        <w:rPr>
          <w:b/>
        </w:rPr>
        <w:t xml:space="preserve">[34:53] </w:t>
      </w:r>
      <w:r>
        <w:t>log samajhte hain ke yahi islam hoga. is waqt ulma bhi is waqt bilkul ghalati par ja rahe hain, aur masters bhi ghalati par ja rahe hain.</w:t>
      </w:r>
    </w:p>
    <w:p>
      <w:pPr>
        <w:jc w:val="right"/>
      </w:pPr>
      <w:r>
        <w:t>لوگ سمجھتے ہیں کہ یہی اسلام ہوگا۔ اس وقت علماء بھی اس وقت بالکل غلطی پر جا رہے ہیں، اور ماسٹرز بھی غلطی پر جا رہے ہیں۔</w:t>
      </w:r>
    </w:p>
    <w:p>
      <w:r>
        <w:rPr>
          <w:b/>
        </w:rPr>
        <w:t xml:space="preserve">[35:02] </w:t>
      </w:r>
      <w:r>
        <w:t>main is mein zara bhi shaq nahi. mujhe kisi ko agar is mein woh chahiye, yani references chahiye, to mere paas aao, main aap ko ek so ek reference batata hoon.</w:t>
      </w:r>
    </w:p>
    <w:p>
      <w:pPr>
        <w:jc w:val="right"/>
      </w:pPr>
      <w:r>
        <w:t>میں اس میں ذرا بھی شک نہیں۔ مجھے کسی کو اگر اس میں وہ چاہیے، یعنی ریفرنسز چاہیے، تو میرے پاس آؤ، میں آپ کو ایک سو ایک ریفرنس بتاتا ہوں۔</w:t>
      </w:r>
    </w:p>
    <w:p>
      <w:r>
        <w:rPr>
          <w:b/>
        </w:rPr>
        <w:t xml:space="preserve">[35:11] </w:t>
      </w:r>
      <w:r>
        <w:t>aap ko quran ka aur hadith ka.</w:t>
      </w:r>
    </w:p>
    <w:p>
      <w:pPr>
        <w:jc w:val="right"/>
      </w:pPr>
      <w:r>
        <w:t>آپ کو قرآن کا اور حدیث کا۔</w:t>
      </w:r>
    </w:p>
    <w:p>
      <w:r>
        <w:rPr>
          <w:b/>
        </w:rPr>
        <w:t xml:space="preserve">[35:15] </w:t>
      </w:r>
      <w:r>
        <w:t>This sawal is from Dr. Farida Khan. What makes people so foolish as to challenge a strong military rule as they did in Pakistan?</w:t>
      </w:r>
    </w:p>
    <w:p>
      <w:pPr>
        <w:jc w:val="right"/>
      </w:pPr>
      <w:r>
        <w:t>دس سوال از فرام ڈاکٹر فریدہ خانہ۔ واٹ میکس پیپل سو فولش ایز ٹو چیلنج ا سٹرونگ ملٹری رول ایز دے ڈیڈ ان پاکستان؟</w:t>
      </w:r>
    </w:p>
    <w:p>
      <w:r>
        <w:rPr>
          <w:b/>
        </w:rPr>
        <w:t xml:space="preserve">[35:29] </w:t>
      </w:r>
      <w:r>
        <w:t>dekhiye, ek hadith hai, woh hadith main sunaoonga aap ko is mauqe par. hadith yeh hai ke la yanbaghi lil momin an yudil nafsah.</w:t>
      </w:r>
    </w:p>
    <w:p>
      <w:pPr>
        <w:jc w:val="right"/>
      </w:pPr>
      <w:r>
        <w:t>دیکھیے، ایک حدیث ہے، وہ حدیث میں سناؤں گا آپ کو اس موقع پر۔ حدیث یہ ہے کہ لاینبغی للمومن انیدل نفسہ۔</w:t>
      </w:r>
    </w:p>
    <w:p>
      <w:r>
        <w:rPr>
          <w:b/>
        </w:rPr>
        <w:t xml:space="preserve">[35:43] </w:t>
      </w:r>
      <w:r>
        <w:t>momin ke liye jaiz nahi ke woh apne aap ko zaleel kare, khud apne aap ko humiliate kare.</w:t>
      </w:r>
    </w:p>
    <w:p>
      <w:pPr>
        <w:jc w:val="right"/>
      </w:pPr>
      <w:r>
        <w:t>مومن کے لیے جائز نہیں کہ وہ اپنے آپ کو ذلیل کرے، خود اپنے آپ کو ہیومیلیٹ کرے۔</w:t>
      </w:r>
    </w:p>
    <w:p>
      <w:r>
        <w:rPr>
          <w:b/>
        </w:rPr>
        <w:t xml:space="preserve">[35:51] </w:t>
      </w:r>
      <w:r>
        <w:t>momin ke liye jaiz nahi ke koi aadmi apne aap ko khud hi zaleel kare, khud apne aap ko</w:t>
      </w:r>
    </w:p>
    <w:p>
      <w:pPr>
        <w:jc w:val="right"/>
      </w:pPr>
      <w:r>
        <w:t>مومن کے لیے جائز نہیں کہ کوئی آدمی اپنے آپ کو خود ہی ذلیل کرے، خود اپنے آپ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