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Discovery of Paradise November 15, 2020 Maulana Wahiduddin Khan</w:t>
      </w:r>
    </w:p>
    <w:p>
      <w:r>
        <w:t>https://www.youtube.com/watch?v=Ig1kHk5K3zE</w:t>
      </w:r>
    </w:p>
    <w:p>
      <w:r>
        <w:rPr>
          <w:b/>
        </w:rPr>
        <w:t xml:space="preserve">[00:13] </w:t>
      </w:r>
      <w:r>
        <w:t>bismillah rahman rahim, 15 november</w:t>
      </w:r>
    </w:p>
    <w:p>
      <w:pPr>
        <w:jc w:val="right"/>
      </w:pPr>
      <w:r>
        <w:t>بسم اللہ الرحمن الرحیم، 15 نومبر</w:t>
      </w:r>
    </w:p>
    <w:p>
      <w:r>
        <w:rPr>
          <w:b/>
        </w:rPr>
        <w:t xml:space="preserve">[00:20] </w:t>
      </w:r>
      <w:r>
        <w:t>2020. ji.</w:t>
      </w:r>
    </w:p>
    <w:p>
      <w:pPr>
        <w:jc w:val="right"/>
      </w:pPr>
      <w:r>
        <w:t>2020۔ جی۔</w:t>
      </w:r>
    </w:p>
    <w:p>
      <w:r>
        <w:rPr>
          <w:b/>
        </w:rPr>
        <w:t xml:space="preserve">[00:32] </w:t>
      </w:r>
      <w:r>
        <w:t>meri zindagi ka</w:t>
      </w:r>
    </w:p>
    <w:p>
      <w:pPr>
        <w:jc w:val="right"/>
      </w:pPr>
      <w:r>
        <w:t>میری زندگی کا</w:t>
      </w:r>
    </w:p>
    <w:p>
      <w:r>
        <w:rPr>
          <w:b/>
        </w:rPr>
        <w:t xml:space="preserve">[00:40] </w:t>
      </w:r>
      <w:r>
        <w:t>maqsad sirf ek tha, woh yeh ke zindagi.</w:t>
      </w:r>
    </w:p>
    <w:p>
      <w:pPr>
        <w:jc w:val="right"/>
      </w:pPr>
      <w:r>
        <w:t>مقصد صرف ایک تھا، وہ یہ کہ زندگی۔</w:t>
      </w:r>
    </w:p>
    <w:p>
      <w:r>
        <w:rPr>
          <w:b/>
        </w:rPr>
        <w:t xml:space="preserve">[00:49] </w:t>
      </w:r>
      <w:r>
        <w:t>yani allah taala ne, ya khaliq ne,</w:t>
      </w:r>
    </w:p>
    <w:p>
      <w:pPr>
        <w:jc w:val="right"/>
      </w:pPr>
      <w:r>
        <w:t>یعنی اللہ تعالیٰ نے، یا خالق نے،</w:t>
      </w:r>
    </w:p>
    <w:p>
      <w:r>
        <w:rPr>
          <w:b/>
        </w:rPr>
        <w:t xml:space="preserve">[00:59] </w:t>
      </w:r>
      <w:r>
        <w:t>insan ko kis liye paida kiya hai? maqsad hayat kya hai?</w:t>
      </w:r>
    </w:p>
    <w:p>
      <w:pPr>
        <w:jc w:val="right"/>
      </w:pPr>
      <w:r>
        <w:t>انسان کو کس لیے پیدا کیا ہے؟ مقصد حیات کیا ہے؟</w:t>
      </w:r>
    </w:p>
    <w:p>
      <w:r>
        <w:rPr>
          <w:b/>
        </w:rPr>
        <w:t xml:space="preserve">[01:09] </w:t>
      </w:r>
      <w:r>
        <w:t>is shuru se aakhir tak</w:t>
      </w:r>
    </w:p>
    <w:p>
      <w:pPr>
        <w:jc w:val="right"/>
      </w:pPr>
      <w:r>
        <w:t>اس شروع سے آخر تک</w:t>
      </w:r>
    </w:p>
    <w:p>
      <w:r>
        <w:rPr>
          <w:b/>
        </w:rPr>
        <w:t xml:space="preserve">[01:16] </w:t>
      </w:r>
      <w:r>
        <w:t>main isi sawal ka jawab dhoondta raha.</w:t>
      </w:r>
    </w:p>
    <w:p>
      <w:pPr>
        <w:jc w:val="right"/>
      </w:pPr>
      <w:r>
        <w:t>میں اسی سوال کا جواب ڈھونڈتا رہا۔</w:t>
      </w:r>
    </w:p>
    <w:p>
      <w:r>
        <w:rPr>
          <w:b/>
        </w:rPr>
        <w:t xml:space="preserve">[01:26] </w:t>
      </w:r>
      <w:r>
        <w:t>to mere samne jo aaya, pehle bhi ab bhi,</w:t>
      </w:r>
    </w:p>
    <w:p>
      <w:pPr>
        <w:jc w:val="right"/>
      </w:pPr>
      <w:r>
        <w:t>تو میرے سامنے جو آیا، پہلے بھی اب بھی،</w:t>
      </w:r>
    </w:p>
    <w:p>
      <w:r>
        <w:rPr>
          <w:b/>
        </w:rPr>
        <w:t xml:space="preserve">[01:34] </w:t>
      </w:r>
      <w:r>
        <w:t>keh quran ki ek ayat is mein</w:t>
      </w:r>
    </w:p>
    <w:p>
      <w:pPr>
        <w:jc w:val="right"/>
      </w:pPr>
      <w:r>
        <w:t>کہ قرآن کی ایک آیت اس میں</w:t>
      </w:r>
    </w:p>
    <w:p>
      <w:r>
        <w:rPr>
          <w:b/>
        </w:rPr>
        <w:t xml:space="preserve">[01:42] </w:t>
      </w:r>
      <w:r>
        <w:t>hamari rehnumai karti hai: "khalaq maut wal hayat li yugam ay suno mara".</w:t>
      </w:r>
    </w:p>
    <w:p>
      <w:pPr>
        <w:jc w:val="right"/>
      </w:pPr>
      <w:r>
        <w:t>ہماری رہنمائی کرتی ہے: "خلق موت والحیات لیو گم ای گما سنو مرا"۔</w:t>
      </w:r>
    </w:p>
    <w:p>
      <w:r>
        <w:rPr>
          <w:b/>
        </w:rPr>
        <w:t xml:space="preserve">[01:55] </w:t>
      </w:r>
      <w:r>
        <w:t>keh allah ne paida kiya</w:t>
      </w:r>
    </w:p>
    <w:p>
      <w:pPr>
        <w:jc w:val="right"/>
      </w:pPr>
      <w:r>
        <w:t>کہ اللہ نے پیدا کیا</w:t>
      </w:r>
    </w:p>
    <w:p>
      <w:r>
        <w:rPr>
          <w:b/>
        </w:rPr>
        <w:t xml:space="preserve">[02:01] </w:t>
      </w:r>
      <w:r>
        <w:t>maut aur zindagi</w:t>
      </w:r>
    </w:p>
    <w:p>
      <w:pPr>
        <w:jc w:val="right"/>
      </w:pPr>
      <w:r>
        <w:t>موت اور زندگی</w:t>
      </w:r>
    </w:p>
    <w:p>
      <w:r>
        <w:rPr>
          <w:b/>
        </w:rPr>
        <w:t xml:space="preserve">[02:09] </w:t>
      </w:r>
      <w:r>
        <w:t>taake</w:t>
      </w:r>
    </w:p>
    <w:p>
      <w:pPr>
        <w:jc w:val="right"/>
      </w:pPr>
      <w:r>
        <w:t>تاکہ</w:t>
      </w:r>
    </w:p>
    <w:p>
      <w:r>
        <w:rPr>
          <w:b/>
        </w:rPr>
        <w:t xml:space="preserve">[02:16] </w:t>
      </w:r>
      <w:r>
        <w:t>yeh jaane ke kaun tum mein aasman amal kar raha hai.</w:t>
      </w:r>
    </w:p>
    <w:p>
      <w:pPr>
        <w:jc w:val="right"/>
      </w:pPr>
      <w:r>
        <w:t>یہ جانے کہ کون تم میں آسمان عمل کر رہا ہے۔</w:t>
      </w:r>
    </w:p>
    <w:p>
      <w:r>
        <w:rPr>
          <w:b/>
        </w:rPr>
        <w:t xml:space="preserve">[02:27] </w:t>
      </w:r>
      <w:r>
        <w:t>to</w:t>
      </w:r>
    </w:p>
    <w:p>
      <w:pPr>
        <w:jc w:val="right"/>
      </w:pPr>
      <w:r>
        <w:t>تو</w:t>
      </w:r>
    </w:p>
    <w:p>
      <w:r>
        <w:rPr>
          <w:b/>
        </w:rPr>
        <w:t xml:space="preserve">[02:32] </w:t>
      </w:r>
      <w:r>
        <w:t>mein sochta hoon ke ab bhi</w:t>
      </w:r>
    </w:p>
    <w:p>
      <w:pPr>
        <w:jc w:val="right"/>
      </w:pPr>
      <w:r>
        <w:t>میں سوچتا ہوں کہ اب بھی</w:t>
      </w:r>
    </w:p>
    <w:p>
      <w:r>
        <w:rPr>
          <w:b/>
        </w:rPr>
        <w:t xml:space="preserve">[02:36] </w:t>
      </w:r>
      <w:r>
        <w:t>meri samajh se yahi</w:t>
      </w:r>
    </w:p>
    <w:p>
      <w:pPr>
        <w:jc w:val="right"/>
      </w:pPr>
      <w:r>
        <w:t>میری سمجھ سے یہی</w:t>
      </w:r>
    </w:p>
    <w:p>
      <w:r>
        <w:rPr>
          <w:b/>
        </w:rPr>
        <w:t xml:space="preserve">[02:44] </w:t>
      </w:r>
      <w:r>
        <w:t>insan ka maqsad hayat hai. ab yeh ke doosri ayat, doosri cheez jo is mein rehnumai karti hai,</w:t>
      </w:r>
    </w:p>
    <w:p>
      <w:pPr>
        <w:jc w:val="right"/>
      </w:pPr>
      <w:r>
        <w:t>انسان کا مقصد حیات ہے۔ اب یہ کہ دوسری آیت، دوسری چیز جو اس میں رہنمائی کرتی ہے،</w:t>
      </w:r>
    </w:p>
    <w:p>
      <w:r>
        <w:rPr>
          <w:b/>
        </w:rPr>
        <w:t xml:space="preserve">[03:02] </w:t>
      </w:r>
      <w:r>
        <w:t>woh yeh hai ke quran ki</w:t>
      </w:r>
    </w:p>
    <w:p>
      <w:pPr>
        <w:jc w:val="right"/>
      </w:pPr>
      <w:r>
        <w:t>وہ یہ ہے کہ قرآن کی</w:t>
      </w:r>
    </w:p>
    <w:p>
      <w:r>
        <w:rPr>
          <w:b/>
        </w:rPr>
        <w:t xml:space="preserve">[03:09] </w:t>
      </w:r>
      <w:r>
        <w:t>ghaliban teen ayatein</w:t>
      </w:r>
    </w:p>
    <w:p>
      <w:pPr>
        <w:jc w:val="right"/>
      </w:pPr>
      <w:r>
        <w:t>غالباً تین آیات</w:t>
      </w:r>
    </w:p>
    <w:p>
      <w:r>
        <w:rPr>
          <w:b/>
        </w:rPr>
        <w:t xml:space="preserve">[03:15] </w:t>
      </w:r>
      <w:r>
        <w:t>mein yeh mazmoon bana hua hai ke</w:t>
      </w:r>
    </w:p>
    <w:p>
      <w:pPr>
        <w:jc w:val="right"/>
      </w:pPr>
      <w:r>
        <w:t>میں یہ مضمون بنا ہوا ہے کہ</w:t>
      </w:r>
    </w:p>
    <w:p>
      <w:r>
        <w:rPr>
          <w:b/>
        </w:rPr>
        <w:t xml:space="preserve">[03:23] </w:t>
      </w:r>
      <w:r>
        <w:t>agar</w:t>
      </w:r>
    </w:p>
    <w:p>
      <w:pPr>
        <w:jc w:val="right"/>
      </w:pPr>
      <w:r>
        <w:t>اگر</w:t>
      </w:r>
    </w:p>
    <w:p>
      <w:r>
        <w:rPr>
          <w:b/>
        </w:rPr>
        <w:t xml:space="preserve">[03:29] </w:t>
      </w:r>
      <w:r>
        <w:t>walo ilm al shaitan aqlam warab yodo.</w:t>
      </w:r>
    </w:p>
    <w:p>
      <w:pPr>
        <w:jc w:val="right"/>
      </w:pPr>
      <w:r>
        <w:t>ولو علم شیطان اقلام ورب یودو۔</w:t>
      </w:r>
    </w:p>
    <w:p>
      <w:r>
        <w:rPr>
          <w:b/>
        </w:rPr>
        <w:t xml:space="preserve">[03:40] </w:t>
      </w:r>
      <w:r>
        <w:t>meri maan aati hai, meri maan aati hai.</w:t>
      </w:r>
    </w:p>
    <w:p>
      <w:pPr>
        <w:jc w:val="right"/>
      </w:pPr>
      <w:r>
        <w:t>میری ماں آتی ہے، میری ماں آتی ہے۔</w:t>
      </w:r>
    </w:p>
    <w:p>
      <w:r>
        <w:rPr>
          <w:b/>
        </w:rPr>
        <w:t xml:space="preserve">[03:42] </w:t>
      </w:r>
      <w:r>
        <w:t>ab abhi teen ayatein hain, ji ghaliban, ji. to teen ayatein padhiye aur is ka tarjuma.</w:t>
      </w:r>
    </w:p>
    <w:p>
      <w:pPr>
        <w:jc w:val="right"/>
      </w:pPr>
      <w:r>
        <w:t>اب ابھی تین آیات ہیں، جی غالباً، جی۔ تو تین آیات پڑھیے اور اس کا ترجمہ۔</w:t>
      </w:r>
    </w:p>
    <w:p>
      <w:r>
        <w:rPr>
          <w:b/>
        </w:rPr>
        <w:t xml:space="preserve">[03:51] </w:t>
      </w:r>
      <w:r>
        <w:t>surah luqman, surah number 31, ayat number 27: "walo al nama fil arz min shajrat aqlam wal bahri mada min ba'dhi sab'at abhur ma nafidat kalimatu allah inna allah aziz hakim".</w:t>
      </w:r>
    </w:p>
    <w:p>
      <w:pPr>
        <w:jc w:val="right"/>
      </w:pPr>
      <w:r>
        <w:t>سورہ لقمان، سورہ نمبر 31، آیت نمبر 27: "ولو النما فی الارض من شجرت اقلام والبحریمده من بعدہ سبعت ابھری ما نفدت کلمات اللہ ان اللہ عزیز حکیم"۔</w:t>
      </w:r>
    </w:p>
    <w:p>
      <w:r>
        <w:rPr>
          <w:b/>
        </w:rPr>
        <w:t xml:space="preserve">[04:11] </w:t>
      </w:r>
      <w:r>
        <w:t>aur agar zameen ke tamam darakht qalam ho jayen aur samandar mazeed saat samandaron ke sath roshnai ho jayen to allah ke kalimat khatm nahi honge.</w:t>
      </w:r>
    </w:p>
    <w:p>
      <w:pPr>
        <w:jc w:val="right"/>
      </w:pPr>
      <w:r>
        <w:t>اور اگر زمین کے تمام درخت قلم ہو جائیں اور سمندر مزید سات سمندروں کے ساتھ روشنائی ہو جائیں تو اللہ کے کلمات ختم نہیں ہوں گے۔</w:t>
      </w:r>
    </w:p>
    <w:p>
      <w:r>
        <w:rPr>
          <w:b/>
        </w:rPr>
        <w:t xml:space="preserve">[04:23] </w:t>
      </w:r>
      <w:r>
        <w:t>beshak allah zabardast hai, hikmat wala hai. doosri ayat surah al kahf, surah number 18, ayat number 109: "qul kan al bahar midad li kalimati rabbi la nafid al bahar qabla an tanfada kalimati rabbi walo jaina bi mithlihi madada".</w:t>
      </w:r>
    </w:p>
    <w:p>
      <w:pPr>
        <w:jc w:val="right"/>
      </w:pPr>
      <w:r>
        <w:t>بے شک اللہ زبردست ہے، حکمت والا ہے۔ دوسری آیت سورہ الکہف، سورہ نمبر 18، آیت نمبر 109: "قل کان البحر مداد لکلمات ربی لنفد البحر قبل ان تنفد کلمات ربی ولو جئنا بمثلہ مددا"۔</w:t>
      </w:r>
    </w:p>
    <w:p>
      <w:r>
        <w:rPr>
          <w:b/>
        </w:rPr>
        <w:t xml:space="preserve">[04:50] </w:t>
      </w:r>
      <w:r>
        <w:t>keh do: agar samandar ho jayen roshnai rab ke kalimat ke liye to samandar khatm ho jayega is se pehle ke mere rab ke kalimat khatm hon, agarche is ke misl aur roshnai le ayen.</w:t>
      </w:r>
    </w:p>
    <w:p>
      <w:pPr>
        <w:jc w:val="right"/>
      </w:pPr>
      <w:r>
        <w:t>کہہ دو: اگر سمندر ہو جائیں روشنائی رب کے کلمات کے لیے تو سمندر ختم ہو جائے گا اس سے پہلے کہ میرے رب کے کلمات ختم ہوں، اگرچہ اس کے مثل اور روشنائی لے آئیں۔</w:t>
      </w:r>
    </w:p>
    <w:p>
      <w:r>
        <w:rPr>
          <w:b/>
        </w:rPr>
        <w:t xml:space="preserve">[05:08] </w:t>
      </w:r>
      <w:r>
        <w:t>dekhiye yeh. qadeem andaaz mein is baat ka elan hai</w:t>
      </w:r>
    </w:p>
    <w:p>
      <w:pPr>
        <w:jc w:val="right"/>
      </w:pPr>
      <w:r>
        <w:t>دیکھیے یہ۔ قدیم انداز میں اس بات کا اعلان ہے</w:t>
      </w:r>
    </w:p>
    <w:p>
      <w:r>
        <w:rPr>
          <w:b/>
        </w:rPr>
        <w:t xml:space="preserve">[05:17] </w:t>
      </w:r>
      <w:r>
        <w:t>ke jo khaliq hai is kainat ke woh bohat hi zyada bara khaliq hai.</w:t>
      </w:r>
    </w:p>
    <w:p>
      <w:pPr>
        <w:jc w:val="right"/>
      </w:pPr>
      <w:r>
        <w:t>کہ جو خالق ہے اس کائنات کے وہ بہت ہی زیادہ بڑا خالق ہے۔</w:t>
      </w:r>
    </w:p>
    <w:p>
      <w:r>
        <w:rPr>
          <w:b/>
        </w:rPr>
        <w:t xml:space="preserve">[05:31] </w:t>
      </w:r>
      <w:r>
        <w:t>to</w:t>
      </w:r>
    </w:p>
    <w:p>
      <w:pPr>
        <w:jc w:val="right"/>
      </w:pPr>
      <w:r>
        <w:t>تو</w:t>
      </w:r>
    </w:p>
    <w:p>
      <w:r>
        <w:rPr>
          <w:b/>
        </w:rPr>
        <w:t xml:space="preserve">[05:37] </w:t>
      </w:r>
      <w:r>
        <w:t>yani aisa ho</w:t>
      </w:r>
    </w:p>
    <w:p>
      <w:pPr>
        <w:jc w:val="right"/>
      </w:pPr>
      <w:r>
        <w:t>یعنی ایسا ہو</w:t>
      </w:r>
    </w:p>
    <w:p>
      <w:r>
        <w:rPr>
          <w:b/>
        </w:rPr>
        <w:t xml:space="preserve">[05:44] </w:t>
      </w:r>
      <w:r>
        <w:t>ke sare samandar ek ek bana diye jayen</w:t>
      </w:r>
    </w:p>
    <w:p>
      <w:pPr>
        <w:jc w:val="right"/>
      </w:pPr>
      <w:r>
        <w:t>کہ سارے سمندر ایک ایک بنا دیے جائیں</w:t>
      </w:r>
    </w:p>
    <w:p>
      <w:r>
        <w:rPr>
          <w:b/>
        </w:rPr>
        <w:t xml:space="preserve">[05:53] </w:t>
      </w:r>
      <w:r>
        <w:t>aur sare darakht qalam band diye jayen aur likha shuru kiya jayega ke</w:t>
      </w:r>
    </w:p>
    <w:p>
      <w:pPr>
        <w:jc w:val="right"/>
      </w:pPr>
      <w:r>
        <w:t>اور سارے درخت قلم بند دیے جائیں اور لکھا شروع کیا جائے گا کہ</w:t>
      </w:r>
    </w:p>
    <w:p>
      <w:r>
        <w:rPr>
          <w:b/>
        </w:rPr>
        <w:t xml:space="preserve">[06:05] </w:t>
      </w:r>
      <w:r>
        <w:t>"al-aala Allah" ko. To "al-aala Allah" khatm nahin honge.</w:t>
      </w:r>
    </w:p>
    <w:p>
      <w:pPr>
        <w:jc w:val="right"/>
      </w:pPr>
      <w:r>
        <w:t>"الاعلی اللہ" کو۔ تو "الاعلی اللہ" ختم نہیں ہوں گے۔</w:t>
      </w:r>
    </w:p>
    <w:p>
      <w:r>
        <w:rPr>
          <w:b/>
        </w:rPr>
        <w:t xml:space="preserve">[06:14] </w:t>
      </w:r>
      <w:r>
        <w:t>Ye ek andaz hai kehne ka. To main hamesha sochta raha ke itne zyada jo Allah ke</w:t>
      </w:r>
    </w:p>
    <w:p>
      <w:pPr>
        <w:jc w:val="right"/>
      </w:pPr>
      <w:r>
        <w:t>یہ ایک انداز ہے کہنے کا۔ تو میں ہمیشہ سوچتا رہا کہ اتنے زیادہ جو اللہ کے</w:t>
      </w:r>
    </w:p>
    <w:p>
      <w:r>
        <w:rPr>
          <w:b/>
        </w:rPr>
        <w:t xml:space="preserve">[06:29] </w:t>
      </w:r>
      <w:r>
        <w:t>idhar ki baaten hain</w:t>
      </w:r>
    </w:p>
    <w:p>
      <w:pPr>
        <w:jc w:val="right"/>
      </w:pPr>
      <w:r>
        <w:t>ادھر کی باتیں ہیں</w:t>
      </w:r>
    </w:p>
    <w:p>
      <w:r>
        <w:rPr>
          <w:b/>
        </w:rPr>
        <w:t xml:space="preserve">[06:37] </w:t>
      </w:r>
      <w:r>
        <w:t>to wo kis liye hain? Yani ye naam ye mumkin nahin hai ke ya Quran mein ye aayaten</w:t>
      </w:r>
    </w:p>
    <w:p>
      <w:pPr>
        <w:jc w:val="right"/>
      </w:pPr>
      <w:r>
        <w:t>تو وہ کس لیے ہیں؟ یعنی یہ نام یہ ممکن نہیں ہے کہ یا قرآن میں یہ آیتیں</w:t>
      </w:r>
    </w:p>
    <w:p>
      <w:r>
        <w:rPr>
          <w:b/>
        </w:rPr>
        <w:t xml:space="preserve">[06:53] </w:t>
      </w:r>
      <w:r>
        <w:t>ta'alluq ke liye</w:t>
      </w:r>
    </w:p>
    <w:p>
      <w:pPr>
        <w:jc w:val="right"/>
      </w:pPr>
      <w:r>
        <w:t>تعلق کے لیے</w:t>
      </w:r>
    </w:p>
    <w:p>
      <w:r>
        <w:rPr>
          <w:b/>
        </w:rPr>
        <w:t xml:space="preserve">[06:59] </w:t>
      </w:r>
      <w:r>
        <w:t>mazkur hon.</w:t>
      </w:r>
    </w:p>
    <w:p>
      <w:pPr>
        <w:jc w:val="right"/>
      </w:pPr>
      <w:r>
        <w:t>مذکور ہوں۔</w:t>
      </w:r>
    </w:p>
    <w:p>
      <w:r>
        <w:rPr>
          <w:b/>
        </w:rPr>
        <w:t xml:space="preserve">[07:07] </w:t>
      </w:r>
      <w:r>
        <w:t>To is par sochte sochte ye samajh mein aaya ke ye</w:t>
      </w:r>
    </w:p>
    <w:p>
      <w:pPr>
        <w:jc w:val="right"/>
      </w:pPr>
      <w:r>
        <w:t>تو اس پر سوچتے سوچتے یہ سمجھ میں آیا کہ یہ</w:t>
      </w:r>
    </w:p>
    <w:p>
      <w:r>
        <w:rPr>
          <w:b/>
        </w:rPr>
        <w:t xml:space="preserve">[07:16] </w:t>
      </w:r>
      <w:r>
        <w:t>doosri ayat se iski wazahat ki hoti hai.</w:t>
      </w:r>
    </w:p>
    <w:p>
      <w:pPr>
        <w:jc w:val="right"/>
      </w:pPr>
      <w:r>
        <w:t>دوسری آیت سے اس کی وضاحت کی ہوتی ہے۔</w:t>
      </w:r>
    </w:p>
    <w:p>
      <w:r>
        <w:rPr>
          <w:b/>
        </w:rPr>
        <w:t xml:space="preserve">[07:25] </w:t>
      </w:r>
      <w:r>
        <w:t>Wo ayat hai: "Sanwari Maya</w:t>
      </w:r>
    </w:p>
    <w:p>
      <w:pPr>
        <w:jc w:val="right"/>
      </w:pPr>
      <w:r>
        <w:t>وہ آیت ہے: "سنوری مایا</w:t>
      </w:r>
    </w:p>
    <w:p>
      <w:r>
        <w:rPr>
          <w:b/>
        </w:rPr>
        <w:t xml:space="preserve">[07:45] </w:t>
      </w:r>
      <w:r>
        <w:t>fi al-haqq".</w:t>
      </w:r>
    </w:p>
    <w:p>
      <w:pPr>
        <w:jc w:val="right"/>
      </w:pPr>
      <w:r>
        <w:t>فی الحق"۔</w:t>
      </w:r>
    </w:p>
    <w:p>
      <w:r>
        <w:rPr>
          <w:b/>
        </w:rPr>
        <w:t xml:space="preserve">[07:57] </w:t>
      </w:r>
      <w:r>
        <w:t>To main sochta hoon ke</w:t>
      </w:r>
    </w:p>
    <w:p>
      <w:pPr>
        <w:jc w:val="right"/>
      </w:pPr>
      <w:r>
        <w:t>تو میں سوچتا ہوں کہ</w:t>
      </w:r>
    </w:p>
    <w:p>
      <w:r>
        <w:rPr>
          <w:b/>
        </w:rPr>
        <w:t xml:space="preserve">[08:01] </w:t>
      </w:r>
      <w:r>
        <w:t>Allah taala ne jo saans saans science par paida kiya, science wo yahi process tha.</w:t>
      </w:r>
    </w:p>
    <w:p>
      <w:pPr>
        <w:jc w:val="right"/>
      </w:pPr>
      <w:r>
        <w:t>اللہ تعالیٰ نے جو سانس سانس سائنس پر پیدا کیا، سائنس وہ یہی پراسیس تھا۔</w:t>
      </w:r>
    </w:p>
    <w:p>
      <w:r>
        <w:rPr>
          <w:b/>
        </w:rPr>
        <w:t xml:space="preserve">[08:12] </w:t>
      </w:r>
      <w:r>
        <w:t>Ye process tha. Yani</w:t>
      </w:r>
    </w:p>
    <w:p>
      <w:pPr>
        <w:jc w:val="right"/>
      </w:pPr>
      <w:r>
        <w:t>یہ پراسیس تھا۔ یعنی</w:t>
      </w:r>
    </w:p>
    <w:p>
      <w:r>
        <w:rPr>
          <w:b/>
        </w:rPr>
        <w:t xml:space="preserve">[08:22] </w:t>
      </w:r>
      <w:r>
        <w:t>afaq o anfus ke mutale'a se scientists ne iski daryaft shuru ki</w:t>
      </w:r>
    </w:p>
    <w:p>
      <w:pPr>
        <w:jc w:val="right"/>
      </w:pPr>
      <w:r>
        <w:t>افاق و انفس کے مطالعہ سے سائنس دانوں نے اس کی دریافت شروع کی</w:t>
      </w:r>
    </w:p>
    <w:p>
      <w:r>
        <w:rPr>
          <w:b/>
        </w:rPr>
        <w:t xml:space="preserve">[08:33] </w:t>
      </w:r>
      <w:r>
        <w:t>aur iska ek ibtidai document,</w:t>
      </w:r>
    </w:p>
    <w:p>
      <w:pPr>
        <w:jc w:val="right"/>
      </w:pPr>
      <w:r>
        <w:t>اور اس کا ایک ابتدائی ڈاکومنٹ،</w:t>
      </w:r>
    </w:p>
    <w:p>
      <w:r>
        <w:rPr>
          <w:b/>
        </w:rPr>
        <w:t xml:space="preserve">[08:39] </w:t>
      </w:r>
      <w:r>
        <w:t>is haqiqat ka ibtidai document,</w:t>
      </w:r>
    </w:p>
    <w:p>
      <w:pPr>
        <w:jc w:val="right"/>
      </w:pPr>
      <w:r>
        <w:t>اس حقیقت کا ابتدائی ڈاکومنٹ،</w:t>
      </w:r>
    </w:p>
    <w:p>
      <w:r>
        <w:rPr>
          <w:b/>
        </w:rPr>
        <w:t xml:space="preserve">[08:44] </w:t>
      </w:r>
      <w:r>
        <w:t>ek scientists ke qalam se tayyar hua jisko hum jante hain ke wo chhap chuka hai.</w:t>
      </w:r>
    </w:p>
    <w:p>
      <w:pPr>
        <w:jc w:val="right"/>
      </w:pPr>
      <w:r>
        <w:t>ایک سائنس دانوں کے قلم سے تیار ہوا جس کو ہم جانتے ہیں کہ وہ چھپ چکا ہے۔</w:t>
      </w:r>
    </w:p>
    <w:p>
      <w:r>
        <w:rPr>
          <w:b/>
        </w:rPr>
        <w:t xml:space="preserve">[08:56] </w:t>
      </w:r>
      <w:r>
        <w:t>Evidence of Evidence of God kya hai</w:t>
      </w:r>
    </w:p>
    <w:p>
      <w:pPr>
        <w:jc w:val="right"/>
      </w:pPr>
      <w:r>
        <w:t>ایویڈنس آف ایویڈنس آف گاڈ کیا ہے</w:t>
      </w:r>
    </w:p>
    <w:p>
      <w:r>
        <w:rPr>
          <w:b/>
        </w:rPr>
        <w:t xml:space="preserve">[09:06] </w:t>
      </w:r>
      <w:r>
        <w:t>? Evidence of God in an expanding universe. Haan, Evidence of God in an expanding universe.</w:t>
      </w:r>
    </w:p>
    <w:p>
      <w:pPr>
        <w:jc w:val="right"/>
      </w:pPr>
      <w:r>
        <w:t>؟ ایویڈنس آف گاڈ ان این ایکسپینڈنگ یونیورس۔ ہاں، ایویڈنس آف گاڈ ان این ایکسپینڈنگ یونیورس۔</w:t>
      </w:r>
    </w:p>
    <w:p>
      <w:r>
        <w:rPr>
          <w:b/>
        </w:rPr>
        <w:t xml:space="preserve">[09:21] </w:t>
      </w:r>
      <w:r>
        <w:t>To ye</w:t>
      </w:r>
    </w:p>
    <w:p>
      <w:pPr>
        <w:jc w:val="right"/>
      </w:pPr>
      <w:r>
        <w:t>تو یہ</w:t>
      </w:r>
    </w:p>
    <w:p>
      <w:r>
        <w:rPr>
          <w:b/>
        </w:rPr>
        <w:t xml:space="preserve">[09:27] </w:t>
      </w:r>
      <w:r>
        <w:t>process bahut pehle se shuru hua, ab tak jari hai. To main sochta hoon ke</w:t>
      </w:r>
    </w:p>
    <w:p>
      <w:pPr>
        <w:jc w:val="right"/>
      </w:pPr>
      <w:r>
        <w:t>پراسیس بہت پہلے سے شروع ہوا، اب تک جاری ہے۔ تو میں سوچتا ہوں کہ</w:t>
      </w:r>
    </w:p>
    <w:p>
      <w:r>
        <w:rPr>
          <w:b/>
        </w:rPr>
        <w:t xml:space="preserve">[09:40] </w:t>
      </w:r>
      <w:r>
        <w:t>ye process jari rahega</w:t>
      </w:r>
    </w:p>
    <w:p>
      <w:pPr>
        <w:jc w:val="right"/>
      </w:pPr>
      <w:r>
        <w:t>یہ پراسیس جاری رہے گا</w:t>
      </w:r>
    </w:p>
    <w:p>
      <w:r>
        <w:rPr>
          <w:b/>
        </w:rPr>
        <w:t xml:space="preserve">[09:46] </w:t>
      </w:r>
      <w:r>
        <w:t>aur</w:t>
      </w:r>
    </w:p>
    <w:p>
      <w:pPr>
        <w:jc w:val="right"/>
      </w:pPr>
      <w:r>
        <w:t>اور</w:t>
      </w:r>
    </w:p>
    <w:p>
      <w:r>
        <w:rPr>
          <w:b/>
        </w:rPr>
        <w:t xml:space="preserve">[09:55] </w:t>
      </w:r>
      <w:r>
        <w:t>aur kabhi khatm nahi hoga. yani</w:t>
      </w:r>
    </w:p>
    <w:p>
      <w:pPr>
        <w:jc w:val="right"/>
      </w:pPr>
      <w:r>
        <w:t>اور کبھی ختم نہیں ہوگا۔ یعنی</w:t>
      </w:r>
    </w:p>
    <w:p>
      <w:r>
        <w:rPr>
          <w:b/>
        </w:rPr>
        <w:t xml:space="preserve">[10:05] </w:t>
      </w:r>
      <w:r>
        <w:t>mein sochta hoon ke jo ayat saani hai</w:t>
      </w:r>
    </w:p>
    <w:p>
      <w:pPr>
        <w:jc w:val="right"/>
      </w:pPr>
      <w:r>
        <w:t>میں سوچتا ہوں کہ جو آیت ثانی ہے</w:t>
      </w:r>
    </w:p>
    <w:p>
      <w:r>
        <w:rPr>
          <w:b/>
        </w:rPr>
        <w:t xml:space="preserve">[10:14] </w:t>
      </w:r>
      <w:r>
        <w:t>is mein bhi jaari rahega</w:t>
      </w:r>
    </w:p>
    <w:p>
      <w:pPr>
        <w:jc w:val="right"/>
      </w:pPr>
      <w:r>
        <w:t>اس میں بھی جاری رہے گا</w:t>
      </w:r>
    </w:p>
    <w:p>
      <w:r>
        <w:rPr>
          <w:b/>
        </w:rPr>
        <w:t xml:space="preserve">[10:20] </w:t>
      </w:r>
      <w:r>
        <w:t>aur. woh jo ayat maine padhi shuru mein</w:t>
      </w:r>
    </w:p>
    <w:p>
      <w:pPr>
        <w:jc w:val="right"/>
      </w:pPr>
      <w:r>
        <w:t>اور۔ وہ جو آیت میں نے پڑھی شروع میں</w:t>
      </w:r>
    </w:p>
    <w:p>
      <w:r>
        <w:rPr>
          <w:b/>
        </w:rPr>
        <w:t xml:space="preserve">[10:26] </w:t>
      </w:r>
      <w:r>
        <w:t>toh is ka matlab yeh hai ke</w:t>
      </w:r>
    </w:p>
    <w:p>
      <w:pPr>
        <w:jc w:val="right"/>
      </w:pPr>
      <w:r>
        <w:t>تو اس کا مطلب یہ ہے کہ</w:t>
      </w:r>
    </w:p>
    <w:p>
      <w:r>
        <w:rPr>
          <w:b/>
        </w:rPr>
        <w:t xml:space="preserve">[10:33] </w:t>
      </w:r>
      <w:r>
        <w:t>aise insaan select kiye jayenge, muntakhib kiye jayenge jo is kaam ke takmeeli marhale ko ya aakhirat jo hai woh takmeeli marhale hogi,</w:t>
      </w:r>
    </w:p>
    <w:p>
      <w:pPr>
        <w:jc w:val="right"/>
      </w:pPr>
      <w:r>
        <w:t>ایسے انسان سلیکٹ کیے جائیں گے، منتخب کیے جائیں گے جو اس کام کے تکمیلی مرحلے کو یا آخرت جو ہے وہ تکمیلی مرحلے ہوگی،</w:t>
      </w:r>
    </w:p>
    <w:p>
      <w:r>
        <w:rPr>
          <w:b/>
        </w:rPr>
        <w:t xml:space="preserve">[10:47] </w:t>
      </w:r>
      <w:r>
        <w:t>takmeeli marhale ko kamyabi ke sath aage badhayen</w:t>
      </w:r>
    </w:p>
    <w:p>
      <w:pPr>
        <w:jc w:val="right"/>
      </w:pPr>
      <w:r>
        <w:t>تکمیلی مرحلے کو کامیابی کے ساتھ آگے بڑھائیں</w:t>
      </w:r>
    </w:p>
    <w:p>
      <w:r>
        <w:rPr>
          <w:b/>
        </w:rPr>
        <w:t xml:space="preserve">[10:58] </w:t>
      </w:r>
      <w:r>
        <w:t>aur yeh kabhi khatm, yeh amal kabhi khatm na ho.</w:t>
      </w:r>
    </w:p>
    <w:p>
      <w:pPr>
        <w:jc w:val="right"/>
      </w:pPr>
      <w:r>
        <w:t>اور یہ کبھی ختم، یہ عمل کبھی ختم نہ ہو۔</w:t>
      </w:r>
    </w:p>
    <w:p>
      <w:r>
        <w:rPr>
          <w:b/>
        </w:rPr>
        <w:t xml:space="preserve">[11:06] </w:t>
      </w:r>
      <w:r>
        <w:t>mein sochta hoon ke yahi maqsad hayat hai</w:t>
      </w:r>
    </w:p>
    <w:p>
      <w:pPr>
        <w:jc w:val="right"/>
      </w:pPr>
      <w:r>
        <w:t>میں سوچتا ہوں کہ یہی مقصد حیات ہے</w:t>
      </w:r>
    </w:p>
    <w:p>
      <w:r>
        <w:rPr>
          <w:b/>
        </w:rPr>
        <w:t xml:space="preserve">[11:14] </w:t>
      </w:r>
      <w:r>
        <w:t>aur Allah ki</w:t>
      </w:r>
    </w:p>
    <w:p>
      <w:pPr>
        <w:jc w:val="right"/>
      </w:pPr>
      <w:r>
        <w:t>اور اللہ کی</w:t>
      </w:r>
    </w:p>
    <w:p>
      <w:r>
        <w:rPr>
          <w:b/>
        </w:rPr>
        <w:t xml:space="preserve">[11:18] </w:t>
      </w:r>
      <w:r>
        <w:t>pehli ayat jo hai Quran ki: "Alhamdulillah Rabbil Alameen".</w:t>
      </w:r>
    </w:p>
    <w:p>
      <w:pPr>
        <w:jc w:val="right"/>
      </w:pPr>
      <w:r>
        <w:t>پہلی آیت جو ہے قرآن کی: "الحمدللہ رب العالمین"۔</w:t>
      </w:r>
    </w:p>
    <w:p>
      <w:r>
        <w:rPr>
          <w:b/>
        </w:rPr>
        <w:t xml:space="preserve">[11:27] </w:t>
      </w:r>
      <w:r>
        <w:t>toh pehli ayat hi mein yeh ailaan kiya gaya hai ke</w:t>
      </w:r>
    </w:p>
    <w:p>
      <w:pPr>
        <w:jc w:val="right"/>
      </w:pPr>
      <w:r>
        <w:t>تو پہلی آیت ہی میں یہ اعلان کیا گیا ہے کہ</w:t>
      </w:r>
    </w:p>
    <w:p>
      <w:r>
        <w:rPr>
          <w:b/>
        </w:rPr>
        <w:t xml:space="preserve">[11:35] </w:t>
      </w:r>
      <w:r>
        <w:t>Allah ke ki hamd ko, yahan hamd ka lafz bayan karne ka amal jaari rahega aur woh kabhi khatm nahi hoga.</w:t>
      </w:r>
    </w:p>
    <w:p>
      <w:pPr>
        <w:jc w:val="right"/>
      </w:pPr>
      <w:r>
        <w:t>اللہ کے کی حمد کو، یہاں حمد کا لفظ بیان کرنے کا عمل جاری رہے گا اور وہ کبھی ختم نہیں ہوگا۔</w:t>
      </w:r>
    </w:p>
    <w:p>
      <w:r>
        <w:rPr>
          <w:b/>
        </w:rPr>
        <w:t xml:space="preserve">[11:55] </w:t>
      </w:r>
      <w:r>
        <w:t>toh insaan ka safar kaba yahi hai, insaan ka sab se bara kaam yahi hai.</w:t>
      </w:r>
    </w:p>
    <w:p>
      <w:pPr>
        <w:jc w:val="right"/>
      </w:pPr>
      <w:r>
        <w:t>تو انسان کا سفر کعب یہی ہے، انسان کا سب سے بڑا کام یہی ہے۔</w:t>
      </w:r>
    </w:p>
    <w:p>
      <w:r>
        <w:rPr>
          <w:b/>
        </w:rPr>
        <w:t xml:space="preserve">[12:11] </w:t>
      </w:r>
      <w:r>
        <w:t>maine zaati taur par isi kaam ko apna maqsad hayat banaya,</w:t>
      </w:r>
    </w:p>
    <w:p>
      <w:pPr>
        <w:jc w:val="right"/>
      </w:pPr>
      <w:r>
        <w:t>میں نے ذاتی طور پر اسی کام کو اپنا مقصد حیات بنایا،</w:t>
      </w:r>
    </w:p>
    <w:p>
      <w:r>
        <w:rPr>
          <w:b/>
        </w:rPr>
        <w:t xml:space="preserve">[12:21] </w:t>
      </w:r>
      <w:r>
        <w:t>bohat zyada kitabein padhin is par</w:t>
      </w:r>
    </w:p>
    <w:p>
      <w:pPr>
        <w:jc w:val="right"/>
      </w:pPr>
      <w:r>
        <w:t>بہت زیادہ کتابیں پڑھیں اس پر</w:t>
      </w:r>
    </w:p>
    <w:p>
      <w:r>
        <w:rPr>
          <w:b/>
        </w:rPr>
        <w:t xml:space="preserve">[12:29] </w:t>
      </w:r>
      <w:r>
        <w:t>aur</w:t>
      </w:r>
    </w:p>
    <w:p>
      <w:pPr>
        <w:jc w:val="right"/>
      </w:pPr>
      <w:r>
        <w:t>اور</w:t>
      </w:r>
    </w:p>
    <w:p>
      <w:r>
        <w:rPr>
          <w:b/>
        </w:rPr>
        <w:t xml:space="preserve">[12:35] </w:t>
      </w:r>
      <w:r>
        <w:t>isi mauzu par likhte rahe barabar</w:t>
      </w:r>
    </w:p>
    <w:p>
      <w:pPr>
        <w:jc w:val="right"/>
      </w:pPr>
      <w:r>
        <w:t>اسی موضوع پر لکھتے رہے۔ برابر</w:t>
      </w:r>
    </w:p>
    <w:p>
      <w:r>
        <w:rPr>
          <w:b/>
        </w:rPr>
        <w:t xml:space="preserve">[12:42] </w:t>
      </w:r>
      <w:r>
        <w:t>mujhe yaad hai ke jab mein Nadwah mein tha toh mein</w:t>
      </w:r>
    </w:p>
    <w:p>
      <w:pPr>
        <w:jc w:val="right"/>
      </w:pPr>
      <w:r>
        <w:t>مجھے یاد ہے کہ جب میں ندوہ میں تھا تو میں</w:t>
      </w:r>
    </w:p>
    <w:p>
      <w:r>
        <w:rPr>
          <w:b/>
        </w:rPr>
        <w:t xml:space="preserve">[12:54] </w:t>
      </w:r>
      <w:r>
        <w:t>ek din zuhr ki namaz padh kar masjid mein baitha hua tha. achaanak mere zehan mein ek title aaya, pehle socha nahi tha, woh tha: "God Arises".</w:t>
      </w:r>
    </w:p>
    <w:p>
      <w:pPr>
        <w:jc w:val="right"/>
      </w:pPr>
      <w:r>
        <w:t>ایک دن ظہر کی نماز پڑھ کر مسجد میں بیٹھا ہوا تھا۔ اچانک میرے ذہن میں ایک ٹائٹل آیا، پہلے سوچا نہیں تھا، وہ تھا: "گاڈ ارائزز"۔</w:t>
      </w:r>
    </w:p>
    <w:p>
      <w:r>
        <w:rPr>
          <w:b/>
        </w:rPr>
        <w:t xml:space="preserve">[13:12] </w:t>
      </w:r>
      <w:r>
        <w:t>toh yeh mein sochta hoon ke ek ilhami title hai is is kitab ka jo pehle chapi Urdu mein,</w:t>
      </w:r>
    </w:p>
    <w:p>
      <w:pPr>
        <w:jc w:val="right"/>
      </w:pPr>
      <w:r>
        <w:t>تو یہ میں سوچتا ہوں کہ ایک الہامی ٹائٹل ہے اس اس کتاب کا جو پہلے چھپی اردو میں،</w:t>
      </w:r>
    </w:p>
    <w:p>
      <w:r>
        <w:rPr>
          <w:b/>
        </w:rPr>
        <w:t xml:space="preserve">[13:30] </w:t>
      </w:r>
      <w:r>
        <w:t>Angrezi mein phir aur doosri zubanon mein. toh yeh jo kitab hai "God Arises", yeh ilhami title hai,</w:t>
      </w:r>
    </w:p>
    <w:p>
      <w:pPr>
        <w:jc w:val="right"/>
      </w:pPr>
      <w:r>
        <w:t>انگریزی میں پھر اور دوسری زبانوں میں۔ تو یہ جو کتاب ہے "گاڈ رائزز"، یہ الہامی ٹائٹل ہے،</w:t>
      </w:r>
    </w:p>
    <w:p>
      <w:r>
        <w:rPr>
          <w:b/>
        </w:rPr>
        <w:t xml:space="preserve">[13:45] </w:t>
      </w:r>
      <w:r>
        <w:t>mera apna ehsas yahi hai.</w:t>
      </w:r>
    </w:p>
    <w:p>
      <w:pPr>
        <w:jc w:val="right"/>
      </w:pPr>
      <w:r>
        <w:t>میرا اپنا احساس یہی ہے۔</w:t>
      </w:r>
    </w:p>
    <w:p>
      <w:r>
        <w:rPr>
          <w:b/>
        </w:rPr>
        <w:t xml:space="preserve">[13:52] </w:t>
      </w:r>
      <w:r>
        <w:t>aur isi kitab ka</w:t>
      </w:r>
    </w:p>
    <w:p>
      <w:pPr>
        <w:jc w:val="right"/>
      </w:pPr>
      <w:r>
        <w:t>اور اسی کتاب کا</w:t>
      </w:r>
    </w:p>
    <w:p>
      <w:r>
        <w:rPr>
          <w:b/>
        </w:rPr>
        <w:t xml:space="preserve">[13:58] </w:t>
      </w:r>
      <w:r>
        <w:t>hum ne likha tha Urdu edition</w:t>
      </w:r>
    </w:p>
    <w:p>
      <w:pPr>
        <w:jc w:val="right"/>
      </w:pPr>
      <w:r>
        <w:t>ہم نے لکھا تھا اردو ایڈیشن</w:t>
      </w:r>
    </w:p>
    <w:p>
      <w:r>
        <w:rPr>
          <w:b/>
        </w:rPr>
        <w:t xml:space="preserve">[14:12] </w:t>
      </w:r>
      <w:r>
        <w:t>aur phir doctor zafar ul sham khan ne is kitab ko arabi zaban mein muntaqil kiya: "as salam yatahadai".</w:t>
      </w:r>
    </w:p>
    <w:p>
      <w:pPr>
        <w:jc w:val="right"/>
      </w:pPr>
      <w:r>
        <w:t>اور پھر ڈاکٹر ظفر الشام خان نے اس کتاب کو عربی زبان میں منتقل کیا: "السلام یتحدی"۔</w:t>
      </w:r>
    </w:p>
    <w:p>
      <w:r>
        <w:rPr>
          <w:b/>
        </w:rPr>
        <w:t xml:space="preserve">[14:32] </w:t>
      </w:r>
      <w:r>
        <w:t>yeh kitab bohat hi,</w:t>
      </w:r>
    </w:p>
    <w:p>
      <w:pPr>
        <w:jc w:val="right"/>
      </w:pPr>
      <w:r>
        <w:t>یہ کتاب بہت ہی،</w:t>
      </w:r>
    </w:p>
    <w:p>
      <w:r>
        <w:rPr>
          <w:b/>
        </w:rPr>
        <w:t xml:space="preserve">[14:42] </w:t>
      </w:r>
      <w:r>
        <w:t>bohat hi style zaban mein tayyar ki gayi, qahira mein.</w:t>
      </w:r>
    </w:p>
    <w:p>
      <w:pPr>
        <w:jc w:val="right"/>
      </w:pPr>
      <w:r>
        <w:t>بہت ہی اسٹائل زبان میں تیار کی گئی، قاہرہ میں۔</w:t>
      </w:r>
    </w:p>
    <w:p>
      <w:r>
        <w:rPr>
          <w:b/>
        </w:rPr>
        <w:t xml:space="preserve">[14:54] </w:t>
      </w:r>
      <w:r>
        <w:t>to</w:t>
      </w:r>
    </w:p>
    <w:p>
      <w:pPr>
        <w:jc w:val="right"/>
      </w:pPr>
      <w:r>
        <w:t>تو</w:t>
      </w:r>
    </w:p>
    <w:p>
      <w:r>
        <w:rPr>
          <w:b/>
        </w:rPr>
        <w:t xml:space="preserve">[15:05] </w:t>
      </w:r>
      <w:r>
        <w:t>yeh title hai "as salam wahdah", yeh qahira ke sheikh</w:t>
      </w:r>
    </w:p>
    <w:p>
      <w:pPr>
        <w:jc w:val="right"/>
      </w:pPr>
      <w:r>
        <w:t>یہ ٹائٹل ہے "السلام وحدہ"، یہ قاہرہ کے شیخ</w:t>
      </w:r>
    </w:p>
    <w:p>
      <w:r>
        <w:rPr>
          <w:b/>
        </w:rPr>
        <w:t xml:space="preserve">[15:17] </w:t>
      </w:r>
      <w:r>
        <w:t>ne tajweez ki thi.</w:t>
      </w:r>
    </w:p>
    <w:p>
      <w:pPr>
        <w:jc w:val="right"/>
      </w:pPr>
      <w:r>
        <w:t>نے تجویز کی تھی۔</w:t>
      </w:r>
    </w:p>
    <w:p>
      <w:r>
        <w:rPr>
          <w:b/>
        </w:rPr>
        <w:t xml:space="preserve">[15:22] </w:t>
      </w:r>
      <w:r>
        <w:t>kya naam tha un ka?</w:t>
      </w:r>
    </w:p>
    <w:p>
      <w:pPr>
        <w:jc w:val="right"/>
      </w:pPr>
      <w:r>
        <w:t>کیا نام تھا ان کا؟</w:t>
      </w:r>
    </w:p>
    <w:p>
      <w:r>
        <w:rPr>
          <w:b/>
        </w:rPr>
        <w:t xml:space="preserve">[15:24] </w:t>
      </w:r>
      <w:r>
        <w:t>abdul lateef daraz hain. abdul saboor shaheen. abdul saboor shaheen? nahin, abdul lateef daraz.</w:t>
      </w:r>
    </w:p>
    <w:p>
      <w:pPr>
        <w:jc w:val="right"/>
      </w:pPr>
      <w:r>
        <w:t>عبداللطیف دراز ہیں۔ عبدالصبور شاہین۔ عبدالصبور شاہین؟ نہیں، عبداللطیف دراز۔</w:t>
      </w:r>
    </w:p>
    <w:p>
      <w:r>
        <w:rPr>
          <w:b/>
        </w:rPr>
        <w:t xml:space="preserve">[15:34] </w:t>
      </w:r>
      <w:r>
        <w:t>haan, daraz. sheikh daraz.</w:t>
      </w:r>
    </w:p>
    <w:p>
      <w:pPr>
        <w:jc w:val="right"/>
      </w:pPr>
      <w:r>
        <w:t>ہاں، دراز۔ شیخ دراز۔</w:t>
      </w:r>
    </w:p>
    <w:p>
      <w:r>
        <w:rPr>
          <w:b/>
        </w:rPr>
        <w:t xml:space="preserve">[15:39] </w:t>
      </w:r>
      <w:r>
        <w:t>to</w:t>
      </w:r>
    </w:p>
    <w:p>
      <w:pPr>
        <w:jc w:val="right"/>
      </w:pPr>
      <w:r>
        <w:t>تو</w:t>
      </w:r>
    </w:p>
    <w:p>
      <w:r>
        <w:rPr>
          <w:b/>
        </w:rPr>
        <w:t xml:space="preserve">[15:45] </w:t>
      </w:r>
      <w:r>
        <w:t>mein sochta hoon ke mera maqsad zindagi yahi tha aur aaj tak bhi yahi hai.</w:t>
      </w:r>
    </w:p>
    <w:p>
      <w:pPr>
        <w:jc w:val="right"/>
      </w:pPr>
      <w:r>
        <w:t>میں سوچتا ہوں کہ میرا مقصد زندگی یہی تھا اور آج تک بھی یہی ہے۔</w:t>
      </w:r>
    </w:p>
    <w:p>
      <w:r>
        <w:rPr>
          <w:b/>
        </w:rPr>
        <w:t xml:space="preserve">[15:58] </w:t>
      </w:r>
      <w:r>
        <w:t>yeh kitab jo "as salam wahdah" jis ka title hai, to manali miyan, jo arabi zaban ke khud bhi bohat baray expert thay,</w:t>
      </w:r>
    </w:p>
    <w:p>
      <w:pPr>
        <w:jc w:val="right"/>
      </w:pPr>
      <w:r>
        <w:t>یہ کتاب جو "السلام وحدہ" جس کا ٹائٹل ہے، تو منالی میاں، جو عربی زبان کے خود بھی بہت بڑے ایکسپرٹ تھے،</w:t>
      </w:r>
    </w:p>
    <w:p>
      <w:r>
        <w:rPr>
          <w:b/>
        </w:rPr>
        <w:t xml:space="preserve">[16:15] </w:t>
      </w:r>
      <w:r>
        <w:t>unhon ne kaha tha ke is kitab ki zaban mashriq, mashriq zaban hai, mashriq arabi hai.</w:t>
      </w:r>
    </w:p>
    <w:p>
      <w:pPr>
        <w:jc w:val="right"/>
      </w:pPr>
      <w:r>
        <w:t>انہوں نے کہا تھا کہ اس کتاب کی زبان مشرق، مشرق زبان ہے، مشرق عربی ہے۔</w:t>
      </w:r>
    </w:p>
    <w:p>
      <w:r>
        <w:rPr>
          <w:b/>
        </w:rPr>
        <w:t xml:space="preserve">[16:27] </w:t>
      </w:r>
      <w:r>
        <w:t>yani balent language mein hai. to yeh is mein kai logon ki koshishen shamil hain.</w:t>
      </w:r>
    </w:p>
    <w:p>
      <w:pPr>
        <w:jc w:val="right"/>
      </w:pPr>
      <w:r>
        <w:t>یعنی بیلنٹ لینگویج میں ہے۔ تو یہ اس میں کئی لوگوں کی کوششیں شامل ہیں۔</w:t>
      </w:r>
    </w:p>
    <w:p>
      <w:r>
        <w:rPr>
          <w:b/>
        </w:rPr>
        <w:t xml:space="preserve">[16:39] </w:t>
      </w:r>
      <w:r>
        <w:t>to</w:t>
      </w:r>
    </w:p>
    <w:p>
      <w:pPr>
        <w:jc w:val="right"/>
      </w:pPr>
      <w:r>
        <w:t>تو</w:t>
      </w:r>
    </w:p>
    <w:p>
      <w:r>
        <w:rPr>
          <w:b/>
        </w:rPr>
        <w:t xml:space="preserve">[16:43] </w:t>
      </w:r>
      <w:r>
        <w:t>mein samajhta hoon ke yeh mirze ka aaghaz tha aur yeh mere misr, misr ka bhi aaghaz tha.</w:t>
      </w:r>
    </w:p>
    <w:p>
      <w:pPr>
        <w:jc w:val="right"/>
      </w:pPr>
      <w:r>
        <w:t>میں سمجھتا ہوں کہ یہ مرزے کا آغاز تھا اور یہ میرے مصر، مصر کا بھی آغاز تھا۔</w:t>
      </w:r>
    </w:p>
    <w:p>
      <w:r>
        <w:rPr>
          <w:b/>
        </w:rPr>
        <w:t xml:space="preserve">[16:55] </w:t>
      </w:r>
      <w:r>
        <w:t>aur</w:t>
      </w:r>
    </w:p>
    <w:p>
      <w:pPr>
        <w:jc w:val="right"/>
      </w:pPr>
      <w:r>
        <w:t>اور</w:t>
      </w:r>
    </w:p>
    <w:p>
      <w:r>
        <w:rPr>
          <w:b/>
        </w:rPr>
        <w:t xml:space="preserve">[17:00] </w:t>
      </w:r>
      <w:r>
        <w:t>mujhe yaqeen hai ke koi bhi aala Allah ko likh nahin sakta, itna zyada, itna zyada, itna zyada.</w:t>
      </w:r>
    </w:p>
    <w:p>
      <w:pPr>
        <w:jc w:val="right"/>
      </w:pPr>
      <w:r>
        <w:t>مجھے یقین ہے کہ کوئی بھی اعلیٰ اللہ کو لکھ نہیں سکتا، اتنا زیادہ، اتنا زیادہ، اتنا زیادہ۔</w:t>
      </w:r>
    </w:p>
    <w:p>
      <w:r>
        <w:rPr>
          <w:b/>
        </w:rPr>
        <w:t xml:space="preserve">[17:12] </w:t>
      </w:r>
      <w:r>
        <w:t>lekin agar woh is mein apne ko lagaye to bator inaam us ko izaz milega.</w:t>
      </w:r>
    </w:p>
    <w:p>
      <w:pPr>
        <w:jc w:val="right"/>
      </w:pPr>
      <w:r>
        <w:t>لیکن اگر وہ اس میں اپنے کو لگائے تو بطور انعام اس کو اعزاز ملے گا۔</w:t>
      </w:r>
    </w:p>
    <w:p>
      <w:r>
        <w:rPr>
          <w:b/>
        </w:rPr>
        <w:t xml:space="preserve">[17:30] </w:t>
      </w:r>
      <w:r>
        <w:t>to mere arz gawahi ko hua ke</w:t>
      </w:r>
    </w:p>
    <w:p>
      <w:pPr>
        <w:jc w:val="right"/>
      </w:pPr>
      <w:r>
        <w:t>تو میرے عرض گواہی کو ہوا کہ</w:t>
      </w:r>
    </w:p>
    <w:p>
      <w:r>
        <w:rPr>
          <w:b/>
        </w:rPr>
        <w:t xml:space="preserve">[17:48] </w:t>
      </w:r>
      <w:r>
        <w:t>meri aur mere saathi ka, aur mere mission ka nishana yahi hai ke hum Allah rab ul alameen ko</w:t>
      </w:r>
    </w:p>
    <w:p>
      <w:pPr>
        <w:jc w:val="right"/>
      </w:pPr>
      <w:r>
        <w:t>میری اور میرے ساتھی کا، اور میرے مشن کا نشانہ یہی ہے کہ ہم اللہ رب العالمین کو</w:t>
      </w:r>
    </w:p>
    <w:p>
      <w:r>
        <w:rPr>
          <w:b/>
        </w:rPr>
        <w:t xml:space="preserve">[18:07] </w:t>
      </w:r>
      <w:r>
        <w:t>discover karen aur</w:t>
      </w:r>
    </w:p>
    <w:p>
      <w:pPr>
        <w:jc w:val="right"/>
      </w:pPr>
      <w:r>
        <w:t>ڈسکور کریں اور</w:t>
      </w:r>
    </w:p>
    <w:p>
      <w:r>
        <w:rPr>
          <w:b/>
        </w:rPr>
        <w:t xml:space="preserve">[18:21] </w:t>
      </w:r>
      <w:r>
        <w:t>aur dunya mein us ki ishaat ko apna maqsad banaen.</w:t>
      </w:r>
    </w:p>
    <w:p>
      <w:pPr>
        <w:jc w:val="right"/>
      </w:pPr>
      <w:r>
        <w:t>اور دنیا میں اس کی اشاعت کو اپنا مقصد بنائیں۔</w:t>
      </w:r>
    </w:p>
    <w:p>
      <w:r>
        <w:rPr>
          <w:b/>
        </w:rPr>
        <w:t xml:space="preserve">[18:37] </w:t>
      </w:r>
      <w:r>
        <w:t>to yeh hai,</w:t>
      </w:r>
    </w:p>
    <w:p>
      <w:pPr>
        <w:jc w:val="right"/>
      </w:pPr>
      <w:r>
        <w:t>تو یہ ہے،</w:t>
      </w:r>
    </w:p>
    <w:p>
      <w:r>
        <w:rPr>
          <w:b/>
        </w:rPr>
        <w:t xml:space="preserve">[18:46] </w:t>
      </w:r>
      <w:r>
        <w:t>yeh meri</w:t>
      </w:r>
    </w:p>
    <w:p>
      <w:pPr>
        <w:jc w:val="right"/>
      </w:pPr>
      <w:r>
        <w:t>یہ میری</w:t>
      </w:r>
    </w:p>
    <w:p>
      <w:r>
        <w:rPr>
          <w:b/>
        </w:rPr>
        <w:t xml:space="preserve">[18:51] </w:t>
      </w:r>
      <w:r>
        <w:t>zindagi ka maqsad</w:t>
      </w:r>
    </w:p>
    <w:p>
      <w:pPr>
        <w:jc w:val="right"/>
      </w:pPr>
      <w:r>
        <w:t>زندگی کا مقصد</w:t>
      </w:r>
    </w:p>
    <w:p>
      <w:r>
        <w:rPr>
          <w:b/>
        </w:rPr>
        <w:t xml:space="preserve">[18:55] </w:t>
      </w:r>
      <w:r>
        <w:t>tha,</w:t>
      </w:r>
    </w:p>
    <w:p>
      <w:pPr>
        <w:jc w:val="right"/>
      </w:pPr>
      <w:r>
        <w:t>تھا،</w:t>
      </w:r>
    </w:p>
    <w:p>
      <w:r>
        <w:rPr>
          <w:b/>
        </w:rPr>
        <w:t xml:space="preserve">[18:59] </w:t>
      </w:r>
      <w:r>
        <w:t>ab to hai. Allah taala mujh ko aur aap ko isi maqsad se kaam rakhe aur isi par hamara jeena ho aur isi par hamara marna ho.</w:t>
      </w:r>
    </w:p>
    <w:p>
      <w:pPr>
        <w:jc w:val="right"/>
      </w:pPr>
      <w:r>
        <w:t>اب تو ہے۔ اللہ تعالیٰ مجھ کو اور آپ کو اسی مقصد سے کام رکھے اور اسی پر ہمارا جینا ہو اور اسی پر ہمارا مرنا ہو۔</w:t>
      </w:r>
    </w:p>
    <w:p>
      <w:r>
        <w:rPr>
          <w:b/>
        </w:rPr>
        <w:t xml:space="preserve">[19:19] </w:t>
      </w:r>
      <w:r>
        <w:t>Assalam o alaikum wa rehmatullahi wa barakatuh.</w:t>
      </w:r>
    </w:p>
    <w:p>
      <w:pPr>
        <w:jc w:val="right"/>
      </w:pPr>
      <w:r>
        <w:t>السلام علیکم ورحمۃ اللہ وبرکاتہ۔</w:t>
      </w:r>
    </w:p>
    <w:p>
      <w:r>
        <w:rPr>
          <w:b/>
        </w:rPr>
        <w:t xml:space="preserve">[19:38] </w:t>
      </w:r>
      <w:r>
        <w:t>Ah Maulana, kuch sawal aur comments aaye hain, woh lena chahenge. Pehle comments padhna chahenge. Yeh comment bheja hai Maulana Iqbal Umri ne Chennai se.</w:t>
      </w:r>
    </w:p>
    <w:p>
      <w:pPr>
        <w:jc w:val="right"/>
      </w:pPr>
      <w:r>
        <w:t>اہ مولانا، کچھ سوال اور کمنٹس آئے ہیں، وہ لینا چاہیں گے۔ پہلے کمنٹس پڑھنا چاہیں گے۔ یہ کمنٹ بھیجا ہے مولانا اقبال عمری نے چنئی سے۔</w:t>
      </w:r>
    </w:p>
    <w:p>
      <w:r>
        <w:rPr>
          <w:b/>
        </w:rPr>
        <w:t xml:space="preserve">[19:52] </w:t>
      </w:r>
      <w:r>
        <w:t>Unhon ne likha hai: "Kalmatullah ki unfolding ka process hamesha jaari rahega aur yahi maqsad hayat hai.</w:t>
      </w:r>
    </w:p>
    <w:p>
      <w:pPr>
        <w:jc w:val="right"/>
      </w:pPr>
      <w:r>
        <w:t>انہوں نے لکھا ہے: "کلمۃ اللہ کی ان فولڈنگ کا پراسیس ہمیشہ جاری رہے گا اور یہی مقصد حیات ہے۔</w:t>
      </w:r>
    </w:p>
    <w:p>
      <w:r>
        <w:rPr>
          <w:b/>
        </w:rPr>
        <w:t xml:space="preserve">[20:03] </w:t>
      </w:r>
      <w:r>
        <w:t>Isi se hamd-e-Rabb jaari rahega." Tariq Badar sahab ne Pakistan se likha hai: "Discovery of Allah, what a beautiful mission." Sajid Ahmed Khan sahab ne Nagpur se likha hai: "Realization of God is the only purpose of life.</w:t>
      </w:r>
    </w:p>
    <w:p>
      <w:pPr>
        <w:jc w:val="right"/>
      </w:pPr>
      <w:r>
        <w:t>اسی سے حمد رب جاری رہے گا۔" طارق بدر صاحب نے پاکستان سے لکھا ہے: "ڈسکوری آف اللہ، واٹ ا بیوٹی فل مشن۔" ساجد احمد خان صاحب نے ناکپور سے لکھا ہے: "ریلائزیشن آف گاڈ از دی اونلی پرپس آف لائف۔</w:t>
      </w:r>
    </w:p>
    <w:p>
      <w:r>
        <w:rPr>
          <w:b/>
        </w:rPr>
        <w:t xml:space="preserve">[20:28] </w:t>
      </w:r>
      <w:r>
        <w:t>This process is to be started in this life and will continue in the life after death. There is no end to this journey." I personally got this truth from your teachings.</w:t>
      </w:r>
    </w:p>
    <w:p>
      <w:pPr>
        <w:jc w:val="right"/>
      </w:pPr>
      <w:r>
        <w:t>دس پراسیس از ٹو بی سٹارٹڈ ان دس لائف اینڈ ویل کنٹینیو ان دی لائف آفٹر ڈیتھ۔ دیر از نو اینڈ ٹو دس جرنی۔" آئی پرسنلی گاٹ دس ٹروتھ فرام یور ٹیچنگز۔</w:t>
      </w:r>
    </w:p>
    <w:p>
      <w:r>
        <w:rPr>
          <w:b/>
        </w:rPr>
        <w:t xml:space="preserve">[20:42] </w:t>
      </w:r>
      <w:r>
        <w:t>Jazak Allah Maulana, may Allah help us to move on this path up to a last breath. Ameen.</w:t>
      </w:r>
    </w:p>
    <w:p>
      <w:pPr>
        <w:jc w:val="right"/>
      </w:pPr>
      <w:r>
        <w:t>جزاک اللہ مولانا، می اللہ ہیلپ اس ٹو موو ان دس پاتھ اپ ٹو ا لاسٹ بریتھ۔ آمین۔</w:t>
      </w:r>
    </w:p>
    <w:p>
      <w:r>
        <w:rPr>
          <w:b/>
        </w:rPr>
        <w:t xml:space="preserve">[20:53] </w:t>
      </w:r>
      <w:r>
        <w:t>Mohammad Rafiq Tesse Wala sahab ne Rani Banor se likha hai: "Allah ki taraf karne ka kaam kabhi khatam nahi hoga." Maulana sahab, sara mamla Khuda ke qareeb karne ka hai aur Khuda ke qareeb ka kaam hi daawat-il-Allah hai.</w:t>
      </w:r>
    </w:p>
    <w:p>
      <w:pPr>
        <w:jc w:val="right"/>
      </w:pPr>
      <w:r>
        <w:t>محمد رفیق ٹیسے والا صاحب نے رانی بنوڑ سے لکھا ہے: "اللہ کی طرف کرنے کا کام کبھی ختم نہیں ہوگا۔" مولانا صاحب، سارا معاملہ خدا کے قریب کرنے کا ہے اور خدا کے قریب کا کام ہی دعوت الا اللہ ہے۔</w:t>
      </w:r>
    </w:p>
    <w:p>
      <w:r>
        <w:rPr>
          <w:b/>
        </w:rPr>
        <w:t xml:space="preserve">[21:15] </w:t>
      </w:r>
      <w:r>
        <w:t>Miss Hina Tariq ne Pakistan se likha hai: "Maulana sahab, Allah aap ko sehat dein. Mere liye dua karein ke main deen ki taraf aa jaon, Allah ki taraf aa jaon."</w:t>
      </w:r>
    </w:p>
    <w:p>
      <w:pPr>
        <w:jc w:val="right"/>
      </w:pPr>
      <w:r>
        <w:t>مس ہنا طارق نے پاکستان سے لکھا ہے: "مولانا صاحب، اللہ آپ کو صحت دیں۔ میرے لیے دعا کریں کہ میں دین کی طرف آ جاؤں، اللہ کی طرف آ جاؤں۔"</w:t>
      </w:r>
    </w:p>
    <w:p>
      <w:r>
        <w:rPr>
          <w:b/>
        </w:rPr>
        <w:t xml:space="preserve">[21:33] </w:t>
      </w:r>
      <w:r>
        <w:t>Maulana, kuch sawal lena chahenge. Yeh sawal bheja hai Lucknow se Yusuf Khan sahab ne. Unhon ne aapse poocha hai ke Maulana sahab, sab se bari rukawat paradise ko qualify karne ki kya hai?</w:t>
      </w:r>
    </w:p>
    <w:p>
      <w:pPr>
        <w:jc w:val="right"/>
      </w:pPr>
      <w:r>
        <w:t>مولانا، کچھ سوال لینا چاہیں گے۔ یہ سوال بھیجا ہے لکھنو سے یوسف خان صاحب نے۔ انہوں نے آپ سے پوچھا ہے کہ مولانا صاحب، سب سے بڑی رکاوٹ پیراڈائز کو کوالیفائی کرنے کی کیا ہے؟</w:t>
      </w:r>
    </w:p>
    <w:p>
      <w:r>
        <w:rPr>
          <w:b/>
        </w:rPr>
        <w:t xml:space="preserve">[21:50] </w:t>
      </w:r>
      <w:r>
        <w:t>Is ko wazeh karein.</w:t>
      </w:r>
    </w:p>
    <w:p>
      <w:pPr>
        <w:jc w:val="right"/>
      </w:pPr>
      <w:r>
        <w:t>اس کو واضح کریں۔</w:t>
      </w:r>
    </w:p>
    <w:p>
      <w:r>
        <w:rPr>
          <w:b/>
        </w:rPr>
        <w:t xml:space="preserve">[21:53] </w:t>
      </w:r>
      <w:r>
        <w:t>Main sochta hoon ke Alhamdulillah Rabb-ul-Alameen ki daryaft, discovery, is mein jitni kami hogi, utni</w:t>
      </w:r>
    </w:p>
    <w:p>
      <w:pPr>
        <w:jc w:val="right"/>
      </w:pPr>
      <w:r>
        <w:t>میں سوچتا ہوں کہ الحمدللہ رب العالمین کی دریافت، ڈسکوری، اس میں جتنی کمی ہوگی، اتنی</w:t>
      </w:r>
    </w:p>
    <w:p>
      <w:r>
        <w:rPr>
          <w:b/>
        </w:rPr>
        <w:t xml:space="preserve">[22:08] </w:t>
      </w:r>
      <w:r>
        <w:t>daryaft mein kami hogi.</w:t>
      </w:r>
    </w:p>
    <w:p>
      <w:pPr>
        <w:jc w:val="right"/>
      </w:pPr>
      <w:r>
        <w:t>دریافت میں کمی ہوگی۔</w:t>
      </w:r>
    </w:p>
    <w:p>
      <w:r>
        <w:rPr>
          <w:b/>
        </w:rPr>
        <w:t xml:space="preserve">[22:18] </w:t>
      </w:r>
      <w:r>
        <w:t>Hamare mission ki poori daud-dhoop is daryaft ke liye hui thi.</w:t>
      </w:r>
    </w:p>
    <w:p>
      <w:pPr>
        <w:jc w:val="right"/>
      </w:pPr>
      <w:r>
        <w:t>ہمارے مشن کی پوری دوڑ دھوپ اس دریافت کے لیے ہوئی تھی۔</w:t>
      </w:r>
    </w:p>
    <w:p>
      <w:r>
        <w:rPr>
          <w:b/>
        </w:rPr>
        <w:t xml:space="preserve">[22:36] </w:t>
      </w:r>
      <w:r>
        <w:t>Miss Dania Mustafa ne Karachi Pakistan se likha hai: "What a thrilling lecture! You awaken the spirit of discovering God through science in me." Maulana sahab, I have a question.</w:t>
      </w:r>
    </w:p>
    <w:p>
      <w:pPr>
        <w:jc w:val="right"/>
      </w:pPr>
      <w:r>
        <w:t>مس دانیہ مصطفی نے کراچی پاکستان سے لکھا ہے: "واٹ ا تھرلنگ لیکچر! یو اویکن دا سپرٹ آف ڈسکورنگ گاڈ تھرو سائنس ان می۔" مولانا صاحب، آئی ہیو ا کوئسچن۔</w:t>
      </w:r>
    </w:p>
    <w:p>
      <w:r>
        <w:rPr>
          <w:b/>
        </w:rPr>
        <w:t xml:space="preserve">[22:52] </w:t>
      </w:r>
      <w:r>
        <w:t>Maulana sahab, are the divine laws set by Allah in the universe and in ourselves? Is it equal?</w:t>
      </w:r>
    </w:p>
    <w:p>
      <w:pPr>
        <w:jc w:val="right"/>
      </w:pPr>
      <w:r>
        <w:t>مولانا صاحب، آر دا ڈیوائن لاز سیٹ بائے اللہ ان دی یونیورس اینڈ ان اور سیلف؟ از اٹ ایکول؟</w:t>
      </w:r>
    </w:p>
    <w:p>
      <w:r>
        <w:rPr>
          <w:b/>
        </w:rPr>
        <w:t xml:space="preserve">[23:03] </w:t>
      </w:r>
      <w:r>
        <w:t>Can we base our life on these universal scientific laws?</w:t>
      </w:r>
    </w:p>
    <w:p>
      <w:pPr>
        <w:jc w:val="right"/>
      </w:pPr>
      <w:r>
        <w:t>کین وی بیس اور لائف ان دیز یونیورسل سائنٹیفک لاز؟</w:t>
      </w:r>
    </w:p>
    <w:p>
      <w:r>
        <w:rPr>
          <w:b/>
        </w:rPr>
        <w:t xml:space="preserve">[23:12] </w:t>
      </w:r>
      <w:r>
        <w:t>Chonke! Woh yeh janna chah rahi hain ke jo nature mein aur hamare insano mein jo laws Allah taala ne banaye hain, jis pe jo zindagi chalti hai, kya is ko hum ek jaisa samajh sakte hain aur kya is ko divine revelations ke barabar maan sakte hain?</w:t>
      </w:r>
    </w:p>
    <w:p>
      <w:pPr>
        <w:jc w:val="right"/>
      </w:pPr>
      <w:r>
        <w:t>چونک دے! وہ یہ جاننا چاہ رہی ہیں کہ جو نیچر میں اور ہمارے انسانوں میں جو لاز اللہ تعالی نے بنائے ہیں، جس پہ جو زندگی چلتی ہے، کیا اس کو ہم ایک جیسا سمجھ سکتے ہیں اور کیا اس کو ڈیوائن ریولیشنز کے برابر مان سکتے ہیں؟</w:t>
      </w:r>
    </w:p>
    <w:p>
      <w:r>
        <w:rPr>
          <w:b/>
        </w:rPr>
        <w:t xml:space="preserve">[23:37] </w:t>
      </w:r>
      <w:r>
        <w:t>Main to samajhta hoon ke haan, aisa hi hai aur yeh itna zyada hai ke woh kabhi khatam nahi hoga.</w:t>
      </w:r>
    </w:p>
    <w:p>
      <w:pPr>
        <w:jc w:val="right"/>
      </w:pPr>
      <w:r>
        <w:t>میں تو سمجھتا ہوں کہ ہاں، ایسا ہی ہے اور یہ اتنا زیادہ ہے کہ وہ کبھی ختم نہیں ہوگا۔</w:t>
      </w:r>
    </w:p>
    <w:p>
      <w:r>
        <w:rPr>
          <w:b/>
        </w:rPr>
        <w:t xml:space="preserve">[23:49] </w:t>
      </w:r>
      <w:r>
        <w:t>Man aala Allah, man aala Allah, woh kabhi khatam nahi honge.</w:t>
      </w:r>
    </w:p>
    <w:p>
      <w:pPr>
        <w:jc w:val="right"/>
      </w:pPr>
      <w:r>
        <w:t>من اعلیٰ اللہ، من اعلیٰ اللہ، وہ کبھی ختم نہیں ہوں گے۔</w:t>
      </w:r>
    </w:p>
    <w:p>
      <w:r>
        <w:rPr>
          <w:b/>
        </w:rPr>
        <w:t xml:space="preserve">[23:57] </w:t>
      </w:r>
      <w:r>
        <w:t>Isi liye Quran mein hai ke: "Man ba'ad</w:t>
      </w:r>
    </w:p>
    <w:p>
      <w:pPr>
        <w:jc w:val="right"/>
      </w:pPr>
      <w:r>
        <w:t>اسی لیے قرآن میں ہے کہ: "من بعد</w:t>
      </w:r>
    </w:p>
    <w:p>
      <w:r>
        <w:rPr>
          <w:b/>
        </w:rPr>
        <w:t xml:space="preserve">[24:12] </w:t>
      </w:r>
      <w:r>
        <w:t>Kalmatullah."</w:t>
      </w:r>
    </w:p>
    <w:p>
      <w:pPr>
        <w:jc w:val="right"/>
      </w:pPr>
      <w:r>
        <w:t>کلمۃ اللہ۔"</w:t>
      </w:r>
    </w:p>
    <w:p>
      <w:r>
        <w:rPr>
          <w:b/>
        </w:rPr>
        <w:t xml:space="preserve">[24:16] </w:t>
      </w:r>
      <w:r>
        <w:t>To yeh to</w:t>
      </w:r>
    </w:p>
    <w:p>
      <w:pPr>
        <w:jc w:val="right"/>
      </w:pPr>
      <w:r>
        <w:t>تو یہ تو</w:t>
      </w:r>
    </w:p>
    <w:p>
      <w:r>
        <w:rPr>
          <w:b/>
        </w:rPr>
        <w:t xml:space="preserve">[24:20] </w:t>
      </w:r>
      <w:r>
        <w:t>koi shak nahi ke waqia hai.</w:t>
      </w:r>
    </w:p>
    <w:p>
      <w:pPr>
        <w:jc w:val="right"/>
      </w:pPr>
      <w:r>
        <w:t>کوئی شک نہیں کہ واقعہ ہے۔</w:t>
      </w:r>
    </w:p>
    <w:p>
      <w:r>
        <w:rPr>
          <w:b/>
        </w:rPr>
        <w:t xml:space="preserve">[24:30] </w:t>
      </w:r>
      <w:r>
        <w:t>maulana, agla comment bheja hai muhammad ammar sahib ne dilli se. unho ne likha hai: "maulana, aap ne bilkul durust farmaya.</w:t>
      </w:r>
    </w:p>
    <w:p>
      <w:pPr>
        <w:jc w:val="right"/>
      </w:pPr>
      <w:r>
        <w:t>مولانا، اگلا کمنٹ بھیجا ہے محمد عمار صاحب نے دلی سے۔ انہوں نے لکھا ہے: "مولانا، آپ نے بالکل درست فرمایا۔</w:t>
      </w:r>
    </w:p>
    <w:p>
      <w:r>
        <w:rPr>
          <w:b/>
        </w:rPr>
        <w:t xml:space="preserve">[24:42] </w:t>
      </w:r>
      <w:r>
        <w:t>allah ki daryaft hi hamare jeene aur marne ka maqsad hona chahiye. yahi raaz-e-hayat hai aur yeh raaz-e-hayat hamein sirf aap hi se seekhne ko mila hai.</w:t>
      </w:r>
    </w:p>
    <w:p>
      <w:pPr>
        <w:jc w:val="right"/>
      </w:pPr>
      <w:r>
        <w:t>اللہ کی دریافت ہی ہمارے جینے اور مرنے کا مقصد ہونا چاہیے۔ یہی راز حیات ہے اور یہ راز حیات ہمیں صرف آپ ہی سے سیکھنے کو ملا ہے۔</w:t>
      </w:r>
    </w:p>
    <w:p>
      <w:r>
        <w:rPr>
          <w:b/>
        </w:rPr>
        <w:t xml:space="preserve">[24:57] </w:t>
      </w:r>
      <w:r>
        <w:t>inshallah, i will discover allah as much as i can in my entire life.</w:t>
      </w:r>
    </w:p>
    <w:p>
      <w:pPr>
        <w:jc w:val="right"/>
      </w:pPr>
      <w:r>
        <w:t>انشاءاللہ، آئی ویل ڈسکور اللہ ایز مچ ایز آئی کین ان مائی انٹائر لائف۔"</w:t>
      </w:r>
    </w:p>
    <w:p>
      <w:r>
        <w:rPr>
          <w:b/>
        </w:rPr>
        <w:t xml:space="preserve">[25:06] </w:t>
      </w:r>
      <w:r>
        <w:t>maulana, agla sawal bheja hai moradabad se sajjad khan sahib ne. unho ne likha hai: "maulana, how can we know whether we are on the path of paradise or hell?</w:t>
      </w:r>
    </w:p>
    <w:p>
      <w:pPr>
        <w:jc w:val="right"/>
      </w:pPr>
      <w:r>
        <w:t>مولانا، اگلا سوال بھیجا ہے مراد آباد سے سجاد خان صاحب نے۔ انہوں نے لکھا ہے: "مولانا، ہاؤ کین وی نو ویدر وی آر ان دا پاتھ آف پیراڈائز اور ہیل؟</w:t>
      </w:r>
    </w:p>
    <w:p>
      <w:r>
        <w:rPr>
          <w:b/>
        </w:rPr>
        <w:t xml:space="preserve">[25:23] </w:t>
      </w:r>
      <w:r>
        <w:t>i am asking as a person who. i am asking because a person who is wrong, also thinks that what he or she is doing is correct.</w:t>
      </w:r>
    </w:p>
    <w:p>
      <w:pPr>
        <w:jc w:val="right"/>
      </w:pPr>
      <w:r>
        <w:t>آئی ایم اسکنگ ایز ا پرسن ہو۔ آئی ایم اسکنگ بیکاز ا پرسن ہو از رونگ، السو تھنکس دیٹ واٹ ہی اور شی از ڈوئنگ از کریکٹ۔</w:t>
      </w:r>
    </w:p>
    <w:p>
      <w:r>
        <w:rPr>
          <w:b/>
        </w:rPr>
        <w:t xml:space="preserve">[25:35] </w:t>
      </w:r>
      <w:r>
        <w:t>how can we check in our wrongs and rights? what is the easiest way to find out?"</w:t>
      </w:r>
    </w:p>
    <w:p>
      <w:pPr>
        <w:jc w:val="right"/>
      </w:pPr>
      <w:r>
        <w:t>ہاؤ کین وی چیک ان اور رونگز اینڈ رائٹس؟ واٹ از دا ایزیسٹ وے ٹو فائنڈ آؤٹ؟"</w:t>
      </w:r>
    </w:p>
    <w:p>
      <w:r>
        <w:rPr>
          <w:b/>
        </w:rPr>
        <w:t xml:space="preserve">[25:44] </w:t>
      </w:r>
      <w:r>
        <w:t>dekhiye,</w:t>
      </w:r>
    </w:p>
    <w:p>
      <w:pPr>
        <w:jc w:val="right"/>
      </w:pPr>
      <w:r>
        <w:t>دیکھیے،</w:t>
      </w:r>
    </w:p>
    <w:p>
      <w:r>
        <w:rPr>
          <w:b/>
        </w:rPr>
        <w:t xml:space="preserve">[25:50] </w:t>
      </w:r>
      <w:r>
        <w:t>yeh minعبد کلمۃ اللہ ka mamla hai. yani aap daryaft karte rahenge aur unka kabhi khatma nahi hoga.</w:t>
      </w:r>
    </w:p>
    <w:p>
      <w:pPr>
        <w:jc w:val="right"/>
      </w:pPr>
      <w:r>
        <w:t>یہ منعبد کلمۃ اللہ کا معاملہ ہے۔ یعنی آپ دریافت کرتے رہیں گے اور ان کا کبھی خاتمہ نہیں ہوگا۔</w:t>
      </w:r>
    </w:p>
    <w:p>
      <w:r>
        <w:rPr>
          <w:b/>
        </w:rPr>
        <w:t xml:space="preserve">[26:02] </w:t>
      </w:r>
      <w:r>
        <w:t>aur yahi allah ki azmat ka saboot hai.</w:t>
      </w:r>
    </w:p>
    <w:p>
      <w:pPr>
        <w:jc w:val="right"/>
      </w:pPr>
      <w:r>
        <w:t>اور یہی اللہ کی عظمت کا ثبوت ہے۔</w:t>
      </w:r>
    </w:p>
    <w:p>
      <w:r>
        <w:rPr>
          <w:b/>
        </w:rPr>
        <w:t xml:space="preserve">[26:11] </w:t>
      </w:r>
      <w:r>
        <w:t>maulana, unka question yeh hai ke sahi aur galat ko hum kaise check kar sakte hain? bahut sir! haan, sahi aur galat ko hum kaise check kar sakte hain?</w:t>
      </w:r>
    </w:p>
    <w:p>
      <w:pPr>
        <w:jc w:val="right"/>
      </w:pPr>
      <w:r>
        <w:t>مولانا، ان کا کوئسچن یہ ہے کہ صحیح اور غلط کو ہم کیسے چیک کر سکتے ہیں؟ بہت سر! ہاں، صحیح اور غلط کو ہم کیسے چیک کر سکتے ہیں؟</w:t>
      </w:r>
    </w:p>
    <w:p>
      <w:r>
        <w:rPr>
          <w:b/>
        </w:rPr>
        <w:t xml:space="preserve">[26:24] </w:t>
      </w:r>
      <w:r>
        <w:t>khud se kaise jaan sakte hain ke hum sahi hain ya galat?</w:t>
      </w:r>
    </w:p>
    <w:p>
      <w:pPr>
        <w:jc w:val="right"/>
      </w:pPr>
      <w:r>
        <w:t>خود سے کیسے جان سکتے ہیں کہ ہم صحیح ہیں یا غلط؟</w:t>
      </w:r>
    </w:p>
    <w:p>
      <w:r>
        <w:rPr>
          <w:b/>
        </w:rPr>
        <w:t xml:space="preserve">[26:31] </w:t>
      </w:r>
      <w:r>
        <w:t>dekhiye, ibtidai taur par to hum quran se nahi jaan payenge, lekin zyada tafseeli walon mein yeh aakhir mein maloom hoga.</w:t>
      </w:r>
    </w:p>
    <w:p>
      <w:pPr>
        <w:jc w:val="right"/>
      </w:pPr>
      <w:r>
        <w:t>دیکھیے، ابتدائی طور پر تو ہم قرآن سے نہیں جان پائیں گے، لیکن زیادہ تفصیلی والوں میں یہ آخر میں معلوم ہوگا۔</w:t>
      </w:r>
    </w:p>
    <w:p>
      <w:r>
        <w:rPr>
          <w:b/>
        </w:rPr>
        <w:t xml:space="preserve">[26:51] </w:t>
      </w:r>
      <w:r>
        <w:t>main aise samajhta hoon, yeh to min حفظت کلمۃ اللہ ka mamla hai.</w:t>
      </w:r>
    </w:p>
    <w:p>
      <w:pPr>
        <w:jc w:val="right"/>
      </w:pPr>
      <w:r>
        <w:t>میں ایسے سمجھتا ہوں، یہ تو من حفظت کلمۃ اللہ کا معاملہ ہے۔</w:t>
      </w:r>
    </w:p>
    <w:p>
      <w:r>
        <w:rPr>
          <w:b/>
        </w:rPr>
        <w:t xml:space="preserve">[27:03] </w:t>
      </w:r>
      <w:r>
        <w:t>maulana, agla sawal gwalior se hai aur syed ali sahib ne bheja hai. unho ne aapse poocha hai ke: "is it possible that muslims can get paradise even if they don't do dawah work?" some muslims say that they do good actions and it is enough as in this modern age and with work pressures,</w:t>
      </w:r>
    </w:p>
    <w:p>
      <w:pPr>
        <w:jc w:val="right"/>
      </w:pPr>
      <w:r>
        <w:t>مولانا، اگلا سوال گوالیہ سے ہے اور سید علی صاحب نے بھیجا ہے۔ انہوں نے آپ سے پوچھا ہے کہ: "از اٹ پوسیبل دیٹ مسلمز کین گیٹ پیراڈائز ایون اف دے ڈونٹ ڈو دعویٰ ورک؟" سم مسلمز سے دیٹ دے ڈو گڈ ایکشنز اینڈ اٹ از انف ایز ان دس ماڈرن ایج اینڈ ود ورک پریشرز،</w:t>
      </w:r>
    </w:p>
    <w:p>
      <w:r>
        <w:rPr>
          <w:b/>
        </w:rPr>
        <w:t xml:space="preserve">[27:29] </w:t>
      </w:r>
      <w:r>
        <w:t>it is not possible to do dawah work</w:t>
      </w:r>
    </w:p>
    <w:p>
      <w:pPr>
        <w:jc w:val="right"/>
      </w:pPr>
      <w:r>
        <w:t>اٹ از ناٹ پوسیبل ٹو ڈو دعویٰ ورک</w:t>
      </w:r>
    </w:p>
    <w:p>
      <w:r>
        <w:rPr>
          <w:b/>
        </w:rPr>
        <w:t xml:space="preserve">[27:32] </w:t>
      </w:r>
      <w:r>
        <w:t>. what is your opinion?</w:t>
      </w:r>
    </w:p>
    <w:p>
      <w:pPr>
        <w:jc w:val="right"/>
      </w:pPr>
      <w:r>
        <w:t>۔ واٹ از یور اوپینین؟</w:t>
      </w:r>
    </w:p>
    <w:p>
      <w:r>
        <w:rPr>
          <w:b/>
        </w:rPr>
        <w:t xml:space="preserve">[27:38] </w:t>
      </w:r>
      <w:r>
        <w:t>partially, it is true.</w:t>
      </w:r>
    </w:p>
    <w:p>
      <w:pPr>
        <w:jc w:val="right"/>
      </w:pPr>
      <w:r>
        <w:t>پارشلی، اٹ از ٹرو۔</w:t>
      </w:r>
    </w:p>
    <w:p>
      <w:r>
        <w:rPr>
          <w:b/>
        </w:rPr>
        <w:t xml:space="preserve">[27:48] </w:t>
      </w:r>
      <w:r>
        <w:t>aap jab is mein, yani is raaste mein apne ko lagayenge to woh ek abadi manzil hogi aap ke liye aur shayad yahi way to paradise hai.</w:t>
      </w:r>
    </w:p>
    <w:p>
      <w:pPr>
        <w:jc w:val="right"/>
      </w:pPr>
      <w:r>
        <w:t>آپ جب اس میں، یعنی اس راستے میں اپنے کو لگائیں گے تو وہ ایک ابدی منزل ہوگی آپ کے لیے اور شاید یہی وے ٹو پیراڈائز ہے۔</w:t>
      </w:r>
    </w:p>
    <w:p>
      <w:r>
        <w:rPr>
          <w:b/>
        </w:rPr>
        <w:t xml:space="preserve">[28:12] </w:t>
      </w:r>
      <w:r>
        <w:t>ji,</w:t>
      </w:r>
    </w:p>
    <w:p>
      <w:pPr>
        <w:jc w:val="right"/>
      </w:pPr>
      <w:r>
        <w:t>جی،</w:t>
      </w:r>
    </w:p>
    <w:p>
      <w:r>
        <w:rPr>
          <w:b/>
        </w:rPr>
        <w:t xml:space="preserve">[28:16] </w:t>
      </w:r>
      <w:r>
        <w:t>maulana abdul razzaq sahib ne mumbai se sawal bheja hai. unho ne likha hai: "how about god realization for those who are put into test where even basic needs are not met?" maulana, please guide on this.</w:t>
      </w:r>
    </w:p>
    <w:p>
      <w:pPr>
        <w:jc w:val="right"/>
      </w:pPr>
      <w:r>
        <w:t>مولانا عبدالرزاق صاحب نے ممبئی سے سوال بھیجا ہے۔ انہوں نے لکھا ہے: "ہاؤ اباؤٹ گاڈ ریلائزیشن فار دوز ہو آر پٹ انٹو ٹیسٹ ویر ایون بیسک نیڈز آر ناٹ میٹ؟" مولانا، پلیز گائیڈ ان دس۔</w:t>
      </w:r>
    </w:p>
    <w:p>
      <w:r>
        <w:rPr>
          <w:b/>
        </w:rPr>
        <w:t xml:space="preserve">[28:42] </w:t>
      </w:r>
      <w:r>
        <w:t>basic need to har aadmi ko mili hui hai. yeh soch hi galat hai ke basic need kisi ko nahi mili.</w:t>
      </w:r>
    </w:p>
    <w:p>
      <w:pPr>
        <w:jc w:val="right"/>
      </w:pPr>
      <w:r>
        <w:t>بیسک نیڈ تو ہر آدمی کو ملی ہوئی ہے۔ یہ سوچ ہی غلط ہے کہ بیسک نیڈ کسی کو نہیں ملی۔</w:t>
      </w:r>
    </w:p>
    <w:p>
      <w:r>
        <w:rPr>
          <w:b/>
        </w:rPr>
        <w:t xml:space="preserve">[28:53] </w:t>
      </w:r>
      <w:r>
        <w:t>main is ko nahi manta.</w:t>
      </w:r>
    </w:p>
    <w:p>
      <w:pPr>
        <w:jc w:val="right"/>
      </w:pPr>
      <w:r>
        <w:t>میں اس کو نہیں مانتا۔</w:t>
      </w:r>
    </w:p>
    <w:p>
      <w:r>
        <w:rPr>
          <w:b/>
        </w:rPr>
        <w:t xml:space="preserve">[28:58] </w:t>
      </w:r>
      <w:r>
        <w:t>aap soul life par qanaat kijiye to soul life ke aitbaar se har aadmi ko basic need mili hui hai.</w:t>
      </w:r>
    </w:p>
    <w:p>
      <w:pPr>
        <w:jc w:val="right"/>
      </w:pPr>
      <w:r>
        <w:t>آپ سول لائف پر قناعت کیجئے تو سول لائف کے اعتبار سے ہر آدمی کو بیسک نیڈ ملی ہوئی ہے۔</w:t>
      </w:r>
    </w:p>
    <w:p>
      <w:r>
        <w:rPr>
          <w:b/>
        </w:rPr>
        <w:t xml:space="preserve">[29:16] </w:t>
      </w:r>
      <w:r>
        <w:t>muhammad bilal shafi sahib ne sawal bheja hai. unho ne aapse poocha hai ke: "maulana, spirituality kya hai aur religion kya hai?\</w:t>
      </w:r>
    </w:p>
    <w:p>
      <w:pPr>
        <w:jc w:val="right"/>
      </w:pPr>
      <w:r>
        <w:t>محمد بلال شفیع صاحب نے سوال بھیجا ہے۔ انہوں نے آپ سے پوچھا ہے کہ: "مولانا، سپرچویلٹی کیا ہے اور ریلیجن کیا ہے؟</w:t>
      </w:r>
    </w:p>
    <w:p>
      <w:r>
        <w:rPr>
          <w:b/>
        </w:rPr>
        <w:t xml:space="preserve">[29:28] </w:t>
      </w:r>
      <w:r>
        <w:t>in dono mein kya difference hai? is ko wazeh karen."</w:t>
      </w:r>
    </w:p>
    <w:p>
      <w:pPr>
        <w:jc w:val="right"/>
      </w:pPr>
      <w:r>
        <w:t>ان دونوں میں کیا ڈیفرنس ہے؟ اس کو واضح کریں۔"</w:t>
      </w:r>
    </w:p>
    <w:p>
      <w:r>
        <w:rPr>
          <w:b/>
        </w:rPr>
        <w:t xml:space="preserve">[29:33] </w:t>
      </w:r>
      <w:r>
        <w:t>main samajhta hoon ke yeh bohat saada question nahi hai.</w:t>
      </w:r>
    </w:p>
    <w:p>
      <w:pPr>
        <w:jc w:val="right"/>
      </w:pPr>
      <w:r>
        <w:t>میں سمجھتا ہوں کہ یہ بہت سادہ کوئسچن نہیں ہے۔</w:t>
      </w:r>
    </w:p>
    <w:p>
      <w:r>
        <w:rPr>
          <w:b/>
        </w:rPr>
        <w:t xml:space="preserve">[29:42] </w:t>
      </w:r>
      <w:r>
        <w:t>it required life long study.</w:t>
      </w:r>
    </w:p>
    <w:p>
      <w:pPr>
        <w:jc w:val="right"/>
      </w:pPr>
      <w:r>
        <w:t>اٹ ریکوائرڈ لائف لانگ اسٹڈی۔</w:t>
      </w:r>
    </w:p>
    <w:p>
      <w:r>
        <w:rPr>
          <w:b/>
        </w:rPr>
        <w:t xml:space="preserve">[29:51] </w:t>
      </w:r>
      <w:r>
        <w:t>to agar aap janna chahte hain to deep study karni pare gi. woh possible nahi hai.</w:t>
      </w:r>
    </w:p>
    <w:p>
      <w:pPr>
        <w:jc w:val="right"/>
      </w:pPr>
      <w:r>
        <w:t>تو اگر آپ جاننا چاہتے ہیں تو ڈیپ اسٹڈی کرنی پڑے گی۔ وہ پاسیبل نہیں ہے۔</w:t>
      </w:r>
    </w:p>
    <w:p>
      <w:r>
        <w:rPr>
          <w:b/>
        </w:rPr>
        <w:t xml:space="preserve">[30:05] </w:t>
      </w:r>
      <w:r>
        <w:t>Mahboob bhai ne comment bheja hai Mumbai se. unho ne likha hai: "Maulana, Allah se dua hai ke aap ki guidance mere liye aur zameen par basne wale sabhi insano ke liye lambi muddat tak rahe.</w:t>
      </w:r>
    </w:p>
    <w:p>
      <w:pPr>
        <w:jc w:val="right"/>
      </w:pPr>
      <w:r>
        <w:t>محبوب بھائی نے کمنٹ بھیجا ہے ممبئی سے۔ انہوں نے لکھا ہے: "مولانا، اللہ سے دعا ہے کہ آپ کی گائیڈنس میرے لیے اور زمین پر بسنے والے سبھی انسانوں کے لیے لمبی مدت تک رہے۔</w:t>
      </w:r>
    </w:p>
    <w:p>
      <w:r>
        <w:rPr>
          <w:b/>
        </w:rPr>
        <w:t xml:space="preserve">[30:24] </w:t>
      </w:r>
      <w:r>
        <w:t>aap ki Allah har tarah se hifazat kare."</w:t>
      </w:r>
    </w:p>
    <w:p>
      <w:pPr>
        <w:jc w:val="right"/>
      </w:pPr>
      <w:r>
        <w:t>آپ کی اللہ ہر طرح سے حفاظت کرے۔"</w:t>
      </w:r>
    </w:p>
    <w:p>
      <w:r>
        <w:rPr>
          <w:b/>
        </w:rPr>
        <w:t xml:space="preserve">[30:30] </w:t>
      </w:r>
      <w:r>
        <w:t>Masha Allah, Masha Allah, Masha Allah. Tariq Badar sahib ne comment bheja hai Pakistan se.</w:t>
      </w:r>
    </w:p>
    <w:p>
      <w:pPr>
        <w:jc w:val="right"/>
      </w:pPr>
      <w:r>
        <w:t>ماشاءاللہ، ماشاءاللہ، ماشاءاللہ۔ طارق بدر صاحب نے کمنٹ بھیجا ہے پاکستان سے۔</w:t>
      </w:r>
    </w:p>
    <w:p>
      <w:r>
        <w:rPr>
          <w:b/>
        </w:rPr>
        <w:t xml:space="preserve">[30:42] </w:t>
      </w:r>
      <w:r>
        <w:t>unho ne likha hai: "Maulana sahib, your two books are extraordinary in discovering God.</w:t>
      </w:r>
    </w:p>
    <w:p>
      <w:pPr>
        <w:jc w:val="right"/>
      </w:pPr>
      <w:r>
        <w:t>انہوں نے لکھا ہے: "مولانا صاحب، یور ٹو بکس آر ایکسٹرا آرڈینری ان ڈسکورنگ گاڈ۔</w:t>
      </w:r>
    </w:p>
    <w:p>
      <w:r>
        <w:rPr>
          <w:b/>
        </w:rPr>
        <w:t xml:space="preserve">[30:52] </w:t>
      </w:r>
      <w:r>
        <w:t>these two books are Allah Akbar and Kitab e Marifat. we are trying that these books reaches to maximum people in Pakistan."</w:t>
      </w:r>
    </w:p>
    <w:p>
      <w:pPr>
        <w:jc w:val="right"/>
      </w:pPr>
      <w:r>
        <w:t>دیز ٹو بکس آر اللہ اکبر اینڈ کتاب معرفت۔ وی آر ٹرائنگ دیٹ دیز بکس ریچز ٹو میکسیمم پیپل ان پاکستان۔"</w:t>
      </w:r>
    </w:p>
    <w:p>
      <w:r>
        <w:rPr>
          <w:b/>
        </w:rPr>
        <w:t xml:space="preserve">[31:07] </w:t>
      </w:r>
      <w:r>
        <w:t>Okay, we will end the session now. Thank you.</w:t>
      </w:r>
    </w:p>
    <w:p>
      <w:pPr>
        <w:jc w:val="right"/>
      </w:pPr>
      <w:r>
        <w:t>اوکے، وی ویل اینڈ دی سیشن ناو۔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