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Rationalization of Evil 15 Feb 2009 - Maulana Wahiduddin Khan</w:t>
      </w:r>
    </w:p>
    <w:p>
      <w:r>
        <w:t>https://www.youtube.com/watch?v=agi0wNsOO84</w:t>
      </w:r>
    </w:p>
    <w:p>
      <w:r>
        <w:rPr>
          <w:b/>
        </w:rPr>
        <w:t xml:space="preserve">[00:14] </w:t>
      </w:r>
      <w:r>
        <w:t>Bismillah Rehman ur Rahim, wa salla Allahu ala Nabiyyil Kareem. Rabbi shrah li sadri, wa yassir li amri,</w:t>
      </w:r>
    </w:p>
    <w:p>
      <w:pPr>
        <w:jc w:val="right"/>
      </w:pPr>
      <w:r>
        <w:t>بسم اللہ الرحمن الرحیم، وصلی اللہ علی النبی الکریم۔ رب اشرح لی صدری، ویسر لی امری،</w:t>
      </w:r>
    </w:p>
    <w:p>
      <w:r>
        <w:rPr>
          <w:b/>
        </w:rPr>
        <w:t xml:space="preserve">[00:29] </w:t>
      </w:r>
      <w:r>
        <w:t>wahlul uqdatan min lisani, yafqahu qawli.</w:t>
      </w:r>
    </w:p>
    <w:p>
      <w:pPr>
        <w:jc w:val="right"/>
      </w:pPr>
      <w:r>
        <w:t>واحل العقدۃ من لسانی، یفقہ قولی۔</w:t>
      </w:r>
    </w:p>
    <w:p>
      <w:r>
        <w:rPr>
          <w:b/>
        </w:rPr>
        <w:t xml:space="preserve">[00:38] </w:t>
      </w:r>
      <w:r>
        <w:t>aaj ki jo talk hai, is ki theme hai "rationalization of evil".</w:t>
      </w:r>
    </w:p>
    <w:p>
      <w:pPr>
        <w:jc w:val="right"/>
      </w:pPr>
      <w:r>
        <w:t>آج کی جو ٹاک ہے، اس کی تھیم ہے "ریشنلائزیشن آف ایول"۔</w:t>
      </w:r>
    </w:p>
    <w:p>
      <w:r>
        <w:rPr>
          <w:b/>
        </w:rPr>
        <w:t xml:space="preserve">[00:53] </w:t>
      </w:r>
      <w:r>
        <w:t>yeh aaj mujhe ek cheez discover hui, is ko main chahta hoon aap ko aap ke samne lana.</w:t>
      </w:r>
    </w:p>
    <w:p>
      <w:pPr>
        <w:jc w:val="right"/>
      </w:pPr>
      <w:r>
        <w:t>یہ آج مجھے ایک چیز ڈسکور ہوئی، اس کو میں چاہتا ہوں آپ کو آپ کے سامنے لانا۔</w:t>
      </w:r>
    </w:p>
    <w:p>
      <w:r>
        <w:rPr>
          <w:b/>
        </w:rPr>
        <w:t xml:space="preserve">[01:05] </w:t>
      </w:r>
      <w:r>
        <w:t>dekhiye, Quran mein hai ke shaitan tazeen karta hai. yani aadmi ko</w:t>
      </w:r>
    </w:p>
    <w:p>
      <w:pPr>
        <w:jc w:val="right"/>
      </w:pPr>
      <w:r>
        <w:t>دیکھیے، قرآن میں ہے کہ شیطان تزئین کرتا ہے۔ یعنی آدمی کو</w:t>
      </w:r>
    </w:p>
    <w:p>
      <w:r>
        <w:rPr>
          <w:b/>
        </w:rPr>
        <w:t xml:space="preserve">[01:14] </w:t>
      </w:r>
      <w:r>
        <w:t>burai ke tavele aata hai, tazeen kar ke. tazeen ka matlab hota hai, yani khoobsurat bana kar batata hai, beautify kar ke batata hai burai ko.</w:t>
      </w:r>
    </w:p>
    <w:p>
      <w:pPr>
        <w:jc w:val="right"/>
      </w:pPr>
      <w:r>
        <w:t>برائی کے طویلے آتا ہے، تزئین کر کے۔ تزئین کا مطلب ہوتا ہے، یعنی خوبصورت بنا کر بتاتا ہے، بیوٹیفائی کر کے بتاتا ہے برائی کو۔</w:t>
      </w:r>
    </w:p>
    <w:p>
      <w:r>
        <w:rPr>
          <w:b/>
        </w:rPr>
        <w:t xml:space="preserve">[01:28] </w:t>
      </w:r>
      <w:r>
        <w:t>aur dajjal yahi kaam kare ga, to dajjal ka matlab hote hain "great deceiver". to main sochta tha ke yeh khoobsurat banana ya deceive karna kya hai?</w:t>
      </w:r>
    </w:p>
    <w:p>
      <w:pPr>
        <w:jc w:val="right"/>
      </w:pPr>
      <w:r>
        <w:t>اور دجال یہی کام کرے گا، تو دجال کا معنی ہوتے ہیں "گریٹ ڈیسیور"۔ تو میں سوچتا تھا کہ یہ خوبصورت بنانا یا ڈیسیو کرنا کیا ہے؟</w:t>
      </w:r>
    </w:p>
    <w:p>
      <w:r>
        <w:rPr>
          <w:b/>
        </w:rPr>
        <w:t xml:space="preserve">[01:41] </w:t>
      </w:r>
      <w:r>
        <w:t>shaitani kya hai aur dajali kya hai? to aaj meri samajh mein aaya ke yeh hai "rationalization". burai ko rationalise karna.</w:t>
      </w:r>
    </w:p>
    <w:p>
      <w:pPr>
        <w:jc w:val="right"/>
      </w:pPr>
      <w:r>
        <w:t>شیطانی کیا ہے اور دجالی کیا ہے؟ تو آج میری سمجھ میں آیا کہ یہ ہے "ریشنلائزیشن"۔ برائی کو ریشنلائز کرنا۔</w:t>
      </w:r>
    </w:p>
    <w:p>
      <w:r>
        <w:rPr>
          <w:b/>
        </w:rPr>
        <w:t xml:space="preserve">[01:55] </w:t>
      </w:r>
      <w:r>
        <w:t>yahi hai tazeen, yahi hai dajali. kyunke jab aap is ko rationalise kar lete hain to aap zyada conviction ke sath is burai ko karte hain.</w:t>
      </w:r>
    </w:p>
    <w:p>
      <w:pPr>
        <w:jc w:val="right"/>
      </w:pPr>
      <w:r>
        <w:t>یہی ہے تزئین، یہی ہے دجالی۔ کیونکہ جب آپ اس کو ریشنلائز کر لیتے ہیں تو آپ زیادہ کنوکشن کے ساتھ اس برائی کو کرتے ہیں۔</w:t>
      </w:r>
    </w:p>
    <w:p>
      <w:r>
        <w:rPr>
          <w:b/>
        </w:rPr>
        <w:t xml:space="preserve">[02:09] </w:t>
      </w:r>
      <w:r>
        <w:t>dekhiye, British philosopher tha C.E.M. Joade. J.O.A.D. C.E.M. Joade.</w:t>
      </w:r>
    </w:p>
    <w:p>
      <w:pPr>
        <w:jc w:val="right"/>
      </w:pPr>
      <w:r>
        <w:t>دیکھیے، برٹش فلاسفر تھا سی ای ایم جوڈ۔ جے او اے ڈی۔ سی ای ایم جوڈ۔</w:t>
      </w:r>
    </w:p>
    <w:p>
      <w:r>
        <w:rPr>
          <w:b/>
        </w:rPr>
        <w:t xml:space="preserve">[02:19] </w:t>
      </w:r>
      <w:r>
        <w:t>is ki book hai "Modern Victims". to is mein yeh kehta hai woh ke maujooda zamane mein burai bohat barh gayi hai.</w:t>
      </w:r>
    </w:p>
    <w:p>
      <w:pPr>
        <w:jc w:val="right"/>
      </w:pPr>
      <w:r>
        <w:t>اس کی بک ہے "ماڈرن وکٹنس"۔ تو اس میں یہ کہتا ہے وہ کہ موجودہ زمانے میں برائی بہت بڑھ گئی ہے۔</w:t>
      </w:r>
    </w:p>
    <w:p>
      <w:r>
        <w:rPr>
          <w:b/>
        </w:rPr>
        <w:t xml:space="preserve">[02:31] </w:t>
      </w:r>
      <w:r>
        <w:t>aur yeh isi ki baat nahi hai. yeh kisi bhi senior aadmi se aap poochen to woh yahi kahe ga ke pehle burai itni nahi thi jitni ab burai ho gayi hai.</w:t>
      </w:r>
    </w:p>
    <w:p>
      <w:pPr>
        <w:jc w:val="right"/>
      </w:pPr>
      <w:r>
        <w:t>اور یہ اسی کی بات نہیں ہے۔ یہ کسی بھی سینئر آدمی سے آپ پوچھیں تو وہ یہی کہے گا کہ پہلے برائی اتنی نہیں تھی جتنی اب برائی ہو گئی ہے۔</w:t>
      </w:r>
    </w:p>
    <w:p>
      <w:r>
        <w:rPr>
          <w:b/>
        </w:rPr>
        <w:t xml:space="preserve">[02:45] </w:t>
      </w:r>
      <w:r>
        <w:t>to Joade ka death hui thi 1953 mein. tab yeh phenomena us ke samne aa chuka tha, ab aur barh gaya hai.</w:t>
      </w:r>
    </w:p>
    <w:p>
      <w:pPr>
        <w:jc w:val="right"/>
      </w:pPr>
      <w:r>
        <w:t>تو جوڈ کا ڈیتھ ہوئی تھی 1953 میں۔ تب یہ فیناومینا اس کے سامنے آ چکا تھا، اب اور بڑھ گیا ہے۔</w:t>
      </w:r>
    </w:p>
    <w:p>
      <w:r>
        <w:rPr>
          <w:b/>
        </w:rPr>
        <w:t xml:space="preserve">[02:57] </w:t>
      </w:r>
      <w:r>
        <w:t>yani ab hum 20th century mein hain. is ne yeh baat kahi thi 1953 mein, is ki death hui thi. to aaj hi mere samne yeh baat aayi ke kya cheez hai?</w:t>
      </w:r>
    </w:p>
    <w:p>
      <w:pPr>
        <w:jc w:val="right"/>
      </w:pPr>
      <w:r>
        <w:t>یعنی اب ہم 20 سینچری میں ہیں۔ اس نے یہ بات کہی تھی 1953 میں، اس کی ڈیتھ ہوئی تھی۔ تو آج ہی میرے سامنے یہ بات آئی کہ کیا چیز ہے؟</w:t>
      </w:r>
    </w:p>
    <w:p>
      <w:r>
        <w:rPr>
          <w:b/>
        </w:rPr>
        <w:t xml:space="preserve">[03:09] </w:t>
      </w:r>
      <w:r>
        <w:t>Joade asal mein yeh to kehta hai ke burai bohat barh gayi hai, lekin woh is ki wajah nahi bata pata.</w:t>
      </w:r>
    </w:p>
    <w:p>
      <w:pPr>
        <w:jc w:val="right"/>
      </w:pPr>
      <w:r>
        <w:t>جوڈ اصل میں یہ تو کہتا ہے کہ برائی بہت بڑھ گئی ہے، لیکن وہ اس کی وجہ نہیں بتا پاتا۔</w:t>
      </w:r>
    </w:p>
    <w:p>
      <w:r>
        <w:rPr>
          <w:b/>
        </w:rPr>
        <w:t xml:space="preserve">[03:19] </w:t>
      </w:r>
      <w:r>
        <w:t>aisa kyon hua hai? woh mere samne baat aai ke yeh zamana jo hai ke pehle bhi burai hoti thi.</w:t>
      </w:r>
    </w:p>
    <w:p>
      <w:pPr>
        <w:jc w:val="right"/>
      </w:pPr>
      <w:r>
        <w:t>ایسا کیوں ہوا ہے؟ وہ میرے سامنے بات آئی کہ یہ زمانہ جو ہے کہ پہلے بھی برائی ہوتی تھی۔</w:t>
      </w:r>
    </w:p>
    <w:p>
      <w:r>
        <w:rPr>
          <w:b/>
        </w:rPr>
        <w:t xml:space="preserve">[03:30] </w:t>
      </w:r>
      <w:r>
        <w:t>burai se kabhi bhi history mein, history kabhi khali nahi rahi burai se. kyunke pehle evil sirf evil thi. ab jo evil hai woh hai "rationalized evil".</w:t>
      </w:r>
    </w:p>
    <w:p>
      <w:pPr>
        <w:jc w:val="right"/>
      </w:pPr>
      <w:r>
        <w:t>برائی سے کبھی بھی ہسٹری میں، ہسٹری کبھی خالی نہیں رہی برائی سے۔ کیونکہ پہلے ایول صرف ایول تھی۔ اب جو ایول ہے وہ ہے "ریشنلائزڈ ایول"۔</w:t>
      </w:r>
    </w:p>
    <w:p>
      <w:r>
        <w:rPr>
          <w:b/>
        </w:rPr>
        <w:t xml:space="preserve">[03:45] </w:t>
      </w:r>
      <w:r>
        <w:t>rationalized ka matlab hota hai "ideologically justified evil".</w:t>
      </w:r>
    </w:p>
    <w:p>
      <w:pPr>
        <w:jc w:val="right"/>
      </w:pPr>
      <w:r>
        <w:t>ریشنلائزڈ کا مطلب ہوتا ہے "آئیڈیالوجیکلی جسٹیفائیڈ ایول"۔</w:t>
      </w:r>
    </w:p>
    <w:p>
      <w:r>
        <w:rPr>
          <w:b/>
        </w:rPr>
        <w:t xml:space="preserve">[03:54] </w:t>
      </w:r>
      <w:r>
        <w:t>yani nazariyati taur par is ko sahi bana lena ek burai ko. toh hum ek aisi age mein hain aaj jabke ideologically justified evil ka age hai.</w:t>
      </w:r>
    </w:p>
    <w:p>
      <w:pPr>
        <w:jc w:val="right"/>
      </w:pPr>
      <w:r>
        <w:t>یعنی نظریاتی طور پر اس کو صحیح بنا لینا ایک برائی کو۔ تو ہم ایک ایسی ایج میں ہیں آج جبکہ آئیڈیالوجیکلی جسٹیفائیڈ ایول کا ایج ہے۔</w:t>
      </w:r>
    </w:p>
    <w:p>
      <w:r>
        <w:rPr>
          <w:b/>
        </w:rPr>
        <w:t xml:space="preserve">[04:08] </w:t>
      </w:r>
      <w:r>
        <w:t>isi liye burai barh gayi. ab aadmi zyada dheeth ho gaya hai. zyada sarkashi ke sath burai karta hai. pehle zamane mein, khud mere bachpan mein bhi log itna dheeth nahi the burai karne ke liye jitna ke aaj ho gaye hain.</w:t>
      </w:r>
    </w:p>
    <w:p>
      <w:pPr>
        <w:jc w:val="right"/>
      </w:pPr>
      <w:r>
        <w:t>اسی لیے برائی بڑھ گئی۔ اب آدمی زیادہ ڈھیٹ ہو گیا ہے۔ زیادہ سرکشی کے ساتھ برائی کرتا ہے۔ پہلے زمانے میں، خود میرے بچپن میں بھی لوگ اتنا ڈھیٹ نہیں تھے برائی کرنے کے لیے جتنا کہ آج ہو گئے ہیں۔</w:t>
      </w:r>
    </w:p>
    <w:p>
      <w:r>
        <w:rPr>
          <w:b/>
        </w:rPr>
        <w:t xml:space="preserve">[04:24] </w:t>
      </w:r>
      <w:r>
        <w:t>toh main ne is par socha toh mujhe laga ke do theory hain jo sab se zyada responsible hain is situation ko create karne ke liye.</w:t>
      </w:r>
    </w:p>
    <w:p>
      <w:pPr>
        <w:jc w:val="right"/>
      </w:pPr>
      <w:r>
        <w:t>تو میں نے اس پر سوچا تو مجھے لگا کہ دو تھیوری ہیں جو سب سے زیادہ ریسپانسبل ہیں اس سچویشن کو کریٹ کرنے کے لیے۔</w:t>
      </w:r>
    </w:p>
    <w:p>
      <w:r>
        <w:rPr>
          <w:b/>
        </w:rPr>
        <w:t xml:space="preserve">[04:35] </w:t>
      </w:r>
      <w:r>
        <w:t>ek hai "theory of evolution", ek hai "theory of Islamic state". yeh do hain basically jinhone ke evil ko rationalize kiya hai aur jis ko main kehta hoon ideologically justified evil paida kiya hai yani dono ne.</w:t>
      </w:r>
    </w:p>
    <w:p>
      <w:pPr>
        <w:jc w:val="right"/>
      </w:pPr>
      <w:r>
        <w:t>ایک ہے "تھیوری آف ایولوشن"، ایک ہے "تھیوری آف اسلامک اسٹیٹ"۔ یہ دو ہیں بیسیکلی جنہوں نے کہ ایول کو ریشنلائز کیا ہے اور جس کو میں کہتا ہوں آئیڈیالوجیکلی جسٹیفائیڈ ایول پیدا کیا ہے یعنی دونوں نے۔</w:t>
      </w:r>
    </w:p>
    <w:p>
      <w:r>
        <w:rPr>
          <w:b/>
        </w:rPr>
        <w:t xml:space="preserve">[04:54] </w:t>
      </w:r>
      <w:r>
        <w:t>toh is par main kuch kehna chahunga. dekhiye, yeh "theory of evolution" ya "theory of organic evolution" jo hai is ko shuru kiya Darwin ne.</w:t>
      </w:r>
    </w:p>
    <w:p>
      <w:pPr>
        <w:jc w:val="right"/>
      </w:pPr>
      <w:r>
        <w:t>تو اس پر میں کچھ کہنا چاہوں گا۔ دیکھیے، یہ "تھیوری آف ایولوشن" یا "تھیوری آف آرگینک ایولوشن" جو ہے اس کو شروع کیا ڈارون نے۔</w:t>
      </w:r>
    </w:p>
    <w:p>
      <w:r>
        <w:rPr>
          <w:b/>
        </w:rPr>
        <w:t xml:space="preserve">[05:07] </w:t>
      </w:r>
      <w:r>
        <w:t>British scientist tha Charles Darwin.</w:t>
      </w:r>
    </w:p>
    <w:p>
      <w:pPr>
        <w:jc w:val="right"/>
      </w:pPr>
      <w:r>
        <w:t>برٹش سائنٹسٹ تھا چارلز ڈارون۔</w:t>
      </w:r>
    </w:p>
    <w:p>
      <w:r>
        <w:rPr>
          <w:b/>
        </w:rPr>
        <w:t xml:space="preserve">[05:15] </w:t>
      </w:r>
      <w:r>
        <w:t>toh yeh 2009 mein is ko, is ki pedaish ko do sau saal hue hain. woh 1809 mein paida hua tha.</w:t>
      </w:r>
    </w:p>
    <w:p>
      <w:pPr>
        <w:jc w:val="right"/>
      </w:pPr>
      <w:r>
        <w:t>تو یہ 2009 میں اس کو، اس کی پیدائش کو دو سو سال ہوئے ہیں۔ وہ 1809 میں پیدا ہوا تھا۔</w:t>
      </w:r>
    </w:p>
    <w:p>
      <w:r>
        <w:rPr>
          <w:b/>
        </w:rPr>
        <w:t xml:space="preserve">[05:25] </w:t>
      </w:r>
      <w:r>
        <w:t>yani 1809 mein. toh aaj kal bohat charcha hai Darwin ka, article chhap rahe hain, seminar ho rahe hain. is par bohat ho raha hai discussion.</w:t>
      </w:r>
    </w:p>
    <w:p>
      <w:pPr>
        <w:jc w:val="right"/>
      </w:pPr>
      <w:r>
        <w:t>یعنی 1809 میں۔ تو آج کل بہت چرچا ہے ڈارون کا، آرٹیکل چھپ رہے ہیں، سیمینار ہو رہے ہیں۔ اس پر بہت ہو رہا ہے ڈسکشن۔</w:t>
      </w:r>
    </w:p>
    <w:p>
      <w:r>
        <w:rPr>
          <w:b/>
        </w:rPr>
        <w:t xml:space="preserve">[05:38] </w:t>
      </w:r>
      <w:r>
        <w:t>toh do sau saal ho gaye hain is ke janam ko. toh ab lekin jo educated class hai woh generally is ke andar acceptance mil chuka hai.</w:t>
      </w:r>
    </w:p>
    <w:p>
      <w:pPr>
        <w:jc w:val="right"/>
      </w:pPr>
      <w:r>
        <w:t>تو دو سو سال ہو گئے ہیں اس کے جنم کو۔ تو اب لیکن جو ایجوکیٹڈ کلاس ہے وہ جنرلی اس کے اندر ایکسیپٹنس مل چکا ہے۔</w:t>
      </w:r>
    </w:p>
    <w:p>
      <w:r>
        <w:rPr>
          <w:b/>
        </w:rPr>
        <w:t xml:space="preserve">[05:53] </w:t>
      </w:r>
      <w:r>
        <w:t>yani Darwin's theory ka, yani "theory of evolution" ka. lekin abhi tak koi proof, scientific proof is ka nahi mila logon ko.</w:t>
      </w:r>
    </w:p>
    <w:p>
      <w:pPr>
        <w:jc w:val="right"/>
      </w:pPr>
      <w:r>
        <w:t>یعنی ڈارونز تھیوری کا، یعنی "تھیوری آف ایولوشن" کا۔ لیکن ابھی تک کوئی پروف، سائنٹیفک پروف اس کا نہیں ملا لوگوں کو۔</w:t>
      </w:r>
    </w:p>
    <w:p>
      <w:r>
        <w:rPr>
          <w:b/>
        </w:rPr>
        <w:t xml:space="preserve">[06:05] </w:t>
      </w:r>
      <w:r>
        <w:t>jo proof hai woh woh bilkul dubious proof hai. woh sirf sara ka sara guess work hai. sab se pehle yeh kaha gaya tha ke mutation ke change se nai species banti hain.</w:t>
      </w:r>
    </w:p>
    <w:p>
      <w:pPr>
        <w:jc w:val="right"/>
      </w:pPr>
      <w:r>
        <w:t>جو پروف ہے وہ وہ بالکل ڈیوبیس پروف ہے۔ وہ صرف سارا کا سارا گیس ورک ہے۔ سب سے پہلے یہ کہا گیا تھا کہ میوٹیشن کے چینج سے نئی سپیشیز بنتی ہیں۔</w:t>
      </w:r>
    </w:p>
    <w:p>
      <w:r>
        <w:rPr>
          <w:b/>
        </w:rPr>
        <w:t xml:space="preserve">[06:19] </w:t>
      </w:r>
      <w:r>
        <w:t>mutation, genetic, woh yani Darwin ne bohat sare specific aktha kiye. toh is mein severity payi us ne.</w:t>
      </w:r>
    </w:p>
    <w:p>
      <w:pPr>
        <w:jc w:val="right"/>
      </w:pPr>
      <w:r>
        <w:t>میوٹیشن، جینیٹک وہ یعنی ڈارون نے بہت سارے سپیسیفک اکٹھا کیے۔ تو اس میں سویریٹی پائی اس نے۔</w:t>
      </w:r>
    </w:p>
    <w:p>
      <w:r>
        <w:rPr>
          <w:b/>
        </w:rPr>
        <w:t xml:space="preserve">[06:31] </w:t>
      </w:r>
      <w:r>
        <w:t>severity se us ne guess kiya ke ek se doosra nikla. lekin do cheezon ke beech mein jo missing link hai woh phir bhi is ka pata nahi tha. toh bare bare philosopher paida hue jinhone evolution par kitabein likhein.</w:t>
      </w:r>
    </w:p>
    <w:p>
      <w:pPr>
        <w:jc w:val="right"/>
      </w:pPr>
      <w:r>
        <w:t>سویریٹی سے اس نے گیس کیا کہ ایک سے دوسرا نکلا۔ لیکن دو چیزوں کے بیچ میں جو مسنگ لنک ہے وہ پھر بھی اس کا پتہ نہیں تھا۔ تو بڑے بڑے فلاسفر پیدا ہوئے جنہوں نے ایولوشن پر کتابیں لکھیں۔</w:t>
      </w:r>
    </w:p>
    <w:p>
      <w:r>
        <w:rPr>
          <w:b/>
        </w:rPr>
        <w:t xml:space="preserve">[06:45] </w:t>
      </w:r>
      <w:r>
        <w:t>lekin sawal yeh tha ke jo process woh batate hain, agar woh process haqeeqat chale dunya mein toh is ke liye trillion trillion saal chahiye.</w:t>
      </w:r>
    </w:p>
    <w:p>
      <w:pPr>
        <w:jc w:val="right"/>
      </w:pPr>
      <w:r>
        <w:t>لیکن سوال یہ تھا کہ جو پراسیس وہ بتاتے ہیں، اگر وہ پراسیس حقیقت چلے دنیا میں تو اس کے لیے ٹریلین ٹریلین سال چاہیے۔</w:t>
      </w:r>
    </w:p>
    <w:p>
      <w:r>
        <w:rPr>
          <w:b/>
        </w:rPr>
        <w:t xml:space="preserve">[06:54] </w:t>
      </w:r>
      <w:r>
        <w:t>bohat lambi muddat chahiye. toh baat ko discover hua Darwin ke baad ke hamari earth jo hai is ki age toh bohat kam hai.</w:t>
      </w:r>
    </w:p>
    <w:p>
      <w:pPr>
        <w:jc w:val="right"/>
      </w:pPr>
      <w:r>
        <w:t>بہت لمبی مدت چاہیے۔ تو بات کو ڈسکور ہوا ڈارون کے بعد کہ ہماری ارتھ جو ہے اس کی ایج تو بہت کم ہے۔</w:t>
      </w:r>
    </w:p>
    <w:p>
      <w:r>
        <w:rPr>
          <w:b/>
        </w:rPr>
        <w:t xml:space="preserve">[07:05] </w:t>
      </w:r>
      <w:r>
        <w:t>jo age chahiye evolution ke liye ke ek amoeba se chal kar ke insan tak pahunche toh woh is ke liye yeh zameen toh na-kafi hai.</w:t>
      </w:r>
    </w:p>
    <w:p>
      <w:pPr>
        <w:jc w:val="right"/>
      </w:pPr>
      <w:r>
        <w:t>جو ایج چاہیے ایولوشن کے لیے کہ ایک امیبا سے چل کر کے انسان تک پہنچے تو وہ اس کے لیے یہ زمین تو ناکافی ہے۔</w:t>
      </w:r>
    </w:p>
    <w:p>
      <w:r>
        <w:rPr>
          <w:b/>
        </w:rPr>
        <w:t xml:space="preserve">[07:20] </w:t>
      </w:r>
      <w:r>
        <w:t>toh kya hua ke ek naya, ek nai theory banai gayi jis ko kehte hain panspermia. yani space mein kisi planet par zindagi paida hui aur wahan se yahan par aa gayi.</w:t>
      </w:r>
    </w:p>
    <w:p>
      <w:pPr>
        <w:jc w:val="right"/>
      </w:pPr>
      <w:r>
        <w:t>تو کیا ہوا کہ ایک نیا، ایک نئی تھیوری بنائی گئی جس کو کہتے ہیں پینس پرمیا۔ یعنی سپیس میں کسی پلینٹ پر زندگی پیدا ہوئی اور وہاں سے یہاں پر آ گئی۔</w:t>
      </w:r>
    </w:p>
    <w:p>
      <w:r>
        <w:rPr>
          <w:b/>
        </w:rPr>
        <w:t xml:space="preserve">[07:33] </w:t>
      </w:r>
      <w:r>
        <w:t>toh yeh space science shuru hui. ab bohat zyada space mein satellite daudaye gaye taake maloom ho kahin hai zindagi.</w:t>
      </w:r>
    </w:p>
    <w:p>
      <w:pPr>
        <w:jc w:val="right"/>
      </w:pPr>
      <w:r>
        <w:t>تو یہ سپیس سائنس شروع ہوئی۔ اب بہت زیادہ سپیس میں سیٹلائٹ دوڑائے گئے تاکہ معلوم ہو کہیں ہے زندگی۔</w:t>
      </w:r>
    </w:p>
    <w:p>
      <w:r>
        <w:rPr>
          <w:b/>
        </w:rPr>
        <w:t xml:space="preserve">[07:45] </w:t>
      </w:r>
      <w:r>
        <w:t>toh kahin bhi sare space mein kahin bhi zindagi ka pata nahi chala. toh panspermia jo hai woh khatam ho gaya. ab nai research abhi aai hai, chhapi hai jo abhi isi mahine mein ke eruption, theory of eruption.</w:t>
      </w:r>
    </w:p>
    <w:p>
      <w:pPr>
        <w:jc w:val="right"/>
      </w:pPr>
      <w:r>
        <w:t>تو کہیں بھی سارے سپیس میں کہیں بھی زندگی کا پتہ نہیں چلا۔ تو پینس پیرمیا جو ہے وہ ختم ہو گیا۔ اب نئی ریسرچ ابھی آئی ہے، چھپی ہے جو ابھی اسی مہینے میں کہ ایرپشن، تھیوری آف ایرپشن۔</w:t>
      </w:r>
    </w:p>
    <w:p>
      <w:r>
        <w:rPr>
          <w:b/>
        </w:rPr>
        <w:t xml:space="preserve">[08:01] </w:t>
      </w:r>
      <w:r>
        <w:t>woh yeh kehte hain ke evolution jo hai woh through eruption hua hai. yani eruption ka matlab yeh hai ke achaanak kuch ho gaya.</w:t>
      </w:r>
    </w:p>
    <w:p>
      <w:pPr>
        <w:jc w:val="right"/>
      </w:pPr>
      <w:r>
        <w:t>وہ یہ کہتے ہیں کہ ایولوشن جو ہے وہ تھرو ایرپشن ہوا ہے۔ یعنی ایرپشن کا مطلب یہ ہے کہ اچانک کچھ ہو گیا۔</w:t>
      </w:r>
    </w:p>
    <w:p>
      <w:r>
        <w:rPr>
          <w:b/>
        </w:rPr>
        <w:t xml:space="preserve">[08:11] </w:t>
      </w:r>
      <w:r>
        <w:t>toh jis tarah se volcanic eruption hota hai ke achaanak aa jata hai woh volcanic eruption achaanak hota hai.</w:t>
      </w:r>
    </w:p>
    <w:p>
      <w:pPr>
        <w:jc w:val="right"/>
      </w:pPr>
      <w:r>
        <w:t>تو جس طرح سے والکانک ایرپشن ہوتا ہے کہ اچانک آ جاتا ہے وہ والکانک ایرپشن اچانک ہوتا ہے۔</w:t>
      </w:r>
    </w:p>
    <w:p>
      <w:r>
        <w:rPr>
          <w:b/>
        </w:rPr>
        <w:t xml:space="preserve">[08:22] </w:t>
      </w:r>
      <w:r>
        <w:t>toh waise hi biological eruption bhi hua hai. maslan machhli mein eruption hua toh chidiya ban gayi. bakri mein eruption hua toh zarafah ban gaya.</w:t>
      </w:r>
    </w:p>
    <w:p>
      <w:pPr>
        <w:jc w:val="right"/>
      </w:pPr>
      <w:r>
        <w:t>تو ویسے ہی بیلاجیکل ایرپشن بھی ہوا ہے۔ مثلاً مشلی میں ایرپشن ہوا تو چڑیا بن گئی۔ بکری میں ایرپشن ہوا تو زرافہ بن گیا۔</w:t>
      </w:r>
    </w:p>
    <w:p>
      <w:r>
        <w:rPr>
          <w:b/>
        </w:rPr>
        <w:t xml:space="preserve">[08:32] </w:t>
      </w:r>
      <w:r>
        <w:t>aur billi mein eruption hua to tiger ban gaya. aise hi monkey mein eruption hua to insan ban gaya. sab ki word play hai.</w:t>
      </w:r>
    </w:p>
    <w:p>
      <w:pPr>
        <w:jc w:val="right"/>
      </w:pPr>
      <w:r>
        <w:t>اور بلی میں ایرپشن ہوا تو ٹائیگر بن گیا۔ ایسے ہی منکی میں ایرپشن ہوا تو انسان بن گیا۔ سب کی ورڈ پلے ہے۔</w:t>
      </w:r>
    </w:p>
    <w:p>
      <w:r>
        <w:rPr>
          <w:b/>
        </w:rPr>
        <w:t xml:space="preserve">[08:41] </w:t>
      </w:r>
      <w:r>
        <w:t>yeh koi, yeh koi daleel hai. koi bhi daleel aaj tak in ko pesh nahi kar sake hain. ek pesh karte hain log moth. M O T H moth yani patanga.</w:t>
      </w:r>
    </w:p>
    <w:p>
      <w:pPr>
        <w:jc w:val="right"/>
      </w:pPr>
      <w:r>
        <w:t>یہ کوئی، یہ کوئی دلیل ہے۔ کوئی بھی دلیل آج تک ان کو پیش نہیں کر سکے ہیں۔ ایک پیش کرتے ہیں لوگ موتھ۔ ایم او ٹی ایچ موتھ یعنی پتنگا۔</w:t>
      </w:r>
    </w:p>
    <w:p>
      <w:r>
        <w:rPr>
          <w:b/>
        </w:rPr>
        <w:t xml:space="preserve">[08:53] </w:t>
      </w:r>
      <w:r>
        <w:t>unhon ne dekha ke jo jahan sabzi hoti hai, haryali hoti hai wahan patange ka rang green hota hai. yani green moth hote hain wahan par. jahan pathar waghera hote hain wahan par stone color ke moth hote hain.</w:t>
      </w:r>
    </w:p>
    <w:p>
      <w:pPr>
        <w:jc w:val="right"/>
      </w:pPr>
      <w:r>
        <w:t>انہوں نے دیکھا کہ جو جہاں سبزی ہوتی ہے، ہریالی ہوتی ہے وہاں پتنگے کا رنگ گرین ہوتا ہے۔ یعنی گرین موتھ ہوتے ہیں وہاں پر۔ جہاں پتھر وغیرہ ہوتے ہیں وہاں پر اسٹون کلر کے موتھ ہوتے ہیں۔</w:t>
      </w:r>
    </w:p>
    <w:p>
      <w:r>
        <w:rPr>
          <w:b/>
        </w:rPr>
        <w:t xml:space="preserve">[09:06] </w:t>
      </w:r>
      <w:r>
        <w:t>kaha ke dekho yeh hota hai adaptation, yeh hota hai change. bhai kitni yani koi is itna stupid baat lagti hai ke moth ko le kar ke evolution theory ko justify kiya jaye.</w:t>
      </w:r>
    </w:p>
    <w:p>
      <w:pPr>
        <w:jc w:val="right"/>
      </w:pPr>
      <w:r>
        <w:t>کہا کہ دیکھو یہ ہوتا ہے اڈیپٹیشن، یہ ہوتا ہے چینج۔ بھئی کتنی یعنی کوئی اس اتنا اسٹیپڈ بات لگتی ہے کہ موتھ کو لے کر کے ایولوشن تھیوری کو جسٹیفائی کیا جائے۔</w:t>
      </w:r>
    </w:p>
    <w:p>
      <w:r>
        <w:rPr>
          <w:b/>
        </w:rPr>
        <w:t xml:space="preserve">[09:19] </w:t>
      </w:r>
      <w:r>
        <w:t>to behal yeh kuch is ka proof nahi hua. to pehle lekin is se kiya burai duniya mein aai?</w:t>
      </w:r>
    </w:p>
    <w:p>
      <w:pPr>
        <w:jc w:val="right"/>
      </w:pPr>
      <w:r>
        <w:t>تو بہرحال یہ کچھ اس کا پروف نہیں ہوا۔ تو پہلے لیکن اس سے کیا برائی دنیا میں آئی؟</w:t>
      </w:r>
    </w:p>
    <w:p>
      <w:r>
        <w:rPr>
          <w:b/>
        </w:rPr>
        <w:t xml:space="preserve">[09:28] </w:t>
      </w:r>
      <w:r>
        <w:t>yani scientifically it is not proved. lekin is se burai kiya aai? ke is se paida duniya mein irresponsibility aa gayi. ke jab khuda nahi hai, koi khuda control nahi duniya par hai to hum kisi ke samne accountable nahi hain to chahe karo.</w:t>
      </w:r>
    </w:p>
    <w:p>
      <w:pPr>
        <w:jc w:val="right"/>
      </w:pPr>
      <w:r>
        <w:t>یعنی سائنٹیفیکلی اٹ از ناٹ پروفڈ۔ لیکن اس سے برائی کیا آئی؟ کہ اس سے تھائی دنیا میں ارresponsibility آ گئی۔ کہ جب خدا نہیں ہے، کوئی خدا کنٹرول نہیں دنیا پر ہے تو ہم کسی کے سامنے اکاؤنٹیبل نہیں ہیں تو چاہے کرو۔</w:t>
      </w:r>
    </w:p>
    <w:p>
      <w:r>
        <w:rPr>
          <w:b/>
        </w:rPr>
        <w:t xml:space="preserve">[09:44] </w:t>
      </w:r>
      <w:r>
        <w:t>to yeh jo hai aaj kal ke ah ke enjoy life. enjoy life ka jo jo theory hai ke khoob aish karo.</w:t>
      </w:r>
    </w:p>
    <w:p>
      <w:pPr>
        <w:jc w:val="right"/>
      </w:pPr>
      <w:r>
        <w:t>تو یہ جو ہے آج کل کہ اہ کہ انجوائے لائف۔ انجوائے لائف کا جو جو تھیوری ہے کہ خوب عیش کرو۔</w:t>
      </w:r>
    </w:p>
    <w:p>
      <w:r>
        <w:rPr>
          <w:b/>
        </w:rPr>
        <w:t xml:space="preserve">[10:00] </w:t>
      </w:r>
      <w:r>
        <w:t>babar baais-e-gosh ke aalam doara neest ko ek nai woh mili hai. ke aaj kal ki duniya mein aap dekhen ke har aadmi yeh samjhta hai ke jo chahe karo.</w:t>
      </w:r>
    </w:p>
    <w:p>
      <w:pPr>
        <w:jc w:val="right"/>
      </w:pPr>
      <w:r>
        <w:t>بابر باعث گوشت کے عالم دوارہ نیست کو ایک نئی وہ ملی ہے۔ کہ آج کل کی دنیا میں آپ دیکھیں کہ ہر آدمی یہ سمجھتا ہے کہ جو چاہے کرو۔</w:t>
      </w:r>
    </w:p>
    <w:p>
      <w:r>
        <w:rPr>
          <w:b/>
        </w:rPr>
        <w:t xml:space="preserve">[10:10] </w:t>
      </w:r>
      <w:r>
        <w:t>koi pakad dhakad nahi hai. pehle zamane mein insan samjhta tha ke khuda ko munh dikhana hai. khuda ke samne hum accountable hain.</w:t>
      </w:r>
    </w:p>
    <w:p>
      <w:pPr>
        <w:jc w:val="right"/>
      </w:pPr>
      <w:r>
        <w:t>کوئی پکڑ دھکڑ نہیں ہے۔ پہلے زمانے میں انسان سمجھتا تھا کہ خدا کو منہ دکھانا ہے۔ خدا کے سامنے ہم اکاؤنٹیبل ہیں۔</w:t>
      </w:r>
    </w:p>
    <w:p>
      <w:r>
        <w:rPr>
          <w:b/>
        </w:rPr>
        <w:t xml:space="preserve">[10:19] </w:t>
      </w:r>
      <w:r>
        <w:t>khuda ke samne hamein hisab kitab dena hai. to is se aadmi ek ek ek check hota rehta tha. ab ab ab kuch bhi nahi, khuda hadaf ho gaya.</w:t>
      </w:r>
    </w:p>
    <w:p>
      <w:pPr>
        <w:jc w:val="right"/>
      </w:pPr>
      <w:r>
        <w:t>خدا کے سامنے ہمیں حساب کتاب دینا ہے۔ تو اس سے آدمی ایک ایک ایک چیک ہوتا رہتا تھا۔ اب اب اب کچھ بھی نہیں، خدا حذف ہو گیا۔</w:t>
      </w:r>
    </w:p>
    <w:p>
      <w:r>
        <w:rPr>
          <w:b/>
        </w:rPr>
        <w:t xml:space="preserve">[10:31] </w:t>
      </w:r>
      <w:r>
        <w:t>to theory of revolution mein kiya hua? ke irresponsibility ka culture aa gaya. direct taur par response, direct taur par isi ki wajah se aaya.</w:t>
      </w:r>
    </w:p>
    <w:p>
      <w:pPr>
        <w:jc w:val="right"/>
      </w:pPr>
      <w:r>
        <w:t>تو تھیوری آف ریولوشن میں کیا ہوا؟ کہ ارresponsibility کا کلچر آ گیا۔ ڈائریکٹ طور پر رسپانس، ڈائریکٹ طور پر اسی کی وجہ سے آیا۔</w:t>
      </w:r>
    </w:p>
    <w:p>
      <w:r>
        <w:rPr>
          <w:b/>
        </w:rPr>
        <w:t xml:space="preserve">[10:43] </w:t>
      </w:r>
      <w:r>
        <w:t>yani yani evolution theory ki wajah se. jo agarche scientifically proof nahi hui thi lekin culturally woh bilkul phail gayi har taraf.</w:t>
      </w:r>
    </w:p>
    <w:p>
      <w:pPr>
        <w:jc w:val="right"/>
      </w:pPr>
      <w:r>
        <w:t>یعنی یعنی ایولوشن تھیوری کی وجہ سے۔ جو اگرچہ سائنٹیفیکلی پروف نہیں ہوئی تھی لیکن کلچرلی وہ بالکل پھیل گئی ہر طرف۔</w:t>
      </w:r>
    </w:p>
    <w:p>
      <w:r>
        <w:rPr>
          <w:b/>
        </w:rPr>
        <w:t xml:space="preserve">[10:55] </w:t>
      </w:r>
      <w:r>
        <w:t>to is par mein inshallah phir kisi waqt zyada detail mein kahunga. is waqt mein yahi keh raha hoon ke abhi jo recent jo aai hai research eruption ki woh bilkul baseless hai ke eruption se kaise ho jayega?</w:t>
      </w:r>
    </w:p>
    <w:p>
      <w:pPr>
        <w:jc w:val="right"/>
      </w:pPr>
      <w:r>
        <w:t>تو اس پر میں انشاءاللہ پھر کسی وقت زیادہ ڈیٹیل میں کہوں گا۔ اس وقت میں یہی کہہ رہا ہوں کہ ابھی جو ریسنٹ جو آئی ہے ریسرچ ایرپشن کی وہ بالکل بیسلیس ہے کہ ایرپشن سے کیسے ہو جائے گا؟</w:t>
      </w:r>
    </w:p>
    <w:p>
      <w:r>
        <w:rPr>
          <w:b/>
        </w:rPr>
        <w:t xml:space="preserve">[11:09] </w:t>
      </w:r>
      <w:r>
        <w:t>achanak kaise ho jayega? kaise achanak ho jayega? achanak bichhli chidiya kaise ban jayegi? achanak billi sher kaise ban jayega? achanak bakri jo hai zarafah kaise ban jayegi?</w:t>
      </w:r>
    </w:p>
    <w:p>
      <w:pPr>
        <w:jc w:val="right"/>
      </w:pPr>
      <w:r>
        <w:t>اچانک کیسے ہو جائے گا؟ کیسے اچانک ہو جائے گا؟ اچانک بچھلی چڑیا کیسے بن جائے گی؟ اچانک بلی شیر کیسے بن جائے گا؟ اچانک بکری جو ہے زرافہ کیسے بن جائے گی؟</w:t>
      </w:r>
    </w:p>
    <w:p>
      <w:r>
        <w:rPr>
          <w:b/>
        </w:rPr>
        <w:t xml:space="preserve">[11:21] </w:t>
      </w:r>
      <w:r>
        <w:t>achanak monkey insan kaise ban jayegi? bilkul yeh word play hai yeh. yeh koi reason nahi hai yeh. lekin behal bare bare scientist, bare bare scholar, bare bare professor is pe lage hue hain.</w:t>
      </w:r>
    </w:p>
    <w:p>
      <w:pPr>
        <w:jc w:val="right"/>
      </w:pPr>
      <w:r>
        <w:t>اچانک منکی انسان کیسے بن جائے گی؟ بالکل یہ ورڈ پلے ہے یہ۔ یہ کوئی ریزن نہیں ہے یہ۔ لیکن بہرحال بڑے بڑے سائنٹسٹ، بڑے بڑے سکالر، بڑے بڑے پروفیسر اس پہ لگے ہوئے ہیں۔</w:t>
      </w:r>
    </w:p>
    <w:p>
      <w:r>
        <w:rPr>
          <w:b/>
        </w:rPr>
        <w:t xml:space="preserve">[11:33] </w:t>
      </w:r>
      <w:r>
        <w:t>aur is par billion billion dollar kharch kiye ja rahe hain. to log samajhte hain ke yeh bhi koi baat hai. to behal ek tha ke yani yeh ek hai theory of evolution.</w:t>
      </w:r>
    </w:p>
    <w:p>
      <w:pPr>
        <w:jc w:val="right"/>
      </w:pPr>
      <w:r>
        <w:t>اور اس پر بلین بلین ڈالر خرچ کیے جا رہے ہیں۔ تو لوگ سمجھتے ہیں کہ یہ بھی کوئی بات ہے۔ تو بہرحال ایک تھا کہ یعنی یہ ایک ہے تھیوری آف ایولوشن۔</w:t>
      </w:r>
    </w:p>
    <w:p>
      <w:r>
        <w:rPr>
          <w:b/>
        </w:rPr>
        <w:t xml:space="preserve">[11:44] </w:t>
      </w:r>
      <w:r>
        <w:t>yeh jo hai is ne sari duniya mein woh cheez paida ki jis ko mein kehta hoon yani rationalized evil ya ideologically justified evil.</w:t>
      </w:r>
    </w:p>
    <w:p>
      <w:pPr>
        <w:jc w:val="right"/>
      </w:pPr>
      <w:r>
        <w:t>یہ جو ہے اس نے ساری دنیا میں وہ چیز پیدا کی جس کو میں کہتا ہوں یعنی ریشنلائزڈ ایول یا آئیڈیالوجیکلی جسٹیفائیڈ ایول۔</w:t>
      </w:r>
    </w:p>
    <w:p>
      <w:r>
        <w:rPr>
          <w:b/>
        </w:rPr>
        <w:t xml:space="preserve">[11:55] </w:t>
      </w:r>
      <w:r>
        <w:t>ke jab koi hai nahi hamara pakad dhakad karne wala hum kisi ke aage responsible nahi hain to jo chahe karo. paida ho aur mar jao, baat khatam.</w:t>
      </w:r>
    </w:p>
    <w:p>
      <w:pPr>
        <w:jc w:val="right"/>
      </w:pPr>
      <w:r>
        <w:t>کہ جب کوئی ہے نہیں ہمارا پکڑ دھکڑ کرنے والا ہم کسی کے آگے رسپانسبل نہیں ہیں تو جو چاہے کرو۔ پیدا ہو اور مر جاؤ، بات ختم۔</w:t>
      </w:r>
    </w:p>
    <w:p>
      <w:r>
        <w:rPr>
          <w:b/>
        </w:rPr>
        <w:t xml:space="preserve">[12:07] </w:t>
      </w:r>
      <w:r>
        <w:t>dusri jo cheez hai woh hai</w:t>
      </w:r>
    </w:p>
    <w:p>
      <w:pPr>
        <w:jc w:val="right"/>
      </w:pPr>
      <w:r>
        <w:t>دوسری جو چیز ہے وہ ہے</w:t>
      </w:r>
    </w:p>
    <w:p>
      <w:r>
        <w:rPr>
          <w:b/>
        </w:rPr>
        <w:t xml:space="preserve">[12:13] </w:t>
      </w:r>
      <w:r>
        <w:t>yani theory of Islamic state. is ke bare mein mein kuch detail ke sath arz karna chahunga. aaj kal ke zamane mein sare musalman direct ya indirect is mein obsession mein hain is obsession mein ke Islamic hukumat, Muslim hukumat, Islamic rule yeh completely baseless hai yeh baat.</w:t>
      </w:r>
    </w:p>
    <w:p>
      <w:pPr>
        <w:jc w:val="right"/>
      </w:pPr>
      <w:r>
        <w:t>یعنی تھیوری آف اسلامک اسٹیٹ۔ اس کے بارے میں میں کچھ ڈیٹیل کے ساتھ عرض کرنا چاہوں گا۔ آج کل کے زمانے میں سارے مسلمان ڈائریکٹ یا ان ڈائریکٹ اس میں ابسیشن میں ہیں اس ابسیشن میں کہ اسلامی حکومت، مسلم حکومت، اسلامک رول یہ کمپلیٹلی بیسلیس ہے یہ بات۔</w:t>
      </w:r>
    </w:p>
    <w:p>
      <w:r>
        <w:rPr>
          <w:b/>
        </w:rPr>
        <w:t xml:space="preserve">[12:35] </w:t>
      </w:r>
      <w:r>
        <w:t>mein aap se arz karna chahta hoon ke Quran ya Hadees mein yeh is concept hai hi nahi Islamic state ka concept. yeh sara ka sara bana hai Abbasid period mein.</w:t>
      </w:r>
    </w:p>
    <w:p>
      <w:pPr>
        <w:jc w:val="right"/>
      </w:pPr>
      <w:r>
        <w:t>میں آپ سے عرض کرنا چاہتا ہوں کہ قرآن یا حدیث میں یہ اس کانسیپٹ ہے ہی نہیں اسلامک اسٹیٹ کا کانسیپٹ۔ یہ سارا کا سارا بنا ہے عباسید پیریڈ میں۔</w:t>
      </w:r>
    </w:p>
    <w:p>
      <w:r>
        <w:rPr>
          <w:b/>
        </w:rPr>
        <w:t xml:space="preserve">[12:46] </w:t>
      </w:r>
      <w:r>
        <w:t>yani jab musalmanon ka empire ban gaya tha. yani empire ke zamane mein yeh sab hua. ek hi arabi mein ek sirf ek kitab chhapi hai jis ko kehte hain Allah ka, Allah ka sultania.</w:t>
      </w:r>
    </w:p>
    <w:p>
      <w:pPr>
        <w:jc w:val="right"/>
      </w:pPr>
      <w:r>
        <w:t>یعنی جب مسلمانوں کا ایمپائر بن گیا تھا۔ یعنی ایمپائر کے زمانے میں یہ سب ہوا۔ ایک ہی عربی میں ایک صرف ایک کتاب چھپی ہے جس کو کہتے ہیں اللہ کا، اللہ کا سلطانیہ۔</w:t>
      </w:r>
    </w:p>
    <w:p>
      <w:r>
        <w:rPr>
          <w:b/>
        </w:rPr>
        <w:t xml:space="preserve">[12:57] </w:t>
      </w:r>
      <w:r>
        <w:t>koi dusri kitab nahi hai is par. is se pehle yeh yeh likhi gayi hai baad ko. empire jab ban chuka tha musalmanon ka. jab musalmanon ka empire ban gaya to political yani kiya qanoon ho, kiya law ho, kiya system ho is par kitab likhi gayi Allah ka sultania.</w:t>
      </w:r>
    </w:p>
    <w:p>
      <w:pPr>
        <w:jc w:val="right"/>
      </w:pPr>
      <w:r>
        <w:t>کوئی دوسری کتاب نہیں ہے اس پر۔ اس سے پہلے یہ یہ لکھی گئی ہے بعد کو۔ ایمپائر جب بن چکا تھا مسلمانوں کا۔ جب مسلمانوں کا ایمپائر بن گیا تو پولیٹیکل یعنی کیا قانون ہو، کیا لا ہو، کیا سسٹم ہو اس پر کتاب لکھی گئی اللہ کا سلطانیہ۔</w:t>
      </w:r>
    </w:p>
    <w:p>
      <w:r>
        <w:rPr>
          <w:b/>
        </w:rPr>
        <w:t xml:space="preserve">[13:16] </w:t>
      </w:r>
      <w:r>
        <w:t>aur koi kitab hi dusri nahi hai is mauzu par. aur is se pehle to koi kitab nahi likhi gayi. kyun? aap pura Quran padh daliye, kahin bhi aap ko nahi payenge yeh likha hua ke aye</w:t>
      </w:r>
    </w:p>
    <w:p>
      <w:pPr>
        <w:jc w:val="right"/>
      </w:pPr>
      <w:r>
        <w:t>اور کوئی کتاب ہی دوسری نہیں ہے اس موضوع پر۔ اور اس سے پہلے تو کوئی کتاب نہیں لکھی گئی۔ کیوں؟ آپ پورا قرآن پڑھ ڈالیے، کہیں بھی آپ کو نہیں پائیں گے یہ لکھا ہوا کہ اے</w:t>
      </w:r>
    </w:p>
    <w:p>
      <w:r>
        <w:rPr>
          <w:b/>
        </w:rPr>
        <w:t xml:space="preserve">[13:29] </w:t>
      </w:r>
      <w:r>
        <w:t>musalmano tum Islamic state banao. kahin bhi nahi hai. to jo sab se bada yani hukum hai Islam ka ke sari duniya musalman Islamic state banaye woh kahan hai woh?</w:t>
      </w:r>
    </w:p>
    <w:p>
      <w:pPr>
        <w:jc w:val="right"/>
      </w:pPr>
      <w:r>
        <w:t>مسلمانوں تم اسلامک اسٹیٹ بناؤ۔ کہیں بھی نہیں ہے۔ تو جو سب سے بڑا یعنی حکم ہے اسلام کا کہ ساری دنیا مسلمان اسلامک اسٹیٹ بنائے وہ کہاں ہے وہ؟</w:t>
      </w:r>
    </w:p>
    <w:p>
      <w:r>
        <w:rPr>
          <w:b/>
        </w:rPr>
        <w:t xml:space="preserve">[13:46] </w:t>
      </w:r>
      <w:r>
        <w:t>ek bhi verse quran majeed mein nahin hai. do verse aisi hain quran majeed mein jis mein yeh bataya gaya hai ke allazina amkanahum fil arz ke jin ko hum zameen mein iqtadar dein,</w:t>
      </w:r>
    </w:p>
    <w:p>
      <w:pPr>
        <w:jc w:val="right"/>
      </w:pPr>
      <w:r>
        <w:t>ایک بھی ورس قرآن مجید میں نہیں ہے۔ دو ورس ایسی ہیں قرآن مجید میں جس میں یہ بتایا گیا ہے کہ الذین امکنہم فی الارض کہ جن کو ہم زمین میں اقتدار دیں،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