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of Maulana Wahiduddin Khan with delegates from Italy 5 Aug 2006</w:t>
      </w:r>
    </w:p>
    <w:p>
      <w:r>
        <w:t>https://www.youtube.com/watch?v=YauaW5q5-TM</w:t>
      </w:r>
    </w:p>
    <w:p>
      <w:r>
        <w:rPr>
          <w:b/>
        </w:rPr>
        <w:t xml:space="preserve">[00:11] </w:t>
      </w:r>
      <w:r>
        <w:t>bismillah ir rehman ir raheem. i begin my talk from the traditional greeting, traditional greeting, that is assalam o alaikum</w:t>
      </w:r>
    </w:p>
    <w:p>
      <w:pPr>
        <w:jc w:val="right"/>
      </w:pPr>
      <w:r>
        <w:t>بسم اللہ الرحمن الرحیم۔ آئی بیگن مائی ٹاک فرام دی ٹریڈیشنل گریٹنگ، ٹریڈیشنل گریٹنگ، دیٹ از السلام علیکم</w:t>
      </w:r>
    </w:p>
    <w:p>
      <w:r>
        <w:rPr>
          <w:b/>
        </w:rPr>
        <w:t xml:space="preserve">[00:32] </w:t>
      </w:r>
      <w:r>
        <w:t>. Eh, inizia il suo discorso, eh, Maulana inizia il suo discorso con, eh, questo saluto che significa "pace sopra di voi", che è un-il saluto tradizionale, eh, del musulmanesimo.</w:t>
      </w:r>
    </w:p>
    <w:p>
      <w:pPr>
        <w:jc w:val="right"/>
      </w:pPr>
      <w:r>
        <w:t>۔ Eh, inizia il suo discorso, eh, Maulana inizia il suo discorso con, eh, questo saluto che significa "pace sopra di voi", che è un-il saluto tradizionale, eh, del musulmanesimo.</w:t>
      </w:r>
    </w:p>
    <w:p>
      <w:r>
        <w:rPr>
          <w:b/>
        </w:rPr>
        <w:t xml:space="preserve">[00:50] </w:t>
      </w:r>
      <w:r>
        <w:t>welcome to you on indian soil.</w:t>
      </w:r>
    </w:p>
    <w:p>
      <w:pPr>
        <w:jc w:val="right"/>
      </w:pPr>
      <w:r>
        <w:t>ویلکم ٹو یو آن انڈین سوائل۔</w:t>
      </w:r>
    </w:p>
    <w:p>
      <w:r>
        <w:rPr>
          <w:b/>
        </w:rPr>
        <w:t xml:space="preserve">[00:57] </w:t>
      </w:r>
      <w:r>
        <w:t>Benvenuti, eh, nel suolo indiano.</w:t>
      </w:r>
    </w:p>
    <w:p>
      <w:pPr>
        <w:jc w:val="right"/>
      </w:pPr>
      <w:r>
        <w:t>Benvenuti, eh, nel suolo indiano.</w:t>
      </w:r>
    </w:p>
    <w:p>
      <w:r>
        <w:rPr>
          <w:b/>
        </w:rPr>
        <w:t xml:space="preserve">[01:01] </w:t>
      </w:r>
      <w:r>
        <w:t>you know india and italy are brother countries. Come sapete, l'India e l'Italia sono paesi fratelli.</w:t>
      </w:r>
    </w:p>
    <w:p>
      <w:pPr>
        <w:jc w:val="right"/>
      </w:pPr>
      <w:r>
        <w:t>یو نو انڈیا اینڈ اٹلی آر برادر کنٹریز۔ Come sapete, l'India e l'Italia sono paesi fratelli.</w:t>
      </w:r>
    </w:p>
    <w:p>
      <w:r>
        <w:rPr>
          <w:b/>
        </w:rPr>
        <w:t xml:space="preserve">[01:12] </w:t>
      </w:r>
      <w:r>
        <w:t>you were born in italy. Voi siete nati in Italia. and we were born in india. E noi siamo nati in India. but you know, there is a tradition india.</w:t>
      </w:r>
    </w:p>
    <w:p>
      <w:pPr>
        <w:jc w:val="right"/>
      </w:pPr>
      <w:r>
        <w:t>یو ویر بورن ان اٹلی۔ Voi siete nati in Italia. اینڈ وی ویر بورن ان انڈیا۔ E noi siamo nati in India. بٹ یو نو، دیر از اے ٹریڈیشن انڈیا۔</w:t>
      </w:r>
    </w:p>
    <w:p>
      <w:r>
        <w:rPr>
          <w:b/>
        </w:rPr>
        <w:t xml:space="preserve">[01:26] </w:t>
      </w:r>
      <w:r>
        <w:t>Ma come sapete, c'è la tradizione indiana?</w:t>
      </w:r>
    </w:p>
    <w:p>
      <w:pPr>
        <w:jc w:val="right"/>
      </w:pPr>
      <w:r>
        <w:t>Ma come sapete, c'è la tradizione indiana?</w:t>
      </w:r>
    </w:p>
    <w:p>
      <w:r>
        <w:rPr>
          <w:b/>
        </w:rPr>
        <w:t xml:space="preserve">[01:31] </w:t>
      </w:r>
      <w:r>
        <w:t>that all human beings are members of a single family. Che tutte le persone, gli esseri umani, sono membri di una sola famiglia, di una singola famiglia.</w:t>
      </w:r>
    </w:p>
    <w:p>
      <w:pPr>
        <w:jc w:val="right"/>
      </w:pPr>
      <w:r>
        <w:t>دیٹ آل ہیومن بینگ آر ممبر آف اے سنگل فیملی۔ Che tutte le persone, gli esseri umani, sono membri di una sola famiglia, di una singola famiglia.</w:t>
      </w:r>
    </w:p>
    <w:p>
      <w:r>
        <w:rPr>
          <w:b/>
        </w:rPr>
        <w:t xml:space="preserve">[01:42] </w:t>
      </w:r>
      <w:r>
        <w:t>so according to this tradition. In accordo con questa tradizione? you and we are members of one and the same family.</w:t>
      </w:r>
    </w:p>
    <w:p>
      <w:pPr>
        <w:jc w:val="right"/>
      </w:pPr>
      <w:r>
        <w:t>سو اکارڈنگ ٹو دس ٹریڈیشن۔ In accordo con questa tradizione? یو اینڈ وی آر ممبر آف ون اینڈ دی سیم فیملی۔</w:t>
      </w:r>
    </w:p>
    <w:p>
      <w:r>
        <w:rPr>
          <w:b/>
        </w:rPr>
        <w:t xml:space="preserve">[01:54] </w:t>
      </w:r>
      <w:r>
        <w:t>Io e voi siamo membri della stessa famiglia.</w:t>
      </w:r>
    </w:p>
    <w:p>
      <w:pPr>
        <w:jc w:val="right"/>
      </w:pPr>
      <w:r>
        <w:t>Io e voi siamo membri della stessa famiglia.</w:t>
      </w:r>
    </w:p>
    <w:p>
      <w:r>
        <w:rPr>
          <w:b/>
        </w:rPr>
        <w:t xml:space="preserve">[01:58] </w:t>
      </w:r>
      <w:r>
        <w:t>it is not a problem that you were born in italy and we were born in india. E non è un problema che voi siate nati in Italia e noi siamo nati in India.</w:t>
      </w:r>
    </w:p>
    <w:p>
      <w:pPr>
        <w:jc w:val="right"/>
      </w:pPr>
      <w:r>
        <w:t>اٹ از ناٹ اے پرابلم دیٹ یو ویر بورن ان اٹلی اینڈ وی ویر بورن ان انڈیا۔ E non è un problema che voi siate nati in Italia e noi siamo nati in India.</w:t>
      </w:r>
    </w:p>
    <w:p>
      <w:r>
        <w:rPr>
          <w:b/>
        </w:rPr>
        <w:t xml:space="preserve">[02:08] </w:t>
      </w:r>
      <w:r>
        <w:t>so present meeting is like a family gathering. E pertanto questo incontro è come un incontro di famiglia.</w:t>
      </w:r>
    </w:p>
    <w:p>
      <w:pPr>
        <w:jc w:val="right"/>
      </w:pPr>
      <w:r>
        <w:t>سو پریزنٹ میٹنگ از لائک اے فیملی گیدرنگ۔ E pertanto questo incontro è come un incontro di famiglia.</w:t>
      </w:r>
    </w:p>
    <w:p>
      <w:r>
        <w:rPr>
          <w:b/>
        </w:rPr>
        <w:t xml:space="preserve">[02:19] </w:t>
      </w:r>
      <w:r>
        <w:t>we are brothers and sisters to each other. Noi siamo fratelli e sorelli tra di noi.</w:t>
      </w:r>
    </w:p>
    <w:p>
      <w:pPr>
        <w:jc w:val="right"/>
      </w:pPr>
      <w:r>
        <w:t>وی آر برادرز اینڈ سسٹرز ٹو ایچ ادر۔ Noi siamo fratelli e sorelli tra di noi.</w:t>
      </w:r>
    </w:p>
    <w:p>
      <w:r>
        <w:rPr>
          <w:b/>
        </w:rPr>
        <w:t xml:space="preserve">[02:27] </w:t>
      </w:r>
      <w:r>
        <w:t>i have studied all the religions and all the traditions. Lui ha studiato tutte le religioni e tutte le tradizioni.</w:t>
      </w:r>
    </w:p>
    <w:p>
      <w:pPr>
        <w:jc w:val="right"/>
      </w:pPr>
      <w:r>
        <w:t>آئی ہیو سٹڈیڈ آل دا ریلیجنز اینڈ آل دا ٹریڈیشنز۔ Lui ha studiato tutte le religioni e tutte le tradizioni.</w:t>
      </w:r>
    </w:p>
    <w:p>
      <w:r>
        <w:rPr>
          <w:b/>
        </w:rPr>
        <w:t xml:space="preserve">[02:37] </w:t>
      </w:r>
      <w:r>
        <w:t>i think that the gist of all the religions is according to the saying of jesus christ: "love your enemy</w:t>
      </w:r>
    </w:p>
    <w:p>
      <w:pPr>
        <w:jc w:val="right"/>
      </w:pPr>
      <w:r>
        <w:t>آئی تھنک دیٹ دا گسٹ آف آل دا ریلیجنز از اکارڈنگ ٹو دا سینگ آف جیسس کرائسٹ: "لو یور اینمی</w:t>
      </w:r>
    </w:p>
    <w:p>
      <w:r>
        <w:rPr>
          <w:b/>
        </w:rPr>
        <w:t xml:space="preserve">[02:48] </w:t>
      </w:r>
      <w:r>
        <w:t>". E pensa che in tutte le religioni l'essenza sia in, ehm, in accordo con uno degli insegnamenti di Gesù Cristo: "Ama il tuo nemico".</w:t>
      </w:r>
    </w:p>
    <w:p>
      <w:pPr>
        <w:jc w:val="right"/>
      </w:pPr>
      <w:r>
        <w:t>". E pensa che in tutte le religioni l'essenza sia in, ehm, in accordo con uno degli insegnamenti di Gesù Cristo: "Ama il tuo nemico".</w:t>
      </w:r>
    </w:p>
    <w:p>
      <w:r>
        <w:rPr>
          <w:b/>
        </w:rPr>
        <w:t xml:space="preserve">[02:58] </w:t>
      </w:r>
      <w:r>
        <w:t>so although i am speaking in english, that is not your language nor mine. but. E sebbene io parli in inglese, che non è la mia lingua e neppure la vostra.</w:t>
      </w:r>
    </w:p>
    <w:p>
      <w:pPr>
        <w:jc w:val="right"/>
      </w:pPr>
      <w:r>
        <w:t>سو آل دو آئی ایم سپیکنگ ان انگلش، دیٹ از نا یور لینگویج نا مائن۔ بٹ۔ E sebbene io parli in inglese, che non è la mia lingua e neppure la vostra.</w:t>
      </w:r>
    </w:p>
    <w:p>
      <w:r>
        <w:rPr>
          <w:b/>
        </w:rPr>
        <w:t xml:space="preserve">[03:11] </w:t>
      </w:r>
      <w:r>
        <w:t>but according to the saying of jesus christ: "love your enemy", it means</w:t>
      </w:r>
    </w:p>
    <w:p>
      <w:pPr>
        <w:jc w:val="right"/>
      </w:pPr>
      <w:r>
        <w:t>بٹ اکارڈنگ ٹو دا سینگ آف جیسس کرائسٹ: "لو یور اینمی"، اٹ مینز</w:t>
      </w:r>
    </w:p>
    <w:p>
      <w:r>
        <w:rPr>
          <w:b/>
        </w:rPr>
        <w:t xml:space="preserve">[03:17] </w:t>
      </w:r>
      <w:r>
        <w:t>. E, eh, in accordo con quello che dice, eh, Gesù Cristo, cioè: "Amate i vostri nemici", ciò significa? it means: "speak the language of love".</w:t>
      </w:r>
    </w:p>
    <w:p>
      <w:pPr>
        <w:jc w:val="right"/>
      </w:pPr>
      <w:r>
        <w:t>۔ E, eh, in accordo con quello che dice, eh, Gesù Cristo, cioè: "Amate i vostri nemici", ciò significa? اٹ مینز: "اسپیک دا لینگویج آف لو".</w:t>
      </w:r>
    </w:p>
    <w:p>
      <w:r>
        <w:rPr>
          <w:b/>
        </w:rPr>
        <w:t xml:space="preserve">[03:30] </w:t>
      </w:r>
      <w:r>
        <w:t>E questo significa, in ogni caso, parlare la lingua dell'amore. and the language of love is understandable.</w:t>
      </w:r>
    </w:p>
    <w:p>
      <w:pPr>
        <w:jc w:val="right"/>
      </w:pPr>
      <w:r>
        <w:t>E questo significa, in ogni caso, parlare la lingua dell'amore. اینڈ دی لینگویج آف لو از انڈرسٹینڈیبل۔ E la lingua dell'amore è facilmente comprensibile.</w:t>
      </w:r>
    </w:p>
    <w:p>
      <w:r>
        <w:rPr>
          <w:b/>
        </w:rPr>
        <w:t xml:space="preserve">[03:39] </w:t>
      </w:r>
      <w:r>
        <w:t>to friends and enemy both.</w:t>
      </w:r>
    </w:p>
    <w:p>
      <w:pPr>
        <w:jc w:val="right"/>
      </w:pPr>
      <w:r>
        <w:t>ٹو فرینڈز اینڈ اینمی بوتھ۔ Sia agli amici che ai nemici.</w:t>
      </w:r>
    </w:p>
    <w:p>
      <w:r>
        <w:rPr>
          <w:b/>
        </w:rPr>
        <w:t xml:space="preserve">[03:45] </w:t>
      </w:r>
      <w:r>
        <w:t>so i, i, i will try to speak in the language of love, that is international language.</w:t>
      </w:r>
    </w:p>
    <w:p>
      <w:pPr>
        <w:jc w:val="right"/>
      </w:pPr>
      <w:r>
        <w:t>سو آئی، آئی، آئی ویل ٹرائی ٹو سپیک ان دا لینگویج آف لو، دیٹ از انٹرنیشنل لینگویج۔ E pertanto tenterò di parlare nella lingua dell'amore, che è la lingua internazionale.</w:t>
      </w:r>
    </w:p>
    <w:p>
      <w:r>
        <w:rPr>
          <w:b/>
        </w:rPr>
        <w:t xml:space="preserve">[03:57] </w:t>
      </w:r>
      <w:r>
        <w:t>you know, india is a country of spirituality and peace.</w:t>
      </w:r>
    </w:p>
    <w:p>
      <w:pPr>
        <w:jc w:val="right"/>
      </w:pPr>
      <w:r>
        <w:t>یو نو، انڈیا از اے کنٹری آف اسپریچولٹی اینڈ پیس۔ India è il paese della spiritualità e della pace.</w:t>
      </w:r>
    </w:p>
    <w:p>
      <w:r>
        <w:rPr>
          <w:b/>
        </w:rPr>
        <w:t xml:space="preserve">[04:09] </w:t>
      </w:r>
      <w:r>
        <w:t>mahatma gandhi was great symbol of india</w:t>
      </w:r>
    </w:p>
    <w:p>
      <w:pPr>
        <w:jc w:val="right"/>
      </w:pPr>
      <w:r>
        <w:t>مہاتما گاندھی واز گریٹ سمبل آف انڈیا</w:t>
      </w:r>
    </w:p>
    <w:p>
      <w:r>
        <w:rPr>
          <w:b/>
        </w:rPr>
        <w:t xml:space="preserve">[04:15] </w:t>
      </w:r>
      <w:r>
        <w:t>Il Mahatma Gandhi è stato un grande simbolo dell'India? and he was a like a prophet of peace. E è stato come un profeta di pace.</w:t>
      </w:r>
    </w:p>
    <w:p>
      <w:pPr>
        <w:jc w:val="right"/>
      </w:pPr>
      <w:r>
        <w:t>۔ Il Mahatma Gandhi è stato un grande simbolo dell'India? اینڈ ہی واز اے لائک اے پرافٹ آف پیس۔ E è stato come un profeta di pace.</w:t>
      </w:r>
    </w:p>
    <w:p>
      <w:r>
        <w:rPr>
          <w:b/>
        </w:rPr>
        <w:t xml:space="preserve">[04:26] </w:t>
      </w:r>
      <w:r>
        <w:t>Gandhi shows the way of peace for all humanity. Gandhi, in sostanza, ha detto: "Ha parlato della pace di tutta l'umanità".</w:t>
      </w:r>
    </w:p>
    <w:p>
      <w:pPr>
        <w:jc w:val="right"/>
      </w:pPr>
      <w:r>
        <w:t>گاندھی شوز دا وے آف پیس فار آل ہیومینٹی۔ Gandhi, in sostanza, ha detto: "Ha parlato della pace di tutta l'umanità".</w:t>
      </w:r>
    </w:p>
    <w:p>
      <w:r>
        <w:rPr>
          <w:b/>
        </w:rPr>
        <w:t xml:space="preserve">[04:38] </w:t>
      </w:r>
      <w:r>
        <w:t>My I am a Muslim and my elder brother was a poet, so he said: "Ghalat tha yeh ke faqat Hindon ka leader tha ke tha tamam jahan bhar ka rehnuma Gandhi".</w:t>
      </w:r>
    </w:p>
    <w:p>
      <w:pPr>
        <w:jc w:val="right"/>
      </w:pPr>
      <w:r>
        <w:t>مائی آئی ایم اے مسلم اینڈ مائی ایلڈر برادر واز اے پوئٹ، سو ہی سیڈ: "غلط تھا یہ کہ فقط ہندوؤں کا لیڈر تھا کہ تھا تمام جہاں بھر کا رہنما گاندھی"۔</w:t>
      </w:r>
    </w:p>
    <w:p>
      <w:r>
        <w:rPr>
          <w:b/>
        </w:rPr>
        <w:t xml:space="preserve">[04:52] </w:t>
      </w:r>
      <w:r>
        <w:t>It means that it is wrong to say that Gandhi was a leader of Hindus. Gandhi was leader of all humanity.</w:t>
      </w:r>
    </w:p>
    <w:p>
      <w:pPr>
        <w:jc w:val="right"/>
      </w:pPr>
      <w:r>
        <w:t>اٹ مینز دیٹ اٹ از رونگ ٹو سے دیٹ گاندھی واز اے لیڈر آف ہندوز۔ گاندھی واز لیڈر آف آل ہیومینٹی۔</w:t>
      </w:r>
    </w:p>
    <w:p>
      <w:r>
        <w:rPr>
          <w:b/>
        </w:rPr>
        <w:t xml:space="preserve">[05:04] </w:t>
      </w:r>
      <w:r>
        <w:t>Right. In sostanza, eh, Gandhi era un profeta e il suo fratello maggiore diceva in una frase in lingua araba che, eh, è sbagliato dire che Gandhi fosse un indù, perché, eh, Gandhi era un profeta dell'umanità.</w:t>
      </w:r>
    </w:p>
    <w:p>
      <w:pPr>
        <w:jc w:val="right"/>
      </w:pPr>
      <w:r>
        <w:t>Right. In sostanza, eh, Gandhi era un profeta e il suo fratello maggiore diceva in una frase in lingua araba che, eh, è sbagliato dire che Gandhi fosse un indù, perché, eh, Gandhi era un profeta dell'umanità.</w:t>
      </w:r>
    </w:p>
    <w:p>
      <w:r>
        <w:rPr>
          <w:b/>
        </w:rPr>
        <w:t xml:space="preserve">[05:23] </w:t>
      </w:r>
      <w:r>
        <w:t>So welcome to you on the land of Gandhi. E pertanto benvenuti nella terra di Gandhi.</w:t>
      </w:r>
    </w:p>
    <w:p>
      <w:pPr>
        <w:jc w:val="right"/>
      </w:pPr>
      <w:r>
        <w:t>سو ویلکم ٹو یو آن دا لینڈ آف گاندھی۔ E pertanto benvenuti nella terra di Gandhi.</w:t>
      </w:r>
    </w:p>
    <w:p>
      <w:r>
        <w:rPr>
          <w:b/>
        </w:rPr>
        <w:t xml:space="preserve">[05:30] </w:t>
      </w:r>
      <w:r>
        <w:t>Then I be call a very beautiful story, very relevant. Once I saw youth walking on the street of, some street of Delhi.</w:t>
      </w:r>
    </w:p>
    <w:p>
      <w:pPr>
        <w:jc w:val="right"/>
      </w:pPr>
      <w:r>
        <w:t>دین آئی بی کال اے ویری بیوٹیفل سٹوری، ویری ریلیونٹ۔ ونس آئی سا یوتھ واکنگ آن دا اسٹریٹ آف، سم اسٹریٹ آف دہلی۔</w:t>
      </w:r>
    </w:p>
    <w:p>
      <w:r>
        <w:rPr>
          <w:b/>
        </w:rPr>
        <w:t xml:space="preserve">[05:43] </w:t>
      </w:r>
      <w:r>
        <w:t>E ci racconta una storia, un-un aneddoto. Please start again from the incident. Can you repeat that? The beginning of the story.</w:t>
      </w:r>
    </w:p>
    <w:p>
      <w:pPr>
        <w:jc w:val="right"/>
      </w:pPr>
      <w:r>
        <w:t>E ci racconta una storia, un-un aneddoto. پلیز سٹارٹ اگین فرام دی انسیڈنٹ۔ کین یو ریپیٹ دیٹ؟ دی بگننگ آف دی سٹوری۔</w:t>
      </w:r>
    </w:p>
    <w:p>
      <w:r>
        <w:rPr>
          <w:b/>
        </w:rPr>
        <w:t xml:space="preserve">[05:52] </w:t>
      </w:r>
      <w:r>
        <w:t>Once I saw a youth walking on a street in Delhi.</w:t>
      </w:r>
    </w:p>
    <w:p>
      <w:pPr>
        <w:jc w:val="right"/>
      </w:pPr>
      <w:r>
        <w:t>ونس آئی سا اے یوتھ واکنگ آن اے اسٹریٹ ان دہلی۔</w:t>
      </w:r>
    </w:p>
    <w:p>
      <w:r>
        <w:rPr>
          <w:b/>
        </w:rPr>
        <w:t xml:space="preserve">[05:59] </w:t>
      </w:r>
      <w:r>
        <w:t>E un tempo fa ha visto un giovane camminare in una strada di Delhi. This youth was white.</w:t>
      </w:r>
    </w:p>
    <w:p>
      <w:pPr>
        <w:jc w:val="right"/>
      </w:pPr>
      <w:r>
        <w:t>E un tempo fa ha visto un giovane camminare in una strada di Delhi. دس یوتھ واز وائٹ۔</w:t>
      </w:r>
    </w:p>
    <w:p>
      <w:r>
        <w:rPr>
          <w:b/>
        </w:rPr>
        <w:t xml:space="preserve">[06:08] </w:t>
      </w:r>
      <w:r>
        <w:t>Questo giovane era bianco. So obviously he was belonging to some European country.</w:t>
      </w:r>
    </w:p>
    <w:p>
      <w:pPr>
        <w:jc w:val="right"/>
      </w:pPr>
      <w:r>
        <w:t>Questo giovane era bianco. سو اویسلی ہی واز بیلانگنگ ٹو سم یورپین کنٹری۔</w:t>
      </w:r>
    </w:p>
    <w:p>
      <w:r>
        <w:rPr>
          <w:b/>
        </w:rPr>
        <w:t xml:space="preserve">[06:16] </w:t>
      </w:r>
      <w:r>
        <w:t>E pertanto lui sicuramente apparteneva a un paese europeo, è un paese europeo.</w:t>
      </w:r>
    </w:p>
    <w:p>
      <w:pPr>
        <w:jc w:val="right"/>
      </w:pPr>
      <w:r>
        <w:t>E pertanto lui sicuramente apparteneva a un paese europeo, è un paese europeo.</w:t>
      </w:r>
    </w:p>
    <w:p>
      <w:r>
        <w:rPr>
          <w:b/>
        </w:rPr>
        <w:t xml:space="preserve">[06:23] </w:t>
      </w:r>
      <w:r>
        <w:t>I met this white youth. Ha incontrato questo giovane bianco. And asked about his whereabouts.</w:t>
      </w:r>
    </w:p>
    <w:p>
      <w:pPr>
        <w:jc w:val="right"/>
      </w:pPr>
      <w:r>
        <w:t>آئی میٹ دس وائٹ یوتھ۔ Ha incontrato questo giovane bianco. اینڈ اسکڈ اباؤٹ ہز ویر اباؤٹ۔</w:t>
      </w:r>
    </w:p>
    <w:p>
      <w:r>
        <w:rPr>
          <w:b/>
        </w:rPr>
        <w:t xml:space="preserve">[06:35] </w:t>
      </w:r>
      <w:r>
        <w:t>E gli ha chiesto di dov'era. He said that I am, I belong to Canada. E ha detto, e questo giovane rispose che era canadese.</w:t>
      </w:r>
    </w:p>
    <w:p>
      <w:pPr>
        <w:jc w:val="right"/>
      </w:pPr>
      <w:r>
        <w:t>E gli ha chiesto di dov'era. ہی سیڈ دیٹ آئی ایم، آئی بیلانگ ٹو کینیڈا۔ E ha detto, e questo giovane rispose che era canadese.</w:t>
      </w:r>
    </w:p>
    <w:p>
      <w:r>
        <w:rPr>
          <w:b/>
        </w:rPr>
        <w:t xml:space="preserve">[06:46] </w:t>
      </w:r>
      <w:r>
        <w:t>He said that I was educated in Canada. Ha detto: "Io sono stato istruito in Canada."</w:t>
      </w:r>
    </w:p>
    <w:p>
      <w:pPr>
        <w:jc w:val="right"/>
      </w:pPr>
      <w:r>
        <w:t>ہی سیڈ دیٹ آئی واز ایجوکیٹڈ ان کینیڈا۔ Ha detto: "Io sono stato istruito in Canada."</w:t>
      </w:r>
    </w:p>
    <w:p>
      <w:r>
        <w:rPr>
          <w:b/>
        </w:rPr>
        <w:t xml:space="preserve">[06:53] </w:t>
      </w:r>
      <w:r>
        <w:t>And there I was having a good job. E ha ottenuto, ha avuto un buon lavoro. And all other material comforts.</w:t>
      </w:r>
    </w:p>
    <w:p>
      <w:pPr>
        <w:jc w:val="right"/>
      </w:pPr>
      <w:r>
        <w:t>اینڈ دیر آئی واز ہیونگ اے گڈ جاب۔ E ha ottenuto, ha avuto un buon lavoro. اینڈ آل ادر مٹیریل کمفرٹس۔</w:t>
      </w:r>
    </w:p>
    <w:p>
      <w:r>
        <w:rPr>
          <w:b/>
        </w:rPr>
        <w:t xml:space="preserve">[07:03] </w:t>
      </w:r>
      <w:r>
        <w:t>E tanti altri comfort materiali. Then I asked him: "Why you came in India?" E allora Maulana gli chiese: "Perché sei venuto in India?"</w:t>
      </w:r>
    </w:p>
    <w:p>
      <w:pPr>
        <w:jc w:val="right"/>
      </w:pPr>
      <w:r>
        <w:t>E tanti altri comfort materiali. دین آئی اسکڈ ہم: "وائی یو کیم ان انڈیا؟" E allora Maulana gli chiese: "Perché sei venuto in India?"</w:t>
      </w:r>
    </w:p>
    <w:p>
      <w:r>
        <w:rPr>
          <w:b/>
        </w:rPr>
        <w:t xml:space="preserve">[07:14] </w:t>
      </w:r>
      <w:r>
        <w:t>He replied</w:t>
      </w:r>
    </w:p>
    <w:p>
      <w:pPr>
        <w:jc w:val="right"/>
      </w:pPr>
      <w:r>
        <w:t>ہی ریپلائیڈ</w:t>
      </w:r>
    </w:p>
    <w:p>
      <w:r>
        <w:rPr>
          <w:b/>
        </w:rPr>
        <w:t xml:space="preserve">[07:18] </w:t>
      </w:r>
      <w:r>
        <w:t>Very, with a, he replied with sincerity, with very sincerity. E lui rispose con molta sincerità.</w:t>
      </w:r>
    </w:p>
    <w:p>
      <w:pPr>
        <w:jc w:val="right"/>
      </w:pPr>
      <w:r>
        <w:t>ویری، وِد اے، ہی ریپلائیڈ وِد سنسیرٹی، وِد ویری سنسیرٹی۔ E lui rispose con molta sincerità.</w:t>
      </w:r>
    </w:p>
    <w:p>
      <w:r>
        <w:rPr>
          <w:b/>
        </w:rPr>
        <w:t xml:space="preserve">[07:29] </w:t>
      </w:r>
      <w:r>
        <w:t>He said: "There I was comfortable physically." Lì ero fisicamente confortato, diciamo, con comfort materiali.</w:t>
      </w:r>
    </w:p>
    <w:p>
      <w:pPr>
        <w:jc w:val="right"/>
      </w:pPr>
      <w:r>
        <w:t>ہی سیڈ: "دیر آئی واز کمفرٹیبل فزیکلی۔" Lì ero fisicamente confortato, diciamo, con comfort materiali.</w:t>
      </w:r>
    </w:p>
    <w:p>
      <w:r>
        <w:rPr>
          <w:b/>
        </w:rPr>
        <w:t xml:space="preserve">[07:43] </w:t>
      </w:r>
      <w:r>
        <w:t>Here I am comfortable spiritually. So this was his answer.</w:t>
      </w:r>
    </w:p>
    <w:p>
      <w:pPr>
        <w:jc w:val="right"/>
      </w:pPr>
      <w:r>
        <w:t>ہیر آئی ایم کمفرٹیبل اسپریچولی۔ E qui invece ho comfort spirituali. سو دس واز ہز انسر۔</w:t>
      </w:r>
    </w:p>
    <w:p>
      <w:r>
        <w:rPr>
          <w:b/>
        </w:rPr>
        <w:t xml:space="preserve">[07:53] </w:t>
      </w:r>
      <w:r>
        <w:t>Questa è stata la sua risposta. So I am saying that India is land of peace and, and spirituality.</w:t>
      </w:r>
    </w:p>
    <w:p>
      <w:pPr>
        <w:jc w:val="right"/>
      </w:pPr>
      <w:r>
        <w:t>Questa è stata la sua risposta. سو آئی ایم سینگ دیٹ انڈیا از لینڈ آف پیس اینڈ، اینڈ اسپریچولٹی۔</w:t>
      </w:r>
    </w:p>
    <w:p>
      <w:r>
        <w:rPr>
          <w:b/>
        </w:rPr>
        <w:t xml:space="preserve">[08:04] </w:t>
      </w:r>
      <w:r>
        <w:t>E pertanto io affermo che l'India è il paese della pace e della spiritualità.</w:t>
      </w:r>
    </w:p>
    <w:p>
      <w:pPr>
        <w:jc w:val="right"/>
      </w:pPr>
      <w:r>
        <w:t>E pertanto io affermo che l'India è il paese della pace e della spiritualità.</w:t>
      </w:r>
    </w:p>
    <w:p>
      <w:r>
        <w:rPr>
          <w:b/>
        </w:rPr>
        <w:t xml:space="preserve">[08:10] </w:t>
      </w:r>
      <w:r>
        <w:t>Then I would like to say a few words about Islam. Vorrei dirvi qualche parola sull'Islam. You know, the sacred book of Islam is Quran.</w:t>
      </w:r>
    </w:p>
    <w:p>
      <w:pPr>
        <w:jc w:val="right"/>
      </w:pPr>
      <w:r>
        <w:t>دین آئی وڈ لائک ٹو سے اے فیو ورڈز اباؤٹ اسلام۔ Vorrei dirvi qualche parola sull'Islam. یو نو، دا سیکرٹ بک آف اسلام از قرآن۔</w:t>
      </w:r>
    </w:p>
    <w:p>
      <w:r>
        <w:rPr>
          <w:b/>
        </w:rPr>
        <w:t xml:space="preserve">[08:23] </w:t>
      </w:r>
      <w:r>
        <w:t>Il libro segreto dell'Islam è il Corano. Quran was revealed in seventh century. È stato scritto nel settimo secolo?</w:t>
      </w:r>
    </w:p>
    <w:p>
      <w:pPr>
        <w:jc w:val="right"/>
      </w:pPr>
      <w:r>
        <w:t>Il libro segreto dell'Islam è il Corano. قرآن واز ریویلڈ ان سیونتھ سنچری۔ È stato scritto nel settimo secolo?</w:t>
      </w:r>
    </w:p>
    <w:p>
      <w:r>
        <w:rPr>
          <w:b/>
        </w:rPr>
        <w:t xml:space="preserve">[08:36] </w:t>
      </w:r>
      <w:r>
        <w:t>There is a verse in the Quran.</w:t>
      </w:r>
    </w:p>
    <w:p>
      <w:pPr>
        <w:jc w:val="right"/>
      </w:pPr>
      <w:r>
        <w:t>دیر از اے ورس ان دا قرآن۔ C'è un verso nel Cor</w:t>
      </w:r>
    </w:p>
    <w:p>
      <w:r>
        <w:rPr>
          <w:b/>
        </w:rPr>
        <w:t xml:space="preserve">[08:40] </w:t>
      </w:r>
      <w:r>
        <w:t>ano? فَبِّهُدَاهُ مُقتَدِی۔ it means that follow all the prophets. che dice: "seguite tutti i profeti".</w:t>
      </w:r>
    </w:p>
    <w:p>
      <w:pPr>
        <w:jc w:val="right"/>
      </w:pPr>
      <w:r>
        <w:t>ano? فَبِّهُدَاهُ مُقتَدِی۔ اٹ مینز دیٹ فالو آل دا پرافٹس۔ Che dice: "Seguite tutti i profeti".</w:t>
      </w:r>
    </w:p>
    <w:p>
      <w:r>
        <w:rPr>
          <w:b/>
        </w:rPr>
        <w:t xml:space="preserve">[08:48] </w:t>
      </w:r>
      <w:r>
        <w:t>and not only Muhammad, but follow all the prophets. Seguitemi tutti i profeti. So according to this, not only follow, but I love all the prophets, including Jesus Christ.</w:t>
      </w:r>
    </w:p>
    <w:p>
      <w:pPr>
        <w:jc w:val="right"/>
      </w:pPr>
      <w:r>
        <w:t>اینڈ ناٹ اونلی محمد، بٹ فالو آل دا پرافٹس۔ Seguite tutti i profeti. سو اکارڈنگ ٹو دس، نا آئی ناٹ اونلی فالو، بٹ آئی لو آل دا پرافٹس، انکلوڈنگ جیسس کر</w:t>
      </w:r>
    </w:p>
    <w:p>
      <w:r>
        <w:rPr>
          <w:b/>
        </w:rPr>
        <w:t xml:space="preserve">[09:03] </w:t>
      </w:r>
      <w:r>
        <w:t>ist. e pertanto io seguo questo insegnamento e rispetto e seguo gli insegnamenti di tutti i profeti, compreso gesù cristo. and this saying of prophet that: "love your enemy".</w:t>
      </w:r>
    </w:p>
    <w:p>
      <w:pPr>
        <w:jc w:val="right"/>
      </w:pPr>
      <w:r>
        <w:t>ائسٹ۔ E pertanto io seguo questo insegnamento e rispetto e seguo gli insegnamenti di tutti i profeti, compreso Gesù Cristo. اینڈ دس سینگ آف پرافٹ دیٹ: "لو یور اینمی".</w:t>
      </w:r>
    </w:p>
    <w:p>
      <w:r>
        <w:rPr>
          <w:b/>
        </w:rPr>
        <w:t xml:space="preserve">[09:15] </w:t>
      </w:r>
      <w:r>
        <w:t>e questo profeta ha detto: "amate il vostro nemico". it's very important. è molto importante. becaus it is the secret of life.</w:t>
      </w:r>
    </w:p>
    <w:p>
      <w:pPr>
        <w:jc w:val="right"/>
      </w:pPr>
      <w:r>
        <w:t>E questo profeta ha detto: "Amate il vostro nemico". اٹس ویری امپورٹنٹ۔ È molto importante. بیکاز اٹ از دا سیکرٹ آف لائف۔</w:t>
      </w:r>
    </w:p>
    <w:p>
      <w:r>
        <w:rPr>
          <w:b/>
        </w:rPr>
        <w:t xml:space="preserve">[09:27] </w:t>
      </w:r>
      <w:r>
        <w:t>perché questo è il segreto della vita.</w:t>
      </w:r>
    </w:p>
    <w:p>
      <w:pPr>
        <w:jc w:val="right"/>
      </w:pPr>
      <w:r>
        <w:t>Perché questo è il segreto della vita.</w:t>
      </w:r>
    </w:p>
    <w:p>
      <w:r>
        <w:rPr>
          <w:b/>
        </w:rPr>
        <w:t xml:space="preserve">[09:30] </w:t>
      </w:r>
      <w:r>
        <w:t>love makes you strong. l'amore rende forti. love is the greatest power.</w:t>
      </w:r>
    </w:p>
    <w:p>
      <w:pPr>
        <w:jc w:val="right"/>
      </w:pPr>
      <w:r>
        <w:t>لو میکس یو اسٹرونگ۔ L'amore rende forti. لو از دا گریٹسٹ پاور۔</w:t>
      </w:r>
    </w:p>
    <w:p>
      <w:r>
        <w:rPr>
          <w:b/>
        </w:rPr>
        <w:t xml:space="preserve">[09:39] </w:t>
      </w:r>
      <w:r>
        <w:t>right? love is the greatest power. l'amore è il più grande potere? if you have love in your heart.</w:t>
      </w:r>
    </w:p>
    <w:p>
      <w:pPr>
        <w:jc w:val="right"/>
      </w:pPr>
      <w:r>
        <w:t>رائٹ؟ لو از دا گریٹسٹ پاور۔ L'amore è il più grande potere? اف یو ہیو لو ان یور ہارٹ۔</w:t>
      </w:r>
    </w:p>
    <w:p>
      <w:r>
        <w:rPr>
          <w:b/>
        </w:rPr>
        <w:t xml:space="preserve">[09:51] </w:t>
      </w:r>
      <w:r>
        <w:t>se avete l'amore nel vostro cuore. you can conquer the whole world. potete conquistare il mondo intero.</w:t>
      </w:r>
    </w:p>
    <w:p>
      <w:pPr>
        <w:jc w:val="right"/>
      </w:pPr>
      <w:r>
        <w:t>Se avete l'amore nel vostro cuore. یو کین کانکر دا ہول ورلڈ۔ Potete conquistare il mondo intero.</w:t>
      </w:r>
    </w:p>
    <w:p>
      <w:r>
        <w:rPr>
          <w:b/>
        </w:rPr>
        <w:t xml:space="preserve">[10:00] </w:t>
      </w:r>
      <w:r>
        <w:t>so i love this saying of jesus christ. e lui ama perciò questo detto di gesù cristo. then i would like to mention some sayings of the prophet of islam.</w:t>
      </w:r>
    </w:p>
    <w:p>
      <w:pPr>
        <w:jc w:val="right"/>
      </w:pPr>
      <w:r>
        <w:t>سو آئی لو دس سینگ آف جیسس کرائسٹ۔ E lui ama perciò questo detto di Gesù Cristo. دین آئی وڈ لائک ٹو مینشن سم سینگز آف دا پرافٹ آف اسلام۔</w:t>
      </w:r>
    </w:p>
    <w:p>
      <w:r>
        <w:rPr>
          <w:b/>
        </w:rPr>
        <w:t xml:space="preserve">[10:17] </w:t>
      </w:r>
      <w:r>
        <w:t>e lui adesso ci menzionerà alcuni detti di profeti dell'islam. once a man came to the prophet of islam.</w:t>
      </w:r>
    </w:p>
    <w:p>
      <w:pPr>
        <w:jc w:val="right"/>
      </w:pPr>
      <w:r>
        <w:t>E lui adesso ci menzionerà alcuni detti di profeti dell'Islam. ونس ا مین کیم ٹو دا پرافٹ آف اسلام۔</w:t>
      </w:r>
    </w:p>
    <w:p>
      <w:r>
        <w:rPr>
          <w:b/>
        </w:rPr>
        <w:t xml:space="preserve">[10:30] </w:t>
      </w:r>
      <w:r>
        <w:t>once a man came to the prophet of islam and asked. una volta un uomo andò dal profeta dell'islam e chiese.</w:t>
      </w:r>
    </w:p>
    <w:p>
      <w:pPr>
        <w:jc w:val="right"/>
      </w:pPr>
      <w:r>
        <w:t>ونس ا مین کیم ٹو دا پرافٹ آف اسلام اینڈ اسکڈ۔ Una volta un uomo andò dal profeta dell'Islam e chiese.</w:t>
      </w:r>
    </w:p>
    <w:p>
      <w:r>
        <w:rPr>
          <w:b/>
        </w:rPr>
        <w:t xml:space="preserve">[10:42] </w:t>
      </w:r>
      <w:r>
        <w:t>he said: "o prophet, give me a master advice. dammi un consiglio importante, eh, da maestro.</w:t>
      </w:r>
    </w:p>
    <w:p>
      <w:pPr>
        <w:jc w:val="right"/>
      </w:pPr>
      <w:r>
        <w:t>ہی سیڈ: "او پرافٹ، گیو می اے ماسٹر ایڈوائس۔" Dammi un consiglio importante, eh, da maestro.</w:t>
      </w:r>
    </w:p>
    <w:p>
      <w:r>
        <w:rPr>
          <w:b/>
        </w:rPr>
        <w:t xml:space="preserve">[10:54] </w:t>
      </w:r>
      <w:r>
        <w:t>by which i may be able to manage all the affairs of my life.</w:t>
      </w:r>
    </w:p>
    <w:p>
      <w:pPr>
        <w:jc w:val="right"/>
      </w:pPr>
      <w:r>
        <w:t>بائے وچ آئی می بی ایبل ٹو مینج آل دا افیئرز آف مائی لائف۔</w:t>
      </w:r>
    </w:p>
    <w:p>
      <w:r>
        <w:rPr>
          <w:b/>
        </w:rPr>
        <w:t xml:space="preserve">[11:06] </w:t>
      </w:r>
      <w:r>
        <w:t>give me a master advice by which i may be able to manage all the affairs of my life.</w:t>
      </w:r>
    </w:p>
    <w:p>
      <w:pPr>
        <w:jc w:val="right"/>
      </w:pPr>
      <w:r>
        <w:t>گیو می اے ماسٹر ایڈوائس بائے وچ آئی می بی ایبل ٹو مینج آل دا افیئرز آف مائی لائف۔</w:t>
      </w:r>
    </w:p>
    <w:p>
      <w:r>
        <w:rPr>
          <w:b/>
        </w:rPr>
        <w:t xml:space="preserve">[11:15] </w:t>
      </w:r>
      <w:r>
        <w:t>dammi un consiglio per controllare, per organizzare tutti gli aspetti della mia vita.</w:t>
      </w:r>
    </w:p>
    <w:p>
      <w:pPr>
        <w:jc w:val="right"/>
      </w:pPr>
      <w:r>
        <w:t>Dammi un consiglio per controllare, per organizzare tutti gli aspetti della mia vita.</w:t>
      </w:r>
    </w:p>
    <w:p>
      <w:r>
        <w:rPr>
          <w:b/>
        </w:rPr>
        <w:t xml:space="preserve">[11:22] </w:t>
      </w:r>
      <w:r>
        <w:t>the prophet of islam replied. il profeta dell'islam rispose? la taghab. don't be angry.</w:t>
      </w:r>
    </w:p>
    <w:p>
      <w:pPr>
        <w:jc w:val="right"/>
      </w:pPr>
      <w:r>
        <w:t>دا پرافٹ آف اسلام ریپلائیڈ۔ Il profeta dell'Islam rispose? لا تغضب۔ ڈونٹ بی اینگری۔</w:t>
      </w:r>
    </w:p>
    <w:p>
      <w:r>
        <w:rPr>
          <w:b/>
        </w:rPr>
        <w:t xml:space="preserve">[11:34] </w:t>
      </w:r>
      <w:r>
        <w:t>non essere arrabbiato. don't be angry means: don't be angry even when provoked.</w:t>
      </w:r>
    </w:p>
    <w:p>
      <w:pPr>
        <w:jc w:val="right"/>
      </w:pPr>
      <w:r>
        <w:t>Non essere arrabbiato. ڈونٹ بی اینگری مینز: ڈونٹ بی اینگری ایون وین پرووکڈ۔</w:t>
      </w:r>
    </w:p>
    <w:p>
      <w:r>
        <w:rPr>
          <w:b/>
        </w:rPr>
        <w:t xml:space="preserve">[11:45] </w:t>
      </w:r>
      <w:r>
        <w:t>essere arrabbiato significa non essere arrabbiato anche se ti provocano, provocano. it is a lesson of positive thinking.</w:t>
      </w:r>
    </w:p>
    <w:p>
      <w:pPr>
        <w:jc w:val="right"/>
      </w:pPr>
      <w:r>
        <w:t>Essere arrabbiato significa non essere arrabbiato anche se ti provocano, provocano. اٹ از اے لیسن آف پازیٹیو تھنکنگ۔</w:t>
      </w:r>
    </w:p>
    <w:p>
      <w:r>
        <w:rPr>
          <w:b/>
        </w:rPr>
        <w:t xml:space="preserve">[12:00] </w:t>
      </w:r>
      <w:r>
        <w:t>it means that. significa che? it means that if there are provocation. se ci sono provocazioni. if someone misbehave to you.</w:t>
      </w:r>
    </w:p>
    <w:p>
      <w:pPr>
        <w:jc w:val="right"/>
      </w:pPr>
      <w:r>
        <w:t>اٹ مینز دیٹ۔ Significa che? اٹ مینز دیٹ اف دیر آر پرووکیشن۔ Se ci sono provocazioni. اف سم ون مس بیہیو ٹو یو۔</w:t>
      </w:r>
    </w:p>
    <w:p>
      <w:r>
        <w:rPr>
          <w:b/>
        </w:rPr>
        <w:t xml:space="preserve">[12:13] </w:t>
      </w:r>
      <w:r>
        <w:t>se qualcuno ti fa dei torti.</w:t>
      </w:r>
    </w:p>
    <w:p>
      <w:pPr>
        <w:jc w:val="right"/>
      </w:pPr>
      <w:r>
        <w:t>Se qualcuno ti fa dei torti.</w:t>
      </w:r>
    </w:p>
    <w:p>
      <w:r>
        <w:rPr>
          <w:b/>
        </w:rPr>
        <w:t xml:space="preserve">[12:15] </w:t>
      </w:r>
      <w:r>
        <w:t>you have to forgive him. lo devi perdonare. you have to respond.</w:t>
      </w:r>
    </w:p>
    <w:p>
      <w:pPr>
        <w:jc w:val="right"/>
      </w:pPr>
      <w:r>
        <w:t>یو ہیو ٹو فارگیو ہم۔ Lo devi perdonare. یو ہیو ٹو ریسپانڈ۔</w:t>
      </w:r>
    </w:p>
    <w:p>
      <w:r>
        <w:rPr>
          <w:b/>
        </w:rPr>
        <w:t xml:space="preserve">[12:24] </w:t>
      </w:r>
      <w:r>
        <w:t>lo devi. positivamente. devi rispondere positivamente. even in negative situations. anche se in situazioni negative. haan.</w:t>
      </w:r>
    </w:p>
    <w:p>
      <w:pPr>
        <w:jc w:val="right"/>
      </w:pPr>
      <w:r>
        <w:t>Lo devi. پازیٹولی۔ Devi rispondere positivamente. ایون ان نیگیٹیو سچویشنز۔ Anche se in situazioni negative. ہاں۔</w:t>
      </w:r>
    </w:p>
    <w:p>
      <w:r>
        <w:rPr>
          <w:b/>
        </w:rPr>
        <w:t xml:space="preserve">[12:33] </w:t>
      </w:r>
      <w:r>
        <w:t>this is the essence of islam. questa è l'essenza dell'islam. and also essence of the religion.</w:t>
      </w:r>
    </w:p>
    <w:p>
      <w:pPr>
        <w:jc w:val="right"/>
      </w:pPr>
      <w:r>
        <w:t>دس از دا ایسنس آف اسلام۔ Questa è l'essenza dell'Islam. اینڈ السو ایسنس آف دا ریلیجن۔ E anche l'essenza delle religioni.</w:t>
      </w:r>
    </w:p>
    <w:p>
      <w:r>
        <w:rPr>
          <w:b/>
        </w:rPr>
        <w:t xml:space="preserve">[12:44] </w:t>
      </w:r>
      <w:r>
        <w:t>the prophet of islam had said. il profeta dell'islam disse? المسلم من سلمنا من لسانہ ویدی.</w:t>
      </w:r>
    </w:p>
    <w:p>
      <w:pPr>
        <w:jc w:val="right"/>
      </w:pPr>
      <w:r>
        <w:t>دا پرافٹ آف اسلام ہیڈ سیڈ۔ Il profeta dell'Islam disse? المسلم من سلمنا من لسانہ ویدی۔</w:t>
      </w:r>
    </w:p>
    <w:p>
      <w:r>
        <w:rPr>
          <w:b/>
        </w:rPr>
        <w:t xml:space="preserve">[12:55] </w:t>
      </w:r>
      <w:r>
        <w:t>it means: a true muslim is one. Un vero musulmano è una persona che?</w:t>
      </w:r>
    </w:p>
    <w:p>
      <w:pPr>
        <w:jc w:val="right"/>
      </w:pPr>
      <w:r>
        <w:t>اٹ مینز: اے ٹرو مسلم از ون۔ Un vero musulmano è una persona che?</w:t>
      </w:r>
    </w:p>
    <w:p>
      <w:r>
        <w:rPr>
          <w:b/>
        </w:rPr>
        <w:t xml:space="preserve">[13:03] </w:t>
      </w:r>
      <w:r>
        <w:t>by whose hand and tongue</w:t>
      </w:r>
    </w:p>
    <w:p>
      <w:pPr>
        <w:jc w:val="right"/>
      </w:pPr>
      <w:r>
        <w:t>بائے ہوز ہینڈز اینڈ ٹنگ</w:t>
      </w:r>
    </w:p>
    <w:p>
      <w:r>
        <w:rPr>
          <w:b/>
        </w:rPr>
        <w:t xml:space="preserve">[13:06] </w:t>
      </w:r>
      <w:r>
        <w:t>. by whose hand and tongue. people are safe. hands. hands, ah, le cui mano, le cui mano e la lingua.</w:t>
      </w:r>
    </w:p>
    <w:p>
      <w:pPr>
        <w:jc w:val="right"/>
      </w:pPr>
      <w:r>
        <w:t>۔ بائے ہوز ہینڈز اینڈ ٹنگ۔ پیپل آر سیف۔ ہینڈز۔ ہینڈز، اہ، le cui mano, le cui mano e la lingua.</w:t>
      </w:r>
    </w:p>
    <w:p>
      <w:r>
        <w:rPr>
          <w:b/>
        </w:rPr>
        <w:t xml:space="preserve">[13:18] </w:t>
      </w:r>
      <w:r>
        <w:t>people are safe. Attraverso le quali le persone sono salvate. Then there is a very important tradition.</w:t>
      </w:r>
    </w:p>
    <w:p>
      <w:pPr>
        <w:jc w:val="right"/>
      </w:pPr>
      <w:r>
        <w:t>پیپل آر سیف۔ Attraverso le quali le persone sono salvate. دین دیر از اے ویری امپورٹنٹ ٹریڈیشن۔</w:t>
      </w:r>
    </w:p>
    <w:p>
      <w:r>
        <w:rPr>
          <w:b/>
        </w:rPr>
        <w:t xml:space="preserve">[13:30] </w:t>
      </w:r>
      <w:r>
        <w:t>C'è una tradizione molto importante</w:t>
      </w:r>
    </w:p>
    <w:p>
      <w:pPr>
        <w:jc w:val="right"/>
      </w:pPr>
      <w:r>
        <w:t>C'è una tradizione molto importante</w:t>
      </w:r>
    </w:p>
    <w:p>
      <w:r>
        <w:rPr>
          <w:b/>
        </w:rPr>
        <w:t xml:space="preserve">[13:34] </w:t>
      </w:r>
      <w:r>
        <w:t>. Prophet of Islam used to rise early in the morning. Il profeta era abituato ad alzarsi presto la mattina.</w:t>
      </w:r>
    </w:p>
    <w:p>
      <w:pPr>
        <w:jc w:val="right"/>
      </w:pPr>
      <w:r>
        <w:t>. پرافٹ آف اسلام یوز ٹو رائز ارلی ان دا مارننگ۔ Il profeta era abituato ad alzarsi presto la mattina.</w:t>
      </w:r>
    </w:p>
    <w:p>
      <w:r>
        <w:rPr>
          <w:b/>
        </w:rPr>
        <w:t xml:space="preserve">[13:44] </w:t>
      </w:r>
      <w:r>
        <w:t>and after his morning prayer. E dopo la sua preghiera del mattino? he used to say. Usava dire?</w:t>
      </w:r>
    </w:p>
    <w:p>
      <w:pPr>
        <w:jc w:val="right"/>
      </w:pPr>
      <w:r>
        <w:t>اینڈ افٹر ہز مارننگ پریر۔ E dopo la sua preghiera del mattino? ہی یوز ٹو سے۔ Usava dire؟</w:t>
      </w:r>
    </w:p>
    <w:p>
      <w:r>
        <w:rPr>
          <w:b/>
        </w:rPr>
        <w:t xml:space="preserve">[13:57] </w:t>
      </w:r>
      <w:r>
        <w:t>Allah ashhadu an al-'ibad kull ikhwah.</w:t>
      </w:r>
    </w:p>
    <w:p>
      <w:pPr>
        <w:jc w:val="right"/>
      </w:pPr>
      <w:r>
        <w:t>اللہ اشھد ان العباد کل اخوہ۔</w:t>
      </w:r>
    </w:p>
    <w:p>
      <w:r>
        <w:rPr>
          <w:b/>
        </w:rPr>
        <w:t xml:space="preserve">[14:02] </w:t>
      </w:r>
      <w:r>
        <w:t>Allah in ashhadu an al-'ibad kull ikhwah. it means that ke O God.</w:t>
      </w:r>
    </w:p>
    <w:p>
      <w:pPr>
        <w:jc w:val="right"/>
      </w:pPr>
      <w:r>
        <w:t>اللہ ان اشھد ان العباد کل اخوہ۔ اٹ مینز دیٹ کہ او گاڈ۔</w:t>
      </w:r>
    </w:p>
    <w:p>
      <w:r>
        <w:rPr>
          <w:b/>
        </w:rPr>
        <w:t xml:space="preserve">[14:11] </w:t>
      </w:r>
      <w:r>
        <w:t>O Dev. I bear witness. Io sono un testimone. that. ke. all human beings are.</w:t>
      </w:r>
    </w:p>
    <w:p>
      <w:pPr>
        <w:jc w:val="right"/>
      </w:pPr>
      <w:r>
        <w:t>او دیو۔ آئی بیئر وٹنس۔ Io sono un testimone. دیٹ۔ کہ۔ آل ہیومن بینگز آر۔</w:t>
      </w:r>
    </w:p>
    <w:p>
      <w:r>
        <w:rPr>
          <w:b/>
        </w:rPr>
        <w:t xml:space="preserve">[14:22] </w:t>
      </w:r>
      <w:r>
        <w:t>Tutti gli esseri umani. sisters and brothers to each other. Sono fratelli e sorelle l'uno all'altro.</w:t>
      </w:r>
    </w:p>
    <w:p>
      <w:pPr>
        <w:jc w:val="right"/>
      </w:pPr>
      <w:r>
        <w:t>Tutti gli esseri umani. سسٹرز اینڈ برادرز ٹو ایچ ادر۔ Sono fratelli e sorelle l'uno all'altro.</w:t>
      </w:r>
    </w:p>
    <w:p>
      <w:r>
        <w:rPr>
          <w:b/>
        </w:rPr>
        <w:t xml:space="preserve">[14:30] </w:t>
      </w:r>
      <w:r>
        <w:t>This is the crux of Islamic teachings. Questo è uno dei significati dell'insegnamento islamico. Then I would like to narrate a story.</w:t>
      </w:r>
    </w:p>
    <w:p>
      <w:pPr>
        <w:jc w:val="right"/>
      </w:pPr>
      <w:r>
        <w:t>دس از دا کرکس آف اسلامک ٹیچنگز۔ Questo è uno dei significati dell'insegnamento islamico. دین آئی وڈ لائک ٹو نیریٹ اے سٹوری۔</w:t>
      </w:r>
    </w:p>
    <w:p>
      <w:r>
        <w:rPr>
          <w:b/>
        </w:rPr>
        <w:t xml:space="preserve">[14:44] </w:t>
      </w:r>
      <w:r>
        <w:t>E adesso ci racconta una piccola storia. You know, Prophet of Islam Muhammad bin Abdullah was born in Mecca.</w:t>
      </w:r>
    </w:p>
    <w:p>
      <w:pPr>
        <w:jc w:val="right"/>
      </w:pPr>
      <w:r>
        <w:t>E adesso ci racconta una piccola storia. یو نو، پرافٹ آف اسلام محمد بن عبداللہ واز بورن ان مکہ۔</w:t>
      </w:r>
    </w:p>
    <w:p>
      <w:r>
        <w:rPr>
          <w:b/>
        </w:rPr>
        <w:t xml:space="preserve">[14:57] </w:t>
      </w:r>
      <w:r>
        <w:t>Il profeta è nato alla Mec</w:t>
      </w:r>
    </w:p>
    <w:p>
      <w:pPr>
        <w:jc w:val="right"/>
      </w:pPr>
      <w:r>
        <w:t>Il profeta è nato alla Mec</w:t>
      </w:r>
    </w:p>
    <w:p>
      <w:r>
        <w:rPr>
          <w:b/>
        </w:rPr>
        <w:t xml:space="preserve">[15:00] </w:t>
      </w:r>
      <w:r>
        <w:t>ca. in 570 AD. Nel 578.</w:t>
      </w:r>
    </w:p>
    <w:p>
      <w:pPr>
        <w:jc w:val="right"/>
      </w:pPr>
      <w:r>
        <w:t>ca. ان 570 اے ڈی۔ Nel 578.</w:t>
      </w:r>
    </w:p>
    <w:p>
      <w:r>
        <w:rPr>
          <w:b/>
        </w:rPr>
        <w:t xml:space="preserve">[15:09] </w:t>
      </w:r>
      <w:r>
        <w:t>He was appointed as a prophet in 700, in 610. È stato eletto, riconosciuto come profeta nel 610.</w:t>
      </w:r>
    </w:p>
    <w:p>
      <w:pPr>
        <w:jc w:val="right"/>
      </w:pPr>
      <w:r>
        <w:t>ہی واز اپوائنٹڈ ایز اے پرافٹ ان 700، ان 610۔ È stato eletto, riconosciuto come profeta nel 610.</w:t>
      </w:r>
    </w:p>
    <w:p>
      <w:r>
        <w:rPr>
          <w:b/>
        </w:rPr>
        <w:t xml:space="preserve">[15:23] </w:t>
      </w:r>
      <w:r>
        <w:t>Then he lived 13 years in Mecca, then he migrated to Medina.</w:t>
      </w:r>
    </w:p>
    <w:p>
      <w:pPr>
        <w:jc w:val="right"/>
      </w:pPr>
      <w:r>
        <w:t>دین ہی لیوڈ 13 ایئرز ان مکہ، دین ہی مائیگریٹڈ ٹو مدینہ۔</w:t>
      </w:r>
    </w:p>
    <w:p>
      <w:r>
        <w:rPr>
          <w:b/>
        </w:rPr>
        <w:t xml:space="preserve">[15:30] </w:t>
      </w:r>
      <w:r>
        <w:t>Sì, e ha vissuto 30 anni alla Mecca e poi si è sposato a Medina. At that time there were some Jewish tribes in Medina.</w:t>
      </w:r>
    </w:p>
    <w:p>
      <w:pPr>
        <w:jc w:val="right"/>
      </w:pPr>
      <w:r>
        <w:t>Sì, e ha vissuto 30 anni alla Mecca e poi si è sposato a Medina. ایٹ دا ٹائم دیر وار سم جوئش ٹرائبس ان مدینہ۔</w:t>
      </w:r>
    </w:p>
    <w:p>
      <w:r>
        <w:rPr>
          <w:b/>
        </w:rPr>
        <w:t xml:space="preserve">[15:39] </w:t>
      </w:r>
      <w:r>
        <w:t>And there were in that time some strikes? Jewish tribes, Jewish people. Ah, Jewish tribes, excuse me.</w:t>
      </w:r>
    </w:p>
    <w:p>
      <w:pPr>
        <w:jc w:val="right"/>
      </w:pPr>
      <w:r>
        <w:t>E c'erano in quel tempo سم سٹرائکس؟ جوئش ٹرائبس، جوئش پیپل۔ Ah, tribù ebraiche, scusate.</w:t>
      </w:r>
    </w:p>
    <w:p>
      <w:r>
        <w:rPr>
          <w:b/>
        </w:rPr>
        <w:t xml:space="preserve">[15:49] </w:t>
      </w:r>
      <w:r>
        <w:t>Ok, c'erano delle tribù ebraiche. So what happened? E cosa successe? One day. The Prophet saw.</w:t>
      </w:r>
    </w:p>
    <w:p>
      <w:pPr>
        <w:jc w:val="right"/>
      </w:pPr>
      <w:r>
        <w:t>Ok, c'erano delle tribù ebraiche. سو واٹ ہیپنڈ؟ E cosa successe? ون ڈے۔ Un giorno. دا پرافٹ سا۔</w:t>
      </w:r>
    </w:p>
    <w:p>
      <w:r>
        <w:rPr>
          <w:b/>
        </w:rPr>
        <w:t xml:space="preserve">[15:59] </w:t>
      </w:r>
      <w:r>
        <w:t>Il profeta vide. a funeral procession.</w:t>
      </w:r>
    </w:p>
    <w:p>
      <w:pPr>
        <w:jc w:val="right"/>
      </w:pPr>
      <w:r>
        <w:t>Il profeta vide. اے فیوڈرل پروسیشن۔ Una processione.</w:t>
      </w:r>
    </w:p>
    <w:p>
      <w:r>
        <w:rPr>
          <w:b/>
        </w:rPr>
        <w:t xml:space="preserve">[16:09] </w:t>
      </w:r>
      <w:r>
        <w:t>that it means that a dead body was carrying to graveyard. that is. E significa che un corpo morto sta per essere portato al cimitero.</w:t>
      </w:r>
    </w:p>
    <w:p>
      <w:pPr>
        <w:jc w:val="right"/>
      </w:pPr>
      <w:r>
        <w:t>دیٹ اٹ مینز دیٹ اے ڈیڈ باڈی واز کرنگ ٹو گریویارڈ۔ دٹ از۔ E significa che un corpo morto sta per essere portato al cimitero.</w:t>
      </w:r>
    </w:p>
    <w:p>
      <w:r>
        <w:rPr>
          <w:b/>
        </w:rPr>
        <w:t xml:space="preserve">[16:21] </w:t>
      </w:r>
      <w:r>
        <w:t>So the Prophet was seated at the time. Il profeta era seduto in quel momento</w:t>
      </w:r>
    </w:p>
    <w:p>
      <w:pPr>
        <w:jc w:val="right"/>
      </w:pPr>
      <w:r>
        <w:t>سو دا پرافٹ واز سیٹڈ ایٹ دا ٹائم۔ Il profeta era seduto in quel momento</w:t>
      </w:r>
    </w:p>
    <w:p>
      <w:r>
        <w:rPr>
          <w:b/>
        </w:rPr>
        <w:t xml:space="preserve">[16:28] </w:t>
      </w:r>
      <w:r>
        <w:t>? He stood up in respect. E lui aveva rispetto per questa situazione. One of his companions said.</w:t>
      </w:r>
    </w:p>
    <w:p>
      <w:pPr>
        <w:jc w:val="right"/>
      </w:pPr>
      <w:r>
        <w:t>? ہی اسٹوڈ اپ ان ریسپیکٹ۔ E lui aveva rispetto per questa situazione. ون اف ہز کمپینین سیڈ۔</w:t>
      </w:r>
    </w:p>
    <w:p>
      <w:r>
        <w:rPr>
          <w:b/>
        </w:rPr>
        <w:t xml:space="preserve">[16:37] </w:t>
      </w:r>
      <w:r>
        <w:t>Uno dei suoi compagni disse. O Prophet. Disse: "O profeta." It was funeral of a Jew.</w:t>
      </w:r>
    </w:p>
    <w:p>
      <w:pPr>
        <w:jc w:val="right"/>
      </w:pPr>
      <w:r>
        <w:t>Uno dei suoi compagni disse. او پرافٹ۔ Disse: "O profeta." اٹ واز فیوڈرل اف اے جو۔</w:t>
      </w:r>
    </w:p>
    <w:p>
      <w:r>
        <w:rPr>
          <w:b/>
        </w:rPr>
        <w:t xml:space="preserve">[16:47] </w:t>
      </w:r>
      <w:r>
        <w:t>Era un membro dei giudei. feudal of a non muslim. Non era un musulmano. not a muslim. Non era un musulmano.</w:t>
      </w:r>
    </w:p>
    <w:p>
      <w:pPr>
        <w:jc w:val="right"/>
      </w:pPr>
      <w:r>
        <w:t>Era un membro dei giudei. فیوڈرل اف اے نان مسلم۔ Non era un musulmano. ناٹ اے مسلم۔ Non era un musulmano.</w:t>
      </w:r>
    </w:p>
    <w:p>
      <w:r>
        <w:rPr>
          <w:b/>
        </w:rPr>
        <w:t xml:space="preserve">[16:57] </w:t>
      </w:r>
      <w:r>
        <w:t>da prafit</w:t>
      </w:r>
    </w:p>
    <w:p>
      <w:pPr>
        <w:jc w:val="right"/>
      </w:pPr>
      <w:r>
        <w:t>دا پرافٹ</w:t>
      </w:r>
    </w:p>
    <w:p>
      <w:r>
        <w:rPr>
          <w:b/>
        </w:rPr>
        <w:t xml:space="preserve">[16:58] </w:t>
      </w:r>
      <w:r>
        <w:t>replied. E il profeta rispose. a list nafs. waz he not a human being.</w:t>
      </w:r>
    </w:p>
    <w:p>
      <w:pPr>
        <w:jc w:val="right"/>
      </w:pPr>
      <w:r>
        <w:t>ریپلائیڈ۔ E il profeta rispose. اے لیست نفس۔ واز ہی ناٹ اے ہیومن بینگ۔</w:t>
      </w:r>
    </w:p>
    <w:p>
      <w:r>
        <w:rPr>
          <w:b/>
        </w:rPr>
        <w:t xml:space="preserve">[17:07] </w:t>
      </w:r>
      <w:r>
        <w:t>Non era un essere umano. So here you can see that the prophet was able. Così, in questo modo voi potete vedere che il profeta era capace.</w:t>
      </w:r>
    </w:p>
    <w:p>
      <w:pPr>
        <w:jc w:val="right"/>
      </w:pPr>
      <w:r>
        <w:t>Non era un essere umano. سو ہیر یو کین سی دیٹ دا پرافٹ واز ایبل۔ Così, in questo modo voi potete vedere che il profeta era capace.</w:t>
      </w:r>
    </w:p>
    <w:p>
      <w:r>
        <w:rPr>
          <w:b/>
        </w:rPr>
        <w:t xml:space="preserve">[17:20] </w:t>
      </w:r>
      <w:r>
        <w:t>to discover a comnarity. Di scoprire una comunità, una cosa in comune.</w:t>
      </w:r>
    </w:p>
    <w:p>
      <w:pPr>
        <w:jc w:val="right"/>
      </w:pPr>
      <w:r>
        <w:t>ٹو ڈسکور اے کامنیرٹی۔ Di scoprire una comunità, una cosa in comune.</w:t>
      </w:r>
    </w:p>
    <w:p>
      <w:r>
        <w:rPr>
          <w:b/>
        </w:rPr>
        <w:t xml:space="preserve">[17:28] </w:t>
      </w:r>
      <w:r>
        <w:t>between him self and that jew. Tra lui e questo ebreo. This is the true spirit of Islam.</w:t>
      </w:r>
    </w:p>
    <w:p>
      <w:pPr>
        <w:jc w:val="right"/>
      </w:pPr>
      <w:r>
        <w:t>بٹوین ہم سیلف اینڈ دیٹ جو۔ Tra lui e questo ebreo. دس از دا ٹرو سپرٹ آف اسلام۔</w:t>
      </w:r>
    </w:p>
    <w:p>
      <w:r>
        <w:rPr>
          <w:b/>
        </w:rPr>
        <w:t xml:space="preserve">[17:39] </w:t>
      </w:r>
      <w:r>
        <w:t>Questo è il vero spirito dell'Islam. You can see here that the same thing that Prophet, that Jesus Christ had said: "Love your enemy." The same spirit is here also in Islam.</w:t>
      </w:r>
    </w:p>
    <w:p>
      <w:pPr>
        <w:jc w:val="right"/>
      </w:pPr>
      <w:r>
        <w:t>Questo è il vero spirito dell'Islam. یو کین سی ہیر دیٹ دا سیم سینگ دیٹ پرافٹ، دیٹ جیسس کرائسٹ ہیڈ سیڈ: "لو یور اینمی۔" دا سیم سپرٹ از ہیر السو ان اسلام۔</w:t>
      </w:r>
    </w:p>
    <w:p>
      <w:r>
        <w:rPr>
          <w:b/>
        </w:rPr>
        <w:t xml:space="preserve">[17:56] </w:t>
      </w:r>
      <w:r>
        <w:t>Potete vedere qui lo stesso insegnamento di Gesù Cristo: "Ama il tuo nemico anche nell'Islam." Islamic, according to the Islamic teachings, we have to love all, all.</w:t>
      </w:r>
    </w:p>
    <w:p>
      <w:pPr>
        <w:jc w:val="right"/>
      </w:pPr>
      <w:r>
        <w:t>Potete vedere qui lo stesso insegnamento di Gesù Cristo: "Ama il tuo nemico anche nell'Islam." اسلامک، اکارڈنگ ٹو دی اسلامک ٹیچنگز، وی ہیو ٹو لو آل، آل۔</w:t>
      </w:r>
    </w:p>
    <w:p>
      <w:r>
        <w:rPr>
          <w:b/>
        </w:rPr>
        <w:t xml:space="preserve">[18:08] </w:t>
      </w:r>
      <w:r>
        <w:t>In accordo con gli insegnamenti dell'Islam, noi dobbiamo amare tutti. every human being is our sister and brother. Tutti gli esseri umani sono nostri fratelli e sorelle.</w:t>
      </w:r>
    </w:p>
    <w:p>
      <w:pPr>
        <w:jc w:val="right"/>
      </w:pPr>
      <w:r>
        <w:t>In accordo con gli insegnamenti dell'Islam, noi dobbiamo amare tutti. ایوری ہیومن بینگ از اور سسٹر اینڈ برادر۔ Tutti gli esseri umani sono nostri fratelli e sorelle.</w:t>
      </w:r>
    </w:p>
    <w:p>
      <w:r>
        <w:rPr>
          <w:b/>
        </w:rPr>
        <w:t xml:space="preserve">[18:20] </w:t>
      </w:r>
      <w:r>
        <w:t>Then i would like to say a few word about so called jihad.</w:t>
      </w:r>
    </w:p>
    <w:p>
      <w:pPr>
        <w:jc w:val="right"/>
      </w:pPr>
      <w:r>
        <w:t>دین آئی وڈ لائک ٹو سے اے فیو ورڈ اباؤٹ سو کالڈ جہاد۔</w:t>
      </w:r>
    </w:p>
    <w:p>
      <w:r>
        <w:rPr>
          <w:b/>
        </w:rPr>
        <w:t xml:space="preserve">[18:24] </w:t>
      </w:r>
      <w:r>
        <w:t>Vi parlerò qualche parola su, about? jihad. jihad. jihad, masla jihad. you know, in media there are every day some news about jihad.</w:t>
      </w:r>
    </w:p>
    <w:p>
      <w:pPr>
        <w:jc w:val="right"/>
      </w:pPr>
      <w:r>
        <w:t>Vi parlerò qualche parola su، اباؤٹ؟ جہاد۔ جہاد۔ جہاد، مسئلہ جہاد۔ یو نو، ان میڈیا دیر آر ایوری ڈے سم نیوز اباؤٹ جہاد۔</w:t>
      </w:r>
    </w:p>
    <w:p>
      <w:r>
        <w:rPr>
          <w:b/>
        </w:rPr>
        <w:t xml:space="preserve">[18:35] </w:t>
      </w:r>
      <w:r>
        <w:t>Tutti i giorni i media parlano della jihad. jihad. but this kind of fighting is not jihad.</w:t>
      </w:r>
    </w:p>
    <w:p>
      <w:pPr>
        <w:jc w:val="right"/>
      </w:pPr>
      <w:r>
        <w:t>Tutti i giorni i media parlano della جہاد۔ جہاد۔ بٹ دس کائنڈ اف فائٹنگ از ناٹ جہاد۔</w:t>
      </w:r>
    </w:p>
    <w:p>
      <w:r>
        <w:rPr>
          <w:b/>
        </w:rPr>
        <w:t xml:space="preserve">[18:45] </w:t>
      </w:r>
      <w:r>
        <w:t>Questo tipo di combattimento, di lotta, non è la jihad. It is quite unislamic. È qualcosa di non islamico.</w:t>
      </w:r>
    </w:p>
    <w:p>
      <w:pPr>
        <w:jc w:val="right"/>
      </w:pPr>
      <w:r>
        <w:t>Questo tipo di combattimento, di lotta, non è la جہاد۔ اٹ از کوائٹ ان اسلامک۔ È qualcosa di non islamico.</w:t>
      </w:r>
    </w:p>
    <w:p>
      <w:r>
        <w:rPr>
          <w:b/>
        </w:rPr>
        <w:t xml:space="preserve">[18:55] </w:t>
      </w:r>
      <w:r>
        <w:t>you know, jihad literally means to strive, to struggle. distroy. to strive. to strive.</w:t>
      </w:r>
    </w:p>
    <w:p>
      <w:pPr>
        <w:jc w:val="right"/>
      </w:pPr>
      <w:r>
        <w:t>یو نو، جہاد لٹرلی مینز ٹو اسٹرائیو، ٹو سٹرگل۔ ڈسٹروئے۔ ٹو اسٹرائیو۔ ٹو اسٹرائیو۔</w:t>
      </w:r>
    </w:p>
    <w:p>
      <w:r>
        <w:rPr>
          <w:b/>
        </w:rPr>
        <w:t xml:space="preserve">[19:04] </w:t>
      </w:r>
      <w:r>
        <w:t>STRIVE, strive. effort. effort, okay. Rinforzare. jihad significa letteralmente impegnarsi, rinforzare.</w:t>
      </w:r>
    </w:p>
    <w:p>
      <w:pPr>
        <w:jc w:val="right"/>
      </w:pPr>
      <w:r>
        <w:t>ایس ٹی آر اے بی، اسٹرائیو۔ ایفرٹ۔ ایفرٹ، اوکے۔ Rinforzare. جہاد significa letteralmente impegnarsi, rinforzare.</w:t>
      </w:r>
    </w:p>
    <w:p>
      <w:r>
        <w:rPr>
          <w:b/>
        </w:rPr>
        <w:t xml:space="preserve">[19:15] </w:t>
      </w:r>
      <w:r>
        <w:t>It went peaceful effort for a noble cause. Cioè vuol dire impegnarsi nobilmente per una buona causa.</w:t>
      </w:r>
    </w:p>
    <w:p>
      <w:pPr>
        <w:jc w:val="right"/>
      </w:pPr>
      <w:r>
        <w:t>اٹ وینٹ پیس فل ایفرٹ فار اے نوبل کاز۔ Cioè vuol dire impegnarsi nobilmente per una buona causa.</w:t>
      </w:r>
    </w:p>
    <w:p>
      <w:r>
        <w:rPr>
          <w:b/>
        </w:rPr>
        <w:t xml:space="preserve">[19:23] </w:t>
      </w:r>
      <w:r>
        <w:t>jihad had nothing to do with war and fighting. La jihad non ha niente da che fare con il combattimento e la guerra. Islam is completely a peaceful religion.</w:t>
      </w:r>
    </w:p>
    <w:p>
      <w:pPr>
        <w:jc w:val="right"/>
      </w:pPr>
      <w:r>
        <w:t>جہاد ہیڈ نتھنگ ٹو ڈو ود وار اینڈ فائٹنگ۔ La جہاد non ha niente da che fare con il combattimento e la guerra. اسلام از کمپلیٹلی اے پیس فل ریلیجن۔</w:t>
      </w:r>
    </w:p>
    <w:p>
      <w:r>
        <w:rPr>
          <w:b/>
        </w:rPr>
        <w:t xml:space="preserve">[19:37] </w:t>
      </w:r>
      <w:r>
        <w:t>jihad è una cosa completamente pacifica. peaceful religion. da greatest teaching of Islam is love, tolerance, peace and justice.</w:t>
      </w:r>
    </w:p>
    <w:p>
      <w:pPr>
        <w:jc w:val="right"/>
      </w:pPr>
      <w:r>
        <w:t>جہاد è una cosa completamente pacifica. پیس فل ریلیجن۔ دا گریٹسٹ ٹیچنگ آف اسلام از لو، ٹولرنس، پیس اینڈ جسٹس۔</w:t>
      </w:r>
    </w:p>
    <w:p>
      <w:r>
        <w:rPr>
          <w:b/>
        </w:rPr>
        <w:t xml:space="preserve">[19:50] </w:t>
      </w:r>
      <w:r>
        <w:t>Le parole chiave dell'Islam sono tolleranza, pace e giustizia.</w:t>
      </w:r>
    </w:p>
    <w:p>
      <w:pPr>
        <w:jc w:val="right"/>
      </w:pPr>
      <w:r>
        <w:t>Le parole chiave dell'Islam sono tolleranza, pace e giustizia.</w:t>
      </w:r>
    </w:p>
    <w:p>
      <w:r>
        <w:rPr>
          <w:b/>
        </w:rPr>
        <w:t xml:space="preserve">[19:55] </w:t>
      </w:r>
      <w:r>
        <w:t>you know, yani in Islam war is completely forbidden.</w:t>
      </w:r>
    </w:p>
    <w:p>
      <w:pPr>
        <w:jc w:val="right"/>
      </w:pPr>
      <w:r>
        <w:t>یو نو، یعنی ان اسلام وار از کمپلیٹلی فاربیڈن۔</w:t>
      </w:r>
    </w:p>
    <w:p>
      <w:r>
        <w:rPr>
          <w:b/>
        </w:rPr>
        <w:t xml:space="preserve">[20:06] </w:t>
      </w:r>
      <w:r>
        <w:t>Nell'Islam la guerra è completamente proibita. except defence. Eccetto che in caso di difesa. there is no war in Islam except defensive war.</w:t>
      </w:r>
    </w:p>
    <w:p>
      <w:pPr>
        <w:jc w:val="right"/>
      </w:pPr>
      <w:r>
        <w:t>Nell'Islam la guerra è completamente proibita. ایکسیپٹ ڈیفنس۔ Eccetto che in caso di difesa. دیر از نو وار ان اسلام ایکسیپٹ ڈیفنسو وار۔</w:t>
      </w:r>
    </w:p>
    <w:p>
      <w:r>
        <w:rPr>
          <w:b/>
        </w:rPr>
        <w:t xml:space="preserve">[20:18] </w:t>
      </w:r>
      <w:r>
        <w:t>Non c'è nessuna guerra in Islam se non per la difesa.</w:t>
      </w:r>
    </w:p>
    <w:p>
      <w:pPr>
        <w:jc w:val="right"/>
      </w:pPr>
      <w:r>
        <w:t>Non c'è nessuna guerra in Islam se non per la difesa.</w:t>
      </w:r>
    </w:p>
    <w:p>
      <w:r>
        <w:rPr>
          <w:b/>
        </w:rPr>
        <w:t xml:space="preserve">[20:23] </w:t>
      </w:r>
      <w:r>
        <w:t>Then you know, if someone attacks in a muslim country and. Se qualcuno attacca un paese musulmano.</w:t>
      </w:r>
    </w:p>
    <w:p>
      <w:pPr>
        <w:jc w:val="right"/>
      </w:pPr>
      <w:r>
        <w:t>دین یو نو، اف سم ون اٹیکس ان اے مسلم کنٹری اینڈ۔ Se qualcuno attacca un paese musulmano.</w:t>
      </w:r>
    </w:p>
    <w:p>
      <w:r>
        <w:rPr>
          <w:b/>
        </w:rPr>
        <w:t xml:space="preserve">[20:34] </w:t>
      </w:r>
      <w:r>
        <w:t>and muslims are compelled to go to war. I musulmani sono chiamati a andare, obbligati a andare alla guerra.</w:t>
      </w:r>
    </w:p>
    <w:p>
      <w:pPr>
        <w:jc w:val="right"/>
      </w:pPr>
      <w:r>
        <w:t>اینڈ مسلمز آر کمپلڈ ٹو گو ٹو وار۔ I musulmani sono chiamati a andare, obbligati a andare alla guerra.</w:t>
      </w:r>
    </w:p>
    <w:p>
      <w:r>
        <w:rPr>
          <w:b/>
        </w:rPr>
        <w:t xml:space="preserve">[20:44] </w:t>
      </w:r>
      <w:r>
        <w:t>as a defence. Come difesa.</w:t>
      </w:r>
    </w:p>
    <w:p>
      <w:pPr>
        <w:jc w:val="right"/>
      </w:pPr>
      <w:r>
        <w:t>ایز اے ڈیفنس۔ Come difesa.</w:t>
      </w:r>
    </w:p>
    <w:p>
      <w:r>
        <w:rPr>
          <w:b/>
        </w:rPr>
        <w:t xml:space="preserve">[20:47] </w:t>
      </w:r>
      <w:r>
        <w:t>bat this defensive war is not allowed for common people. Questo tipo di guerra di difesa non è permessa alla gente comune.</w:t>
      </w:r>
    </w:p>
    <w:p>
      <w:pPr>
        <w:jc w:val="right"/>
      </w:pPr>
      <w:r>
        <w:t>بٹ دس ڈیفنسو وار از ناٹ الاؤڈ فار کامن پیپل۔ Questo tipo di guerra di difesa non è permessa alla gente comune.</w:t>
      </w:r>
    </w:p>
    <w:p>
      <w:r>
        <w:rPr>
          <w:b/>
        </w:rPr>
        <w:t xml:space="preserve">[21:00] </w:t>
      </w:r>
      <w:r>
        <w:t>only state can go to war. only? state. Solo uno stato può andare in guerra.</w:t>
      </w:r>
    </w:p>
    <w:p>
      <w:pPr>
        <w:jc w:val="right"/>
      </w:pPr>
      <w:r>
        <w:t>اونلی سٹیٹ کین گو ٹو وار۔ اونلی؟ سٹیٹ۔ Solo uno stato può andare in guerra.</w:t>
      </w:r>
    </w:p>
    <w:p>
      <w:r>
        <w:rPr>
          <w:b/>
        </w:rPr>
        <w:t xml:space="preserve">[21:11] </w:t>
      </w:r>
      <w:r>
        <w:t>even in defense, even a defensive war can not fought except with state, by state. Anche una guerra di difesa non può essere affrontata se non in questo modo.</w:t>
      </w:r>
    </w:p>
    <w:p>
      <w:pPr>
        <w:jc w:val="right"/>
      </w:pPr>
      <w:r>
        <w:t>ایون ان ڈیفنس، ایون اے ڈیفنسو وار کین ناٹ فارٹ ایکسیپٹ ود سٹیٹ، بائی سٹیٹ۔ Anche una guerra di difesa non può essere affrontata se non in questo modo.</w:t>
      </w:r>
    </w:p>
    <w:p>
      <w:r>
        <w:rPr>
          <w:b/>
        </w:rPr>
        <w:t xml:space="preserve">[21:24] </w:t>
      </w:r>
      <w:r>
        <w:t>you know, present fighting in different parts of the world. Gli attuali combattimenti nelle varie parti del mondo.</w:t>
      </w:r>
    </w:p>
    <w:p>
      <w:pPr>
        <w:jc w:val="right"/>
      </w:pPr>
      <w:r>
        <w:t>یو نو، پریزنٹ فائٹنگ ان ڈفرنٹ پارٹس آف دا ورلڈ۔ Gli attuali combattimenti nelle varie parti del mondo.</w:t>
      </w:r>
    </w:p>
    <w:p>
      <w:r>
        <w:rPr>
          <w:b/>
        </w:rPr>
        <w:t xml:space="preserve">[21:33] </w:t>
      </w:r>
      <w:r>
        <w:t>is going on by not any state. Non sta andando avanti.</w:t>
      </w:r>
    </w:p>
    <w:p>
      <w:pPr>
        <w:jc w:val="right"/>
      </w:pPr>
      <w:r>
        <w:t>از گوئنگ ان بائی ناٹ اینی سٹیٹ۔ Non sta andando avanti.</w:t>
      </w:r>
    </w:p>
    <w:p>
      <w:r>
        <w:rPr>
          <w:b/>
        </w:rPr>
        <w:t xml:space="preserve">[21:41] </w:t>
      </w:r>
      <w:r>
        <w:t>bat. Non sta andando avanti attraverso gli stati. governmental organizations.</w:t>
      </w:r>
    </w:p>
    <w:p>
      <w:pPr>
        <w:jc w:val="right"/>
      </w:pPr>
      <w:r>
        <w:t>بٹ۔ Non sta andando avanti attraverso gli stati. گورنمنٹل ارگنائزیشنز۔</w:t>
      </w:r>
    </w:p>
    <w:p>
      <w:r>
        <w:rPr>
          <w:b/>
        </w:rPr>
        <w:t xml:space="preserve">[21:49] </w:t>
      </w:r>
      <w:r>
        <w:t>Non sono praticamente organizzate da un governo. and they are not allowed to go to war. E non sono praticamente, non potrebbero andare a fare queste guerre.</w:t>
      </w:r>
    </w:p>
    <w:p>
      <w:pPr>
        <w:jc w:val="right"/>
      </w:pPr>
      <w:r>
        <w:t>Non sono praticamente organizzate da un governo. اینڈ دے آر ناٹ الاؤڈ ٹو گو ٹو وار۔ E non sono praticamente, non potrebbero andare a fare queste guerre.</w:t>
      </w:r>
    </w:p>
    <w:p>
      <w:r>
        <w:rPr>
          <w:b/>
        </w:rPr>
        <w:t xml:space="preserve">[22:01] </w:t>
      </w:r>
      <w:r>
        <w:t>even secret war is not lawful in islam. even secret? secret war. yes, anche la guerra segreta non sarebbe autorizzata.</w:t>
      </w:r>
    </w:p>
    <w:p>
      <w:pPr>
        <w:jc w:val="right"/>
      </w:pPr>
      <w:r>
        <w:t>ایون سیکرٹ وار از ناٹ لا فل ان اسلام۔ ایون سیکرٹ؟ سیکرٹ وار۔ یس، anche la guerra segreta non sarebbe autorizzata.</w:t>
      </w:r>
    </w:p>
    <w:p>
      <w:r>
        <w:rPr>
          <w:b/>
        </w:rPr>
        <w:t xml:space="preserve">[22:12] </w:t>
      </w:r>
      <w:r>
        <w:t>secret war they is. Sacra? Okay. Okay. Esse. So, according to Islamic teachings.</w:t>
      </w:r>
    </w:p>
    <w:p>
      <w:pPr>
        <w:jc w:val="right"/>
      </w:pPr>
      <w:r>
        <w:t>سیکرٹ وار دے از۔ ساکرا؟ اوکے۔ اوکے۔ ایسے۔ سو، اکارڈنگ ٹو اسلامک ٹیچنگز۔</w:t>
      </w:r>
    </w:p>
    <w:p>
      <w:r>
        <w:rPr>
          <w:b/>
        </w:rPr>
        <w:t xml:space="preserve">[22:21] </w:t>
      </w:r>
      <w:r>
        <w:t>Pertanto, seguendo gli insegnamenti dell'Islam. guerrilla war. guerrilla war. guerrilla war? La guerra di gorilla.</w:t>
      </w:r>
    </w:p>
    <w:p>
      <w:pPr>
        <w:jc w:val="right"/>
      </w:pPr>
      <w:r>
        <w:t>Pertanto, seguendo gli insegnamenti dell'Islam. گوریلا وار۔ گوریلا وار۔ گوریلا وار؟ La guerra di gorilla.</w:t>
      </w:r>
    </w:p>
    <w:p>
      <w:r>
        <w:rPr>
          <w:b/>
        </w:rPr>
        <w:t xml:space="preserve">[22:32] </w:t>
      </w:r>
      <w:r>
        <w:t>La guerriglia. and proxy war. and? proxy war. E la guerra proxy?</w:t>
      </w:r>
    </w:p>
    <w:p>
      <w:pPr>
        <w:jc w:val="right"/>
      </w:pPr>
      <w:r>
        <w:t>La guerriglia. اینڈ پروکسی وار۔ اینڈ؟ پروکسی وار۔ E la guerra proxy?</w:t>
      </w:r>
    </w:p>
    <w:p>
      <w:r>
        <w:rPr>
          <w:b/>
        </w:rPr>
        <w:t xml:space="preserve">[22:43] </w:t>
      </w:r>
      <w:r>
        <w:t>secret war. E la guerra segreta? Secondo me è segreta. Sì, perché secondo me è lui che sta parlando della guerriglia, della guerra segreta, che non sono guerre di stato, ma sono.</w:t>
      </w:r>
    </w:p>
    <w:p>
      <w:pPr>
        <w:jc w:val="right"/>
      </w:pPr>
      <w:r>
        <w:t>سیکرٹ وار۔ E la guerra segreta? Secondo me è segreta. Sì, perché secondo me è lui che sta parlando della guerriglia, della guerra segreta, che non sono guerre di stato, ma sono.</w:t>
      </w:r>
    </w:p>
    <w:p>
      <w:r>
        <w:rPr>
          <w:b/>
        </w:rPr>
        <w:t xml:space="preserve">[22:59] </w:t>
      </w:r>
      <w:r>
        <w:t>ese sec, are e t. okay. guerrilla war, proxy war, secret war, offensive war. Guerra di offesa.</w:t>
      </w:r>
    </w:p>
    <w:p>
      <w:pPr>
        <w:jc w:val="right"/>
      </w:pPr>
      <w:r>
        <w:t>ایس ای سی، ار ای ٹی۔ اوکے۔ گوریلا وار، پروکسی وار، سیکرٹ وار، افینسو وار۔ Guerra di offesa.</w:t>
      </w:r>
    </w:p>
    <w:p>
      <w:r>
        <w:rPr>
          <w:b/>
        </w:rPr>
        <w:t xml:space="preserve">[23:11] </w:t>
      </w:r>
      <w:r>
        <w:t>all these wars are unlawful in islam. Non sono consentite nell'Islam.</w:t>
      </w:r>
    </w:p>
    <w:p>
      <w:pPr>
        <w:jc w:val="right"/>
      </w:pPr>
      <w:r>
        <w:t>آل دیز وارز آر ان لا فل ان اسلام۔ Non sono consentite nell'Islam.</w:t>
      </w:r>
    </w:p>
    <w:p>
      <w:r>
        <w:rPr>
          <w:b/>
        </w:rPr>
        <w:t xml:space="preserve">[23:19] </w:t>
      </w:r>
      <w:r>
        <w:t>so, this is the true teaching of islam. Questo è il vero insegnamento dell'Islam. islam is completely a human friendly religion.</w:t>
      </w:r>
    </w:p>
    <w:p>
      <w:pPr>
        <w:jc w:val="right"/>
      </w:pPr>
      <w:r>
        <w:t>سو، دس از دا ٹرو ٹیچنگ آف اسلام۔ Questo è il vero insegnamento dell'Islam. اسلام از کمپلیٹلی اے ہیومن فرینڈلی ریلیجن۔</w:t>
      </w:r>
    </w:p>
    <w:p>
      <w:r>
        <w:rPr>
          <w:b/>
        </w:rPr>
        <w:t xml:space="preserve">[23:33] </w:t>
      </w:r>
      <w:r>
        <w:t>human friendly. L'amicizia dell'umanità.</w:t>
      </w:r>
    </w:p>
    <w:p>
      <w:pPr>
        <w:jc w:val="right"/>
      </w:pPr>
      <w:r>
        <w:t>ہیومن فرینڈلی۔ L'amicizia dell'umanità.</w:t>
      </w:r>
    </w:p>
    <w:p>
      <w:r>
        <w:rPr>
          <w:b/>
        </w:rPr>
        <w:t xml:space="preserve">[23:38] </w:t>
      </w:r>
      <w:r>
        <w:t>L'insegnamento è l'amicizia fra gli umani, insomma, dell'umanità. now,</w:t>
      </w:r>
    </w:p>
    <w:p>
      <w:pPr>
        <w:jc w:val="right"/>
      </w:pPr>
      <w:r>
        <w:t>L'insegnamento è l'amicizia fra gli umani, insomma, dell'umanità. ناؤ،</w:t>
      </w:r>
    </w:p>
    <w:p>
      <w:r>
        <w:rPr>
          <w:b/>
        </w:rPr>
        <w:t xml:space="preserve">[23:49] </w:t>
      </w:r>
      <w:r>
        <w:t>i would like to decide a dua. a dua? dua, prayer. prayer.</w:t>
      </w:r>
    </w:p>
    <w:p>
      <w:pPr>
        <w:jc w:val="right"/>
      </w:pPr>
      <w:r>
        <w:t>آئی وڈ لائک ٹو ڈیسائیڈ اے دعا۔ اے دعا؟ دعا، پریر۔ پریر۔</w:t>
      </w:r>
    </w:p>
    <w:p>
      <w:r>
        <w:rPr>
          <w:b/>
        </w:rPr>
        <w:t xml:space="preserve">[23:57] </w:t>
      </w:r>
      <w:r>
        <w:t>Ora gli piacerebbe dire con noi una preghiera. there is a very beautiful prayer. Che è molto bella. of the prophet of islam. Che è una preghiera molto bella del profeta dell'Islam?</w:t>
      </w:r>
    </w:p>
    <w:p>
      <w:pPr>
        <w:jc w:val="right"/>
      </w:pPr>
      <w:r>
        <w:t>Ora gli piacerebbe dire con noi una preghiera. دیر از اے ویری بیوٹی فل پریر۔ Che è molto bella. آف دا پرافٹ آف اسلام۔ Che è una preghiera molto bella del profeta dell'Islam?</w:t>
      </w:r>
    </w:p>
    <w:p>
      <w:r>
        <w:rPr>
          <w:b/>
        </w:rPr>
        <w:t xml:space="preserve">[24:08] </w:t>
      </w:r>
      <w:r>
        <w:t>in arabic it is like this: allahumma antas salam wa minkas salam. welc jo salam, hain rabana fis salam.</w:t>
      </w:r>
    </w:p>
    <w:p>
      <w:pPr>
        <w:jc w:val="right"/>
      </w:pPr>
      <w:r>
        <w:t>ان عربک اٹ از لائک دس: اللہم انت السلام ومنک السلام۔ ویلک جو سلام، حین ربنا فی السلام۔</w:t>
      </w:r>
    </w:p>
    <w:p>
      <w:r>
        <w:rPr>
          <w:b/>
        </w:rPr>
        <w:t xml:space="preserve">[24:19] </w:t>
      </w:r>
      <w:r>
        <w:t>wad khilna darak dar as salam, tabarak rabana wa ta ala, ya thal jalali wal ikram. it means: o god.</w:t>
      </w:r>
    </w:p>
    <w:p>
      <w:pPr>
        <w:jc w:val="right"/>
      </w:pPr>
      <w:r>
        <w:t>وادخلنا دارک دار السلام، تبارک ربنا و تعالی، یا ذوالجلال والاکرام۔ اٹ مینز: او گاڈ۔</w:t>
      </w:r>
    </w:p>
    <w:p>
      <w:r>
        <w:rPr>
          <w:b/>
        </w:rPr>
        <w:t xml:space="preserve">[24:28] </w:t>
      </w:r>
      <w:r>
        <w:t>o dev. you are peace. Tu sei pace. peace is from you. La pace viene da te.</w:t>
      </w:r>
    </w:p>
    <w:p>
      <w:pPr>
        <w:jc w:val="right"/>
      </w:pPr>
      <w:r>
        <w:t>او دیو۔ یو آر پیس۔ Tu sei pace. پیس از فرام یو۔ La pace viene da te.</w:t>
      </w:r>
    </w:p>
    <w:p>
      <w:r>
        <w:rPr>
          <w:b/>
        </w:rPr>
        <w:t xml:space="preserve">[24:37] </w:t>
      </w:r>
      <w:r>
        <w:t>peace returns to you. La pace torna a te. o god. o dev.</w:t>
      </w:r>
    </w:p>
    <w:p>
      <w:pPr>
        <w:jc w:val="right"/>
      </w:pPr>
      <w:r>
        <w:t>پیس ریٹرنز ٹو یو۔ La pace torna a te. او گاڈ۔ او دیو۔</w:t>
      </w:r>
    </w:p>
    <w:p>
      <w:r>
        <w:rPr>
          <w:b/>
        </w:rPr>
        <w:t xml:space="preserve">[24:46] </w:t>
      </w:r>
      <w:r>
        <w:t>let us live in peace. Lasciaci vivere in pace.</w:t>
      </w:r>
    </w:p>
    <w:p>
      <w:pPr>
        <w:jc w:val="right"/>
      </w:pPr>
      <w:r>
        <w:t>لیٹ اس لیو ان پیس۔ Lasciaci vivere in pace.</w:t>
      </w:r>
    </w:p>
    <w:p>
      <w:r>
        <w:rPr>
          <w:b/>
        </w:rPr>
        <w:t xml:space="preserve">[24:55] </w:t>
      </w:r>
      <w:r>
        <w:t>o god. o dev. enter us in the home of peace. inters? home of peace.</w:t>
      </w:r>
    </w:p>
    <w:p>
      <w:pPr>
        <w:jc w:val="right"/>
      </w:pPr>
      <w:r>
        <w:t>او گاڈ۔ او دیو۔ انٹرس ان دا ہوم آف پیس۔ انٹرسٹ؟ ہوم آف پیس۔</w:t>
      </w:r>
    </w:p>
    <w:p>
      <w:r>
        <w:rPr>
          <w:b/>
        </w:rPr>
        <w:t xml:space="preserve">[25:04] </w:t>
      </w:r>
      <w:r>
        <w:t>home of peace, home, home. h</w:t>
      </w:r>
    </w:p>
    <w:p>
      <w:pPr>
        <w:jc w:val="right"/>
      </w:pPr>
      <w:r>
        <w:t>ہوم آف پیس، ہوم، ہوم۔ ایچ</w:t>
      </w:r>
    </w:p>
    <w:p>
      <w:r>
        <w:rPr>
          <w:b/>
        </w:rPr>
        <w:t xml:space="preserve">[25:07] </w:t>
      </w:r>
      <w:r>
        <w:t>ome. la casa della pace. o god. o dev. almighty. onnipotente.</w:t>
      </w:r>
    </w:p>
    <w:p>
      <w:pPr>
        <w:jc w:val="right"/>
      </w:pPr>
      <w:r>
        <w:t>او ایم ای۔ La casa della pace. او گاڈ۔ او دیو۔ المائٹی۔ Onnipotente.</w:t>
      </w:r>
    </w:p>
    <w:p>
      <w:r>
        <w:rPr>
          <w:b/>
        </w:rPr>
        <w:t xml:space="preserve">[25:18] </w:t>
      </w:r>
      <w:r>
        <w:t>you are all powerful. tu hai tutti i poteri, sei onnipotente, hai tutti i poteri. so, in this prayer. in questa preghiera.</w:t>
      </w:r>
    </w:p>
    <w:p>
      <w:pPr>
        <w:jc w:val="right"/>
      </w:pPr>
      <w:r>
        <w:t>یو آر آل پاور فل۔ Tu hai tutti i poteri, sei onnipotente, hai tutti i poteri. سو، ان دس پریر۔ In questa preghiera.</w:t>
      </w:r>
    </w:p>
    <w:p>
      <w:r>
        <w:rPr>
          <w:b/>
        </w:rPr>
        <w:t xml:space="preserve">[25:26] </w:t>
      </w:r>
      <w:r>
        <w:t>you can see. potete vedere. the true spirit of islam. che è il vero scopo dell'islam. haan</w:t>
      </w:r>
    </w:p>
    <w:p>
      <w:pPr>
        <w:jc w:val="right"/>
      </w:pPr>
      <w:r>
        <w:t>یو کین سی۔ Potete vedere. دا ٹرو سپرٹ آف اسلام۔ Che è il vero scopo dell'Islam. ہاں</w:t>
      </w:r>
    </w:p>
    <w:p>
      <w:r>
        <w:rPr>
          <w:b/>
        </w:rPr>
        <w:t xml:space="preserve">[25:35] </w:t>
      </w:r>
      <w:r>
        <w:t>. you know, there is a verse in the quran. c'è un verso nel corano? wal-ladhina amanu ashadd hubban lil-lah.</w:t>
      </w:r>
    </w:p>
    <w:p>
      <w:pPr>
        <w:jc w:val="right"/>
      </w:pPr>
      <w:r>
        <w:t>۔ یو نو، دیر از اے ورس ان دا قرآن۔ C'è un verso nel Corano? والذین آمنوا اشد حبا للہ۔</w:t>
      </w:r>
    </w:p>
    <w:p>
      <w:r>
        <w:rPr>
          <w:b/>
        </w:rPr>
        <w:t xml:space="preserve">[25:45] </w:t>
      </w:r>
      <w:r>
        <w:t>this is the, yani this is the most important teaching of islam. questo è il più importante insegnamento dell'islam.</w:t>
      </w:r>
    </w:p>
    <w:p>
      <w:pPr>
        <w:jc w:val="right"/>
      </w:pPr>
      <w:r>
        <w:t>دس از دا، یعنی دس از دا موسٹ امپورٹنٹ ٹیچنگ آف اسلام۔ Questo è il più importante insegnamento dell'Islam.</w:t>
      </w:r>
    </w:p>
    <w:p>
      <w:r>
        <w:rPr>
          <w:b/>
        </w:rPr>
        <w:t xml:space="preserve">[25:57] </w:t>
      </w:r>
      <w:r>
        <w:t>it means that muslim is one who loves god almighty.</w:t>
      </w:r>
    </w:p>
    <w:p>
      <w:pPr>
        <w:jc w:val="right"/>
      </w:pPr>
      <w:r>
        <w:t>اٹ مینز دیٹ مسلم از ون ہو لووز گاڈ المائٹی۔</w:t>
      </w:r>
    </w:p>
    <w:p>
      <w:r>
        <w:rPr>
          <w:b/>
        </w:rPr>
        <w:t xml:space="preserve">[26:04] </w:t>
      </w:r>
      <w:r>
        <w:t>che significa che un musulmano è qualcuno che ama l'onnipotenza di dio. so, at one side we are, we have to love humanity and.</w:t>
      </w:r>
    </w:p>
    <w:p>
      <w:pPr>
        <w:jc w:val="right"/>
      </w:pPr>
      <w:r>
        <w:t>Che significa che un musulmano è qualcuno che ama l'onnipotenza di Dio. سو، ایٹ ون سائیڈ وی آر، وی ہیو ٹو لو ہیومنٹی اینڈ۔</w:t>
      </w:r>
    </w:p>
    <w:p>
      <w:r>
        <w:rPr>
          <w:b/>
        </w:rPr>
        <w:t xml:space="preserve">[26:18] </w:t>
      </w:r>
      <w:r>
        <w:t>così da un lato dobbiamo amare l'umanità. and on other side we have live to god. e dall'altra parte dobbiamo amare dio. so love is the most important teaching of islam.</w:t>
      </w:r>
    </w:p>
    <w:p>
      <w:pPr>
        <w:jc w:val="right"/>
      </w:pPr>
      <w:r>
        <w:t>Così da un lato dobbiamo amare l'umanità. اینڈ ان ادر سائیڈ وی ہیو لیو ٹو گاڈ۔ E dall'altra parte dobbiamo amare Dio. تو لو از دا موسٹ امپورٹنٹ ٹیچنگ آف اسلام۔</w:t>
      </w:r>
    </w:p>
    <w:p>
      <w:r>
        <w:rPr>
          <w:b/>
        </w:rPr>
        <w:t xml:space="preserve">[26:30] </w:t>
      </w:r>
      <w:r>
        <w:t>amare è l'insegnamento più importante dell'islam.</w:t>
      </w:r>
    </w:p>
    <w:p>
      <w:pPr>
        <w:jc w:val="right"/>
      </w:pPr>
      <w:r>
        <w:t>Amare è l'insegnamento più importante dell'Islam.</w:t>
      </w:r>
    </w:p>
    <w:p>
      <w:r>
        <w:rPr>
          <w:b/>
        </w:rPr>
        <w:t xml:space="preserve">[26:35] </w:t>
      </w:r>
      <w:r>
        <w:t>there is a very relevant verse in the quran. un verso molto rilevante nel corano?</w:t>
      </w:r>
    </w:p>
    <w:p>
      <w:pPr>
        <w:jc w:val="right"/>
      </w:pPr>
      <w:r>
        <w:t>دیر از اے ویری ریلیونٹ ورس ان دا قرآن۔ Un verso molto rilevante nel Corano?</w:t>
      </w:r>
    </w:p>
    <w:p>
      <w:r>
        <w:rPr>
          <w:b/>
        </w:rPr>
        <w:t xml:space="preserve">[26:47] </w:t>
      </w:r>
      <w:r>
        <w:t>it means that. significa?</w:t>
      </w:r>
    </w:p>
    <w:p>
      <w:pPr>
        <w:jc w:val="right"/>
      </w:pPr>
      <w:r>
        <w:t>اٹ مینز دیٹ۔ Significa?</w:t>
      </w:r>
    </w:p>
    <w:p>
      <w:r>
        <w:rPr>
          <w:b/>
        </w:rPr>
        <w:t xml:space="preserve">[26:57] </w:t>
      </w:r>
      <w:r>
        <w:t>good deed, it means that do good deeds. f</w:t>
      </w:r>
    </w:p>
    <w:p>
      <w:pPr>
        <w:jc w:val="right"/>
      </w:pPr>
      <w:r>
        <w:t>گڈ ڈیڈ، اٹ مینز دیٹ ڈو گڈ ڈیڈ۔ ف</w:t>
      </w:r>
    </w:p>
    <w:p>
      <w:r>
        <w:rPr>
          <w:b/>
        </w:rPr>
        <w:t xml:space="preserve">[27:05] </w:t>
      </w:r>
      <w:r>
        <w:t>ive buone azioni. do good deeds in return for bad deeds. phir, parda? do good deeds in return for bad deeds.</w:t>
      </w:r>
    </w:p>
    <w:p>
      <w:pPr>
        <w:jc w:val="right"/>
      </w:pPr>
      <w:r>
        <w:t>ائیو buone azioni. ڈو گڈ ڈیڈ ان ریٹرن فار بائیڈ ڈیڈ۔ پھر، پردہ؟ ڈو گڈ ڈیڈ ان ریٹرن فار بائیڈ ڈیڈ۔</w:t>
      </w:r>
    </w:p>
    <w:p>
      <w:r>
        <w:rPr>
          <w:b/>
        </w:rPr>
        <w:t xml:space="preserve">[27:15] </w:t>
      </w:r>
      <w:r>
        <w:t>in risposta alle cose cattive. do good deeds in return for bad deeds.</w:t>
      </w:r>
    </w:p>
    <w:p>
      <w:pPr>
        <w:jc w:val="right"/>
      </w:pPr>
      <w:r>
        <w:t>In risposta alle cose cattive. ڈو گڈ ڈیڈ ان ریٹرن فار بائیڈ ڈیڈ۔</w:t>
      </w:r>
    </w:p>
    <w:p>
      <w:r>
        <w:rPr>
          <w:b/>
        </w:rPr>
        <w:t xml:space="preserve">[27:25] </w:t>
      </w:r>
      <w:r>
        <w:t>and you will find. e troverete. and you will find that your enemy. che i v</w:t>
      </w:r>
    </w:p>
    <w:p>
      <w:pPr>
        <w:jc w:val="right"/>
      </w:pPr>
      <w:r>
        <w:t>اینڈ یو ویل فائنڈ۔ E troverete. اینڈ یو ویل فائنڈ دیٹ یور اینمی۔ Che i v</w:t>
      </w:r>
    </w:p>
    <w:p>
      <w:r>
        <w:rPr>
          <w:b/>
        </w:rPr>
        <w:t xml:space="preserve">[27:34] </w:t>
      </w:r>
      <w:r>
        <w:t>ostri nemici. has become. diventeranno. your dearest friend. i miei migliori amici. it means that.</w:t>
      </w:r>
    </w:p>
    <w:p>
      <w:pPr>
        <w:jc w:val="right"/>
      </w:pPr>
      <w:r>
        <w:t>ostri nemici. ہیز بیکم۔ Diventeranno. یور ڈیئریسٹ فرینڈ۔ I miei migliori amici. اٹ مینز دیٹ۔</w:t>
      </w:r>
    </w:p>
    <w:p>
      <w:r>
        <w:rPr>
          <w:b/>
        </w:rPr>
        <w:t xml:space="preserve">[27:44] </w:t>
      </w:r>
      <w:r>
        <w:t>significa che.</w:t>
      </w:r>
    </w:p>
    <w:p>
      <w:pPr>
        <w:jc w:val="right"/>
      </w:pPr>
      <w:r>
        <w:t>Significa che.</w:t>
      </w:r>
    </w:p>
    <w:p>
      <w:r>
        <w:rPr>
          <w:b/>
        </w:rPr>
        <w:t xml:space="preserve">[27:48] </w:t>
      </w:r>
      <w:r>
        <w:t>our enemies. i nostri nemici. our potential friend. sono nostri potenziali amici. so, you have to turn this potential into actual.</w:t>
      </w:r>
    </w:p>
    <w:p>
      <w:pPr>
        <w:jc w:val="right"/>
      </w:pPr>
      <w:r>
        <w:t>اور اینمیز۔ I nostri nemici. اور پوٹینشل فرینڈ۔ Sono nostri potenziali amici. سو، یو ہیو ٹو ٹرن دس پوٹینشل انٹو ایکچول۔</w:t>
      </w:r>
    </w:p>
    <w:p>
      <w:r>
        <w:rPr>
          <w:b/>
        </w:rPr>
        <w:t xml:space="preserve">[28:02] </w:t>
      </w:r>
      <w:r>
        <w:t>e pertanto dovete far diventare questa potenzialità una cosa vera. and what a great idea.</w:t>
      </w:r>
    </w:p>
    <w:p>
      <w:pPr>
        <w:jc w:val="right"/>
      </w:pPr>
      <w:r>
        <w:t>E pertanto dovete far diventare questa potenzialità una cosa vera. اینڈ واٹ اے گریٹ ائیڈیا۔</w:t>
      </w:r>
    </w:p>
    <w:p>
      <w:r>
        <w:rPr>
          <w:b/>
        </w:rPr>
        <w:t xml:space="preserve">[28:14] </w:t>
      </w:r>
      <w:r>
        <w:t>che grande idea. according to this teaching. seguendo questo insegnamento. we have to see every human being as our friend.</w:t>
      </w:r>
    </w:p>
    <w:p>
      <w:pPr>
        <w:jc w:val="right"/>
      </w:pPr>
      <w:r>
        <w:t>Che grande idea. اکارڈنگ ٹو دس ٹیچنگ۔ Seguendo questo insegnamento. وی ہیو ٹو سی ایوری ہیومن بینگ ایز اور فرینڈ۔</w:t>
      </w:r>
    </w:p>
    <w:p>
      <w:r>
        <w:rPr>
          <w:b/>
        </w:rPr>
        <w:t xml:space="preserve">[28:24] </w:t>
      </w:r>
      <w:r>
        <w:t>noi potremo vedere tutte le persone umane, tutte le creature come nostri amici. if someone is</w:t>
      </w:r>
    </w:p>
    <w:p>
      <w:pPr>
        <w:jc w:val="right"/>
      </w:pPr>
      <w:r>
        <w:t>Noi potremo vedere tutte le persone umane, tutte le creature come nostri amici. اف سم ون از</w:t>
      </w:r>
    </w:p>
    <w:p>
      <w:r>
        <w:rPr>
          <w:b/>
        </w:rPr>
        <w:t xml:space="preserve">[28:32] </w:t>
      </w:r>
      <w:r>
        <w:t>. e se qualcuno. enemy. è un amico. don't think that he is enemy, is permanent enemy. non pensate che sia un amico, un nemico permanente.</w:t>
      </w:r>
    </w:p>
    <w:p>
      <w:pPr>
        <w:jc w:val="right"/>
      </w:pPr>
      <w:r>
        <w:t>۔ E se qualcuno. اینمی۔ È un amico. ڈونٹ تھنک دیٹ ہی از اینمی، از پرماننٹ اینمی۔ Non pensate che sia un amico, un nemico permanente.</w:t>
      </w:r>
    </w:p>
    <w:p>
      <w:r>
        <w:rPr>
          <w:b/>
        </w:rPr>
        <w:t xml:space="preserve">[28:44] </w:t>
      </w:r>
      <w:r>
        <w:t>you can turn him into friend. potete trasformare questa, lo potete trasformare in un amico.</w:t>
      </w:r>
    </w:p>
    <w:p>
      <w:pPr>
        <w:jc w:val="right"/>
      </w:pPr>
      <w:r>
        <w:t>یو کین ٹرن ہم انٹو فرینڈ۔ Potete trasformare questa, lo potete trasformare in un amico.</w:t>
      </w:r>
    </w:p>
    <w:p>
      <w:r>
        <w:rPr>
          <w:b/>
        </w:rPr>
        <w:t xml:space="preserve">[28:55] </w:t>
      </w:r>
      <w:r>
        <w:t>so, society is, all the members of society are my friend.</w:t>
      </w:r>
    </w:p>
    <w:p>
      <w:pPr>
        <w:jc w:val="right"/>
      </w:pPr>
      <w:r>
        <w:t>سو، سوسائٹی از، ال دا ممبرز اف سوسائٹی ار مائی فرینڈ۔</w:t>
      </w:r>
    </w:p>
    <w:p>
      <w:r>
        <w:rPr>
          <w:b/>
        </w:rPr>
        <w:t xml:space="preserve">[29:05] </w:t>
      </w:r>
      <w:r>
        <w:t>E pertanto tutti i membri della società sono miei amici. der az no enemy. Non c'è nessun nemico. So, this is the same teaching which was given by Jesus Christ: love your</w:t>
      </w:r>
    </w:p>
    <w:p>
      <w:pPr>
        <w:jc w:val="right"/>
      </w:pPr>
      <w:r>
        <w:t>E pertanto tutti i membri della società sono miei amici. دیر از نو اینمی۔ Non c'è nessun nemico. سو، دس از دا سیم ٹیچنگ وچ واز گیون بائی جیز کرائسٹ: لو یور</w:t>
      </w:r>
    </w:p>
    <w:p>
      <w:r>
        <w:rPr>
          <w:b/>
        </w:rPr>
        <w:t xml:space="preserve">[29:22] </w:t>
      </w:r>
      <w:r>
        <w:t>enemy. E questo è lo stesso insegnamento dato da Gesù Cristo: amate i vostri nemici. love your enemy means. Amare i vostri nemici.</w:t>
      </w:r>
    </w:p>
    <w:p>
      <w:pPr>
        <w:jc w:val="right"/>
      </w:pPr>
      <w:r>
        <w:t>اینمی۔ E questo è lo stesso insegnamento dato da Gesù Cristo: amate i vostri nemici. لو یور اینمی مینز۔ Amare i vostri nemici.</w:t>
      </w:r>
    </w:p>
    <w:p>
      <w:r>
        <w:rPr>
          <w:b/>
        </w:rPr>
        <w:t xml:space="preserve">[29:31] </w:t>
      </w:r>
      <w:r>
        <w:t>love all. Amate tutti. including your enemy. Anche i vostri nemici. This is the distance of not only Islam and Christianity, but all the religion.</w:t>
      </w:r>
    </w:p>
    <w:p>
      <w:pPr>
        <w:jc w:val="right"/>
      </w:pPr>
      <w:r>
        <w:t>لو آل۔ Amate tutti. انکلوڈنگ یور اینمی۔ Anche i vostri nemici. دس از دا ڈسٹنس اف ناٹ اونلی اسلام اینڈ کرسچینٹی، بٹ ال دا ریلیجن۔</w:t>
      </w:r>
    </w:p>
    <w:p>
      <w:r>
        <w:rPr>
          <w:b/>
        </w:rPr>
        <w:t xml:space="preserve">[29:46] </w:t>
      </w:r>
      <w:r>
        <w:t>Questo non è solo del cristianesimo o del musulmanesimo, ma di tutte le religion</w:t>
      </w:r>
    </w:p>
    <w:p>
      <w:pPr>
        <w:jc w:val="right"/>
      </w:pPr>
      <w:r>
        <w:t>Questo non è solo del cristianesimo o del musulmanesimo, ma di tutte le religion</w:t>
      </w:r>
    </w:p>
    <w:p>
      <w:r>
        <w:rPr>
          <w:b/>
        </w:rPr>
        <w:t xml:space="preserve">[29:51] </w:t>
      </w:r>
      <w:r>
        <w:t>i. This is the spirit of Indian religion also. Anche lo spirito della religione indiana.</w:t>
      </w:r>
    </w:p>
    <w:p>
      <w:pPr>
        <w:jc w:val="right"/>
      </w:pPr>
      <w:r>
        <w:t>i. دس از دا سپرٹ اف انڈین ریلیجن السو۔ Anche lo spirito della religione indiana.</w:t>
      </w:r>
    </w:p>
    <w:p>
      <w:r>
        <w:rPr>
          <w:b/>
        </w:rPr>
        <w:t xml:space="preserve">[30:01] </w:t>
      </w:r>
      <w:r>
        <w:t>here i would like to narrate a story. Adesso ci racconterà un'altra storia. You know, Swami Vivekananda.</w:t>
      </w:r>
    </w:p>
    <w:p>
      <w:pPr>
        <w:jc w:val="right"/>
      </w:pPr>
      <w:r>
        <w:t>ہیر آئی وڈ لائک ٹو نریٹ ا سٹوری۔ Adesso ci racconterà un'altra storia. یو نو، سوامی وویکانند۔</w:t>
      </w:r>
    </w:p>
    <w:p>
      <w:r>
        <w:rPr>
          <w:b/>
        </w:rPr>
        <w:t xml:space="preserve">[30:12] </w:t>
      </w:r>
      <w:r>
        <w:t>Swami Vivekananda. was a great Indian soul. Era un grande saggio indiano.</w:t>
      </w:r>
    </w:p>
    <w:p>
      <w:pPr>
        <w:jc w:val="right"/>
      </w:pPr>
      <w:r>
        <w:t>سوامی وویکانندا۔ واز ا گریٹ انڈین سول۔ Era un grande saggio indiano.</w:t>
      </w:r>
    </w:p>
    <w:p>
      <w:r>
        <w:rPr>
          <w:b/>
        </w:rPr>
        <w:t xml:space="preserve">[30:20] </w:t>
      </w:r>
      <w:r>
        <w:t>He visited America. E visitò l'America. in 1893. Nel 1893.</w:t>
      </w:r>
    </w:p>
    <w:p>
      <w:pPr>
        <w:jc w:val="right"/>
      </w:pPr>
      <w:r>
        <w:t>ہی وزٹڈ امریکہ۔ E visitò l'America. ان 1893۔ Nel 1893۔</w:t>
      </w:r>
    </w:p>
    <w:p>
      <w:r>
        <w:rPr>
          <w:b/>
        </w:rPr>
        <w:t xml:space="preserve">[30:29] </w:t>
      </w:r>
      <w:r>
        <w:t>He was, when he was in Chicago. E era, andò a Chicago. He was walking in a street of Chicago. E stava camminando in una delle strade di Chicago.</w:t>
      </w:r>
    </w:p>
    <w:p>
      <w:pPr>
        <w:jc w:val="right"/>
      </w:pPr>
      <w:r>
        <w:t>ہی واز، وین ہی واز ان شکاگو۔ E era, andò a Chicago. ہی واز واکنگ ان ا سٹریٹ اف شکاگو۔ E stava camminando in una delle strade di Chicago.</w:t>
      </w:r>
    </w:p>
    <w:p>
      <w:r>
        <w:rPr>
          <w:b/>
        </w:rPr>
        <w:t xml:space="preserve">[30:41] </w:t>
      </w:r>
      <w:r>
        <w:t>He, in that, in the same street, there was a woman, an American woman.</w:t>
      </w:r>
    </w:p>
    <w:p>
      <w:pPr>
        <w:jc w:val="right"/>
      </w:pPr>
      <w:r>
        <w:t>ہی، ان دیٹ، ان دا سیم سٹریٹ، دیر واز ا وومن، ا امریکن وومن۔</w:t>
      </w:r>
    </w:p>
    <w:p>
      <w:r>
        <w:rPr>
          <w:b/>
        </w:rPr>
        <w:t xml:space="preserve">[30:48] </w:t>
      </w:r>
      <w:r>
        <w:t>She was. Nella stessa strada c'era una donna americana. So, you know, at that time, Swami Vivekananda was cleared with untailored dress.</w:t>
      </w:r>
    </w:p>
    <w:p>
      <w:pPr>
        <w:jc w:val="right"/>
      </w:pPr>
      <w:r>
        <w:t>شی واز۔ Nella stessa strada c'era una donna americana. سو، یو نو، ایٹ دیٹ ٹائم، سوامی وویکانندا واز کلیئرڈ ود ان ٹیلرڈ ڈریس۔</w:t>
      </w:r>
    </w:p>
    <w:p>
      <w:r>
        <w:rPr>
          <w:b/>
        </w:rPr>
        <w:t xml:space="preserve">[31:01] </w:t>
      </w:r>
      <w:r>
        <w:t>E lui era vestito con, era abbigliato con un vestito non fatto da un sarto. You know, Hindu people, Hindu Swami.</w:t>
      </w:r>
    </w:p>
    <w:p>
      <w:pPr>
        <w:jc w:val="right"/>
      </w:pPr>
      <w:r>
        <w:t>E lui era vestito con, era abbigliato con un vestito non fatto da un sarto. یو نو، ہندو پیپل، ہندو سوامی۔</w:t>
      </w:r>
    </w:p>
    <w:p>
      <w:r>
        <w:rPr>
          <w:b/>
        </w:rPr>
        <w:t xml:space="preserve">[31:10] </w:t>
      </w:r>
      <w:r>
        <w:t>Come tutti i swami hindù. They always wear un-tailored cloth</w:t>
      </w:r>
    </w:p>
    <w:p>
      <w:pPr>
        <w:jc w:val="right"/>
      </w:pPr>
      <w:r>
        <w:t>Come tutti i suami indù. دے الویز ویئر ان ٹیلرڈ کلات</w:t>
      </w:r>
    </w:p>
    <w:p>
      <w:r>
        <w:rPr>
          <w:b/>
        </w:rPr>
        <w:t xml:space="preserve">[31:15] </w:t>
      </w:r>
      <w:r>
        <w:t>h. Che vestono dei vestiti non tagliati da un sarto. So, this American lady. E pertanto questa donna americana.</w:t>
      </w:r>
    </w:p>
    <w:p>
      <w:pPr>
        <w:jc w:val="right"/>
      </w:pPr>
      <w:r>
        <w:t>ھ۔ Che vestono dei vestiti non tagliati da un sarto. سو، دس امریکن لیڈی۔ E pertanto questa donna americana.</w:t>
      </w:r>
    </w:p>
    <w:p>
      <w:r>
        <w:rPr>
          <w:b/>
        </w:rPr>
        <w:t xml:space="preserve">[31:25] </w:t>
      </w:r>
      <w:r>
        <w:t>This scene was very strange for that American lady. Strange. Strange, per lei era molto strano, strana questa cosa, per la donna americana.</w:t>
      </w:r>
    </w:p>
    <w:p>
      <w:pPr>
        <w:jc w:val="right"/>
      </w:pPr>
      <w:r>
        <w:t>دس سین واز ویری سٹرینج فار دیٹ امریکن لیڈی۔ سٹرینج۔ سٹرینج، per lei era molto strano, strana questa cosa, per la donna americana.</w:t>
      </w:r>
    </w:p>
    <w:p>
      <w:r>
        <w:rPr>
          <w:b/>
        </w:rPr>
        <w:t xml:space="preserve">[31:36] </w:t>
      </w:r>
      <w:r>
        <w:t>So, the American lady said to her husband. E la signora disse al suo marito.</w:t>
      </w:r>
    </w:p>
    <w:p>
      <w:pPr>
        <w:jc w:val="right"/>
      </w:pPr>
      <w:r>
        <w:t>سو، دا امریکن لیڈی سیڈ ٹو ہر ہسبینڈ۔ E la signora disse al suo marito.</w:t>
      </w:r>
    </w:p>
    <w:p>
      <w:r>
        <w:rPr>
          <w:b/>
        </w:rPr>
        <w:t xml:space="preserve">[31:45] </w:t>
      </w:r>
      <w:r>
        <w:t>that I don't see this man as a gentleman. Io non penso che questo uomo sia un gentleman. So, Swami Vivekananda over heard.</w:t>
      </w:r>
    </w:p>
    <w:p>
      <w:pPr>
        <w:jc w:val="right"/>
      </w:pPr>
      <w:r>
        <w:t>دیٹ آئی ڈونٹ سی دس مین از ا جینٹلمین۔ Io non penso che questo uomo sia un gentleman. سو، سوامی وویکانندا اوور ہرڈ۔</w:t>
      </w:r>
    </w:p>
    <w:p>
      <w:r>
        <w:rPr>
          <w:b/>
        </w:rPr>
        <w:t xml:space="preserve">[31:57] </w:t>
      </w:r>
      <w:r>
        <w:t>E Swami Vivekananda sentì questa cosa. So, he said to that American lady. E disse a questa signora americana.</w:t>
      </w:r>
    </w:p>
    <w:p>
      <w:pPr>
        <w:jc w:val="right"/>
      </w:pPr>
      <w:r>
        <w:t>E سوامی وویکانندا sentì questa cosa. سو، ہی سیڈ ٹو دیٹ امریکن لیڈی۔ E disse a questa signora americana.</w:t>
      </w:r>
    </w:p>
    <w:p>
      <w:r>
        <w:rPr>
          <w:b/>
        </w:rPr>
        <w:t xml:space="preserve">[32:11] </w:t>
      </w:r>
      <w:r>
        <w:t>excuse me, madam. Mi scusi, signore.</w:t>
      </w:r>
    </w:p>
    <w:p>
      <w:pPr>
        <w:jc w:val="right"/>
      </w:pPr>
      <w:r>
        <w:t>ایکسکیوز می، میڈم۔ Mi scusi, signore.</w:t>
      </w:r>
    </w:p>
    <w:p>
      <w:r>
        <w:rPr>
          <w:b/>
        </w:rPr>
        <w:t xml:space="preserve">[32:15] </w:t>
      </w:r>
      <w:r>
        <w:t>in your country. Nel suo paese. tailor makes a man gentleman.</w:t>
      </w:r>
    </w:p>
    <w:p>
      <w:pPr>
        <w:jc w:val="right"/>
      </w:pPr>
      <w:r>
        <w:t>ان یور کنٹری۔ Nel suo paese. ٹیلر میکس ا مین جینٹلمین۔ I sarti fanno diventare un uomo un gentleman.</w:t>
      </w:r>
    </w:p>
    <w:p>
      <w:r>
        <w:rPr>
          <w:b/>
        </w:rPr>
        <w:t xml:space="preserve">[32:25] </w:t>
      </w:r>
      <w:r>
        <w:t>But the country from which I come. Ma nel paese da cui arrivo io. character makes a man gentleman.</w:t>
      </w:r>
    </w:p>
    <w:p>
      <w:pPr>
        <w:jc w:val="right"/>
      </w:pPr>
      <w:r>
        <w:t>بٹ دا کنٹری فرام وچ آئی کم۔ Ma nel paese da cui arrivo io. کریکٹر میکس ا مین جینٹلمین۔</w:t>
      </w:r>
    </w:p>
    <w:p>
      <w:r>
        <w:rPr>
          <w:b/>
        </w:rPr>
        <w:t xml:space="preserve">[32:36] </w:t>
      </w:r>
      <w:r>
        <w:t>La personalità fa diventare un uomo, un gentleman. This is the true spirit of India. Questo è il vero spirito dell'India.</w:t>
      </w:r>
    </w:p>
    <w:p>
      <w:pPr>
        <w:jc w:val="right"/>
      </w:pPr>
      <w:r>
        <w:t>La personalità fa diventare un uomo, un gentleman. دس از دا ٹرو سپرٹ اف انڈیا۔ Questo è il vero spirito dell'India.</w:t>
      </w:r>
    </w:p>
    <w:p>
      <w:r>
        <w:rPr>
          <w:b/>
        </w:rPr>
        <w:t xml:space="preserve">[32:46] </w:t>
      </w:r>
      <w:r>
        <w:t>Indian people believe in love, in spirituality. Se una persona crede nell'amore, nella spiritualità. in simplicity.</w:t>
      </w:r>
    </w:p>
    <w:p>
      <w:pPr>
        <w:jc w:val="right"/>
      </w:pPr>
      <w:r>
        <w:t>انڈین پیپل بیلیو ان لو، ان سپریچولیٹی۔ Se una persona crede nell'amore, nella spiritualità. ان سمپلیسٹی۔</w:t>
      </w:r>
    </w:p>
    <w:p>
      <w:r>
        <w:rPr>
          <w:b/>
        </w:rPr>
        <w:t xml:space="preserve">[32:55] </w:t>
      </w:r>
      <w:r>
        <w:t>Nella semplicità. And in peace. E nella pace. And tolerance. E nella tolleranza. So, I welcome to you in this Indian soil.</w:t>
      </w:r>
    </w:p>
    <w:p>
      <w:pPr>
        <w:jc w:val="right"/>
      </w:pPr>
      <w:r>
        <w:t>Nella semplicità. اینڈ ان پیس۔ E nella pace. اینڈ ٹولرنس۔ E nella tolleranza. سو، آئی ویلکم ٹو یو ان دس انڈین سوائل۔</w:t>
      </w:r>
    </w:p>
    <w:p>
      <w:r>
        <w:rPr>
          <w:b/>
        </w:rPr>
        <w:t xml:space="preserve">[33:08] </w:t>
      </w:r>
      <w:r>
        <w:t>Vi do il benvenuto in questo suolo indiano. May God bless you. Dio possa benedirvi.</w:t>
      </w:r>
    </w:p>
    <w:p>
      <w:pPr>
        <w:jc w:val="right"/>
      </w:pPr>
      <w:r>
        <w:t>Vi do il benvenuto in questo suolo indiano. می گاڈ بلیس یو۔ Dio possa benedirvi.</w:t>
      </w:r>
    </w:p>
    <w:p>
      <w:r>
        <w:rPr>
          <w:b/>
        </w:rPr>
        <w:t xml:space="preserve">[33:17] </w:t>
      </w:r>
      <w:r>
        <w:t>I hope your coming here will be a blessing for India also.</w:t>
      </w:r>
    </w:p>
    <w:p>
      <w:pPr>
        <w:jc w:val="right"/>
      </w:pPr>
      <w:r>
        <w:t>آئی ہوپ یور کمنگ ہیر ویل بی بلیسنگ فار انڈیا السو۔ E spera che il nostro arrivo qui possa essere una benedizione anche per l'India.</w:t>
      </w:r>
    </w:p>
    <w:p>
      <w:r>
        <w:rPr>
          <w:b/>
        </w:rPr>
        <w:t xml:space="preserve">[33:29] </w:t>
      </w:r>
      <w:r>
        <w:t>we will learn from you. Impareremo da voi. so many things. Molte cose. you are just like blessing for God.</w:t>
      </w:r>
    </w:p>
    <w:p>
      <w:pPr>
        <w:jc w:val="right"/>
      </w:pPr>
      <w:r>
        <w:t>وی ویل لرن فرام یو۔ Impareremo da voi. سو مینی تھنگز۔ Molte cose. یو آر جسٹ لائک بلیسنگ فرام گاڈ۔</w:t>
      </w:r>
    </w:p>
    <w:p>
      <w:r>
        <w:rPr>
          <w:b/>
        </w:rPr>
        <w:t xml:space="preserve">[33:41] </w:t>
      </w:r>
      <w:r>
        <w:t>Voi siete come una benedizione di Dio. I am very happy. Sono molto contento.</w:t>
      </w:r>
    </w:p>
    <w:p>
      <w:pPr>
        <w:jc w:val="right"/>
      </w:pPr>
      <w:r>
        <w:t>Voi siete come una benedizione di Dio. آئی ایم ویری ہیپی۔ Sono molto contento.</w:t>
      </w:r>
    </w:p>
    <w:p>
      <w:r>
        <w:rPr>
          <w:b/>
        </w:rPr>
        <w:t xml:space="preserve">[33:47] </w:t>
      </w:r>
      <w:r>
        <w:t>that you Italian people, keh aap, Che voi italiani, in India, siete in India, it is a very important occasion for us.</w:t>
      </w:r>
    </w:p>
    <w:p>
      <w:pPr>
        <w:jc w:val="right"/>
      </w:pPr>
      <w:r>
        <w:t>دیٹ یو اٹالین پیپل۔ کہ آپ۔ Che voi italiani. ان انڈیا۔ Siete in India. اٹ از ا ویری امپورٹنٹ اوکیژن فار اس۔</w:t>
      </w:r>
    </w:p>
    <w:p>
      <w:r>
        <w:rPr>
          <w:b/>
        </w:rPr>
        <w:t xml:space="preserve">[33:59] </w:t>
      </w:r>
      <w:r>
        <w:t>An occasion molto importante per noi. I am very happy. Sono molto contento. And may God bless you forever.</w:t>
      </w:r>
    </w:p>
    <w:p>
      <w:pPr>
        <w:jc w:val="right"/>
      </w:pPr>
      <w:r>
        <w:t>Un'occasione molto importante per noi. آئی ایم ویری ہیپی۔ Sono molto contento. اینڈ می گاڈ بلیس یو فار ایور۔</w:t>
      </w:r>
    </w:p>
    <w:p>
      <w:r>
        <w:rPr>
          <w:b/>
        </w:rPr>
        <w:t xml:space="preserve">[34:09] </w:t>
      </w:r>
      <w:r>
        <w:t>E possa Dio beneditarvi, benedirvi. thaink you.</w:t>
      </w:r>
    </w:p>
    <w:p>
      <w:pPr>
        <w:jc w:val="right"/>
      </w:pPr>
      <w:r>
        <w:t>E possa Dio beneditarvi, benedirvi. تھینک یو۔</w:t>
      </w:r>
    </w:p>
    <w:p>
      <w:r>
        <w:rPr>
          <w:b/>
        </w:rPr>
        <w:t xml:space="preserve">[34:13] </w:t>
      </w:r>
      <w:r>
        <w:t>Grazie.</w:t>
      </w:r>
    </w:p>
    <w:p>
      <w:pPr>
        <w:jc w:val="right"/>
      </w:pPr>
      <w:r>
        <w:t>Grazie.</w:t>
      </w:r>
    </w:p>
    <w:p>
      <w:r>
        <w:rPr>
          <w:b/>
        </w:rPr>
        <w:t xml:space="preserve">[34:36] </w:t>
      </w:r>
      <w:r>
        <w:t>Nel frattempo che voi pensate a una domanda, facciamo un canto per Maharaji. bismilah. bismilah alrahman alrahim.</w:t>
      </w:r>
    </w:p>
    <w:p>
      <w:pPr>
        <w:jc w:val="right"/>
      </w:pPr>
      <w:r>
        <w:t>Nel frattempo che voi pensate a una domanda, facciamo un canto per Maharaji. بسم اللہ۔ بسم اللہ الرحمن الرحیم۔</w:t>
      </w:r>
    </w:p>
    <w:p>
      <w:r>
        <w:rPr>
          <w:b/>
        </w:rPr>
        <w:t xml:space="preserve">[34:50] </w:t>
      </w:r>
      <w:r>
        <w:t>allah bismilah alrahman alrahim. allah bismilah alrahman alrahim.</w:t>
      </w:r>
    </w:p>
    <w:p>
      <w:pPr>
        <w:jc w:val="right"/>
      </w:pPr>
      <w:r>
        <w:t>اللہ بسم اللہ الرحمن الرحیم۔ اللہ بسم اللہ الرحمن الرحیم۔</w:t>
      </w:r>
    </w:p>
    <w:p>
      <w:r>
        <w:rPr>
          <w:b/>
        </w:rPr>
        <w:t xml:space="preserve">[35:03] </w:t>
      </w:r>
      <w:r>
        <w:t>Allah Bismillah-hir-rahman</w:t>
      </w:r>
    </w:p>
    <w:p>
      <w:pPr>
        <w:jc w:val="right"/>
      </w:pPr>
      <w:r>
        <w:t>اللہ بسم اللہ الرحمن</w:t>
      </w:r>
    </w:p>
    <w:p>
      <w:r>
        <w:rPr>
          <w:b/>
        </w:rPr>
        <w:t xml:space="preserve">[35:09] </w:t>
      </w:r>
      <w:r>
        <w:t>Ar-raheem. Allah</w:t>
      </w:r>
    </w:p>
    <w:p>
      <w:pPr>
        <w:jc w:val="right"/>
      </w:pPr>
      <w:r>
        <w:t>الرحیم۔ اللہ</w:t>
      </w:r>
    </w:p>
    <w:p>
      <w:r>
        <w:rPr>
          <w:b/>
        </w:rPr>
        <w:t xml:space="preserve">[37:46] </w:t>
      </w:r>
      <w:r>
        <w:t>Io penso che, finché non siamo in pace con noi stessi, ci sarà sempre una guerra nel mondo.</w:t>
      </w:r>
    </w:p>
    <w:p>
      <w:pPr>
        <w:jc w:val="right"/>
      </w:pPr>
      <w:r>
        <w:t>Io penso che, finché non siamo in pace con noi stessi, ci sarà sempre una guerra nel mondo.</w:t>
      </w:r>
    </w:p>
    <w:p>
      <w:r>
        <w:rPr>
          <w:b/>
        </w:rPr>
        <w:t xml:space="preserve">[37:54] </w:t>
      </w:r>
      <w:r>
        <w:t>He thinks that if a man is not in peace with himself, there could not be the peace in the world. E la cosa più importante è di cercare di portare l'umanità, tutti gli uomini, a una ricerca interiore e a una conoscenza profonda.</w:t>
      </w:r>
    </w:p>
    <w:p>
      <w:pPr>
        <w:jc w:val="right"/>
      </w:pPr>
      <w:r>
        <w:t>He thinks that if a man is not in peace with himself, there could not be the peace in the world. E la cosa più importante è di cercare di portare l'umanità, tutti gli uomini, a una ricerca interiore e a una conoscenza profonda.</w:t>
      </w:r>
    </w:p>
    <w:p>
      <w:r>
        <w:rPr>
          <w:b/>
        </w:rPr>
        <w:t xml:space="preserve">[38:14] </w:t>
      </w:r>
      <w:r>
        <w:t>And this is very important to bring everybody to an inner research and inner peace.</w:t>
      </w:r>
    </w:p>
    <w:p>
      <w:pPr>
        <w:jc w:val="right"/>
      </w:pPr>
      <w:r>
        <w:t>And this is very important to bring everybody to an inner research and inner peace.</w:t>
      </w:r>
    </w:p>
    <w:p>
      <w:r>
        <w:rPr>
          <w:b/>
        </w:rPr>
        <w:t xml:space="preserve">[38:26] </w:t>
      </w:r>
      <w:r>
        <w:t>Potremmo stare qui fino a domani mattina a chiederci perché la guerra, ma noi non arriveremo mai a capo. We can ask ourselves until tomorrow why there is the war, but we will not come to a conclusion.</w:t>
      </w:r>
    </w:p>
    <w:p>
      <w:pPr>
        <w:jc w:val="right"/>
      </w:pPr>
      <w:r>
        <w:t>Potremmo stare qui fino a domani mattina a chiederci perché la guerra, ma noi non arriveremo mai a capo. We can ask ourselves until tomorrow why there is the war, but we will not come to a conclusion.</w:t>
      </w:r>
    </w:p>
    <w:p>
      <w:r>
        <w:rPr>
          <w:b/>
        </w:rPr>
        <w:t xml:space="preserve">[38:43] </w:t>
      </w:r>
      <w:r>
        <w:t>Non molto tempo fa ho dato un messaggio a tutte le donne del mondo. Some weeks ago, in a speech of Mario, he was saying to the ladies, to the mothers of every part of the world.</w:t>
      </w:r>
    </w:p>
    <w:p>
      <w:pPr>
        <w:jc w:val="right"/>
      </w:pPr>
      <w:r>
        <w:t>Non molto tempo fa ho dato un messaggio a tutte le donne del mondo. Some weeks ago, in a speech of Mario, he was saying to the ladies, to the mothers of every part of the world.</w:t>
      </w:r>
    </w:p>
    <w:p>
      <w:r>
        <w:rPr>
          <w:b/>
        </w:rPr>
        <w:t xml:space="preserve">[38:58] </w:t>
      </w:r>
      <w:r>
        <w:t>Che non facciano più i figli per mandare in guerra. They have not to make children to send them to the war.</w:t>
      </w:r>
    </w:p>
    <w:p>
      <w:pPr>
        <w:jc w:val="right"/>
      </w:pPr>
      <w:r>
        <w:t>Che non facciano più i figli per mandare in guerra. They have not to make children to send them to the war.</w:t>
      </w:r>
    </w:p>
    <w:p>
      <w:r>
        <w:rPr>
          <w:b/>
        </w:rPr>
        <w:t xml:space="preserve">[39:07] </w:t>
      </w:r>
      <w:r>
        <w:t>E altri medici che parlano</w:t>
      </w:r>
    </w:p>
    <w:p>
      <w:pPr>
        <w:jc w:val="right"/>
      </w:pPr>
      <w:r>
        <w:t>E altri medici che parlano</w:t>
      </w:r>
    </w:p>
    <w:p>
      <w:r>
        <w:rPr>
          <w:b/>
        </w:rPr>
        <w:t xml:space="preserve">[39:09] </w:t>
      </w:r>
      <w:r>
        <w:t>meglio di fatti. Or it's better they don't make children if they have to send to the war. Perché se li amano così tanto potrebbero andare in guerra.</w:t>
      </w:r>
    </w:p>
    <w:p>
      <w:pPr>
        <w:jc w:val="right"/>
      </w:pPr>
      <w:r>
        <w:t>meglio di fatti. Or it's better they don't make children if they have to send to the war. Perché se li amano così tanto potrebbero andare in guerra.</w:t>
      </w:r>
    </w:p>
    <w:p>
      <w:r>
        <w:rPr>
          <w:b/>
        </w:rPr>
        <w:t xml:space="preserve">[39:24] </w:t>
      </w:r>
      <w:r>
        <w:t>Vuote pani, acqua.</w:t>
      </w:r>
    </w:p>
    <w:p>
      <w:pPr>
        <w:jc w:val="right"/>
      </w:pPr>
      <w:r>
        <w:t>Vuote pani, acqua.</w:t>
      </w:r>
    </w:p>
    <w:p>
      <w:r>
        <w:rPr>
          <w:b/>
        </w:rPr>
        <w:t xml:space="preserve">[39:29] </w:t>
      </w:r>
      <w:r>
        <w:t>Perché li mandano in guerra? So the mothers should not allow their son to go to the war.</w:t>
      </w:r>
    </w:p>
    <w:p>
      <w:pPr>
        <w:jc w:val="right"/>
      </w:pPr>
      <w:r>
        <w:t>Perché li mandano in guerra? So the mothers should not allow their son to go to the war.</w:t>
      </w:r>
    </w:p>
    <w:p>
      <w:r>
        <w:rPr>
          <w:b/>
        </w:rPr>
        <w:t xml:space="preserve">[39:39] </w:t>
      </w:r>
      <w:r>
        <w:t>E allora penso che il passaggio più importante sia entrare nel mondo sufi e creare una coscienza sufi. And he thinks that it's very important to enter in the Sufi world and to bring the world to a Sufi consciousness.</w:t>
      </w:r>
    </w:p>
    <w:p>
      <w:pPr>
        <w:jc w:val="right"/>
      </w:pPr>
      <w:r>
        <w:t>E allora penso che il passaggio più importante sia entrare nel mondo sufi e creare una coscienza sufi. And he thinks that it's very important to enter in the Sufi world and to bring the world to a Sufi consciousness.</w:t>
      </w:r>
    </w:p>
    <w:p>
      <w:r>
        <w:rPr>
          <w:b/>
        </w:rPr>
        <w:t xml:space="preserve">[39:56] </w:t>
      </w:r>
      <w:r>
        <w:t>E allora adesso noi vogliamo da Maharaji un insegnamento</w:t>
      </w:r>
    </w:p>
    <w:p>
      <w:pPr>
        <w:jc w:val="right"/>
      </w:pPr>
      <w:r>
        <w:t>E allora adesso noi vogliamo da Maharaji un insegnamento</w:t>
      </w:r>
    </w:p>
    <w:p>
      <w:r>
        <w:rPr>
          <w:b/>
        </w:rPr>
        <w:t xml:space="preserve">[40:01] </w:t>
      </w:r>
      <w:r>
        <w:t>sufi. And so he's asking to you a Sufi teaching about this thing, because a lot of people speak, speak, speak, but we have to discover the real Sufi teach.</w:t>
      </w:r>
    </w:p>
    <w:p>
      <w:pPr>
        <w:jc w:val="right"/>
      </w:pPr>
      <w:r>
        <w:t>sufi. And so he's asking to you a Sufi teaching about this thing, because a lot of people speak, speak, speak, but we have to discover the real Sufi teach.</w:t>
      </w:r>
    </w:p>
    <w:p>
      <w:r>
        <w:rPr>
          <w:b/>
        </w:rPr>
        <w:t xml:space="preserve">[40:13] </w:t>
      </w:r>
      <w:r>
        <w:t>Per trovare la pace interiore dentro di noi. To bring the peace in</w:t>
      </w:r>
    </w:p>
    <w:p>
      <w:pPr>
        <w:jc w:val="right"/>
      </w:pPr>
      <w:r>
        <w:t>Per trovare la pace interiore dentro di noi. To bring the peace in</w:t>
      </w:r>
    </w:p>
    <w:p>
      <w:r>
        <w:rPr>
          <w:b/>
        </w:rPr>
        <w:t xml:space="preserve">[40:22] </w:t>
      </w:r>
      <w:r>
        <w:t>ourselves.</w:t>
      </w:r>
    </w:p>
    <w:p>
      <w:pPr>
        <w:jc w:val="right"/>
      </w:pPr>
      <w:r>
        <w:t>ourselves.</w:t>
      </w:r>
    </w:p>
    <w:p>
      <w:r>
        <w:rPr>
          <w:b/>
        </w:rPr>
        <w:t xml:space="preserve">[40:27] </w:t>
      </w:r>
      <w:r>
        <w:t>Thank you. I am also a Sufi.</w:t>
      </w:r>
    </w:p>
    <w:p>
      <w:pPr>
        <w:jc w:val="right"/>
      </w:pPr>
      <w:r>
        <w:t>Thank you. I am also a Sufi.</w:t>
      </w:r>
    </w:p>
    <w:p>
      <w:r>
        <w:rPr>
          <w:b/>
        </w:rPr>
        <w:t xml:space="preserve">[40:32] </w:t>
      </w:r>
      <w:r>
        <w:t>Sono anche un Sufi. I believe in Sufism. Credo nel Sufismo.</w:t>
      </w:r>
    </w:p>
    <w:p>
      <w:pPr>
        <w:jc w:val="right"/>
      </w:pPr>
      <w:r>
        <w:t>Sono anche un Sufi. I believe in Sufism. Credo nel Sufismo.</w:t>
      </w:r>
    </w:p>
    <w:p>
      <w:r>
        <w:rPr>
          <w:b/>
        </w:rPr>
        <w:t xml:space="preserve">[40:43] </w:t>
      </w:r>
      <w:r>
        <w:t>In Arabic we say tasabbu, but in English we say Sufism. In arabo si dice quello che ho appena detto, invece in inglese si dice Sufismo.</w:t>
      </w:r>
    </w:p>
    <w:p>
      <w:pPr>
        <w:jc w:val="right"/>
      </w:pPr>
      <w:r>
        <w:t>In Arabic we say tasabbu, but in English we say Sufism. In arabo si dice quello che ho appena detto, invece in inglese si dice Sufismo.</w:t>
      </w:r>
    </w:p>
    <w:p>
      <w:r>
        <w:rPr>
          <w:b/>
        </w:rPr>
        <w:t xml:space="preserve">[40:56] </w:t>
      </w:r>
      <w:r>
        <w:t>The Sufi teaching in this regard is.</w:t>
      </w:r>
    </w:p>
    <w:p>
      <w:pPr>
        <w:jc w:val="right"/>
      </w:pPr>
      <w:r>
        <w:t>The Sufi teaching in this regard is.</w:t>
      </w:r>
    </w:p>
    <w:p>
      <w:r>
        <w:rPr>
          <w:b/>
        </w:rPr>
        <w:t xml:space="preserve">[41:00] </w:t>
      </w:r>
      <w:r>
        <w:t>L'insegnamento sufi a questo riguardo è. Sulh Kul. Sulh Kul is a Persian word.</w:t>
      </w:r>
    </w:p>
    <w:p>
      <w:pPr>
        <w:jc w:val="right"/>
      </w:pPr>
      <w:r>
        <w:t>L'insegnamento sufi a questo riguardo è. Sulh Kul. Sulh Kul is a Persian word.</w:t>
      </w:r>
    </w:p>
    <w:p>
      <w:r>
        <w:rPr>
          <w:b/>
        </w:rPr>
        <w:t xml:space="preserve">[41:09] </w:t>
      </w:r>
      <w:r>
        <w:t>Sulh Kul che è una parola persiana? You know, most of the Sufi words are in Persian. La maggior parte delle parole sufi sono in persiano.</w:t>
      </w:r>
    </w:p>
    <w:p>
      <w:pPr>
        <w:jc w:val="right"/>
      </w:pPr>
      <w:r>
        <w:t>Sulh Kul che è una parola persiana? You know, most of the Sufi words are in Persian. La maggior parte delle parole sufi sono in persiano.</w:t>
      </w:r>
    </w:p>
    <w:p>
      <w:r>
        <w:rPr>
          <w:b/>
        </w:rPr>
        <w:t xml:space="preserve">[41:19] </w:t>
      </w:r>
      <w:r>
        <w:t>So Sulh Kul means peace with all. Che significa pace con tutti. Peace with all.</w:t>
      </w:r>
    </w:p>
    <w:p>
      <w:pPr>
        <w:jc w:val="right"/>
      </w:pPr>
      <w:r>
        <w:t>So Sulh Kul means peace with all. Che significa pace con tutti. Peace with all.</w:t>
      </w:r>
    </w:p>
    <w:p>
      <w:r>
        <w:rPr>
          <w:b/>
        </w:rPr>
        <w:t xml:space="preserve">[41:28] </w:t>
      </w:r>
      <w:r>
        <w:t>Pace con tutti. This is the Sufi message. Questo è il messaggio sufi. One Sufi has said.</w:t>
      </w:r>
    </w:p>
    <w:p>
      <w:pPr>
        <w:jc w:val="right"/>
      </w:pPr>
      <w:r>
        <w:t>Pace con tutti. This is the Sufi message. Questo è il messaggio sufi. One Sufi has said.</w:t>
      </w:r>
    </w:p>
    <w:p>
      <w:r>
        <w:rPr>
          <w:b/>
        </w:rPr>
        <w:t xml:space="preserve">[41:39] </w:t>
      </w:r>
      <w:r>
        <w:t>Come Sufi dico? One Sufi has said. Un Sufi ha detto.</w:t>
      </w:r>
    </w:p>
    <w:p>
      <w:pPr>
        <w:jc w:val="right"/>
      </w:pPr>
      <w:r>
        <w:t>Come Sufi dico? One Sufi has said. Un Sufi ha detto.</w:t>
      </w:r>
    </w:p>
    <w:p>
      <w:r>
        <w:rPr>
          <w:b/>
        </w:rPr>
        <w:t xml:space="preserve">[41:48] </w:t>
      </w:r>
      <w:r>
        <w:t>ma qissa sikandar o dara nakhaadim az ma, ma qissa sikandar o dara nakhaadim az ma bajuz hikayat-e-mehr o wafa mapurs.</w:t>
      </w:r>
    </w:p>
    <w:p>
      <w:pPr>
        <w:jc w:val="right"/>
      </w:pPr>
      <w:r>
        <w:t>ما قصہ سکندر و دارا نخادیم از ما، ما قصہ سکندر و دارا نخادیم از ما بجز حکایت مہر و وفا مپرسی.</w:t>
      </w:r>
    </w:p>
    <w:p>
      <w:r>
        <w:rPr>
          <w:b/>
        </w:rPr>
        <w:t xml:space="preserve">[42:06] </w:t>
      </w:r>
      <w:r>
        <w:t>It means that. Che significa? We don't know. Noi non sappiamo. The stories.</w:t>
      </w:r>
    </w:p>
    <w:p>
      <w:pPr>
        <w:jc w:val="right"/>
      </w:pPr>
      <w:r>
        <w:t>It means that. Che significa? We don't know. Noi non sappiamo. The stories.</w:t>
      </w:r>
    </w:p>
    <w:p>
      <w:r>
        <w:rPr>
          <w:b/>
        </w:rPr>
        <w:t xml:space="preserve">[42:18] </w:t>
      </w:r>
      <w:r>
        <w:t>Le storie. Of kings and generals. Dei re e dei generali. We know only. Sappiamo solo.</w:t>
      </w:r>
    </w:p>
    <w:p>
      <w:pPr>
        <w:jc w:val="right"/>
      </w:pPr>
      <w:r>
        <w:t>Le storie. Of kings and generals. Dei re e dei generali. We know only. Sappiamo solo.</w:t>
      </w:r>
    </w:p>
    <w:p>
      <w:r>
        <w:rPr>
          <w:b/>
        </w:rPr>
        <w:t xml:space="preserve">[42:27] </w:t>
      </w:r>
      <w:r>
        <w:t>The stories. Le storie. Of.</w:t>
      </w:r>
    </w:p>
    <w:p>
      <w:pPr>
        <w:jc w:val="right"/>
      </w:pPr>
      <w:r>
        <w:t>The stories. Le storie. Of.</w:t>
      </w:r>
    </w:p>
    <w:p>
      <w:r>
        <w:rPr>
          <w:b/>
        </w:rPr>
        <w:t xml:space="preserve">[42:35] </w:t>
      </w:r>
      <w:r>
        <w:t>Love and tolerance. Dell'amore e della tolleranza. This is the true message of Sufi</w:t>
      </w:r>
    </w:p>
    <w:p>
      <w:pPr>
        <w:jc w:val="right"/>
      </w:pPr>
      <w:r>
        <w:t>Love and tolerance. Dell'amore e della tolleranza. This is the true message of Sufi</w:t>
      </w:r>
    </w:p>
    <w:p>
      <w:r>
        <w:rPr>
          <w:b/>
        </w:rPr>
        <w:t xml:space="preserve">[42:46] </w:t>
      </w:r>
      <w:r>
        <w:t>people. Questo è il vero messaggio della gente sufi. Sufi people believe in spirituality. La gente sufi crede nella spiritualità.</w:t>
      </w:r>
    </w:p>
    <w:p>
      <w:pPr>
        <w:jc w:val="right"/>
      </w:pPr>
      <w:r>
        <w:t>people. Questo è il vero messaggio della gente sufi. Sufi people believe in spirituality. La gente sufi crede nella spiritualità.</w:t>
      </w:r>
    </w:p>
    <w:p>
      <w:r>
        <w:rPr>
          <w:b/>
        </w:rPr>
        <w:t xml:space="preserve">[42:58] </w:t>
      </w:r>
      <w:r>
        <w:t>Spirituality means living in peace. Spiritualità significa vivere in pace. Living in peace without hate.</w:t>
      </w:r>
    </w:p>
    <w:p>
      <w:pPr>
        <w:jc w:val="right"/>
      </w:pPr>
      <w:r>
        <w:t>Spirituality means living in peace. Spiritualità significa vivere in pace. Living in peace without hate.</w:t>
      </w:r>
    </w:p>
    <w:p>
      <w:r>
        <w:rPr>
          <w:b/>
        </w:rPr>
        <w:t xml:space="preserve">[43:07] </w:t>
      </w:r>
      <w:r>
        <w:t>Senza odio. Without hate. Senza odio. Sufi has no hate.</w:t>
      </w:r>
    </w:p>
    <w:p>
      <w:pPr>
        <w:jc w:val="right"/>
      </w:pPr>
      <w:r>
        <w:t>Senza odio. Without hate. Senza odio. Sufi has no hate.</w:t>
      </w:r>
    </w:p>
    <w:p>
      <w:r>
        <w:rPr>
          <w:b/>
        </w:rPr>
        <w:t xml:space="preserve">[43:15] </w:t>
      </w:r>
      <w:r>
        <w:t>Il Sufi non ha odio. No hate, no malice. No malizia. No malice.</w:t>
      </w:r>
    </w:p>
    <w:p>
      <w:pPr>
        <w:jc w:val="right"/>
      </w:pPr>
      <w:r>
        <w:t>Il Sufi non ha odio. No hate, no malice. No malizia. No malice.</w:t>
      </w:r>
    </w:p>
    <w:p>
      <w:r>
        <w:rPr>
          <w:b/>
        </w:rPr>
        <w:t xml:space="preserve">[43:25] </w:t>
      </w:r>
      <w:r>
        <w:t>There is a very important hadith. Un consiglio molto importante. That Prophet of Islam has said.</w:t>
      </w:r>
    </w:p>
    <w:p>
      <w:pPr>
        <w:jc w:val="right"/>
      </w:pPr>
      <w:r>
        <w:t>There is a very important hadith. Un consiglio molto importante. That Prophet of Islam has said.</w:t>
      </w:r>
    </w:p>
    <w:p>
      <w:r>
        <w:rPr>
          <w:b/>
        </w:rPr>
        <w:t xml:space="preserve">[43:34] </w:t>
      </w:r>
      <w:r>
        <w:t>Il Profeta ha detto. That if you want to go to paradise. Se vuoi andare in paradiso. Make yourself.</w:t>
      </w:r>
    </w:p>
    <w:p>
      <w:pPr>
        <w:jc w:val="right"/>
      </w:pPr>
      <w:r>
        <w:t>Il Profeta ha detto. That if you want to go to paradise. Se vuoi andare in paradiso. Make yourself.</w:t>
      </w:r>
    </w:p>
    <w:p>
      <w:r>
        <w:rPr>
          <w:b/>
        </w:rPr>
        <w:t xml:space="preserve">[43:44] </w:t>
      </w:r>
      <w:r>
        <w:t>Fai in modo che te stesso. Free from hate. Renditi libero dall'odio. So according to Sufi belief.</w:t>
      </w:r>
    </w:p>
    <w:p>
      <w:pPr>
        <w:jc w:val="right"/>
      </w:pPr>
      <w:r>
        <w:t>Fai in modo che te stesso. Free from hate. Renditi libero dall'odio. So according to Sufi belief.</w:t>
      </w:r>
    </w:p>
    <w:p>
      <w:r>
        <w:rPr>
          <w:b/>
        </w:rPr>
        <w:t xml:space="preserve">[43:53] </w:t>
      </w:r>
      <w:r>
        <w:t>Pertanto in accordo con le credenze sufi. Only those people. Solo le persone che. Will be rewarded paradise.</w:t>
      </w:r>
    </w:p>
    <w:p>
      <w:pPr>
        <w:jc w:val="right"/>
      </w:pPr>
      <w:r>
        <w:t>Pertanto in accordo con le credenze sufi. Only those people. Solo le persone che. Will be rewarded paradise.</w:t>
      </w:r>
    </w:p>
    <w:p>
      <w:r>
        <w:rPr>
          <w:b/>
        </w:rPr>
        <w:t xml:space="preserve">[44:03] </w:t>
      </w:r>
      <w:r>
        <w:t>Vogliono arrivare in paradiso. Who have love in their heart. E le persone che vogliono arrivare al paradiso devono avere l'amore nel cuore.</w:t>
      </w:r>
    </w:p>
    <w:p>
      <w:pPr>
        <w:jc w:val="right"/>
      </w:pPr>
      <w:r>
        <w:t>Vogliono arrivare in paradiso. Who have love in their heart. E le persone che vogliono arrivare al paradiso devono avere l'amore nel cuore.</w:t>
      </w:r>
    </w:p>
    <w:p>
      <w:r>
        <w:rPr>
          <w:b/>
        </w:rPr>
        <w:t xml:space="preserve">[44:14] </w:t>
      </w:r>
      <w:r>
        <w:t>Sufism is religion of love. Sufismo è la religione dell'amore. This is the Sufi religion.</w:t>
      </w:r>
    </w:p>
    <w:p>
      <w:pPr>
        <w:jc w:val="right"/>
      </w:pPr>
      <w:r>
        <w:t>Sufism is religion of love. Sufismo è la religione dell'amore. This is the Sufi religion.</w:t>
      </w:r>
    </w:p>
    <w:p>
      <w:r>
        <w:rPr>
          <w:b/>
        </w:rPr>
        <w:t xml:space="preserve">[44:22] </w:t>
      </w:r>
      <w:r>
        <w:t>Questa è la religione sufi. One who has hate in his mind, in his heart. Qualcuno che ha l'odio nel suo cuore, nella sua mente.</w:t>
      </w:r>
    </w:p>
    <w:p>
      <w:pPr>
        <w:jc w:val="right"/>
      </w:pPr>
      <w:r>
        <w:t>Questa è la religione sufi. One who has hate in his mind, in his heart. Qualcuno che ha l'odio nel suo cuore, nella sua mente.</w:t>
      </w:r>
    </w:p>
    <w:p>
      <w:r>
        <w:rPr>
          <w:b/>
        </w:rPr>
        <w:t xml:space="preserve">[44:32] </w:t>
      </w:r>
      <w:r>
        <w:t>Will not find entry into paradise. Non può entrare in paradiso. He will go to hell. Va all'inferno. Hell. That is fire.</w:t>
      </w:r>
    </w:p>
    <w:p>
      <w:pPr>
        <w:jc w:val="right"/>
      </w:pPr>
      <w:r>
        <w:t>Will not find entry into paradise. Non può entrare in paradiso. He will go to hell. Va all'inferno. Hell. That is fire.</w:t>
      </w:r>
    </w:p>
    <w:p>
      <w:r>
        <w:rPr>
          <w:b/>
        </w:rPr>
        <w:t xml:space="preserve">[44:42] </w:t>
      </w:r>
      <w:r>
        <w:t>Dove c'è il fuoco.</w:t>
      </w:r>
    </w:p>
    <w:p>
      <w:pPr>
        <w:jc w:val="right"/>
      </w:pPr>
      <w:r>
        <w:t>Dove c'è il fuoco.</w:t>
      </w:r>
    </w:p>
    <w:p>
      <w:r>
        <w:rPr>
          <w:b/>
        </w:rPr>
        <w:t xml:space="preserve">[44:46] </w:t>
      </w:r>
      <w:r>
        <w:t>So Sufi people. Così la gente sufi? Sufi people always preach in simplicity.</w:t>
      </w:r>
    </w:p>
    <w:p>
      <w:pPr>
        <w:jc w:val="right"/>
      </w:pPr>
      <w:r>
        <w:t>So Sufi people. Così la gente sufi? Sufi people always preach in simplicity.</w:t>
      </w:r>
    </w:p>
    <w:p>
      <w:r>
        <w:rPr>
          <w:b/>
        </w:rPr>
        <w:t xml:space="preserve">[44:56] </w:t>
      </w:r>
      <w:r>
        <w:t>Credono nella semplicità. Simplicity. Semplicità. And forgiveness. E perdono. And tolerance.</w:t>
      </w:r>
    </w:p>
    <w:p>
      <w:pPr>
        <w:jc w:val="right"/>
      </w:pPr>
      <w:r>
        <w:t>Credono nella semplicità. Simplicity. Semplicità. And forgiveness. E perdono. And tolerance.</w:t>
      </w:r>
    </w:p>
    <w:p>
      <w:r>
        <w:rPr>
          <w:b/>
        </w:rPr>
        <w:t xml:space="preserve">[45:05] </w:t>
      </w:r>
      <w:r>
        <w:t>E tolleranza. And love. E amore. And justice.</w:t>
      </w:r>
    </w:p>
    <w:p>
      <w:pPr>
        <w:jc w:val="right"/>
      </w:pPr>
      <w:r>
        <w:t>E tolleranza. And love. E amore. And justice.</w:t>
      </w:r>
    </w:p>
    <w:p>
      <w:r>
        <w:rPr>
          <w:b/>
        </w:rPr>
        <w:t xml:space="preserve">[45:12] </w:t>
      </w:r>
      <w:r>
        <w:t>E giustizia. Justice. Their teaching was based on human-friendly behavior. Queste sono le basi dell'amicizia e del comportamento umano.</w:t>
      </w:r>
    </w:p>
    <w:p>
      <w:pPr>
        <w:jc w:val="right"/>
      </w:pPr>
      <w:r>
        <w:t>E giustizia. Justice. Their teaching was based on human-friendly behavior. Queste sono le basi dell'amicizia e del comportamento umano.</w:t>
      </w:r>
    </w:p>
    <w:p>
      <w:r>
        <w:rPr>
          <w:b/>
        </w:rPr>
        <w:t xml:space="preserve">[45:25] </w:t>
      </w:r>
      <w:r>
        <w:t>So I have, I myself as a Sufi. E io pertanto come Sufi. I can say that.</w:t>
      </w:r>
    </w:p>
    <w:p>
      <w:pPr>
        <w:jc w:val="right"/>
      </w:pPr>
      <w:r>
        <w:t>So I have, I myself as a Sufi. E io pertanto come Sufi. I can say that.</w:t>
      </w:r>
    </w:p>
    <w:p>
      <w:r>
        <w:rPr>
          <w:b/>
        </w:rPr>
        <w:t xml:space="preserve">[45:34] </w:t>
      </w:r>
      <w:r>
        <w:t>Posso dirvi? I find no hate in my heart to an</w:t>
      </w:r>
    </w:p>
    <w:p>
      <w:pPr>
        <w:jc w:val="right"/>
      </w:pPr>
      <w:r>
        <w:t>Posso dirvi? I find no hate in my heart to an</w:t>
      </w:r>
    </w:p>
    <w:p>
      <w:r>
        <w:rPr>
          <w:b/>
        </w:rPr>
        <w:t xml:space="preserve">[45:39] </w:t>
      </w:r>
      <w:r>
        <w:t>yone. Non trovo odio nel mio cuore per nessuno. I love all. Amo tutti. All the human beings.</w:t>
      </w:r>
    </w:p>
    <w:p>
      <w:pPr>
        <w:jc w:val="right"/>
      </w:pPr>
      <w:r>
        <w:t>yone. Non trovo odio nel mio cuore per nessuno. I love all. Amo tutti. All the human beings.</w:t>
      </w:r>
    </w:p>
    <w:p>
      <w:r>
        <w:rPr>
          <w:b/>
        </w:rPr>
        <w:t xml:space="preserve">[45:49] </w:t>
      </w:r>
      <w:r>
        <w:t>Tutti il genere umano. Are for me our sister and brothers. Tutti sono fratelli e sorelle. And I love.</w:t>
      </w:r>
    </w:p>
    <w:p>
      <w:pPr>
        <w:jc w:val="right"/>
      </w:pPr>
      <w:r>
        <w:t>Tutti il genere umano. Are for me our sister and brothers. Tutti sono fratelli e sorelle. And I love.</w:t>
      </w:r>
    </w:p>
    <w:p>
      <w:r>
        <w:rPr>
          <w:b/>
        </w:rPr>
        <w:t xml:space="preserve">[45:59] </w:t>
      </w:r>
      <w:r>
        <w:t>Not only India, but all the countries of the world. Non amo solo l'India, ma tutti i paesi del mondo.</w:t>
      </w:r>
    </w:p>
    <w:p>
      <w:pPr>
        <w:jc w:val="right"/>
      </w:pPr>
      <w:r>
        <w:t>Not only India, but all the countries of the world. Non amo solo l'India, ma tutti i paesi del mondo.</w:t>
      </w:r>
    </w:p>
    <w:p>
      <w:r>
        <w:rPr>
          <w:b/>
        </w:rPr>
        <w:t xml:space="preserve">[46:07] </w:t>
      </w:r>
      <w:r>
        <w:t>I have visited several times Italy. Ho visitato parecchie volte l'Italia. And found that Italy is a very lovely country. E ho trovato che l'Italia è un paese.</w:t>
      </w:r>
    </w:p>
    <w:p>
      <w:pPr>
        <w:jc w:val="right"/>
      </w:pPr>
      <w:r>
        <w:t>I have visited several times Italy. Ho visitato parecchie volte l'Italia. And found that Italy is a very lovely country. E ho trovato che l'Italia è un paese.</w:t>
      </w:r>
    </w:p>
    <w:p>
      <w:r>
        <w:rPr>
          <w:b/>
        </w:rPr>
        <w:t xml:space="preserve">[46:17] </w:t>
      </w:r>
      <w:r>
        <w:t>Italy is molto amorevole. Italy is a very beautiful country. Molto bello. Italian people are very innocent. Sono molto innocenti?</w:t>
      </w:r>
    </w:p>
    <w:p>
      <w:pPr>
        <w:jc w:val="right"/>
      </w:pPr>
      <w:r>
        <w:t>Italy is molto amorevole. Italy is a very beautiful country. Molto bello. Italian people are very innocent. Sono molto innocenti?</w:t>
      </w:r>
    </w:p>
    <w:p>
      <w:r>
        <w:rPr>
          <w:b/>
        </w:rPr>
        <w:t xml:space="preserve">[46:27] </w:t>
      </w:r>
      <w:r>
        <w:t>Innocent. Gli italiani sono molto innocenti? They love simplicity and love. Amano la semplicità e l'amore.</w:t>
      </w:r>
    </w:p>
    <w:p>
      <w:pPr>
        <w:jc w:val="right"/>
      </w:pPr>
      <w:r>
        <w:t>Innocent. Gli italiani sono molto innocenti? They love simplicity and love. Amano la semplicità e l'amore.</w:t>
      </w:r>
    </w:p>
    <w:p>
      <w:r>
        <w:rPr>
          <w:b/>
        </w:rPr>
        <w:t xml:space="preserve">[46:36] </w:t>
      </w:r>
      <w:r>
        <w:t>So there is, in this sense, Italy is a Sufi land. In questo senso l'Italia è un paese sufi. And also India is a Sufi land.</w:t>
      </w:r>
    </w:p>
    <w:p>
      <w:pPr>
        <w:jc w:val="right"/>
      </w:pPr>
      <w:r>
        <w:t>So there is, in this sense, Italy is a Sufi land. In questo senso l'Italia è un paese sufi. And also India is a Sufi land.</w:t>
      </w:r>
    </w:p>
    <w:p>
      <w:r>
        <w:rPr>
          <w:b/>
        </w:rPr>
        <w:t xml:space="preserve">[46:46] </w:t>
      </w:r>
      <w:r>
        <w:t>E anche l'India è un paese sufi. So both are Sufi lands. Entrambe sono paesi sufi. Indians and Italians are Sufi people.</w:t>
      </w:r>
    </w:p>
    <w:p>
      <w:pPr>
        <w:jc w:val="right"/>
      </w:pPr>
      <w:r>
        <w:t>E anche l'India è un paese sufi. So both are Sufi lands. Entrambe sono paesi sufi. Indians and Italians are Sufi people.</w:t>
      </w:r>
    </w:p>
    <w:p>
      <w:r>
        <w:rPr>
          <w:b/>
        </w:rPr>
        <w:t xml:space="preserve">[46:56] </w:t>
      </w:r>
      <w:r>
        <w:t>E gli italiani e gli indiani sono gente sufi. This is the commonality between Indian and Italian. C'è una comunanza tra l'India e l'Italia.</w:t>
      </w:r>
    </w:p>
    <w:p>
      <w:pPr>
        <w:jc w:val="right"/>
      </w:pPr>
      <w:r>
        <w:t>E gli italiani e gli indiani sono gente sufi. This is the commonality between Indian and Italian. C'è una comunanza tra l'India e l'Italia.</w:t>
      </w:r>
    </w:p>
    <w:p>
      <w:r>
        <w:rPr>
          <w:b/>
        </w:rPr>
        <w:t xml:space="preserve">[47:06] </w:t>
      </w:r>
      <w:r>
        <w:t>so I love Italy just as I love India.</w:t>
      </w:r>
    </w:p>
    <w:p>
      <w:pPr>
        <w:jc w:val="right"/>
      </w:pPr>
      <w:r>
        <w:t>So I love Italy just as I love India.</w:t>
      </w:r>
    </w:p>
    <w:p>
      <w:r>
        <w:rPr>
          <w:b/>
        </w:rPr>
        <w:t xml:space="preserve">[47:11] </w:t>
      </w:r>
      <w:r>
        <w:t>E ama l'Italia così come ama l'India.</w:t>
      </w:r>
    </w:p>
    <w:p>
      <w:pPr>
        <w:jc w:val="right"/>
      </w:pPr>
      <w:r>
        <w:t>E ama l'Italia così come ama l'India.</w:t>
      </w:r>
    </w:p>
    <w:p>
      <w:r>
        <w:rPr>
          <w:b/>
        </w:rPr>
        <w:t xml:space="preserve">[47:15] </w:t>
      </w:r>
      <w:r>
        <w:t>Thank you.</w:t>
      </w:r>
    </w:p>
    <w:p>
      <w:pPr>
        <w:jc w:val="right"/>
      </w:pPr>
      <w:r>
        <w:t>Thank you.</w:t>
      </w:r>
    </w:p>
    <w:p>
      <w:r>
        <w:rPr>
          <w:b/>
        </w:rPr>
        <w:t xml:space="preserve">[47:54] </w:t>
      </w:r>
      <w:r>
        <w:t>You start. No. No, no, no. You may ask more questions. Possiamo fare. Per fare un'altra domanda?</w:t>
      </w:r>
    </w:p>
    <w:p>
      <w:pPr>
        <w:jc w:val="right"/>
      </w:pPr>
      <w:r>
        <w:t>You start. No. No, no, no. You may ask more questions. Possiamo fare. Per fare un'altra domanda?</w:t>
      </w:r>
    </w:p>
    <w:p>
      <w:r>
        <w:rPr>
          <w:b/>
        </w:rPr>
        <w:t xml:space="preserve">[48:03] </w:t>
      </w:r>
      <w:r>
        <w:t>Chi c'era che voleva fare un'altra domanda? Io credo di interpretare il desiderio, il pensiero soprattutto dei più giovani, chiedendo a lei che ha molta esperienza della vita.</w:t>
      </w:r>
    </w:p>
    <w:p>
      <w:pPr>
        <w:jc w:val="right"/>
      </w:pPr>
      <w:r>
        <w:t>Chi c'era che voleva fare un'altra domanda? Io credo di interpretare il desiderio, il pensiero soprattutto dei più giovani, chiedendo a lei che ha molta esperienza della vita.</w:t>
      </w:r>
    </w:p>
    <w:p>
      <w:r>
        <w:rPr>
          <w:b/>
        </w:rPr>
        <w:t xml:space="preserve">[48:20] </w:t>
      </w:r>
      <w:r>
        <w:t>No, no,</w:t>
      </w:r>
    </w:p>
    <w:p>
      <w:pPr>
        <w:jc w:val="right"/>
      </w:pPr>
      <w:r>
        <w:t>No, no,</w:t>
      </w:r>
    </w:p>
    <w:p>
      <w:r>
        <w:rPr>
          <w:b/>
        </w:rPr>
        <w:t xml:space="preserve">[48:21] </w:t>
      </w:r>
      <w:r>
        <w:t>vai. Ecco, come vede il futuro del mondo, ma non tra un secolo, ma tra i prossimi dieci, venti anni, come pensa che il mondo si orienterà?</w:t>
      </w:r>
    </w:p>
    <w:p>
      <w:pPr>
        <w:jc w:val="right"/>
      </w:pPr>
      <w:r>
        <w:t>vai. Ecco, come vede il futuro del mondo, ma non tra un secolo, ma tra i prossimi dieci, venti anni, come pensa che il mondo si orienterà?</w:t>
      </w:r>
    </w:p>
    <w:p>
      <w:r>
        <w:rPr>
          <w:b/>
        </w:rPr>
        <w:t xml:space="preserve">[48:33] </w:t>
      </w:r>
      <w:r>
        <w:t>Cioè, i rapporti tra i popoli, insomma. Would like to know what you think about the future of the world in the next ten, twenty years.</w:t>
      </w:r>
    </w:p>
    <w:p>
      <w:pPr>
        <w:jc w:val="right"/>
      </w:pPr>
      <w:r>
        <w:t>Cioè, i rapporti tra i popoli, insomma. Would like to know what you think about the future of the world in the next ten, twenty years.</w:t>
      </w:r>
    </w:p>
    <w:p>
      <w:r>
        <w:rPr>
          <w:b/>
        </w:rPr>
        <w:t xml:space="preserve">[48:43] </w:t>
      </w:r>
      <w:r>
        <w:t>What do you think will happen?</w:t>
      </w:r>
    </w:p>
    <w:p>
      <w:pPr>
        <w:jc w:val="right"/>
      </w:pPr>
      <w:r>
        <w:t>What do you think will happen?</w:t>
      </w:r>
    </w:p>
    <w:p>
      <w:r>
        <w:rPr>
          <w:b/>
        </w:rPr>
        <w:t xml:space="preserve">[48:50] </w:t>
      </w:r>
      <w:r>
        <w:t>I</w:t>
      </w:r>
    </w:p>
    <w:p>
      <w:pPr>
        <w:jc w:val="right"/>
      </w:pPr>
      <w:r>
        <w:t>I</w:t>
      </w:r>
    </w:p>
    <w:p>
      <w:r>
        <w:rPr>
          <w:b/>
        </w:rPr>
        <w:t xml:space="preserve">[48:52] </w:t>
      </w:r>
      <w:r>
        <w:t>believe in optimism. Lui crede nell'ottimismo. I'm always hopeful. E molta speranza. You know</w:t>
      </w:r>
    </w:p>
    <w:p>
      <w:pPr>
        <w:jc w:val="right"/>
      </w:pPr>
      <w:r>
        <w:t>believe in optimism. Lui crede nell'ottimismo. I'm always hopeful. E molta speranza. You know</w:t>
      </w:r>
    </w:p>
    <w:p>
      <w:r>
        <w:rPr>
          <w:b/>
        </w:rPr>
        <w:t xml:space="preserve">[49:07] </w:t>
      </w:r>
      <w:r>
        <w:t>our, you know that nature loves</w:t>
      </w:r>
    </w:p>
    <w:p>
      <w:pPr>
        <w:jc w:val="right"/>
      </w:pPr>
      <w:r>
        <w:t>our, you know that nature loves</w:t>
      </w:r>
    </w:p>
    <w:p>
      <w:r>
        <w:rPr>
          <w:b/>
        </w:rPr>
        <w:t xml:space="preserve">[49:14] </w:t>
      </w:r>
      <w:r>
        <w:t>light. When there is darkness in night, then there is morning.</w:t>
      </w:r>
    </w:p>
    <w:p>
      <w:pPr>
        <w:jc w:val="right"/>
      </w:pPr>
      <w:r>
        <w:t>light. When there is darkness in night, then there is morning.</w:t>
      </w:r>
    </w:p>
    <w:p>
      <w:r>
        <w:rPr>
          <w:b/>
        </w:rPr>
        <w:t xml:space="preserve">[49:23] </w:t>
      </w:r>
      <w:r>
        <w:t>E praticamente, anche nella natura, dopo il buio della notte c'è il chiarore del mattino. So history is traveling from darkness to light.</w:t>
      </w:r>
    </w:p>
    <w:p>
      <w:pPr>
        <w:jc w:val="right"/>
      </w:pPr>
      <w:r>
        <w:t>E praticamente, anche nella natura, dopo il buio della notte c'è il chiarore del mattino. So history is traveling from darkness to light.</w:t>
      </w:r>
    </w:p>
    <w:p>
      <w:r>
        <w:rPr>
          <w:b/>
        </w:rPr>
        <w:t xml:space="preserve">[49:33] </w:t>
      </w:r>
      <w:r>
        <w:t>E allora lui pensa che stiamo andando dal buio alla luce. History is traveling from</w:t>
      </w:r>
    </w:p>
    <w:p>
      <w:pPr>
        <w:jc w:val="right"/>
      </w:pPr>
      <w:r>
        <w:t>E allora lui pensa che stiamo andando dal buio alla luce. History is traveling from</w:t>
      </w:r>
    </w:p>
    <w:p>
      <w:r>
        <w:rPr>
          <w:b/>
        </w:rPr>
        <w:t xml:space="preserve">[49:44] </w:t>
      </w:r>
      <w:r>
        <w:t>bad to good. La storia si sta cambiando dal cattivo al buono.</w:t>
      </w:r>
    </w:p>
    <w:p>
      <w:pPr>
        <w:jc w:val="right"/>
      </w:pPr>
      <w:r>
        <w:t>bad to good. La storia si sta cambiando dal cattivo al buono.</w:t>
      </w:r>
    </w:p>
    <w:p>
      <w:r>
        <w:rPr>
          <w:b/>
        </w:rPr>
        <w:t xml:space="preserve">[49:49] </w:t>
      </w:r>
      <w:r>
        <w:t>So I am hopeful that the world is going to a better future.</w:t>
      </w:r>
    </w:p>
    <w:p>
      <w:pPr>
        <w:jc w:val="right"/>
      </w:pPr>
      <w:r>
        <w:t>So I am hopeful that the world is going to a better future.</w:t>
      </w:r>
    </w:p>
    <w:p>
      <w:r>
        <w:rPr>
          <w:b/>
        </w:rPr>
        <w:t xml:space="preserve">[49:58] </w:t>
      </w:r>
      <w:r>
        <w:t>Lui pensa che il mondo sta andando verso un futuro migliore. This is law of nature. Questo è nella natura dell'amore.</w:t>
      </w:r>
    </w:p>
    <w:p>
      <w:pPr>
        <w:jc w:val="right"/>
      </w:pPr>
      <w:r>
        <w:t>Lui pensa che il mondo sta andando verso un futuro migliore. This is law of nature. Questo è nella natura dell'amore.</w:t>
      </w:r>
    </w:p>
    <w:p>
      <w:r>
        <w:rPr>
          <w:b/>
        </w:rPr>
        <w:t xml:space="preserve">[50:07] </w:t>
      </w:r>
      <w:r>
        <w:t>This is law of history. La storia dell'amore. So I believe that this will happen.</w:t>
      </w:r>
    </w:p>
    <w:p>
      <w:pPr>
        <w:jc w:val="right"/>
      </w:pPr>
      <w:r>
        <w:t>This is law of history. La storia dell'amore. So I believe that this will happen.</w:t>
      </w:r>
    </w:p>
    <w:p>
      <w:r>
        <w:rPr>
          <w:b/>
        </w:rPr>
        <w:t xml:space="preserve">[50:18] </w:t>
      </w:r>
      <w:r>
        <w:t>Pensa che questo succederà. That we will see a better future in the world very soon. Vedremo un futuro migliore molto presto.</w:t>
      </w:r>
    </w:p>
    <w:p>
      <w:pPr>
        <w:jc w:val="right"/>
      </w:pPr>
      <w:r>
        <w:t>Pensa che questo succederà. That we will see a better future in the world very soon. Vedremo un futuro migliore molto presto.</w:t>
      </w:r>
    </w:p>
    <w:p>
      <w:r>
        <w:rPr>
          <w:b/>
        </w:rPr>
        <w:t xml:space="preserve">[50:31] </w:t>
      </w:r>
      <w:r>
        <w:t>Tu, Giovanni. Thank you. Volevo fare una domanda che non mi ha già previsto, ma volevo chiedere a Sufismo se gi</w:t>
      </w:r>
    </w:p>
    <w:p>
      <w:pPr>
        <w:jc w:val="right"/>
      </w:pPr>
      <w:r>
        <w:t>Tu, Giovanni. Thank you. Volevo fare una domanda che non mi ha già previsto, ma volevo chiedere a Sufismo se gi</w:t>
      </w:r>
    </w:p>
    <w:p>
      <w:r>
        <w:rPr>
          <w:b/>
        </w:rPr>
        <w:t xml:space="preserve">[50:39] </w:t>
      </w:r>
      <w:r>
        <w:t>à si è espresso. Io volevo chiedere il punto di vista di un Sufi musulmano sul conflitto che c'è in Iraq e in Iran, perché il pensiero che possiamo avere noi ovviamente è deviato dal fatto dei lidia,</w:t>
      </w:r>
    </w:p>
    <w:p>
      <w:pPr>
        <w:jc w:val="right"/>
      </w:pPr>
      <w:r>
        <w:t>à si è espresso. Io volevo chiedere il punto di vista di un Sufi musulmano sul conflitto che c'è in Iraq e in Iran, perché il pensiero che possiamo avere noi ovviamente è deviato dal fatto dei lidia,</w:t>
      </w:r>
    </w:p>
    <w:p>
      <w:r>
        <w:rPr>
          <w:b/>
        </w:rPr>
        <w:t xml:space="preserve">[50:59] </w:t>
      </w:r>
      <w:r>
        <w:t>delle cose, quindi da una condizione di vita sociale occidentale rispetto a quello che invece è la condizione musulmana. Volevo chiedere un pensiero su come la ved</w:t>
      </w:r>
    </w:p>
    <w:p>
      <w:pPr>
        <w:jc w:val="right"/>
      </w:pPr>
      <w:r>
        <w:t>delle cose, quindi da una condizione di vita sociale occidentale rispetto a quello che invece è la condizione musulmana. Volevo chiedere un pensiero su come la ved</w:t>
      </w:r>
    </w:p>
    <w:p>
      <w:r>
        <w:rPr>
          <w:b/>
        </w:rPr>
        <w:t xml:space="preserve">[51:10] </w:t>
      </w:r>
      <w:r>
        <w:t>i in questo. Iraq e Iran anche? Quello che succede. Sta succedendo nel mondo tra Iran e Iran. Glad to ask you as a personal experience and Sufi and Muslim, what do you think about the situation in Iraq and in Iran?</w:t>
      </w:r>
    </w:p>
    <w:p>
      <w:pPr>
        <w:jc w:val="right"/>
      </w:pPr>
      <w:r>
        <w:t>i in questo. Iraq e Iran anche? Quello che succede. Sta succedendo nel mondo tra Iran e Iran. Glad to ask you as a personal experience and Sufi and Muslim, what do you think about the situation in Iraq and in Iran?</w:t>
      </w:r>
    </w:p>
    <w:p>
      <w:r>
        <w:rPr>
          <w:b/>
        </w:rPr>
        <w:t xml:space="preserve">[51:27] </w:t>
      </w:r>
      <w:r>
        <w:t>Iraq and Iran? What do you think, I mean as a Sufi or as your personal experience, what do you think of the situation in Iran and Iraq? matlab uske bare mein aap kya b</w:t>
      </w:r>
    </w:p>
    <w:p>
      <w:pPr>
        <w:jc w:val="right"/>
      </w:pPr>
      <w:r>
        <w:t>Iraq and Iran? What do you think, I mean as a Sufi or as your personal experience, what do you think of the situation in Iran and Iraq? मतलब उसके बारे में आप क्या ब</w:t>
      </w:r>
    </w:p>
    <w:p>
      <w:r>
        <w:rPr>
          <w:b/>
        </w:rPr>
        <w:t xml:space="preserve">[51:36] </w:t>
      </w:r>
      <w:r>
        <w:t>olna chahenge? Jo situation abhi hai Iran aur Iraq mein, what would you like to say about it?</w:t>
      </w:r>
    </w:p>
    <w:p>
      <w:pPr>
        <w:jc w:val="right"/>
      </w:pPr>
      <w:r>
        <w:t>ोलना चाहेंगे? जो सिचुएशन अभी है ईरान और इराक में, what would you like to say about it?</w:t>
      </w:r>
    </w:p>
    <w:p>
      <w:r>
        <w:rPr>
          <w:b/>
        </w:rPr>
        <w:t xml:space="preserve">[51:44] </w:t>
      </w:r>
      <w:r>
        <w:t>I think that it is temporary phase of history. Che c'è una questione temporanea. It is not permanent.</w:t>
      </w:r>
    </w:p>
    <w:p>
      <w:pPr>
        <w:jc w:val="right"/>
      </w:pPr>
      <w:r>
        <w:t>I think that it is temporary phase of history. Che c'è una questione temporanea. It is not permanent.</w:t>
      </w:r>
    </w:p>
    <w:p>
      <w:r>
        <w:rPr>
          <w:b/>
        </w:rPr>
        <w:t xml:space="preserve">[51:54] </w:t>
      </w:r>
      <w:r>
        <w:t>Non è permanente. I am quite hopeful. E spera molto. That this situation will change.</w:t>
      </w:r>
    </w:p>
    <w:p>
      <w:pPr>
        <w:jc w:val="right"/>
      </w:pPr>
      <w:r>
        <w:t>Non è permanente. I am quite hopeful. E spera molto. That this situation will change.</w:t>
      </w:r>
    </w:p>
    <w:p>
      <w:r>
        <w:rPr>
          <w:b/>
        </w:rPr>
        <w:t xml:space="preserve">[52:04] </w:t>
      </w:r>
      <w:r>
        <w:t>Che possa cambiare questa situ</w:t>
      </w:r>
    </w:p>
    <w:p>
      <w:pPr>
        <w:jc w:val="right"/>
      </w:pPr>
      <w:r>
        <w:t>Che possa cambiare questa situ</w:t>
      </w:r>
    </w:p>
    <w:p>
      <w:r>
        <w:rPr>
          <w:b/>
        </w:rPr>
        <w:t xml:space="preserve">[52:05] </w:t>
      </w:r>
      <w:r>
        <w:t>azione. And everything will be settled peacefully. E che tutto si sistemi pacificamente.</w:t>
      </w:r>
    </w:p>
    <w:p>
      <w:pPr>
        <w:jc w:val="right"/>
      </w:pPr>
      <w:r>
        <w:t>azione. And everything will be settled peacefully. E che tutto si sistemi pacificamente.</w:t>
      </w:r>
    </w:p>
    <w:p>
      <w:r>
        <w:rPr>
          <w:b/>
        </w:rPr>
        <w:t xml:space="preserve">[52:13] </w:t>
      </w:r>
      <w:r>
        <w:t>This is my belief. Questo è il suo credo. So I'm not pessimist.</w:t>
      </w:r>
    </w:p>
    <w:p>
      <w:pPr>
        <w:jc w:val="right"/>
      </w:pPr>
      <w:r>
        <w:t>This is my belief. Questo è il suo credo. So I'm not pessimist.</w:t>
      </w:r>
    </w:p>
    <w:p>
      <w:r>
        <w:rPr>
          <w:b/>
        </w:rPr>
        <w:t xml:space="preserve">[52:22] </w:t>
      </w:r>
      <w:r>
        <w:t>Non è pessimista.</w:t>
      </w:r>
    </w:p>
    <w:p>
      <w:pPr>
        <w:jc w:val="right"/>
      </w:pPr>
      <w:r>
        <w:t>Non è pessimista.</w:t>
      </w:r>
    </w:p>
    <w:p>
      <w:r>
        <w:rPr>
          <w:b/>
        </w:rPr>
        <w:t xml:space="preserve">[52:26] </w:t>
      </w:r>
      <w:r>
        <w:t>Posso dire in inglese? No, perché gli altri non sentono. E allora prima dice in italiano. E poi in inglese.</w:t>
      </w:r>
    </w:p>
    <w:p>
      <w:pPr>
        <w:jc w:val="right"/>
      </w:pPr>
      <w:r>
        <w:t>Posso dire in inglese? No, perché gli altri non sentono. E allora prima dice in italiano. E poi in inglese.</w:t>
      </w:r>
    </w:p>
    <w:p>
      <w:r>
        <w:rPr>
          <w:b/>
        </w:rPr>
        <w:t xml:space="preserve">[52:33] </w:t>
      </w:r>
      <w:r>
        <w:t>Allora, niente, semplicemente io volevo chiedere, sono stata in diversi paesi arabi e ho cercato della musica sufi e non ho trovato questa facilità nel reperirla.</w:t>
      </w:r>
    </w:p>
    <w:p>
      <w:pPr>
        <w:jc w:val="right"/>
      </w:pPr>
      <w:r>
        <w:t>Allora, niente, semplicemente io volevo chiedere, sono stata in diversi paesi arabi e ho cercato della musica sufi e non ho trovato questa facilità nel reperirla.</w:t>
      </w:r>
    </w:p>
    <w:p>
      <w:r>
        <w:rPr>
          <w:b/>
        </w:rPr>
        <w:t xml:space="preserve">[52:44] </w:t>
      </w:r>
      <w:r>
        <w:t>E quindi volevo chiedervi se è una cosa che loro tengono, insomma, segreta o per quale motivo non è così facile, insomma, trovarla oggi.</w:t>
      </w:r>
    </w:p>
    <w:p>
      <w:pPr>
        <w:jc w:val="right"/>
      </w:pPr>
      <w:r>
        <w:t>E quindi volevo chiedervi se è una cosa che loro tengono, insomma, segreta o per quale motivo non è così facile, insomma, trovarla oggi.</w:t>
      </w:r>
    </w:p>
    <w:p>
      <w:r>
        <w:rPr>
          <w:b/>
        </w:rPr>
        <w:t xml:space="preserve">[52:55] </w:t>
      </w:r>
      <w:r>
        <w:t>I have visited many Arab countries and I have tried to buy some Sufi music and it wasn't so easy to find some Sufi music.</w:t>
      </w:r>
    </w:p>
    <w:p>
      <w:pPr>
        <w:jc w:val="right"/>
      </w:pPr>
      <w:r>
        <w:t>I have visited many Arab countries and I have tried to buy some Sufi music and it wasn't so easy to find some Sufi music.</w:t>
      </w:r>
    </w:p>
    <w:p>
      <w:r>
        <w:rPr>
          <w:b/>
        </w:rPr>
        <w:t xml:space="preserve">[53:05] </w:t>
      </w:r>
      <w:r>
        <w:t>So I'm asking you, are you keeping this as a secret and if all Muslim people are Sufi or not?</w:t>
      </w:r>
    </w:p>
    <w:p>
      <w:pPr>
        <w:jc w:val="right"/>
      </w:pPr>
      <w:r>
        <w:t>So I'm asking you, are you keeping this as a secret and if all Muslim people are Sufi or not?</w:t>
      </w:r>
    </w:p>
    <w:p>
      <w:r>
        <w:rPr>
          <w:b/>
        </w:rPr>
        <w:t xml:space="preserve">[53:14] </w:t>
      </w:r>
      <w:r>
        <w:t>E se tutte le persone musulmane sono Sufi o no? Now she's saying that she has visited many Arab countries and she tried to buy Sufi music or Sufi books, but she was not able to get it because it was not freely available.</w:t>
      </w:r>
    </w:p>
    <w:p>
      <w:pPr>
        <w:jc w:val="right"/>
      </w:pPr>
      <w:r>
        <w:t>E se tutte le persone musulmane sono Sufi o no? Now she's saying that she has visited many Arab countries and she tried to buy Sufi music or Sufi books, but she was not able to get it because it was not freely available.</w:t>
      </w:r>
    </w:p>
    <w:p>
      <w:r>
        <w:rPr>
          <w:b/>
        </w:rPr>
        <w:t xml:space="preserve">[53:29] </w:t>
      </w:r>
      <w:r>
        <w:t>So she said, "Are you trying to keep Sufi as a secret or why is it, or is it that all Muslims are not Sufis?"</w:t>
      </w:r>
    </w:p>
    <w:p>
      <w:pPr>
        <w:jc w:val="right"/>
      </w:pPr>
      <w:r>
        <w:t>So she said, "Are you trying to keep Sufi as a secret or why is it, or is it that all Muslims are not Sufis?"</w:t>
      </w:r>
    </w:p>
    <w:p>
      <w:r>
        <w:rPr>
          <w:b/>
        </w:rPr>
        <w:t xml:space="preserve">[53:40] </w:t>
      </w:r>
      <w:r>
        <w:t>Very nice question. You know, Sufism flourished in Iran and India mostly.</w:t>
      </w:r>
    </w:p>
    <w:p>
      <w:pPr>
        <w:jc w:val="right"/>
      </w:pPr>
      <w:r>
        <w:t>Very nice question. You know, Sufism flourished in Iran and India mostly.</w:t>
      </w:r>
    </w:p>
    <w:p>
      <w:r>
        <w:rPr>
          <w:b/>
        </w:rPr>
        <w:t xml:space="preserve">[53:56] </w:t>
      </w:r>
      <w:r>
        <w:t>Arab people are generally not Sufi, although there are Sufi people in Egypt and Yemen. So every Muslim is not a Sufi.</w:t>
      </w:r>
    </w:p>
    <w:p>
      <w:pPr>
        <w:jc w:val="right"/>
      </w:pPr>
      <w:r>
        <w:t>Arab people are generally not Sufi, although there are Sufi people in Egypt and Yemen. So every Muslim is not a Sufi.</w:t>
      </w:r>
    </w:p>
    <w:p>
      <w:r>
        <w:rPr>
          <w:b/>
        </w:rPr>
        <w:t xml:space="preserve">[54:09] </w:t>
      </w:r>
      <w:r>
        <w:t>E praticamente dice che è un'altra domanda interessante, che il Sufismo è molto diffuso in Iran e in India principalmente, ci sono anche dei Sufi in Egitto e in qualche altro paese, in Yemen.</w:t>
      </w:r>
    </w:p>
    <w:p>
      <w:pPr>
        <w:jc w:val="right"/>
      </w:pPr>
      <w:r>
        <w:t>E praticamente dice che è un'altra domanda interessante, che il Sufismo è molto diffuso in Iran e in India principalmente, ci sono anche dei Sufi in Egitto e in qualche altro paese, in Yemen.</w:t>
      </w:r>
    </w:p>
    <w:p>
      <w:r>
        <w:rPr>
          <w:b/>
        </w:rPr>
        <w:t xml:space="preserve">[54:23] </w:t>
      </w:r>
      <w:r>
        <w:t>You know, the first Sufi was Hasan Basri. He was from Basra. Il primo Sufi era Hassan Basri. That is in Iran.</w:t>
      </w:r>
    </w:p>
    <w:p>
      <w:pPr>
        <w:jc w:val="right"/>
      </w:pPr>
      <w:r>
        <w:t>You know, the first Sufi was Hasan Basri. He was from Basra. Il primo Sufi era Hassan Basri. That is in Iran.</w:t>
      </w:r>
    </w:p>
    <w:p>
      <w:r>
        <w:rPr>
          <w:b/>
        </w:rPr>
        <w:t xml:space="preserve">[54:35] </w:t>
      </w:r>
      <w:r>
        <w:t>In Iran. Hassan Basri. Then there are so many Sufis in Iran and India. Also you find so many Sufis in Turkey.</w:t>
      </w:r>
    </w:p>
    <w:p>
      <w:pPr>
        <w:jc w:val="right"/>
      </w:pPr>
      <w:r>
        <w:t>In Iran. Hassan Basri. Then there are so many Sufis in Iran and India. Also you find so many Sufis in Turkey.</w:t>
      </w:r>
    </w:p>
    <w:p>
      <w:r>
        <w:rPr>
          <w:b/>
        </w:rPr>
        <w:t xml:space="preserve">[54:45] </w:t>
      </w:r>
      <w:r>
        <w:t>E ci sono molti Sufi in India e in Iran e qualcuno anche in Turchia.</w:t>
      </w:r>
    </w:p>
    <w:p>
      <w:pPr>
        <w:jc w:val="right"/>
      </w:pPr>
      <w:r>
        <w:t>E ci sono molti Sufi in India e in Iran e qualcuno anche in Turchia.</w:t>
      </w:r>
    </w:p>
    <w:p>
      <w:r>
        <w:rPr>
          <w:b/>
        </w:rPr>
        <w:t xml:space="preserve">[54:51] </w:t>
      </w:r>
      <w:r>
        <w:t>So Sufism is quite Islamic. There is no doubt about it. Il Sufismo fa parte dell'Islam?</w:t>
      </w:r>
    </w:p>
    <w:p>
      <w:pPr>
        <w:jc w:val="right"/>
      </w:pPr>
      <w:r>
        <w:t>So Sufism is quite Islamic. There is no doubt about it. Il Sufismo fa parte dell'Islam?</w:t>
      </w:r>
    </w:p>
    <w:p>
      <w:r>
        <w:rPr>
          <w:b/>
        </w:rPr>
        <w:t xml:space="preserve">[55:01] </w:t>
      </w:r>
      <w:r>
        <w:t>Although every Muslim is not a Sufi. Anche se non tutti i musulmani sono Sufi. The Sufi is an Islamic discipline. Sono due cose diverse.</w:t>
      </w:r>
    </w:p>
    <w:p>
      <w:pPr>
        <w:jc w:val="right"/>
      </w:pPr>
      <w:r>
        <w:t>Although every Muslim is not a Sufi. Anche se non tutti i musulmani sono Sufi. The Sufi is an Islamic discipline. Sono due cose diverse.</w:t>
      </w:r>
    </w:p>
    <w:p>
      <w:r>
        <w:rPr>
          <w:b/>
        </w:rPr>
        <w:t xml:space="preserve">[55:12] </w:t>
      </w:r>
      <w:r>
        <w:t>Sufismo e musulmanesimo sono due cose diverse. I love Sufism and there are million and million Muslims who love Sufism.</w:t>
      </w:r>
    </w:p>
    <w:p>
      <w:pPr>
        <w:jc w:val="right"/>
      </w:pPr>
      <w:r>
        <w:t>Sufismo e musulmanesimo sono due cose diverse. I love Sufism and there are million and million Muslims who love Sufism.</w:t>
      </w:r>
    </w:p>
    <w:p>
      <w:r>
        <w:rPr>
          <w:b/>
        </w:rPr>
        <w:t xml:space="preserve">[55:22] </w:t>
      </w:r>
      <w:r>
        <w:t>Lui ama.</w:t>
      </w:r>
    </w:p>
    <w:p>
      <w:pPr>
        <w:jc w:val="right"/>
      </w:pPr>
      <w:r>
        <w:t>Lui ama.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