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Part 2 March 26, 2006 Maulana Wahiduddin Khan</w:t>
      </w:r>
    </w:p>
    <w:p>
      <w:r>
        <w:t>https://www.youtube.com/watch?v=W-W_DKST1dw</w:t>
      </w:r>
    </w:p>
    <w:p>
      <w:r>
        <w:rPr>
          <w:b/>
        </w:rPr>
        <w:t xml:space="preserve">[00:14] </w:t>
      </w:r>
      <w:r>
        <w:t>bismillah rahman rahim. wa salallahu ala nabiyyil karim.</w:t>
      </w:r>
    </w:p>
    <w:p>
      <w:pPr>
        <w:jc w:val="right"/>
      </w:pPr>
      <w:r>
        <w:t>بسم اللہ الرحمن الرحیم، وصلی اللہ علی النبی الکریم۔</w:t>
      </w:r>
    </w:p>
    <w:p>
      <w:r>
        <w:rPr>
          <w:b/>
        </w:rPr>
        <w:t xml:space="preserve">[00:26] </w:t>
      </w:r>
      <w:r>
        <w:t>quran mein kai baatein aisi hain jo kisi bhi doosri kitaab mein nahin milti, chahe woh secular kitaab ho ya religious kitaab ho.</w:t>
      </w:r>
    </w:p>
    <w:p>
      <w:pPr>
        <w:jc w:val="right"/>
      </w:pPr>
      <w:r>
        <w:t>قرآن میں کئی باتیں ایسی ہیں جو کسی بھی دوسری کتاب میں نہیں ملتی، چاہے وہ سیکولر کتاب ہو یا ریلیجس کتاب ہو۔</w:t>
      </w:r>
    </w:p>
    <w:p>
      <w:r>
        <w:rPr>
          <w:b/>
        </w:rPr>
        <w:t xml:space="preserve">[00:43] </w:t>
      </w:r>
      <w:r>
        <w:t>is mein se ek yeh hai ke quran khud yeh batata hai ke woh kaun sa criterion hai jis se aap judge kar sakte hain is ki sachai ko.</w:t>
      </w:r>
    </w:p>
    <w:p>
      <w:pPr>
        <w:jc w:val="right"/>
      </w:pPr>
      <w:r>
        <w:t>اس میں سے ایک یہ ہے کہ قرآن خود یہ بتاتا ہے کہ وہ کون سا کرائٹیرین ہے جس سے آپ جج کر سکتے ہیں اس کی سچائی کو۔</w:t>
      </w:r>
    </w:p>
    <w:p>
      <w:r>
        <w:rPr>
          <w:b/>
        </w:rPr>
        <w:t xml:space="preserve">[00:59] </w:t>
      </w:r>
      <w:r>
        <w:t>mujhe kam az kam kisi bhi secular ya religious book mein yeh nahin mila ke woh khud ek criterion de. hum alag se khud se criterion banate hain is ko jaanchne ke liye.</w:t>
      </w:r>
    </w:p>
    <w:p>
      <w:pPr>
        <w:jc w:val="right"/>
      </w:pPr>
      <w:r>
        <w:t>مجھے کم از کم کسی بھی سیکولر یا ریلیجس بک میں یہ نہیں ملا کہ وہ خود ایک کرائٹیرین دے۔ ہم الگ سے خود سے کرائٹیرین بناتے ہیں اس کو جانچنے کے لیے۔</w:t>
      </w:r>
    </w:p>
    <w:p>
      <w:r>
        <w:rPr>
          <w:b/>
        </w:rPr>
        <w:t xml:space="preserve">[01:14] </w:t>
      </w:r>
      <w:r>
        <w:t>to quran ki pehli ayat hi mein yeh criterion milta hai: zлик al kitabu la raiba feeh. yaani quran yeh ka yeh claim hai ya ek challenge hai ke quran mein koi bhi cheez tum ko doubt full nahin mile gi.</w:t>
      </w:r>
    </w:p>
    <w:p>
      <w:pPr>
        <w:jc w:val="right"/>
      </w:pPr>
      <w:r>
        <w:t>تو قرآن کی پہلی آیت ہی میں یہ کرائٹیرین ملتا ہے: ذالک الکتاب اللہ رب فیہ۔ یعنی قرآن یہ کا یہ کلیم ہے یا ایک چیلنج ہے کہ قرآن میں کوئی بھی چیز تم کو ڈاؤٹ فل نہیں ملے گی۔</w:t>
      </w:r>
    </w:p>
    <w:p>
      <w:r>
        <w:rPr>
          <w:b/>
        </w:rPr>
        <w:t xml:space="preserve">[01:35] </w:t>
      </w:r>
      <w:r>
        <w:t>yeh this is the book, and there is no doubt in it. to kya quran ne khud hi aap ke haath mein woh criterion de diya jis se aap judge kar ke jaan saken ke kya yeh kitaab sachi kitaab hai?</w:t>
      </w:r>
    </w:p>
    <w:p>
      <w:pPr>
        <w:jc w:val="right"/>
      </w:pPr>
      <w:r>
        <w:t>یہ دس از دا بک، اینڈ دیر از نو ڈاؤٹ ان اٹ۔ تو کیا قرآن نے خود ہی آپ کے ہاتھ میں وہ کرائٹیرین دے دیا جس سے آپ جج کر کے جان سکیں کہ کیا یہ کتاب سچی کتاب ہے؟</w:t>
      </w:r>
    </w:p>
    <w:p>
      <w:r>
        <w:rPr>
          <w:b/>
        </w:rPr>
        <w:t xml:space="preserve">[01:59] </w:t>
      </w:r>
      <w:r>
        <w:t>sachi ka matlab kya hai? ek aisi kitaab jis par aap sach much believe kar saken, sach much yaqeen kar saken, jis ko maanne par aap majboor hon.</w:t>
      </w:r>
    </w:p>
    <w:p>
      <w:pPr>
        <w:jc w:val="right"/>
      </w:pPr>
      <w:r>
        <w:t>سچی کا مطلب کیا ہے؟ ایک ایسی کتاب جس پر آپ سچ مچ بیلیو کر سکیں، سچ مچ یقین کر سکیں، جس کو ماننے پر آپ مجبور ہوں۔</w:t>
      </w:r>
    </w:p>
    <w:p>
      <w:r>
        <w:rPr>
          <w:b/>
        </w:rPr>
        <w:t xml:space="preserve">[02:14] </w:t>
      </w:r>
      <w:r>
        <w:t>to is par maine kai kitaabein likhi hain, azmat e quran waghera. is mein aap detail dekh sakte hain.</w:t>
      </w:r>
    </w:p>
    <w:p>
      <w:pPr>
        <w:jc w:val="right"/>
      </w:pPr>
      <w:r>
        <w:t>تو اس پر میں نے کئی کتابیں لکھی ہیں، عظمت قرآن وغیرہ۔ اس میں آپ ڈیٹیل دیکھ سکتے ہیں۔</w:t>
      </w:r>
    </w:p>
    <w:p>
      <w:r>
        <w:rPr>
          <w:b/>
        </w:rPr>
        <w:t xml:space="preserve">[02:26] </w:t>
      </w:r>
      <w:r>
        <w:t>is mein se ek kitaab, is mein se ek baat jis ka abhi maine zikr kiya, woh hai historical criterion,</w:t>
      </w:r>
    </w:p>
    <w:p>
      <w:pPr>
        <w:jc w:val="right"/>
      </w:pPr>
      <w:r>
        <w:t>اس میں سے ایک کتاب، اس میں سے ایک بات جس کا ابھی میں نے ذکر کیا، وہ ہے ہسٹاریکل کرائٹیرین،</w:t>
      </w:r>
    </w:p>
    <w:p>
      <w:r>
        <w:rPr>
          <w:b/>
        </w:rPr>
        <w:t xml:space="preserve">[02:39] </w:t>
      </w:r>
      <w:r>
        <w:t>tareekh ka mayar. to maine aap ko bataya ke quran mein ek aisi baat history se taalluq rakhne wali, history se taalluq rakhne wali ek kitaab, history se taalluq rakhne wali ek baat ka ailaan kiya gaya seven century a.d. ke shuru mein</w:t>
      </w:r>
    </w:p>
    <w:p>
      <w:pPr>
        <w:jc w:val="right"/>
      </w:pPr>
      <w:r>
        <w:t>تاریخ کا معیار۔ تو میں نے آپ کو بتایا کہ قرآن میں ایک ایسی بات ہسٹری سے تعلق رکھنے والی، ہسٹری سے تعلق رکھنے والی ایک کتاب، ہسٹری سے تعلق رکھنے والی ایک بات کا اعلان کیا گیا سیون سینچری اے ڈی کے شروع میں</w:t>
      </w:r>
    </w:p>
    <w:p>
      <w:r>
        <w:rPr>
          <w:b/>
        </w:rPr>
        <w:t xml:space="preserve">[03:05] </w:t>
      </w:r>
      <w:r>
        <w:t>ke pharaoh ka jo body hai, us ke marne ke baad woh preserve hai. yeh ek anokha ailaan tha us waqt kyunke saari duniya mein koi ek aadmi aisa nahin tha jo yeh jaanta ho ke pharaoh ka body preserve hai.</w:t>
      </w:r>
    </w:p>
    <w:p>
      <w:pPr>
        <w:jc w:val="right"/>
      </w:pPr>
      <w:r>
        <w:t>کہ فیرو کا جو باڈی ہے، اس کے مرنے کے بعد وہ پریزرو ہے۔ یہ ایک انوکھا اعلان تھا اس وقت کیونکہ ساری دنیا میں کوئی ایک آدمی ایسا نہیں تھا جو یہ جانتا ہو کہ فیرو کا باڈی پریزرو ہے۔</w:t>
      </w:r>
    </w:p>
    <w:p>
      <w:r>
        <w:rPr>
          <w:b/>
        </w:rPr>
        <w:t xml:space="preserve">[03:22] </w:t>
      </w:r>
      <w:r>
        <w:t>yahan tak ke khud prophet bhi nahin jante the. koi prophet ko pata nahin tha ke is ka firo ka body kahan hai. aap ke companion, quran ki commentary likhne wale, hazar saal tak jo scholar paida hui hai, kisi ko pata nahin tha.</w:t>
      </w:r>
    </w:p>
    <w:p>
      <w:pPr>
        <w:jc w:val="right"/>
      </w:pPr>
      <w:r>
        <w:t>یہاں تک کہ خود پرافٹ بھی نہیں جانتے تھے۔ کوئی پرافٹ کو پتہ نہیں تھا کہ اس کا فیرو کا باڈی کہاں ہے۔ آپ کے کمپینین، قرآن کی کمنٹری لکھنے والے، ہزار سال تک جو اسکالر پیدا ہوئی ہے، کسی کو پتہ نہیں تھا۔</w:t>
      </w:r>
    </w:p>
    <w:p>
      <w:r>
        <w:rPr>
          <w:b/>
        </w:rPr>
        <w:t xml:space="preserve">[03:40] </w:t>
      </w:r>
      <w:r>
        <w:t>jab dunya ko pata nahin tha to in ko kahan se pata hota? to ek bari anokhi baat thi ke history mein jo cheez un known thi, us ko quran ne kaha ke woh body hai aur woh body ek waqt mein logon ke samne aa jayegi.</w:t>
      </w:r>
    </w:p>
    <w:p>
      <w:pPr>
        <w:jc w:val="right"/>
      </w:pPr>
      <w:r>
        <w:t>جب دنیا کو پتہ نہیں تھا تو ان کو کہاں سے پتہ ہوتا؟ تو ایک بڑی انوکھی بات تھی کہ ہسٹری میں جو چیز ان نون تھی، اس کو قرآن نے کہا کہ وہ باڈی ہے اور وہ باڈی ایک وقت میں لوگوں کے سامنے آ جائے گا۔</w:t>
      </w:r>
    </w:p>
    <w:p>
      <w:r>
        <w:rPr>
          <w:b/>
        </w:rPr>
        <w:t xml:space="preserve">[04:01] </w:t>
      </w:r>
      <w:r>
        <w:t>to jaisa ke maine arz kiya, 19 century ke akhir mein european scholars ne cairo ke pyramid se nikala is body ko aur ab woh body cairo ke museum mein ek glass ke frame mein maujood hai.</w:t>
      </w:r>
    </w:p>
    <w:p>
      <w:pPr>
        <w:jc w:val="right"/>
      </w:pPr>
      <w:r>
        <w:t>تو جیسا کہ میں نے عرض کیا، 19 سینچری کے آخر میں یورپین اسکالرز نے کیرو کے پیرامڈ سے نکالا اس باڈی کو اور اب وہ باڈی کیرو کے میوزیم میں ایک گلاس کے فریم میں موجود ہے۔</w:t>
      </w:r>
    </w:p>
    <w:p>
      <w:r>
        <w:rPr>
          <w:b/>
        </w:rPr>
        <w:t xml:space="preserve">[04:28] </w:t>
      </w:r>
      <w:r>
        <w:t>aur scientific method ko apply kar ke yeh maloom ho chuka hai ke yeh body wohi hai jo moses ka contemporary firo tha, usi ki hai.</w:t>
      </w:r>
    </w:p>
    <w:p>
      <w:pPr>
        <w:jc w:val="right"/>
      </w:pPr>
      <w:r>
        <w:t>اور سائنٹیفک میتھڈ کو اپلائی کر کے یہ معلوم ہو چکا ہے کہ یہ باڈی وہی ہے جو موزز کا کنٹیمپرری فیرو تھا، اسی کی ہے۔</w:t>
      </w:r>
    </w:p>
    <w:p>
      <w:r>
        <w:rPr>
          <w:b/>
        </w:rPr>
        <w:t xml:space="preserve">[04:44] </w:t>
      </w:r>
      <w:r>
        <w:t>kaisa anokha yeh waqia hai!</w:t>
      </w:r>
    </w:p>
    <w:p>
      <w:pPr>
        <w:jc w:val="right"/>
      </w:pPr>
      <w:r>
        <w:t>کیسا انوکھا یہ واقعہ ہے!</w:t>
      </w:r>
    </w:p>
    <w:p>
      <w:r>
        <w:rPr>
          <w:b/>
        </w:rPr>
        <w:t xml:space="preserve">[04:50] </w:t>
      </w:r>
      <w:r>
        <w:t>main samajhta hoon ke yahi ek waqia kafi hai manane ke liye ke quran ka author koi insan nahin hai. kyunke insan na janta tha, na jan sakta tha aisi ek baat ko.</w:t>
      </w:r>
    </w:p>
    <w:p>
      <w:pPr>
        <w:jc w:val="right"/>
      </w:pPr>
      <w:r>
        <w:t>میں سمجھتا ہوں کہ یہی ایک واقعہ کافی ہے ماننے کے لیے کہ قرآن کا اتھر کوئی انسان نہیں ہے۔ کیونکہ انسان نہ جانتا تھا، نہ جان سکتا تھا ایسی ایک بات کو۔</w:t>
      </w:r>
    </w:p>
    <w:p>
      <w:r>
        <w:rPr>
          <w:b/>
        </w:rPr>
        <w:t xml:space="preserve">[05:06] </w:t>
      </w:r>
      <w:r>
        <w:t>koi na to janta tha, na koi jan sakta hai aisi ek baat ko. sirf khuda jan sakta hai jo alam ul ghaib hai, alam ul ghaib wash shahada.</w:t>
      </w:r>
    </w:p>
    <w:p>
      <w:pPr>
        <w:jc w:val="right"/>
      </w:pPr>
      <w:r>
        <w:t>کوئی نہ تو جانتا تھا، نہ کوئی جان سکتا ہے ایسی ایک بات کو۔ صرف خدا جان سکتا ہے جو عالم الغیب ہے، عالم الغیب والشہادہ۔</w:t>
      </w:r>
    </w:p>
    <w:p>
      <w:r>
        <w:rPr>
          <w:b/>
        </w:rPr>
        <w:t xml:space="preserve">[05:19] </w:t>
      </w:r>
      <w:r>
        <w:t>to main samajh</w:t>
      </w:r>
    </w:p>
    <w:p>
      <w:pPr>
        <w:jc w:val="right"/>
      </w:pPr>
      <w:r>
        <w:t>تو میں سمج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