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The Quran Part 1 March 26, 2006 Maulana Wahiduddin Khan</w:t>
      </w:r>
    </w:p>
    <w:p>
      <w:r>
        <w:t>https://www.youtube.com/watch?v=krrs0ZKgnb8</w:t>
      </w:r>
    </w:p>
    <w:p>
      <w:r>
        <w:rPr>
          <w:b/>
        </w:rPr>
        <w:t xml:space="preserve">[00:14] </w:t>
      </w:r>
      <w:r>
        <w:t>bismillah rahman rahim, wa salla Allahu ala an nabiyyil karim.</w:t>
      </w:r>
    </w:p>
    <w:p>
      <w:pPr>
        <w:jc w:val="right"/>
      </w:pPr>
      <w:r>
        <w:t>بسم اللہ الرحمن الرحیم، وصلی اللہ علی النبی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[00:37] </w:t>
      </w:r>
      <w:r>
        <w:t>aaj mujhe inshallah quran ke bare mein kuch kehna hai.</w:t>
      </w:r>
    </w:p>
    <w:p>
      <w:pPr>
        <w:jc w:val="right"/>
      </w:pPr>
      <w:r>
        <w:t>آج مجھے انشاءاللہ قرآن کے بارے میں کچھ کہنا ہے۔</w:t>
      </w:r>
    </w:p>
    <w:p>
      <w:r>
        <w:rPr>
          <w:b/>
        </w:rPr>
        <w:t xml:space="preserve">[00:49] </w:t>
      </w:r>
      <w:r>
        <w:t>asal topic par apni baat shuru karne se pehle main</w:t>
      </w:r>
    </w:p>
    <w:p>
      <w:pPr>
        <w:jc w:val="right"/>
      </w:pPr>
      <w:r>
        <w:t>اصل ٹاپک پر اپنی بات شروع کرنے سے پہلے میں</w:t>
      </w:r>
    </w:p>
    <w:p>
      <w:r>
        <w:rPr>
          <w:b/>
        </w:rPr>
        <w:t xml:space="preserve">[00:59] </w:t>
      </w:r>
      <w:r>
        <w:t>ek incidents ka zikr karna chahta hoon jo abhi kal sham ko pesh aya.</w:t>
      </w:r>
    </w:p>
    <w:p>
      <w:pPr>
        <w:jc w:val="right"/>
      </w:pPr>
      <w:r>
        <w:t>ایک انسیڈنٹس کا ذکر کرنا چاہتا ہوں جو ابھی کل شام کو پیش آیا۔</w:t>
      </w:r>
    </w:p>
    <w:p>
      <w:r>
        <w:rPr>
          <w:b/>
        </w:rPr>
        <w:t xml:space="preserve">[01:06] </w:t>
      </w:r>
      <w:r>
        <w:t>kal sham ko mujhe ek tv channel mein bulaya gaya tha.</w:t>
      </w:r>
    </w:p>
    <w:p>
      <w:pPr>
        <w:jc w:val="right"/>
      </w:pPr>
      <w:r>
        <w:t>کل شام کو مجھے ایک ٹی وی چینل میں بلایا گیا تھا۔</w:t>
      </w:r>
    </w:p>
    <w:p>
      <w:r>
        <w:rPr>
          <w:b/>
        </w:rPr>
        <w:t xml:space="preserve">[01:16] </w:t>
      </w:r>
      <w:r>
        <w:t>wahan main bhi gaya tha aur mere sath rajat malhotra, yusuf malhotra, aur raziya aur sadia, yeh log bhi maujood the, mere sath gaye the.</w:t>
      </w:r>
    </w:p>
    <w:p>
      <w:pPr>
        <w:jc w:val="right"/>
      </w:pPr>
      <w:r>
        <w:t>وہاں میں بھی گیا تھا اور میرے ساتھ رجت ملہوترا، یوسف ملہوترا، اور راضیہ اور سعدیہ، یہ لوگ بھی موجود تھے، میرے ساتھ گئے تھے۔</w:t>
      </w:r>
    </w:p>
    <w:p>
      <w:r>
        <w:rPr>
          <w:b/>
        </w:rPr>
        <w:t xml:space="preserve">[01:32] </w:t>
      </w:r>
      <w:r>
        <w:t>wahan unhon ne bohat se logon ko ikatha kiya tha, hindu aur musalman dono.</w:t>
      </w:r>
    </w:p>
    <w:p>
      <w:pPr>
        <w:jc w:val="right"/>
      </w:pPr>
      <w:r>
        <w:t>وہاں انہوں نے بہت سائلوں کو اکٹھا کیا تھا، ہندو اور مسلمان دونوں۔</w:t>
      </w:r>
    </w:p>
    <w:p>
      <w:r>
        <w:rPr>
          <w:b/>
        </w:rPr>
        <w:t xml:space="preserve">[01:41] </w:t>
      </w:r>
      <w:r>
        <w:t>aur topic yeh tha ke hindu aur muslim ke beech mein bhai chara kaise barhaya jaye.</w:t>
      </w:r>
    </w:p>
    <w:p>
      <w:pPr>
        <w:jc w:val="right"/>
      </w:pPr>
      <w:r>
        <w:t>اور ٹاپک یہ تھا کہ ہندو اور مسلم کے بیچ میں بھائی چارہ کیسے بڑھایا جائے۔</w:t>
      </w:r>
    </w:p>
    <w:p>
      <w:r>
        <w:rPr>
          <w:b/>
        </w:rPr>
        <w:t xml:space="preserve">[01:53] </w:t>
      </w:r>
      <w:r>
        <w:t>lekin woh</w:t>
      </w:r>
    </w:p>
    <w:p>
      <w:pPr>
        <w:jc w:val="right"/>
      </w:pPr>
      <w:r>
        <w:t>لیکن وہ</w:t>
      </w:r>
    </w:p>
    <w:p>
      <w:r>
        <w:rPr>
          <w:b/>
        </w:rPr>
        <w:t xml:space="preserve">[01:56] </w:t>
      </w:r>
      <w:r>
        <w:t>jin logon ne dekha hai woh samajhte hain is cheez ko ke woh ek pandemonium ban gaya tha. shor shor shor.</w:t>
      </w:r>
    </w:p>
    <w:p>
      <w:pPr>
        <w:jc w:val="right"/>
      </w:pPr>
      <w:r>
        <w:t>جن لوگوں نے دیکھا ہے وہ سمجھتے ہیں اس چیز کو کہ وہ ایک پینڈیمونیم بن گیا تھا۔ شور شور شور۔</w:t>
      </w:r>
    </w:p>
    <w:p>
      <w:r>
        <w:rPr>
          <w:b/>
        </w:rPr>
        <w:t xml:space="preserve">[02:07] </w:t>
      </w:r>
      <w:r>
        <w:t>main to do char sentences bola phir chup chap baitha raha akhir tak.</w:t>
      </w:r>
    </w:p>
    <w:p>
      <w:pPr>
        <w:jc w:val="right"/>
      </w:pPr>
      <w:r>
        <w:t>میں تو دو چار سینٹنس بولا پھر چپ چاپ بیٹھا رہا آخر تک۔</w:t>
      </w:r>
    </w:p>
    <w:p>
      <w:r>
        <w:rPr>
          <w:b/>
        </w:rPr>
        <w:t xml:space="preserve">[02:15] </w:t>
      </w:r>
      <w:r>
        <w:t>ek bohat hi zyada dukh bhara experience tha.</w:t>
      </w:r>
    </w:p>
    <w:p>
      <w:pPr>
        <w:jc w:val="right"/>
      </w:pPr>
      <w:r>
        <w:t>ایک بہت ہی زیادہ دکھ بھرا ایکسپیرینس تھا۔</w:t>
      </w:r>
    </w:p>
    <w:p>
      <w:r>
        <w:rPr>
          <w:b/>
        </w:rPr>
        <w:t xml:space="preserve">[02:22] </w:t>
      </w:r>
      <w:r>
        <w:t>hamari aaj ki jo society hai woh wahan dikhai de rahi thi. hamari aaj ki society kya janti hai?</w:t>
      </w:r>
    </w:p>
    <w:p>
      <w:pPr>
        <w:jc w:val="right"/>
      </w:pPr>
      <w:r>
        <w:t>ہماری آج کی جو سوسائٹی ہے وہ وہاں دکھائی دے رہی تھی۔ ہماری آج کی سوسائٹی کیا جانتی ہے؟</w:t>
      </w:r>
    </w:p>
    <w:p>
      <w:r>
        <w:rPr>
          <w:b/>
        </w:rPr>
        <w:t xml:space="preserve">[02:32] </w:t>
      </w:r>
      <w:r>
        <w:t>sirf ek baat: complain protest, complain protest, aur akhir mein violence.</w:t>
      </w:r>
    </w:p>
    <w:p>
      <w:pPr>
        <w:jc w:val="right"/>
      </w:pPr>
      <w:r>
        <w:t>صرف ایک بات: کمپلین پروٹیسٹ، کمپلین پروٹیسٹ، اور آخر میں وائلنس۔</w:t>
      </w:r>
    </w:p>
    <w:p>
      <w:r>
        <w:rPr>
          <w:b/>
        </w:rPr>
        <w:t xml:space="preserve">[02:43] </w:t>
      </w:r>
      <w:r>
        <w:t>dono communities ke log jo hain ek hi raste ko follow kar rahe the.</w:t>
      </w:r>
    </w:p>
    <w:p>
      <w:pPr>
        <w:jc w:val="right"/>
      </w:pPr>
      <w:r>
        <w:t>دونوں کمیونٹیز کے لوگ جو ہیں ایک ہی راستے کو فالو کر رہے تھے۔</w:t>
      </w:r>
    </w:p>
    <w:p>
      <w:r>
        <w:rPr>
          <w:b/>
        </w:rPr>
        <w:t xml:space="preserve">[02:48] </w:t>
      </w:r>
      <w:r>
        <w:t>har ek apni complain, apni protest ke liye baitha tha. koi kisi ki baat sunne ke liye tayyar nahin tha.</w:t>
      </w:r>
    </w:p>
    <w:p>
      <w:pPr>
        <w:jc w:val="right"/>
      </w:pPr>
      <w:r>
        <w:t>ہر ایک اپنی کمپلین، اپنی پروٹیسٹ کے لیے بیٹھا تھا۔ کوئی کسی کی بات سننے کے لیے تیار نہیں تھا۔</w:t>
      </w:r>
    </w:p>
    <w:p>
      <w:r>
        <w:rPr>
          <w:b/>
        </w:rPr>
        <w:t xml:space="preserve">[02:59] </w:t>
      </w:r>
      <w:r>
        <w:t>lekin is mein mujhe aik experience hua,</w:t>
      </w:r>
    </w:p>
    <w:p>
      <w:pPr>
        <w:jc w:val="right"/>
      </w:pPr>
      <w:r>
        <w:t>لیکن اس میں مجھے ایک ایکسپیرینس ہوا،</w:t>
      </w:r>
    </w:p>
    <w:p>
      <w:r>
        <w:rPr>
          <w:b/>
        </w:rPr>
        <w:t xml:space="preserve">[03:05] </w:t>
      </w:r>
      <w:r>
        <w:t>abhi aaj subah, ke maine kal wale tajrubay ko ya kal ke kal ki meeting ko jab mein aaj hamari jo yeh CPS ki meeting hai is se maine compare kiya.</w:t>
      </w:r>
    </w:p>
    <w:p>
      <w:pPr>
        <w:jc w:val="right"/>
      </w:pPr>
      <w:r>
        <w:t>ابھی آج صبح، کہ میں نے کل والے تجربے کو یا کل کے کل کی میٹنگ کو جب میں آج ہماری جو یہ سی پی ایس کی میٹنگ ہے اس سے میں نے کمپیئر کیا۔</w:t>
      </w:r>
    </w:p>
    <w:p>
      <w:r>
        <w:rPr>
          <w:b/>
        </w:rPr>
        <w:t xml:space="preserve">[03:23] </w:t>
      </w:r>
      <w:r>
        <w:t>in comparison that we understand.</w:t>
      </w:r>
    </w:p>
    <w:p>
      <w:pPr>
        <w:jc w:val="right"/>
      </w:pPr>
      <w:r>
        <w:t>ان کمپریزن دیٹ وی انڈرسٹینڈ۔</w:t>
      </w:r>
    </w:p>
    <w:p>
      <w:r>
        <w:rPr>
          <w:b/>
        </w:rPr>
        <w:t xml:space="preserve">[03:30] </w:t>
      </w:r>
      <w:r>
        <w:t>to mujhe aisa laga</w:t>
      </w:r>
    </w:p>
    <w:p>
      <w:pPr>
        <w:jc w:val="right"/>
      </w:pPr>
      <w:r>
        <w:t>تو مجھے ایسا لگا</w:t>
      </w:r>
    </w:p>
    <w:p>
      <w:r>
        <w:rPr>
          <w:b/>
        </w:rPr>
        <w:t xml:space="preserve">[03:35] </w:t>
      </w:r>
      <w:r>
        <w:t>ke kal ka jo event tha woh shor culture ka end tha aur aaj hamari jo CPS hai woh spiritual culture ka beginning hai.</w:t>
      </w:r>
    </w:p>
    <w:p>
      <w:pPr>
        <w:jc w:val="right"/>
      </w:pPr>
      <w:r>
        <w:t>کہ کل کا جو ایونٹ تھا وہ شور کلچر کا اینڈ تھا اور آج ہماری جو سی پی ایس ہے وہ اسپیریچول کلچر کا بگننگ ہے۔</w:t>
      </w:r>
    </w:p>
    <w:p>
      <w:r>
        <w:rPr>
          <w:b/>
        </w:rPr>
        <w:t xml:space="preserve">[03:56] </w:t>
      </w:r>
      <w:r>
        <w:t>symbolic sense mein maine symbolic way mein mein keh sakta hoon ke kal shaam ko maine aik history ka end dekha.</w:t>
      </w:r>
    </w:p>
    <w:p>
      <w:pPr>
        <w:jc w:val="right"/>
      </w:pPr>
      <w:r>
        <w:t>سمبالک سینس میں میں نے سمبالک وے میں میں کہہ سکتا ہوں کہ کل شام کو میں نے ایک ہسٹری کا اینڈ دیکھا۔</w:t>
      </w:r>
    </w:p>
    <w:p>
      <w:r>
        <w:rPr>
          <w:b/>
        </w:rPr>
        <w:t xml:space="preserve">[04:09] </w:t>
      </w:r>
      <w:r>
        <w:t>yeh jo hai shor culture yeh chal raha hai jab se media aaya duniya mein.</w:t>
      </w:r>
    </w:p>
    <w:p>
      <w:pPr>
        <w:jc w:val="right"/>
      </w:pPr>
      <w:r>
        <w:t>یہ جو ہے شور کلچر یہ چل رہا ہے جب سے میڈیا آیا دنیا میں۔</w:t>
      </w:r>
    </w:p>
    <w:p>
      <w:r>
        <w:rPr>
          <w:b/>
        </w:rPr>
        <w:t xml:space="preserve">[04:16] </w:t>
      </w:r>
      <w:r>
        <w:t>media shor culture le kar aaya hai. complaint aur protest ki politics le kar aaya hai.</w:t>
      </w:r>
    </w:p>
    <w:p>
      <w:pPr>
        <w:jc w:val="right"/>
      </w:pPr>
      <w:r>
        <w:t>میڈیا شور کلچر لے کر آیا ہے۔ کمپلینٹ اور پروٹیسٹ کی پالیٹیس لے کر آیا ہے۔</w:t>
      </w:r>
    </w:p>
    <w:p>
      <w:r>
        <w:rPr>
          <w:b/>
        </w:rPr>
        <w:t xml:space="preserve">[04:26] </w:t>
      </w:r>
      <w:r>
        <w:t>lekin ab mein samajhta hoon ke woh apne aakhri par aa gaya hai.</w:t>
      </w:r>
    </w:p>
    <w:p>
      <w:pPr>
        <w:jc w:val="right"/>
      </w:pPr>
      <w:r>
        <w:t>لیکن اب میں سمجھتا ہوں کہ وہ اپنے آخری اس پر آ گیا ہے۔</w:t>
      </w:r>
    </w:p>
    <w:p>
      <w:r>
        <w:rPr>
          <w:b/>
        </w:rPr>
        <w:t xml:space="preserve">[04:36] </w:t>
      </w:r>
      <w:r>
        <w:t>so that was</w:t>
      </w:r>
    </w:p>
    <w:p>
      <w:pPr>
        <w:jc w:val="right"/>
      </w:pPr>
      <w:r>
        <w:t>سو دیٹ واز</w:t>
      </w:r>
    </w:p>
    <w:p>
      <w:r>
        <w:rPr>
          <w:b/>
        </w:rPr>
        <w:t xml:space="preserve">[04:41] </w:t>
      </w:r>
      <w:r>
        <w:t>end of a history and or CPS is symbolically beginning of new history. mein samajhta hoon ke law of nature hamare favor mein hai.</w:t>
      </w:r>
    </w:p>
    <w:p>
      <w:pPr>
        <w:jc w:val="right"/>
      </w:pPr>
      <w:r>
        <w:t>اینڈ آف ا ہسٹری اینڈ اور سی پی ایس از سمبالکلی بگننگ آف نیو ہسٹری۔ میں سمجھتا ہوں کہ لاء آف نیچر ہمارے فیور میں ہے۔</w:t>
      </w:r>
    </w:p>
    <w:p>
      <w:r>
        <w:rPr>
          <w:b/>
        </w:rPr>
        <w:t xml:space="preserve">[05:01] </w:t>
      </w:r>
      <w:r>
        <w:t>law of nature permanently kisi evil ko flourish karne ki allow nahi karta.</w:t>
      </w:r>
    </w:p>
    <w:p>
      <w:pPr>
        <w:jc w:val="right"/>
      </w:pPr>
      <w:r>
        <w:t>لاء آف نیچر پرماننٹلی کسی ایول کو فلرش کرنے کی الاؤ نہیں کرتا۔</w:t>
      </w:r>
    </w:p>
    <w:p>
      <w:r>
        <w:rPr>
          <w:b/>
        </w:rPr>
        <w:t xml:space="preserve">[05:14] </w:t>
      </w:r>
      <w:r>
        <w:t>yeh law of nature hai</w:t>
      </w:r>
    </w:p>
    <w:p>
      <w:pPr>
        <w:jc w:val="right"/>
      </w:pPr>
      <w:r>
        <w:t>یہ لاء آف نیچر ہے</w:t>
      </w:r>
    </w:p>
    <w:p>
      <w:r>
        <w:rPr>
          <w:b/>
        </w:rPr>
        <w:t xml:space="preserve">[05:18] </w:t>
      </w:r>
      <w:r>
        <w:t>ke evil kuch dinon tak zaroor flourish flourish karta hai, is ke baad is ka end aa jata hai.</w:t>
      </w:r>
    </w:p>
    <w:p>
      <w:pPr>
        <w:jc w:val="right"/>
      </w:pPr>
      <w:r>
        <w:t>کہ ایول کچھ دنوں تک ضرور فلرش فلرش کرتا ہے، اس کے بعد اس کا اینڈ آ جاتا ہے۔</w:t>
      </w:r>
    </w:p>
    <w:p>
      <w:r>
        <w:rPr>
          <w:b/>
        </w:rPr>
        <w:t xml:space="preserve">[05:26] </w:t>
      </w:r>
      <w:r>
        <w:t>to symbolic way mein mein keh sakta hoon ke</w:t>
      </w:r>
    </w:p>
    <w:p>
      <w:pPr>
        <w:jc w:val="right"/>
      </w:pPr>
      <w:r>
        <w:t>تو سمبالک وے میں میں کہہ سکتا ہوں کہ</w:t>
      </w:r>
    </w:p>
    <w:p>
      <w:r>
        <w:rPr>
          <w:b/>
        </w:rPr>
        <w:t xml:space="preserve">[05:34] </w:t>
      </w:r>
      <w:r>
        <w:t>aik history ka aik history apne end par puhanch chuki hai aur doosri history ka ki beginning ho chuki hai.</w:t>
      </w:r>
    </w:p>
    <w:p>
      <w:pPr>
        <w:jc w:val="right"/>
      </w:pPr>
      <w:r>
        <w:t>ایک ہسٹری کا ایک ہسٹری اپنے اینڈ پر پہنچ چکی ہے اور دوسری ہسٹری کا کی بگننگ ہو چکی ہے۔</w:t>
      </w:r>
    </w:p>
    <w:p>
      <w:r>
        <w:rPr>
          <w:b/>
        </w:rPr>
        <w:t xml:space="preserve">[05:44] </w:t>
      </w:r>
      <w:r>
        <w:t>aur mein samajhta hoon ke CPS ki jo yeh team hai, CPS ki jo movement hai, isi ka aik</w:t>
      </w:r>
    </w:p>
    <w:p>
      <w:pPr>
        <w:jc w:val="right"/>
      </w:pPr>
      <w:r>
        <w:t>اور میں سمجھتا ہوں کہ سی پی ایس کی جو یہ ٹیم ہے، سی پی ایس کی جو موومنٹ ہے، اسی کا ایک</w:t>
      </w:r>
    </w:p>
    <w:p>
      <w:r>
        <w:rPr>
          <w:b/>
        </w:rPr>
        <w:t xml:space="preserve">[05:56] </w:t>
      </w:r>
      <w:r>
        <w:t>aik aik pehchan hai.</w:t>
      </w:r>
    </w:p>
    <w:p>
      <w:pPr>
        <w:jc w:val="right"/>
      </w:pPr>
      <w:r>
        <w:t>ایک ایک پہچان ہے۔</w:t>
      </w:r>
    </w:p>
    <w:p>
      <w:r>
        <w:rPr>
          <w:b/>
        </w:rPr>
        <w:t xml:space="preserve">[06:05] </w:t>
      </w:r>
      <w:r>
        <w:t>to kal jo mujhe negative thought aaya tha us ko dekh kar us ko jaldi mein ne positive thought mein badla aur apne frustration ko mein ne hope mein tabdeel kiya.</w:t>
      </w:r>
    </w:p>
    <w:p>
      <w:pPr>
        <w:jc w:val="right"/>
      </w:pPr>
      <w:r>
        <w:t>تو کل جو مجھے نیگیٹیو تھاٹ آیا تھا اس کو دیکھ کر اس کو جلدی میں نے پوزیٹیو تھاٹ میں بدلا اور اپنے فرسٹریشن کو میں نے ہوپ میں تبدیل کیا۔</w:t>
      </w:r>
    </w:p>
    <w:p>
      <w:r>
        <w:rPr>
          <w:b/>
        </w:rPr>
        <w:t xml:space="preserve">[06:21] </w:t>
      </w:r>
      <w:r>
        <w:t>ab mein poori tarah hope ki psychology mein hoon jabke kal mujhe bohat zyada shock laga tha.</w:t>
      </w:r>
    </w:p>
    <w:p>
      <w:pPr>
        <w:jc w:val="right"/>
      </w:pPr>
      <w:r>
        <w:t>اب میں پوری طرح ہوپ کی سائیکالوجی میں ہوں جبکہ کل مجھے بہت زیادہ شاک لگا تھا۔</w:t>
      </w:r>
    </w:p>
    <w:p>
      <w:r>
        <w:rPr>
          <w:b/>
        </w:rPr>
        <w:t xml:space="preserve">[06:34] </w:t>
      </w:r>
      <w:r>
        <w:t>yeh aik choti si ghatna thi jis mein mujhe aik bara sabak dikhai pada, aik lesson.</w:t>
      </w:r>
    </w:p>
    <w:p>
      <w:pPr>
        <w:jc w:val="right"/>
      </w:pPr>
      <w:r>
        <w:t>یہ ایک چھوٹی سی گھٹنا تھی جس میں مجھے ایک بڑا سبق دکھائی پڑا، ایک لیسن۔</w:t>
      </w:r>
    </w:p>
    <w:p>
      <w:r>
        <w:rPr>
          <w:b/>
        </w:rPr>
        <w:t xml:space="preserve">[06:45] </w:t>
      </w:r>
      <w:r>
        <w:t>ab mein quran ke bare mein kuch baatein kahunga.</w:t>
      </w:r>
    </w:p>
    <w:p>
      <w:pPr>
        <w:jc w:val="right"/>
      </w:pPr>
      <w:r>
        <w:t>اب میں قرآن کے بارے میں کچھ باتیں کہوں گا۔</w:t>
      </w:r>
    </w:p>
    <w:p>
      <w:r>
        <w:rPr>
          <w:b/>
        </w:rPr>
        <w:t xml:space="preserve">[06:59] </w:t>
      </w:r>
      <w:r>
        <w:t>quran logon ke liye koi unknown word nahi hai.</w:t>
      </w:r>
    </w:p>
    <w:p>
      <w:pPr>
        <w:jc w:val="right"/>
      </w:pPr>
      <w:r>
        <w:t>قرآن لوگوں کے لیے کوئی ان نون ورڈ نہیں ہے۔</w:t>
      </w:r>
    </w:p>
    <w:p>
      <w:r>
        <w:rPr>
          <w:b/>
        </w:rPr>
        <w:t xml:space="preserve">[07:05] </w:t>
      </w:r>
      <w:r>
        <w:t>jo book 1400 years se duniya mein exist kar rahi ho to zahir hai ke woh unknown nahi reh sakti.</w:t>
      </w:r>
    </w:p>
    <w:p>
      <w:pPr>
        <w:jc w:val="right"/>
      </w:pPr>
      <w:r>
        <w:t>جو بک 1400 ایئرز سے دنیا میں ایگزسٹ کر رہی ہو تو ظاہر ہے کہ وہ ان نون نہیں رہ سکتی۔</w:t>
      </w:r>
    </w:p>
    <w:p>
      <w:r>
        <w:rPr>
          <w:b/>
        </w:rPr>
        <w:t xml:space="preserve">[07:16] </w:t>
      </w:r>
      <w:r>
        <w:t>saari duniya ke log jante hain ke quran aik book hai. lekin mein samajhta hoon ke quran ka sahi introduction abhi tak nahi hua.</w:t>
      </w:r>
    </w:p>
    <w:p>
      <w:pPr>
        <w:jc w:val="right"/>
      </w:pPr>
      <w:r>
        <w:t>ساری دنیا کے لوگ جانتے ہیں کہ قرآن ایک بک ہے۔ لیکن میں سمجھتا ہوں کہ قرآن کا صحیح انٹروڈکشن ابھی تک نہیں ہوا۔</w:t>
      </w:r>
    </w:p>
    <w:p>
      <w:r>
        <w:rPr>
          <w:b/>
        </w:rPr>
        <w:t xml:space="preserve">[07:33] </w:t>
      </w:r>
      <w:r>
        <w:t>hinduon mein aik sikh hai, bohat hi chhota, bohat aik tiny sikh hai woh. woh log quran mein believe karte hain.</w:t>
      </w:r>
    </w:p>
    <w:p>
      <w:pPr>
        <w:jc w:val="right"/>
      </w:pPr>
      <w:r>
        <w:t>ہندوؤں میں ایک سکھ ہے، بہت ہی چھوٹا، بہت ایک ٹائنی سکھ ہے وہ۔ وہ لوگ قرآن میں بیلیو کرتے ہیں۔</w:t>
      </w:r>
    </w:p>
    <w:p>
      <w:r>
        <w:rPr>
          <w:b/>
        </w:rPr>
        <w:t xml:space="preserve">[07:45] </w:t>
      </w:r>
      <w:r>
        <w:t>unki aik book hai. is book mein jis ko woh secret mante hain, aik line hai: "bakr rahi farqan".</w:t>
      </w:r>
    </w:p>
    <w:p>
      <w:pPr>
        <w:jc w:val="right"/>
      </w:pPr>
      <w:r>
        <w:t>ان کی ایک بک ہے۔ اس بک میں جس کو وہ سیکرٹ مانتے ہیں، ایک لائن ہے: "بکر رہی فرقان"۔</w:t>
      </w:r>
    </w:p>
    <w:p>
      <w:r>
        <w:rPr>
          <w:b/>
        </w:rPr>
        <w:t xml:space="preserve">[08:01] </w:t>
      </w:r>
      <w:r>
        <w:t>yeh aik hindu ki line hai.</w:t>
      </w:r>
    </w:p>
    <w:p>
      <w:pPr>
        <w:jc w:val="right"/>
      </w:pPr>
      <w:r>
        <w:t>یہ ایک ہندو کی لائن ہے۔</w:t>
      </w:r>
    </w:p>
    <w:p>
      <w:r>
        <w:rPr>
          <w:b/>
        </w:rPr>
        <w:t xml:space="preserve">[08:05] </w:t>
      </w:r>
      <w:r>
        <w:t>bakr rahi farqan. bakr ka matlab kya hai? unmarried. farqan ka matlab hai quran. farqan yani quran unmarried reh gaya.</w:t>
      </w:r>
    </w:p>
    <w:p>
      <w:pPr>
        <w:jc w:val="right"/>
      </w:pPr>
      <w:r>
        <w:t>بکر رہی فرقان۔ بکر کا مطلب کیا ہے؟ ان میریڈ۔ فرقان کا مطلب ہے قرآن۔ فرقان یعنی قرآن ان میریڈ رہ گیا۔</w:t>
      </w:r>
    </w:p>
    <w:p>
      <w:r>
        <w:rPr>
          <w:b/>
        </w:rPr>
        <w:t xml:space="preserve">[08:22] </w:t>
      </w:r>
      <w:r>
        <w:t>bari ajeeb baat kahi hai is ne.</w:t>
      </w:r>
    </w:p>
    <w:p>
      <w:pPr>
        <w:jc w:val="right"/>
      </w:pPr>
      <w:r>
        <w:t>بڑی عجیب بات کہی ہے اس نے۔</w:t>
      </w:r>
    </w:p>
    <w:p>
      <w:r>
        <w:rPr>
          <w:b/>
        </w:rPr>
        <w:t xml:space="preserve">[08:27] </w:t>
      </w:r>
      <w:r>
        <w:t>yeh log dilli mein hain, bohat kam tadad mein. main in se mila hoon. woh hindu community ka one person se bhi kam hissa hain.</w:t>
      </w:r>
    </w:p>
    <w:p>
      <w:pPr>
        <w:jc w:val="right"/>
      </w:pPr>
      <w:r>
        <w:t>یہ لوگ دلی میں ہیں، بہت کم تعداد میں۔ میں ان سے ملا ہوں۔ وہ ہندو کمیونٹی کا ون پرسن سے بھی کم حصہ ہیں۔</w:t>
      </w:r>
    </w:p>
    <w:p>
      <w:r>
        <w:rPr>
          <w:b/>
        </w:rPr>
        <w:t xml:space="preserve">[08:41] </w:t>
      </w:r>
      <w:r>
        <w:t>lekin hain behal woh. unki aik book hai apni.</w:t>
      </w:r>
    </w:p>
    <w:p>
      <w:pPr>
        <w:jc w:val="right"/>
      </w:pPr>
      <w:r>
        <w:t>لیکن ہیں بہرحال وہ۔ ان کی ایک بک ہے اپنی۔</w:t>
      </w:r>
    </w:p>
    <w:p>
      <w:r>
        <w:rPr>
          <w:b/>
        </w:rPr>
        <w:t xml:space="preserve">[08:47] </w:t>
      </w:r>
      <w:r>
        <w:t>to is book mein yeh maine parha: "bakr rahi farqan". quran jo hai woh unmarried reh gaya.</w:t>
      </w:r>
    </w:p>
    <w:p>
      <w:pPr>
        <w:jc w:val="right"/>
      </w:pPr>
      <w:r>
        <w:t>تو اس بک میں یہ میں نے پڑھا: "بکر رہی فرقان"۔ قرآن جو ہے وہ ان میریڈ رہ گیا۔</w:t>
      </w:r>
    </w:p>
    <w:p>
      <w:r>
        <w:rPr>
          <w:b/>
        </w:rPr>
        <w:t xml:space="preserve">[08:57] </w:t>
      </w:r>
      <w:r>
        <w:t>bari ajeeb yeh tamseel hai, bari ajeeb misaal hai. aik larki jo paida ho, phir barh kar jawan ho, aur phir woh baghair husband ke reh jaye, us ki shadi na ho to zahir hai ke us ko din us ko full fulfillment nahi mile ga.</w:t>
      </w:r>
    </w:p>
    <w:p>
      <w:pPr>
        <w:jc w:val="right"/>
      </w:pPr>
      <w:r>
        <w:t>بڑی عجیب یہ تمثیل ہے، بڑی عجیب مثال ہے۔ ایک لڑکی جو پیدا ہو، پھر بڑھ کر جوان ہو، اور پھر وہ بغیر ہسبینڈ کے رہ جائے، اس کی شادی نہ ہو تو ظاہر ہے کہ اس کو دن اس کو فل فلپن نہیں ملے گا۔</w:t>
      </w:r>
    </w:p>
    <w:p>
      <w:r>
        <w:rPr>
          <w:b/>
        </w:rPr>
        <w:t xml:space="preserve">[09:18] </w:t>
      </w:r>
      <w:r>
        <w:t>us ka, us ki apni jo hasti thi, us ka expression nahi hua. woh apne ko express nahi kar saki.</w:t>
      </w:r>
    </w:p>
    <w:p>
      <w:pPr>
        <w:jc w:val="right"/>
      </w:pPr>
      <w:r>
        <w:t>اس کا، اس کی اپنی جو ہستی تھی، اس کا ایکسپریشن نہیں ہوا۔ وہ اپنے کو ایکسپریس نہیں کر سکی۔</w:t>
      </w:r>
    </w:p>
    <w:p>
      <w:r>
        <w:rPr>
          <w:b/>
        </w:rPr>
        <w:t xml:space="preserve">[09:26] </w:t>
      </w:r>
      <w:r>
        <w:t>woh aik untold story ban kar reh gayi. har woh larki jis ko husband na mila ho, woh is universe ki aik untold story hai.</w:t>
      </w:r>
    </w:p>
    <w:p>
      <w:pPr>
        <w:jc w:val="right"/>
      </w:pPr>
      <w:r>
        <w:t>وہ ایک ان ٹولڈ سٹوری بن کر رہ گئی۔ ہر وہ لڑکی جس کو ہسبینڈ نہ ملا ہو، وہ اس یونیورس کی ایک ان ٹولڈ سٹوری ہے۔</w:t>
      </w:r>
    </w:p>
    <w:p>
      <w:r>
        <w:rPr>
          <w:b/>
        </w:rPr>
        <w:t xml:space="preserve">[09:43] </w:t>
      </w:r>
      <w:r>
        <w:t>bazaahir woh jo hai hansti ho, ho ha karti ho, hotelon mein aap dekhen us ko har bohat logon ke sath joke chhodte hue.</w:t>
      </w:r>
    </w:p>
    <w:p>
      <w:pPr>
        <w:jc w:val="right"/>
      </w:pPr>
      <w:r>
        <w:t>بظاہر وہ جو ہے ہنستی ہو، ہوہا کرتی ہو، ہوٹلوں میں آپ دیکھیں اس کو ہر بہت لوگوں کے ساتھ جوک چھوڑتے ہوئے۔</w:t>
      </w:r>
    </w:p>
    <w:p>
      <w:r>
        <w:rPr>
          <w:b/>
        </w:rPr>
        <w:t xml:space="preserve">[09:56] </w:t>
      </w:r>
      <w:r>
        <w:t>lekin agar aap andar se us ko read karen to har unmarried girl aik untold story hai.</w:t>
      </w:r>
    </w:p>
    <w:p>
      <w:pPr>
        <w:jc w:val="right"/>
      </w:pPr>
      <w:r>
        <w:t>لیکن اگر آپ اندر سے اس کو ریڈ کریں تو ہر ان میریڈ گرل ایک ان ٹولڈ سٹوری ہے۔</w:t>
      </w:r>
    </w:p>
    <w:p>
      <w:r>
        <w:rPr>
          <w:b/>
        </w:rPr>
        <w:t xml:space="preserve">[10:07] </w:t>
      </w:r>
      <w:r>
        <w:t>unfold story hai.</w:t>
      </w:r>
    </w:p>
    <w:p>
      <w:pPr>
        <w:jc w:val="right"/>
      </w:pPr>
      <w:r>
        <w:t>ان فولڈ سٹوری ہے۔</w:t>
      </w:r>
    </w:p>
    <w:p>
      <w:r>
        <w:rPr>
          <w:b/>
        </w:rPr>
        <w:t xml:space="preserve">[10:10] </w:t>
      </w:r>
      <w:r>
        <w:t>to isi isi ko le kar unhon ne kaha ke "bakr rahi farqan". quran</w:t>
      </w:r>
    </w:p>
    <w:p>
      <w:pPr>
        <w:jc w:val="right"/>
      </w:pPr>
      <w:r>
        <w:t>تو اسی اسی کو لے کر انہوں نے کہا کہ "بکر رہی فرقان"۔ قرآن</w:t>
      </w:r>
    </w:p>
    <w:p>
      <w:r>
        <w:rPr>
          <w:b/>
        </w:rPr>
        <w:t xml:space="preserve">[10:20] </w:t>
      </w:r>
      <w:r>
        <w:t>aik doshiza reh gayi jis ki shadi na hui ho. matlab us ki baatein nahi khulin. us ki, us ke andar jo gurr the, unhein logon ne jana.</w:t>
      </w:r>
    </w:p>
    <w:p>
      <w:pPr>
        <w:jc w:val="right"/>
      </w:pPr>
      <w:r>
        <w:t>ایک دوشیزہ رہ گئی جس کی شادی نہ ہوئی ہو۔ مطلب اس کی باتیں نہیں کھلیں۔ اس کی، اس کے اندر جو گڑ تھے، انہیں لوگوں نے جانا۔</w:t>
      </w:r>
    </w:p>
    <w:p>
      <w:r>
        <w:rPr>
          <w:b/>
        </w:rPr>
        <w:t xml:space="preserve">[10:31] </w:t>
      </w:r>
      <w:r>
        <w:t>us ke andar jo bari bari wisdom thi, us se log be khabar rahe.</w:t>
      </w:r>
    </w:p>
    <w:p>
      <w:pPr>
        <w:jc w:val="right"/>
      </w:pPr>
      <w:r>
        <w:t>اس کے اندر جو بڑی بڑی وزڈم تھی، اس سے لوگ بے خبر رہے۔</w:t>
      </w:r>
    </w:p>
    <w:p>
      <w:r>
        <w:rPr>
          <w:b/>
        </w:rPr>
        <w:t xml:space="preserve">[10:36] </w:t>
      </w:r>
      <w:r>
        <w:t>to yeh baat agarchay bazaahir aik hindu ne kahi hai, lekin main samajhta hoon ke woh 100 percent sahi hai.</w:t>
      </w:r>
    </w:p>
    <w:p>
      <w:pPr>
        <w:jc w:val="right"/>
      </w:pPr>
      <w:r>
        <w:t>تو یہ بات اگرچہ بظاہر ایک ہندو نے کہی ہے، لیکن میں سمجھتا ہوں کہ وہ 100 پرسنٹ صحیح ہے۔</w:t>
      </w:r>
    </w:p>
    <w:p>
      <w:r>
        <w:rPr>
          <w:b/>
        </w:rPr>
        <w:t xml:space="preserve">[10:47] </w:t>
      </w:r>
      <w:r>
        <w:t>main khud apne bare mein kehta hoon ke mujh par bhi yahi experience guzra.</w:t>
      </w:r>
    </w:p>
    <w:p>
      <w:pPr>
        <w:jc w:val="right"/>
      </w:pPr>
      <w:r>
        <w:t>میں خود اپنے بارے میں کہتا ہوں کہ مجھ پر بھی یہی ایکسپیرینس گزرا۔</w:t>
      </w:r>
    </w:p>
    <w:p>
      <w:r>
        <w:rPr>
          <w:b/>
        </w:rPr>
        <w:t xml:space="preserve">[10:54] </w:t>
      </w:r>
      <w:r>
        <w:t>dekhiye, main UP mein paida hua, aik gaon mein. ab se taqreeban 85 years pehle</w:t>
      </w:r>
    </w:p>
    <w:p>
      <w:pPr>
        <w:jc w:val="right"/>
      </w:pPr>
      <w:r>
        <w:t>دیکھیے، میں یو پی میں پیدا ہوا، ایک گاؤں میں۔ اب سے تقریباً 85 ایئرز پہلے</w:t>
      </w:r>
    </w:p>
    <w:p>
      <w:r>
        <w:rPr>
          <w:b/>
        </w:rPr>
        <w:t xml:space="preserve">[11:09] </w:t>
      </w:r>
      <w:r>
        <w:t>mujh ko aik madrasay mein dakhil kar diya gaya.</w:t>
      </w:r>
    </w:p>
    <w:p>
      <w:pPr>
        <w:jc w:val="right"/>
      </w:pPr>
      <w:r>
        <w:t>مجھ کو ایک مدرسے میں داخل کر دیا گیا۔</w:t>
      </w:r>
    </w:p>
    <w:p>
      <w:r>
        <w:rPr>
          <w:b/>
        </w:rPr>
        <w:t xml:space="preserve">[11:16] </w:t>
      </w:r>
      <w:r>
        <w:t>wahan maine arabic language parhi, wahan maine quran ko parha, aur quran se jo related ilm hote hain, woh sab parha.</w:t>
      </w:r>
    </w:p>
    <w:p>
      <w:pPr>
        <w:jc w:val="right"/>
      </w:pPr>
      <w:r>
        <w:t>وہاں میں نے عربک لینگویج پڑھی، وہاں میں نے قرآن کو پڑھا، اور قرآن سے جو ریلیٹڈ علم ہوتے ہیں، وہ سب پڑھا۔</w:t>
      </w:r>
    </w:p>
    <w:p>
      <w:r>
        <w:rPr>
          <w:b/>
        </w:rPr>
        <w:t xml:space="preserve">[11:27] </w:t>
      </w:r>
      <w:r>
        <w:t>lekin ab bhi main quran se unaware tha, be khabar tha. kyun? jo log madrason ka haal jante hain, unhein pata hai ke madrason mein quran bilkul technical subject ke taur par parhaya jata hai.</w:t>
      </w:r>
    </w:p>
    <w:p>
      <w:pPr>
        <w:jc w:val="right"/>
      </w:pPr>
      <w:r>
        <w:t>لیکن اب بھی میں قرآن سے ان اویئر تھا، بے خبر تھا۔ کیوں؟ جو لوگ مدرسوں کا حال جانتے ہیں، انہیں پتہ ہے کہ مدرسوں میں قرآن بالکل ٹیکنیکل سبجیکٹ کے طور پر پڑھایا جاتا ہے۔</w:t>
      </w:r>
    </w:p>
    <w:p>
      <w:r>
        <w:rPr>
          <w:b/>
        </w:rPr>
        <w:t xml:space="preserve">[11:47] </w:t>
      </w:r>
      <w:r>
        <w:t>technical subject matlab us ki grammar kya hai, us ka background kya hai.</w:t>
      </w:r>
    </w:p>
    <w:p>
      <w:pPr>
        <w:jc w:val="right"/>
      </w:pPr>
      <w:r>
        <w:t>ٹیکنیکل سبجیکٹ مطلب اس کی گریور کیا ہے، اس کا بیک گراؤنڈ کیا ہے۔</w:t>
      </w:r>
    </w:p>
    <w:p>
      <w:r>
        <w:rPr>
          <w:b/>
        </w:rPr>
        <w:t xml:space="preserve">[11:57] </w:t>
      </w:r>
      <w:r>
        <w:t>yehi sab baatein hain. aap samajh sakte hain ke jo backward of God ho,</w:t>
      </w:r>
    </w:p>
    <w:p>
      <w:pPr>
        <w:jc w:val="right"/>
      </w:pPr>
      <w:r>
        <w:t>یہی سب باتیں ہیں۔ آپ سمجھ سکتے ہیں کہ جو بک ورڈ آف گاڈ ہو،</w:t>
      </w:r>
    </w:p>
    <w:p>
      <w:r>
        <w:rPr>
          <w:b/>
        </w:rPr>
        <w:t xml:space="preserve">[12:10] </w:t>
      </w:r>
      <w:r>
        <w:t>mein aksar yeh sochta hoon ke quran kya hai? quran, quran az recorded speech of god.</w:t>
      </w:r>
    </w:p>
    <w:p>
      <w:pPr>
        <w:jc w:val="right"/>
      </w:pPr>
      <w:r>
        <w:t>میں اکثر یہ سوچتا ہوں کہ قرآن کیا ہے؟ قرآن، قرآن از ریکارڈڈ اسپیچ آف گاڈ۔</w:t>
      </w:r>
    </w:p>
    <w:p>
      <w:r>
        <w:rPr>
          <w:b/>
        </w:rPr>
        <w:t xml:space="preserve">[12:19] </w:t>
      </w:r>
      <w:r>
        <w:t>quran az like a recorded word of god.</w:t>
      </w:r>
    </w:p>
    <w:p>
      <w:pPr>
        <w:jc w:val="right"/>
      </w:pPr>
      <w:r>
        <w:t>قرآن از لائک ا ریکارڈڈ ورڈ آف گاڈ۔</w:t>
      </w:r>
    </w:p>
    <w:p>
      <w:r>
        <w:rPr>
          <w:b/>
        </w:rPr>
        <w:t xml:space="preserve">[12:26] </w:t>
      </w:r>
      <w:r>
        <w:t>itni bari cheez jis kitab ko hasil ho, kabhi bhi woh technical framework mein is ko aap khol nahi sakte.</w:t>
      </w:r>
    </w:p>
    <w:p>
      <w:pPr>
        <w:jc w:val="right"/>
      </w:pPr>
      <w:r>
        <w:t>اتنی بڑی چیز جس کتاب کو حاصل ہو، کبھی بھی وہ ٹیکنیکل فریم ورک میں اس کو آپ کھول نہیں سکتے۔</w:t>
      </w:r>
    </w:p>
    <w:p>
      <w:r>
        <w:rPr>
          <w:b/>
        </w:rPr>
        <w:t xml:space="preserve">[12:38] </w:t>
      </w:r>
      <w:r>
        <w:t>technical framework bohat hi limited framework hai. isi liye madarson mein parh kar ke koi bhi aadmi quran ko samajhta nahi.</w:t>
      </w:r>
    </w:p>
    <w:p>
      <w:pPr>
        <w:jc w:val="right"/>
      </w:pPr>
      <w:r>
        <w:t>ٹیکنیکل فریم ورک بہت ہی لمیٹڈ فریم ورک ہے۔ اسی لیے مدرسوں میں پڑھ کر کے کوئی بھی آدمی قرآن کو سمجھتا نہیں۔</w:t>
      </w:r>
    </w:p>
    <w:p>
      <w:r>
        <w:rPr>
          <w:b/>
        </w:rPr>
        <w:t xml:space="preserve">[12:47] </w:t>
      </w:r>
      <w:r>
        <w:t>koi yeh kahe ke mein yeh madarse mein parha, woh madarse mein parha, to mein in advance kar sakta hoon ke theek tum ne parha, lekin tum ne quran ko nahi parha.</w:t>
      </w:r>
    </w:p>
    <w:p>
      <w:pPr>
        <w:jc w:val="right"/>
      </w:pPr>
      <w:r>
        <w:t>کوئی یہ کہے کہ میں یہ مدرسے میں پڑھا، وہ مدرسے میں پڑھا، تو میں ان ایڈوانس کر سکتا ہوں کہ ٹھیک تم نے پڑھا، لیکن تم نے قرآن کو نہیں پڑھا۔</w:t>
      </w:r>
    </w:p>
    <w:p>
      <w:r>
        <w:rPr>
          <w:b/>
        </w:rPr>
        <w:t xml:space="preserve">[12:57] </w:t>
      </w:r>
      <w:r>
        <w:t>hazrat aisha jo wife theen rasool allah ki, un se ek aadmi ne kaha ke falan aadmi jo hai, woh itni bar quran parh dala hai, us ne bohat ziyada parh dala hai, bar bar, again and again.</w:t>
      </w:r>
    </w:p>
    <w:p>
      <w:pPr>
        <w:jc w:val="right"/>
      </w:pPr>
      <w:r>
        <w:t>حضرت عائشہ جو وائف تھیں رسول اللہ کی، ان سے ایک آدمی نے کہا کہ فلاں آدمی جو ہے، وہ اتنی بار قرآن پڑھ ڈالا ہے، اس نے بہت زیادہ پڑھ ڈالا ہے، بار بار، اگین اینڈ اگین۔</w:t>
      </w:r>
    </w:p>
    <w:p>
      <w:r>
        <w:rPr>
          <w:b/>
        </w:rPr>
        <w:t xml:space="preserve">[13:14] </w:t>
      </w:r>
      <w:r>
        <w:t>kuch logon ke bare</w:t>
      </w:r>
    </w:p>
    <w:p>
      <w:pPr>
        <w:jc w:val="right"/>
      </w:pPr>
      <w:r>
        <w:t>کچھ لوگوں کے بارے</w:t>
      </w:r>
    </w:p>
    <w:p>
      <w:r>
        <w:rPr>
          <w:b/>
        </w:rPr>
        <w:t xml:space="preserve">[13:15] </w:t>
      </w:r>
      <w:r>
        <w:t>mein kaha to unhon ne kaha ke "qaru walim yaqru". "qaru walim yaqru".</w:t>
      </w:r>
    </w:p>
    <w:p>
      <w:pPr>
        <w:jc w:val="right"/>
      </w:pPr>
      <w:r>
        <w:t>میں کہا تو انہوں نے کہا کہ "قرو ولم یقرو"۔ "قرو ولم یقرو"۔</w:t>
      </w:r>
    </w:p>
    <w:p>
      <w:r>
        <w:rPr>
          <w:b/>
        </w:rPr>
        <w:t xml:space="preserve">[13:24] </w:t>
      </w:r>
      <w:r>
        <w:t>unhon ne quran ko parha magar unhon ne quran ko nahi parha. mein samajhta hoon ke aaj kal ke madarse jo hain, isi ka misdaq hain.</w:t>
      </w:r>
    </w:p>
    <w:p>
      <w:pPr>
        <w:jc w:val="right"/>
      </w:pPr>
      <w:r>
        <w:t>انہوں نے قرآن کو پڑھا مگر انہوں نے قرآن کو نہیں پڑھا۔ میں سمجھتا ہوں کہ آج کل کے مدرسے جو ہیں، اسی کا مصداق ہیں۔</w:t>
      </w:r>
    </w:p>
    <w:p>
      <w:r>
        <w:rPr>
          <w:b/>
        </w:rPr>
        <w:t xml:space="preserve">[13:34] </w:t>
      </w:r>
      <w:r>
        <w:t>to behal mein apne bare mein keh raha hoon ke mein madarse mein parh kar nikla, lekin mein quran se bekhabar tha.</w:t>
      </w:r>
    </w:p>
    <w:p>
      <w:pPr>
        <w:jc w:val="right"/>
      </w:pPr>
      <w:r>
        <w:t>تو بہرحال میں اپنے بارے میں کہہ رہا ہوں کہ میں مدرسے میں پڑھ کر نکلا، لیکن میں قرآن سے بے خبر تھا۔</w:t>
      </w:r>
    </w:p>
    <w:p>
      <w:r>
        <w:rPr>
          <w:b/>
        </w:rPr>
        <w:t xml:space="preserve">[13:44] </w:t>
      </w:r>
      <w:r>
        <w:t>ab se pehle ghaliban yeh baat hai 1950 ki. 1950. us waqt mein banaras mein tha.</w:t>
      </w:r>
    </w:p>
    <w:p>
      <w:pPr>
        <w:jc w:val="right"/>
      </w:pPr>
      <w:r>
        <w:t>اب سے پہلے غالباً یہ بات ہے 1950 کی۔ 1950۔ اس وقت میں بنارس میں تھا۔</w:t>
      </w:r>
    </w:p>
    <w:p>
      <w:r>
        <w:rPr>
          <w:b/>
        </w:rPr>
        <w:t xml:space="preserve">[13:58] </w:t>
      </w:r>
      <w:r>
        <w:t>banaras mein</w:t>
      </w:r>
    </w:p>
    <w:p>
      <w:pPr>
        <w:jc w:val="right"/>
      </w:pPr>
      <w:r>
        <w:t>بنارس میں</w:t>
      </w:r>
    </w:p>
    <w:p>
      <w:r>
        <w:rPr>
          <w:b/>
        </w:rPr>
        <w:t xml:space="preserve">[14:01] </w:t>
      </w:r>
      <w:r>
        <w:t>. ek din ki baat hai, ek road par mein chal raha tha.</w:t>
      </w:r>
    </w:p>
    <w:p>
      <w:pPr>
        <w:jc w:val="right"/>
      </w:pPr>
      <w:r>
        <w:t>۔ ایک دن کی بات ہے، ایک روڈ پر میں چل رہا تھا۔</w:t>
      </w:r>
    </w:p>
    <w:p>
      <w:r>
        <w:rPr>
          <w:b/>
        </w:rPr>
        <w:t xml:space="preserve">[14:08] </w:t>
      </w:r>
      <w:r>
        <w:t>wahan ek area hai, us ko kehte hain dalmandi. dalmandi area mein ek road se mein guzar raha tha. to ek masjid jo chhat ke oopar waqe thi, neeche dukanein theen, oopar masjid thi.</w:t>
      </w:r>
    </w:p>
    <w:p>
      <w:pPr>
        <w:jc w:val="right"/>
      </w:pPr>
      <w:r>
        <w:t>وہاں ایک ایریا ہے، اس کو کہتے ہیں دالمنڈی۔ دالمنڈی ایریا میں ایک روڈ سے میں گزر رہا تھا۔ تو ایک مسجد جو چھت کے اوپر واقع تھی، نیچے دکانیں تھیں، اوپر مسجد تھی۔</w:t>
      </w:r>
    </w:p>
    <w:p>
      <w:r>
        <w:rPr>
          <w:b/>
        </w:rPr>
        <w:t xml:space="preserve">[14:23] </w:t>
      </w:r>
      <w:r>
        <w:t>wahan se maghrib ki azan, maghrib ki namaz ho rahi thi, wahan par loud speaker par.</w:t>
      </w:r>
    </w:p>
    <w:p>
      <w:pPr>
        <w:jc w:val="right"/>
      </w:pPr>
      <w:r>
        <w:t>وہاں سے مغرب کی اذان، مغرب کی نماز ہو رہی تھی، وہاں پر لاؤڈ سپیکر پر۔</w:t>
      </w:r>
    </w:p>
    <w:p>
      <w:r>
        <w:rPr>
          <w:b/>
        </w:rPr>
        <w:t xml:space="preserve">[14:34] </w:t>
      </w:r>
      <w:r>
        <w:t>to loud speaker par bohat hi saaf awaz aa rahi thi.</w:t>
      </w:r>
    </w:p>
    <w:p>
      <w:pPr>
        <w:jc w:val="right"/>
      </w:pPr>
      <w:r>
        <w:t>تو لاؤڈ سپیکر پر بہت ہی صاف آواز آ رہی تھی۔</w:t>
      </w:r>
    </w:p>
    <w:p>
      <w:r>
        <w:rPr>
          <w:b/>
        </w:rPr>
        <w:t xml:space="preserve">[14:41] </w:t>
      </w:r>
      <w:r>
        <w:t>jo imam the, unhon ne surah parhi hai, quran ki ek, jis ko us ka naam "waha" hai.</w:t>
      </w:r>
    </w:p>
    <w:p>
      <w:pPr>
        <w:jc w:val="right"/>
      </w:pPr>
      <w:r>
        <w:t>جو امام تھے، انہوں نے سورہ پڑھی ہے، قرآن کی ایک، جس کو اس کا نام "وضحہ" ہے۔</w:t>
      </w:r>
    </w:p>
    <w:p>
      <w:r>
        <w:rPr>
          <w:b/>
        </w:rPr>
        <w:t xml:space="preserve">[14:51] </w:t>
      </w:r>
      <w:r>
        <w:t>surah "waha"</w:t>
      </w:r>
    </w:p>
    <w:p>
      <w:pPr>
        <w:jc w:val="right"/>
      </w:pPr>
      <w:r>
        <w:t>سورہ "وضحہ"</w:t>
      </w:r>
    </w:p>
    <w:p>
      <w:r>
        <w:rPr>
          <w:b/>
        </w:rPr>
        <w:t xml:space="preserve">[14:55] </w:t>
      </w:r>
      <w:r>
        <w:t>woh parh rahe the.</w:t>
      </w:r>
    </w:p>
    <w:p>
      <w:pPr>
        <w:jc w:val="right"/>
      </w:pPr>
      <w:r>
        <w:t>وہ پڑھ رہے تھے۔</w:t>
      </w:r>
    </w:p>
    <w:p>
      <w:r>
        <w:rPr>
          <w:b/>
        </w:rPr>
        <w:t xml:space="preserve">[14:56] </w:t>
      </w:r>
      <w:r>
        <w:t>woh to chunke mein Arabic language jaanta tha,</w:t>
      </w:r>
    </w:p>
    <w:p>
      <w:pPr>
        <w:jc w:val="right"/>
      </w:pPr>
      <w:r>
        <w:t>وہ تو چونکہ میں عربک لینگویج جانتا تھا،</w:t>
      </w:r>
    </w:p>
    <w:p>
      <w:r>
        <w:rPr>
          <w:b/>
        </w:rPr>
        <w:t xml:space="preserve">[15:02] </w:t>
      </w:r>
      <w:r>
        <w:t>mein sunne laga.</w:t>
      </w:r>
    </w:p>
    <w:p>
      <w:pPr>
        <w:jc w:val="right"/>
      </w:pPr>
      <w:r>
        <w:t>میں سننے لگا۔</w:t>
      </w:r>
    </w:p>
    <w:p>
      <w:r>
        <w:rPr>
          <w:b/>
        </w:rPr>
        <w:t xml:space="preserve">[15:05] </w:t>
      </w:r>
      <w:r>
        <w:t>woh tha ke "waddhuha wallaili izaa saja</w:t>
      </w:r>
    </w:p>
    <w:p>
      <w:pPr>
        <w:jc w:val="right"/>
      </w:pPr>
      <w:r>
        <w:t>وہ تھا کہ "وضحہ واللیل اذا سجا</w:t>
      </w:r>
    </w:p>
    <w:p>
      <w:r>
        <w:rPr>
          <w:b/>
        </w:rPr>
        <w:t xml:space="preserve">[15:09] </w:t>
      </w:r>
      <w:r>
        <w:t>maa wadda'aka rabbuka wa maa qalaa</w:t>
      </w:r>
    </w:p>
    <w:p>
      <w:pPr>
        <w:jc w:val="right"/>
      </w:pPr>
      <w:r>
        <w:t>ما وداک ربک وما قلا</w:t>
      </w:r>
    </w:p>
    <w:p>
      <w:r>
        <w:rPr>
          <w:b/>
        </w:rPr>
        <w:t xml:space="preserve">[15:13] </w:t>
      </w:r>
      <w:r>
        <w:t>wa laal-akhiratu khayrun laka minal oolaa</w:t>
      </w:r>
    </w:p>
    <w:p>
      <w:pPr>
        <w:jc w:val="right"/>
      </w:pPr>
      <w:r>
        <w:t>ولاخرۃ خیر لک ابن اللولا</w:t>
      </w:r>
    </w:p>
    <w:p>
      <w:r>
        <w:rPr>
          <w:b/>
        </w:rPr>
        <w:t xml:space="preserve">[15:17] </w:t>
      </w:r>
      <w:r>
        <w:t>wa la sawfa yoo'teeka rabbuka fatardaa</w:t>
      </w:r>
    </w:p>
    <w:p>
      <w:pPr>
        <w:jc w:val="right"/>
      </w:pPr>
      <w:r>
        <w:t>ولیتی ربک فترزا</w:t>
      </w:r>
    </w:p>
    <w:p>
      <w:r>
        <w:rPr>
          <w:b/>
        </w:rPr>
        <w:t xml:space="preserve">[15:21] </w:t>
      </w:r>
      <w:r>
        <w:t>alam yajidka yateeman fa'aawaa</w:t>
      </w:r>
    </w:p>
    <w:p>
      <w:pPr>
        <w:jc w:val="right"/>
      </w:pPr>
      <w:r>
        <w:t>المیدک یتیما فاوا</w:t>
      </w:r>
    </w:p>
    <w:p>
      <w:r>
        <w:rPr>
          <w:b/>
        </w:rPr>
        <w:t xml:space="preserve">[15:25] </w:t>
      </w:r>
      <w:r>
        <w:t>wa wajadaka daallan fahadaa wa wajadaka 'aa'ilan fa'aghnaa".</w:t>
      </w:r>
    </w:p>
    <w:p>
      <w:pPr>
        <w:jc w:val="right"/>
      </w:pPr>
      <w:r>
        <w:t>ووجدک ذال فہدا ووجدک عائلا فاغنا"۔</w:t>
      </w:r>
    </w:p>
    <w:p>
      <w:r>
        <w:rPr>
          <w:b/>
        </w:rPr>
        <w:t xml:space="preserve">[15:32] </w:t>
      </w:r>
      <w:r>
        <w:t>yeh alfaaz mein ne sune to aisa laga jaise ke khuda mujhe address kar raha hai.</w:t>
      </w:r>
    </w:p>
    <w:p>
      <w:pPr>
        <w:jc w:val="right"/>
      </w:pPr>
      <w:r>
        <w:t>یہ الفاظ میں نے سنے تو ایسا لگا جیسے کہ خدا مجھے ایڈریس کر رہا ہے۔</w:t>
      </w:r>
    </w:p>
    <w:p>
      <w:r>
        <w:rPr>
          <w:b/>
        </w:rPr>
        <w:t xml:space="preserve">[15:41] </w:t>
      </w:r>
      <w:r>
        <w:t>pehli bar meri jo meri jo inner spirit thi, woh address ho rahi thi.</w:t>
      </w:r>
    </w:p>
    <w:p>
      <w:pPr>
        <w:jc w:val="right"/>
      </w:pPr>
      <w:r>
        <w:t>پہلی بار میری جو میری جو انر اسپیٹ تھی، وہ ایڈریس ہو رہی تھی۔</w:t>
      </w:r>
    </w:p>
    <w:p>
      <w:r>
        <w:rPr>
          <w:b/>
        </w:rPr>
        <w:t xml:space="preserve">[15:54] </w:t>
      </w:r>
      <w:r>
        <w:t>yeh jo quran ki ayatein mein ne parhin, is ka transition yeh hai ke "night and dark, darkness and light is witness that</w:t>
      </w:r>
    </w:p>
    <w:p>
      <w:pPr>
        <w:jc w:val="right"/>
      </w:pPr>
      <w:r>
        <w:t>یہ جو قرآن کی آیتیں میں نے پڑھیں، اس کا ٹرانسیشن یہ ہے کہ "نائٹ اینڈ ڈارک، ڈارکنس اینڈ لائٹ از وٹنس دیٹ</w:t>
      </w:r>
    </w:p>
    <w:p>
      <w:r>
        <w:rPr>
          <w:b/>
        </w:rPr>
        <w:t xml:space="preserve">[16:19] </w:t>
      </w:r>
      <w:r>
        <w:t>god, god ne tum ko chora nahi. khuda ne tum ko chora nahi.</w:t>
      </w:r>
    </w:p>
    <w:p>
      <w:pPr>
        <w:jc w:val="right"/>
      </w:pPr>
      <w:r>
        <w:t>گاڈ، گاڈ نے تم کو چھوڑا نہیں۔ خدا نے تم کو چھوڑا نہیں۔</w:t>
      </w:r>
    </w:p>
    <w:p>
      <w:r>
        <w:rPr>
          <w:b/>
        </w:rPr>
        <w:t xml:space="preserve">[16:34] </w:t>
      </w:r>
      <w:r>
        <w:t>tumhare liye future is se acha hoga jo jo tum ko tumhara present hai. tumhara future tumhare present se acha hoga.</w:t>
      </w:r>
    </w:p>
    <w:p>
      <w:pPr>
        <w:jc w:val="right"/>
      </w:pPr>
      <w:r>
        <w:t>تمہارے لیے فیوچر اس سے اچھا ہوگا جو جو تم کو تمہارا پریزنٹ ہے۔ تمہارا فیوچر تمہارے پریزنٹ سے اچھا ہوگا۔</w:t>
      </w:r>
    </w:p>
    <w:p>
      <w:r>
        <w:rPr>
          <w:b/>
        </w:rPr>
        <w:t xml:space="preserve">[16:49] </w:t>
      </w:r>
      <w:r>
        <w:t>tum ko khuda jaldi dega to tum satisfied ho jaoge. kya khuda ne tum ko, kya khuda, kya aisa nahi hai ke khuda ne tum ko orphan paya</w:t>
      </w:r>
    </w:p>
    <w:p>
      <w:pPr>
        <w:jc w:val="right"/>
      </w:pPr>
      <w:r>
        <w:t>تم کو خدا جلدی دے گا تو تم سیٹسفائیڈ ہو جاؤ گے۔ کیا خدا نے تم کو، کیا خدا، کیا ایسا نہیں ہے کہ خدا نے تم کو ارفن پایا</w:t>
      </w:r>
    </w:p>
    <w:p>
      <w:r>
        <w:rPr>
          <w:b/>
        </w:rPr>
        <w:t xml:space="preserve">[17:05] </w:t>
      </w:r>
      <w:r>
        <w:t>to tum ko shelter diya? kya aisa nahin ke Khuda ne tum ko bhatka hua paya to tum ko rasta dikhaya?</w:t>
      </w:r>
    </w:p>
    <w:p>
      <w:pPr>
        <w:jc w:val="right"/>
      </w:pPr>
      <w:r>
        <w:t>تو تم کو شیلٹر دیا؟ کیا ایسا نہیں کہ خدا نے تم کو بھٹکا ہوا پایا تو تم کو راستہ دکھایا؟</w:t>
      </w:r>
    </w:p>
    <w:p>
      <w:r>
        <w:rPr>
          <w:b/>
        </w:rPr>
        <w:t xml:space="preserve">[17:18] </w:t>
      </w:r>
      <w:r>
        <w:t>kya aisa nahin ke tum ko Khuda ne muhtaj paya to tum ko</w:t>
      </w:r>
    </w:p>
    <w:p>
      <w:pPr>
        <w:jc w:val="right"/>
      </w:pPr>
      <w:r>
        <w:t>کیا ایسا نہیں کہ تم کو خدا نے محتاج پایا تو تم کو</w:t>
      </w:r>
    </w:p>
    <w:p>
      <w:r>
        <w:rPr>
          <w:b/>
        </w:rPr>
        <w:t xml:space="preserve">[17:27] </w:t>
      </w:r>
      <w:r>
        <w:t>ghani bana diya?</w:t>
      </w:r>
    </w:p>
    <w:p>
      <w:pPr>
        <w:jc w:val="right"/>
      </w:pPr>
      <w:r>
        <w:t>غنی بنا دیا؟</w:t>
      </w:r>
    </w:p>
    <w:p>
      <w:r>
        <w:rPr>
          <w:b/>
        </w:rPr>
        <w:t xml:space="preserve">[17:29] </w:t>
      </w:r>
      <w:r>
        <w:t>yeh jab maine suna bohat hi saaf awaz mein to ek bhonchal mere andar aa gaya. us waqt meri jo kaifiyat thi, us ko main keh sakta hoon ke woh tha identity crisis.</w:t>
      </w:r>
    </w:p>
    <w:p>
      <w:pPr>
        <w:jc w:val="right"/>
      </w:pPr>
      <w:r>
        <w:t>یہ جب میں نے سنا بہت ہی صاف آواز میں تو ایک بھونچال میرے اندر آ گیا۔ اس وقت میری جو کیفیت تھی، اس کو میں کہہ سکتا ہوں کہ وہ تھا آئیڈینٹیٹی کرائسز۔</w:t>
      </w:r>
    </w:p>
    <w:p>
      <w:r>
        <w:rPr>
          <w:b/>
        </w:rPr>
        <w:t xml:space="preserve">[17:47] </w:t>
      </w:r>
      <w:r>
        <w:t>woh mere identity crisis ka lamha tha.</w:t>
      </w:r>
    </w:p>
    <w:p>
      <w:pPr>
        <w:jc w:val="right"/>
      </w:pPr>
      <w:r>
        <w:t>وہ میرے آئیڈینٹیٹی کرائسز کا لمحہ تھا۔</w:t>
      </w:r>
    </w:p>
    <w:p>
      <w:r>
        <w:rPr>
          <w:b/>
        </w:rPr>
        <w:t xml:space="preserve">[17:53] </w:t>
      </w:r>
      <w:r>
        <w:t>main apni identity ko dhoondh raha tha jo mujhe mil nahin rahi thi. kyun? jo cheezen mere aas paas theen, un mein mujhe satisfaction nahin milta tha.</w:t>
      </w:r>
    </w:p>
    <w:p>
      <w:pPr>
        <w:jc w:val="right"/>
      </w:pPr>
      <w:r>
        <w:t>میں اپنی آئیڈینٹیٹی کو ڈھونڈ رہا تھا جو مجھے مل نہیں رہی تھی۔ کیوں؟ جو چیزیں میرے اس پاس تھیں، ان میں مجھے سیٹسفیکشن نہیں ملتا تھا۔</w:t>
      </w:r>
    </w:p>
    <w:p>
      <w:r>
        <w:rPr>
          <w:b/>
        </w:rPr>
        <w:t xml:space="preserve">[18:12] </w:t>
      </w:r>
      <w:r>
        <w:t>maine agriculture ko dekha, horticulture ko dekha, business ko dekha, job ko dekha. door se yeh sari cheezen maine dekheen lekin kisi se main apne aap ko identify na kar saka.</w:t>
      </w:r>
    </w:p>
    <w:p>
      <w:pPr>
        <w:jc w:val="right"/>
      </w:pPr>
      <w:r>
        <w:t>میں نے ایگریکلچر کو دیکھا، ہارٹیکلچر کو دیکھا، بزنس کو دیکھا، جاب کو دیکھا۔ دور سے یہ ساری چیزیں میں نے دیکھیں لیکن کسی سے میں اپنے آپ کو آئیڈینٹیفائی نہ کر سکا۔</w:t>
      </w:r>
    </w:p>
    <w:p>
      <w:r>
        <w:rPr>
          <w:b/>
        </w:rPr>
        <w:t xml:space="preserve">[18:32] </w:t>
      </w:r>
      <w:r>
        <w:t>ek loneliness ka ehsas tha jis mein main jee raha tha. woh</w:t>
      </w:r>
    </w:p>
    <w:p>
      <w:pPr>
        <w:jc w:val="right"/>
      </w:pPr>
      <w:r>
        <w:t>ایک لونلینس کا احساس تھا جس میں میں جی رہا تھا۔ وہ</w:t>
      </w:r>
    </w:p>
    <w:p>
      <w:r>
        <w:rPr>
          <w:b/>
        </w:rPr>
        <w:t xml:space="preserve">[18:38] </w:t>
      </w:r>
      <w:r>
        <w:t>ke jab yeh awaz maine suni to aisa laga ke maine, main duniya mein alone nahin hoon. koi ek mera sathi bhi hai.</w:t>
      </w:r>
    </w:p>
    <w:p>
      <w:pPr>
        <w:jc w:val="right"/>
      </w:pPr>
      <w:r>
        <w:t>کہ جب یہ آواز میں نے سنی تو ایسا لگا کہ میں نے، میں دنیا میں الون نہیں ہوں۔ کوئی ایک میرا ساتھی بھی ہے۔</w:t>
      </w:r>
    </w:p>
    <w:p>
      <w:r>
        <w:rPr>
          <w:b/>
        </w:rPr>
        <w:t xml:space="preserve">[18:47] </w:t>
      </w:r>
      <w:r>
        <w:t>woh sathi khud Khuda hai.</w:t>
      </w:r>
    </w:p>
    <w:p>
      <w:pPr>
        <w:jc w:val="right"/>
      </w:pPr>
      <w:r>
        <w:t>وہ ساتھی خود خدا ہے۔</w:t>
      </w:r>
    </w:p>
    <w:p>
      <w:r>
        <w:rPr>
          <w:b/>
        </w:rPr>
        <w:t xml:space="preserve">[18:54] </w:t>
      </w:r>
      <w:r>
        <w:t>and that companion is is no less than God himself. achaanak maine apni identity ko daryaft kar liya aur</w:t>
      </w:r>
    </w:p>
    <w:p>
      <w:pPr>
        <w:jc w:val="right"/>
      </w:pPr>
      <w:r>
        <w:t>اینڈ دیٹ کمپینین از از نو لیس دین گاڈ ہم سیلف۔ اچانک میں نے اپنی آئیڈینٹیٹی کو دریافت کر لیا اور</w:t>
      </w:r>
    </w:p>
    <w:p>
      <w:r>
        <w:rPr>
          <w:b/>
        </w:rPr>
        <w:t xml:space="preserve">[19:08] </w:t>
      </w:r>
      <w:r>
        <w:t>phir wahan se meri zindagi ka aghaz, ek naya aghaz hua.</w:t>
      </w:r>
    </w:p>
    <w:p>
      <w:pPr>
        <w:jc w:val="right"/>
      </w:pPr>
      <w:r>
        <w:t>پھر وہاں سے میری زندگی کا آغاز، ایک نیا آغاز ہوا۔</w:t>
      </w:r>
    </w:p>
    <w:p>
      <w:r>
        <w:rPr>
          <w:b/>
        </w:rPr>
        <w:t xml:space="preserve">[19:16] </w:t>
      </w:r>
      <w:r>
        <w:t>yahan main is baat ko aur zyada clear karne ke liye</w:t>
      </w:r>
    </w:p>
    <w:p>
      <w:pPr>
        <w:jc w:val="right"/>
      </w:pPr>
      <w:r>
        <w:t>یہاں میں اس بات کو اور زیادہ کلیئر کرنے کے لیے</w:t>
      </w:r>
    </w:p>
    <w:p>
      <w:r>
        <w:rPr>
          <w:b/>
        </w:rPr>
        <w:t xml:space="preserve">[19:23] </w:t>
      </w:r>
      <w:r>
        <w:t>ek aur misaal deta hoon aap ko. ek zamane mein, ek zamane mein maine Japan ke bare mein bohat si books padhi theen.</w:t>
      </w:r>
    </w:p>
    <w:p>
      <w:pPr>
        <w:jc w:val="right"/>
      </w:pPr>
      <w:r>
        <w:t>ایک اور مثال دیتا ہوں آپ کو۔ ایک زمانے میں، ایک زمانے میں میں نے جاپان کے بارے میں بہت سی بکس پڑھی تھیں۔</w:t>
      </w:r>
    </w:p>
    <w:p>
      <w:r>
        <w:rPr>
          <w:b/>
        </w:rPr>
        <w:t xml:space="preserve">[19:31] </w:t>
      </w:r>
      <w:r>
        <w:t>to ek British journalist Japan gaya, kai baras tak wahan raha. is ke baad us ne Japan ke bare mein ek book likhi.</w:t>
      </w:r>
    </w:p>
    <w:p>
      <w:pPr>
        <w:jc w:val="right"/>
      </w:pPr>
      <w:r>
        <w:t>تو ایک برٹش جرنلسٹ جاپان گیا، کئی برس تک وہاں رہا۔ اس کے بعد اس نے جاپان کے بارے میں ایک بک لکھی۔</w:t>
      </w:r>
    </w:p>
    <w:p>
      <w:r>
        <w:rPr>
          <w:b/>
        </w:rPr>
        <w:t xml:space="preserve">[19:47] </w:t>
      </w:r>
      <w:r>
        <w:t>woh book mere paas hai. is ka title hai "Japanese Society". "Japanese Society" ek British journalist ki kitab hai.</w:t>
      </w:r>
    </w:p>
    <w:p>
      <w:pPr>
        <w:jc w:val="right"/>
      </w:pPr>
      <w:r>
        <w:t>وہ بک میرے پاس ہے۔ اس کا ٹائٹل ہے "جاپنیز سوسائٹی"۔ "جاپنیز سوسائٹی" ایک برٹش جرنلسٹ کی کتاب ہے۔</w:t>
      </w:r>
    </w:p>
    <w:p>
      <w:r>
        <w:rPr>
          <w:b/>
        </w:rPr>
        <w:t xml:space="preserve">[20:02] </w:t>
      </w:r>
      <w:r>
        <w:t>is mein us ne ek ajeeb baat likhi hai, woh yeh ke maine Japaniyon ko bohat qareeb se dekha, bohat zyada un se interact kiya,</w:t>
      </w:r>
    </w:p>
    <w:p>
      <w:pPr>
        <w:jc w:val="right"/>
      </w:pPr>
      <w:r>
        <w:t>اس میں اس نے ایک عجیب بات لکھی ہے، وہ یہ کہ میں نے جاپانیوں کو بہت قریب سے دیکھا، بہت زیادہ ان سے انٹریکٹ کیا،</w:t>
      </w:r>
    </w:p>
    <w:p>
      <w:r>
        <w:rPr>
          <w:b/>
        </w:rPr>
        <w:t xml:space="preserve">[20:17] </w:t>
      </w:r>
      <w:r>
        <w:t>bohat zyada un ko samajhne ki koshish ki. to ek common feature maine paya Japanese logon mein. ek common feature,</w:t>
      </w:r>
    </w:p>
    <w:p>
      <w:pPr>
        <w:jc w:val="right"/>
      </w:pPr>
      <w:r>
        <w:t>بہت زیادہ ان کو سمجھنے کی کوشش کی۔ تو ایک کامن فیچر میں نے پایا جاپنیز لوگوں میں۔ ایک کامن فیچر،</w:t>
      </w:r>
    </w:p>
    <w:p>
      <w:r>
        <w:rPr>
          <w:b/>
        </w:rPr>
        <w:t xml:space="preserve">[20:27] </w:t>
      </w:r>
      <w:r>
        <w:t>woh kya? har Japan ka har mard aur har aurat ki yeh psychology hoti hai ke "I am under someone".</w:t>
      </w:r>
    </w:p>
    <w:p>
      <w:pPr>
        <w:jc w:val="right"/>
      </w:pPr>
      <w:r>
        <w:t>وہ کیا؟ ہر جاپان کا ہر مرد اور ہر عورت کی یہ سائیکالوجی ہوتی ہے کہ "آئی ایم انڈر سم ون"۔</w:t>
      </w:r>
    </w:p>
    <w:p>
      <w:r>
        <w:rPr>
          <w:b/>
        </w:rPr>
        <w:t xml:space="preserve">[20:42] </w:t>
      </w:r>
      <w:r>
        <w:t>"I am under someone".</w:t>
      </w:r>
    </w:p>
    <w:p>
      <w:pPr>
        <w:jc w:val="right"/>
      </w:pPr>
      <w:r>
        <w:t>"آئی ایم انڈر سم ون"۔</w:t>
      </w:r>
    </w:p>
    <w:p>
      <w:r>
        <w:rPr>
          <w:b/>
        </w:rPr>
        <w:t xml:space="preserve">[20:48] </w:t>
      </w:r>
      <w:r>
        <w:t>bari ajeeb baat hai yeh. isi liye Japanese aam taur par submissive nature hota hai un ka.</w:t>
      </w:r>
    </w:p>
    <w:p>
      <w:pPr>
        <w:jc w:val="right"/>
      </w:pPr>
      <w:r>
        <w:t>بڑی عجیب بات ہے یہ۔ اسی لیے جاپنیز عام طور پر سبمیسیو نیچر ہوتا ہے ان کا۔</w:t>
      </w:r>
    </w:p>
    <w:p>
      <w:r>
        <w:rPr>
          <w:b/>
        </w:rPr>
        <w:t xml:space="preserve">[20:56] </w:t>
      </w:r>
      <w:r>
        <w:t>jaise hamare mulk mein officer ka jhagda hota hai, wahan officer ka koi jhagda nahin. kisi ko chairman bana diya to bas sab ne accept kar liya us ko.</w:t>
      </w:r>
    </w:p>
    <w:p>
      <w:pPr>
        <w:jc w:val="right"/>
      </w:pPr>
      <w:r>
        <w:t>جیسے ہمارے દેશ میں افس کا جھگڑا ہوتا ہے، وہاں افس کا کوئی جھگڑا نہیں۔ کسی کو چیئرمین بنا دیا تو بس سب نے ایکسیپٹ کر لیا اس کو۔</w:t>
      </w:r>
    </w:p>
    <w:p>
      <w:r>
        <w:rPr>
          <w:b/>
        </w:rPr>
        <w:t xml:space="preserve">[21:08] </w:t>
      </w:r>
      <w:r>
        <w:t>kisi ko secretary bana diya to sab ne accept, accept kar liya us ko. hamare haan to accept nahin karte.</w:t>
      </w:r>
    </w:p>
    <w:p>
      <w:pPr>
        <w:jc w:val="right"/>
      </w:pPr>
      <w:r>
        <w:t>کسی کو سیکرٹری بنا دیا تو سب نے ایکسیپٹ، ایکسیپٹ کر لیا اس کو۔ ہمارے ہاں تو ایکسیپٹ نہیں کرتے۔</w:t>
      </w:r>
    </w:p>
    <w:p>
      <w:r>
        <w:rPr>
          <w:b/>
        </w:rPr>
        <w:t xml:space="preserve">[21:19] </w:t>
      </w:r>
      <w:r>
        <w:t>to wahan par yeh hai ke submissive nature ki wajah se woh foran hi us ko accept kar lete hain.</w:t>
      </w:r>
    </w:p>
    <w:p>
      <w:pPr>
        <w:jc w:val="right"/>
      </w:pPr>
      <w:r>
        <w:t>تو وہاں پر یہ ہے کہ سبمیسیو نیچر کی وجہ سے وہ فوراً ہی اس کو ایکسیپٹ کر لیتے ہیں۔</w:t>
      </w:r>
    </w:p>
    <w:p>
      <w:r>
        <w:rPr>
          <w:b/>
        </w:rPr>
        <w:t xml:space="preserve">[21:31] </w:t>
      </w:r>
      <w:r>
        <w:t>us ne ek misaal di ke ek Japanese factory mein jo workers the, to un ko kuch resentment hua.</w:t>
      </w:r>
    </w:p>
    <w:p>
      <w:pPr>
        <w:jc w:val="right"/>
      </w:pPr>
      <w:r>
        <w:t>اس نے ایک مثال دی کہ ایک جاپنیز فیکٹری میں جو ورکرز تھے، تو ان کو کچھ ریزنٹمنٹ ہوا۔</w:t>
      </w:r>
    </w:p>
    <w:p>
      <w:r>
        <w:rPr>
          <w:b/>
        </w:rPr>
        <w:t xml:space="preserve">[21:43] </w:t>
      </w:r>
      <w:r>
        <w:t>unho ne kaha ke hum strike karen ge.</w:t>
      </w:r>
    </w:p>
    <w:p>
      <w:pPr>
        <w:jc w:val="right"/>
      </w:pPr>
      <w:r>
        <w:t>انہوں نے کہا کہ ہم اسٹرائیک کریں گے۔</w:t>
      </w:r>
    </w:p>
    <w:p>
      <w:r>
        <w:rPr>
          <w:b/>
        </w:rPr>
        <w:t xml:space="preserve">[21:50] </w:t>
      </w:r>
      <w:r>
        <w:t>hum strike karen ge. to agarchay woh log bohat ziyada, yaani ghussa thay, woh worker.</w:t>
      </w:r>
    </w:p>
    <w:p>
      <w:pPr>
        <w:jc w:val="right"/>
      </w:pPr>
      <w:r>
        <w:t>ہم اسٹرائیک کریں گے۔ تو اگرچہ وہ لوگ بہت زیادہ، یعنی غصہ تھے، وہ ورکر۔</w:t>
      </w:r>
    </w:p>
    <w:p>
      <w:r>
        <w:rPr>
          <w:b/>
        </w:rPr>
        <w:t xml:space="preserve">[22:02] </w:t>
      </w:r>
      <w:r>
        <w:t>koi un ki, un ko shikayat ho gayi thi. to chairman jo tha factory ka, us ne bulaya.</w:t>
      </w:r>
    </w:p>
    <w:p>
      <w:pPr>
        <w:jc w:val="right"/>
      </w:pPr>
      <w:r>
        <w:t>کوئی ان کی، ان کو شکایت ہو گئی تھی۔ تو چیئرمین جو تھا فیکٹری کا، اس نے بلایا۔</w:t>
      </w:r>
    </w:p>
    <w:p>
      <w:r>
        <w:rPr>
          <w:b/>
        </w:rPr>
        <w:t xml:space="preserve">[22:10] </w:t>
      </w:r>
      <w:r>
        <w:t>us ne kaha ke dekho, hamare haan is waqt jo product ban raha hai, woh hai export product.</w:t>
      </w:r>
    </w:p>
    <w:p>
      <w:pPr>
        <w:jc w:val="right"/>
      </w:pPr>
      <w:r>
        <w:t>اس نے کہا کہ دیکھو، ہمارے ہاں اس وقت جو پروڈکٹ بن رہا ہے، وہ ہے ایکسپورٹ پروڈکٹ۔</w:t>
      </w:r>
    </w:p>
    <w:p>
      <w:r>
        <w:rPr>
          <w:b/>
        </w:rPr>
        <w:t xml:space="preserve">[22:26] </w:t>
      </w:r>
      <w:r>
        <w:t>hum kisi country se hamein yeh order mila hai. is ke sath hamara kuch commitment hai. kisi date par hamein is ko bhej dena hai.</w:t>
      </w:r>
    </w:p>
    <w:p>
      <w:pPr>
        <w:jc w:val="right"/>
      </w:pPr>
      <w:r>
        <w:t>ہم کسی کنٹری سے ہمیں یہ آرڈر ملا ہے۔ اس کے ساتھ ہمارا کچھ کمٹمنٹ ہے۔ کسی ڈیٹ پر ہمیں اس کو بھیج دینا ہے۔</w:t>
      </w:r>
    </w:p>
    <w:p>
      <w:r>
        <w:rPr>
          <w:b/>
        </w:rPr>
        <w:t xml:space="preserve">[22:37] </w:t>
      </w:r>
      <w:r>
        <w:t>agar hum is date par is product ko bhej na sake to yeh Japan ke liye, yaani Japanese nation ke liye, aik badnami ki baat hogi.</w:t>
      </w:r>
    </w:p>
    <w:p>
      <w:pPr>
        <w:jc w:val="right"/>
      </w:pPr>
      <w:r>
        <w:t>اگر ہم اس ڈیٹ پر اس پروڈکٹ کو بھیج نہ سکے تو یہ جاپان کے لیے، یعنی جاپنیز نیشن کے لیے، ایک بدنامی کی بات ہوگی۔</w:t>
      </w:r>
    </w:p>
    <w:p>
      <w:r>
        <w:rPr>
          <w:b/>
        </w:rPr>
        <w:t xml:space="preserve">[22:57] </w:t>
      </w:r>
      <w:r>
        <w:t>kyun ke aap jante hain ke business mein time ki bohat value hoti hai.</w:t>
      </w:r>
    </w:p>
    <w:p>
      <w:pPr>
        <w:jc w:val="right"/>
      </w:pPr>
      <w:r>
        <w:t>کیونکہ آپ جانتے ہیں کہ بزنس میں ٹائم کی بہت ویلیو ہوتی ہے۔</w:t>
      </w:r>
    </w:p>
    <w:p>
      <w:r>
        <w:rPr>
          <w:b/>
        </w:rPr>
        <w:t xml:space="preserve">[23:04] </w:t>
      </w:r>
      <w:r>
        <w:t>to time par jo is ko saman nahi pohnche ga, to bohat ziyada dhakka lage ga hamare business ko aur Japanese industry ko.</w:t>
      </w:r>
    </w:p>
    <w:p>
      <w:pPr>
        <w:jc w:val="right"/>
      </w:pPr>
      <w:r>
        <w:t>تو ٹائم پر جو اس کو سامان نہیں پہنچے گا، تو بہت زیادہ دھکا لگے گا ہمارے بزنس کو اور جاپنیز انڈسٹری کو۔</w:t>
      </w:r>
    </w:p>
    <w:p>
      <w:r>
        <w:rPr>
          <w:b/>
        </w:rPr>
        <w:t xml:space="preserve">[23:16] </w:t>
      </w:r>
      <w:r>
        <w:t>is ke baad workers jo thay, aik minute ke liye bhi socha nahi unho ne. aik second ke liye nahi socha unho ne. kaha ke theek hai.</w:t>
      </w:r>
    </w:p>
    <w:p>
      <w:pPr>
        <w:jc w:val="right"/>
      </w:pPr>
      <w:r>
        <w:t>اس کے بعد ورکرز جو تھے، ایک منٹ کے لیے بھی سوچا نہیں انہوں نے۔ ایک سیکنڈ کے لیے نہیں سوچا انہوں نے۔ کہا کہ ٹھیک ہے۔</w:t>
      </w:r>
    </w:p>
    <w:p>
      <w:r>
        <w:rPr>
          <w:b/>
        </w:rPr>
        <w:t xml:space="preserve">[23:30] </w:t>
      </w:r>
      <w:r>
        <w:t>unho ne apni strike ko wapas le liya.</w:t>
      </w:r>
    </w:p>
    <w:p>
      <w:pPr>
        <w:jc w:val="right"/>
      </w:pPr>
      <w:r>
        <w:t>انہوں نے اپنی سٹرائیک کو واپس لے لیا۔</w:t>
      </w:r>
    </w:p>
    <w:p>
      <w:r>
        <w:rPr>
          <w:b/>
        </w:rPr>
        <w:t xml:space="preserve">[23:34] </w:t>
      </w:r>
      <w:r>
        <w:t>is se bhi ajeeb baat us ne likhi thi. yeh is ke baad woh factory mein gaye apne kaam ke liye. isi tarah se poori tawajjuh ke sath, poori lagan ke sath, poori mehnat ke sath unho ne kaam kiya jaisa ke is se pehle khushi ki halat mein karte thay.</w:t>
      </w:r>
    </w:p>
    <w:p>
      <w:pPr>
        <w:jc w:val="right"/>
      </w:pPr>
      <w:r>
        <w:t>اس سے بھی عجیب بات اس نے لکھی تھی۔ یہ اس کے بعد وہ فیکٹری میں گئے اپنے کام کے لیے۔ اسی طرح سے پوری توجہ کے ساتھ، پوری لگن کے ساتھ، پوری محنت کے ساتھ انہوں نے کام کیا جیسا کہ اس سے پہلے خوشی کی حالت میں کرتے تھے۔</w:t>
      </w:r>
    </w:p>
    <w:p>
      <w:r>
        <w:rPr>
          <w:b/>
        </w:rPr>
        <w:t xml:space="preserve">[23:49] </w:t>
      </w:r>
      <w:r>
        <w:t>woh sirf itna kiya unho ne ke apne hath par kaale kapray ki patti baandh li.</w:t>
      </w:r>
    </w:p>
    <w:p>
      <w:pPr>
        <w:jc w:val="right"/>
      </w:pPr>
      <w:r>
        <w:t>وہ صرف اتنا کیا انہوں نے کہ اپنے ہاتھ پر کالے کپڑے کی پٹی باندھ لی۔</w:t>
      </w:r>
    </w:p>
    <w:p>
      <w:r>
        <w:rPr>
          <w:b/>
        </w:rPr>
        <w:t xml:space="preserve">[23:59] </w:t>
      </w:r>
      <w:r>
        <w:t>bas yeh tha. yeh is tarah ki cheezein le kar is ne bataya hai ke wahan par yeh hai. "I am under some one".</w:t>
      </w:r>
    </w:p>
    <w:p>
      <w:pPr>
        <w:jc w:val="right"/>
      </w:pPr>
      <w:r>
        <w:t>بس یہ تھا۔ یہ اس طرح کی چیزیں لے کر اس نے بتایا ہے کہ وہاں پر یہ ہے۔ "آئی ایم انڈر سم ون"۔</w:t>
      </w:r>
    </w:p>
    <w:p>
      <w:r>
        <w:rPr>
          <w:b/>
        </w:rPr>
        <w:t xml:space="preserve">[24:09] </w:t>
      </w:r>
      <w:r>
        <w:t>mein kisi chairman ke ke under mein hoon. mein kisi king ke under mein hoon. mein kisi boss ke under mein hoon.</w:t>
      </w:r>
    </w:p>
    <w:p>
      <w:pPr>
        <w:jc w:val="right"/>
      </w:pPr>
      <w:r>
        <w:t>میں کسی چیئرمین کے کے انڈر میں ہوں۔ میں کسی کنگ کے انڈر میں ہوں۔ میں کسی باس کے انڈر میں ہوں۔</w:t>
      </w:r>
    </w:p>
    <w:p>
      <w:r>
        <w:rPr>
          <w:b/>
        </w:rPr>
        <w:t xml:space="preserve">[24:18] </w:t>
      </w:r>
      <w:r>
        <w:t>yeh un ka nature hai.</w:t>
      </w:r>
    </w:p>
    <w:p>
      <w:pPr>
        <w:jc w:val="right"/>
      </w:pPr>
      <w:r>
        <w:t>یہ ان کا نیچر ہے۔</w:t>
      </w:r>
    </w:p>
    <w:p>
      <w:r>
        <w:rPr>
          <w:b/>
        </w:rPr>
        <w:t xml:space="preserve">[24:22] </w:t>
      </w:r>
      <w:r>
        <w:t>dekhein, yeh woh koi simple baat nahi hai.</w:t>
      </w:r>
    </w:p>
    <w:p>
      <w:pPr>
        <w:jc w:val="right"/>
      </w:pPr>
      <w:r>
        <w:t>دیکھیں، یہ وہ کوئی سمپل بات نہیں ہے۔</w:t>
      </w:r>
    </w:p>
    <w:p>
      <w:r>
        <w:rPr>
          <w:b/>
        </w:rPr>
        <w:t xml:space="preserve">[24:26] </w:t>
      </w:r>
      <w:r>
        <w:t>aap yeh samjhiye ke yeh koi simple baat hai. yeh bohat bari baat hai.</w:t>
      </w:r>
    </w:p>
    <w:p>
      <w:pPr>
        <w:jc w:val="right"/>
      </w:pPr>
      <w:r>
        <w:t>آپ یہ سمجھیے کہ یہ کوئی سمپل بات ہے۔ یہ بہت بڑی بات ہے۔</w:t>
      </w:r>
    </w:p>
    <w:p>
      <w:r>
        <w:rPr>
          <w:b/>
        </w:rPr>
        <w:t xml:space="preserve">[24:35] </w:t>
      </w:r>
      <w:r>
        <w:t>is ko mein ne kahe samjha. mein Japan gaya. aik aadmi ne mujh se baat karte hue kaha Japaniyon ke baray mein.</w:t>
      </w:r>
    </w:p>
    <w:p>
      <w:pPr>
        <w:jc w:val="right"/>
      </w:pPr>
      <w:r>
        <w:t>اس کو میں نے کہے سمجھا۔ میں جاپان گیا۔ ایک آدمی نے مجھ سے بات کرتے ہوئے کہا جاپانیوں کے بارے میں۔</w:t>
      </w:r>
    </w:p>
    <w:p>
      <w:r>
        <w:rPr>
          <w:b/>
        </w:rPr>
        <w:t xml:space="preserve">[24:46] </w:t>
      </w:r>
      <w:r>
        <w:t>aap jante hain ke Japani kya cheez hai?</w:t>
      </w:r>
    </w:p>
    <w:p>
      <w:pPr>
        <w:jc w:val="right"/>
      </w:pPr>
      <w:r>
        <w:t>آپ جانتے ہیں کہ جاپانی کیا چیز ہے؟</w:t>
      </w:r>
    </w:p>
    <w:p>
      <w:r>
        <w:rPr>
          <w:b/>
        </w:rPr>
        <w:t xml:space="preserve">[24:50] </w:t>
      </w:r>
      <w:r>
        <w:t>unho ne kaha ke "every Japanese person is Mr. Nature".</w:t>
      </w:r>
    </w:p>
    <w:p>
      <w:pPr>
        <w:jc w:val="right"/>
      </w:pPr>
      <w:r>
        <w:t>انہوں نے کہا کہ "ایوری جاپنیز پرسن از مسٹر نیچر"۔</w:t>
      </w:r>
    </w:p>
    <w:p>
      <w:r>
        <w:rPr>
          <w:b/>
        </w:rPr>
        <w:t xml:space="preserve">[25:01] </w:t>
      </w:r>
      <w:r>
        <w:t>har mard aur aurat jo Japan mein paida hua hai, jo Japani hai, woh Mr. Nature ya Ms. Nature hai.</w:t>
      </w:r>
    </w:p>
    <w:p>
      <w:pPr>
        <w:jc w:val="right"/>
      </w:pPr>
      <w:r>
        <w:t>ہر مرد اور عورت جو جاپان میں پیدا ہوا ہے، جو جاپانی ہے، وہ مسٹر نیچر یا مس نیچر ہے۔</w:t>
      </w:r>
    </w:p>
    <w:p>
      <w:r>
        <w:rPr>
          <w:b/>
        </w:rPr>
        <w:t xml:space="preserve">[25:11] </w:t>
      </w:r>
      <w:r>
        <w:t>woh yaani apne nature par woh qaim hai.</w:t>
      </w:r>
    </w:p>
    <w:p>
      <w:pPr>
        <w:jc w:val="right"/>
      </w:pPr>
      <w:r>
        <w:t>وہ یعنی اپنے نیچر پر وہ قائم ہے۔</w:t>
      </w:r>
    </w:p>
    <w:p>
      <w:r>
        <w:rPr>
          <w:b/>
        </w:rPr>
        <w:t xml:space="preserve">[25:19] </w:t>
      </w:r>
      <w:r>
        <w:t>h</w:t>
      </w:r>
    </w:p>
    <w:p>
      <w:pPr>
        <w:jc w:val="right"/>
      </w:pPr>
      <w:r>
        <w:t>ہ</w:t>
      </w:r>
    </w:p>
    <w:p>
      <w:r>
        <w:rPr>
          <w:b/>
        </w:rPr>
        <w:t xml:space="preserve">[25:20] </w:t>
      </w:r>
      <w:r>
        <w:t>ar aadmi by nature kuch baatein le kar paida hota hai. har aadmi mein hoti hain woh baatein.</w:t>
      </w:r>
    </w:p>
    <w:p>
      <w:pPr>
        <w:jc w:val="right"/>
      </w:pPr>
      <w:r>
        <w:t>ر آدمی بائی نیچر کچھ باتیں لے کر پیدا ہوتا ہے۔ ہر آدمی میں ہوتی ہیں وہ باتیں۔</w:t>
      </w:r>
    </w:p>
    <w:p>
      <w:r>
        <w:rPr>
          <w:b/>
        </w:rPr>
        <w:t xml:space="preserve">[25:30] </w:t>
      </w:r>
      <w:r>
        <w:t>phir conditioning se badal jata hai. woh to us ne kaha ke yeh anokhi cheez hai yahan par hai jo kisi doosri country mein nahi paayen ge aap dunya bhar mein.</w:t>
      </w:r>
    </w:p>
    <w:p>
      <w:pPr>
        <w:jc w:val="right"/>
      </w:pPr>
      <w:r>
        <w:t>پھر کنڈیشننگ سے بدل جاتا ہے۔ وہ تو اس نے کہا کہ یہ انوکھی چیز ہے یہاں پر ہے جو کسی دوسری کنٹری میں نہیں پائیں گے آپ دنیا بھر میں۔</w:t>
      </w:r>
    </w:p>
    <w:p>
      <w:r>
        <w:rPr>
          <w:b/>
        </w:rPr>
        <w:t xml:space="preserve">[25:43] </w:t>
      </w:r>
      <w:r>
        <w:t>keh har japanese aadmi mister nature hai.</w:t>
      </w:r>
    </w:p>
    <w:p>
      <w:pPr>
        <w:jc w:val="right"/>
      </w:pPr>
      <w:r>
        <w:t>کہ ہر جاپنیز آدمی مسٹر نیچر ہے۔</w:t>
      </w:r>
    </w:p>
    <w:p>
      <w:r>
        <w:rPr>
          <w:b/>
        </w:rPr>
        <w:t xml:space="preserve">[25:49] </w:t>
      </w:r>
      <w:r>
        <w:t>yahan se mujhe sochne ko mila keh yeh baat jo hai in ke andar keh "i am under someone".</w:t>
      </w:r>
    </w:p>
    <w:p>
      <w:pPr>
        <w:jc w:val="right"/>
      </w:pPr>
      <w:r>
        <w:t>یہاں سے مجھے سوچنے کو ملا کہ یہ بات جو ہے ان کے اندر کہ "آئی ایم انڈر سم ون"۔</w:t>
      </w:r>
    </w:p>
    <w:p>
      <w:r>
        <w:rPr>
          <w:b/>
        </w:rPr>
        <w:t xml:space="preserve">[25:58] </w:t>
      </w:r>
      <w:r>
        <w:t>yeh in ke nature ne unhein sikha rakha hai. japan ki geography ne nahin. agar is ko aap japan ki geography se jor ke dekhen ge to aap ko koi bari baat is ke andar nahin mile gi.</w:t>
      </w:r>
    </w:p>
    <w:p>
      <w:pPr>
        <w:jc w:val="right"/>
      </w:pPr>
      <w:r>
        <w:t>یہ ان کے نیچر نے انہیں سکھا رکھا ہے۔ جاپان کی جغرافیہ نے نہیں۔ اگر اس کو آپ جاپان کی جغرافیہ سے جوڑ کے دیکھیں گے تو آپ کو کوئی بڑی بات اس کے اندر نہیں ملے گی۔</w:t>
      </w:r>
    </w:p>
    <w:p>
      <w:r>
        <w:rPr>
          <w:b/>
        </w:rPr>
        <w:t xml:space="preserve">[26:15] </w:t>
      </w:r>
      <w:r>
        <w:t>lekin nature se joar kar aap dekhen, is ke andar aik universal lesson hai. aik universal teaching hai. aik universal reality hai.</w:t>
      </w:r>
    </w:p>
    <w:p>
      <w:pPr>
        <w:jc w:val="right"/>
      </w:pPr>
      <w:r>
        <w:t>لیکن نیچر سے جوڑ کر آپ دیکھیں، اس کے اندر ایک یونیورسل لیسن ہے۔ ایک یونیورسل ٹیچنگ ہے۔ ایک یونیورسل ریلیٹی ہے۔</w:t>
      </w:r>
    </w:p>
    <w:p>
      <w:r>
        <w:rPr>
          <w:b/>
        </w:rPr>
        <w:t xml:space="preserve">[26:27] </w:t>
      </w:r>
      <w:r>
        <w:t>woh kia? phir maine in cheezon ko milaya jo anthropology mein keh study mein jani gayi hain.</w:t>
      </w:r>
    </w:p>
    <w:p>
      <w:pPr>
        <w:jc w:val="right"/>
      </w:pPr>
      <w:r>
        <w:t>وہ کیا؟ پھر میں نے ان چیزوں کو ملایا جو انتھروپالوجی میں کہ اسٹڈی میں جانی گئی ہیں۔</w:t>
      </w:r>
    </w:p>
    <w:p>
      <w:r>
        <w:rPr>
          <w:b/>
        </w:rPr>
        <w:t xml:space="preserve">[26:37] </w:t>
      </w:r>
      <w:r>
        <w:t>aap jante hain keh anthropological study mein yeh maan liya gaya hai keh har insan</w:t>
      </w:r>
    </w:p>
    <w:p>
      <w:pPr>
        <w:jc w:val="right"/>
      </w:pPr>
      <w:r>
        <w:t>آپ جانتے ہیں کہ انتھروپولوجیکل اسٹڈی میں یہ مان لیا گیا ہے کہ ہر انسان</w:t>
      </w:r>
    </w:p>
    <w:p>
      <w:r>
        <w:rPr>
          <w:b/>
        </w:rPr>
        <w:t xml:space="preserve">[26:45] </w:t>
      </w:r>
      <w:r>
        <w:t>khuda ka consciousness le kar paida hota hai. khuda ka shaoor. kyunkeh anthropological study mein jitni bhi societies ka mutala kiya gaya hai, kyunkeh aap jante hain keh anthropology kia hai?</w:t>
      </w:r>
    </w:p>
    <w:p>
      <w:pPr>
        <w:jc w:val="right"/>
      </w:pPr>
      <w:r>
        <w:t>خدا کا کانشیسنس لے کر پیدا ہوتا ہے۔ خدا کا شعور۔ کیونکہ انتھروپولوجیکل اسٹڈی میں جتنی بھی سوسائٹیز کا مطالعہ کیا گیا ہے، کیونکہ آپ جانتے ہیں کہ انتھروپالوجی کیا ہے؟</w:t>
      </w:r>
    </w:p>
    <w:p>
      <w:r>
        <w:rPr>
          <w:b/>
        </w:rPr>
        <w:t xml:space="preserve">[27:02] </w:t>
      </w:r>
      <w:r>
        <w:t>insani society ka ki study. human society ki study. yeh hai anthropology.</w:t>
      </w:r>
    </w:p>
    <w:p>
      <w:pPr>
        <w:jc w:val="right"/>
      </w:pPr>
      <w:r>
        <w:t>انسانی سوسائٹی کا کی اسٹڈی۔ ہیومن سوسائٹی کی اسٹڈی۔ یہ ہے انتھروپالوجی۔</w:t>
      </w:r>
    </w:p>
    <w:p>
      <w:r>
        <w:rPr>
          <w:b/>
        </w:rPr>
        <w:t xml:space="preserve">[27:12] </w:t>
      </w:r>
      <w:r>
        <w:t>anthropological study mein paya gaya hai keh kabhi koi society dunya mein non society aisi nahin thi jis ke andar kisi na kisi tarah khuda ka ehsas na ho.</w:t>
      </w:r>
    </w:p>
    <w:p>
      <w:pPr>
        <w:jc w:val="right"/>
      </w:pPr>
      <w:r>
        <w:t>انتھروپولوجیکل اسٹڈی میں پایا گیا ہے کہ کبھی کوئی سوسائٹی دنیا میں نون سوسائٹی ایسی نہیں تھی جس کے اندر کسی نہ کسی طرح خدا کا احساس نہ ہو۔</w:t>
      </w:r>
    </w:p>
    <w:p>
      <w:r>
        <w:rPr>
          <w:b/>
        </w:rPr>
        <w:t xml:space="preserve">[27:29] </w:t>
      </w:r>
      <w:r>
        <w:t>yeh alag baat hai keh kabhi unhon ne unseen khuda ko pooja, kabhi seen khuda ko poojne lage. yaani god, yaani jo unseen god ko nahin samajh paye to sun aur moon ko poojne lage.</w:t>
      </w:r>
    </w:p>
    <w:p>
      <w:pPr>
        <w:jc w:val="right"/>
      </w:pPr>
      <w:r>
        <w:t>یہ الگ بات ہے کہ کبھی انہوں نے ان سین خدا کو پوجا، کبھی سین خدا کو پوجنے لگے۔ یعنی گاڈ، یعنی جو ان سین گاڈ کو نہیں سمجھ پائے تو سن اور مون کو پوجنے لگے۔</w:t>
      </w:r>
    </w:p>
    <w:p>
      <w:r>
        <w:rPr>
          <w:b/>
        </w:rPr>
        <w:t xml:space="preserve">[27:47] </w:t>
      </w:r>
      <w:r>
        <w:t>to ya to seen god ya unseen god. hamesha woh khuda ko poojte rahe hain.</w:t>
      </w:r>
    </w:p>
    <w:p>
      <w:pPr>
        <w:jc w:val="right"/>
      </w:pPr>
      <w:r>
        <w:t>تو یا تو سین گاڈ یا ان سین گاڈ۔ ہمیشہ وہ خدا کو پوجتے رہے ہیں۔</w:t>
      </w:r>
    </w:p>
    <w:p>
      <w:r>
        <w:rPr>
          <w:b/>
        </w:rPr>
        <w:t xml:space="preserve">[27:55] </w:t>
      </w:r>
      <w:r>
        <w:t>aaj bhi main samajhta hoon keh aaj bhi koi secular, sab se bara secular aadmi jo maine dekha, woh bhi is se khali nahin tha.</w:t>
      </w:r>
    </w:p>
    <w:p>
      <w:pPr>
        <w:jc w:val="right"/>
      </w:pPr>
      <w:r>
        <w:t>آج بھی میں سمجھتا ہوں کہ آج بھی کوئی سیکولر، سب سے بڑا سیکولر آدمی جو میں نے دیکھا، وہ بھی اس سے خالی نہیں تھا۔</w:t>
      </w:r>
    </w:p>
    <w:p>
      <w:r>
        <w:rPr>
          <w:b/>
        </w:rPr>
        <w:t xml:space="preserve">[28:06] </w:t>
      </w:r>
      <w:r>
        <w:t>woh bhi is se khali nahin tha.</w:t>
      </w:r>
    </w:p>
    <w:p>
      <w:pPr>
        <w:jc w:val="right"/>
      </w:pPr>
      <w:r>
        <w:t>وہ بھی اس سے خالی نہیں تھا۔</w:t>
      </w:r>
    </w:p>
    <w:p>
      <w:r>
        <w:rPr>
          <w:b/>
        </w:rPr>
        <w:t xml:space="preserve">[28:12] </w:t>
      </w:r>
      <w:r>
        <w:t>misal ke taur par is zamane ka sab se bara atheist jo hai, stalin tha.</w:t>
      </w:r>
    </w:p>
    <w:p>
      <w:pPr>
        <w:jc w:val="right"/>
      </w:pPr>
      <w:r>
        <w:t>مثلاً اس زمانے کا سب سے بڑا اتھیسٹ جو ہے، اسٹیرین تھا۔</w:t>
      </w:r>
    </w:p>
    <w:p>
      <w:r>
        <w:rPr>
          <w:b/>
        </w:rPr>
        <w:t xml:space="preserve">[28:19] </w:t>
      </w:r>
      <w:r>
        <w:t>stalin khuda ko nahin manta tha. bohat bara communist leader tha woh russia ka. second world war ke zamane mein hitler jo hai, lagta tha keh sare europe ko capture kar lega.</w:t>
      </w:r>
    </w:p>
    <w:p>
      <w:pPr>
        <w:jc w:val="right"/>
      </w:pPr>
      <w:r>
        <w:t>اسٹیرین خدا کو نہیں مانتا تھا۔ بہت بڑا کمیونسٹ لیڈر تھا وہ رشیا کا۔ سیکنڈ ورلڈ وار کے زمانے میں ہٹلر جو ہے، لگتا تھا کہ سارے یورپ کو کیپچر کر لے گا۔</w:t>
      </w:r>
    </w:p>
    <w:p>
      <w:r>
        <w:rPr>
          <w:b/>
        </w:rPr>
        <w:t xml:space="preserve">[28:38] </w:t>
      </w:r>
      <w:r>
        <w:t>andha dhund is bombardment karta tha aur is ki army idhar ja rahi hai, idhar ja rahi hai.</w:t>
      </w:r>
    </w:p>
    <w:p>
      <w:pPr>
        <w:jc w:val="right"/>
      </w:pPr>
      <w:r>
        <w:t>اندھا دھند اس بمبارڈنٹ کرتا تھا اور اس کی آرمی ادھر جا رہی ہے، ادھر جا رہی ہے۔</w:t>
      </w:r>
    </w:p>
    <w:p>
      <w:r>
        <w:rPr>
          <w:b/>
        </w:rPr>
        <w:t xml:space="preserve">[28:44] </w:t>
      </w:r>
      <w:r>
        <w:t>to europe ke log apne ko defensive position mein paney lage. hitler to humein destroy kar de ga.</w:t>
      </w:r>
    </w:p>
    <w:p>
      <w:pPr>
        <w:jc w:val="right"/>
      </w:pPr>
      <w:r>
        <w:t>تو یورپ کے لوگ اپنے کو ڈیفنسو پوزیشن میں پانے لگے۔ ہٹلر تو ہمیں ڈسٹروئے کر دے گا۔</w:t>
      </w:r>
    </w:p>
    <w:p>
      <w:r>
        <w:rPr>
          <w:b/>
        </w:rPr>
        <w:t xml:space="preserve">[28:55] </w:t>
      </w:r>
      <w:r>
        <w:t>to aik meeting hui yalta, jo aik island tha yalta mein, jis mein russia ka prime minister, britain ka prime minister aur</w:t>
      </w:r>
    </w:p>
    <w:p>
      <w:pPr>
        <w:jc w:val="right"/>
      </w:pPr>
      <w:r>
        <w:t>تو ایک میٹنگ ہوئی یالٹا، جو ایک آئی لینڈ تھا یالٹا میں، جس میں رشیا کا پرائم منسٹر، برٹن کا پرائم منسٹر اور</w:t>
      </w:r>
    </w:p>
    <w:p>
      <w:r>
        <w:rPr>
          <w:b/>
        </w:rPr>
        <w:t xml:space="preserve">[29:10] </w:t>
      </w:r>
      <w:r>
        <w:t>aur america ka ka president,</w:t>
      </w:r>
    </w:p>
    <w:p>
      <w:pPr>
        <w:jc w:val="right"/>
      </w:pPr>
      <w:r>
        <w:t>اور امریکہ کا کا پریزیڈنٹ،</w:t>
      </w:r>
    </w:p>
    <w:p>
      <w:r>
        <w:rPr>
          <w:b/>
        </w:rPr>
        <w:t xml:space="preserve">[29:13] </w:t>
      </w:r>
      <w:r>
        <w:t>teen bare log ekatha hue wahan par. to wahan par kia tha keh britain ne, america ne mil kar ke aik aik draft banaya tha.</w:t>
      </w:r>
    </w:p>
    <w:p>
      <w:pPr>
        <w:jc w:val="right"/>
      </w:pPr>
      <w:r>
        <w:t>تین بڑے لوگ اکٹھا ہوئے وہاں پر۔ تو وہاں پر کیا تھا کہ برٹن نے، امریکہ نے مل کر کے ایک ایک ڈرافٹ بنایا تھا۔</w:t>
      </w:r>
    </w:p>
    <w:p>
      <w:r>
        <w:rPr>
          <w:b/>
        </w:rPr>
        <w:t xml:space="preserve">[29:24] </w:t>
      </w:r>
      <w:r>
        <w:t>draft keh kaise hitler ka, hitler ka jo challenge hai, kaise is ko cope kiya jaye.</w:t>
      </w:r>
    </w:p>
    <w:p>
      <w:pPr>
        <w:jc w:val="right"/>
      </w:pPr>
      <w:r>
        <w:t>ڈرافٹ کہ کیسے ہٹلر کا، ہٹلر کا جو چیلنج ہے، کیسے اس کو کوپ کیا جائے۔</w:t>
      </w:r>
    </w:p>
    <w:p>
      <w:r>
        <w:rPr>
          <w:b/>
        </w:rPr>
        <w:t xml:space="preserve">[29:36] </w:t>
      </w:r>
      <w:r>
        <w:t>is ke baray mein aik draft.</w:t>
      </w:r>
    </w:p>
    <w:p>
      <w:pPr>
        <w:jc w:val="right"/>
      </w:pPr>
      <w:r>
        <w:t>اس کے بارے میں ایک ڈرافٹ۔</w:t>
      </w:r>
    </w:p>
    <w:p>
      <w:r>
        <w:rPr>
          <w:b/>
        </w:rPr>
        <w:t xml:space="preserve">[29:39] </w:t>
      </w:r>
      <w:r>
        <w:t>to woh draft banaya tha britain ne aur america ne. is ko diya gaya stalin ko parhne ke liye wahan yalta mein.</w:t>
      </w:r>
    </w:p>
    <w:p>
      <w:pPr>
        <w:jc w:val="right"/>
      </w:pPr>
      <w:r>
        <w:t>تو وہ ڈرافٹ بنایا تھا برٹن نے اور امریکہ نے۔ اس کو دیا گیا اسٹیرین کو پڑھنے کے لیے وہاں یالٹا میں۔</w:t>
      </w:r>
    </w:p>
    <w:p>
      <w:r>
        <w:rPr>
          <w:b/>
        </w:rPr>
        <w:t xml:space="preserve">[29:48] </w:t>
      </w:r>
      <w:r>
        <w:t>yeh baat hai during second world war ki.</w:t>
      </w:r>
    </w:p>
    <w:p>
      <w:pPr>
        <w:jc w:val="right"/>
      </w:pPr>
      <w:r>
        <w:t>یہ بات ہے ڈیورنگ سیکنڈ ورلڈ وار کی۔</w:t>
      </w:r>
    </w:p>
    <w:p>
      <w:r>
        <w:rPr>
          <w:b/>
        </w:rPr>
        <w:t xml:space="preserve">[29:54] </w:t>
      </w:r>
      <w:r>
        <w:t>to maine report mein parha tha keh jab stalin is ko diya gaya, woh usay parhna shuru kiya, aik dam is mein woh kho gaya.</w:t>
      </w:r>
    </w:p>
    <w:p>
      <w:pPr>
        <w:jc w:val="right"/>
      </w:pPr>
      <w:r>
        <w:t>تو میں نے رپورٹ میں پڑھا تھا کہ جب اسٹیرین اس کو دیا گیا، وہ اسے پڑھنا شروع کیا، ایک دم اس میں وہ کھو گیا۔</w:t>
      </w:r>
    </w:p>
    <w:p>
      <w:r>
        <w:rPr>
          <w:b/>
        </w:rPr>
        <w:t xml:space="preserve">[30:08] </w:t>
      </w:r>
      <w:r>
        <w:t>is report mein kho gaya. woh</w:t>
      </w:r>
    </w:p>
    <w:p>
      <w:pPr>
        <w:jc w:val="right"/>
      </w:pPr>
      <w:r>
        <w:t>اس رپورٹ میں کھو گیا۔ وہ</w:t>
      </w:r>
    </w:p>
    <w:p>
      <w:r>
        <w:rPr>
          <w:b/>
        </w:rPr>
        <w:t xml:space="preserve">[30:13] </w:t>
      </w:r>
      <w:r>
        <w:t>is ko itni complete lagi, itni effective lagi ke isi mein gum ho gaya. yahan tak ke parhte parhte parhte is ki zaban se nikla "may god prosper this undertaking".</w:t>
      </w:r>
    </w:p>
    <w:p>
      <w:pPr>
        <w:jc w:val="right"/>
      </w:pPr>
      <w:r>
        <w:t>اس کو اتنی کمپلیٹ لگی، اتنی ایفیکٹیو لگی کہ اسی میں گم ہو گیا۔ یہاں تک کہ پڑھتے پڑھتے پڑھتے اس کی زبان سے نکلا "مے گاڈ پراسپر دس انڈر ٹیکنگ"۔</w:t>
      </w:r>
    </w:p>
    <w:p>
      <w:r>
        <w:rPr>
          <w:b/>
        </w:rPr>
        <w:t xml:space="preserve">[30:30] </w:t>
      </w:r>
      <w:r>
        <w:t>jab is ke end mein pohncha woh to sterin ki zaban se nikla "may god prosper this undertaking". halanke woh khuda ko nahi manta tha.</w:t>
      </w:r>
    </w:p>
    <w:p>
      <w:pPr>
        <w:jc w:val="right"/>
      </w:pPr>
      <w:r>
        <w:t>جب اس کے اینڈ میں پہنچا وہ تو اسٹیرین کی زبان سے نکلا "مے گاڈ پراسپر دس انڈر ٹیکنگ"۔ حالانکہ وہ خدا کو نہیں مانتا تھا۔</w:t>
      </w:r>
    </w:p>
    <w:p>
      <w:r>
        <w:rPr>
          <w:b/>
        </w:rPr>
        <w:t xml:space="preserve">[30:40] </w:t>
      </w:r>
      <w:r>
        <w:t>woh</w:t>
      </w:r>
    </w:p>
    <w:p>
      <w:pPr>
        <w:jc w:val="right"/>
      </w:pPr>
      <w:r>
        <w:t>وہ</w:t>
      </w:r>
    </w:p>
    <w:p>
      <w:r>
        <w:rPr>
          <w:b/>
        </w:rPr>
        <w:t xml:space="preserve">[30:42] </w:t>
      </w:r>
      <w:r>
        <w:t>sterin jo tha, woh khuda ko nahi manta tha. pakka atheist tha. us waqt woh sterin nahi bola tha, us ki nature boli thi. ek tha outer sterin.</w:t>
      </w:r>
    </w:p>
    <w:p>
      <w:pPr>
        <w:jc w:val="right"/>
      </w:pPr>
      <w:r>
        <w:t>اسٹیرین جو تھا، وہ خدا کو نہیں مانتا تھا۔ پکا اتھیسٹ تھا۔ اس وقت وہ اسٹیرین نہیں بولا تھا، اس کی نیچر بولی تھی۔ ایک تھا آؤٹر اسٹیرین۔</w:t>
      </w:r>
    </w:p>
    <w:p>
      <w:r>
        <w:rPr>
          <w:b/>
        </w:rPr>
        <w:t xml:space="preserve">[30:55] </w:t>
      </w:r>
      <w:r>
        <w:t>woh kehta tha ke khuda nahi hai. lekin at the same time, there is was an inner sterin.</w:t>
      </w:r>
    </w:p>
    <w:p>
      <w:pPr>
        <w:jc w:val="right"/>
      </w:pPr>
      <w:r>
        <w:t>وہ کہتا تھا کہ خدا نہیں ہے۔ لیکن ایٹ دا سیم ٹائم، دیر از واز این انر اسٹیرین۔</w:t>
      </w:r>
    </w:p>
    <w:p>
      <w:r>
        <w:rPr>
          <w:b/>
        </w:rPr>
        <w:t xml:space="preserve">[31:06] </w:t>
      </w:r>
      <w:r>
        <w:t>to outer sterin jo tha ya external sterin jo tha, woh to kehta tha ke khuda nahi hai. lekin koi aadmi dekhiye, aisa nahi kar sakta ke apni nature ko khatam kar de.</w:t>
      </w:r>
    </w:p>
    <w:p>
      <w:pPr>
        <w:jc w:val="right"/>
      </w:pPr>
      <w:r>
        <w:t>تو آؤٹر اسٹیرین جو تھا یا ایکسٹرنل اسٹیرین جو تھا، وہ تو کہتا تھا کہ خدا نہیں ہے۔ لیکن کوئی آدمی دیکھیے، ایسا نہیں کر سکتا کہ اپنی نیچر کو ختم کر دے۔</w:t>
      </w:r>
    </w:p>
    <w:p>
      <w:r>
        <w:rPr>
          <w:b/>
        </w:rPr>
        <w:t xml:space="preserve">[31:22] </w:t>
      </w:r>
      <w:r>
        <w:t>no one has the power to eliminate his own nature.</w:t>
      </w:r>
    </w:p>
    <w:p>
      <w:pPr>
        <w:jc w:val="right"/>
      </w:pPr>
      <w:r>
        <w:t>نو ون ہیز دا پاور ٹو ایلیمینیٹ ہز اون نیچر۔</w:t>
      </w:r>
    </w:p>
    <w:p>
      <w:r>
        <w:rPr>
          <w:b/>
        </w:rPr>
        <w:t xml:space="preserve">[31:29] </w:t>
      </w:r>
      <w:r>
        <w:t>to ooper se sterin atheist tha, andar se phir bhi god consciousness is ke andar maujood thi.</w:t>
      </w:r>
    </w:p>
    <w:p>
      <w:pPr>
        <w:jc w:val="right"/>
      </w:pPr>
      <w:r>
        <w:t>تو اوپر سے اسٹیرین اتھیسٹ تھا، اندر سے پھر بھی گاڈ کانشیسنس اس کے اندر موجود تھی۔</w:t>
      </w:r>
    </w:p>
    <w:p>
      <w:r>
        <w:rPr>
          <w:b/>
        </w:rPr>
        <w:t xml:space="preserve">[31:39] </w:t>
      </w:r>
      <w:r>
        <w:t>is liye is ke munh se nikla ke "may god prosper this undertaking". is tarah ke bohat se waqiat history mein maujood hain.</w:t>
      </w:r>
    </w:p>
    <w:p>
      <w:pPr>
        <w:jc w:val="right"/>
      </w:pPr>
      <w:r>
        <w:t>اس لیے اس کے منہ سے نکلا کہ "مے گاڈ پراسپر دس انڈر ٹیکنگ"۔ اس طرح کے بہت سے واقعات ہسٹری میں موجود ہیں۔</w:t>
      </w:r>
    </w:p>
    <w:p>
      <w:r>
        <w:rPr>
          <w:b/>
        </w:rPr>
        <w:t xml:space="preserve">[31:50] </w:t>
      </w:r>
      <w:r>
        <w:t>to is ko in sab baton ko le kar ke mein yeh keh sakta hoon ke woh jo</w:t>
      </w:r>
    </w:p>
    <w:p>
      <w:pPr>
        <w:jc w:val="right"/>
      </w:pPr>
      <w:r>
        <w:t>تو اس کو ان سب باتوں کو لے کر کے میں یہ کہہ سکتا ہوں کہ وہ جو</w:t>
      </w:r>
    </w:p>
    <w:p>
      <w:r>
        <w:rPr>
          <w:b/>
        </w:rPr>
        <w:t xml:space="preserve">[31:55] </w:t>
      </w:r>
      <w:r>
        <w:t>likha hai, is ne japan ke bare mein</w:t>
      </w:r>
    </w:p>
    <w:p>
      <w:pPr>
        <w:jc w:val="right"/>
      </w:pPr>
      <w:r>
        <w:t>لکھا ہے، اس نے جاپان کے بارے میں</w:t>
      </w:r>
    </w:p>
    <w:p>
      <w:r>
        <w:rPr>
          <w:b/>
        </w:rPr>
        <w:t xml:space="preserve">[31:58] </w:t>
      </w:r>
      <w:r>
        <w:t>ke "i am under sum one",</w:t>
      </w:r>
    </w:p>
    <w:p>
      <w:pPr>
        <w:jc w:val="right"/>
      </w:pPr>
      <w:r>
        <w:t>کہ "آئی ایم انڈر سم ون"،</w:t>
      </w:r>
    </w:p>
    <w:p>
      <w:r>
        <w:rPr>
          <w:b/>
        </w:rPr>
        <w:t xml:space="preserve">[32:02] </w:t>
      </w:r>
      <w:r>
        <w:t>is ko aap universal level par dekhiye</w:t>
      </w:r>
    </w:p>
    <w:p>
      <w:pPr>
        <w:jc w:val="right"/>
      </w:pPr>
      <w:r>
        <w:t>اس کو آپ یونیورسل لیول پر دیکھیے</w:t>
      </w:r>
    </w:p>
    <w:p>
      <w:r>
        <w:rPr>
          <w:b/>
        </w:rPr>
        <w:t xml:space="preserve">[32:07] </w:t>
      </w:r>
      <w:r>
        <w:t>aur is ko aap phaila kar dekhiye</w:t>
      </w:r>
    </w:p>
    <w:p>
      <w:pPr>
        <w:jc w:val="right"/>
      </w:pPr>
      <w:r>
        <w:t>اور اس کو آپ پھیلا کر دیکھیے</w:t>
      </w:r>
    </w:p>
    <w:p>
      <w:r>
        <w:rPr>
          <w:b/>
        </w:rPr>
        <w:t xml:space="preserve">[32:11] </w:t>
      </w:r>
      <w:r>
        <w:t>to shayad yeh kehna bilkul sahi hoga ke</w:t>
      </w:r>
    </w:p>
    <w:p>
      <w:pPr>
        <w:jc w:val="right"/>
      </w:pPr>
      <w:r>
        <w:t>تو شاید یہ کہنا بالکل صحیح ہوگا کہ</w:t>
      </w:r>
    </w:p>
    <w:p>
      <w:r>
        <w:rPr>
          <w:b/>
        </w:rPr>
        <w:t xml:space="preserve">[32:15] </w:t>
      </w:r>
      <w:r>
        <w:t>yeh har aadmi ki history hai.</w:t>
      </w:r>
    </w:p>
    <w:p>
      <w:pPr>
        <w:jc w:val="right"/>
      </w:pPr>
      <w:r>
        <w:t>یہ ہر آدمی کی ہسٹری ہے۔</w:t>
      </w:r>
    </w:p>
    <w:p>
      <w:r>
        <w:rPr>
          <w:b/>
        </w:rPr>
        <w:t xml:space="preserve">[32:21] </w:t>
      </w:r>
      <w:r>
        <w:t>yani har aadmi yeh keh raha hai ke "i am under, i am under a person who is superior than myself".</w:t>
      </w:r>
    </w:p>
    <w:p>
      <w:pPr>
        <w:jc w:val="right"/>
      </w:pPr>
      <w:r>
        <w:t>یعنی ہر آدمی یہ کہہ رہا ہے کہ "آئی ایم انڈر، آئی ایم انڈر اے پرسن ہو از سپیئر دین مائی سیلف"۔</w:t>
      </w:r>
    </w:p>
    <w:p>
      <w:r>
        <w:rPr>
          <w:b/>
        </w:rPr>
        <w:t xml:space="preserve">[32:41] </w:t>
      </w:r>
      <w:r>
        <w:t>yani ek neeche bhi chupa hua hai, koi mujh se bara hai, koi mujh se ooncha hai.</w:t>
      </w:r>
    </w:p>
    <w:p>
      <w:pPr>
        <w:jc w:val="right"/>
      </w:pPr>
      <w:r>
        <w:t>یعنی ایک نیچے بھی چھپا ہوا ہے، کوئی مجھ سے بڑا ہے، کوئی مجھ سے اونچا ہے۔</w:t>
      </w:r>
    </w:p>
    <w:p>
      <w:r>
        <w:rPr>
          <w:b/>
        </w:rPr>
        <w:t xml:space="preserve">[32:51] </w:t>
      </w:r>
      <w:r>
        <w:t>there is a, there is, there is a god superior than myself and i have to surrender to him.</w:t>
      </w:r>
    </w:p>
    <w:p>
      <w:pPr>
        <w:jc w:val="right"/>
      </w:pPr>
      <w:r>
        <w:t>دیر از اے، دیر از، دیر از اے گاڈ سپیئر دین مائی سیلف اینڈ آئی ہیو ٹو سرینڈر ٹو ہم۔</w:t>
      </w:r>
    </w:p>
    <w:p>
      <w:r>
        <w:rPr>
          <w:b/>
        </w:rPr>
        <w:t xml:space="preserve">[33:04] </w:t>
      </w:r>
      <w:r>
        <w:t>har aadmi ki nature yeh bol rahi hai.</w:t>
      </w:r>
    </w:p>
    <w:p>
      <w:pPr>
        <w:jc w:val="right"/>
      </w:pPr>
      <w:r>
        <w:t>ہر آدمی کی نیچر یہ بول رہی ہے۔</w:t>
      </w:r>
    </w:p>
    <w:p>
      <w:r>
        <w:rPr>
          <w:b/>
        </w:rPr>
        <w:t xml:space="preserve">[33:08] </w:t>
      </w:r>
      <w:r>
        <w:t>har aadmi ki nature yeh bol rahi hai.</w:t>
      </w:r>
    </w:p>
    <w:p>
      <w:pPr>
        <w:jc w:val="right"/>
      </w:pPr>
      <w:r>
        <w:t>ہر آدمی کی نیچر یہ بول رہی ہے۔</w:t>
      </w:r>
    </w:p>
    <w:p>
      <w:r>
        <w:rPr>
          <w:b/>
        </w:rPr>
        <w:t xml:space="preserve">[33:14] </w:t>
      </w:r>
      <w:r>
        <w:t>yeh baat ek aisi baat hai jis ka koi jo deny kare, woh bhi sach pooche to ooper ooper deny kar raha hai. jaisa ke sterin, andar se koi is se khali nahi hai.</w:t>
      </w:r>
    </w:p>
    <w:p>
      <w:pPr>
        <w:jc w:val="right"/>
      </w:pPr>
      <w:r>
        <w:t>یہ بات ایک ایسی بات ہے جس کا کوئی جو ڈینائی کرے، وہ بھی سچ پوچھے تو اوپر اوپر ڈینائی کر رہا ہے۔ جیسا کہ اسٹیرین، اندر سے کوئی اس سے خالی نہیں ہے۔</w:t>
      </w:r>
    </w:p>
    <w:p>
      <w:r>
        <w:rPr>
          <w:b/>
        </w:rPr>
        <w:t xml:space="preserve">[33:28] </w:t>
      </w:r>
      <w:r>
        <w:t>yeh wajah hai ke aap dekhiye, koi insan duniya mein aisa nahi hai jo keh ke chupta na ho.</w:t>
      </w:r>
    </w:p>
    <w:p>
      <w:pPr>
        <w:jc w:val="right"/>
      </w:pPr>
      <w:r>
        <w:t>یہ وجہ ہے کہ آپ دیکھیے، کوئی انسان دنیا میں ایسا نہیں ہے جو کہہ کے چھپتا نہ ہو۔</w:t>
      </w:r>
    </w:p>
    <w:p>
      <w:r>
        <w:rPr>
          <w:b/>
        </w:rPr>
        <w:t xml:space="preserve">[33:37] </w:t>
      </w:r>
      <w:r>
        <w:t>nixon, jo prime president america ka president tha, nixon ab bohat mashhoor tha ke bohat hi kda aadmi hai.</w:t>
      </w:r>
    </w:p>
    <w:p>
      <w:pPr>
        <w:jc w:val="right"/>
      </w:pPr>
      <w:r>
        <w:t>نکسن، جو پرائم پریزیڈنٹ امریکہ کا پریزیڈنٹ تھا، نکسن اب بہت مشہور تھا کہ بہت ہی کڑا آدمی ہے۔</w:t>
      </w:r>
    </w:p>
    <w:p>
      <w:r>
        <w:rPr>
          <w:b/>
        </w:rPr>
        <w:t xml:space="preserve">[33:48] </w:t>
      </w:r>
      <w:r>
        <w:t>apni jeb mein sone ka ek naal rakhta tha, jo ghore ki naal jo hoti hai sone ki, woh isi jagah hi chupta tha. woh use pata tha ke is naal mein kuch mysterious quality hai jo mujhe accident se bachaye gi,</w:t>
      </w:r>
    </w:p>
    <w:p>
      <w:pPr>
        <w:jc w:val="right"/>
      </w:pPr>
      <w:r>
        <w:t>اپنی جیب میں سونے کا ایک نال رکھتا تھا، جو گھوڑے کی نال جو ہوتی ہے سونے کی، وہ اسی جگہ ہی چھپتا تھا۔ وہ اسے پتہ تھا کہ اس نال میں کچھ مسٹیریس کوالٹی ہے جو مجھے ایکسیڈنٹ سے بچائے گی،</w:t>
      </w:r>
    </w:p>
    <w:p>
      <w:r>
        <w:rPr>
          <w:b/>
        </w:rPr>
        <w:t xml:space="preserve">[34:06] </w:t>
      </w:r>
      <w:r>
        <w:t>mujhe kisi calamity se bachaye gi. woh us naal ke aage chupta tha. woh</w:t>
      </w:r>
    </w:p>
    <w:p>
      <w:pPr>
        <w:jc w:val="right"/>
      </w:pPr>
      <w:r>
        <w:t>مجھے کسی کلائمیٹی سے بچائے گی۔ وہ اس نال کے آگے چھپتا تھا۔ وہ</w:t>
      </w:r>
    </w:p>
    <w:p>
      <w:r>
        <w:rPr>
          <w:b/>
        </w:rPr>
        <w:t xml:space="preserve">[34:16] </w:t>
      </w:r>
      <w:r>
        <w:t>yeh har aadmi kahin na kahin jhuka hua hai. har aadmi kahin na kahin jhuka hua hai. god ko god ke samne agar nahi jhuk raha hai, tab bhi woh kahin na kahin jhuka hua hai.</w:t>
      </w:r>
    </w:p>
    <w:p>
      <w:pPr>
        <w:jc w:val="right"/>
      </w:pPr>
      <w:r>
        <w:t>یہ ہر آدمی کہیں نہ کہیں جھکا ہوا ہے۔ ہر آدمی کہیں نہ کہیں جھکا ہوا ہے۔ گاڈ کو گاڈ کے سامنے اگر نہیں جھک رہا ہے، تب بھی وہ کہیں نہ کہیں جھکا ہوا ہے۔</w:t>
      </w:r>
    </w:p>
    <w:p>
      <w:r>
        <w:rPr>
          <w:b/>
        </w:rPr>
        <w:t xml:space="preserve">[34:36] </w:t>
      </w:r>
      <w:r>
        <w:t>main yeh samajhta hoon ke koi insan is se exception hai is mamle mein.</w:t>
      </w:r>
    </w:p>
    <w:p>
      <w:pPr>
        <w:jc w:val="right"/>
      </w:pPr>
      <w:r>
        <w:t>میں یہ سمجھتا ہوں کہ کوئی انسان اس سے ایکسیپشن ہے اس معاملے میں۔</w:t>
      </w:r>
    </w:p>
    <w:p>
      <w:r>
        <w:rPr>
          <w:b/>
        </w:rPr>
        <w:t xml:space="preserve">[34:41] </w:t>
      </w:r>
      <w:r>
        <w:t>apne jo mujhe experience hua hai zindagi ka, to main keh sakta hoon ke koi aadmi aisa nahi hai jo is mamle mein exception ho.</w:t>
      </w:r>
    </w:p>
    <w:p>
      <w:pPr>
        <w:jc w:val="right"/>
      </w:pPr>
      <w:r>
        <w:t>اپنے جو مجھے ایکسپیرینس ہوا ہے زندگی کا، تو میں کہہ سکتا ہوں کہ کوئی آدمی ایسا نہیں ہے جو اس معاملے میں ایکسیپشن ہو۔</w:t>
      </w:r>
    </w:p>
    <w:p>
      <w:r>
        <w:rPr>
          <w:b/>
        </w:rPr>
        <w:t xml:space="preserve">[34:58] </w:t>
      </w:r>
      <w:r>
        <w:t>aap agar god ke aage nahi jhukenge to kahin kisi kisi insan ke aage jhukenge, kisi suraj aur chand ke aage jhukenge,</w:t>
      </w:r>
    </w:p>
    <w:p>
      <w:pPr>
        <w:jc w:val="right"/>
      </w:pPr>
      <w:r>
        <w:t>آپ اگر گاڈ کے آگے نہیں جھکیں گے تو کہیں کسی کسی انسان کے آگے جھکیں گے، کسی سورج اور چاند کے آگے جھکیں گے،</w:t>
      </w:r>
    </w:p>
    <w:p>
      <w:r>
        <w:rPr>
          <w:b/>
        </w:rPr>
        <w:t xml:space="preserve">[35:09] </w:t>
      </w:r>
      <w:r>
        <w:t>kisi imagery god ke aage jhukenge. aap khud hi apne mind mein ek god bana lenge, us ke aage jhukenge.</w:t>
      </w:r>
    </w:p>
    <w:p>
      <w:pPr>
        <w:jc w:val="right"/>
      </w:pPr>
      <w:r>
        <w:t>کسی امیجری گاڈ کے آگے جھکیں گے۔ آپ خود ہی اپنے مائنڈ میں ایک گاڈ بنا لیں گے، اس کے آگے جھکیں گے۔</w:t>
      </w:r>
    </w:p>
    <w:p>
      <w:r>
        <w:rPr>
          <w:b/>
        </w:rPr>
        <w:t xml:space="preserve">[35:19] </w:t>
      </w:r>
      <w:r>
        <w:t>to behal yeh haqeeqat jo hai</w:t>
      </w:r>
    </w:p>
    <w:p>
      <w:pPr>
        <w:jc w:val="right"/>
      </w:pPr>
      <w:r>
        <w:t>تو بہرحال یہ حقیقت جو ہے</w:t>
      </w:r>
    </w:p>
    <w:p>
      <w:r>
        <w:rPr>
          <w:b/>
        </w:rPr>
        <w:t xml:space="preserve">[35:24] </w:t>
      </w:r>
      <w:r>
        <w:t>samajhna bohat zaroori hai taake aage jo mein kehna chahta hoon, us waqt tak clear nahi ho sakta jab tak hum is baat ko samajh na chuke hon.</w:t>
      </w:r>
    </w:p>
    <w:p>
      <w:pPr>
        <w:jc w:val="right"/>
      </w:pPr>
      <w:r>
        <w:t>سمجھنا بہت ضروری ہے تاکہ آگے جو میں کہنا چاہتا ہوں، اس وقت تک کلیئر نہیں ہو سکتا جب تک ہم اس بات کو سمجھ نہ چکے ہوں۔</w:t>
      </w:r>
    </w:p>
    <w:p>
      <w:r>
        <w:rPr>
          <w:b/>
        </w:rPr>
        <w:t xml:space="preserve">[35:41] </w:t>
      </w:r>
      <w:r>
        <w:t>ab dekhiye,</w:t>
      </w:r>
    </w:p>
    <w:p>
      <w:pPr>
        <w:jc w:val="right"/>
      </w:pPr>
      <w:r>
        <w:t>اب دیکھیے،</w:t>
      </w:r>
    </w:p>
    <w:p>
      <w:r>
        <w:rPr>
          <w:b/>
        </w:rPr>
        <w:t xml:space="preserve">[35:45] </w:t>
      </w:r>
      <w:r>
        <w:t>maine kaha tha ke ke quran az a recorded speech of god.</w:t>
      </w:r>
    </w:p>
    <w:p>
      <w:pPr>
        <w:jc w:val="right"/>
      </w:pPr>
      <w:r>
        <w:t>میں نے کہا تھا کہ کہ قرآن از اے ریکارڈڈ اسپیچ آف گاڈ۔</w:t>
      </w:r>
    </w:p>
    <w:p>
      <w:r>
        <w:rPr>
          <w:b/>
        </w:rPr>
        <w:t xml:space="preserve">[35:56] </w:t>
      </w:r>
      <w:r>
        <w:t>to maine kyun kaha tha?</w:t>
      </w:r>
    </w:p>
    <w:p>
      <w:pPr>
        <w:jc w:val="right"/>
      </w:pPr>
      <w:r>
        <w:t>تو میں نے کیوں کہا تھا؟</w:t>
      </w:r>
    </w:p>
    <w:p>
      <w:r>
        <w:rPr>
          <w:b/>
        </w:rPr>
        <w:t xml:space="preserve">[36:02] </w:t>
      </w:r>
      <w:r>
        <w:t>jab aap quran ko padhte hain to kuch anokha experience aap ko hota hai</w:t>
      </w:r>
    </w:p>
    <w:p>
      <w:pPr>
        <w:jc w:val="right"/>
      </w:pPr>
      <w:r>
        <w:t>جب آپ قرآن کو پڑھتے ہیں تو کچھ انوکھا ایکسپیرینس آپ کو ہوتا ہے</w:t>
      </w:r>
    </w:p>
    <w:p>
      <w:r>
        <w:rPr>
          <w:b/>
        </w:rPr>
        <w:t xml:space="preserve">[36:11] </w:t>
      </w:r>
      <w:r>
        <w:t>jo kisi bhi book, doosri book ke padh kar nahi hota.</w:t>
      </w:r>
    </w:p>
    <w:p>
      <w:pPr>
        <w:jc w:val="right"/>
      </w:pPr>
      <w:r>
        <w:t>جو کسی بھی بک، دوسری بک کے کو پڑھ کر نہیں ہوتا۔</w:t>
      </w:r>
    </w:p>
    <w:p>
      <w:r>
        <w:rPr>
          <w:b/>
        </w:rPr>
        <w:t xml:space="preserve">[36:18] </w:t>
      </w:r>
      <w:r>
        <w:t>misalan wahi jo maine abhi kaha aap se, mera banaras ka tajurba ke khuda direct mujhe lagta hai, mujhe laga address kar raha hai. mujhe</w:t>
      </w:r>
    </w:p>
    <w:p>
      <w:pPr>
        <w:jc w:val="right"/>
      </w:pPr>
      <w:r>
        <w:t>مثلاً وہی جو میں نے ابھی کہا آپ سے، میرا بنارس کا تجربہ کہ خدا ڈائریکٹ مجھے لگتا ہے، مجھے لگا ایڈریس کر رہا ہے۔ مجھے</w:t>
      </w:r>
    </w:p>
    <w:p>
      <w:r>
        <w:rPr>
          <w:b/>
        </w:rPr>
        <w:t xml:space="preserve">[36:27] </w:t>
      </w:r>
      <w:r>
        <w:t>khuda directly mujhe address kar raha hai. aur quran ke chhod ke koi bhi duniya mein aisi book nahi hai, koi ek bhi xyz jis mein aap yeh yeh yeh yeh yeh cheez ho, jis ke andar ke wahan par khuda direct aap ko address kar raha ho.</w:t>
      </w:r>
    </w:p>
    <w:p>
      <w:pPr>
        <w:jc w:val="right"/>
      </w:pPr>
      <w:r>
        <w:t>خدا ڈائریکٹلی مجھے ایڈریس کر رہا ہے۔ اور قرآن کے چھوڑ کے کوئی بھی دنیا میں ایسی بک نہیں ہے، کوئی ایک بھی ایکس وائی زیڈ جس میں آپ یہ یہ یہ یہ یہ چیز ہو، جس کے اندر کہ وہاں پر خدا ڈائریکٹ آپ کو ایڈریس کر رہا ہو۔</w:t>
      </w:r>
    </w:p>
    <w:p>
      <w:r>
        <w:rPr>
          <w:b/>
        </w:rPr>
        <w:t xml:space="preserve">[36:46] </w:t>
      </w:r>
      <w:r>
        <w:t>is book mein</w:t>
      </w:r>
    </w:p>
    <w:p>
      <w:pPr>
        <w:jc w:val="right"/>
      </w:pPr>
      <w:r>
        <w:t>اس بک میں</w:t>
      </w:r>
    </w:p>
    <w:p>
      <w:r>
        <w:rPr>
          <w:b/>
        </w:rPr>
        <w:t xml:space="preserve">[36:49] </w:t>
      </w:r>
      <w:r>
        <w:t>koi aisi book nahi hai</w:t>
      </w:r>
    </w:p>
    <w:p>
      <w:pPr>
        <w:jc w:val="right"/>
      </w:pPr>
      <w:r>
        <w:t>کوئی ایسی بک نہیں ہے</w:t>
      </w:r>
    </w:p>
    <w:p>
      <w:r>
        <w:rPr>
          <w:b/>
        </w:rPr>
        <w:t xml:space="preserve">[36:54] </w:t>
      </w:r>
      <w:r>
        <w:t>jo tajurba mujhe 1950 mein hua, woh tajurba lakhon logon ka hua hai. aur ajeeb baat aap payenge jo maine study ki ke beshtar log jinhone islam ko accept kiya hai as a reality,</w:t>
      </w:r>
    </w:p>
    <w:p>
      <w:pPr>
        <w:jc w:val="right"/>
      </w:pPr>
      <w:r>
        <w:t>جو تجربہ مجھے 1950 میں ہوا، وہ تجربہ لاکھوں لوگوں کا ہوا ہے۔ اور عجیب بات آپ پائیں گے جو میں نے اسٹڈی کی کہ بیشتر لوگ جنہوں نے اسلام کو ایکسیپٹ کیا ہے ایز اے ریلیٹی،</w:t>
      </w:r>
    </w:p>
    <w:p>
      <w:r>
        <w:rPr>
          <w:b/>
        </w:rPr>
        <w:t xml:space="preserve">[37:15] </w:t>
      </w:r>
      <w:r>
        <w:t>woh quran ke through hua hai.</w:t>
      </w:r>
    </w:p>
    <w:p>
      <w:pPr>
        <w:jc w:val="right"/>
      </w:pPr>
      <w:r>
        <w:t>وہ قرآن کے تھرو ہوا ہے۔</w:t>
      </w:r>
    </w:p>
    <w:p>
      <w:r>
        <w:rPr>
          <w:b/>
        </w:rPr>
        <w:t xml:space="preserve">[37:20] </w:t>
      </w:r>
      <w:r>
        <w:t>dekhiye, ek ek british historian tha, sir arthur keith. sir arthur keith jo tha, woh</w:t>
      </w:r>
    </w:p>
    <w:p>
      <w:pPr>
        <w:jc w:val="right"/>
      </w:pPr>
      <w:r>
        <w:t>دیکھیے، ایک ایک برٹش ہسٹورین تھا، سر ارتھر کیتھ۔ سر ارتھر کیتھ جو تھا، وہ</w:t>
      </w:r>
    </w:p>
    <w:p>
      <w:r>
        <w:rPr>
          <w:b/>
        </w:rPr>
        <w:t xml:space="preserve">[37:33] </w:t>
      </w:r>
      <w:r>
        <w:t>jisko kehte hain egyptology, yani egypt ka expert, egyptian is history ka expert.</w:t>
      </w:r>
    </w:p>
    <w:p>
      <w:pPr>
        <w:jc w:val="right"/>
      </w:pPr>
      <w:r>
        <w:t>جس کو کہتے ہیں ایجپٹالوجی، یعنی ایجپٹ کا ایکسپرٹ، ایجپشن اس ہسٹری کا ایکسپرٹ۔</w:t>
      </w:r>
    </w:p>
    <w:p>
      <w:r>
        <w:rPr>
          <w:b/>
        </w:rPr>
        <w:t xml:space="preserve">[37:44] </w:t>
      </w:r>
      <w:r>
        <w:t>to woh us ne body se book us ki hai egypt ki history ke bare mein, ancient history of egypt.</w:t>
      </w:r>
    </w:p>
    <w:p>
      <w:pPr>
        <w:jc w:val="right"/>
      </w:pPr>
      <w:r>
        <w:t>تو وہ اس نے بوڈی سے بک اس کی ہے ایجپٹ کی ہسٹری کے بارے میں، اینشن ہسٹری آف ایجپٹ۔</w:t>
      </w:r>
    </w:p>
    <w:p>
      <w:r>
        <w:rPr>
          <w:b/>
        </w:rPr>
        <w:t xml:space="preserve">[37:56] </w:t>
      </w:r>
      <w:r>
        <w:t>to us mein aap jante hain ke misr mein pehle log kisi aur mazhab par the, phir 7th century mein unhone islam qabool kiya.</w:t>
      </w:r>
    </w:p>
    <w:p>
      <w:pPr>
        <w:jc w:val="right"/>
      </w:pPr>
      <w:r>
        <w:t>تو اس میں آپ جانتے ہیں کہ مصر میں پہلے لوگ کسی اور مذہب پر تھے، پھر سیون سینچری میں انہوں نے اسلام قبول کیا۔</w:t>
      </w:r>
    </w:p>
    <w:p>
      <w:r>
        <w:rPr>
          <w:b/>
        </w:rPr>
        <w:t xml:space="preserve">[38:11] </w:t>
      </w:r>
      <w:r>
        <w:t>to woh likhta hai us mein ke "the egyptians were conquered not by the sword but by the quran".</w:t>
      </w:r>
    </w:p>
    <w:p>
      <w:pPr>
        <w:jc w:val="right"/>
      </w:pPr>
      <w:r>
        <w:t>تو وہ لکھتا ہے اس میں کہ "دا ایجپشنز ویر کانکرڈ ناٹ بائی دا سورڈ بٹ بائی دا قرآن"۔</w:t>
      </w:r>
    </w:p>
    <w:p>
      <w:r>
        <w:rPr>
          <w:b/>
        </w:rPr>
        <w:t xml:space="preserve">[38:22] </w:t>
      </w:r>
      <w:r>
        <w:t>7th century mein egypt jo tha, woh muslim area mein shamil hua.</w:t>
      </w:r>
    </w:p>
    <w:p>
      <w:pPr>
        <w:jc w:val="right"/>
      </w:pPr>
      <w:r>
        <w:t>سیون سینچری میں ایجپٹ جو تھا، وہ مسلم ایریا میں شامل ہوا۔</w:t>
      </w:r>
    </w:p>
    <w:p>
      <w:r>
        <w:rPr>
          <w:b/>
        </w:rPr>
        <w:t xml:space="preserve">[38:31] </w:t>
      </w:r>
      <w:r>
        <w:t>apne mazhab ko badla, unhone un ki language badal gayi. pehle coptic language thi un ki, phir arabic language ban gayi.</w:t>
      </w:r>
    </w:p>
    <w:p>
      <w:pPr>
        <w:jc w:val="right"/>
      </w:pPr>
      <w:r>
        <w:t>اپنے مذہب کو بدلا، انہوں نے ان کی لینگویج بدل گئی۔ پہلے کاپٹک لینگویج تھی ان کی، پھر عربک لینگویج بن گئی۔</w:t>
      </w:r>
    </w:p>
    <w:p>
      <w:r>
        <w:rPr>
          <w:b/>
        </w:rPr>
        <w:t xml:space="preserve">[38:40] </w:t>
      </w:r>
      <w:r>
        <w:t>to egypt ka culture, wahan ka language, wahan ka religion, wahan ka political system, wahan ka social system, sab ka sab badal gaya.</w:t>
      </w:r>
    </w:p>
    <w:p>
      <w:pPr>
        <w:jc w:val="right"/>
      </w:pPr>
      <w:r>
        <w:t>تو ایجپٹ کا کلچر، وہاں کا لینگویج، وہاں کا ریلیجن، وہاں کا پولیٹیکل سسٹم، وہاں کا سوشل سسٹم، سب کا سب بدل گیا۔</w:t>
      </w:r>
    </w:p>
    <w:p>
      <w:r>
        <w:rPr>
          <w:b/>
        </w:rPr>
        <w:t xml:space="preserve">[39:01] </w:t>
      </w:r>
      <w:r>
        <w:t>to woh kehta hai ke yeh sword se nahi hua, yeh talwar se nahi hua.</w:t>
      </w:r>
    </w:p>
    <w:p>
      <w:pPr>
        <w:jc w:val="right"/>
      </w:pPr>
      <w:r>
        <w:t>تو وہ کہتا ہے کہ یہ سورڈ سے نہیں ہوا، یہ تلوار سے نہیں ہوا۔</w:t>
      </w:r>
    </w:p>
    <w:p>
      <w:r>
        <w:rPr>
          <w:b/>
        </w:rPr>
        <w:t xml:space="preserve">[39:07] </w:t>
      </w:r>
      <w:r>
        <w:t>"the egyptians were conquered not by the sword but by the quran". ab quran.</w:t>
      </w:r>
    </w:p>
    <w:p>
      <w:pPr>
        <w:jc w:val="right"/>
      </w:pPr>
      <w:r>
        <w:t>"دا ایجپشنز ویر کانکرڈ ناٹ بائی دا سورڈ بٹ بائی دا قرآن"۔ اب قرآن۔</w:t>
      </w:r>
    </w:p>
    <w:p>
      <w:r>
        <w:rPr>
          <w:b/>
        </w:rPr>
        <w:t xml:space="preserve">[39:16] </w:t>
      </w:r>
      <w:r>
        <w:t>woh woh sir arthur keith us ko explain nahi kar saka ke quran kaise capture karta hai logon ko. us ko maine alag se jab study ki to maine jana.</w:t>
      </w:r>
    </w:p>
    <w:p>
      <w:pPr>
        <w:jc w:val="right"/>
      </w:pPr>
      <w:r>
        <w:t>وہ وہ سرارتھ کیتھ اس کو ایکسپلین نہیں کر سکا کہ قرآن کیسے کیپچر کرتا ہے لوگوں کو۔ اس کو میں نے الگ سے جب اسٹڈی کی تو میں نے جانا۔</w:t>
      </w:r>
    </w:p>
    <w:p>
      <w:r>
        <w:rPr>
          <w:b/>
        </w:rPr>
        <w:t xml:space="preserve">[39:28] </w:t>
      </w:r>
      <w:r>
        <w:t>to</w:t>
      </w:r>
    </w:p>
    <w:p>
      <w:pPr>
        <w:jc w:val="right"/>
      </w:pPr>
      <w:r>
        <w:t>تو</w:t>
      </w:r>
    </w:p>
    <w:p>
      <w:r>
        <w:rPr>
          <w:b/>
        </w:rPr>
        <w:t xml:space="preserve">[39:29] </w:t>
      </w:r>
      <w:r>
        <w:t>pehla experience mujhe wahi tha jo mujhe khud hua banaras mein ke masjid ke imam ki awaz jo mein ne mic par suni, to laga ke khuda mujhe address kar raha hai.</w:t>
      </w:r>
    </w:p>
    <w:p>
      <w:pPr>
        <w:jc w:val="right"/>
      </w:pPr>
      <w:r>
        <w:t>پہلا ایکسپیرینس مجھے وہی تھا جو مجھے خود ہوا بنارس میں کہ مسجد کے امام کی آواز جو میں نے مائیک پر سنی، تو لگا کہ خدا مجھے ایڈریس کر رہا ہے۔</w:t>
      </w:r>
    </w:p>
    <w:p>
      <w:r>
        <w:rPr>
          <w:b/>
        </w:rPr>
        <w:t xml:space="preserve">[39:45] </w:t>
      </w:r>
      <w:r>
        <w:t>yahi sab ka mamla hota hai. jaise britain mein ek pop singer hain, pehle pop singer thay, phir unhon ne islam</w:t>
      </w:r>
    </w:p>
    <w:p>
      <w:pPr>
        <w:jc w:val="right"/>
      </w:pPr>
      <w:r>
        <w:t>یہی سب کا معاملہ ہوتا ہے۔ جیسے برٹن میں ایک پاپ سنگر ہیں، پہلے پاپ سنگر تھے، پھر انہوں نے اسلام</w:t>
      </w:r>
    </w:p>
    <w:p>
      <w:r>
        <w:rPr>
          <w:b/>
        </w:rPr>
        <w:t xml:space="preserve">[39:56] </w:t>
      </w:r>
      <w:r>
        <w:t>qubool kiya. un ki story yeh hai ke un ka brother egypt gaya tourism ke tehat.</w:t>
      </w:r>
    </w:p>
    <w:p>
      <w:pPr>
        <w:jc w:val="right"/>
      </w:pPr>
      <w:r>
        <w:t>قبول کیا۔ ان کی سٹوری یہ ہے کہ ان کا برادر ایجپٹ گیا ٹورزم کے تحت۔</w:t>
      </w:r>
    </w:p>
    <w:p>
      <w:r>
        <w:rPr>
          <w:b/>
        </w:rPr>
        <w:t xml:space="preserve">[40:08] </w:t>
      </w:r>
      <w:r>
        <w:t>wahan par kahin book shop dekhi, kai kitabein khareedin wahan par. to quran ka ek nuskha bhi khareed liya.</w:t>
      </w:r>
    </w:p>
    <w:p>
      <w:pPr>
        <w:jc w:val="right"/>
      </w:pPr>
      <w:r>
        <w:t>وہاں پر کہیں بک شاپ دیکھی، کئی کتابیں خریدیں وہاں پر۔ تو قرآن کا ایک نسخہ بھی خرید لیا۔</w:t>
      </w:r>
    </w:p>
    <w:p>
      <w:r>
        <w:rPr>
          <w:b/>
        </w:rPr>
        <w:t xml:space="preserve">[40:19] </w:t>
      </w:r>
      <w:r>
        <w:t>yahan mein arz karoon ke yeh ajeeb baat hai ke sari dunya mein log quran khareedte rehte</w:t>
      </w:r>
    </w:p>
    <w:p>
      <w:pPr>
        <w:jc w:val="right"/>
      </w:pPr>
      <w:r>
        <w:t>یہاں میں عرض کروں کہ یہ عجیب بات ہے کہ ساری دنیا میں لوگ قرآن خریدتے رہتے</w:t>
      </w:r>
    </w:p>
    <w:p>
      <w:r>
        <w:rPr>
          <w:b/>
        </w:rPr>
        <w:t xml:space="preserve">[40:24] </w:t>
      </w:r>
      <w:r>
        <w:t>hain. abhi hamara good word ki taraf se yeh mr mustafa gaye thay mizoram, wahan par ek book fair tha.</w:t>
      </w:r>
    </w:p>
    <w:p>
      <w:pPr>
        <w:jc w:val="right"/>
      </w:pPr>
      <w:r>
        <w:t>ہیں۔ ابھی ہمارا گڈ ورڈ کی طرف سے یہ مسٹر مصطفی گئے تھے میزورم، وہاں پر ایک بک فیئر تھا۔</w:t>
      </w:r>
    </w:p>
    <w:p>
      <w:r>
        <w:rPr>
          <w:b/>
        </w:rPr>
        <w:t xml:space="preserve">[40:38] </w:t>
      </w:r>
      <w:r>
        <w:t>to wahan par good word ka woh lagaya gaya stall.</w:t>
      </w:r>
    </w:p>
    <w:p>
      <w:pPr>
        <w:jc w:val="right"/>
      </w:pPr>
      <w:r>
        <w:t>تو وہاں پر گڈ ورڈ کا وہ لگایا گیا اسٹال۔</w:t>
      </w:r>
    </w:p>
    <w:p>
      <w:r>
        <w:rPr>
          <w:b/>
        </w:rPr>
        <w:t xml:space="preserve">[40:46] </w:t>
      </w:r>
      <w:r>
        <w:t>to mr mustafa ne mujhe bataya ke wahan log aate thay, kehte hain ke yahan ki history mein pehli bar koi islamic book stall laga hai. is se pehle to kabhi na suna, na dekha.</w:t>
      </w:r>
    </w:p>
    <w:p>
      <w:pPr>
        <w:jc w:val="right"/>
      </w:pPr>
      <w:r>
        <w:t>تو مسٹر مصطفی نے مجھے بتایا کہ وہاں لوگ آتے تھے، کہتے ہیں کہ یہاں کی ہسٹری میں پہلی بار کوئی اسلامک بک اسٹال لگا ہے۔ اس سے پہلے تو کبھی نہ سنا، نہ دیکھا۔</w:t>
      </w:r>
    </w:p>
    <w:p>
      <w:r>
        <w:rPr>
          <w:b/>
        </w:rPr>
        <w:t xml:space="preserve">[40:59] </w:t>
      </w:r>
      <w:r>
        <w:t>aur unhon ne bataya ke 500 copies quran ki log khareed ke le gaye aur aur mangne aate thay. mizoram woh choti si state hai, aap jante hain, sab ke sab wahan non muslim hain.</w:t>
      </w:r>
    </w:p>
    <w:p>
      <w:pPr>
        <w:jc w:val="right"/>
      </w:pPr>
      <w:r>
        <w:t>اور انہوں نے بتایا کہ 500 کاپیز قرآن کی لوگ خرید کے لے گئے اور اور مانگنے آتے تھے۔ میزورم وہ چھوٹی سی سٹیٹ ہے، آپ جانتے ہیں، سب کے سب وہاں نان مسلم ہیں۔</w:t>
      </w:r>
    </w:p>
    <w:p>
      <w:r>
        <w:rPr>
          <w:b/>
        </w:rPr>
        <w:t xml:space="preserve">[41:13] </w:t>
      </w:r>
      <w:r>
        <w:t>musalman to koi hai nahi,</w:t>
      </w:r>
    </w:p>
    <w:p>
      <w:pPr>
        <w:jc w:val="right"/>
      </w:pPr>
      <w:r>
        <w:t>مسلمان تو کوئی ہے نہیں،</w:t>
      </w:r>
    </w:p>
    <w:p>
      <w:r>
        <w:rPr>
          <w:b/>
        </w:rPr>
        <w:t xml:space="preserve">[41:15] </w:t>
      </w:r>
      <w:r>
        <w:t>ek do koi hoga jo job karne ke liye gaya hoga. to un ke stall par 500 copies theen quran ki, sab ki sab sale ho gaein.</w:t>
      </w:r>
    </w:p>
    <w:p>
      <w:pPr>
        <w:jc w:val="right"/>
      </w:pPr>
      <w:r>
        <w:t>ایک دو کوئی ہوگا جو جاب کرنے کے لیے گیا ہوگا۔ تو ان کے اسٹال پر 500 کاپیز تھیں قرآن کی، سب کی سب سیل ہو گئیں۔</w:t>
      </w:r>
    </w:p>
    <w:p>
      <w:r>
        <w:rPr>
          <w:b/>
        </w:rPr>
        <w:t xml:space="preserve">[41:27] </w:t>
      </w:r>
      <w:r>
        <w:t>aur aur bhi mangte thay log. to ek ajeeb o ghareeb baat hai ke log quran ko khareed kar parhna chahte hain.</w:t>
      </w:r>
    </w:p>
    <w:p>
      <w:pPr>
        <w:jc w:val="right"/>
      </w:pPr>
      <w:r>
        <w:t>اور اور بھی مانگتے تھے لوگ۔ تو ایک عجیب و غریب بات ہے کہ لوگ قرآن کو خرید کر پڑھنا چاہتے ہیں۔</w:t>
      </w:r>
    </w:p>
    <w:p>
      <w:r>
        <w:rPr>
          <w:b/>
        </w:rPr>
        <w:t xml:space="preserve">[41:36] </w:t>
      </w:r>
      <w:r>
        <w:t>lekin yeh mysterious baat nahi hai, is ki yahi sifat hai ke koi bhi kitab aisi nahi hai jahan insan jis ko parh kar insan ko woh tajruba guzre jo mujh par guzra banaras mein ke</w:t>
      </w:r>
    </w:p>
    <w:p>
      <w:pPr>
        <w:jc w:val="right"/>
      </w:pPr>
      <w:r>
        <w:t>لیکن یہ مسٹیریس بات نہیں ہے، اس کی یہی صفت ہے کہ کوئی بھی کتاب ایسی نہیں ہے جہاں انسان جس کو پڑھ کر انسان کو وہ تجربہ گزرے جو مجھ پر گزرا بنارس میں کہ</w:t>
      </w:r>
    </w:p>
    <w:p>
      <w:r>
        <w:rPr>
          <w:b/>
        </w:rPr>
        <w:t xml:space="preserve">[41:55] </w:t>
      </w:r>
      <w:r>
        <w:t>mein ya koi bhi insan. dekhiye, mein yeh kaha karta hoon, log kehte hain ke "man is a thinking animal, man is a social animal, this animal, that animal".</w:t>
      </w:r>
    </w:p>
    <w:p>
      <w:pPr>
        <w:jc w:val="right"/>
      </w:pPr>
      <w:r>
        <w:t>میں یا کوئی بھی انسان۔ دیکھیے، میں یہ کہا کرتا ہوں، لوگ کہتے ہیں کہ "میں از ا تھنکنگ اینیمل، میں از سوشل اینیمل، دس اینیمل، دیٹ اینیمل"۔</w:t>
      </w:r>
    </w:p>
    <w:p>
      <w:r>
        <w:rPr>
          <w:b/>
        </w:rPr>
        <w:t xml:space="preserve">[42:09] </w:t>
      </w:r>
      <w:r>
        <w:t>sahi baat yeh hai ke "man is a god seeking animal". yeh sahi baat hai, "man is a god seeking animal".</w:t>
      </w:r>
    </w:p>
    <w:p>
      <w:pPr>
        <w:jc w:val="right"/>
      </w:pPr>
      <w:r>
        <w:t>صحیح بات یہ ہے کہ "میں از ا گاڈ سیکنگ اینیمل"۔ یہ صحیح بات ہے، "میں از ا گاڈ سیکنگ اینیمل"۔</w:t>
      </w:r>
    </w:p>
    <w:p>
      <w:r>
        <w:rPr>
          <w:b/>
        </w:rPr>
        <w:t xml:space="preserve">[42:20] </w:t>
      </w:r>
      <w:r>
        <w:t>to insan khuda ko dhoondh raha hai,</w:t>
      </w:r>
    </w:p>
    <w:p>
      <w:pPr>
        <w:jc w:val="right"/>
      </w:pPr>
      <w:r>
        <w:t>تو انسان خدا کو ڈھونڈ رہا ہے،</w:t>
      </w:r>
    </w:p>
    <w:p>
      <w:r>
        <w:rPr>
          <w:b/>
        </w:rPr>
        <w:t xml:space="preserve">[42:23] </w:t>
      </w:r>
      <w:r>
        <w:t>achanak dekhta hai ke acha, yahan par to khuda ka record baj raha hai,</w:t>
      </w:r>
    </w:p>
    <w:p>
      <w:pPr>
        <w:jc w:val="right"/>
      </w:pPr>
      <w:r>
        <w:t>اچانک دیکھتا ہے کہ اچھا، یہاں پر تو خدا کا ریکارڈ بج رہا ہے،</w:t>
      </w:r>
    </w:p>
    <w:p>
      <w:r>
        <w:rPr>
          <w:b/>
        </w:rPr>
        <w:t xml:space="preserve">[42:30] </w:t>
      </w:r>
      <w:r>
        <w:t>khuda ka record baj raha hai. woh foran sunne lagega us ko. to "quran is a recorded word of god". to log is ki taraf daurte hain.</w:t>
      </w:r>
    </w:p>
    <w:p>
      <w:pPr>
        <w:jc w:val="right"/>
      </w:pPr>
      <w:r>
        <w:t>خدا کا ریکارڈ بج رہا ہے۔ وہ فوراً سننے لگے گا اس کو۔ تو "قرآن از ا ریکارڈڈ ورڈ آف گاڈ"۔ تو لوگ اس کی طرف دوڑتے ہیں۔</w:t>
      </w:r>
    </w:p>
    <w:p>
      <w:r>
        <w:rPr>
          <w:b/>
        </w:rPr>
        <w:t xml:space="preserve">[42:41] </w:t>
      </w:r>
      <w:r>
        <w:t>to mein bata raha tha ke woh pop singer jo ka bhai gaya egypt, kuch book wahan se li us ne.</w:t>
      </w:r>
    </w:p>
    <w:p>
      <w:pPr>
        <w:jc w:val="right"/>
      </w:pPr>
      <w:r>
        <w:t>تو میں بتا رہا تھا کہ وہ پاپ سنگر جو کا بھائی گیا ایجپٹ، کچھ بک وہاں سے لی اس نے۔</w:t>
      </w:r>
    </w:p>
    <w:p>
      <w:r>
        <w:rPr>
          <w:b/>
        </w:rPr>
        <w:t xml:space="preserve">[42:54] </w:t>
      </w:r>
      <w:r>
        <w:t>to ek copy quran ki bhi le li, english translation quran ka. to woh la kar us ne apne bhai ko diya, jo us waqt fortunately aur unfortunately hospital mein tha.</w:t>
      </w:r>
    </w:p>
    <w:p>
      <w:pPr>
        <w:jc w:val="right"/>
      </w:pPr>
      <w:r>
        <w:t>تو ایک کاپی قرآن کی بھی لے لی، انگلش ٹرانسلیشن قرآن کا۔ تو وہ لا کر اس نے اپنے بھائی کو دیا، جو اس وقت فارچونیٹلی اور انفارچونیٹلی ہاسپٹل میں تھا۔</w:t>
      </w:r>
    </w:p>
    <w:p>
      <w:r>
        <w:rPr>
          <w:b/>
        </w:rPr>
        <w:t xml:space="preserve">[43:09] </w:t>
      </w:r>
      <w:r>
        <w:t>woh</w:t>
      </w:r>
    </w:p>
    <w:p>
      <w:pPr>
        <w:jc w:val="right"/>
      </w:pPr>
      <w:r>
        <w:t>وہ</w:t>
      </w:r>
    </w:p>
    <w:p>
      <w:r>
        <w:rPr>
          <w:b/>
        </w:rPr>
        <w:t xml:space="preserve">[43:10] </w:t>
      </w:r>
      <w:r>
        <w:t>hospital mein us ke paas kafi time tha, waise hota to shayad parh na pata. woh hospital mein us ke paas kafi time tha, us ne poora quran parh dala ek se zyada bar.</w:t>
      </w:r>
    </w:p>
    <w:p>
      <w:pPr>
        <w:jc w:val="right"/>
      </w:pPr>
      <w:r>
        <w:t>ہاسپٹل میں اس کے پاس کافی ٹائم تھا، ویسے ہوتا تو شاید پڑھ نہ پاتا۔ وہ ہاسپٹل میں اس کے پاس کافی ٹائم تھا، اس نے پورا قرآن پڑھ ڈالا ایک سے زیادہ بار۔</w:t>
      </w:r>
    </w:p>
    <w:p>
      <w:r>
        <w:rPr>
          <w:b/>
        </w:rPr>
        <w:t xml:space="preserve">[43:30] </w:t>
      </w:r>
      <w:r>
        <w:t>aur us ke baad unhon ne islam qubool kar liya aur apna naya naam rakha, unhon ne yusuf islam. yusuf islam</w:t>
      </w:r>
    </w:p>
    <w:p>
      <w:pPr>
        <w:jc w:val="right"/>
      </w:pPr>
      <w:r>
        <w:t>اور اس کے بعد انہوں نے اسلام قبول کر لیا اور اپنا نیا نام رکھا، انہوں نے یوسف اسلام۔ یوسف اسلام</w:t>
      </w:r>
    </w:p>
    <w:p>
      <w:r>
        <w:rPr>
          <w:b/>
        </w:rPr>
        <w:t xml:space="preserve">[43:39] </w:t>
      </w:r>
      <w:r>
        <w:t>. ab woh london mein rehte hain, ek school chala rahe hain, kai school chala rahe hain. woh to unhon ne apne bare mein bataya.</w:t>
      </w:r>
    </w:p>
    <w:p>
      <w:pPr>
        <w:jc w:val="right"/>
      </w:pPr>
      <w:r>
        <w:t>۔ اب وہ لندن میں رہتے ہیں، ایک اسکول چلا رہے ہیں، کئی اسکول چلا رہے ہیں۔ وہ تو انہوں نے اپنے بارے میں بتایا۔</w:t>
      </w:r>
    </w:p>
    <w:p>
      <w:r>
        <w:rPr>
          <w:b/>
        </w:rPr>
        <w:t xml:space="preserve">[43:50] </w:t>
      </w:r>
      <w:r>
        <w:t>kisi ne poocha un se ke "aap ne islam kyon accept kiya? why you have accepted islam?" to unhon ne yahi baat kahi.</w:t>
      </w:r>
    </w:p>
    <w:p>
      <w:pPr>
        <w:jc w:val="right"/>
      </w:pPr>
      <w:r>
        <w:t>کسی نے پوچھا ان سے کہ "آپ نے اسلام کیوں ایکسیپٹ کیا؟ وائی یو ہیو ایکسیپٹڈ اسلام؟" تو انہوں نے یہی بات کہی۔</w:t>
      </w:r>
    </w:p>
    <w:p>
      <w:r>
        <w:rPr>
          <w:b/>
        </w:rPr>
        <w:t xml:space="preserve">[44:03] </w:t>
      </w:r>
      <w:r>
        <w:t>unhon ne kaha ke "jab maine quran ko parha to mujhe ek anokha experience hua. yahan to woh god jo mere andar chupa hua tha, woh god mujhe direct address kar raha hai." yaani unconscious mein jo cheez thi, woh unconscious mind mein aa gayi.</w:t>
      </w:r>
    </w:p>
    <w:p>
      <w:pPr>
        <w:jc w:val="right"/>
      </w:pPr>
      <w:r>
        <w:t>انہوں نے کہا کہ "جب میں نے قرآن کو پڑھا تو مجھے ایک انوکھا ایکسپیرینس ہوا۔ یہاں تو وہ گاڈ جو میرے اندر چھپا ہوا تھا، وہ گاڈ مجھے ڈائریکٹ ایڈریس کر رہا ہے۔" یعنی انکانسشیس میں جو چیز تھی، وہ انکانسشیس مائنڈ میں آ گئی۔</w:t>
      </w:r>
    </w:p>
    <w:p>
      <w:r>
        <w:rPr>
          <w:b/>
        </w:rPr>
        <w:t xml:space="preserve">[44:23] </w:t>
      </w:r>
      <w:r>
        <w:t>to quran ki yeh sifat hai ke woh aap ke unconscious mind mein jo baat hai, woh conscious mind mein lata hai. aap ko isi liye aadmi foran islam qabool kar leta hai.</w:t>
      </w:r>
    </w:p>
    <w:p>
      <w:pPr>
        <w:jc w:val="right"/>
      </w:pPr>
      <w:r>
        <w:t>تو قرآن کی یہ صفت ہے کہ وہ آپ کے انکانسشیس مائنڈ میں جو بات ہے، وہ کانشیس مائنڈ میں لاتا ہے۔ آپ کو اسی لیے آدمی فوراً اسلام قبول کر لیتا ہے۔</w:t>
      </w:r>
    </w:p>
    <w:p>
      <w:r>
        <w:rPr>
          <w:b/>
        </w:rPr>
        <w:t xml:space="preserve">[44:35] </w:t>
      </w:r>
      <w:r>
        <w:t>yeh bohat hi zyada psychological baat hai aur sochne wale is ko samajh sakte hain.</w:t>
      </w:r>
    </w:p>
    <w:p>
      <w:pPr>
        <w:jc w:val="right"/>
      </w:pPr>
      <w:r>
        <w:t>یہ بہت ہی زیادہ سائیکلوجیکل بات ہے اور سوچنے والے اس کو سمجھ سکتے ہیں۔</w:t>
      </w:r>
    </w:p>
    <w:p>
      <w:r>
        <w:rPr>
          <w:b/>
        </w:rPr>
        <w:t xml:space="preserve">[44:46] </w:t>
      </w:r>
      <w:r>
        <w:t>yaani quran mein jab aadmi jo style hai quran ka, woh kya hai? eha insaan! aye insaan!</w:t>
      </w:r>
    </w:p>
    <w:p>
      <w:pPr>
        <w:jc w:val="right"/>
      </w:pPr>
      <w:r>
        <w:t>یعنی قرآن میں جب آدمی جو اسٹائل ہے قرآن کا، وہ کیا ہے؟ ایہا الانسان! اے انسان!</w:t>
      </w:r>
    </w:p>
    <w:p>
      <w:r>
        <w:rPr>
          <w:b/>
        </w:rPr>
        <w:t xml:space="preserve">[44:56] </w:t>
      </w:r>
      <w:r>
        <w:t>bar bar aata hai, aye insaan! aye insaan!</w:t>
      </w:r>
    </w:p>
    <w:p>
      <w:pPr>
        <w:jc w:val="right"/>
      </w:pPr>
      <w:r>
        <w:t>بار بار آتا ہے، اے انسان! اے انسان!</w:t>
      </w:r>
    </w:p>
    <w:p>
      <w:r>
        <w:rPr>
          <w:b/>
        </w:rPr>
        <w:t xml:space="preserve">[45:00] </w:t>
      </w:r>
      <w:r>
        <w:t>to gaya ke quran keh raha hai ke "o insaan! here is your creator, here is your lord, here is your god addressing you.</w:t>
      </w:r>
    </w:p>
    <w:p>
      <w:pPr>
        <w:jc w:val="right"/>
      </w:pPr>
      <w:r>
        <w:t>تو گیا کہ قرآن کہہ رہا ہے کہ "او انسان! ہیر از یور کریٹر، ہیر از یور لارڈ، ہیر از یور گاڈ ایڈریسنگ یو۔</w:t>
      </w:r>
    </w:p>
    <w:p>
      <w:r>
        <w:rPr>
          <w:b/>
        </w:rPr>
        <w:t xml:space="preserve">[45:16] </w:t>
      </w:r>
      <w:r>
        <w:t>listen it and follow my my directions.</w:t>
      </w:r>
    </w:p>
    <w:p>
      <w:pPr>
        <w:jc w:val="right"/>
      </w:pPr>
      <w:r>
        <w:t>لسن اٹ اینڈ فالو مائی مائی ڈائریکشنز۔</w:t>
      </w:r>
    </w:p>
    <w:p>
      <w:r>
        <w:rPr>
          <w:b/>
        </w:rPr>
        <w:t xml:space="preserve">[45:25] </w:t>
      </w:r>
      <w:r>
        <w:t>" yeh ek anokha tajurba hai quran ko parh kar jo hota hai insaan ko. maine bohat books parhi hain, bohat kitabein parhi hain, secular bhi aur religious bhi.</w:t>
      </w:r>
    </w:p>
    <w:p>
      <w:pPr>
        <w:jc w:val="right"/>
      </w:pPr>
      <w:r>
        <w:t>" یہ ایک انوکھا تجربہ ہے قرآن کو پڑھ کر جو ہوتا ہے انسان کو۔ میں نے بہت بکس پڑھی ہیں، بہت کتابیں پڑھی ہیں، سیکولر بھی اور ریلیجس بھی۔</w:t>
      </w:r>
    </w:p>
    <w:p>
      <w:r>
        <w:rPr>
          <w:b/>
        </w:rPr>
        <w:t xml:space="preserve">[45:38] </w:t>
      </w:r>
      <w:r>
        <w:t>kisi bhi book mein maine nahi paya ke yeh yeh style ho. to quran parhne wala jo parhta hai quran ko, to instantly kya hota hai?</w:t>
      </w:r>
    </w:p>
    <w:p>
      <w:pPr>
        <w:jc w:val="right"/>
      </w:pPr>
      <w:r>
        <w:t>کسی بھی بک میں میں نے نہیں پایا کہ یہ یہ اسٹائل ہو۔ تو قرآن پڑھنے والا جو پڑھتا ہے قرآن کو، تو انسٹنٹلی کیا ہوتا ہے؟</w:t>
      </w:r>
    </w:p>
    <w:p>
      <w:r>
        <w:rPr>
          <w:b/>
        </w:rPr>
        <w:t xml:space="preserve">[45:50] </w:t>
      </w:r>
      <w:r>
        <w:t>iska mind address hone lagta hai. yeh baat samajh lijiye,</w:t>
      </w:r>
    </w:p>
    <w:p>
      <w:pPr>
        <w:jc w:val="right"/>
      </w:pPr>
      <w:r>
        <w:t>اس کا مائنڈ ایڈریس ہونے لگتا ہے۔ یہ بات سمجھ لیجئے،</w:t>
      </w:r>
    </w:p>
    <w:p>
      <w:r>
        <w:rPr>
          <w:b/>
        </w:rPr>
        <w:t xml:space="preserve">[45:56] </w:t>
      </w:r>
      <w:r>
        <w:t>chounke iska mind ya iska nature, chounke pehle se woh god seeking animal hai, pehle se woh kisi khuda ko dhoondh raha hai.</w:t>
      </w:r>
    </w:p>
    <w:p>
      <w:pPr>
        <w:jc w:val="right"/>
      </w:pPr>
      <w:r>
        <w:t>چونکہ اس کا مائنڈ یا اس کا نیچر، چونکہ پہلے ہی سے وہ گاڈ سیک اینیمل ہے، پہلے ہی سے وہ کسی خدا کو ڈھونڈ رہا ہے۔</w:t>
      </w:r>
    </w:p>
    <w:p>
      <w:r>
        <w:rPr>
          <w:b/>
        </w:rPr>
        <w:t xml:space="preserve">[46:10] </w:t>
      </w:r>
      <w:r>
        <w:t>yaani pehle se is ke andar yeh ek ek arz maujood hai, ek seeking speed maujood hai. is</w:t>
      </w:r>
    </w:p>
    <w:p>
      <w:pPr>
        <w:jc w:val="right"/>
      </w:pPr>
      <w:r>
        <w:t>یعنی پہلے ہی سے اس کے اندر یہ ایک ایک عرض موجود ہے، ایک سیکنگ اسپیڈ موجود ہے۔ اس</w:t>
      </w:r>
    </w:p>
    <w:p>
      <w:r>
        <w:rPr>
          <w:b/>
        </w:rPr>
        <w:t xml:space="preserve">[46:19] </w:t>
      </w:r>
      <w:r>
        <w:t>liye jab quran mein jo jo is style mein address karta hai, "aye insaan! sun meri baat, main tera khuda bol raha hoon", to instantly kya hota hai?</w:t>
      </w:r>
    </w:p>
    <w:p>
      <w:pPr>
        <w:jc w:val="right"/>
      </w:pPr>
      <w:r>
        <w:t>لیے جب قرآن میں جو جو اس اسٹائل میں ایڈریس کرتا ہے، "اے انسان! سن میری بات، میں تیرا خدا بول رہا ہوں"، تو انسٹنٹلی کیا ہوتا ہے؟</w:t>
      </w:r>
    </w:p>
    <w:p>
      <w:r>
        <w:rPr>
          <w:b/>
        </w:rPr>
        <w:t xml:space="preserve">[46:31] </w:t>
      </w:r>
      <w:r>
        <w:t>ke is ka nature address hone lagta hai, is ka mind address hone lagta hai.</w:t>
      </w:r>
    </w:p>
    <w:p>
      <w:pPr>
        <w:jc w:val="right"/>
      </w:pPr>
      <w:r>
        <w:t>کہ اس کا نیچر ایڈریس ہونے لگتا ہے، اس کا مائنڈ ایڈریس ہونے لگتا ہے۔</w:t>
      </w:r>
    </w:p>
    <w:p>
      <w:r>
        <w:rPr>
          <w:b/>
        </w:rPr>
        <w:t xml:space="preserve">[46:38] </w:t>
      </w:r>
      <w:r>
        <w:t>yeh ek anokha jo mujhe khud zaati taur par tajurba hua, jaise ke maine arz kiya, aur phir doosron ki baatein maine parhin.</w:t>
      </w:r>
    </w:p>
    <w:p>
      <w:pPr>
        <w:jc w:val="right"/>
      </w:pPr>
      <w:r>
        <w:t>یہ ایک انوکھا جو مجھے خود ذاتی طور پر تجربہ ہوا، جیسے کہ میں نے عرض کیا، اور پھر دوسروں کی باتیں میں نے پڑھیں۔</w:t>
      </w:r>
    </w:p>
    <w:p>
      <w:r>
        <w:rPr>
          <w:b/>
        </w:rPr>
        <w:t xml:space="preserve">[46:47] </w:t>
      </w:r>
      <w:r>
        <w:t>wahan hi maine dekha ke doosre logon ka bhi yeh yahi experience hai. to is ko bohat dinon ke sochne ke baad maine is ko samajh paya hoon.</w:t>
      </w:r>
    </w:p>
    <w:p>
      <w:pPr>
        <w:jc w:val="right"/>
      </w:pPr>
      <w:r>
        <w:t>وہاں ہی میں نے دیکھا کہ دوسرے لوگوں کا بھی یہ یہی ایکسپیرینس ہے۔ تو اس کو بہت دنوں کے سوچنے کے بعد میں نے اس کو سمجھ پایا ہوں۔</w:t>
      </w:r>
    </w:p>
    <w:p>
      <w:r>
        <w:rPr>
          <w:b/>
        </w:rPr>
        <w:t xml:space="preserve">[47:00] </w:t>
      </w:r>
      <w:r>
        <w:t>main</w:t>
      </w:r>
    </w:p>
    <w:p>
      <w:pPr>
        <w:jc w:val="right"/>
      </w:pPr>
      <w:r>
        <w:t>میں</w:t>
      </w:r>
    </w:p>
    <w:p>
      <w:r>
        <w:rPr>
          <w:b/>
        </w:rPr>
        <w:t xml:space="preserve">[47:03] </w:t>
      </w:r>
      <w:r>
        <w:t>yaani jo hua, woh to logon ne bataya,</w:t>
      </w:r>
    </w:p>
    <w:p>
      <w:pPr>
        <w:jc w:val="right"/>
      </w:pPr>
      <w:r>
        <w:t>یعنی جو ہوا، وہ تو لوگوں نے بتایا،</w:t>
      </w:r>
    </w:p>
    <w:p>
      <w:r>
        <w:rPr>
          <w:b/>
        </w:rPr>
        <w:t xml:space="preserve">[47:07] </w:t>
      </w:r>
      <w:r>
        <w:t>kyon hua? woh un ki story mein nahi tha. bohat se log, lakhon log aise hain, jaise ek book chhapi hai Saudi Arab se, "Islam My Choice".</w:t>
      </w:r>
    </w:p>
    <w:p>
      <w:pPr>
        <w:jc w:val="right"/>
      </w:pPr>
      <w:r>
        <w:t>کیوں ہوا؟ وہ ان کی سٹوری میں نہیں تھا۔ بہت سے لوگ، لاکھوں لوگ ایسے ہیں، جیسے ایک بک چھپی ہے سعودی عرب سے، "اسلام مائی چوائس"۔</w:t>
      </w:r>
    </w:p>
    <w:p>
      <w:r>
        <w:rPr>
          <w:b/>
        </w:rPr>
        <w:t xml:space="preserve">[47:21] </w:t>
      </w:r>
      <w:r>
        <w:t>bohat se logon ko is mein woh hai ke kaise unhon ne accept kiya islam ko. "Islam My Choice" sab ke baray mein aap parhenge yahi baat ke maine quran ko parha to maine islam qabool kar liya.</w:t>
      </w:r>
    </w:p>
    <w:p>
      <w:pPr>
        <w:jc w:val="right"/>
      </w:pPr>
      <w:r>
        <w:t>بہت سے لوگوں کو اس میں وہ ہے کہ کیسے انہوں نے ایکسیپٹ کیا اسلام کو۔ "اسلام مائی چوائس" سب کے بارے میں آپ پڑھیں گے یہی بات کہ میں نے قرآن کو پڑھا تو میں نے اسلام قبول کر لیا۔</w:t>
      </w:r>
    </w:p>
    <w:p>
      <w:r>
        <w:rPr>
          <w:b/>
        </w:rPr>
        <w:t xml:space="preserve">[47:35] </w:t>
      </w:r>
      <w:r>
        <w:t>lekin yeh kaise hua?</w:t>
      </w:r>
    </w:p>
    <w:p>
      <w:pPr>
        <w:jc w:val="right"/>
      </w:pPr>
      <w:r>
        <w:t>لیکن یہ کیسے ہوا؟</w:t>
      </w:r>
    </w:p>
    <w:p>
      <w:r>
        <w:rPr>
          <w:b/>
        </w:rPr>
        <w:t xml:space="preserve">[47:38] </w:t>
      </w:r>
      <w:r>
        <w:t>is ke baray mein kisi aadmi ko ne bataya nahi, bata nahi saka. woh to bukhra ri furqan yahan bhi hai. maine bohat se mutale ke baad is baat ko nikala ke insaan basically god seeking animal hai.</w:t>
      </w:r>
    </w:p>
    <w:p>
      <w:pPr>
        <w:jc w:val="right"/>
      </w:pPr>
      <w:r>
        <w:t>اس کے بارے میں کسی آدمی کو نے بتایا نہیں، بتا نہیں سکا۔ وہ تو بکر رئی فرقان یہاں بھی ہے۔ میں نے بہت سے مطالعے کے بعد اس بات کو نکالا کہ انسان بیسیکلی گاڈ سیکنگ اینیمل ہے۔</w:t>
      </w:r>
    </w:p>
    <w:p>
      <w:r>
        <w:rPr>
          <w:b/>
        </w:rPr>
        <w:t xml:space="preserve">[47:55] </w:t>
      </w:r>
      <w:r>
        <w:t>insaan by nature dhoondh raha hai ke koi khuda mujhe mile jo mujhe address kare, jis ko main follow karoon.</w:t>
      </w:r>
    </w:p>
    <w:p>
      <w:pPr>
        <w:jc w:val="right"/>
      </w:pPr>
      <w:r>
        <w:t>انسان بائی نیچر ڈھونڈ رہا ہے کہ کوئی خدا مجھے ملے جو مجھے ایڈریس کرے، جس کو میں فالو کروں۔</w:t>
      </w:r>
    </w:p>
    <w:p>
      <w:r>
        <w:rPr>
          <w:b/>
        </w:rPr>
        <w:t xml:space="preserve">[48:07] </w:t>
      </w:r>
      <w:r>
        <w:t>to achaanak jab woh quran ko pata hai, jo maine kaha ke woh record word of god hai, to achaanak is ka woh nature address hone lagta hai, is ka mind address hone lagta hai, aur phir wahan surrender kar deta hai.</w:t>
      </w:r>
    </w:p>
    <w:p>
      <w:pPr>
        <w:jc w:val="right"/>
      </w:pPr>
      <w:r>
        <w:t>تو اچانک جب وہ قرآن کو پاتا ہے، جو میں نے کہا کہ وہ ریکارڈ ورڈ آف گاڈ ہے، تو اچانک اس کا وہ نیچر ایڈریس ہونے لگتا ہے، اس کا مائنڈ ایڈریس ہونے لگتا ہے، اور پھر وہاں سرینڈر کر دیتا ہے۔</w:t>
      </w:r>
    </w:p>
    <w:p>
      <w:r>
        <w:rPr>
          <w:b/>
        </w:rPr>
        <w:t xml:space="preserve">[48:23] </w:t>
      </w:r>
      <w:r>
        <w:t>ab mein quran ke bare mein direct tor par kuch kehna chahunga.</w:t>
      </w:r>
    </w:p>
    <w:p>
      <w:pPr>
        <w:jc w:val="right"/>
      </w:pPr>
      <w:r>
        <w:t>اب میں قرآن کے بارے میں ڈائریکٹ طور پر کچھ کہنا چاہوں گا۔</w:t>
      </w:r>
    </w:p>
    <w:p>
      <w:r>
        <w:rPr>
          <w:b/>
        </w:rPr>
        <w:t xml:space="preserve">[48:31] </w:t>
      </w:r>
      <w:r>
        <w:t>dekhiye, quran ki history yeh hai</w:t>
      </w:r>
    </w:p>
    <w:p>
      <w:pPr>
        <w:jc w:val="right"/>
      </w:pPr>
      <w:r>
        <w:t>دیکھیے، قرآن کی ہسٹری یہ ہے</w:t>
      </w:r>
    </w:p>
    <w:p>
      <w:r>
        <w:rPr>
          <w:b/>
        </w:rPr>
        <w:t xml:space="preserve">[48:40] </w:t>
      </w:r>
      <w:r>
        <w:t>ke arab mein ek shakhs paida hota hai, muhammad bin abdullah bin abdul muttalib,</w:t>
      </w:r>
    </w:p>
    <w:p>
      <w:pPr>
        <w:jc w:val="right"/>
      </w:pPr>
      <w:r>
        <w:t>کہ عرب میں ایک شخص پیدا ہوتا ہے، محمد بن عبداللہ بن عبدالمطلب،</w:t>
      </w:r>
    </w:p>
    <w:p>
      <w:r>
        <w:rPr>
          <w:b/>
        </w:rPr>
        <w:t xml:space="preserve">[48:50] </w:t>
      </w:r>
      <w:r>
        <w:t>570 AD mein.</w:t>
      </w:r>
    </w:p>
    <w:p>
      <w:pPr>
        <w:jc w:val="right"/>
      </w:pPr>
      <w:r>
        <w:t>570 اے ڈی میں۔</w:t>
      </w:r>
    </w:p>
    <w:p>
      <w:r>
        <w:rPr>
          <w:b/>
        </w:rPr>
        <w:t xml:space="preserve">[48:56] </w:t>
      </w:r>
      <w:r>
        <w:t>wo orphan ho jata hai,</w:t>
      </w:r>
    </w:p>
    <w:p>
      <w:pPr>
        <w:jc w:val="right"/>
      </w:pPr>
      <w:r>
        <w:t>وہ غارفن ہو جاتا ہے،</w:t>
      </w:r>
    </w:p>
    <w:p>
      <w:r>
        <w:rPr>
          <w:b/>
        </w:rPr>
        <w:t xml:space="preserve">[49:01] </w:t>
      </w:r>
      <w:r>
        <w:t>baap mar jate hain us ke birth se pehle hi, maan mar jati hain birth ke baad kuch dinon, kuch arse ke baad. to as a orphan, wo wahan par barhta hai.</w:t>
      </w:r>
    </w:p>
    <w:p>
      <w:pPr>
        <w:jc w:val="right"/>
      </w:pPr>
      <w:r>
        <w:t>باپ مر جاتے ہیں اس کے برتھ سے پہلے ہی، ماں مر جاتی ہیں برتھ کے بعد کچھ دنوں، کچھ عرصے کے بعد۔ تو ایز اے عارفن، وہ وہاں پر بڑھتا ہے۔</w:t>
      </w:r>
    </w:p>
    <w:p>
      <w:r>
        <w:rPr>
          <w:b/>
        </w:rPr>
        <w:t xml:space="preserve">[49:16] </w:t>
      </w:r>
      <w:r>
        <w:t>orphan hona kya hai? is ka maine khud tajurba kiya hai.</w:t>
      </w:r>
    </w:p>
    <w:p>
      <w:pPr>
        <w:jc w:val="right"/>
      </w:pPr>
      <w:r>
        <w:t>عارفن ہونا کیا ہے؟ اس کا میں نے خود تجربہ کیا ہے۔</w:t>
      </w:r>
    </w:p>
    <w:p>
      <w:r>
        <w:rPr>
          <w:b/>
        </w:rPr>
        <w:t xml:space="preserve">[49:21] </w:t>
      </w:r>
      <w:r>
        <w:t>orphan aadmi bohat jald seeker ban jata hai. jo aadmi maa baap ki god mein ho, us ke liye record ban jati hai, us ki seeking speed ubhre.</w:t>
      </w:r>
    </w:p>
    <w:p>
      <w:pPr>
        <w:jc w:val="right"/>
      </w:pPr>
      <w:r>
        <w:t>عارفن آدمی بہت جلد سیکر بن جاتا ہے۔ جو آدمی ماں باپ کی گود میں ہو، اس کے لیے ریکارڈ بن جاتی ہے، اس کی سیکنگ اسپیڈ ابھرے۔</w:t>
      </w:r>
    </w:p>
    <w:p>
      <w:r>
        <w:rPr>
          <w:b/>
        </w:rPr>
        <w:t xml:space="preserve">[49:33] </w:t>
      </w:r>
      <w:r>
        <w:t>yeh mera apna personal experience hai, kyunke mere baap jo the, 1929 mein mar gaye jab ke mein sirf paanch saal ka tha.</w:t>
      </w:r>
    </w:p>
    <w:p>
      <w:pPr>
        <w:jc w:val="right"/>
      </w:pPr>
      <w:r>
        <w:t>یہ میرا اپنا پرسنل ایکسپیرینس ہے، کیونکہ میرے باپ جو تھے، 1929 میں مر گئے جب کہ میں صرف پانچ سال کا تھا۔</w:t>
      </w:r>
    </w:p>
    <w:p>
      <w:r>
        <w:rPr>
          <w:b/>
        </w:rPr>
        <w:t xml:space="preserve">[49:44] </w:t>
      </w:r>
      <w:r>
        <w:t>1929</w:t>
      </w:r>
    </w:p>
    <w:p>
      <w:pPr>
        <w:jc w:val="right"/>
      </w:pPr>
      <w:r>
        <w:t>1929</w:t>
      </w:r>
    </w:p>
    <w:p>
      <w:r>
        <w:rPr>
          <w:b/>
        </w:rPr>
        <w:t xml:space="preserve">[49:48] </w:t>
      </w:r>
      <w:r>
        <w:t>to meri maan batati hain ke jab un maray to mein bilkul speechless ho gaya. bohat bolta tha mein pehle, un ki zindagi bohat bolta tha, lekin jab maray to speechless ho gaya.</w:t>
      </w:r>
    </w:p>
    <w:p>
      <w:pPr>
        <w:jc w:val="right"/>
      </w:pPr>
      <w:r>
        <w:t>تو میری ماں بتاتی ہیں کہ جب ان مرے تو میں بالکل اسپیچ لیس ہو گیا۔ بہت بولتا تھا میں پہلے، ان کی زندگی بہت بولتا تھا، لیکن جب مرے تو اسپیچ لیس ہو گیا۔</w:t>
      </w:r>
    </w:p>
    <w:p>
      <w:r>
        <w:rPr>
          <w:b/>
        </w:rPr>
        <w:t xml:space="preserve">[50:00] </w:t>
      </w:r>
      <w:r>
        <w:t>kaha is ka matlab kya hua? is ka matlab kya hua? is ka matlab wo yeh hua ke yani mein extrovert ban gaya.</w:t>
      </w:r>
    </w:p>
    <w:p>
      <w:pPr>
        <w:jc w:val="right"/>
      </w:pPr>
      <w:r>
        <w:t>کہا اس کا مطلب کیا ہوا؟ اس کا مطلب کیا ہوا؟ اس کا مطلب وہ یہ ہوا کہ یعنی میں ایکسٹروورٹ بن گیا۔</w:t>
      </w:r>
    </w:p>
    <w:p>
      <w:r>
        <w:rPr>
          <w:b/>
        </w:rPr>
        <w:t xml:space="preserve">[50:11] </w:t>
      </w:r>
      <w:r>
        <w:t>mein wo aadmi jo jo extrovert tha, wo wo introvert ban gaya.</w:t>
      </w:r>
    </w:p>
    <w:p>
      <w:pPr>
        <w:jc w:val="right"/>
      </w:pPr>
      <w:r>
        <w:t>میں وہ آدمی جو جو ایکسٹروورٹ تھا، وہ وہ انٹروورٹ بن گیا۔</w:t>
      </w:r>
    </w:p>
    <w:p>
      <w:r>
        <w:rPr>
          <w:b/>
        </w:rPr>
        <w:t xml:space="preserve">[50:18] </w:t>
      </w:r>
      <w:r>
        <w:t>yani orphan ne mujhe yeh kiya ke pehle mein tha extrovert, ab mein introvert ban gaya. isi ko mein kehta hoon seeking speed ka jaag parhna.</w:t>
      </w:r>
    </w:p>
    <w:p>
      <w:pPr>
        <w:jc w:val="right"/>
      </w:pPr>
      <w:r>
        <w:t>یعنی ارفن نے مجھے یہ کیا کہ پہلے میں تھا ایکسٹروورٹ، اب میں انٹروورٹ بن گیا۔ اسی کو میں کہتا ہوں سیکنگ اسپیڈ کا جاگ پڑھنا۔</w:t>
      </w:r>
    </w:p>
    <w:p>
      <w:r>
        <w:rPr>
          <w:b/>
        </w:rPr>
        <w:t xml:space="preserve">[50:32] </w:t>
      </w:r>
      <w:r>
        <w:t>bohat bari blessing hai yeh jo mere sath hui ke bachpan hi se mein seeker ban gaya.</w:t>
      </w:r>
    </w:p>
    <w:p>
      <w:pPr>
        <w:jc w:val="right"/>
      </w:pPr>
      <w:r>
        <w:t>بہت بڑی بلیسنگ ہے یہ جو میرے ساتھ ہوئی کہ بچپن ہی سے میں سیکر بن گیا۔</w:t>
      </w:r>
    </w:p>
    <w:p>
      <w:r>
        <w:rPr>
          <w:b/>
        </w:rPr>
        <w:t xml:space="preserve">[50:42] </w:t>
      </w:r>
      <w:r>
        <w:t>to muhammad bin abdullah bin abdul muttalib ke jo halaat the, unhon ne unhein shuru se hi seeker bana diya.</w:t>
      </w:r>
    </w:p>
    <w:p>
      <w:pPr>
        <w:jc w:val="right"/>
      </w:pPr>
      <w:r>
        <w:t>تو محمد بن عبداللہ بن عبدالمطلب کے جو حالات تھے، انہوں نے انہیں شروع سے ہی سیکر بنا دیا۔</w:t>
      </w:r>
    </w:p>
    <w:p>
      <w:r>
        <w:rPr>
          <w:b/>
        </w:rPr>
        <w:t xml:space="preserve">[50:54] </w:t>
      </w:r>
      <w:r>
        <w:t>shuru se seeker bana diya.</w:t>
      </w:r>
    </w:p>
    <w:p>
      <w:pPr>
        <w:jc w:val="right"/>
      </w:pPr>
      <w:r>
        <w:t>شروع سے سیکر بنا دیا۔</w:t>
      </w:r>
    </w:p>
    <w:p>
      <w:r>
        <w:rPr>
          <w:b/>
        </w:rPr>
        <w:t xml:space="preserve">[50:56] </w:t>
      </w:r>
      <w:r>
        <w:t>is zamane mein arab mein aisa tha ke bohat se log jo sachai ko dhoondne wale the, jo seeker the,</w:t>
      </w:r>
    </w:p>
    <w:p>
      <w:pPr>
        <w:jc w:val="right"/>
      </w:pPr>
      <w:r>
        <w:t>اس زمانے میں عرب میں ایسا تھا کہ بہت سے لوگ جو سچائی کو ڈھونڈنے والے تھے، جو سیکر تھے،</w:t>
      </w:r>
    </w:p>
    <w:p>
      <w:r>
        <w:rPr>
          <w:b/>
        </w:rPr>
        <w:t xml:space="preserve">[51:11] </w:t>
      </w:r>
      <w:r>
        <w:t>aise bohat se log wahan paaye jatay thay. aise bohat se log paaye jatay thay wahan.</w:t>
      </w:r>
    </w:p>
    <w:p>
      <w:pPr>
        <w:jc w:val="right"/>
      </w:pPr>
      <w:r>
        <w:t>ایسے بہت سے لوگ وہاں پائے جاتے تھے۔ ایسے بہت سے لوگ پائے جاتے تھے وہاں۔</w:t>
      </w:r>
    </w:p>
    <w:p>
      <w:r>
        <w:rPr>
          <w:b/>
        </w:rPr>
        <w:t xml:space="preserve">[51:19] </w:t>
      </w:r>
      <w:r>
        <w:t>to wo kehte thay ke khuda ya, hum ko nahi maloom ke teri ibadat ka tareeqa kya hai.</w:t>
      </w:r>
    </w:p>
    <w:p>
      <w:pPr>
        <w:jc w:val="right"/>
      </w:pPr>
      <w:r>
        <w:t>تو وہ کہتے تھے کہ خدایا، ہم کو نہیں معلوم کہ تیری عبادت کا طریقہ کیا ہے۔</w:t>
      </w:r>
    </w:p>
    <w:p>
      <w:r>
        <w:rPr>
          <w:b/>
        </w:rPr>
        <w:t xml:space="preserve">[51:29] </w:t>
      </w:r>
      <w:r>
        <w:t>agar hum jante to hum waise hi teri ibadat karte. yeh kehte hue mar gaye. wo mislan ek aadmi tha, qast ibn sa'dah, is tarah ke bohat se log thay.</w:t>
      </w:r>
    </w:p>
    <w:p>
      <w:pPr>
        <w:jc w:val="right"/>
      </w:pPr>
      <w:r>
        <w:t>اگر ہم جانتے تو ہم ویسے ہی تیری عبادت کرتے۔ یہ کہتے ہوئے مر گئے۔ وہ مثلاً ایک آدمی تھا، قسط ابن سعدہ، اس طرح کے بہت سے لوگ تھے۔</w:t>
      </w:r>
    </w:p>
    <w:p>
      <w:r>
        <w:rPr>
          <w:b/>
        </w:rPr>
        <w:t xml:space="preserve">[51:44] </w:t>
      </w:r>
      <w:r>
        <w:t>to muhammad bin abdullah bin abdul muttalib bhi isi tarah ke ek seeker ban gaye.</w:t>
      </w:r>
    </w:p>
    <w:p>
      <w:pPr>
        <w:jc w:val="right"/>
      </w:pPr>
      <w:r>
        <w:t>تو محمد بن عبداللہ بن عبدالمطلب بھی اسی طرح کے ایک سیکر بن گئے۔</w:t>
      </w:r>
    </w:p>
    <w:p>
      <w:r>
        <w:rPr>
          <w:b/>
        </w:rPr>
        <w:t xml:space="preserve">[51:50] </w:t>
      </w:r>
      <w:r>
        <w:t>to kya hua? makkah ke paas ek mountain tha, is ka naam tha hira.</w:t>
      </w:r>
    </w:p>
    <w:p>
      <w:pPr>
        <w:jc w:val="right"/>
      </w:pPr>
      <w:r>
        <w:t>تو کیا ہوا؟ مکہ کے پاس ایک ماؤنٹن تھا، اس کا نام تھا حرا۔</w:t>
      </w:r>
    </w:p>
    <w:p>
      <w:r>
        <w:rPr>
          <w:b/>
        </w:rPr>
        <w:t xml:space="preserve">[52:02] </w:t>
      </w:r>
      <w:r>
        <w:t>to wo hira mein jane lagay, kyunke hira mein aap ko akela pan milta tha. wahan koi disturb karne wala nahi tha, koi distraction nahi tha soch ke liye.</w:t>
      </w:r>
    </w:p>
    <w:p>
      <w:pPr>
        <w:jc w:val="right"/>
      </w:pPr>
      <w:r>
        <w:t>تو وہ حرا میں جانے لگے، کیونکہ حرا میں آپ کو اکیلا پن ملتا تھا۔ وہاں کوئی ڈسٹرب کرنے والا نہیں تھا، کوئی ڈسٹریکشن نہیں تھا سوچ کے لیے۔</w:t>
      </w:r>
    </w:p>
    <w:p>
      <w:r>
        <w:rPr>
          <w:b/>
        </w:rPr>
        <w:t xml:space="preserve">[52:19] </w:t>
      </w:r>
      <w:r>
        <w:t>wahan par ek cave tha. is cave ko hamari history mein likha jata hai, ghar hira, cave of hira, cave of hira mountain.</w:t>
      </w:r>
    </w:p>
    <w:p>
      <w:pPr>
        <w:jc w:val="right"/>
      </w:pPr>
      <w:r>
        <w:t>وہاں پر ایک کیو تھا۔ اس کیو کو ہماری ہسٹری میں لکھا جاتا ہے، غار حرا، کیو آف حرا، کیو آف حرا ماؤنٹین۔</w:t>
      </w:r>
    </w:p>
    <w:p>
      <w:r>
        <w:rPr>
          <w:b/>
        </w:rPr>
        <w:t xml:space="preserve">[52:31] </w:t>
      </w:r>
      <w:r>
        <w:t>wohan par ja kar ke woh akele mein sochte thay.</w:t>
      </w:r>
    </w:p>
    <w:p>
      <w:pPr>
        <w:jc w:val="right"/>
      </w:pPr>
      <w:r>
        <w:t>وہاں پر جا کر کے وہ اکیلے میں سوچتے تھے۔</w:t>
      </w:r>
    </w:p>
    <w:p>
      <w:r>
        <w:rPr>
          <w:b/>
        </w:rPr>
        <w:t xml:space="preserve">[52:38] </w:t>
      </w:r>
      <w:r>
        <w:t>yeh aap ki jo seeking speed hai, wahan us ko kuch milta tha ke sochne ke liye. Yani is ko aap keh sakte hain contemplation.</w:t>
      </w:r>
    </w:p>
    <w:p>
      <w:pPr>
        <w:jc w:val="right"/>
      </w:pPr>
      <w:r>
        <w:t>یہ آپ کی جو سیکنگ اسپیڈ ہے، وہاں اس کو کچھ ملتا تھا کہ سوچنے کے لیے۔ یعنی اس کو آپ کہہ سکتے ہیں کنٹمپلیشن۔</w:t>
      </w:r>
    </w:p>
    <w:p>
      <w:r>
        <w:rPr>
          <w:b/>
        </w:rPr>
        <w:t xml:space="preserve">[52:51] </w:t>
      </w:r>
      <w:r>
        <w:t>is ko meditation to nahi kahengay, lekin yeh contemplation, contemplation hota tha, jis ko arabi mein kehte hain tadabbur, tadabbur, tafakkur.</w:t>
      </w:r>
    </w:p>
    <w:p>
      <w:pPr>
        <w:jc w:val="right"/>
      </w:pPr>
      <w:r>
        <w:t>اس کو میڈیٹیشن تو نہیں کہیں گے، لیکن یہ کنٹمپلیشن، کنٹمپلیشن ہوتا تھا، جس کو عربی میں کہتے ہیں تدبر، تدبر، تفکر۔</w:t>
      </w:r>
    </w:p>
    <w:p>
      <w:r>
        <w:rPr>
          <w:b/>
        </w:rPr>
        <w:t xml:space="preserve">[53:06] </w:t>
      </w:r>
      <w:r>
        <w:t>to lambi kahani hai, mein is ko short mein kehta hoon ke isi tarah aap ke chaalees saal beet gaye.</w:t>
      </w:r>
    </w:p>
    <w:p>
      <w:pPr>
        <w:jc w:val="right"/>
      </w:pPr>
      <w:r>
        <w:t>تو لمبی کہانی ہے، میں اس کو شارٹ میں کہتا ہوں کہ اسی طرح آپ کے چالیس سال بیت گئے۔</w:t>
      </w:r>
    </w:p>
    <w:p>
      <w:r>
        <w:rPr>
          <w:b/>
        </w:rPr>
        <w:t xml:space="preserve">[53:18] </w:t>
      </w:r>
      <w:r>
        <w:t>beech mein bohat sari aur baatein huien.</w:t>
      </w:r>
    </w:p>
    <w:p>
      <w:pPr>
        <w:jc w:val="right"/>
      </w:pPr>
      <w:r>
        <w:t>بیچ میں بہت ساری اور باتیں ہوئیں۔</w:t>
      </w:r>
    </w:p>
    <w:p>
      <w:r>
        <w:rPr>
          <w:b/>
        </w:rPr>
        <w:t xml:space="preserve">[53:22] </w:t>
      </w:r>
      <w:r>
        <w:t>to jab aap chaalees saal ke ho chukay thay, yeh is ka matlab yeh hai maturity ki age ho chuki thi. Aap ki chaalees saal mein aadmi bharpoor tor par mature ho jata hai.</w:t>
      </w:r>
    </w:p>
    <w:p>
      <w:pPr>
        <w:jc w:val="right"/>
      </w:pPr>
      <w:r>
        <w:t>تو جب آپ چالیس سال کے ہو چکے تھے، یہ اس کا مطلب یہ ہے میچورٹی کی ایج ہو چکی تھی۔ آپ کی چالیس سال میں آدمی بھرپور طور پر میچور ہو جاتا ہے۔</w:t>
      </w:r>
    </w:p>
    <w:p>
      <w:r>
        <w:rPr>
          <w:b/>
        </w:rPr>
        <w:t xml:space="preserve">[53:35] </w:t>
      </w:r>
      <w:r>
        <w:t>us waqt achaanak aik din wahan aaya Khuda ka angel.</w:t>
      </w:r>
    </w:p>
    <w:p>
      <w:pPr>
        <w:jc w:val="right"/>
      </w:pPr>
      <w:r>
        <w:t>اس وقت اچانک ایک دن وہاں آیا خدا کا اینجل۔</w:t>
      </w:r>
    </w:p>
    <w:p>
      <w:r>
        <w:rPr>
          <w:b/>
        </w:rPr>
        <w:t xml:space="preserve">[53:43] </w:t>
      </w:r>
      <w:r>
        <w:t>us ne kaha ke mein Khuda ka angel hoon aur tum ko yeh batane aaya hoon ke Khuda ne tum ko select kar liya hai as a prophet aur tum ko Khuda ka message dunya mein pohanchana hai.</w:t>
      </w:r>
    </w:p>
    <w:p>
      <w:pPr>
        <w:jc w:val="right"/>
      </w:pPr>
      <w:r>
        <w:t>اس نے کہا کہ میں خدا کا اینجل ہوں اور تم کو یہ بتانے آیا ہوں کہ خدا نے تم کو سلیکٹ کر لیا ہے ایز اے پرافٹ اور تم کو خدا کا میسج دنیا میں پہنچانا ہے۔</w:t>
      </w:r>
    </w:p>
    <w:p>
      <w:r>
        <w:rPr>
          <w:b/>
        </w:rPr>
        <w:t xml:space="preserve">[54:01] </w:t>
      </w:r>
      <w:r>
        <w:t>yeh hua 610 mein, 610 mein.</w:t>
      </w:r>
    </w:p>
    <w:p>
      <w:pPr>
        <w:jc w:val="right"/>
      </w:pPr>
      <w:r>
        <w:t>یہ ہوا 610 میں، 610 میں۔</w:t>
      </w:r>
    </w:p>
    <w:p>
      <w:r>
        <w:rPr>
          <w:b/>
        </w:rPr>
        <w:t xml:space="preserve">[54:09] </w:t>
      </w:r>
      <w:r>
        <w:t>to Quran ka jo revelation hai, woh 610 mein shuru hua. Pehli verses 610 AD mein utrein, us ke baad 22, 23 saal tak utarti rahin.</w:t>
      </w:r>
    </w:p>
    <w:p>
      <w:pPr>
        <w:jc w:val="right"/>
      </w:pPr>
      <w:r>
        <w:t>تو قرآن کا جو ریولیشن ہے، وہ 610 میں شروع ہوا۔ پہلی ورسز 610 اے ڈی میں اتریں، اس کے بعد 22، 23 سال تک اترتی رہیں۔</w:t>
      </w:r>
    </w:p>
    <w:p>
      <w:r>
        <w:rPr>
          <w:b/>
        </w:rPr>
        <w:t xml:space="preserve">[54:28] </w:t>
      </w:r>
      <w:r>
        <w:t>prophet ka jo death hua Madina mein, woh hua 632 mein. 632</w:t>
      </w:r>
    </w:p>
    <w:p>
      <w:pPr>
        <w:jc w:val="right"/>
      </w:pPr>
      <w:r>
        <w:t>پرافٹ کا جو ڈیتھ ہوا مدینہ میں، وہ ہوا 632 میں۔ 632</w:t>
      </w:r>
    </w:p>
    <w:p>
      <w:r>
        <w:rPr>
          <w:b/>
        </w:rPr>
        <w:t xml:space="preserve">[54:39] </w:t>
      </w:r>
      <w:r>
        <w:t>to death se kuch pehle tak aap par verses utarti rahin. Lekin Quran jo hai, koi aik book form mein nahi aaya, jaise aik book chapti hai, aaj kal aa jati hai binding ke sath.</w:t>
      </w:r>
    </w:p>
    <w:p>
      <w:pPr>
        <w:jc w:val="right"/>
      </w:pPr>
      <w:r>
        <w:t>تو ڈیتھ سے کچھ پہلے تک آپ پر ورسز اترتی رہیں۔ لیکن قرآن جو ہے، کوئی ایک بک فارم میں نہیں آیا، جیسے ایک بک چھپتی ہے، آج کل آ جاتی ہے بائنڈنگ کے ساتھ۔</w:t>
      </w:r>
    </w:p>
    <w:p>
      <w:r>
        <w:rPr>
          <w:b/>
        </w:rPr>
        <w:t xml:space="preserve">[54:54] </w:t>
      </w:r>
      <w:r>
        <w:t>aisa nahi aaya. Quran jo tha, woh jis ko kehte hain arabi mein najman najman utra, yani thora thora, thora thora kar ke.</w:t>
      </w:r>
    </w:p>
    <w:p>
      <w:pPr>
        <w:jc w:val="right"/>
      </w:pPr>
      <w:r>
        <w:t>ایسا نہیں آیا۔ قرآن جو تھا، وہ جس کو کہتے ہیں عربی میں نجماً نجماً اترا، یعنی تھوڑا تھوڑا، تھوڑا تھوڑا کر کے۔</w:t>
      </w:r>
    </w:p>
    <w:p>
      <w:r>
        <w:rPr>
          <w:b/>
        </w:rPr>
        <w:t xml:space="preserve">[55:11] </w:t>
      </w:r>
      <w:r>
        <w:t>to taqreeban 23 saal tak utarta raha, according to the situation. Jaise koi research work hota hai, to us ko to aik taraf se woh aik synopsis banate hain, us tarah likhte hain.</w:t>
      </w:r>
    </w:p>
    <w:p>
      <w:pPr>
        <w:jc w:val="right"/>
      </w:pPr>
      <w:r>
        <w:t>تو تقریباً 23 سال تک اترتا رہا، اکارڈنگ ٹو دا سچویشن۔ جیسے کوئی ریسرچ ورک ہوتا ہے، تو اس کو تو ایک طرف سے وہ ایک سناپسس بناتے ہیں، اس طرح لکھتے ہیں۔</w:t>
      </w:r>
    </w:p>
    <w:p>
      <w:r>
        <w:rPr>
          <w:b/>
        </w:rPr>
        <w:t xml:space="preserve">[55:25] </w:t>
      </w:r>
      <w:r>
        <w:t>waisa nahi tha yeh. Jaise jaise situation aati gayi, waise waise Quran ka koi hissa utarta gaya.</w:t>
      </w:r>
    </w:p>
    <w:p>
      <w:pPr>
        <w:jc w:val="right"/>
      </w:pPr>
      <w:r>
        <w:t>ویسا نہیں تھا یہ۔ جیسے جیسے سچویشن آتی گئی، ویسے ویسے قرآن کا کوئی حصہ اترتا گیا۔</w:t>
      </w:r>
    </w:p>
    <w:p>
      <w:r>
        <w:rPr>
          <w:b/>
        </w:rPr>
        <w:t xml:space="preserve">[55:34] </w:t>
      </w:r>
      <w:r>
        <w:t>to last mein us ko compile kiya gaya.</w:t>
      </w:r>
    </w:p>
    <w:p>
      <w:pPr>
        <w:jc w:val="right"/>
      </w:pPr>
      <w:r>
        <w:t>تو لاسٹ میں اس کو کمپائل کیا گیا۔</w:t>
      </w:r>
    </w:p>
    <w:p>
      <w:r>
        <w:rPr>
          <w:b/>
        </w:rPr>
        <w:t xml:space="preserve">[55:39] </w:t>
      </w:r>
      <w:r>
        <w:t>to Quran ke baray mein jo belief hai, woh yeh hai ke woh literally word of God hai. Yani prophet aisa nahi ke prophet ka word of prophet ho, woh word of prophet nahi hai.</w:t>
      </w:r>
    </w:p>
    <w:p>
      <w:pPr>
        <w:jc w:val="right"/>
      </w:pPr>
      <w:r>
        <w:t>تو قرآن کے بارے میں جو بیلیف ہے، وہ یہ ہے کہ وہ لٹرلی ورڈ آف گاڈ ہے۔ یعنی پرافٹ ایسا نہیں کہ پرافٹ کا ورڈ آف پرافٹ ہو، وہ ورڈ آف پرافٹ نہیں ہے۔</w:t>
      </w:r>
    </w:p>
    <w:p>
      <w:r>
        <w:rPr>
          <w:b/>
        </w:rPr>
        <w:t xml:space="preserve">[55:57] </w:t>
      </w:r>
      <w:r>
        <w:t>jo log arabi jante hain, woh us ko samajh sakte hain ke ajeeb, bohat hi aik ajeeb cheez milti hai hamein ke aap Quran ko parhein aur prophet ki jo language hai, jis ko hum hadith kehte hain, us ko parhein.</w:t>
      </w:r>
    </w:p>
    <w:p>
      <w:pPr>
        <w:jc w:val="right"/>
      </w:pPr>
      <w:r>
        <w:t>جو لوگ عربی جانتے ہیں، وہ اس کو سمجھ سکتے ہیں کہ عجیب، بہت ہی ایک عجیب چیز ملتی ہے ہمیں کہ آپ قرآن کو پڑھیں اور پرافٹ کی جو لینگویج ہے، جس کو ہم حدیث کہتے ہیں، اس کو پڑھیں۔</w:t>
      </w:r>
    </w:p>
    <w:p>
      <w:r>
        <w:rPr>
          <w:b/>
        </w:rPr>
        <w:t xml:space="preserve">[56:11] </w:t>
      </w:r>
      <w:r>
        <w:t>to there is a what you will, yani there was a difference between the language of hadith and language of Quran. Lekin lagta hi nahi ke aik hi insan ke munh se bola hua kalam hai.</w:t>
      </w:r>
    </w:p>
    <w:p>
      <w:pPr>
        <w:jc w:val="right"/>
      </w:pPr>
      <w:r>
        <w:t>تو دیر از اے واٹ یو ویل، یعنی دیر از اے واز ڈیفرنس بٹوین دا لینگویج آف حدیث اینڈ لینگویج آف قرآن۔ لیکن لگتا ہی نہیں کہ ایک ہی انسان کے منہ سے بولا ہوا کلام ہے۔</w:t>
      </w:r>
    </w:p>
    <w:p>
      <w:r>
        <w:rPr>
          <w:b/>
        </w:rPr>
        <w:t xml:space="preserve">[56:23] </w:t>
      </w:r>
      <w:r>
        <w:t>yeh</w:t>
      </w:r>
    </w:p>
    <w:p>
      <w:pPr>
        <w:jc w:val="right"/>
      </w:pPr>
      <w:r>
        <w:t>یہ</w:t>
      </w:r>
    </w:p>
    <w:p>
      <w:r>
        <w:rPr>
          <w:b/>
        </w:rPr>
        <w:t xml:space="preserve">[56:26] </w:t>
      </w:r>
      <w:r>
        <w:t>distinctivity, distinctively Quran ki language alag hai, hadith ki language alag hai.</w:t>
      </w:r>
    </w:p>
    <w:p>
      <w:pPr>
        <w:jc w:val="right"/>
      </w:pPr>
      <w:r>
        <w:t>ڈسٹنکٹیوٹی، ڈسٹنکٹیولی قرآن کی لینگویج الگ ہے، حدیث کی لینگویج الگ ہے۔</w:t>
      </w:r>
    </w:p>
    <w:p>
      <w:r>
        <w:rPr>
          <w:b/>
        </w:rPr>
        <w:t xml:space="preserve">[56:34] </w:t>
      </w:r>
      <w:r>
        <w:t>to Quran ke baray mein yeh yeh belief hai ke woh word of God hai. Yani Khuda ne angel ko jo word diye,</w:t>
      </w:r>
    </w:p>
    <w:p>
      <w:pPr>
        <w:jc w:val="right"/>
      </w:pPr>
      <w:r>
        <w:t>تو قرآن کے بارے میں یہ یہ بیلیف ہے کہ وہ ورڈ آف گاڈ ہے۔ یعنی خدا نے اینجل کو جو ورڈ دیے،</w:t>
      </w:r>
    </w:p>
    <w:p>
      <w:r>
        <w:rPr>
          <w:b/>
        </w:rPr>
        <w:t xml:space="preserve">[56:48] </w:t>
      </w:r>
      <w:r>
        <w:t>us ko le kar ke us ne prophet tak pohanchaya. Phir prophet ne us ko bola, logon ko sunaya</w:t>
      </w:r>
    </w:p>
    <w:p>
      <w:pPr>
        <w:jc w:val="right"/>
      </w:pPr>
      <w:r>
        <w:t>اس کو لے کر کے اس نے پرافٹ تک پہنچایا۔ پھر پرافٹ نے اس کو بولا، لوگوں کو سنایا</w:t>
      </w:r>
    </w:p>
    <w:p>
      <w:r>
        <w:rPr>
          <w:b/>
        </w:rPr>
        <w:t xml:space="preserve">[56:57] </w:t>
      </w:r>
      <w:r>
        <w:t>۔ to logon ne us ko yaad kiya aur phir baat ko likh liya. Is tarah se Quran compile hua. To literally woh word of God hai, kisi poetic sense mein nahi.</w:t>
      </w:r>
    </w:p>
    <w:p>
      <w:pPr>
        <w:jc w:val="right"/>
      </w:pPr>
      <w:r>
        <w:t>۔ تو لوگوں نے اس کو یاد کیا اور پھر بات کو لکھ لیا۔ اس طرح سے قرآن کمپائل ہوا۔ تو لٹرلی وہ ورڈ آف گاڈ ہے، کسی پوئٹک سینس میں نہیں۔</w:t>
      </w:r>
    </w:p>
    <w:p>
      <w:r>
        <w:rPr>
          <w:b/>
        </w:rPr>
        <w:t xml:space="preserve">[57:10] </w:t>
      </w:r>
      <w:r>
        <w:t>Quran jo hai, kisi poetic sense mein word of God nahi hai, literally word of God hai.</w:t>
      </w:r>
    </w:p>
    <w:p>
      <w:pPr>
        <w:jc w:val="right"/>
      </w:pPr>
      <w:r>
        <w:t>قرآن جو ہے، کسی پوئٹک سینس میں ورڈ آف گاڈ نہیں ہے، لٹرلی ورڈ آف گاڈ ہے۔</w:t>
      </w:r>
    </w:p>
    <w:p>
      <w:r>
        <w:rPr>
          <w:b/>
        </w:rPr>
        <w:t xml:space="preserve">[57:19] </w:t>
      </w:r>
      <w:r>
        <w:t>tu</w:t>
      </w:r>
    </w:p>
    <w:p>
      <w:pPr>
        <w:jc w:val="right"/>
      </w:pPr>
      <w:r>
        <w:t>تو</w:t>
      </w:r>
    </w:p>
    <w:p>
      <w:r>
        <w:rPr>
          <w:b/>
        </w:rPr>
        <w:t xml:space="preserve">[57:24] </w:t>
      </w:r>
      <w:r>
        <w:t>quran mein jo chapters hain, un ka number 114 hai, 114.</w:t>
      </w:r>
    </w:p>
    <w:p>
      <w:pPr>
        <w:jc w:val="right"/>
      </w:pPr>
      <w:r>
        <w:t>قرآن میں جو چیپٹرز ہیں، ان کا نمبر 114 ہے، 114۔</w:t>
      </w:r>
    </w:p>
    <w:p>
      <w:r>
        <w:rPr>
          <w:b/>
        </w:rPr>
        <w:t xml:space="preserve">[57:38] </w:t>
      </w:r>
      <w:r>
        <w:t>aur jo verses hain,</w:t>
      </w:r>
    </w:p>
    <w:p>
      <w:pPr>
        <w:jc w:val="right"/>
      </w:pPr>
      <w:r>
        <w:t>اور جو ورسز ہیں،</w:t>
      </w:r>
    </w:p>
    <w:p>
      <w:r>
        <w:rPr>
          <w:b/>
        </w:rPr>
        <w:t xml:space="preserve">[57:43] </w:t>
      </w:r>
      <w:r>
        <w:t>woh in mein 114 jo chapters hain, is mein koi chota hai, koi bara, koi bohat chota hai, koi ziyada bara.</w:t>
      </w:r>
    </w:p>
    <w:p>
      <w:pPr>
        <w:jc w:val="right"/>
      </w:pPr>
      <w:r>
        <w:t>وہ ان میں 114 جو چیپٹرز ہیں، اس میں کوئی چھوٹا ہے، کوئی بڑا، کوئی بہت چھوٹا ہے، کوئی زیادہ بڑا۔</w:t>
      </w:r>
    </w:p>
    <w:p>
      <w:r>
        <w:rPr>
          <w:b/>
        </w:rPr>
        <w:t xml:space="preserve">[57:54] </w:t>
      </w:r>
      <w:r>
        <w:t>tu tu in ka jo dono qism ke is mein chapters hain, aisa nahi ke ek dam barabar hi barabar ke hon ke das page, das page, das page, aisa nahi hai.</w:t>
      </w:r>
    </w:p>
    <w:p>
      <w:pPr>
        <w:jc w:val="right"/>
      </w:pPr>
      <w:r>
        <w:t>تو تو ان کا جو دونوں قسم کے اس میں چیپٹرز ہیں، ایسا نہیں کہ ایک دم برابر ہی برابر کے ہوں کہ دس پیج، دس پیج، دس پیج، ایسا نہیں ہے۔</w:t>
      </w:r>
    </w:p>
    <w:p>
      <w:r>
        <w:rPr>
          <w:b/>
        </w:rPr>
        <w:t xml:space="preserve">[58:06] </w:t>
      </w:r>
      <w:r>
        <w:t>chota bara hai.</w:t>
      </w:r>
    </w:p>
    <w:p>
      <w:pPr>
        <w:jc w:val="right"/>
      </w:pPr>
      <w:r>
        <w:t>چھوٹا بڑا ہے۔</w:t>
      </w:r>
    </w:p>
    <w:p>
      <w:r>
        <w:rPr>
          <w:b/>
        </w:rPr>
        <w:t xml:space="preserve">[58:09] </w:t>
      </w:r>
      <w:r>
        <w:t>quran ka jo subject hai, mein samajhta hoon ke agar ek sentence mein kaha jaye to quran ka subject hai</w:t>
      </w:r>
    </w:p>
    <w:p>
      <w:pPr>
        <w:jc w:val="right"/>
      </w:pPr>
      <w:r>
        <w:t>قرآن کا جو سبجیکٹ ہے، میں سمجھتا ہوں کہ اگر ایک سینٹنس میں کہا جائے تو قرآن کا سبجیکٹ ہے</w:t>
      </w:r>
    </w:p>
    <w:p>
      <w:r>
        <w:rPr>
          <w:b/>
        </w:rPr>
        <w:t xml:space="preserve">[58:21] </w:t>
      </w:r>
      <w:r>
        <w:t>creation plan of god ko batana. yani khuda ne reveal kiya hai insan ke upar ke what is my creation plan.</w:t>
      </w:r>
    </w:p>
    <w:p>
      <w:pPr>
        <w:jc w:val="right"/>
      </w:pPr>
      <w:r>
        <w:t>کریشن پلان آف گاڈ کو بتانا۔ یعنی خدا نے ریویل کیا ہے انسان کے اوپر کہ واٹ از مائی کریشن پلان۔</w:t>
      </w:r>
    </w:p>
    <w:p>
      <w:r>
        <w:rPr>
          <w:b/>
        </w:rPr>
        <w:t xml:space="preserve">[58:37] </w:t>
      </w:r>
      <w:r>
        <w:t>quran ke zariye khuda ne insan ko yeh bataya ke mein jo creator hoon, to mera creation plan kya hai tumhare liye?</w:t>
      </w:r>
    </w:p>
    <w:p>
      <w:pPr>
        <w:jc w:val="right"/>
      </w:pPr>
      <w:r>
        <w:t>قرآن کے ذریعے خدا نے انسان کو یہ بتایا کہ میں جو کریٹر ہوں، تو میرا کریشن پلان کیا ہے تمہارے لیے؟</w:t>
      </w:r>
    </w:p>
    <w:p>
      <w:r>
        <w:rPr>
          <w:b/>
        </w:rPr>
        <w:t xml:space="preserve">[58:48] </w:t>
      </w:r>
      <w:r>
        <w:t>is ko samjho, is ko follow karo. kyun? agar tum ne follow nahi kiya is ko to aakhir mein kya hoga?</w:t>
      </w:r>
    </w:p>
    <w:p>
      <w:pPr>
        <w:jc w:val="right"/>
      </w:pPr>
      <w:r>
        <w:t>اس کو سمجھو، اس کو فالو کرو۔ کیوں؟ اگر تم نے فالو نہیں کیا اس کو تو آخر میں کیا ہوگا؟</w:t>
      </w:r>
    </w:p>
    <w:p>
      <w:r>
        <w:rPr>
          <w:b/>
        </w:rPr>
        <w:t xml:space="preserve">[58:58] </w:t>
      </w:r>
      <w:r>
        <w:t>aakhir mein bohat bhayanak result tumhare samne aye ga.</w:t>
      </w:r>
    </w:p>
    <w:p>
      <w:pPr>
        <w:jc w:val="right"/>
      </w:pPr>
      <w:r>
        <w:t>آخر میں بہت بھیانک رزلٹ تمہارے سامنے آئے گا۔</w:t>
      </w:r>
    </w:p>
    <w:p>
      <w:r>
        <w:rPr>
          <w:b/>
        </w:rPr>
        <w:t xml:space="preserve">[59:05] </w:t>
      </w:r>
      <w:r>
        <w:t>kyun ke quran batata hai ke last mein ya to hell hai ya paradise hai. koi bhi third cheez nahi hai.</w:t>
      </w:r>
    </w:p>
    <w:p>
      <w:pPr>
        <w:jc w:val="right"/>
      </w:pPr>
      <w:r>
        <w:t>کیونکہ قرآن بتاتا ہے کہ لاسٹ میں یا تو ہیل ہے یا پارائیڈائز ہے۔ کوئی بھی تھرڈ چیز نہیں ہے۔</w:t>
      </w:r>
    </w:p>
    <w:p>
      <w:r>
        <w:rPr>
          <w:b/>
        </w:rPr>
        <w:t xml:space="preserve">[59:16] </w:t>
      </w:r>
      <w:r>
        <w:t>to pre death period mein hamara jo record hai, isi record par yeh faisla hoga ke post death period mein hamein hell mein dala jaye ga ya hamein paradise mein jagah mile gi.</w:t>
      </w:r>
    </w:p>
    <w:p>
      <w:pPr>
        <w:jc w:val="right"/>
      </w:pPr>
      <w:r>
        <w:t>تو پری ڈیتھ پیریڈ میں ہمارا جو ریکارڈ ہے، اسی ریکارڈ پر یہ فیصلہ ہوگا کہ پوسٹ ڈیتھ پیریڈ میں ہمیں ہیل میں ڈالا جائے گا یا ہمیں پارائیڈائز میں جگہ ملے گی۔</w:t>
      </w:r>
    </w:p>
    <w:p>
      <w:r>
        <w:rPr>
          <w:b/>
        </w:rPr>
        <w:t xml:space="preserve">[59:35] </w:t>
      </w:r>
      <w:r>
        <w:t>yeh hai creation plan of god. is creation plan ko batane ke liye mein samajhta hoon ke quran ka jo subject hai, woh yahi hai ke insan ko khuda ke creation plan se agah karna.</w:t>
      </w:r>
    </w:p>
    <w:p>
      <w:pPr>
        <w:jc w:val="right"/>
      </w:pPr>
      <w:r>
        <w:t>یہ ہے کریشن پلان آف گاڈ۔ اس کریشن پلان کو بتانے کے لیے میں سمجھتا ہوں کہ قرآن کا جو سبجیکٹ ہے، وہ یہی ہے کہ انسان کو خدا کے کریشن پلان سے آگاہ کرنا۔</w:t>
      </w:r>
    </w:p>
    <w:p>
      <w:r>
        <w:rPr>
          <w:b/>
        </w:rPr>
        <w:t xml:space="preserve">[1:00:00] </w:t>
      </w:r>
      <w:r>
        <w:t>quran mein aadmi khuda ka introduction pata hai.</w:t>
      </w:r>
    </w:p>
    <w:p>
      <w:pPr>
        <w:jc w:val="right"/>
      </w:pPr>
      <w:r>
        <w:t>قرآن میں آدمی خدا کا انٹروڈکشن پاتا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