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Contribution of The Prophet 13 March 2006 - Maulana Wahiduddin Khan</w:t>
      </w:r>
    </w:p>
    <w:p>
      <w:r>
        <w:t>https://www.youtube.com/watch?v=KgVEHbWpoHw</w:t>
      </w:r>
    </w:p>
    <w:p>
      <w:r>
        <w:rPr>
          <w:b/>
        </w:rPr>
        <w:t xml:space="preserve">[00:13] </w:t>
      </w:r>
      <w:r>
        <w:t>bismillah-ir-rehman-ir-rahim, wasallallahu ala-n-nabiyyil-kareem.</w:t>
      </w:r>
    </w:p>
    <w:p>
      <w:pPr>
        <w:jc w:val="right"/>
      </w:pPr>
      <w:r>
        <w:t>بسم اللہ الرحمن الرحیم، وصلی اللہ علی النبی الکریم۔</w:t>
      </w:r>
    </w:p>
    <w:p>
      <w:r>
        <w:rPr>
          <w:b/>
        </w:rPr>
        <w:t xml:space="preserve">[00:23] </w:t>
      </w:r>
      <w:r>
        <w:t>is waqt hamari baat ka jo subject hai woh hai</w:t>
      </w:r>
    </w:p>
    <w:p>
      <w:pPr>
        <w:jc w:val="right"/>
      </w:pPr>
      <w:r>
        <w:t>اس وقت ہماری بات کا جو سبجیکٹ ہے وہ ہے</w:t>
      </w:r>
    </w:p>
    <w:p>
      <w:r>
        <w:rPr>
          <w:b/>
        </w:rPr>
        <w:t xml:space="preserve">[00:28] </w:t>
      </w:r>
      <w:r>
        <w:t>"prophet ka contribution".</w:t>
      </w:r>
    </w:p>
    <w:p>
      <w:pPr>
        <w:jc w:val="right"/>
      </w:pPr>
      <w:r>
        <w:t>"پرافٹ کا کنٹریبیوشن"۔</w:t>
      </w:r>
    </w:p>
    <w:p>
      <w:r>
        <w:rPr>
          <w:b/>
        </w:rPr>
        <w:t xml:space="preserve">[00:35] </w:t>
      </w:r>
      <w:r>
        <w:t>is mamle mein maine kai kitabein likhi hain. jis ko detail mein janna ho,</w:t>
      </w:r>
    </w:p>
    <w:p>
      <w:pPr>
        <w:jc w:val="right"/>
      </w:pPr>
      <w:r>
        <w:t>اس معاملے میں میں نے کئی کتابیں لکھی ہیں۔ جس کو ڈیٹیل میں جاننا ہو،</w:t>
      </w:r>
    </w:p>
    <w:p>
      <w:r>
        <w:rPr>
          <w:b/>
        </w:rPr>
        <w:t xml:space="preserve">[00:45] </w:t>
      </w:r>
      <w:r>
        <w:t>woh in kitabon ko parh sakta hai. is waqt mein sirf chand ek misalein short mein bayan kar sakta hoon.</w:t>
      </w:r>
    </w:p>
    <w:p>
      <w:pPr>
        <w:jc w:val="right"/>
      </w:pPr>
      <w:r>
        <w:t>وہ ان کتابوں کو پڑھ سکتا ہے۔ اس وقت میں صرف چند ایک مثالیں شارٹ میں بیان کر سکتا ہوں۔</w:t>
      </w:r>
    </w:p>
    <w:p>
      <w:r>
        <w:rPr>
          <w:b/>
        </w:rPr>
        <w:t xml:space="preserve">[00:59] </w:t>
      </w:r>
      <w:r>
        <w:t>dekhiye, hamare haan jo tareeqa chala hua hai prophet ke bare mein, is se dunya yeh jaan nahi saki ke aap ka contribution kya tha dunya ke liye.</w:t>
      </w:r>
    </w:p>
    <w:p>
      <w:pPr>
        <w:jc w:val="right"/>
      </w:pPr>
      <w:r>
        <w:t>دیکھیے، ہمارے ہاں جو طریقہ چلا ہوا ہے پرافٹ کے بارے میں، اس سے دنیا یہ جان نہیں سکی کہ آپ کا کنٹریبیوشن کیا تھا دنیا کے لیے۔</w:t>
      </w:r>
    </w:p>
    <w:p>
      <w:r>
        <w:rPr>
          <w:b/>
        </w:rPr>
        <w:t xml:space="preserve">[01:15] </w:t>
      </w:r>
      <w:r>
        <w:t>misalan hum naat khwani karte hain, naaton mein aap ko purasrar tor par superior dikhaya jata hai, kuch purasrar qualities.</w:t>
      </w:r>
    </w:p>
    <w:p>
      <w:pPr>
        <w:jc w:val="right"/>
      </w:pPr>
      <w:r>
        <w:t>مثلاً ہم نعت خوانی کرتے ہیں، نعتوں میں آپ کو پراسرار طور پر سپیئر دکھایا جاتا ہے، کچھ پراسرار کوالٹیز۔</w:t>
      </w:r>
    </w:p>
    <w:p>
      <w:r>
        <w:rPr>
          <w:b/>
        </w:rPr>
        <w:t xml:space="preserve">[01:26] </w:t>
      </w:r>
      <w:r>
        <w:t>misalan ek aap ka, aap jab chalte the to aap ka saya nahi hota tha, aap ka shadow nahi hota tha. yeh ek purasrar, ek mysterious quality hai.</w:t>
      </w:r>
    </w:p>
    <w:p>
      <w:pPr>
        <w:jc w:val="right"/>
      </w:pPr>
      <w:r>
        <w:t>مثلاً ایک آپ کا، آپ جب چلتے تھے تو آپ کا سایہ نہیں ہوتا تھا، آپ کا شیڈو نہیں ہوتا تھا۔ یہ ایک پراسرار، ایک مسٹیریس کوالٹی ہے۔</w:t>
      </w:r>
    </w:p>
    <w:p>
      <w:r>
        <w:rPr>
          <w:b/>
        </w:rPr>
        <w:t xml:space="preserve">[01:39] </w:t>
      </w:r>
      <w:r>
        <w:t>misalan yeh ke aap qabar mein hain madina mein, kyun ke dunya bhar ki awazein aap suntay hain, yeh bhi ek mysterious quality hai. ya yeh ke aap na hotay to dunya hi na banayi jati, yeh bhi ek mysterious quality hai.</w:t>
      </w:r>
    </w:p>
    <w:p>
      <w:pPr>
        <w:jc w:val="right"/>
      </w:pPr>
      <w:r>
        <w:t>مثلاً یہ کہ آپ قبر میں ہیں مدینہ میں، کیونکہ دنیا بھر کی آوازیں آپ سنتے ہیں، یہ بھی ایک مسٹیریس کوالٹی ہے۔ یا یہ کہ آپ نہ ہوتے تو دنیا ہی نہ بنائی جاتی، یہ بھی ایک مسٹیریس کوالٹی ہے۔</w:t>
      </w:r>
    </w:p>
    <w:p>
      <w:r>
        <w:rPr>
          <w:b/>
        </w:rPr>
        <w:t xml:space="preserve">[01:56] </w:t>
      </w:r>
      <w:r>
        <w:t>ya yeh ke aap ke khilaf koi bol de to us ko maar dalo. yeh jitni cheezein hain, woh sab aap ko ek mysterious prophet ke roop mein dikhati hain.</w:t>
      </w:r>
    </w:p>
    <w:p>
      <w:pPr>
        <w:jc w:val="right"/>
      </w:pPr>
      <w:r>
        <w:t>یا یہ کہ آپ کے خلاف کوئی بول دے تو اس کو مار ڈالو۔ یہ جتنی چیزیں ہیں، وہ سب آپ کو ایک مسٹیریس پرافٹ کے روپ میں دکھاتی ہیں۔</w:t>
      </w:r>
    </w:p>
    <w:p>
      <w:r>
        <w:rPr>
          <w:b/>
        </w:rPr>
        <w:t xml:space="preserve">[02:12] </w:t>
      </w:r>
      <w:r>
        <w:t>is se aap ki asal jo azmat hai, wahi logon ke samne nahi aai. dekhiye, ek bahut bade scholar hain islam mein, un ka naam hai allama shatbi.</w:t>
      </w:r>
    </w:p>
    <w:p>
      <w:pPr>
        <w:jc w:val="right"/>
      </w:pPr>
      <w:r>
        <w:t>اس سے آپ کی اصل جو عظمت ہے، وہی لوگوں کے سامنے نہیں آئی۔ دیکھیے، ایک بہت بڑے اسکالر ہیں اسلام میں، ان کا نام ہے علامہ شاطبی۔</w:t>
      </w:r>
    </w:p>
    <w:p>
      <w:r>
        <w:rPr>
          <w:b/>
        </w:rPr>
        <w:t xml:space="preserve">[02:30] </w:t>
      </w:r>
      <w:r>
        <w:t>unhon ne likha hai apni kitab "al-muwafiqat" mein ke daleel naam hai khasm, khasm ke mayar zehni par baat ko sabit karna.</w:t>
      </w:r>
    </w:p>
    <w:p>
      <w:pPr>
        <w:jc w:val="right"/>
      </w:pPr>
      <w:r>
        <w:t>انہوں نے لکھا ہے اپنی کتاب "الموافقات" میں کہ دلیل نام ہے خسم، خسم کے معیار ذہنی پر بات کو ثابت کرنا۔</w:t>
      </w:r>
    </w:p>
    <w:p>
      <w:r>
        <w:rPr>
          <w:b/>
        </w:rPr>
        <w:t xml:space="preserve">[02:43] </w:t>
      </w:r>
      <w:r>
        <w:t>yani jo mindset aap ke, jis se aap baat kar rahe hain, us ka jo mindset hai, us ke mindset ke mutabiq aap baat kahein, jis mein logic koi dikhai de us aadmi ko, tab apni baat ko aap ne rational way mein pesh kiya.</w:t>
      </w:r>
    </w:p>
    <w:p>
      <w:pPr>
        <w:jc w:val="right"/>
      </w:pPr>
      <w:r>
        <w:t>یعنی جو مائنڈ سیٹ آپ کے، جس سے آپ بات کر رہے ہیں، اس کا جو مائنڈ سیٹ ہے، اس کے مائنڈ سیٹ کے مطابق آپ بات کہیں، جس میں لاجک کوئی دکھائی دے اس آدمی کو، تب اپنی بات کو آپ نے ریشنل وے میں پیش کیا۔</w:t>
      </w:r>
    </w:p>
    <w:p>
      <w:r>
        <w:rPr>
          <w:b/>
        </w:rPr>
        <w:t xml:space="preserve">[03:02] </w:t>
      </w:r>
      <w:r>
        <w:t>to yeh jo mysterious profit ke roop mein dikhate hain log, is mein samne wale ka mind jo hai, woh address nahi hota.</w:t>
      </w:r>
    </w:p>
    <w:p>
      <w:pPr>
        <w:jc w:val="right"/>
      </w:pPr>
      <w:r>
        <w:t>تو یہ جو مسٹیریس پرافٹ کے روپ میں دکھاتے ہیں لوگ، اس میں سامنے والے کا مائنڈ جو ہے، وہ ایڈریس نہیں ہوتا۔</w:t>
      </w:r>
    </w:p>
    <w:p>
      <w:r>
        <w:rPr>
          <w:b/>
        </w:rPr>
        <w:t xml:space="preserve">[03:13] </w:t>
      </w:r>
      <w:r>
        <w:t>woh chahta hai logic, woh chahta hai ek scientific proof, aap us ko mystery bata rahe hain. to mysterious qualities se us ko yeh pata nahi chalta ke profit kya the, un ki kya contribution hai.</w:t>
      </w:r>
    </w:p>
    <w:p>
      <w:pPr>
        <w:jc w:val="right"/>
      </w:pPr>
      <w:r>
        <w:t>وہ چاہتا ہے لاجک، وہ چاہتا ہے ایک سائنٹیفک پروف، آپ اس کو مسٹری بتا رہے ہیں۔ تو مسٹیریس کوالٹیز سے اس کو یہ پتہ نہیں چلتا کہ پرافٹ کیا تھے، ان کی کیا کنٹریبیوشن ہے۔</w:t>
      </w:r>
    </w:p>
    <w:p>
      <w:r>
        <w:rPr>
          <w:b/>
        </w:rPr>
        <w:t xml:space="preserve">[03:29] </w:t>
      </w:r>
      <w:r>
        <w:t>chunaanche aam taur par log jante hi nahi ke koi contribution tha profit ka. naaton ko sunte hain, aur hamare jalson mein jo hota hai, woh sunte hain, woh to is mein mysterious baatein batai jati hain.</w:t>
      </w:r>
    </w:p>
    <w:p>
      <w:pPr>
        <w:jc w:val="right"/>
      </w:pPr>
      <w:r>
        <w:t>چنانچہ عام طور پر لوگ جانتے ہی نہیں کہ کوئی کنٹریبیوشن تھا پرافٹ کا۔ نعتوں کو سنتے ہیں، اور ہمارے جلسوں میں جو ہوتا ہے، وہ سنتے ہیں، وہ تو اس میں مسٹیریس باتیں بتائی جاتی ہیں۔</w:t>
      </w:r>
    </w:p>
    <w:p>
      <w:r>
        <w:rPr>
          <w:b/>
        </w:rPr>
        <w:t xml:space="preserve">[03:42] </w:t>
      </w:r>
      <w:r>
        <w:t>halanke profit ka contribution itna bada hai ke poori history mein kisi bhi doosre insan ka itna bada contribution nahi. in non framework ke mutabiq, mysterious framework ke mutabiq nahi.</w:t>
      </w:r>
    </w:p>
    <w:p>
      <w:pPr>
        <w:jc w:val="right"/>
      </w:pPr>
      <w:r>
        <w:t>حالانکہ پرافٹ کا کنٹریبیوشن اتنا بڑا ہے کہ پوری ہسٹری میں کسی بھی دوسرے انسان کا اتنا بڑا کنٹریبیوشن نہیں۔ ان نون فریم ورک کے مطابق، مسٹیریس فریم ورک کے مطابق نہیں۔</w:t>
      </w:r>
    </w:p>
    <w:p>
      <w:r>
        <w:rPr>
          <w:b/>
        </w:rPr>
        <w:t xml:space="preserve">[03:57] </w:t>
      </w:r>
      <w:r>
        <w:t>kisi mysterious framework mein aap bata dein ke woh aasman ko chhu dete the, hath uthate the to, aur zameen mein chalte the, paon un ke zameen mein teh tak pahunch jate the.</w:t>
      </w:r>
    </w:p>
    <w:p>
      <w:pPr>
        <w:jc w:val="right"/>
      </w:pPr>
      <w:r>
        <w:t>کسی مسٹیریس فریم ورک میں آپ بتا دیں کہ وہ آسمان کو چھو دیتے تھے، ہاتھ اٹھاتے تھے تو، اور زمین میں چلتے تھے، پاؤں ان کے زمین میں تہ تک پہنچ جاتے تھے۔</w:t>
      </w:r>
    </w:p>
    <w:p>
      <w:r>
        <w:rPr>
          <w:b/>
        </w:rPr>
        <w:t xml:space="preserve">[04:07] </w:t>
      </w:r>
      <w:r>
        <w:t>koi mysterious aap quality bataein, insan is se koi kuch bhi us ko important nahi dega. is ka jo apna jo mindset hai, woh address hona chahiye,</w:t>
      </w:r>
    </w:p>
    <w:p>
      <w:pPr>
        <w:jc w:val="right"/>
      </w:pPr>
      <w:r>
        <w:t>کوئی مسٹیریس آپ کوالٹی بتائیں، انسان اس سے کوئی کچھ بھی اس کو امپورٹنٹ نہیں دے گا۔ اس کا جو اپنا جو مائنڈ سیٹ ہے، وہ ایڈریس ہونا چاہیے،</w:t>
      </w:r>
    </w:p>
    <w:p>
      <w:r>
        <w:rPr>
          <w:b/>
        </w:rPr>
        <w:t xml:space="preserve">[04:23] </w:t>
      </w:r>
      <w:r>
        <w:t>tab samjhega ke haan, profit ka koi contribution tha koi.</w:t>
      </w:r>
    </w:p>
    <w:p>
      <w:pPr>
        <w:jc w:val="right"/>
      </w:pPr>
      <w:r>
        <w:t>تب سمجھے گا کہ ہاں، پرافٹ کا کوئی کنٹریبیوشن تھا کوئی۔</w:t>
      </w:r>
    </w:p>
    <w:p>
      <w:r>
        <w:rPr>
          <w:b/>
        </w:rPr>
        <w:t xml:space="preserve">[04:28] </w:t>
      </w:r>
      <w:r>
        <w:t>to main ne is par kai books likhi hain.</w:t>
      </w:r>
    </w:p>
    <w:p>
      <w:pPr>
        <w:jc w:val="right"/>
      </w:pPr>
      <w:r>
        <w:t>تو میں نے اس پر کئی بکس لکھی ہیں۔</w:t>
      </w:r>
    </w:p>
    <w:p>
      <w:r>
        <w:rPr>
          <w:b/>
        </w:rPr>
        <w:t xml:space="preserve">[04:34] </w:t>
      </w:r>
      <w:r>
        <w:t>to misaal ke taur par dekhiye, saare reformers, saare leaders, saare thinkers yeh chahte rahe hain ke dunya mein peace aaye,</w:t>
      </w:r>
    </w:p>
    <w:p>
      <w:pPr>
        <w:jc w:val="right"/>
      </w:pPr>
      <w:r>
        <w:t>تو مثال کے طور پر دیکھیے، سارے ریفارمرز، سارے لیڈرز، سارے تھنکرز یہ چاہتے رہے ہیں کہ دنیا میں پیس آئے،</w:t>
      </w:r>
    </w:p>
    <w:p>
      <w:r>
        <w:rPr>
          <w:b/>
        </w:rPr>
        <w:t xml:space="preserve">[04:48] </w:t>
      </w:r>
      <w:r>
        <w:t>kyun ke without peace, there is no development. sab log yeh mante hain ke peace sab se badi cheez hai.</w:t>
      </w:r>
    </w:p>
    <w:p>
      <w:pPr>
        <w:jc w:val="right"/>
      </w:pPr>
      <w:r>
        <w:t>کیونکہ ودا آؤٹ پیس، دیر از نو ڈیولپمنٹ۔ سب لوگ یہ مانتے ہیں کہ پیس سب سے بڑی چیز ہے۔</w:t>
      </w:r>
    </w:p>
    <w:p>
      <w:r>
        <w:rPr>
          <w:b/>
        </w:rPr>
        <w:t xml:space="preserve">[04:56] </w:t>
      </w:r>
      <w:r>
        <w:t>ek poora discipline hai, us ko kehte hain pacifism. pacifism mein isi ki study ki jati hai. lekin main ne is ko detail mein parha hai.</w:t>
      </w:r>
    </w:p>
    <w:p>
      <w:pPr>
        <w:jc w:val="right"/>
      </w:pPr>
      <w:r>
        <w:t>ایک پورا ڈسپلن ہے، اس کو کہتے ہیں پیسیفزم۔ پیسیفزم میں اسی کی سٹڈی کی جاتی ہے۔ لیکن میں نے اس کو ڈیٹیل میں پڑھا ہے۔</w:t>
      </w:r>
    </w:p>
    <w:p>
      <w:r>
        <w:rPr>
          <w:b/>
        </w:rPr>
        <w:t xml:space="preserve">[05:06] </w:t>
      </w:r>
      <w:r>
        <w:t>pacifism mein aaj tak koi formula jo work kar sake, koi workable formula peace ka aaj tak nahi bataya saka.</w:t>
      </w:r>
    </w:p>
    <w:p>
      <w:pPr>
        <w:jc w:val="right"/>
      </w:pPr>
      <w:r>
        <w:t>پیسیفزم میں آج تک کوئی فارمولا جو ورک کر سکے، کوئی ورکیبل فارمولا پیس کا آج تک نہیں بتایا سکا۔</w:t>
      </w:r>
    </w:p>
    <w:p>
      <w:r>
        <w:rPr>
          <w:b/>
        </w:rPr>
        <w:t xml:space="preserve">[05:17] </w:t>
      </w:r>
      <w:r>
        <w:t>aaj bhi pacifism jo hai, ek discipline hai jis mein peace ko, peace ka charcha to kiya jata hai, lekin aisa koi formula woh nahi de paye aaj tak.</w:t>
      </w:r>
    </w:p>
    <w:p>
      <w:pPr>
        <w:jc w:val="right"/>
      </w:pPr>
      <w:r>
        <w:t>آج بھی پیسیفزم جو ہے، ایک ڈسپلن ہے جس میں پیس کو، پیس کا چرچا تو کیا جاتا ہے، لیکن ایسا کوئی فارمولا وہ نہیں دے پائے آج تک۔</w:t>
      </w:r>
    </w:p>
    <w:p>
      <w:r>
        <w:rPr>
          <w:b/>
        </w:rPr>
        <w:t xml:space="preserve">[05:29] </w:t>
      </w:r>
      <w:r>
        <w:t>main poore conviction se keh sakta hoon ke peace, how to establish peace, koi formula is ka nahi hai. is ki wajah kya hai?</w:t>
      </w:r>
    </w:p>
    <w:p>
      <w:pPr>
        <w:jc w:val="right"/>
      </w:pPr>
      <w:r>
        <w:t>میں پورے کنوکشن سے کہہ سکتا ہوں کہ پیس، ہاؤ ٹو اسٹیبلش پیس، کوئی فارمولا اس کا نہیں ہے۔ اس کی وجہ کیا ہے؟</w:t>
      </w:r>
    </w:p>
    <w:p>
      <w:r>
        <w:rPr>
          <w:b/>
        </w:rPr>
        <w:t xml:space="preserve">[05:41] </w:t>
      </w:r>
      <w:r>
        <w:t>sab se badi wajah hai ke saare mind, is par jo sochne wale mind hain, sab kya kehte hain</w:t>
      </w:r>
    </w:p>
    <w:p>
      <w:pPr>
        <w:jc w:val="right"/>
      </w:pPr>
      <w:r>
        <w:t>سب سے بڑی وجہ ہے کہ سارے مائنڈ، اس پر جو سوچنے والے مائنڈ ہیں، سب کیا کہتے ہیں</w:t>
      </w:r>
    </w:p>
    <w:p>
      <w:r>
        <w:rPr>
          <w:b/>
        </w:rPr>
        <w:t xml:space="preserve">[05:47] </w:t>
      </w:r>
      <w:r>
        <w:t>? ke peace with justice. woh chahte hain ke aisa peace ho jis mein justice sath sath aa jaye hum ko. yeh formula sarr se workable nahi hai.</w:t>
      </w:r>
    </w:p>
    <w:p>
      <w:pPr>
        <w:jc w:val="right"/>
      </w:pPr>
      <w:r>
        <w:t>؟ کہ پیس ود جسٹس۔ وہ چاہتے ہیں کہ ایسا پیس ہو جس میں جسٹس ساتھ ساتھ آ جائے ہم کو۔ یہ فارمولا سرے سے ورکیبل نہیں ہے۔</w:t>
      </w:r>
    </w:p>
    <w:p>
      <w:r>
        <w:rPr>
          <w:b/>
        </w:rPr>
        <w:t xml:space="preserve">[05:59] </w:t>
      </w:r>
      <w:r>
        <w:t>sab se pehle profit ne is ko bataya ke peace with justice ka formula ek romantic formula hai. woh workable hi nahi hai, sarr se.</w:t>
      </w:r>
    </w:p>
    <w:p>
      <w:pPr>
        <w:jc w:val="right"/>
      </w:pPr>
      <w:r>
        <w:t>سب سے پہلے پرافٹ نے اس کو بتایا کہ پیس ود جسٹس کا فارمولا ایک رومینٹک فارمولا ہے۔ وہ ورکیبل ہی نہیں ہے، سرے سے۔</w:t>
      </w:r>
    </w:p>
    <w:p>
      <w:r>
        <w:rPr>
          <w:b/>
        </w:rPr>
        <w:t xml:space="preserve">[06:11] </w:t>
      </w:r>
      <w:r>
        <w:t>to aap ne kya bataya?</w:t>
      </w:r>
    </w:p>
    <w:p>
      <w:pPr>
        <w:jc w:val="right"/>
      </w:pPr>
      <w:r>
        <w:t>تو آپ نے کیا بتایا؟</w:t>
      </w:r>
    </w:p>
    <w:p>
      <w:r>
        <w:rPr>
          <w:b/>
        </w:rPr>
        <w:t xml:space="preserve">[06:13] </w:t>
      </w:r>
      <w:r>
        <w:t>aap ne bataya ke peace, peace jo hai, woh opportunities ko kholti hai. peace justice ko nahi laati hai.</w:t>
      </w:r>
    </w:p>
    <w:p>
      <w:pPr>
        <w:jc w:val="right"/>
      </w:pPr>
      <w:r>
        <w:t>آپ نے بتایا کہ پیس، پیس جو ہے، وہ اپرچونیٹیز کو کھولتی ہے۔ پیس جسٹس کو نہیں لاتی ہے۔</w:t>
      </w:r>
    </w:p>
    <w:p>
      <w:r>
        <w:rPr>
          <w:b/>
        </w:rPr>
        <w:t xml:space="preserve">[06:26] </w:t>
      </w:r>
      <w:r>
        <w:t>jab peace aata hai to opportunities aati</w:t>
      </w:r>
    </w:p>
    <w:p>
      <w:pPr>
        <w:jc w:val="right"/>
      </w:pPr>
      <w:r>
        <w:t>جب پیس آتا ہے تو اپرچونیٹیز آتی</w:t>
      </w:r>
    </w:p>
    <w:p>
      <w:r>
        <w:rPr>
          <w:b/>
        </w:rPr>
        <w:t xml:space="preserve">[06:30] </w:t>
      </w:r>
      <w:r>
        <w:t>hain. opportunities,</w:t>
      </w:r>
    </w:p>
    <w:p>
      <w:pPr>
        <w:jc w:val="right"/>
      </w:pPr>
      <w:r>
        <w:t>ہیں۔ اپرچونیٹیز،</w:t>
      </w:r>
    </w:p>
    <w:p>
      <w:r>
        <w:rPr>
          <w:b/>
        </w:rPr>
        <w:t xml:space="preserve">[06:35] </w:t>
      </w:r>
      <w:r>
        <w:t>opportunities aap ko yeh mauqa deti hain ke aap is ko avail karein. to peace se justice nahi milti hai, balkeh opportunities ko avail karein, justice milti hai.</w:t>
      </w:r>
    </w:p>
    <w:p>
      <w:pPr>
        <w:jc w:val="right"/>
      </w:pPr>
      <w:r>
        <w:t>اپرچونیٹیز آپ کو یہ موقع دیتی ہیں کہ آپ اس کو اویل کریں۔ تو پیس سے جسٹس نہیں ملتی ہے، بلکہ اپرچونیٹیز کو اویل کریں، جسٹس ملتی ہے۔</w:t>
      </w:r>
    </w:p>
    <w:p>
      <w:r>
        <w:rPr>
          <w:b/>
        </w:rPr>
        <w:t xml:space="preserve">[06:46] </w:t>
      </w:r>
      <w:r>
        <w:t>is ko aap ne demonstration diya hudaybi agreement mein. ke hudaybi agreement mein aap ne peace to liya tha, lekin aap ko justice nahi mili thi.</w:t>
      </w:r>
    </w:p>
    <w:p>
      <w:pPr>
        <w:jc w:val="right"/>
      </w:pPr>
      <w:r>
        <w:t>اس کو آپ نے ڈیمونسٹریشن دیا حدیبی ایگریمنٹ میں۔ کہ حدیبی ایگریمنٹ میں آپ نے پیس تو لیا تھا، لیکن آپ کو جسٹس نہیں ملی تھی۔</w:t>
      </w:r>
    </w:p>
    <w:p>
      <w:r>
        <w:rPr>
          <w:b/>
        </w:rPr>
        <w:t xml:space="preserve">[06:57] </w:t>
      </w:r>
      <w:r>
        <w:t>yani peace with justice ki bajaye peace without justice par aap raazi hue the. dunya mein aik hi agreement hai jo peace without justice par hua.</w:t>
      </w:r>
    </w:p>
    <w:p>
      <w:pPr>
        <w:jc w:val="right"/>
      </w:pPr>
      <w:r>
        <w:t>یعنی پیس ود جسٹس کی بجائے پیس ودا آؤٹ جسٹس پر آپ راضی ہوئے تھے۔ دنیا میں ایک ہی ایگریمنٹ ہے جو پیس ودا آؤٹ جسٹس پر ہوا۔</w:t>
      </w:r>
    </w:p>
    <w:p>
      <w:r>
        <w:rPr>
          <w:b/>
        </w:rPr>
        <w:t xml:space="preserve">[07:07] </w:t>
      </w:r>
      <w:r>
        <w:t>saare agreement jo hain, peace with justice par ho. karne ki koshish karte hain, aur woh kabhi work nahi karte. woh kabhi dunya mein, woh in se peace aata nahi hai.</w:t>
      </w:r>
    </w:p>
    <w:p>
      <w:pPr>
        <w:jc w:val="right"/>
      </w:pPr>
      <w:r>
        <w:t>سارے ایگریمنٹ جو ہیں، پیس ود جسٹس پر ہو۔ کرنے کی کوشش کرتے ہیں، اور وہ کبھی ورک نہیں کرتے۔ وہ کبھی دنیا میں، وہ ان سے پیس آتا نہیں ہے۔</w:t>
      </w:r>
    </w:p>
    <w:p>
      <w:r>
        <w:rPr>
          <w:b/>
        </w:rPr>
        <w:t xml:space="preserve">[07:16] </w:t>
      </w:r>
      <w:r>
        <w:t>dunya mein</w:t>
      </w:r>
    </w:p>
    <w:p>
      <w:pPr>
        <w:jc w:val="right"/>
      </w:pPr>
      <w:r>
        <w:t>دنیا میں</w:t>
      </w:r>
    </w:p>
    <w:p>
      <w:r>
        <w:rPr>
          <w:b/>
        </w:rPr>
        <w:t xml:space="preserve">[07:18] </w:t>
      </w:r>
      <w:r>
        <w:t>to prophet ne bataya ke pehli baar history mein ke peace without justice par raazi ho jao, aur jo opportunities khulti hain us ke zariye se un ko avail karo,</w:t>
      </w:r>
    </w:p>
    <w:p>
      <w:pPr>
        <w:jc w:val="right"/>
      </w:pPr>
      <w:r>
        <w:t>تو پرافٹ نے بتایا کہ پہلی بار ہسٹری میں کہ پیس ودا آؤٹ جسٹس پر راضی ہو جاؤ، اور جو اپرچونیٹیز کھلتی ہیں اس کے ذریعے سے ان کو اویل کرو،</w:t>
      </w:r>
    </w:p>
    <w:p>
      <w:r>
        <w:rPr>
          <w:b/>
        </w:rPr>
        <w:t xml:space="preserve">[07:33] </w:t>
      </w:r>
      <w:r>
        <w:t>aur phir tum ko is ka woh mil jayega jo tum chahte ho.</w:t>
      </w:r>
    </w:p>
    <w:p>
      <w:pPr>
        <w:jc w:val="right"/>
      </w:pPr>
      <w:r>
        <w:t>اور پھر تم کو اس کا وہ مل جائے گا جو تم چاہتے ہو۔</w:t>
      </w:r>
    </w:p>
    <w:p>
      <w:r>
        <w:rPr>
          <w:b/>
        </w:rPr>
        <w:t xml:space="preserve">[07:39] </w:t>
      </w:r>
      <w:r>
        <w:t>to yeh formula rasool Allah ne diya. aur doosri cheez jis se bekhabar the log, woh yeh hai ke creation plan Khuda kya hai?</w:t>
      </w:r>
    </w:p>
    <w:p>
      <w:pPr>
        <w:jc w:val="right"/>
      </w:pPr>
      <w:r>
        <w:t>تو یہ فارمولا رسول اللہ نے دیا۔ اور دوسری چیز جس سے بے خبر تھے لوگ، وہ یہ ہے کہ کریشن پلان خدا کیا ہے؟</w:t>
      </w:r>
    </w:p>
    <w:p>
      <w:r>
        <w:rPr>
          <w:b/>
        </w:rPr>
        <w:t xml:space="preserve">[07:47] </w:t>
      </w:r>
      <w:r>
        <w:t>woh aap ne bataya: khalaq al maut wal hayat, yeh Quran ki chapter number 67 hai. 67 ke shuru hi mein yeh ayat aati hai ke dunya ko Khuda ne banaya hai kis liye?</w:t>
      </w:r>
    </w:p>
    <w:p>
      <w:pPr>
        <w:jc w:val="right"/>
      </w:pPr>
      <w:r>
        <w:t>وہ آپ نے بتایا: خلق الموت والحیات، یہ قرآن کی چیپٹر نمبر 67 ہے۔ 67 کے شروع ہی میں یہ آیت آتی ہے کہ دنیا کو خدا نے بنایا ہے کس لیے؟</w:t>
      </w:r>
    </w:p>
    <w:p>
      <w:r>
        <w:rPr>
          <w:b/>
        </w:rPr>
        <w:t xml:space="preserve">[08:03] </w:t>
      </w:r>
      <w:r>
        <w:t>as a testing ground.</w:t>
      </w:r>
    </w:p>
    <w:p>
      <w:pPr>
        <w:jc w:val="right"/>
      </w:pPr>
      <w:r>
        <w:t>ایز اے ٹیسٹنگ گراؤنڈ۔</w:t>
      </w:r>
    </w:p>
    <w:p>
      <w:r>
        <w:rPr>
          <w:b/>
        </w:rPr>
        <w:t xml:space="preserve">[08:06] </w:t>
      </w:r>
      <w:r>
        <w:t>yani is ka matlab yeh hua ke dunya mein ideal society ban nahi sakti, woh banegi jannat mein. to rasool Allah ne zindagi ko banta do period mein: pre death period aur post death period.</w:t>
      </w:r>
    </w:p>
    <w:p>
      <w:pPr>
        <w:jc w:val="right"/>
      </w:pPr>
      <w:r>
        <w:t>یعنی اس کا مطلب یہ ہوا کہ دنیا میں آئیڈیل سوسائٹی بن نہیں سکتی، وہ بنے گی جنت میں۔ تو رسول اللہ نے زندگی کو بانٹا دو پیریڈ میں: پری ڈیتھ پیریڈ اور پوسٹ ڈیتھ پیریڈ۔</w:t>
      </w:r>
    </w:p>
    <w:p>
      <w:r>
        <w:rPr>
          <w:b/>
        </w:rPr>
        <w:t xml:space="preserve">[08:23] </w:t>
      </w:r>
      <w:r>
        <w:t>pre death period mein kya hai? hum test par hain.</w:t>
      </w:r>
    </w:p>
    <w:p>
      <w:pPr>
        <w:jc w:val="right"/>
      </w:pPr>
      <w:r>
        <w:t>پری ڈیتھ پیریڈ میں کیا ہے؟ ہم ٹیسٹ پر ہیں۔</w:t>
      </w:r>
    </w:p>
    <w:p>
      <w:r>
        <w:rPr>
          <w:b/>
        </w:rPr>
        <w:t xml:space="preserve">[08:31] </w:t>
      </w:r>
      <w:r>
        <w:t xml:space="preserve">yahan ke record par pre death period mein jo record hum banayenge, us par hamein ideal world mein jagah milegi jis ka naam hai paradise. </w:t>
      </w:r>
    </w:p>
    <w:p>
      <w:pPr>
        <w:jc w:val="right"/>
      </w:pPr>
      <w:r>
        <w:t>یہاں کے ریکارڈ پر پری ڈیتھ پیریڈ میں جو ریکارڈ ہم بنائیں گے، اس پر ہمیں آئیڈیل ورلڈ میں جگہ ملے گی جس کا نام ہے پیراڈائز۔</w:t>
      </w:r>
    </w:p>
    <w:p>
      <w:r>
        <w:rPr>
          <w:b/>
        </w:rPr>
        <w:t xml:space="preserve">[08:44] </w:t>
      </w:r>
      <w:r>
        <w:t>to yeh yeh pehli baar is tarah clear tor par rasool Allah ne bataya ke pre death period is liye hai hi nahi ke yahan par ideal society bane, woh to banegi paradise mein.</w:t>
      </w:r>
    </w:p>
    <w:p>
      <w:pPr>
        <w:jc w:val="right"/>
      </w:pPr>
      <w:r>
        <w:t>تو یہ یہ پہلی بار اس طرح کلیئر طور پر رسول اللہ نے بتایا کہ پری ڈیتھ پیریڈ اس لیے ہے ہی نہیں کہ یہاں پر آئیڈیل سوسائٹی بنے، وہ تو بنے گی پیراڈائز میں۔</w:t>
      </w:r>
    </w:p>
    <w:p>
      <w:r>
        <w:rPr>
          <w:b/>
        </w:rPr>
        <w:t xml:space="preserve">[08:57] </w:t>
      </w:r>
      <w:r>
        <w:t>yahan to aap ko qualify karna hai is baat ke liye ke aap ko jab yeh dunya se aap jayein marne ke baad to aap ko settle kiya jaye paradise mein, yani ideal world mein.</w:t>
      </w:r>
    </w:p>
    <w:p>
      <w:pPr>
        <w:jc w:val="right"/>
      </w:pPr>
      <w:r>
        <w:t>یہاں تو آپ کو کوالیفائی کرنا ہے اس بات کے لیے کہ آپ کو جب یہ دنیا سے آپ جائیں مرنے کے بعد تو آپ کو سیٹل کیا جائے پیراڈائز میں، یعنی آئیڈیل ورلڈ میں۔</w:t>
      </w:r>
    </w:p>
    <w:p>
      <w:r>
        <w:rPr>
          <w:b/>
        </w:rPr>
        <w:t xml:space="preserve">[09:14] </w:t>
      </w:r>
      <w:r>
        <w:t>yeh aap ne bataya, is se bohat se problems solve hote hain.</w:t>
      </w:r>
    </w:p>
    <w:p>
      <w:pPr>
        <w:jc w:val="right"/>
      </w:pPr>
      <w:r>
        <w:t>یہ آپ نے بتایا، اس سے بہت سے پرابلم سالو ہوتے ہیں۔</w:t>
      </w:r>
    </w:p>
    <w:p>
      <w:r>
        <w:rPr>
          <w:b/>
        </w:rPr>
        <w:t xml:space="preserve">[09:19] </w:t>
      </w:r>
      <w:r>
        <w:t>misal ke tor par log kehte hain ke saare philosophers is mein phanse rahe hain is sawal mein. jo kehte hain woh log: problem of evil, problem of suffering.</w:t>
      </w:r>
    </w:p>
    <w:p>
      <w:pPr>
        <w:jc w:val="right"/>
      </w:pPr>
      <w:r>
        <w:t>مثال کے طور پر لوگ کہتے ہیں کہ سارے فلاسفرز اس میں پھنسے رہے ہیں اس سوال میں۔ جو کہتے ہیں وہ لوگ: پرابلم آف ایول، پرابلم آف سفرنگ۔</w:t>
      </w:r>
    </w:p>
    <w:p>
      <w:r>
        <w:rPr>
          <w:b/>
        </w:rPr>
        <w:t xml:space="preserve">[09:31] </w:t>
      </w:r>
      <w:r>
        <w:t>yeh suffering dunya mein kyun hai? to chahte hain ke suffering ko khatam karein. aik bohat bari fallacy hai jis mein saari history mein log pade rahe hain: suffering ko khatam karo, suffering ko khatam karo.</w:t>
      </w:r>
    </w:p>
    <w:p>
      <w:pPr>
        <w:jc w:val="right"/>
      </w:pPr>
      <w:r>
        <w:t>یہ سفرنگ دنیا میں کیوں ہے؟ تو چاہتے ہیں کہ سفرنگ کو ختم کریں۔ ایک بہت بڑی فلیسی ہے جس میں ساری ہسٹری میں لوگ پڑے رہے ہیں: سفرنگ کو ختم کرو، سفرنگ کو ختم کرو۔</w:t>
      </w:r>
    </w:p>
    <w:p>
      <w:r>
        <w:rPr>
          <w:b/>
        </w:rPr>
        <w:t xml:space="preserve">[09:44] </w:t>
      </w:r>
      <w:r>
        <w:t>bhai, suffering ko khatam kar ke Khuda ka yeh possible hi nahi hai. kyun? Khuda ke creation plan mein suffering jo hai, aik aik must cheez hai bani hui.</w:t>
      </w:r>
    </w:p>
    <w:p>
      <w:pPr>
        <w:jc w:val="right"/>
      </w:pPr>
      <w:r>
        <w:t>بھئی، سفرنگ کو ختم کر کے خدا کا یہ پاسیبل ہی نہیں ہے۔ کیوں؟ خدا کے کریشن پلان میں سفرنگ جو ہے، ایک ایک مست چیز ہے بنی ہوئی۔</w:t>
      </w:r>
    </w:p>
    <w:p>
      <w:r>
        <w:rPr>
          <w:b/>
        </w:rPr>
        <w:t xml:space="preserve">[09:57] </w:t>
      </w:r>
      <w:r>
        <w:t>kyun ke tajurba yeh hota hai, aap dekhiye ke jab tak aadmi par shakk na lage, jab tak aadmi par ghurbat ka tajurba na ho, jab tak aadmi ko museebaton ka tajurba na ho, jab tak us ko problem pesh na aaye, us ki salahiyatein jaagti nahi.</w:t>
      </w:r>
    </w:p>
    <w:p>
      <w:pPr>
        <w:jc w:val="right"/>
      </w:pPr>
      <w:r>
        <w:t>کیونکہ تجربہ یہ ہوتا ہے، آپ دیکھیے کہ جب تک آدمی پر شک نہ لگے، جب تک آدمی پر غربت کا تجربہ نہ ہو، جب تک آدمی کو مصیبتوں کا تجربہ نہ ہو، جب تک اس کو پرابلم پیش نہ آئے، اس کی صلاحیتیں جاگتی نہیں۔</w:t>
      </w:r>
    </w:p>
    <w:p>
      <w:r>
        <w:rPr>
          <w:b/>
        </w:rPr>
        <w:t xml:space="preserve">[10:15] </w:t>
      </w:r>
      <w:r>
        <w:t>insan ko Khuda ne banaya bohat zabardast salahiyat de kar. kyun ke aap jante hain ke har individual, har individual mind mein kaha jata hai ke hundred million billion billion particles hain.</w:t>
      </w:r>
    </w:p>
    <w:p>
      <w:pPr>
        <w:jc w:val="right"/>
      </w:pPr>
      <w:r>
        <w:t>انسان کو خدا نے بنایا بہت زبردست صلاحیت دے کر۔ کیونکہ آپ جانتے ہیں کہ ہر انڈیویجول، ہر انڈیویجول مائنڈ میں کہا جاتا ہے کہ ہنڈرڈ ملین بلین بلین پارٹیکل ہیں۔</w:t>
      </w:r>
    </w:p>
    <w:p>
      <w:r>
        <w:rPr>
          <w:b/>
        </w:rPr>
        <w:t xml:space="preserve">[10:29] </w:t>
      </w:r>
      <w:r>
        <w:t>yeh sab dormant position mein hain, soye hue hain. un ko jagane ke liye shock treatment chahiye. shock treatment.</w:t>
      </w:r>
    </w:p>
    <w:p>
      <w:pPr>
        <w:jc w:val="right"/>
      </w:pPr>
      <w:r>
        <w:t>یہ سب ڈارمنٹ پوزیشن میں ہیں، سوئے ہوئے ہیں۔ ان کو جگانے کے لیے شاک ٹریٹمنٹ چاہیے۔ شاک ٹریٹمنٹ۔</w:t>
      </w:r>
    </w:p>
    <w:p>
      <w:r>
        <w:rPr>
          <w:b/>
        </w:rPr>
        <w:t xml:space="preserve">[10:40] </w:t>
      </w:r>
      <w:r>
        <w:t>aur yeh problem zindagi ka jo woh shock treatment hai,</w:t>
      </w:r>
    </w:p>
    <w:p>
      <w:pPr>
        <w:jc w:val="right"/>
      </w:pPr>
      <w:r>
        <w:t>اور یہ پرابلم زندگی کا جو وہ شاک ٹریٹمنٹ ہے،</w:t>
      </w:r>
    </w:p>
    <w:p>
      <w:r>
        <w:rPr>
          <w:b/>
        </w:rPr>
        <w:t xml:space="preserve">[10:43] </w:t>
      </w:r>
      <w:r>
        <w:t>agar aap aisi dunya bana dein jahan har aadmi ameer ho, har aadmi ke paas achhe achhe ghar hon, achhi achhi carain hon, to saari activities dunya ki khatam ho jayengi.</w:t>
      </w:r>
    </w:p>
    <w:p>
      <w:pPr>
        <w:jc w:val="right"/>
      </w:pPr>
      <w:r>
        <w:t>اگر آپ ایسی دنیا بنا دیں جہاں ہر آدمی امیر ہو، ہر آدمی کے پاس اچھے اچھے گھر ہوں، اچھی اچھی کاریں ہوں، تو ساری ایکٹیویٹیز دنیا کی ختم ہو جائیں گی۔</w:t>
      </w:r>
    </w:p>
    <w:p>
      <w:r>
        <w:rPr>
          <w:b/>
        </w:rPr>
        <w:t xml:space="preserve">[10:54] </w:t>
      </w:r>
      <w:r>
        <w:t>kyun ke aap incentive chheen lenge. dekhiye, problem jo hain woh challenge bante hain. aur challenge jab bante hain to tabhi aadmi daudta hai.</w:t>
      </w:r>
    </w:p>
    <w:p>
      <w:pPr>
        <w:jc w:val="right"/>
      </w:pPr>
      <w:r>
        <w:t>کیونکہ آپ انسنٹیو چھین لیں گے۔ دیکھیے، پرابلم جو ہیں وہ چیلنج بنتے ہیں۔ اور چیلنج جب بنتے ہیں تو تبھی آدمی دوڑتا ہے۔</w:t>
      </w:r>
    </w:p>
    <w:p>
      <w:r>
        <w:rPr>
          <w:b/>
        </w:rPr>
        <w:t xml:space="preserve">[11:05] </w:t>
      </w:r>
      <w:r>
        <w:t>aap aik aiksi dunya banana chahte hain jahan problem na ho. yeh saare reformers, saare thinkers, saare leader hi isi obsession mein rahe hain.</w:t>
      </w:r>
    </w:p>
    <w:p>
      <w:pPr>
        <w:jc w:val="right"/>
      </w:pPr>
      <w:r>
        <w:t>آپ ایک ایکسی دنیا بنانا چاہتے ہیں جہاں پرابلم نہ ہو۔ یہ سارے ریفارمرز، سارے تھنکرز، سارے لیڈر ہی اسی ابسیشن میں رہے ہیں۔</w:t>
      </w:r>
    </w:p>
    <w:p>
      <w:r>
        <w:rPr>
          <w:b/>
        </w:rPr>
        <w:t xml:space="preserve">[11:16] </w:t>
      </w:r>
      <w:r>
        <w:t>isi obsession mein marks tha, isi mein russo tha, isi mein gandhi thay. aik aisi society bana jahan problem na ho, jahan haves na hon, jahan ghareeb na hon.</w:t>
      </w:r>
    </w:p>
    <w:p>
      <w:pPr>
        <w:jc w:val="right"/>
      </w:pPr>
      <w:r>
        <w:t>اسی ابسیشن میں مارکس تھا، اسی میں روسو تھا، اسی میں گاندھی تھے۔ ایک ایسی سوسائٹی بنا جہاں پرابلم نہ ہو، جہاں ہیو ناٹس نہ ہوں، جہاں غریب نہ ہوں۔</w:t>
      </w:r>
    </w:p>
    <w:p>
      <w:r>
        <w:rPr>
          <w:b/>
        </w:rPr>
        <w:t xml:space="preserve">[11:26] </w:t>
      </w:r>
      <w:r>
        <w:t>yeh aisa plan hai, aik aisi soch hai jo khuda ke creation plan se takrati hai.</w:t>
      </w:r>
    </w:p>
    <w:p>
      <w:pPr>
        <w:jc w:val="right"/>
      </w:pPr>
      <w:r>
        <w:t>یہ ایسا پلان ہے، ایک ایسی سوچ ہے جو خدا کے کریشن پلان سے ٹکراتی ہے۔</w:t>
      </w:r>
    </w:p>
    <w:p>
      <w:r>
        <w:rPr>
          <w:b/>
        </w:rPr>
        <w:t xml:space="preserve">[11:35] </w:t>
      </w:r>
      <w:r>
        <w:t>khuda ne banaya logon ko ooncha aur necha, haves aur have-nots, taake logon mein takrao ho.</w:t>
      </w:r>
    </w:p>
    <w:p>
      <w:pPr>
        <w:jc w:val="right"/>
      </w:pPr>
      <w:r>
        <w:t>خدا نے بنایا لوگوں کو اونچا اور نیچا، ہیوز اور ہیو ناٹس، تاکہ لوگوں میں ٹکراؤ ہو۔</w:t>
      </w:r>
    </w:p>
    <w:p>
      <w:r>
        <w:rPr>
          <w:b/>
        </w:rPr>
        <w:t xml:space="preserve">[11:45] </w:t>
      </w:r>
      <w:r>
        <w:t>acha, iska matlab yeh nahi ke jo haves hai woh hamesha haves rahe, jo have-nots hai woh hamesha have-nots rahe. aisa nahi hai. aap dekhiye, hamare desh mein doctor abdul kalam, jo president of india hain, woh have-nots thay bachpan mein.</w:t>
      </w:r>
    </w:p>
    <w:p>
      <w:pPr>
        <w:jc w:val="right"/>
      </w:pPr>
      <w:r>
        <w:t>اچھا، اس کا مطلب یہ نہیں کہ جو ہیوز ہے وہ ہمیشہ ہیوز رہے، جو ہیو ناٹس ہے وہ ہمیشہ ہیو ناٹس رہے۔ ایسا نہیں ہے۔ آپ دیکھیے، ہمارے دیش میں ڈاکٹر عبدالکلام، جو پریزیڈنٹ آف انڈیا ہیں، وہ ہیو ناٹس تھے بچپن میں۔</w:t>
      </w:r>
    </w:p>
    <w:p>
      <w:r>
        <w:rPr>
          <w:b/>
        </w:rPr>
        <w:t xml:space="preserve">[12:01] </w:t>
      </w:r>
      <w:r>
        <w:t>nojwani ki umar unki jo jo hai, us mein woh have-nots ke class se talluq rakhte thay. yaani ghareeb. aaj woh haves ke class mein aa gaye hain.</w:t>
      </w:r>
    </w:p>
    <w:p>
      <w:pPr>
        <w:jc w:val="right"/>
      </w:pPr>
      <w:r>
        <w:t>نوجوانی کی عمر ان کی جو جو ہے، اس میں وہ ہیو ناٹس کے کلاس سے تعلق رکھتے تھے۔ یعنی غریب۔ آج وہ ہیوز کے کلاس میں آ گئے ہیں۔</w:t>
      </w:r>
    </w:p>
    <w:p>
      <w:r>
        <w:rPr>
          <w:b/>
        </w:rPr>
        <w:t xml:space="preserve">[12:12] </w:t>
      </w:r>
      <w:r>
        <w:t>to jo have-nots hain, aisa matlab nahi hai ke woh hamesha have-not rahenge. woh yeh aik competition hai, yeh challenge hai, yeh daud hai. jis mein baar baar haves jo hain, have-not bante hain, have-nots, haves bante hain.</w:t>
      </w:r>
    </w:p>
    <w:p>
      <w:pPr>
        <w:jc w:val="right"/>
      </w:pPr>
      <w:r>
        <w:t>تو جو ہیو ناٹس ہیں، ایسا مطلب نہیں ہے کہ وہ ہمیشہ ہیو ناٹ رہیں گے۔ وہ یہ ایک کمپٹیشن ہے، یہ چیلنج ہے، یہ دوڑ ہے۔ جس میں بار بار ہیوز جو ہیں، ہیو ناٹ بنتے ہیں، ہیو ناٹس، ہیوز بنتے ہیں۔</w:t>
      </w:r>
    </w:p>
    <w:p>
      <w:r>
        <w:rPr>
          <w:b/>
        </w:rPr>
        <w:t xml:space="preserve">[12:27] </w:t>
      </w:r>
      <w:r>
        <w:t>isi competition par dunya qaim hai.</w:t>
      </w:r>
    </w:p>
    <w:p>
      <w:pPr>
        <w:jc w:val="right"/>
      </w:pPr>
      <w:r>
        <w:t>اسی کمپٹیشن پر دنیا قائم ہے۔</w:t>
      </w:r>
    </w:p>
    <w:p>
      <w:r>
        <w:rPr>
          <w:b/>
        </w:rPr>
        <w:t xml:space="preserve">[12:30] </w:t>
      </w:r>
      <w:r>
        <w:t>to khuda ne farq rakha hai. yeh quran mein hai ke farq rakha hai hum ne aik insan aur doosre insan ke darmiyan. yeh farq kis liye hai? isi liye hai ke competition ho, challenge ho, incentive logon ke andar paida ho.</w:t>
      </w:r>
    </w:p>
    <w:p>
      <w:pPr>
        <w:jc w:val="right"/>
      </w:pPr>
      <w:r>
        <w:t>تو خدا نے فرق رکھا ہے۔ یہ قرآن میں ہے کہ فرق رکھا ہے ہم نے ایک انسان اور دوسرے انسان کے درمیان۔ یہ فرق کس لیے ہے؟ اسی لیے ہے کہ کمپٹیشن ہو، چیلنج ہو، انسنٹیو لوگوں کے اندر پیدا ہو۔</w:t>
      </w:r>
    </w:p>
    <w:p>
      <w:r>
        <w:rPr>
          <w:b/>
        </w:rPr>
        <w:t xml:space="preserve">[12:45] </w:t>
      </w:r>
      <w:r>
        <w:t>yeh na ho to zindagi ki sargharmiyan khatam ho jayengi. to jo log is tarah sochte hain ke dunya mein sab log ameer hi ameer ho jayen, sab ko sukh ho jaye, woh kabhi bhi kamyab nahi ho sake.</w:t>
      </w:r>
    </w:p>
    <w:p>
      <w:pPr>
        <w:jc w:val="right"/>
      </w:pPr>
      <w:r>
        <w:t>یہ نہ ہو تو زندگی کی سرگرمیاں ختم ہو جائیں گی۔ تو جو لوگ اس طرح سوچتے ہیں کہ دنیا میں سب لوگ امیر ہی امیر ہو جائیں، سب کو سکھ ہو جائے، وہ کبھی بھی کامیاب نہیں ہو سکے۔</w:t>
      </w:r>
    </w:p>
    <w:p>
      <w:r>
        <w:rPr>
          <w:b/>
        </w:rPr>
        <w:t xml:space="preserve">[12:59] </w:t>
      </w:r>
      <w:r>
        <w:t>hazaron saal ki history batati hai ke bohat se logon ne yeh socha ke aisi society banai hai, woh bana nahi sake kabhi. kyunke woh khuda ke creation plan ke khilaf thi.</w:t>
      </w:r>
    </w:p>
    <w:p>
      <w:pPr>
        <w:jc w:val="right"/>
      </w:pPr>
      <w:r>
        <w:t>ہزاروں سال کی ہسٹری بتاتی ہے کہ بہت سے لوگوں نے یہ سوچا کہ ایسی سوسائٹی بنائی ہے، وہ بنا نہیں سکے کبھی۔ کیونکہ وہ خدا کے کریشن پلان کے خلاف تھی۔</w:t>
      </w:r>
    </w:p>
    <w:p>
      <w:r>
        <w:rPr>
          <w:b/>
        </w:rPr>
        <w:t xml:space="preserve">[13:09] </w:t>
      </w:r>
      <w:r>
        <w:t>misal ke taur par khuda paida karta hai, kisi ke masjid mazboot hote hain, kisi ke kamzor hote</w:t>
      </w:r>
    </w:p>
    <w:p>
      <w:pPr>
        <w:jc w:val="right"/>
      </w:pPr>
      <w:r>
        <w:t>مثال کے طور پر خدا پیدا کرتا ہے، کسی کے مسجد مضبوط ہوتے ہیں، کسی کے کمزور ہوتے</w:t>
      </w:r>
    </w:p>
    <w:p>
      <w:r>
        <w:rPr>
          <w:b/>
        </w:rPr>
        <w:t xml:space="preserve">[13:14] </w:t>
      </w:r>
      <w:r>
        <w:t>hain. koi zyada intelligent hota hai, koi kam intelligent hota hai. to aap kya karenge? jab usko janam se logon ke andar quality mein farq ho, salahiyaton mein farq ho, to aap kaise barabar kar denge logon ko?</w:t>
      </w:r>
    </w:p>
    <w:p>
      <w:pPr>
        <w:jc w:val="right"/>
      </w:pPr>
      <w:r>
        <w:t>ہیں۔ کوئی زیادہ انٹیلیجنٹ ہوتا ہے، کوئی کم انٹیلیجنٹ ہوتا ہے۔ تو آپ کیا کریں گے؟ جب اس کو جنم سے لوگوں کے اندر کوالٹی میں فرق ہو، صلاحیتوں میں فرق ہو، تو آپ کیسے برابر کر دیں گے لوگوں کو؟</w:t>
      </w:r>
    </w:p>
    <w:p>
      <w:r>
        <w:rPr>
          <w:b/>
        </w:rPr>
        <w:t xml:space="preserve">[13:31] </w:t>
      </w:r>
      <w:r>
        <w:t>do sagay bhai hote hain, aik ghar mein paida hote hain, aik jo hai intelligent hota hai, aik aik jo hai average hota hai. average peechay reh jata hai, woh wahan aage barh jata hai.</w:t>
      </w:r>
    </w:p>
    <w:p>
      <w:pPr>
        <w:jc w:val="right"/>
      </w:pPr>
      <w:r>
        <w:t>دو سگے بھائی ہوتے ہیں، ایک گھر میں پیدا ہوتے ہیں، ایک جو ہے انٹیلیجنٹ ہوتا ہے، ایک ایک جو ہے ایوریج ہوتا ہے۔ ایوریج پیچھے رہ جاتا ہے، وہ وہاں آگے بڑھ جاتا ہے۔</w:t>
      </w:r>
    </w:p>
    <w:p>
      <w:r>
        <w:rPr>
          <w:b/>
        </w:rPr>
        <w:t xml:space="preserve">[13:41] </w:t>
      </w:r>
      <w:r>
        <w:t>halanke dono aik baap ke bete hote hain.</w:t>
      </w:r>
    </w:p>
    <w:p>
      <w:pPr>
        <w:jc w:val="right"/>
      </w:pPr>
      <w:r>
        <w:t>حالانکہ دونوں ایک باپ کے بیٹے ہوتے ہیں۔</w:t>
      </w:r>
    </w:p>
    <w:p>
      <w:r>
        <w:rPr>
          <w:b/>
        </w:rPr>
        <w:t xml:space="preserve">[13:45] </w:t>
      </w:r>
      <w:r>
        <w:t>to yeh to khuda hi ki scheme ke khilaf hai. is liye main yeh kaha karta hoon logon se ke aap</w:t>
      </w:r>
    </w:p>
    <w:p>
      <w:pPr>
        <w:jc w:val="right"/>
      </w:pPr>
      <w:r>
        <w:t>تو یہ تو خدا ہی کی سکیم کے خلاف ہے۔ اس لیے میں یہ کہا کرتا ہوں لوگوں سے کہ آپ</w:t>
      </w:r>
    </w:p>
    <w:p>
      <w:r>
        <w:rPr>
          <w:b/>
        </w:rPr>
        <w:t xml:space="preserve">[13:55] </w:t>
      </w:r>
      <w:r>
        <w:t>equal, yaani aisi society jahan sare log equal hon. equality aik bohat khoobsurat word hai jis se obsessed raha hai logon ko.</w:t>
      </w:r>
    </w:p>
    <w:p>
      <w:pPr>
        <w:jc w:val="right"/>
      </w:pPr>
      <w:r>
        <w:t>ایکول، یعنی ایسی سوسائٹی جہاں سارے لوگ ایکول ہوں۔ ایکولٹی ایک بہت خوبصورت ورڈ ہے جس سے ابسیسڈ رہا ہے لوگوں کو۔</w:t>
      </w:r>
    </w:p>
    <w:p>
      <w:r>
        <w:rPr>
          <w:b/>
        </w:rPr>
        <w:t xml:space="preserve">[14:07] </w:t>
      </w:r>
      <w:r>
        <w:t>yaani political equality, economic equality, social equality. sare thinker isi tarah sochte rahe hain. aur kabhi bhi aisi society bani nahi.</w:t>
      </w:r>
    </w:p>
    <w:p>
      <w:pPr>
        <w:jc w:val="right"/>
      </w:pPr>
      <w:r>
        <w:t>یعنی پولیٹیکل ایکولٹی، اکنامک ایکولٹی، سوشل ایکولٹی۔ سارے تھنکر اسی طرح سوچتے رہے ہیں۔ اور کبھی بھی ایسی سوسائٹی بنی نہیں۔</w:t>
      </w:r>
    </w:p>
    <w:p>
      <w:r>
        <w:rPr>
          <w:b/>
        </w:rPr>
        <w:t xml:space="preserve">[14:16] </w:t>
      </w:r>
      <w:r>
        <w:t>kyun? woh</w:t>
      </w:r>
    </w:p>
    <w:p>
      <w:pPr>
        <w:jc w:val="right"/>
      </w:pPr>
      <w:r>
        <w:t>کیوں؟ وہ</w:t>
      </w:r>
    </w:p>
    <w:p>
      <w:r>
        <w:rPr>
          <w:b/>
        </w:rPr>
        <w:t xml:space="preserve">[14:17] </w:t>
      </w:r>
      <w:r>
        <w:t>creation plan of god ke khilaf thi. yaad rakhiye, khuda ka jo creation plan hai, woh base karta hai competition par. yeh prophet ne bataya.</w:t>
      </w:r>
    </w:p>
    <w:p>
      <w:pPr>
        <w:jc w:val="right"/>
      </w:pPr>
      <w:r>
        <w:t>کریشن پلان آف گاڈ کے خلاف تھی۔ یاد رکھیے، خدا کا جو کریشن پلان ہے، وہ بیس کرتا ہے کمپٹیشن پر۔ یہ پرافٹ نے بتایا۔</w:t>
      </w:r>
    </w:p>
    <w:p>
      <w:r>
        <w:rPr>
          <w:b/>
        </w:rPr>
        <w:t xml:space="preserve">[14:28] </w:t>
      </w:r>
      <w:r>
        <w:t>main samajhta hoon ke sab se history mein pehli baar is nuqte ko wazeh kiya prophet ne. is se pehle koi jaan nahi saka tha. isi liye aap ne yeh nahi koshish ki jis ki koshish doosre reformers karte rahe hain.</w:t>
      </w:r>
    </w:p>
    <w:p>
      <w:pPr>
        <w:jc w:val="right"/>
      </w:pPr>
      <w:r>
        <w:t>میں سمجھتا ہوں کہ سب سے ہسٹری میں پہلی بار اس نقطے کو واضح کیا پرافٹ نے۔ اس سے پہلے کوئی جان نہیں سکا تھا۔ اسی لیے آپ نے یہ نہیں کوشش کی جس کی کوشش دوسرے ریفارمر کرتے رہے ہیں۔</w:t>
      </w:r>
    </w:p>
    <w:p>
      <w:r>
        <w:rPr>
          <w:b/>
        </w:rPr>
        <w:t xml:space="preserve">[14:42] </w:t>
      </w:r>
      <w:r>
        <w:t>balkeh logon ko shaoor diya, logon ko samajh di, logon ko educate kiya.</w:t>
      </w:r>
    </w:p>
    <w:p>
      <w:pPr>
        <w:jc w:val="right"/>
      </w:pPr>
      <w:r>
        <w:t>بلکہ لوگوں کو شعور دیا، لوگوں کو سمجھ دی، لوگوں کو ایجوکیٹ کیا۔</w:t>
      </w:r>
    </w:p>
    <w:p>
      <w:r>
        <w:rPr>
          <w:b/>
        </w:rPr>
        <w:t xml:space="preserve">[14:47] </w:t>
      </w:r>
      <w:r>
        <w:t>sari koshish aap ki rahi tazkiyah par. tazkiyah ka matlab hota hai mind ki re-engineering. zehan ko banana, soch lana aadmi ke andar.</w:t>
      </w:r>
    </w:p>
    <w:p>
      <w:pPr>
        <w:jc w:val="right"/>
      </w:pPr>
      <w:r>
        <w:t>ساری کوشش آپ کی رہی تزکیہ پر۔ تزکیہ کا مطلب ہوتا ہے مائنڈ کی ری انجینئرنگ۔ ذہن کو بنانا، سوچ لانا آدمی کے اندر۔</w:t>
      </w:r>
    </w:p>
    <w:p>
      <w:r>
        <w:rPr>
          <w:b/>
        </w:rPr>
        <w:t xml:space="preserve">[14:57] </w:t>
      </w:r>
      <w:r>
        <w:t>sab se zyada islam mein zor diya gaya hai thinking par. thinking par.</w:t>
      </w:r>
    </w:p>
    <w:p>
      <w:pPr>
        <w:jc w:val="right"/>
      </w:pPr>
      <w:r>
        <w:t>سب سے زیادہ اسلام میں زور دیا گیا ہے تھنکنگ پر۔ تھنکنگ پر۔</w:t>
      </w:r>
    </w:p>
    <w:p>
      <w:r>
        <w:rPr>
          <w:b/>
        </w:rPr>
        <w:t xml:space="preserve">[15:02] </w:t>
      </w:r>
      <w:r>
        <w:t>aur main samajhta hoon ke yeh itna bara deen hai, itna bara contribution hai rasool Allah ka ke pehli baar insan yeh jaan saka ke sab se, yaani pehli baar yeh jaan saka insan ke sahi scheme kya hai zindagi ke sudhaar ki.</w:t>
      </w:r>
    </w:p>
    <w:p>
      <w:pPr>
        <w:jc w:val="right"/>
      </w:pPr>
      <w:r>
        <w:t>اور میں سمجھتا ہوں کہ یہ اتنا بڑا دین ہے، اتنا بڑا کنٹریبیوشن ہے رسول اللہ کا کہ پہلی بار انسان یہ جان سکا کہ سب سے، یعنی پہلی بار یہ جان سکا انسان کہ صحیح سکیم کیا ہے زندگی کے سدھار کی۔</w:t>
      </w:r>
    </w:p>
    <w:p>
      <w:r>
        <w:rPr>
          <w:b/>
        </w:rPr>
        <w:t xml:space="preserve">[15:19] </w:t>
      </w:r>
      <w:r>
        <w:t>sahi maani workable scheme. aisi scheme jo work kare, woh kaun si hai? woh prophet ne bataya.</w:t>
      </w:r>
    </w:p>
    <w:p>
      <w:pPr>
        <w:jc w:val="right"/>
      </w:pPr>
      <w:r>
        <w:t>صحیح معنی ورکیبل سکیم۔ ایسی سکیم جو ورک کرے، وہ کون سی ہے؟ وہ پرافٹ نے بتایا۔</w:t>
      </w:r>
    </w:p>
    <w:p>
      <w:r>
        <w:rPr>
          <w:b/>
        </w:rPr>
        <w:t xml:space="preserve">[15:30] </w:t>
      </w:r>
      <w:r>
        <w:t>yeh mein ne apni kitabon mein tafseel se yeh baat likhi hai. agar aap ki detail chahte hain to aap meri kitabon mein parh sakte hain. aqool qawli haza wastaghfir ullaha ali wa liqab</w:t>
      </w:r>
    </w:p>
    <w:p>
      <w:pPr>
        <w:jc w:val="right"/>
      </w:pPr>
      <w:r>
        <w:t>یہ میں نے اپنی کتابوں میں تفصیل سے یہ بات لکھی ہے۔ اگر آپ کی ڈیٹیل چاہتے ہیں تو آپ میری کتابوں میں پڑھ سکتے ہیں۔ اقول قولیھذا واستغفراللہ علی ولقب</w:t>
      </w:r>
    </w:p>
    <w:p>
      <w:r>
        <w:rPr>
          <w:b/>
        </w:rPr>
        <w:t xml:space="preserve">[15:54] </w:t>
      </w:r>
      <w:r>
        <w:t>molana. das is a question asked by sadia.</w:t>
      </w:r>
    </w:p>
    <w:p>
      <w:pPr>
        <w:jc w:val="right"/>
      </w:pPr>
      <w:r>
        <w:t>مولانا۔ دس از ا کوئسچن اسکڈ بائے سعدیہ۔</w:t>
      </w:r>
    </w:p>
    <w:p>
      <w:r>
        <w:rPr>
          <w:b/>
        </w:rPr>
        <w:t xml:space="preserve">[15:58] </w:t>
      </w:r>
      <w:r>
        <w:t>she asked you what is khuda ka shaoor?</w:t>
      </w:r>
    </w:p>
    <w:p>
      <w:pPr>
        <w:jc w:val="right"/>
      </w:pPr>
      <w:r>
        <w:t>شی اسکڈ یو واٹ از خدا کا شعور؟</w:t>
      </w:r>
    </w:p>
    <w:p>
      <w:r>
        <w:rPr>
          <w:b/>
        </w:rPr>
        <w:t xml:space="preserve">[16:03] </w:t>
      </w:r>
      <w:r>
        <w:t>shaoor ka matlab hai consciousness. consciousness of god. dekhiye, ek concept doosra hai ke hum part of god hain.</w:t>
      </w:r>
    </w:p>
    <w:p>
      <w:pPr>
        <w:jc w:val="right"/>
      </w:pPr>
      <w:r>
        <w:t>شعور کا مطلب ہے کانشیسنس۔ کانشیسنس آف گاڈ۔ دیکھیے، ایک کانسیپٹ دوسرا ہے کہ ہم پارٹ آف گاڈ ہیں۔</w:t>
      </w:r>
    </w:p>
    <w:p>
      <w:r>
        <w:rPr>
          <w:b/>
        </w:rPr>
        <w:t xml:space="preserve">[16:17] </w:t>
      </w:r>
      <w:r>
        <w:t>khuda ka ansh hain. yeh islam mein nahi hai.</w:t>
      </w:r>
    </w:p>
    <w:p>
      <w:pPr>
        <w:jc w:val="right"/>
      </w:pPr>
      <w:r>
        <w:t>خدا کا انش ہیں۔ یہ اسلام میں نہیں ہے۔</w:t>
      </w:r>
    </w:p>
    <w:p>
      <w:r>
        <w:rPr>
          <w:b/>
        </w:rPr>
        <w:t xml:space="preserve">[16:22] </w:t>
      </w:r>
      <w:r>
        <w:t>islam jo hai woh duality par base karta hai. yani hum alag hain, khuda alag hai. creator alag hai, creature alag hai.</w:t>
      </w:r>
    </w:p>
    <w:p>
      <w:pPr>
        <w:jc w:val="right"/>
      </w:pPr>
      <w:r>
        <w:t>اسلام جو ہے وہ ڈویلٹی پر بیس کرتا ہے۔ یعنی ہم الگ ہیں، خدا الگ ہے۔ کریٹر الگ ہے، کریچر الگ ہے۔</w:t>
      </w:r>
    </w:p>
    <w:p>
      <w:r>
        <w:rPr>
          <w:b/>
        </w:rPr>
        <w:t xml:space="preserve">[16:34] </w:t>
      </w:r>
      <w:r>
        <w:t>to mein ne jo kaha tha us ka matlab yeh hai ke hum khuda ka part nahi hain. albata hamare consciousness mein ya hamare mind mein, hamare mind mein khuda ka consciousness by nature maujood</w:t>
      </w:r>
    </w:p>
    <w:p>
      <w:pPr>
        <w:jc w:val="right"/>
      </w:pPr>
      <w:r>
        <w:t>تو میں نے جو کہا تھا اس کا مطلب یہ ہے کہ ہم خدا کا پارٹ نہیں ہیں۔ البتہ ہمارے کانشیسنس میں یا ہمارے مائنڈ میں، ہمارے مائنڈ میں خدا کا کانشیسنس بائی نیچر موجود</w:t>
      </w:r>
    </w:p>
    <w:p>
      <w:r>
        <w:rPr>
          <w:b/>
        </w:rPr>
        <w:t xml:space="preserve">[16:47] </w:t>
      </w:r>
      <w:r>
        <w:t>hai. jis tarah se hamare mind mein pyas ka consciousness maujood hai, bhook ka consciousness maujood hai, bohat si cheezain hamare mind mein consciousness ke taur par maujood hain.</w:t>
      </w:r>
    </w:p>
    <w:p>
      <w:pPr>
        <w:jc w:val="right"/>
      </w:pPr>
      <w:r>
        <w:t>ہے۔ جس طرح سے ہمارے مائنڈ میں پیاس کا کانشیسنس موجود ہے، بھوک کا کانشیسنس موجود ہے، بہت سی چیزیں ہمارے مائنڈ میں کانشیسنس کے طور پر موجود ہیں۔</w:t>
      </w:r>
    </w:p>
    <w:p>
      <w:r>
        <w:rPr>
          <w:b/>
        </w:rPr>
        <w:t xml:space="preserve">[16:59] </w:t>
      </w:r>
      <w:r>
        <w:t>isi tarah se khuda ka shaoor ya consciousness hamare mind mein maujood hai. isi liye har aadmi seeker hota hai by nature.</w:t>
      </w:r>
    </w:p>
    <w:p>
      <w:pPr>
        <w:jc w:val="right"/>
      </w:pPr>
      <w:r>
        <w:t>اسی طرح سے خدا کا شعور یا کانشیسنس ہمارے مائنڈ میں موجود ہے۔ اسی لیے ہر آدمی سیکر ہوتا ہے بائی نیچر۔</w:t>
      </w:r>
    </w:p>
    <w:p>
      <w:r>
        <w:rPr>
          <w:b/>
        </w:rPr>
        <w:t xml:space="preserve">[17:09] </w:t>
      </w:r>
      <w:r>
        <w:t>wohi jo consciousness hai mere mind mein. to jis tarah se pyas ka shaoor hai to mein pani talash karta hoon</w:t>
      </w:r>
    </w:p>
    <w:p>
      <w:pPr>
        <w:jc w:val="right"/>
      </w:pPr>
      <w:r>
        <w:t>وہی جو کانشیسنس ہے میرے مائنڈ میں۔ تو جس طرح سے پیاس کا شعور ہے تو میں پانی تلاش کرتا ہوں</w:t>
      </w:r>
    </w:p>
    <w:p>
      <w:r>
        <w:rPr>
          <w:b/>
        </w:rPr>
        <w:t xml:space="preserve">[17:17] </w:t>
      </w:r>
      <w:r>
        <w:t>. isi tarah khuda ka consciousness hai to mein khuda ki talash mein niklta hoon. jo aadmi aisa hota hai usi ko seeker kehte hain. next question is by aisha.</w:t>
      </w:r>
    </w:p>
    <w:p>
      <w:pPr>
        <w:jc w:val="right"/>
      </w:pPr>
      <w:r>
        <w:t>۔ اسی طرح خدا کا کانشیسنس ہے تو میں خدا کی تلاش میں نکلتا ہوں۔ جو آدمی ایسا ہوتا ہے اسی کو سیکر کہتے ہیں۔ نیکسٹ کوئسچن از بائے عائشہ۔</w:t>
      </w:r>
    </w:p>
    <w:p>
      <w:r>
        <w:rPr>
          <w:b/>
        </w:rPr>
        <w:t xml:space="preserve">[17:28] </w:t>
      </w:r>
      <w:r>
        <w:t>she says due to the historical account of prophet muhammad, he said as the most afzal of the prophets. how can this be justified?</w:t>
      </w:r>
    </w:p>
    <w:p>
      <w:pPr>
        <w:jc w:val="right"/>
      </w:pPr>
      <w:r>
        <w:t>شی سیز ڈیو ٹو دی ہسٹوریکل اکاؤنٹ آف پرافٹ محمد، ہی سیڈ ایز دی موسٹ افضل آف دی پرافٹس۔ ہاؤ کین دس بی جسٹیفائیڈ؟</w:t>
      </w:r>
    </w:p>
    <w:p>
      <w:r>
        <w:rPr>
          <w:b/>
        </w:rPr>
        <w:t xml:space="preserve">[17:37] </w:t>
      </w:r>
      <w:r>
        <w:t>nahi nahi, yeh concept musalmanon mein chala hua hai. quran o hadith mein aisa nahi hai.</w:t>
      </w:r>
    </w:p>
    <w:p>
      <w:pPr>
        <w:jc w:val="right"/>
      </w:pPr>
      <w:r>
        <w:t>نہیں نہیں، یہ کانسیپٹ مسلمانوں میں چلا ہوا ہے۔ قرآن و حدیث میں ایسا نہیں ہے۔</w:t>
      </w:r>
    </w:p>
    <w:p>
      <w:r>
        <w:rPr>
          <w:b/>
        </w:rPr>
        <w:t xml:space="preserve">[17:43] </w:t>
      </w:r>
      <w:r>
        <w:t>quran o hadith mein koi prophet superior nahi hai. saare prophet barabar hain. yeh superior prophet ka concept jo hai yeh musalmanon ka apna invention hai.</w:t>
      </w:r>
    </w:p>
    <w:p>
      <w:pPr>
        <w:jc w:val="right"/>
      </w:pPr>
      <w:r>
        <w:t>قرآن و حدیث میں کوئی پرافٹ سپیریئر نہیں ہے۔ سارے پرافٹ برابر ہیں۔ یہ سپیریئر پرافٹ کا کانسیپٹ جو ہے یہ مسلمانوں کا اپنا انوینشن ہے۔</w:t>
      </w:r>
    </w:p>
    <w:p>
      <w:r>
        <w:rPr>
          <w:b/>
        </w:rPr>
        <w:t xml:space="preserve">[17:53] </w:t>
      </w:r>
      <w:r>
        <w:t>quran o hadith mein aisa kuch nahi hai. sirf ek hi baat hai ke prophet of islam jo hai woh historical prophets hain. yani historical account jo hai un ke liye maujood hai.</w:t>
      </w:r>
    </w:p>
    <w:p>
      <w:pPr>
        <w:jc w:val="right"/>
      </w:pPr>
      <w:r>
        <w:t>قرآن و حدیث میں ایسا کچھ نہیں ہے۔ صرف ایک ہی بات ہے کہ پرافٹ آف اسلام جو ہے وہ ہسٹوریکل پرافٹ ہیں۔ یعنی ہسٹوریکل اکاؤنٹ جو ہے ان کے لیے موجود ہے۔</w:t>
      </w:r>
    </w:p>
    <w:p>
      <w:r>
        <w:rPr>
          <w:b/>
        </w:rPr>
        <w:t xml:space="preserve">[18:05] </w:t>
      </w:r>
      <w:r>
        <w:t>doosre prophets ke liye historical account maujood nahi hai.</w:t>
      </w:r>
    </w:p>
    <w:p>
      <w:pPr>
        <w:jc w:val="right"/>
      </w:pPr>
      <w:r>
        <w:t>دوسرے پرافٹس کے لیے ہسٹوریکل اکاؤنٹ موجود نہیں ہے۔</w:t>
      </w:r>
    </w:p>
    <w:p>
      <w:r>
        <w:rPr>
          <w:b/>
        </w:rPr>
        <w:t xml:space="preserve">[18:08] </w:t>
      </w:r>
      <w:r>
        <w:t>baqi superiority concept jo hai woh align hai, woh alien hai quran o hadith mein. mahboob says considering the present muslims, please explain the difference between islah work and da'wah work.</w:t>
      </w:r>
    </w:p>
    <w:p>
      <w:pPr>
        <w:jc w:val="right"/>
      </w:pPr>
      <w:r>
        <w:t>باقی سپیریٹی کانسیپٹ جو ہے وہ الائن ہے، وہ ایلین ہے قرآن و حدیث میں۔ محبوب سیز کنسیڈرنگ دی پریزنٹ مسلمز، پلیز ایکسپلین دی ڈیفرنس بٹوین اصلاح ورک اینڈ دعویٰ ورک۔</w:t>
      </w:r>
    </w:p>
    <w:p>
      <w:r>
        <w:rPr>
          <w:b/>
        </w:rPr>
        <w:t xml:space="preserve">[18:25] </w:t>
      </w:r>
      <w:r>
        <w:t>dekhiye, ek hai community ya society.</w:t>
      </w:r>
    </w:p>
    <w:p>
      <w:pPr>
        <w:jc w:val="right"/>
      </w:pPr>
      <w:r>
        <w:t>دیکھیے، ایک ہے کمیونٹی یا سوسائٹی۔</w:t>
      </w:r>
    </w:p>
    <w:p>
      <w:r>
        <w:rPr>
          <w:b/>
        </w:rPr>
        <w:t xml:space="preserve">[18:31] </w:t>
      </w:r>
      <w:r>
        <w:t>to kuch log society ko le kar ke kaam karte hain jaise ke mother teresa thi. ya musalmanon mein aise log hote hain jo community work karte hain.</w:t>
      </w:r>
    </w:p>
    <w:p>
      <w:pPr>
        <w:jc w:val="right"/>
      </w:pPr>
      <w:r>
        <w:t>تو کچھ لوگ سوسائٹی کو لے کر کے کام کرتے ہیں جیسے کہ مدر ٹریسا تھی۔ یا مسلمانوں میں ایسے لوگ ہوتے ہیں جو کمیونٹی ورک کرتے ہیں۔</w:t>
      </w:r>
    </w:p>
    <w:p>
      <w:r>
        <w:rPr>
          <w:b/>
        </w:rPr>
        <w:t xml:space="preserve">[18:40] </w:t>
      </w:r>
      <w:r>
        <w:t>to musalman as a community duniya mein maujood hain, ek billion se zyada. to un ke bohat se problem hote hain. social problem, economic problem waghera.</w:t>
      </w:r>
    </w:p>
    <w:p>
      <w:pPr>
        <w:jc w:val="right"/>
      </w:pPr>
      <w:r>
        <w:t>تو مسلمان ایز اے کمیونٹی دنیا میں موجود ہیں، ایک بلین سے زیادہ۔ تو ان کے بہت سے پرابلم ہوتے ہیں۔ سوشل پرابلم، اکنامک پرابلم وغیرہ۔</w:t>
      </w:r>
    </w:p>
    <w:p>
      <w:r>
        <w:rPr>
          <w:b/>
        </w:rPr>
        <w:t xml:space="preserve">[18:52] </w:t>
      </w:r>
      <w:r>
        <w:t>is problem ko le kar jo kaam kiya jata hai us ka naam hai social work ya community work.</w:t>
      </w:r>
    </w:p>
    <w:p>
      <w:pPr>
        <w:jc w:val="right"/>
      </w:pPr>
      <w:r>
        <w:t>اس پرابلم کو لے کر جو کام کیا جاتا ہے اس کا نام ہے سوشل ورک یا کمیونٹی ورک۔</w:t>
      </w:r>
    </w:p>
    <w:p>
      <w:r>
        <w:rPr>
          <w:b/>
        </w:rPr>
        <w:t xml:space="preserve">[18:58] </w:t>
      </w:r>
      <w:r>
        <w:t>apni jagah par ek acha kaam ho sakta hai lekin yeh prophet ka kaam nahi hota. prophet ne kabhi bhi aisa kaam nahi kiya. balkeh rasool allah jab wahan aaye to makka aur madina dono jagah aise problem the.</w:t>
      </w:r>
    </w:p>
    <w:p>
      <w:pPr>
        <w:jc w:val="right"/>
      </w:pPr>
      <w:r>
        <w:t>اپنی جگہ پر ایک اچھا کام ہو سکتا ہے لیکن یہ پرافٹ کا کام نہیں ہوتا۔ پرافٹ نے کبھی بھی ایسا کام نہیں کیا۔ بلکہ رسول اللہ جب وہاں آئے تو مکہ اور مدینہ دونوں جگہ ایسے پرابلم تھے۔</w:t>
      </w:r>
    </w:p>
    <w:p>
      <w:r>
        <w:rPr>
          <w:b/>
        </w:rPr>
        <w:t xml:space="preserve">[19:11] </w:t>
      </w:r>
      <w:r>
        <w:t>makka walon ne kaha ke aap yeh kya masla le khare hue hain akhirat wala? hamari duniyawi jo problem hai un ko hal kijiye. misaal ke taur par hum desert mein rehte hain, pani nahi aaya hai.</w:t>
      </w:r>
    </w:p>
    <w:p>
      <w:pPr>
        <w:jc w:val="right"/>
      </w:pPr>
      <w:r>
        <w:t>مکہ والوں نے کہا کہ آپ یہ کیا مسئلہ لے کھڑے ہوئے ہیں آخرت والا؟ ہماری دنیاوی جو پرابلم ہے ان کو حل کیجئے۔ مثال کے طور پر ہم ڈیزرٹ میں رہتے ہیں، پانی نہیں آیا ہے۔</w:t>
      </w:r>
    </w:p>
    <w:p>
      <w:r>
        <w:rPr>
          <w:b/>
        </w:rPr>
        <w:t xml:space="preserve">[19:22] </w:t>
      </w:r>
      <w:r>
        <w:t>hamare paros mein jo countries hain, iraq aur sham, wahan rivers hain, wahan pani hai.</w:t>
      </w:r>
    </w:p>
    <w:p>
      <w:pPr>
        <w:jc w:val="right"/>
      </w:pPr>
      <w:r>
        <w:t>ہمارے پڑوس میں جو کنٹریز ہیں، عراق اور شام، وہاں ریورز ہیں، وہاں پانی ہے۔</w:t>
      </w:r>
    </w:p>
    <w:p>
      <w:r>
        <w:rPr>
          <w:b/>
        </w:rPr>
        <w:t xml:space="preserve">[19:28] </w:t>
      </w:r>
      <w:r>
        <w:t>to woh khoob un ke haan achhe agriculture hai, horticulture hai. hamare haan yeh sab nahi hai. to hamari jo abpashi ka problem hai, yani irrigation ka, irrigation ke problem ko solve kijiye.</w:t>
      </w:r>
    </w:p>
    <w:p>
      <w:pPr>
        <w:jc w:val="right"/>
      </w:pPr>
      <w:r>
        <w:t>تو وہ خوب ان کے ہاں اچھے ایگریکلچر ہے، ہارٹیکلچر ہے۔ ہمارے ہاں یہ سب نہیں ہے۔ تو ہماری جو آبپاشی کا پرابلم ہے، یعنی ایریگیشن کا، ایریگیشن کے پرابلم کو سالو کیجئے۔</w:t>
      </w:r>
    </w:p>
    <w:p>
      <w:r>
        <w:rPr>
          <w:b/>
        </w:rPr>
        <w:t xml:space="preserve">[19:39] </w:t>
      </w:r>
      <w:r>
        <w:t>is ke liye kuch scheme banaiye. to aap ne kaha ke nahi, mein is ke liye nahi bheja gaya hoon. to dekhiye, jo worldly problems hain un ke liye prophet kabhi nahi bhejte.</w:t>
      </w:r>
    </w:p>
    <w:p>
      <w:pPr>
        <w:jc w:val="right"/>
      </w:pPr>
      <w:r>
        <w:t>اس کے لیے کچھ سکیم بنائیے۔ تو آپ نے کہا کہ نہیں، میں اس کے لیے نہیں بھیجا گیا ہوں۔ تو دیکھیے، جو ورلڈلی پرابلم ہیں ان کے لیے پرافٹ کبھی نہیں بھیجتے۔</w:t>
      </w:r>
    </w:p>
    <w:p>
      <w:r>
        <w:rPr>
          <w:b/>
        </w:rPr>
        <w:t xml:space="preserve">[19:49] </w:t>
      </w:r>
      <w:r>
        <w:t>to social work ya community work ek acha kaam hai lekin woh worldly problems ko solve karne ka kaam hai.</w:t>
      </w:r>
    </w:p>
    <w:p>
      <w:pPr>
        <w:jc w:val="right"/>
      </w:pPr>
      <w:r>
        <w:t>تو سوشل ورک یا کمیونٹی ورک ایک اچھا کام ہے لیکن وہ ورلڈلی پرابلم کو سالو کرنے کا کام ہے۔</w:t>
      </w:r>
    </w:p>
    <w:p>
      <w:r>
        <w:rPr>
          <w:b/>
        </w:rPr>
        <w:t xml:space="preserve">[19:56] </w:t>
      </w:r>
      <w:r>
        <w:t>prophet ka kaam hota hai anzaar o taseer. yaani yeh batana ke marne ke baad tumhein ek aisa saamna karna hai Khuda ka jahan punishment hai aur reward hai.</w:t>
      </w:r>
    </w:p>
    <w:p>
      <w:pPr>
        <w:jc w:val="right"/>
      </w:pPr>
      <w:r>
        <w:t>پرافٹ کا کام ہوتا ہے انظار و تفسیر۔ یعنی یہ بتانا کہ مرنے کے بعد تمہیں ایک ایسا سامنا کرنا ہے خدا کا جہاں پنشمنٹ ہے اور ریوارڈ ہے۔</w:t>
      </w:r>
    </w:p>
    <w:p>
      <w:r>
        <w:rPr>
          <w:b/>
        </w:rPr>
        <w:t xml:space="preserve">[20:07] </w:t>
      </w:r>
      <w:r>
        <w:t>ek day of judgement ka saamna karna hai. sab se bari cheez yahi hai prophet ke saamne. ke har insaan jante hain ke 50 saal, 60 saal, 70 saal jigar mar jata hai.</w:t>
      </w:r>
    </w:p>
    <w:p>
      <w:pPr>
        <w:jc w:val="right"/>
      </w:pPr>
      <w:r>
        <w:t>ایک ڈے آف ججمنٹ کا سامنا کرنا ہے۔ سب سے بڑی چیز یہی ہے پرافٹ کے سامنے۔ کہ ہر انسان جانتے ہیں کہ 50 سال، 60 سال، 70 سال جگر مر جاتا ہے۔</w:t>
      </w:r>
    </w:p>
    <w:p>
      <w:r>
        <w:rPr>
          <w:b/>
        </w:rPr>
        <w:t xml:space="preserve">[20:17] </w:t>
      </w:r>
      <w:r>
        <w:t>maut ke baad is ko saamna karna hai Khuda ke court ka, Khuda ki adalat ka.</w:t>
      </w:r>
    </w:p>
    <w:p>
      <w:pPr>
        <w:jc w:val="right"/>
      </w:pPr>
      <w:r>
        <w:t>موت کے بعد اس کو سامنا کرنا ہے خدا کے کورٹ کا، خدا کی عدالت کا۔</w:t>
      </w:r>
    </w:p>
    <w:p>
      <w:r>
        <w:rPr>
          <w:b/>
        </w:rPr>
        <w:t xml:space="preserve">[20:22] </w:t>
      </w:r>
      <w:r>
        <w:t>to wahan par is ko ya to pre death period ke record ki base par hell mein jana parega ya pre death period ki bina par is ko paradise milega.</w:t>
      </w:r>
    </w:p>
    <w:p>
      <w:pPr>
        <w:jc w:val="right"/>
      </w:pPr>
      <w:r>
        <w:t>تو وہاں پر اس کو یا تو پری ڈیتھ پیریڈ کے ریکارڈ کی بیس پر ہیل میں جانا پڑے گا یا پری ڈیتھ پیریڈ کی بنا پر اس کو پیرائیڈ ملے گی۔</w:t>
      </w:r>
    </w:p>
    <w:p>
      <w:r>
        <w:rPr>
          <w:b/>
        </w:rPr>
        <w:t xml:space="preserve">[20:34] </w:t>
      </w:r>
      <w:r>
        <w:t>yeh cheez jo hai jo unseen world se talluq rakhti hai is se logon ko aware karna yeh hai prophet ka kaam. baqi jo kaam hain jo Mother Teresa waghera karte rahe hain woh prophet ka kaam nahi</w:t>
      </w:r>
    </w:p>
    <w:p>
      <w:pPr>
        <w:jc w:val="right"/>
      </w:pPr>
      <w:r>
        <w:t>یہ چیز جو ہے جو ان سین ورڈ سے تعلق رکھتی ہے اس سے لوگوں کو اویئر کرنا یہ ہے پرافٹ کا کام۔ باقی جو کام ہیں جو مدر ٹریسا وغیرہ کرتے رہے ہیں وہ پرافٹ کا کام نہیں</w:t>
      </w:r>
    </w:p>
    <w:p>
      <w:r>
        <w:rPr>
          <w:b/>
        </w:rPr>
        <w:t xml:space="preserve">[20:49] </w:t>
      </w:r>
      <w:r>
        <w:t>hai. agarche woh acha kaam hai lekin hum nahi keh sakte ke yahi prophet ka mission tha. next question is by Shalini. she says if truth is unlimited, then it can never be known, because knowing it would imply grasping it and only the limited can be grasped.</w:t>
      </w:r>
    </w:p>
    <w:p>
      <w:pPr>
        <w:jc w:val="right"/>
      </w:pPr>
      <w:r>
        <w:t>ہے۔ اگرچہ وہ اچھا کام ہے لیکن ہم نہیں کہہ سکتے کہ یہی پرافٹ کا مشن تھا۔ نیکسٹ کوئسچن از بائے شالینی۔ شی سیز اف ٹروتھ از ان لمیٹڈ، دین اٹ کین نیور بی نون، بیکاز نوئنگ اٹ وڈ ایمپلائی گریسپنگ اٹ اینڈ اونلی دا لمیٹڈ کین بی گریسپڈ۔</w:t>
      </w:r>
    </w:p>
    <w:p>
      <w:r>
        <w:rPr>
          <w:b/>
        </w:rPr>
        <w:t xml:space="preserve">[21:07] </w:t>
      </w:r>
      <w:r>
        <w:t>this truth of unlimited can never be known by anybody, even prophet himself. dekhen, truth unlimited nahi hai, God unlimited hai.</w:t>
      </w:r>
    </w:p>
    <w:p>
      <w:pPr>
        <w:jc w:val="right"/>
      </w:pPr>
      <w:r>
        <w:t>دس ٹروتھ اف ان لمیٹڈ کین نیور بی نون بائے اینی بڈی، ایون پرافٹ ہم سیلف۔ دیکھیں، ٹروتھ ان لمیٹڈ نہیں ہے، گاڈ ان لمیٹڈ ہے۔</w:t>
      </w:r>
    </w:p>
    <w:p>
      <w:r>
        <w:rPr>
          <w:b/>
        </w:rPr>
        <w:t xml:space="preserve">[21:18] </w:t>
      </w:r>
      <w:r>
        <w:t>donon mein farq kijiye. jo log God ko nahi mante aur sirf truth ko mante hain to mein is se sehmat nahi hoon. woh to samajhte hain ke truth, ek cosmic ray jaise hai, isi tarah se truth koi cheez hai.</w:t>
      </w:r>
    </w:p>
    <w:p>
      <w:pPr>
        <w:jc w:val="right"/>
      </w:pPr>
      <w:r>
        <w:t>دونوں میں فرق کیجئے۔ جو لوگ گاڈ کو نہیں مانتے اور صرف ٹروتھ کو مانتے ہیں تو میں اس سے सहمت نہیں ہوں۔ وہ تو سمجھتے ہیں کہ ٹروتھ جو ہے ایک کاسمک ریز جیسے ہے، اسی طرح سے ٹروتھ کوئی چیز ہے۔</w:t>
      </w:r>
    </w:p>
    <w:p>
      <w:r>
        <w:rPr>
          <w:b/>
        </w:rPr>
        <w:t xml:space="preserve">[21:30] </w:t>
      </w:r>
      <w:r>
        <w:t>nahi, mein God ko as a creator manta hoon aur God ki taraf se jo sachai di jati hai woh hai. to sachai jo hai woh woh unlimited nahi hai is sense mein ke hum jaan na saken is ko kabhi.</w:t>
      </w:r>
    </w:p>
    <w:p>
      <w:pPr>
        <w:jc w:val="right"/>
      </w:pPr>
      <w:r>
        <w:t>نہیں، میں گاڈ کو ایز اے کریٹر مانتا ہوں اور گاڈ کی طرف سے جو سچائی دی جاتی ہے وہ ہے۔ تو سچائی جو ہے وہ وہ ان لمیٹڈ نہیں ہے اس سینس میں کہ ہم جان نہ سکیں اس کو کبھی۔</w:t>
      </w:r>
    </w:p>
    <w:p>
      <w:r>
        <w:rPr>
          <w:b/>
        </w:rPr>
        <w:t xml:space="preserve">[21:44] </w:t>
      </w:r>
      <w:r>
        <w:t>misal ke taur par sach bolo, is mein kya sab kuch sab kuch aa gaya hai? is mein koi cheez reh nahi gayi. honest bano, is mein sab kuch aa gaya, is mein kuch reh nahi gayi koi baat.</w:t>
      </w:r>
    </w:p>
    <w:p>
      <w:pPr>
        <w:jc w:val="right"/>
      </w:pPr>
      <w:r>
        <w:t>مثلاً سچ بولو، اس میں کیا سب کچھ سب کچھ آ گیا ہے؟ اس میں کوئی چیز رہ نہیں گئی۔ اونس بن کر رہو، اس میں سب کچھ آ گیا، اس میں کچھ رہ نہیں گئی کوئی بات۔</w:t>
      </w:r>
    </w:p>
    <w:p>
      <w:r>
        <w:rPr>
          <w:b/>
        </w:rPr>
        <w:t xml:space="preserve">[21:54] </w:t>
      </w:r>
      <w:r>
        <w:t>to truth unlimited nahi hai, God zaroor unlimited hai. agar God to donon mein farq agar aap karein to is baat ka jawab aasani se jaan sakte hain.</w:t>
      </w:r>
    </w:p>
    <w:p>
      <w:pPr>
        <w:jc w:val="right"/>
      </w:pPr>
      <w:r>
        <w:t>تو ٹروتھ ان لمیٹڈ نہیں ہے، گاڈ ضرور ان لمیٹڈ ہے۔ اگر گاڈ تو دونوں میں فرق اگر آپ کریں تو اس بات کا جواب آسانی سے جان سکتے ہیں۔</w:t>
      </w:r>
    </w:p>
    <w:p>
      <w:r>
        <w:rPr>
          <w:b/>
        </w:rPr>
        <w:t xml:space="preserve">[22:06] </w:t>
      </w:r>
      <w:r>
        <w:t>next question is from Shakil ur Rehman.</w:t>
      </w:r>
    </w:p>
    <w:p>
      <w:pPr>
        <w:jc w:val="right"/>
      </w:pPr>
      <w:r>
        <w:t>نیکسٹ کوئسچن از فرام شکیلور رحمان۔</w:t>
      </w:r>
    </w:p>
    <w:p>
      <w:r>
        <w:rPr>
          <w:b/>
        </w:rPr>
        <w:t xml:space="preserve">[22:10] </w:t>
      </w:r>
      <w:r>
        <w:t>he says according to you, Prophet Muhammad is the real prophet. how should we begin to get guidance out of his life? please tell us the right source.</w:t>
      </w:r>
    </w:p>
    <w:p>
      <w:pPr>
        <w:jc w:val="right"/>
      </w:pPr>
      <w:r>
        <w:t>ہی سیز اکارڈنگ ٹو یو، پرافٹ محمد از دا ریل پرافٹ۔ ہاؤ شوڈ وی بیگن ٹو گیٹ گائیڈنس آؤٹ آف ہز لائف؟ پلیز ٹیل اس دا رائٹ سورس۔</w:t>
      </w:r>
    </w:p>
    <w:p>
      <w:r>
        <w:rPr>
          <w:b/>
        </w:rPr>
        <w:t xml:space="preserve">[22:21] </w:t>
      </w:r>
      <w:r>
        <w:t>dekhen, real ka word nahi use kiya mein ne. mein ne yeh kaha tha ke jo sach much prophet hoga wahi kahega ke mein prophet hoon.</w:t>
      </w:r>
    </w:p>
    <w:p>
      <w:pPr>
        <w:jc w:val="right"/>
      </w:pPr>
      <w:r>
        <w:t>دیکھیں، ریل کا ورڈ نہیں یوز کیا میں نے۔ میں نے یہ کہا تھا کہ جو سچ مچ پرافٹ ہوگا وہی کہے گا کہ میں پرافٹ ہوں۔</w:t>
      </w:r>
    </w:p>
    <w:p>
      <w:r>
        <w:rPr>
          <w:b/>
        </w:rPr>
        <w:t xml:space="preserve">[22:32] </w:t>
      </w:r>
      <w:r>
        <w:t>prophet jo na ho woh wahi nahi bol sakta. yeh poori history yeh batati hai.</w:t>
      </w:r>
    </w:p>
    <w:p>
      <w:pPr>
        <w:jc w:val="right"/>
      </w:pPr>
      <w:r>
        <w:t>پرافٹ جو نہ ہو وہ وہی نہیں بول سکتا۔ یہ پوری ہسٹری یہ بتاتی ہے۔</w:t>
      </w:r>
    </w:p>
    <w:p>
      <w:r>
        <w:rPr>
          <w:b/>
        </w:rPr>
        <w:t xml:space="preserve">[22:37] </w:t>
      </w:r>
      <w:r>
        <w:t>baqi source ke liye aap sab se pehle Quran ko padhenge. Quran ke baad jo hadith books hain us ko padhenge. prophet ki life ko padhenge.</w:t>
      </w:r>
    </w:p>
    <w:p>
      <w:pPr>
        <w:jc w:val="right"/>
      </w:pPr>
      <w:r>
        <w:t>باقی سورس کے لیے آپ سب سے پہلے قرآن کو پڑھیں گے۔ قرآن کے بعد جو حدیث بکس ہیں اس کو پڑھیں گے۔ پرافٹ کی لائف کو پڑھیں گے۔</w:t>
      </w:r>
    </w:p>
    <w:p>
      <w:r>
        <w:rPr>
          <w:b/>
        </w:rPr>
        <w:t xml:space="preserve">[22:47] </w:t>
      </w:r>
      <w:r>
        <w:t>is se aap jaan lenge ke prophet ka message kya tha. yahi teen source maane jaate hain: Quran aur aap ki life aur hadith.</w:t>
      </w:r>
    </w:p>
    <w:p>
      <w:pPr>
        <w:jc w:val="right"/>
      </w:pPr>
      <w:r>
        <w:t>اس سے آپ جان لیں گے کہ پرافٹ کا میسج کیا تھا۔ یہی تین سورس مانے جاتے ہیں: قرآن اور آپ کی لائف اور حدیث۔</w:t>
      </w:r>
    </w:p>
    <w:p>
      <w:r>
        <w:rPr>
          <w:b/>
        </w:rPr>
        <w:t xml:space="preserve">[22:58] </w:t>
      </w:r>
      <w:r>
        <w:t>yahi sahi maano mein source hain. to jis ko dilchaspi ho woh un ko padh sakta hai.</w:t>
      </w:r>
    </w:p>
    <w:p>
      <w:pPr>
        <w:jc w:val="right"/>
      </w:pPr>
      <w:r>
        <w:t>یہی صحیح معنوں میں سورس ہیں۔ تو جس کو دلچسپی ہو وہ ان کو پڑھ سکتا ہے۔</w:t>
      </w:r>
    </w:p>
    <w:p>
      <w:r>
        <w:rPr>
          <w:b/>
        </w:rPr>
        <w:t xml:space="preserve">[23:07] </w:t>
      </w:r>
      <w:r>
        <w:t>Naghma is what do we have to do to qualify for paradise?</w:t>
      </w:r>
    </w:p>
    <w:p>
      <w:pPr>
        <w:jc w:val="right"/>
      </w:pPr>
      <w:r>
        <w:t>نغمہ اس واٹ ڈو وی ہیو ٹو ڈو ٹو کوالیفائی فار پیرائیڈ؟</w:t>
      </w:r>
    </w:p>
    <w:p>
      <w:r>
        <w:rPr>
          <w:b/>
        </w:rPr>
        <w:t xml:space="preserve">[23:15] </w:t>
      </w:r>
      <w:r>
        <w:t>is ke bare mein mein yahi kahunga ke jahan tak mein ne samjha hai Quran mein hai ke</w:t>
      </w:r>
    </w:p>
    <w:p>
      <w:pPr>
        <w:jc w:val="right"/>
      </w:pPr>
      <w:r>
        <w:t>اس کے بارے میں میں یہی کہوں گا کہ جہاں تک میں نے سمجھا ہے قرآن میں ہے کہ</w:t>
      </w:r>
    </w:p>
    <w:p>
      <w:r>
        <w:rPr>
          <w:b/>
        </w:rPr>
        <w:t xml:space="preserve">[23:26] </w:t>
      </w:r>
      <w:r>
        <w:t>sirf muttaqi insaan paradise mein jayega. yaani purified soul. apni soul ko purify karna.</w:t>
      </w:r>
    </w:p>
    <w:p>
      <w:pPr>
        <w:jc w:val="right"/>
      </w:pPr>
      <w:r>
        <w:t>صرف مدقی انسان پیرائیڈ میں جائے گا۔ یعنی پیوریفائیڈ سول۔ اپنی سول کو پیوریفائی کرنا۔</w:t>
      </w:r>
    </w:p>
    <w:p>
      <w:r>
        <w:rPr>
          <w:b/>
        </w:rPr>
        <w:t xml:space="preserve">[23:36] </w:t>
      </w:r>
      <w:r>
        <w:t>is par aap ghor kijiye to maloom hoga ke insaan paida kiya jata hai is ke andar bohat se negative thought hote hain. misal ke taur par lust hai aur anger hai, egoism hai aur dishonesty hai.</w:t>
      </w:r>
    </w:p>
    <w:p>
      <w:pPr>
        <w:jc w:val="right"/>
      </w:pPr>
      <w:r>
        <w:t>اس پر آپ غور کیجئے تو معلوم ہوگا کہ انسان پیدا کیا جاتا ہے اس کے اندر بہت سے نیگیٹیو تھاٹ ہوتے ہیں۔ مثلاً لسٹ ہے اور آرگنز ہیں، ایگو ازم ہے اور ڈس آنیسٹی ہے۔</w:t>
      </w:r>
    </w:p>
    <w:p>
      <w:r>
        <w:rPr>
          <w:b/>
        </w:rPr>
        <w:t xml:space="preserve">[23:55] </w:t>
      </w:r>
      <w:r>
        <w:t>is tarah ki bohat si cheezein hain insaan ke andar. anger hai. to</w:t>
      </w:r>
    </w:p>
    <w:p>
      <w:pPr>
        <w:jc w:val="right"/>
      </w:pPr>
      <w:r>
        <w:t>اس طرح کی بہت سی چیزیں ہیں انسان کے اندر۔ اینگر ہے۔ تو</w:t>
      </w:r>
    </w:p>
    <w:p>
      <w:r>
        <w:rPr>
          <w:b/>
        </w:rPr>
        <w:t xml:space="preserve">[24:01] </w:t>
      </w:r>
      <w:r>
        <w:t>insaan ko banaya hai khuda ne in sab cheezon ke saath. yaani yeh bhi by birth aadmi ko rakh di gayi hain. isi ka test hai ke jab yeh cheezen aap ko galat raaste ki taraf le jayen to aap unhein control karen.</w:t>
      </w:r>
    </w:p>
    <w:p>
      <w:pPr>
        <w:jc w:val="right"/>
      </w:pPr>
      <w:r>
        <w:t>انسان کو بنایا ہے خدا نے ان سب چیزوں کے ساتھ۔ یعنی یہ بھی بائی برتھ آدمی کو رکھ دی گئی ہیں۔ اسی کا ٹیسٹ ہے کہ جب یہ چیزیں آپ کو غلط راستے کی طرف لے جائیں تو آپ انہیں کنٹرول کریں۔</w:t>
      </w:r>
    </w:p>
    <w:p>
      <w:r>
        <w:rPr>
          <w:b/>
        </w:rPr>
        <w:t xml:space="preserve">[24:15] </w:t>
      </w:r>
      <w:r>
        <w:t>yaani ghussa aa jaye to ghusse ko manage karen. lalach aaye to lalach ko manage karen.</w:t>
      </w:r>
    </w:p>
    <w:p>
      <w:pPr>
        <w:jc w:val="right"/>
      </w:pPr>
      <w:r>
        <w:t>یعنی غصہ آ جائے تو غصے کو مینج کریں۔ لالچ آئے تو لالچ کو مینج کریں۔</w:t>
      </w:r>
    </w:p>
    <w:p>
      <w:r>
        <w:rPr>
          <w:b/>
        </w:rPr>
        <w:t xml:space="preserve">[24:24] </w:t>
      </w:r>
      <w:r>
        <w:t>jitne bhi negative thoughts hain un ko manage</w:t>
      </w:r>
    </w:p>
    <w:p>
      <w:pPr>
        <w:jc w:val="right"/>
      </w:pPr>
      <w:r>
        <w:t>جتنے بھی نیگیٹیو تھاٹس ہیں ان کو مینج</w:t>
      </w:r>
    </w:p>
    <w:p>
      <w:r>
        <w:rPr>
          <w:b/>
        </w:rPr>
        <w:t xml:space="preserve">[24:27] </w:t>
      </w:r>
      <w:r>
        <w:t>karna hai. aap kal nahi kar sakte in ko. woh khatm nahi kar sakte aap in ko. lekin manage kar sakte hain. to jo aadmi successfully apne negative thoughts ko manage kar sake aur is liye ke is ko khuda ka dar ho aur is ko piraiyd ka shauq ho is ke andar.</w:t>
      </w:r>
    </w:p>
    <w:p>
      <w:pPr>
        <w:jc w:val="right"/>
      </w:pPr>
      <w:r>
        <w:t>کرنا ہے۔ آپ کل نہیں کر سکتے ان کو۔ وہ ختم نہیں کر سکتے آپ ان کو۔ لیکن مینج کر سکتے ہیں۔ تو جو آدمی سکسیس فلی اپنے نیگیٹیو تھاٹس کو مینج کر سکے اور اس لیے کہ اس کو خدا کا ڈر ہو اور اس کو پیرائیڈ کا شوق ہو اس کے اندر۔</w:t>
      </w:r>
    </w:p>
    <w:p>
      <w:r>
        <w:rPr>
          <w:b/>
        </w:rPr>
        <w:t xml:space="preserve">[24:45] </w:t>
      </w:r>
      <w:r>
        <w:t>matlab yeh intention ho is ki. yeh intention bhi zaroori hai.</w:t>
      </w:r>
    </w:p>
    <w:p>
      <w:pPr>
        <w:jc w:val="right"/>
      </w:pPr>
      <w:r>
        <w:t>مطلب یہ انٹینشن ہو اس کی۔ یہ انٹینشن بھی ضروری ہے۔</w:t>
      </w:r>
    </w:p>
    <w:p>
      <w:r>
        <w:rPr>
          <w:b/>
        </w:rPr>
        <w:t xml:space="preserve">[24:49] </w:t>
      </w:r>
      <w:r>
        <w:t>yaani khuda ke liye khuda wale intention ki ko le kar ke agar woh apne negative thoughts ko manage kar sake to isi ke liye piraiyd hai.</w:t>
      </w:r>
    </w:p>
    <w:p>
      <w:pPr>
        <w:jc w:val="right"/>
      </w:pPr>
      <w:r>
        <w:t>یعنی خدا کے لیے خدا والے انٹینشن کی کو لے کر کے اگر وہ اپنے نیگیٹیو تھاٹس کو مینج کر سکے تو اسی کے لیے پیرائیڈ ہے۔</w:t>
      </w:r>
    </w:p>
    <w:p>
      <w:r>
        <w:rPr>
          <w:b/>
        </w:rPr>
        <w:t xml:space="preserve">[25:02] </w:t>
      </w:r>
      <w:r>
        <w:t>next question is from bilal ahmed. he says muslims believe in almost one lakh 25 thousand prophets even who are not historical figures.</w:t>
      </w:r>
    </w:p>
    <w:p>
      <w:pPr>
        <w:jc w:val="right"/>
      </w:pPr>
      <w:r>
        <w:t>نیکسٹ کوئسچن از فرام بلال احمد۔ ہی سیز مسلمز بیلیو ان الموسٹ ون لاکھ 25 تھا پرافٹس ایون ہو آر ناٹ ہسٹوریکل فگرز۔</w:t>
      </w:r>
    </w:p>
    <w:p>
      <w:r>
        <w:rPr>
          <w:b/>
        </w:rPr>
        <w:t xml:space="preserve">[25:13] </w:t>
      </w:r>
      <w:r>
        <w:t>do you think lord krishna, lord ram, lord buddha were also prophets?</w:t>
      </w:r>
    </w:p>
    <w:p>
      <w:pPr>
        <w:jc w:val="right"/>
      </w:pPr>
      <w:r>
        <w:t>ڈو یو تھنک لارڈ کرشنا، لارڈ رام، لارڈ بدھا وار السو پرافٹس؟</w:t>
      </w:r>
    </w:p>
    <w:p>
      <w:r>
        <w:rPr>
          <w:b/>
        </w:rPr>
        <w:t xml:space="preserve">[25:19] </w:t>
      </w:r>
      <w:r>
        <w:t>maybe not historical prophets but prophets and not just realized souls. what should make us think that they were not the chosen prophets of Allah?</w:t>
      </w:r>
    </w:p>
    <w:p>
      <w:pPr>
        <w:jc w:val="right"/>
      </w:pPr>
      <w:r>
        <w:t>می بی ناٹ ہسٹوریکل پرافٹس بٹ پرافٹس اینڈ ناٹ جسٹ ریلائزڈ سولز۔ واٹ شوڈ میک اس تھنک دیٹ دے وار ناٹ دی چوزن پرافٹس آف اللہ؟</w:t>
      </w:r>
    </w:p>
    <w:p>
      <w:r>
        <w:rPr>
          <w:b/>
        </w:rPr>
        <w:t xml:space="preserve">[25:29] </w:t>
      </w:r>
      <w:r>
        <w:t>should we only base our believe on the historical and scientific facts and proof? dekhiye, kuch log aisa kehte hain lekin yeh mudda sust gawah chusti wali baat hai.</w:t>
      </w:r>
    </w:p>
    <w:p>
      <w:pPr>
        <w:jc w:val="right"/>
      </w:pPr>
      <w:r>
        <w:t>شوڈ وی اونلی بیس اور بیلیو ان دی ہسٹوریکل اینڈ سائنٹیفک فیکٹس اینڈ پروف؟ دیکھیے، کچھ لوگ ایسا کہتے ہیں لیکن یہ مدع سست گواہ چستی والی بات ہے۔</w:t>
      </w:r>
    </w:p>
    <w:p>
      <w:r>
        <w:rPr>
          <w:b/>
        </w:rPr>
        <w:t xml:space="preserve">[25:43] </w:t>
      </w:r>
      <w:r>
        <w:t>yaani jo claim unhone khud nahi kiya woh un par daal rahe hain aap.</w:t>
      </w:r>
    </w:p>
    <w:p>
      <w:pPr>
        <w:jc w:val="right"/>
      </w:pPr>
      <w:r>
        <w:t>یعنی جو کلیم انہوں نے خود نہیں کیا وہ ان پر ڈال رہے ہیں آپ۔</w:t>
      </w:r>
    </w:p>
    <w:p>
      <w:r>
        <w:rPr>
          <w:b/>
        </w:rPr>
        <w:t xml:space="preserve">[25:46] </w:t>
      </w:r>
      <w:r>
        <w:t>aap jo bhi hai books jo dharmik books hain un ko aap padhiye. kabhi bhi ram ne yeh nahi kaha ke main prophet hoon.</w:t>
      </w:r>
    </w:p>
    <w:p>
      <w:pPr>
        <w:jc w:val="right"/>
      </w:pPr>
      <w:r>
        <w:t>آپ جو بھی ہے بکس جو دھارمک بکس ہیں ان کو آپ پڑھیے۔ کبھی بھی رام نے یہ نہیں کہا کہ میں پرافٹ ہوں۔</w:t>
      </w:r>
    </w:p>
    <w:p>
      <w:r>
        <w:rPr>
          <w:b/>
        </w:rPr>
        <w:t xml:space="preserve">[25:56] </w:t>
      </w:r>
      <w:r>
        <w:t>kabhi bhi krishan ne yeh nahi kaha ke main prophet hoon. kabhi buddha ne yeh nahi kaha ke main prophet hoon. to doosre log un par yeh title de rahe hain un ko. maine ise aap is se pehle kaha tha aap ko ke yeh ek trend chala hua hai logon ke andar ke doosre log kisi ko ek title dena chahte hain.</w:t>
      </w:r>
    </w:p>
    <w:p>
      <w:pPr>
        <w:jc w:val="right"/>
      </w:pPr>
      <w:r>
        <w:t>کبھی بھی کرشن نے یہ نہیں کہا کہ میں پرافٹ ہوں۔ کبھی بدھا نے یہ نہیں کہا کہ میں پرافٹ ہوں۔ تو دوسرے لوگ ان پر یہ ٹائٹل دے رہے ہیں ان کو۔ میں نے اسے آپ اس سے پہلے کہا تھا آپ کو کہ یہ ایک ٹرینڈ چلا ہوا ہے لوگوں کے اندر کہ دوسرے لوگ کسی کو ایک ٹائٹل دینا چاہتے ہیں۔</w:t>
      </w:r>
    </w:p>
    <w:p>
      <w:r>
        <w:rPr>
          <w:b/>
        </w:rPr>
        <w:t xml:space="preserve">[26:14] </w:t>
      </w:r>
      <w:r>
        <w:t>to main aisi aisi ise koi importance nahi deta aise aise title ko. khud is insaan ne kya kaha? jab tak woh insaan na kahe apne bare mein ke main prophet hoon tab tak main is par sochne ke liye tayyar nahi hoon.</w:t>
      </w:r>
    </w:p>
    <w:p>
      <w:pPr>
        <w:jc w:val="right"/>
      </w:pPr>
      <w:r>
        <w:t>تو میں ایسی ایسی اسے کوئی امپورٹنس نہیں دیتا ایسے ایسے ٹائٹل کو۔ خود اس انسان نے کیا کہا؟ جب تک وہ انسان نہ کہے اپنے بارے میں کہ میں پرافٹ ہوں تب تک میں اس پر سوچنے کے لیے تیار نہیں ہوں۔</w:t>
      </w:r>
    </w:p>
    <w:p>
      <w:r>
        <w:rPr>
          <w:b/>
        </w:rPr>
        <w:t xml:space="preserve">[26:28] </w:t>
      </w:r>
      <w:r>
        <w:t>aap mujhe koi reference dijiye aisa ke in logon ne jinke aap naam liye hain aap ne apne munh se kaha ho unhone ke main i am the prophet of god tab main sochunga un ke bare mein.</w:t>
      </w:r>
    </w:p>
    <w:p>
      <w:pPr>
        <w:jc w:val="right"/>
      </w:pPr>
      <w:r>
        <w:t>آپ مجھے کوئی ریفرنس دیجئے ایسا کہ ان لوگوں نے جن کے آپ نام لیے ہیں آپ نے اپنے منہ سے کہا ہو انہوں نے کہ میں آئی ایم دا پرافٹ آف گاڈ تب میں سوچوں گا ان کے بارے میں۔</w:t>
      </w:r>
    </w:p>
    <w:p>
      <w:r>
        <w:rPr>
          <w:b/>
        </w:rPr>
        <w:t xml:space="preserve">[26:39] </w:t>
      </w:r>
      <w:r>
        <w:t>is ke baghair main soch nahi sakta hoon. next question is from priya.</w:t>
      </w:r>
    </w:p>
    <w:p>
      <w:pPr>
        <w:jc w:val="right"/>
      </w:pPr>
      <w:r>
        <w:t>اس کے بغیر میں سوچ نہیں سکتا ہوں۔ نیکسٹ کوئسچن از فرام پریا۔</w:t>
      </w:r>
    </w:p>
    <w:p>
      <w:r>
        <w:rPr>
          <w:b/>
        </w:rPr>
        <w:t xml:space="preserve">[26:44] </w:t>
      </w:r>
      <w:r>
        <w:t>she says Maulana please give an example from prophets life which made you deduce that he was a seeker.</w:t>
      </w:r>
    </w:p>
    <w:p>
      <w:pPr>
        <w:jc w:val="right"/>
      </w:pPr>
      <w:r>
        <w:t>شی سیز مولانا پلیز گیو این ایگزیمپل فرام پرافٹس لائف وچ میڈ یو ڈیڈیوس دیٹ ہی واز ا سیکر۔</w:t>
      </w:r>
    </w:p>
    <w:p>
      <w:r>
        <w:rPr>
          <w:b/>
        </w:rPr>
        <w:t xml:space="preserve">[26:56] </w:t>
      </w:r>
      <w:r>
        <w:t>dekhiye, prophet paida hue 570 AD mein. yaani 570 mein. is ke baad 40 tak aap seeker hi rahe.</w:t>
      </w:r>
    </w:p>
    <w:p>
      <w:pPr>
        <w:jc w:val="right"/>
      </w:pPr>
      <w:r>
        <w:t>دیکھیے، پرافٹ پیدا ہوئے 570 اے ڈی میں۔ یعنی 570 میں۔ اس کے بعد 40 تک آپ سیکر ہی رہے۔</w:t>
      </w:r>
    </w:p>
    <w:p>
      <w:r>
        <w:rPr>
          <w:b/>
        </w:rPr>
        <w:t xml:space="preserve">[27:09] </w:t>
      </w:r>
      <w:r>
        <w:t>kyun ke historical jo data hai aap ke bare mein woh batata hai ke aap aisa karte the ke waise aap business bhi karte the to is 24 ghante nahi aate the lekin time nikal kar jaate the aap ek cave tha jis ko kehte hain ghar e hira.</w:t>
      </w:r>
    </w:p>
    <w:p>
      <w:pPr>
        <w:jc w:val="right"/>
      </w:pPr>
      <w:r>
        <w:t>کیونکہ ہسٹوریکل جو ڈیٹا ہے آپ کے بارے میں وہ بتاتا ہے کہ آپ ایسا کرتے تھے کہ ویسے آپ بزنس بھی کرتے تھے تو اس 24 گھنٹے نہیں آتے تھے لیکن ٹائم نکال کر جاتے تھے آپ ایک کیو تھا جس کو کہتے ہیں غار حرا۔</w:t>
      </w:r>
    </w:p>
    <w:p>
      <w:r>
        <w:rPr>
          <w:b/>
        </w:rPr>
        <w:t xml:space="preserve">[27:33] </w:t>
      </w:r>
      <w:r>
        <w:t>yaani hira ek mountain tha is ke andar ek cave tha wahan chale aate the aap.</w:t>
      </w:r>
    </w:p>
    <w:p>
      <w:pPr>
        <w:jc w:val="right"/>
      </w:pPr>
      <w:r>
        <w:t>یعنی حرا ایک ماؤنٹین تھا اس کے اندر ایک کیو تھا وہاں چلے آتے تھے آپ۔</w:t>
      </w:r>
    </w:p>
    <w:p>
      <w:r>
        <w:rPr>
          <w:b/>
        </w:rPr>
        <w:t xml:space="preserve">[27:37] </w:t>
      </w:r>
      <w:r>
        <w:t>us waqt ke lehaz se kuch khajoor le liya kuch pani le liya wahan ja kar ke aap kai kai din bitate the woh. woh jo tha aap ka meditation tha.</w:t>
      </w:r>
    </w:p>
    <w:p>
      <w:pPr>
        <w:jc w:val="right"/>
      </w:pPr>
      <w:r>
        <w:t>اس وقت کے لحاظ سے کچھ کھجور لے لیا کچھ پانی لے لیا وہاں جا کر کے آپ کئی کئی دن بتاتے تھے وہ۔ وہ جو تھا آپ کا میڈیٹیشن تھا۔</w:t>
      </w:r>
    </w:p>
    <w:p>
      <w:r>
        <w:rPr>
          <w:b/>
        </w:rPr>
        <w:t xml:space="preserve">[27:46] </w:t>
      </w:r>
      <w:r>
        <w:t>woh seeking period tha. woh aap sochte the wahan par. alag thalag ja kar ke. to achha yaani 500 610 tak aisa raha ke aap seeker rahe seeker rahe seeker rahe.</w:t>
      </w:r>
    </w:p>
    <w:p>
      <w:pPr>
        <w:jc w:val="right"/>
      </w:pPr>
      <w:r>
        <w:t>وہ سیکنگ پیریڈ تھا۔ وہ آپ سوچتے تھے وہاں پر۔ الگ تھلگ جا کر کے۔ تو اچھا یعنی 500 610 تک ایسا رہا کہ آپ سیکر رہے سیکر رہے سیکر رہے۔</w:t>
      </w:r>
    </w:p>
    <w:p>
      <w:r>
        <w:rPr>
          <w:b/>
        </w:rPr>
        <w:t xml:space="preserve">[27:59] </w:t>
      </w:r>
      <w:r>
        <w:t>yahan tak ke 610 mein angel aaya aur us ne aap ko pehli revelation aap di.</w:t>
      </w:r>
    </w:p>
    <w:p>
      <w:pPr>
        <w:jc w:val="right"/>
      </w:pPr>
      <w:r>
        <w:t>یہاں تک کہ 610 میں اینجل آیا اور اس نے آپ کو پہلی ریولیشن آپ دی۔</w:t>
      </w:r>
    </w:p>
    <w:p>
      <w:r>
        <w:rPr>
          <w:b/>
        </w:rPr>
        <w:t xml:space="preserve">[28:06] </w:t>
      </w:r>
      <w:r>
        <w:t>yaani pehla jo quran ka jo pehla part hai woh diya aap ko. to yeh poora period aap ka seeking period hai. next question is from sadia.</w:t>
      </w:r>
    </w:p>
    <w:p>
      <w:pPr>
        <w:jc w:val="right"/>
      </w:pPr>
      <w:r>
        <w:t>یعنی پہلا جو قرآن کا جو پہلا پارٹ ہے وہ دیا آپ کو۔ تو یہ پورا پیریڈ آپ کا سیکنگ پیریڈ ہے۔ نیکسٹ کوئسچن از فرام سعدیہ۔</w:t>
      </w:r>
    </w:p>
    <w:p>
      <w:r>
        <w:rPr>
          <w:b/>
        </w:rPr>
        <w:t xml:space="preserve">[28:17] </w:t>
      </w:r>
      <w:r>
        <w:t>she says how can you not claim that Jesus Christ was also a historical figure? the idea of chronology AD BC originates from there only.</w:t>
      </w:r>
    </w:p>
    <w:p>
      <w:pPr>
        <w:jc w:val="right"/>
      </w:pPr>
      <w:r>
        <w:t>شی سیز ہاؤ کین یو ناٹ کلیم دیٹ جیسس کرائسٹ واز السو ا ہسٹوریکل فگر؟ دی آئیڈیا آف کرونالوجی اے ڈی بی سی اوریجنیٹس فرام دیر اونلی۔</w:t>
      </w:r>
    </w:p>
    <w:p>
      <w:r>
        <w:rPr>
          <w:b/>
        </w:rPr>
        <w:t xml:space="preserve">[28:28] </w:t>
      </w:r>
      <w:r>
        <w:t>aap ko yeh maloom hona chahiye ke yeh jo hai yeh farzi hai.</w:t>
      </w:r>
    </w:p>
    <w:p>
      <w:pPr>
        <w:jc w:val="right"/>
      </w:pPr>
      <w:r>
        <w:t>آپ کو یہ معلوم ہونا چاہیے کہ یہ جو ہے یہ فرضی ہے۔</w:t>
      </w:r>
    </w:p>
    <w:p>
      <w:r>
        <w:rPr>
          <w:b/>
        </w:rPr>
        <w:t xml:space="preserve">[28:32] </w:t>
      </w:r>
      <w:r>
        <w:t>yeh aisa nahi hai ke jo hum bolte hain ke 2006 to sach much 2006 par woh paida hue the. yeh ek maan liya gaya hai.</w:t>
      </w:r>
    </w:p>
    <w:p>
      <w:pPr>
        <w:jc w:val="right"/>
      </w:pPr>
      <w:r>
        <w:t>یہ ایسا نہیں ہے کہ جو ہم بولتے ہیں کہ 2006 تو سچ مچ 2006 پر وہ پیدا ہوئے تھے۔ یہ ایک مان لیا گیا ہے۔</w:t>
      </w:r>
    </w:p>
    <w:p>
      <w:r>
        <w:rPr>
          <w:b/>
        </w:rPr>
        <w:t xml:space="preserve">[28:43] </w:t>
      </w:r>
      <w:r>
        <w:t>ek supposition hai yeh. aap calendar ka koi bhi is mein parh ke parhiye yani salopediya mein ke calendar kaise bana hai yeh.</w:t>
      </w:r>
    </w:p>
    <w:p>
      <w:pPr>
        <w:jc w:val="right"/>
      </w:pPr>
      <w:r>
        <w:t>ایک سپوزیشن ہے یہ۔ آپ کیلنڈر کا کوئی بھی اس میں پڑھ کے پڑھیے یعنی سالوپیڈیا میں کہ کیلنڈر کیسے بنا ہے یہ۔</w:t>
      </w:r>
    </w:p>
    <w:p>
      <w:r>
        <w:rPr>
          <w:b/>
        </w:rPr>
        <w:t xml:space="preserve">[28:51] </w:t>
      </w:r>
      <w:r>
        <w:t>to maloom hoga ke yeh abhi tak yeh sabit nahi hai ke isi date ko paida hue the Hazrat Masih. yani maan liya gaya hai taake ek calendar hum bana saken.</w:t>
      </w:r>
    </w:p>
    <w:p>
      <w:pPr>
        <w:jc w:val="right"/>
      </w:pPr>
      <w:r>
        <w:t>تو معلوم ہوگا کہ یہ ابھی تک یہ ثابت نہیں ہے کہ اسی ڈیٹ کو پیدا ہوئے تھے حضرت مسیح۔ یعنی مان لیا گیا ہے تاکہ ایک کیلنڈر ہم بنا سکیں۔</w:t>
      </w:r>
    </w:p>
    <w:p>
      <w:r>
        <w:rPr>
          <w:b/>
        </w:rPr>
        <w:t xml:space="preserve">[29:03] </w:t>
      </w:r>
      <w:r>
        <w:t>to is se sabit nahi hota ke woh historical prophet the woh. next question is from abro aman. as you said seekers are finders.</w:t>
      </w:r>
    </w:p>
    <w:p>
      <w:pPr>
        <w:jc w:val="right"/>
      </w:pPr>
      <w:r>
        <w:t>تو اس سے ثابت نہیں ہوتا کہ وہ ہسٹوریکل پرافٹ تھے وہ۔ نیکسٹ کوئسچن از فرام ابرو امان۔ ایز یو سیڈ سیکرز آر فائنڈرز۔</w:t>
      </w:r>
    </w:p>
    <w:p>
      <w:r>
        <w:rPr>
          <w:b/>
        </w:rPr>
        <w:t xml:space="preserve">[29:13] </w:t>
      </w:r>
      <w:r>
        <w:t>non muslims are also seekers of the truth. then why they are not the finders of the actual truth? yeh to theek nahi hai.</w:t>
      </w:r>
    </w:p>
    <w:p>
      <w:pPr>
        <w:jc w:val="right"/>
      </w:pPr>
      <w:r>
        <w:t>نان مسلمز آر السو سیکرز آف دا ٹروتھ۔ دین وائی دے آر ناٹ دی فائنڈرز آف دی ایکچول ٹروتھ؟ یہ تو ٹھیک نہیں ہے۔</w:t>
      </w:r>
    </w:p>
    <w:p>
      <w:r>
        <w:rPr>
          <w:b/>
        </w:rPr>
        <w:t xml:space="preserve">[29:22] </w:t>
      </w:r>
      <w:r>
        <w:t>hazaron lakhon log aap ke bhi baap dada kabhi kuch aur rahe honge. yani yeh to yani agar hamare baap dada ne sachai ko na mana hota hum bhi sachai se be bara rehte.</w:t>
      </w:r>
    </w:p>
    <w:p>
      <w:pPr>
        <w:jc w:val="right"/>
      </w:pPr>
      <w:r>
        <w:t>ہزاروں لاکھوں لوگ آپ کے بھی باپ دادا کبھی کچھ اور رہے ہوں گے۔ یعنی یہ تو یعنی اگر ہمارے باپ دادا نے سچائی کو نہ مانا ہوتا ہم بھی سچائی سے بے برا رہتے۔</w:t>
      </w:r>
    </w:p>
    <w:p>
      <w:r>
        <w:rPr>
          <w:b/>
        </w:rPr>
        <w:t xml:space="preserve">[29:34] </w:t>
      </w:r>
      <w:r>
        <w:t>is family mein na paida hote hum. to yeh kehna ke woh seeker layiq hain yeh galat hai yeh baat. sare log seeker hain.</w:t>
      </w:r>
    </w:p>
    <w:p>
      <w:pPr>
        <w:jc w:val="right"/>
      </w:pPr>
      <w:r>
        <w:t>اس فیملی میں نہ پیدا ہوتے ہم۔ تو یہ کہنا کہ وہ سیکر لائی ہیں یہ غلط ہے یہ بات۔ سارے لوگ سیکر ہیں۔</w:t>
      </w:r>
    </w:p>
    <w:p>
      <w:r>
        <w:rPr>
          <w:b/>
        </w:rPr>
        <w:t xml:space="preserve">[29:43] </w:t>
      </w:r>
      <w:r>
        <w:t>kuch logon ka ki seeking jo hai itni itni strong hoti hai ke woh kisi aur cheez pe raazi nahi hote. ke paisa mil jaye, office mil gaya, ghar mil gaya to is pe raazi nahi hote.</w:t>
      </w:r>
    </w:p>
    <w:p>
      <w:pPr>
        <w:jc w:val="right"/>
      </w:pPr>
      <w:r>
        <w:t>کچھ لوگوں کا کی سیکنگ جو ہے اتنی اتنی سٹرانگ ہوتی ہے کہ وہ کسی اور چیز پہ راضی نہیں ہوتے۔ کہ پیسہ مل جائے، آفس مل گیا، گھر مل گیا تو اس پہ راضی نہیں ہوتے۔</w:t>
      </w:r>
    </w:p>
    <w:p>
      <w:r>
        <w:rPr>
          <w:b/>
        </w:rPr>
        <w:t xml:space="preserve">[29:54] </w:t>
      </w:r>
      <w:r>
        <w:t>unki seeking chalti rehti hai. aur woh yahan tak ke woh sachai ko pa lete hain. kuch log aise hote hain ke seeking to hai unke andar lekin phir unko paisa mil gaya, business chal gaya, acha ghar mil gaya to isi par woh mutmaeen ho jate hain.</w:t>
      </w:r>
    </w:p>
    <w:p>
      <w:pPr>
        <w:jc w:val="right"/>
      </w:pPr>
      <w:r>
        <w:t>ان کی سیکنگ چلتی رہتی ہے۔ اور وہ یہاں تک کہ وہ سچائی کو پا لیتے ہیں۔ کچھ لوگ ایسے ہوتے ہیں کہ سیکنگ تو ہے ان کے اندر لیکن پھر ان کو پیسہ مل گیا، بزنس چل گیا، اچھا گھر مل گیا تو اسی پر وہ مطمئن ہو جاتے ہیں۔</w:t>
      </w:r>
    </w:p>
    <w:p>
      <w:r>
        <w:rPr>
          <w:b/>
        </w:rPr>
        <w:t xml:space="preserve">[30:06] </w:t>
      </w:r>
      <w:r>
        <w:t>to apni seeking spirit ko daba kar ke woh temporary apna khush ho lete hain is mein.</w:t>
      </w:r>
    </w:p>
    <w:p>
      <w:pPr>
        <w:jc w:val="right"/>
      </w:pPr>
      <w:r>
        <w:t>تو اپنی سیکنگ اسپرٹ کو دبا کر کے وہ ٹیمپرری اپنا خوش ہو لیتے ہیں اس میں۔</w:t>
      </w:r>
    </w:p>
    <w:p>
      <w:r>
        <w:rPr>
          <w:b/>
        </w:rPr>
        <w:t xml:space="preserve">[30:13] </w:t>
      </w:r>
      <w:r>
        <w:t>warna seeking spirit har ek mein hoti hai. kisi mein strong, kisi mein weak. the next question is by navdeep.</w:t>
      </w:r>
    </w:p>
    <w:p>
      <w:pPr>
        <w:jc w:val="right"/>
      </w:pPr>
      <w:r>
        <w:t>ورنہ سیکنگ اسپرٹ ہر ایک میں ہوتی ہے۔ کسی میں سٹرانگ، کسی میں ویک۔ دا نیکسٹ کوئسچن از بائے نودیپ۔</w:t>
      </w:r>
    </w:p>
    <w:p>
      <w:r>
        <w:rPr>
          <w:b/>
        </w:rPr>
        <w:t xml:space="preserve">[30:22] </w:t>
      </w:r>
      <w:r>
        <w:t>he says when does your test start and what happens to the children who are born and live for few years and die before being educated?</w:t>
      </w:r>
    </w:p>
    <w:p>
      <w:pPr>
        <w:jc w:val="right"/>
      </w:pPr>
      <w:r>
        <w:t>ہی سیز وین ڈز یور ٹیسٹ سٹارٹ اینڈ واٹ ہیپنز ٹو دی چلڈرن ہو آر بورن اینڈ لیو فار فیو ایئرز اینڈ ڈائی بیفور بینگ ایجوکیٹڈ؟</w:t>
      </w:r>
    </w:p>
    <w:p>
      <w:r>
        <w:rPr>
          <w:b/>
        </w:rPr>
        <w:t xml:space="preserve">[30:31] </w:t>
      </w:r>
      <w:r>
        <w:t>what is their test? hadith mein aata hai ke jo bachche innocent year mein mar jayenge to woh sab paradise mein ja</w:t>
      </w:r>
    </w:p>
    <w:p>
      <w:pPr>
        <w:jc w:val="right"/>
      </w:pPr>
      <w:r>
        <w:t>واٹ از دیر ٹیسٹ؟ حدیث میں آتا ہے کہ جو بچے انوسنٹ ایئر میں مر جائیں گے تو وہ سب پیرائیڈ میں ج</w:t>
      </w:r>
    </w:p>
    <w:p>
      <w:r>
        <w:rPr>
          <w:b/>
        </w:rPr>
        <w:t xml:space="preserve">[30:42] </w:t>
      </w:r>
      <w:r>
        <w:t>ayenge. next question is by farida khanam. are challenges only for the have nots. how can play their constructive role in society?</w:t>
      </w:r>
    </w:p>
    <w:p>
      <w:pPr>
        <w:jc w:val="right"/>
      </w:pPr>
      <w:r>
        <w:t>ائیں گے۔ نیکسٹ کوئسچن از بائے فریدہ خانم۔ آر چیلنجز اونلی فار دی ہیو ناٹس۔ ہاؤ کین پلے دیر کنسٹرکٹو رول ان سوسائٹی؟</w:t>
      </w:r>
    </w:p>
    <w:p>
      <w:r>
        <w:rPr>
          <w:b/>
        </w:rPr>
        <w:t xml:space="preserve">[30:54] </w:t>
      </w:r>
      <w:r>
        <w:t>haan yeh bara acha question hai. dekhiye, maine yahan tak socha hai is par ke main bhi haves mein paida hua</w:t>
      </w:r>
    </w:p>
    <w:p>
      <w:pPr>
        <w:jc w:val="right"/>
      </w:pPr>
      <w:r>
        <w:t>ہاں یہ بڑا اچھا کوئسچن ہے۔ دیکھیے، میں نے یہاں تک سوچا ہے اس پر کہ میں بھی ہیوز میں پیدا ہوا</w:t>
      </w:r>
    </w:p>
    <w:p>
      <w:r>
        <w:rPr>
          <w:b/>
        </w:rPr>
        <w:t xml:space="preserve">[31:04] </w:t>
      </w:r>
      <w:r>
        <w:t>mere khandan ke log zamindar the, landlord the. aur us zamane ke lehaz se bare logon mein shumar hota tha. kyunke hamare ghar mein ghoda hota tha.</w:t>
      </w:r>
    </w:p>
    <w:p>
      <w:pPr>
        <w:jc w:val="right"/>
      </w:pPr>
      <w:r>
        <w:t>۔ میرے خاندان کے لوگ زمیندار تھے، لینڈ لارڈ تھے۔ اور اس زمانے کے لحاظ سے بڑے لوگوں میں شمار ہوتا تھا۔ کیونکہ ہمارے گھر میں گھوڑا ہوتا تھا۔</w:t>
      </w:r>
    </w:p>
    <w:p>
      <w:r>
        <w:rPr>
          <w:b/>
        </w:rPr>
        <w:t xml:space="preserve">[31:16] </w:t>
      </w:r>
      <w:r>
        <w:t>sab se pehle car wahan aayi thi hamare pure district mein. to ek aaj raja ke liye ek hamare yahan aayi thi. wahan ek the raja harchand. pure district mein pehli car aayi thi raja harchand ke haan, doosri car aayi thi hamari family</w:t>
      </w:r>
    </w:p>
    <w:p>
      <w:pPr>
        <w:jc w:val="right"/>
      </w:pPr>
      <w:r>
        <w:t>سب سے پہلے کار وہاں آئی تھی ہمارے پورے ڈسٹرکٹ میں۔ تو ایک آج راجہ کے لیے ایک ہمارے یہاں آئی تھی۔ وہاں ایک تھے راجہ ہرکچن۔ پورے ڈسٹرکٹ میں پہلی کار آئی تھی راجہ ہرکچن کے ہاں، دوسری کار آئی تھی ہماری فیم</w:t>
      </w:r>
    </w:p>
    <w:p>
      <w:r>
        <w:rPr>
          <w:b/>
        </w:rPr>
        <w:t xml:space="preserve">[31:30] </w:t>
      </w:r>
      <w:r>
        <w:t>mein. to main inhi logon mein se tha jo haves jinhein kehte hain aap. lekin main seeker bana. to main yeh samjha hoon is baat se ke jo have nots hain unke andar compulsively woh seeker ban jate hain.</w:t>
      </w:r>
    </w:p>
    <w:p>
      <w:pPr>
        <w:jc w:val="right"/>
      </w:pPr>
      <w:r>
        <w:t>لی میں۔ تو میں انہی لوگوں میں سے تھا جو ہیوز جنہیں کہتے ہیں آپ۔ لیکن میں سیکر بنا۔ تو میں یہ سمجھا ہوں اس بات سے کہ جو ہیو ناٹس ہیں ان کے اندر کمپلسولی وہ سیکر بن جاتے ہیں۔</w:t>
      </w:r>
    </w:p>
    <w:p>
      <w:r>
        <w:rPr>
          <w:b/>
        </w:rPr>
        <w:t xml:space="preserve">[31:44] </w:t>
      </w:r>
      <w:r>
        <w:t>yani compulsion jo hai unke liye challenge ban jata hai. compulso challenge. aur jo haves mein paida hote hain unke liye compulso challenge to nahi hota hai lekin agar unka soch bohat barha hua ho.</w:t>
      </w:r>
    </w:p>
    <w:p>
      <w:pPr>
        <w:jc w:val="right"/>
      </w:pPr>
      <w:r>
        <w:t>یعنی کمپلسن جو ہے ان کے لیے چیلنج بن جاتا ہے۔ کمپلسو چیلنج۔ اور جو ہیوز میں پیدا ہوتے ہیں ان کے لیے کمپلسو چیلنج تو نہیں ہوتا ہے لیکن اگر ان کا سوچ بہت بڑھا ہوا ہو۔</w:t>
      </w:r>
    </w:p>
    <w:p>
      <w:r>
        <w:rPr>
          <w:b/>
        </w:rPr>
        <w:t xml:space="preserve">[31:56] </w:t>
      </w:r>
      <w:r>
        <w:t>unke andar bohat zyada sochne ka mada ho. to kya hoga? is par woh unka contentment nahi hoga. jaise main tha mujhe ghode mein aur car mein aur ghar mein aur land mein aur paise mein kuch dilchaspi hi nahi thi mere.</w:t>
      </w:r>
    </w:p>
    <w:p>
      <w:pPr>
        <w:jc w:val="right"/>
      </w:pPr>
      <w:r>
        <w:t>ان کے اندر بہت زیادہ سوچنے کا مادہ ہو۔ تو کیا ہوگا؟ اس پر وہ ان کا کنٹینٹمنٹ نہیں ہوگا۔ جیسے میں تھا مجھے گھوڑے میں اور کار میں اور گھر میں اور لینڈ میں اور پیسے میں کچھ دلچسپی ہی نہیں تھی میرے۔</w:t>
      </w:r>
    </w:p>
    <w:p>
      <w:r>
        <w:rPr>
          <w:b/>
        </w:rPr>
        <w:t xml:space="preserve">[32:11] </w:t>
      </w:r>
      <w:r>
        <w:t>kuch bhi nahi.</w:t>
      </w:r>
    </w:p>
    <w:p>
      <w:pPr>
        <w:jc w:val="right"/>
      </w:pPr>
      <w:r>
        <w:t>کچھ بھی نہیں۔</w:t>
      </w:r>
    </w:p>
    <w:p>
      <w:r>
        <w:rPr>
          <w:b/>
        </w:rPr>
        <w:t xml:space="preserve">[32:12] </w:t>
      </w:r>
      <w:r>
        <w:t>hai ya nahi yeh dono barabar the mere liye. to yeh jo tha is ki wajah se main seeker ban gaya. halanke mere meri family ke doosre log seeker nahi ban sake.</w:t>
      </w:r>
    </w:p>
    <w:p>
      <w:pPr>
        <w:jc w:val="right"/>
      </w:pPr>
      <w:r>
        <w:t>ہے یا نہیں یہ دونوں برابر تھے میرے لیے۔ تو یہ جو تھا اس کی وجہ سے میں سیکر بن گیا۔ حالانکہ میرے میری فیملی کے دوسرے لوگ سیکر نہیں بن سکے۔</w:t>
      </w:r>
    </w:p>
    <w:p>
      <w:r>
        <w:rPr>
          <w:b/>
        </w:rPr>
        <w:t xml:space="preserve">[32:22] </w:t>
      </w:r>
      <w:r>
        <w:t>isi mein gum ho gaye, isi mein khush ho gaye. to yeh is par yani isi liye haves zyada paida kiye jate hain.</w:t>
      </w:r>
    </w:p>
    <w:p>
      <w:pPr>
        <w:jc w:val="right"/>
      </w:pPr>
      <w:r>
        <w:t>اسی میں گم ہو گئے، اسی میں خوش ہو گئے۔ تو یہ اس پر یعنی اسی لیے ہیوز زیادہ پیدا کیے جاتے ہیں۔</w:t>
      </w:r>
    </w:p>
    <w:p>
      <w:r>
        <w:rPr>
          <w:b/>
        </w:rPr>
        <w:t xml:space="preserve">[32:31] </w:t>
      </w:r>
      <w:r>
        <w:t>woh have nots zyada paida kiye jate hain. kyunke woh compulso challenge ko ka case banta hai unka</w:t>
      </w:r>
    </w:p>
    <w:p>
      <w:pPr>
        <w:jc w:val="right"/>
      </w:pPr>
      <w:r>
        <w:t>وہ ہیو ناٹس زیادہ پیدا کیے جاتے ہیں۔ کیونکہ وہ کمپلسو چیلنج کو کا کیس بنتا ہے ان کا</w:t>
      </w:r>
    </w:p>
    <w:p>
      <w:r>
        <w:rPr>
          <w:b/>
        </w:rPr>
        <w:t xml:space="preserve">[32:37] </w:t>
      </w:r>
      <w:r>
        <w:t>. yani sare ke sare hewz agar hon to main samajhta hoon ke phir na challenge hoga na seeking hogi, kuch bhi nahi hoga. to Khuda ki blessing yeh hai ke sab ko hewz nahi banata woh.</w:t>
      </w:r>
    </w:p>
    <w:p>
      <w:pPr>
        <w:jc w:val="right"/>
      </w:pPr>
      <w:r>
        <w:t>۔ یعنی سارے کے سارے ہیوز اگر ہوں تو میں سمجھتا ہوں کہ پھر نہ چیلنج ہوگا نہ سیکنگ ہوگی، کچھ بھی نہیں ہوگا۔ تو خدا کی بلیسنگ یہ ہے کہ سب کو ہیوز نہیں بناتا وہ۔</w:t>
      </w:r>
    </w:p>
    <w:p>
      <w:r>
        <w:rPr>
          <w:b/>
        </w:rPr>
        <w:t xml:space="preserve">[32:48] </w:t>
      </w:r>
      <w:r>
        <w:t>ke sab ko hewz bana de woh. yeh hadith mein aata hai ke agar sab ko de de Khuda ko paisa aur har cheez to sab log sarkash ho jayenge aur koi Khuda ko nahi manega.</w:t>
      </w:r>
    </w:p>
    <w:p>
      <w:pPr>
        <w:jc w:val="right"/>
      </w:pPr>
      <w:r>
        <w:t>کہ سب کو ہیوز بنا دے وہ۔ یہ حدیث میں آتا ہے کہ اگر سب کو دے دے خدا کو پیسہ اور ہر چیز تو سب لوگ سرکش ہو جائیں گے اور کوئی خدا کو نہیں مانے گا۔</w:t>
      </w:r>
    </w:p>
    <w:p>
      <w:r>
        <w:rPr>
          <w:b/>
        </w:rPr>
        <w:t xml:space="preserve">[32:59] </w:t>
      </w:r>
      <w:r>
        <w:t>to yeh blessing Khuda ki hai ke logon ko problem deta hai. problem na ho to log sarkash ban jayen.</w:t>
      </w:r>
    </w:p>
    <w:p>
      <w:pPr>
        <w:jc w:val="right"/>
      </w:pPr>
      <w:r>
        <w:t>تو یہ بلیسنگ خدا کی ہے کہ لوگوں کو پرابلم دیتا ہے۔ پرابلم نہ ہو تو لوگ سرکش بن جائیں۔</w:t>
      </w:r>
    </w:p>
    <w:p>
      <w:r>
        <w:rPr>
          <w:b/>
        </w:rPr>
        <w:t xml:space="preserve">[33:05] </w:t>
      </w:r>
      <w:r>
        <w:t>Khuda ko yani inkar karne wale ban jayen. next question is by raziya. some people perceive the difference between hews and have nots as permanent and take it to extremes.</w:t>
      </w:r>
    </w:p>
    <w:p>
      <w:pPr>
        <w:jc w:val="right"/>
      </w:pPr>
      <w:r>
        <w:t>خدا کو یعنی انکار کرنے والے بن جائیں۔ نیکسٹ کوئسچن از بائے راضیہ۔ سم پیپل پرسیو دا ڈیفرنس بٹوین ہیوز اینڈ ہیو ناٹ ایز پرماننٹ اینڈ ٹیک اٹ ٹو ایکسٹریمز۔</w:t>
      </w:r>
    </w:p>
    <w:p>
      <w:r>
        <w:rPr>
          <w:b/>
        </w:rPr>
        <w:t xml:space="preserve">[33:17] </w:t>
      </w:r>
      <w:r>
        <w:t>is it the valid reason for people committing suicide? haan yeh sahi hai. yeh hamare reformers ki ghalati hai.</w:t>
      </w:r>
    </w:p>
    <w:p>
      <w:pPr>
        <w:jc w:val="right"/>
      </w:pPr>
      <w:r>
        <w:t>از اٹ دا ویلڈ ریزن فار پیپل کمیٹنگ سوسائیڈ؟ ہاں یہ صحیح ہے۔ یہ ہمارے ریفارمرز کی غلطی ہے۔</w:t>
      </w:r>
    </w:p>
    <w:p>
      <w:r>
        <w:rPr>
          <w:b/>
        </w:rPr>
        <w:t xml:space="preserve">[33:26] </w:t>
      </w:r>
      <w:r>
        <w:t>reformers sare reformar jitne bhi hain one to all sab yahi kehte rahe hain ke society ko jaise aise boli bolte hain jaise permanently do mein bati hui hai woh.</w:t>
      </w:r>
    </w:p>
    <w:p>
      <w:pPr>
        <w:jc w:val="right"/>
      </w:pPr>
      <w:r>
        <w:t>ریفارمرز سارے ریفارمر جتنے بھی ہیں ون ٹو آل سب یہی کہتے رہے ہیں کہ سوسائٹی کو جیسے ایسے بولی بولتے ہیں جیسے پرماننٹلی دو میں بٹی ہوئی ہے وہ۔</w:t>
      </w:r>
    </w:p>
    <w:p>
      <w:r>
        <w:rPr>
          <w:b/>
        </w:rPr>
        <w:t xml:space="preserve">[33:38] </w:t>
      </w:r>
      <w:r>
        <w:t>sare reformers maine padhkar yeh keh sakta hoon main ke is is nuqte ko reformers ne pakda nahi ke aaj ka aaj ka hew nots kal ka hew ban jata hai.</w:t>
      </w:r>
    </w:p>
    <w:p>
      <w:pPr>
        <w:jc w:val="right"/>
      </w:pPr>
      <w:r>
        <w:t>سارے ریفارمرز میں نے پڑھ کر یہ کہہ سکتا ہوں میں کہ اس اس نقطے کو ریفارمرز نے پکڑا نہیں کہ آج کا آج کا ہیو ناٹس کل کا ہیو بن جاتا ہے۔</w:t>
      </w:r>
    </w:p>
    <w:p>
      <w:r>
        <w:rPr>
          <w:b/>
        </w:rPr>
        <w:t xml:space="preserve">[33:48] </w:t>
      </w:r>
      <w:r>
        <w:t>to basically jo jo taqseem hai woh hai yani potential hews aur actual hews ke beech mein. hew nots ka koi wajood nahi hai.</w:t>
      </w:r>
    </w:p>
    <w:p>
      <w:pPr>
        <w:jc w:val="right"/>
      </w:pPr>
      <w:r>
        <w:t>تو بیسکلی جو جو تقسیم ہے وہ ہے یعنی پوٹینشل ہیوز اور ایکچول ہیوز کے بیچ میں۔ ہیو ناٹس کا کوئی وجود نہیں ہے۔</w:t>
      </w:r>
    </w:p>
    <w:p>
      <w:r>
        <w:rPr>
          <w:b/>
        </w:rPr>
        <w:t xml:space="preserve">[33:56] </w:t>
      </w:r>
      <w:r>
        <w:t>misal ke taur par Dr Abdul Kalam jo the apni naujawani ki umar mein potential hews the. aaj woh actual hews hain. isko is nuqte ko ek reformar bata nahi saka.</w:t>
      </w:r>
    </w:p>
    <w:p>
      <w:pPr>
        <w:jc w:val="right"/>
      </w:pPr>
      <w:r>
        <w:t>مثلاً ڈاکٹر عبدالکلام جو تھے اپنی نوجوانی کی عمر میں پوٹینشل ہیوز تھے۔ آج وہ ایکچول ہیوز ہیں۔ اس کو اس نقطے کو ایک ریفارمر بتا نہیں سکا۔</w:t>
      </w:r>
    </w:p>
    <w:p>
      <w:r>
        <w:rPr>
          <w:b/>
        </w:rPr>
        <w:t xml:space="preserve">[34:07] </w:t>
      </w:r>
      <w:r>
        <w:t>koi bhi reformar ise nahi maloom hai jo yeh bata sake logon ko ke yeh yeh jo yeh jo division hai yeh relative hai.</w:t>
      </w:r>
    </w:p>
    <w:p>
      <w:pPr>
        <w:jc w:val="right"/>
      </w:pPr>
      <w:r>
        <w:t>کوئی بھی ریفارمر اسے نہیں معلوم ہے جو یہ بتا سکے لوگوں کو کہ یہ یہ جو یہ جو یہ جو ڈیویژن ہے یہ ریلیٹیو ہے۔</w:t>
      </w:r>
    </w:p>
    <w:p>
      <w:r>
        <w:rPr>
          <w:b/>
        </w:rPr>
        <w:t xml:space="preserve">[34:18] </w:t>
      </w:r>
      <w:r>
        <w:t>yeh permanent</w:t>
      </w:r>
    </w:p>
    <w:p>
      <w:pPr>
        <w:jc w:val="right"/>
      </w:pPr>
      <w:r>
        <w:t>یہ پرماننٹ</w:t>
      </w:r>
    </w:p>
    <w:p>
      <w:r>
        <w:rPr>
          <w:b/>
        </w:rPr>
        <w:t xml:space="preserve">[34:19] </w:t>
      </w:r>
      <w:r>
        <w:t>nahi hai. jaise main jo word bol raha hoon ke jo ke kuch log potential hews hain, kuch log actual hews hain. yeh word history mein kabhi bola nahi gaya.</w:t>
      </w:r>
    </w:p>
    <w:p>
      <w:pPr>
        <w:jc w:val="right"/>
      </w:pPr>
      <w:r>
        <w:t>نہیں ہے۔ جیسے میں جو ورڈ بول رہا ہوں کہ جو کہ کچھ لوگ پوٹینشل ہیوز ہیں، کچھ لوگ ایکچول ہیوز ہیں۔ یہ ورڈ ہسٹری میں کبھی بولا نہیں گیا۔</w:t>
      </w:r>
    </w:p>
    <w:p>
      <w:r>
        <w:rPr>
          <w:b/>
        </w:rPr>
        <w:t xml:space="preserve">[34:29] </w:t>
      </w:r>
      <w:r>
        <w:t>aage bola gaya to mujhe bataiye kisi ka naam. to woh log jo jo bolne wale log hain, jo thinkers hain, jo philosophers hain, jo leaders hain, bol bol kar unko logon ko frusts mein daal dete hain.</w:t>
      </w:r>
    </w:p>
    <w:p>
      <w:pPr>
        <w:jc w:val="right"/>
      </w:pPr>
      <w:r>
        <w:t>آگے بولا گیا تو مجھے بتائیے کسی کا نام۔ تو وہ لوگ جو جو بولنے والے لوگ ہیں، جو تھکرز ہیں، جو فلاسفرز ہیں، جو لیڈرز ہیں، بول بول کر ان کو لوگوں کو فرسٹس میں ڈال دیتے ہیں۔</w:t>
      </w:r>
    </w:p>
    <w:p>
      <w:r>
        <w:rPr>
          <w:b/>
        </w:rPr>
        <w:t xml:space="preserve">[34:44] </w:t>
      </w:r>
      <w:r>
        <w:t>agar mujhe laiq hua aisa aadmi to main bar bar main aise aadmi ko paya hai ke unko maine ek nayi zindagi de di. poori zindagi mein aise logon ka naam bata sakta hoon aap ko ke woh frusts mein the, mayoos the ke hamare paas to kuch bhi nahi, hamare paas yeh hai, hamare paas woh hai.</w:t>
      </w:r>
    </w:p>
    <w:p>
      <w:pPr>
        <w:jc w:val="right"/>
      </w:pPr>
      <w:r>
        <w:t>اگر مجھے لائق ہوا ایسا آدمی تو میں بار بار میں ایسے آدمی کو پایا ہے کہ ان کو میں نے ایک نئی زندگی دے دی۔ پوری زندگی میں ایسے لوگوں کا نام بتا سکتا ہوں آپ کو کہ وہ فرسٹس میں تھے، مایوس تھے کہ ہمارے پاس تو کچھ بھی نہیں، ہمارے پاس یہ ہے، ہمارے پاس وہ ہے۔</w:t>
      </w:r>
    </w:p>
    <w:p>
      <w:r>
        <w:rPr>
          <w:b/>
        </w:rPr>
        <w:t xml:space="preserve">[34:58] </w:t>
      </w:r>
      <w:r>
        <w:t>lekin mujhse qareeb hue woh</w:t>
      </w:r>
    </w:p>
    <w:p>
      <w:pPr>
        <w:jc w:val="right"/>
      </w:pPr>
      <w:r>
        <w:t>لیکن مجھ سے قریب ہوئے وہ</w:t>
      </w:r>
    </w:p>
    <w:p>
      <w:r>
        <w:rPr>
          <w:b/>
        </w:rPr>
        <w:t xml:space="preserve">[35:00] </w:t>
      </w:r>
      <w:r>
        <w:t>, unke andar maine ek hausla diya. hazaron log aise, hazaron log. aur phir woh hausla diya, unko umeed di, unko hope diya.</w:t>
      </w:r>
    </w:p>
    <w:p>
      <w:pPr>
        <w:jc w:val="right"/>
      </w:pPr>
      <w:r>
        <w:t>، ان کے اندر میں نے ایک حوصلہ دیا۔ ہزاروں لوگ ایسے، ہزاروں لوگ۔ اور پھر وہ حوصلہ دیا، ان کو امید دی، ان کو ہوپ دیا۔</w:t>
      </w:r>
    </w:p>
    <w:p>
      <w:r>
        <w:rPr>
          <w:b/>
        </w:rPr>
        <w:t xml:space="preserve">[35:09] </w:t>
      </w:r>
      <w:r>
        <w:t>is ke liye maine char kitabein likhi hain:</w:t>
      </w:r>
    </w:p>
    <w:p>
      <w:pPr>
        <w:jc w:val="right"/>
      </w:pPr>
      <w:r>
        <w:t>اس کے لیے میں نے چار کتابیں لکھی ہیں:</w:t>
      </w:r>
    </w:p>
    <w:p>
      <w:r>
        <w:rPr>
          <w:b/>
        </w:rPr>
        <w:t xml:space="preserve">[35:11] </w:t>
      </w:r>
      <w:r>
        <w:t>Raja Hayat, Taameer Hayat, Kitab-e-Zindagi aur Rehnuma Hayat. in kitabon ko padh padh kar ke hazaron ne lakhon logon ko hope mili hai. Pakistan mein ek sahib hain jo government service mein the, unhone Raja Hayat padhi to unhone service chhod di.</w:t>
      </w:r>
    </w:p>
    <w:p>
      <w:pPr>
        <w:jc w:val="right"/>
      </w:pPr>
      <w:r>
        <w:t>راجہ حیات، تعمیر حیات، کتاب زندگی اور رہنما حیات۔ ان کتابوں کو پڑھ پڑھ کر کے ہزاروں نے لاکھوں لوگوں کو ہوپ ملی ہے۔ پاکستان میں ایک صاحب ہیں جو گورنمنٹ سروس میں تھے، انہوں نے راجہ حیات پڑھی تو انہوں نے سروس چھوڑ دی۔</w:t>
      </w:r>
    </w:p>
    <w:p>
      <w:r>
        <w:rPr>
          <w:b/>
        </w:rPr>
        <w:t xml:space="preserve">[35:27] </w:t>
      </w:r>
      <w:r>
        <w:t>ab woh bicycle par apni kitab par isi kitab ke bundle rakhte hain aur sare Pakistan ghoom kar logon ko dete hain taake logon ko na umidi se nikalen.</w:t>
      </w:r>
    </w:p>
    <w:p>
      <w:pPr>
        <w:jc w:val="right"/>
      </w:pPr>
      <w:r>
        <w:t>اب وہ بائیسکل پر اپنی کتاب پر اسی کتاب کے بنڈل رکھتے ہیں اور سارے پاکستان گھوم کر لوگوں کو دیتے ہیں تاکہ لوگوں کو نا امیدی سے نکالیں۔</w:t>
      </w:r>
    </w:p>
    <w:p>
      <w:r>
        <w:rPr>
          <w:b/>
        </w:rPr>
        <w:t xml:space="preserve">[35:36] </w:t>
      </w:r>
      <w:r>
        <w:t>main jab Pakistan gaya tha ek bar to main airport, Lahore airport par jab utra to ek naujawan wahan, kai log the jo mere janne wale the, ek naya aadmi tha wahan par, ek naujawan.</w:t>
      </w:r>
    </w:p>
    <w:p>
      <w:pPr>
        <w:jc w:val="right"/>
      </w:pPr>
      <w:r>
        <w:t>میں جب پاکستان گیا تھا ایک بار تو میں ایئرپورٹ، لاہور ایئرپورٹ پر جب اترا تو ایک نوجوان وہاں، کئی لوگ تھے جو میرے جاننے والے تھے، ایک نیا آدمی تھا وہاں پر، ایک نوجوان۔</w:t>
      </w:r>
    </w:p>
    <w:p>
      <w:r>
        <w:rPr>
          <w:b/>
        </w:rPr>
        <w:t xml:space="preserve">[35:48] </w:t>
      </w:r>
      <w:r>
        <w:t>us ne kaha ke aap mujh ko pehchante nahi honge.</w:t>
      </w:r>
    </w:p>
    <w:p>
      <w:pPr>
        <w:jc w:val="right"/>
      </w:pPr>
      <w:r>
        <w:t>اس نے کہا کہ آپ مجھ کو پہچانتے نہیں ہوں گے۔</w:t>
      </w:r>
    </w:p>
    <w:p>
      <w:r>
        <w:rPr>
          <w:b/>
        </w:rPr>
        <w:t xml:space="preserve">[35:52] </w:t>
      </w:r>
      <w:r>
        <w:t>main aap ko janta hoon. apna case bataya unhone ke main depression mein tha, gaya tha aur wahan ittefaq se by chance mujhe aap ki kitab Raja Hayat mil gayi.</w:t>
      </w:r>
    </w:p>
    <w:p>
      <w:pPr>
        <w:jc w:val="right"/>
      </w:pPr>
      <w:r>
        <w:t>میں آپ کو جانتا ہوں۔ اپنا کیس بتایا انہوں نے کہ میں ڈپریشن میں تھا، گیا تھا اور وہاں اتفاق سے بائے چانس مجھے آپ کی کتاب راجہ حیات مل گئی۔</w:t>
      </w:r>
    </w:p>
    <w:p>
      <w:r>
        <w:rPr>
          <w:b/>
        </w:rPr>
        <w:t xml:space="preserve">[36:04] </w:t>
      </w:r>
      <w:r>
        <w:t>isko maine padh dala ek din, do din ke andar. depression khatam ho gaya, stress khatam ho gaya, tension khatam ho gaya. aur maine doctor se kaha bhai main jata hoon, main acha ho gaya hoon. yeh sari jo hai kiyun ke ghalati reformers ki hai, thinkers ki hai, leaders ki hai ke logon ko yeh bharte hain logon ke mind mein ke tum hew nots ho, tum hew nots ho, tum hew nots ho.</w:t>
      </w:r>
    </w:p>
    <w:p>
      <w:pPr>
        <w:jc w:val="right"/>
      </w:pPr>
      <w:r>
        <w:t>اس کو میں نے پڑھ ڈالا ایک دن، دو دن کے اندر۔ ڈپریشن ختم ہو گیا، اسٹریس ختم ہو گیا، ٹینشن ختم ہو گیا۔ اور میں نے ڈاکٹر سے کہا بھئی میں جاتا ہوں، میں اچھا ہو گیا ہوں۔ یہ ساری جو ہے کین کیجئے کہ غلطی ریفارمرز کی ہے، تھنکرز کی ہے، لیڈرز کی ہے کہ لوگوں کو یہ بھرتے ہیں لوگوں کے مائنڈ میں کہ تم ہیو ناٹس ہو، تم ہیو ناٹس ہو، تم ہیو ناٹس ہو۔</w:t>
      </w:r>
    </w:p>
    <w:p>
      <w:r>
        <w:rPr>
          <w:b/>
        </w:rPr>
        <w:t xml:space="preserve">[36:23] </w:t>
      </w:r>
      <w:r>
        <w:t>main ulta karta hoon</w:t>
      </w:r>
    </w:p>
    <w:p>
      <w:pPr>
        <w:jc w:val="right"/>
      </w:pPr>
      <w:r>
        <w:t>میں الٹا کرتا ہوں</w:t>
      </w:r>
    </w:p>
    <w:p>
      <w:r>
        <w:rPr>
          <w:b/>
        </w:rPr>
        <w:t xml:space="preserve">[36:24] </w:t>
      </w:r>
      <w:r>
        <w:t>. main kehta hoon koi hew nots nahi hai. koi potential hew hai, koi koi actual hew hai. jo log mere magazine ko padhte hain, jinhone meri kitabein padhi hain, aise hazaron nahi, lakhon log hain duniya mein, unse aap poochh lijiye kis tarah unki na umidi umeed mein badli hai.</w:t>
      </w:r>
    </w:p>
    <w:p>
      <w:pPr>
        <w:jc w:val="right"/>
      </w:pPr>
      <w:r>
        <w:t>۔ میں کہتا ہوں کوئی ہیو ناٹس نہیں ہے۔ کوئی پوٹینشل ہیوز ہے، کوئی کوئی ایکچول ہیوز ہے۔ جو لوگ میرے میگزین کو پڑھتے ہیں، جنہوں نے میری کتابیں پڑھی ہیں، ایسے ہزاروں نہیں، لاکھوں لوگ ہیں دنیا میں، ان سے آپ پوچھ لیجئے کس طرح ان کی نا امیدی امید میں بدلی ہے۔</w:t>
      </w:r>
    </w:p>
    <w:p>
      <w:r>
        <w:rPr>
          <w:b/>
        </w:rPr>
        <w:t xml:space="preserve">[36:42] </w:t>
      </w:r>
      <w:r>
        <w:t>be hosla ho gaye the, is se unhein hosla mila hai. to main samajhta hoon ke khudkushi jo log karte hain, un ka qasoor nahi hai, qasoor un logon ka hai jo aise thought phailate hain, aisi baatein phailate hain ke woh bechare samajhte hain ke hamare koi future nahi hai.</w:t>
      </w:r>
    </w:p>
    <w:p>
      <w:pPr>
        <w:jc w:val="right"/>
      </w:pPr>
      <w:r>
        <w:t>بے حوصلہ ہو گئے تھے، اس سے انہیں حوصلہ ملا ہے۔ تو میں سمجھتا ہوں کہ خودکشی جو لوگ کرتے ہیں، ان کا قصور نہیں ہے، قصور ان لوگوں کا ہے جو ایسے تھاٹ پھیلاتے ہیں، ایسی باتیں پھیلاتے ہیں کہ وہ بیچارے سمجھتے ہیں کہ ہمارے کوئی فیوچر نہیں ہے۔</w:t>
      </w:r>
    </w:p>
    <w:p>
      <w:r>
        <w:rPr>
          <w:b/>
        </w:rPr>
        <w:t xml:space="preserve">[36:58] </w:t>
      </w:r>
      <w:r>
        <w:t>hamara koi future nahi hai. next question is by abro. how can we convince to non muslims that prophet muhammad is the only un opposable prophet?</w:t>
      </w:r>
    </w:p>
    <w:p>
      <w:pPr>
        <w:jc w:val="right"/>
      </w:pPr>
      <w:r>
        <w:t>ہمارا کوئی فیوچر نہیں ہے۔ نیکسٹ کوئسچن از بائے ابرو۔ ہاؤ کین وی کنونس ٹو نان مسلمز دیٹ پرافٹ محمد از دی اونلی ان اپوزیبل پرافٹ؟</w:t>
      </w:r>
    </w:p>
    <w:p>
      <w:r>
        <w:rPr>
          <w:b/>
        </w:rPr>
        <w:t xml:space="preserve">[37:10] </w:t>
      </w:r>
      <w:r>
        <w:t>yeh to history batati hai. historical account yahi kehte hain. koi bataye mujhe. main ne bohat se example diye aap ko history ke bhi aur aaj ke bhi.</w:t>
      </w:r>
    </w:p>
    <w:p>
      <w:pPr>
        <w:jc w:val="right"/>
      </w:pPr>
      <w:r>
        <w:t>یہ تو ہسٹری بتاتی ہے۔ ہسٹوریکل اکاؤنٹ یہی کہتے ہیں۔ کوئی بتائے مجھے۔ میں نے بہت سے ایگزامپل دیے آپ کو ہسٹری کے بھی اور آج کے بھی۔</w:t>
      </w:r>
    </w:p>
    <w:p>
      <w:r>
        <w:rPr>
          <w:b/>
        </w:rPr>
        <w:t xml:space="preserve">[37:21] </w:t>
      </w:r>
      <w:r>
        <w:t>main ne arz kiya ke jab koi aadmi yeh kehne wala history mein paida hi nahi hua, na aaj hai aisa koi aadmi. misaal ke tor par sikh log kehte hain ke guru nanak paighambar the.</w:t>
      </w:r>
    </w:p>
    <w:p>
      <w:pPr>
        <w:jc w:val="right"/>
      </w:pPr>
      <w:r>
        <w:t>میں نے عرض کیا کہ جب کوئی آدمی یہ کہنے والا ہسٹری میں پیدا ہی نہیں ہوا، نہ آج ہے ایسا کوئی آدمی۔ مثال کے طور پر سکھ لوگ کہتے ہیں کہ گرو نانک پیغمبر تھے۔</w:t>
      </w:r>
    </w:p>
    <w:p>
      <w:r>
        <w:rPr>
          <w:b/>
        </w:rPr>
        <w:t xml:space="preserve">[37:33] </w:t>
      </w:r>
      <w:r>
        <w:t>main logon se poochta hoon sikh logon se ke phir unhon ne kab kaha? yeh sikh log apne aap yeh kehte hain ke guru nanak paighambar the. aur jab main yeh poochta hoon un se ke konsa historical proof hai ke unhon ne apne munh se kaha tha ke main prophet hoon to un ke paas koi reference nahi hota hai.</w:t>
      </w:r>
    </w:p>
    <w:p>
      <w:pPr>
        <w:jc w:val="right"/>
      </w:pPr>
      <w:r>
        <w:t>میں لوگوں سے پوچھتا ہوں سکھ لوگوں سے کہ پھر انہوں نے کب کہا؟ یہ سکھ لوگ اپنے آپ یہ کہتے ہیں کہ گرو نانک پیغمبر تھے۔ اور جب میں یہ پوچھتا ہوں ان سے کہ کون سا ہسٹوریکل پروف ہے کہ انہوں نے اپنے منہ سے کہا تھا کہ میں پرافٹ ہوں تو ان کے پاس کوئی ریفرنس نہیں ہوتا ہے۔</w:t>
      </w:r>
    </w:p>
    <w:p>
      <w:r>
        <w:rPr>
          <w:b/>
        </w:rPr>
        <w:t xml:space="preserve">[37:51] </w:t>
      </w:r>
      <w:r>
        <w:t>yahan tak ke ram aur krishan ke bare mein main kehta hoon ke unhon ne kabhi aisa kaha hi nahi. to yeh to mudai chust, gawah chust wali baat hai. yeh persian ka ek qaul hai ke mudai chust, gawah chust.</w:t>
      </w:r>
    </w:p>
    <w:p>
      <w:pPr>
        <w:jc w:val="right"/>
      </w:pPr>
      <w:r>
        <w:t>یہاں تک کہ رام اور کرشن کے بارے میں میں کہتا ہوں کہ انہوں نے کبھی ایسا کہا ہی نہیں۔ تو یہ تو مدعی چست، گواہ چست والی بات ہے۔ یہ پرشین کا ایک قول ہے کہ مدعی چست، گواہ چست۔</w:t>
      </w:r>
    </w:p>
    <w:p>
      <w:r>
        <w:rPr>
          <w:b/>
        </w:rPr>
        <w:t xml:space="preserve">[38:03] </w:t>
      </w:r>
      <w:r>
        <w:t>yani jo jo claim karne wala hai, woh to chup chap bechara hai. doosra aadmi is ke sath bol raha hai. to yeh to history apne aap bol rahi hai.</w:t>
      </w:r>
    </w:p>
    <w:p>
      <w:pPr>
        <w:jc w:val="right"/>
      </w:pPr>
      <w:r>
        <w:t>یعنی جو جو کلیم کرنے والا ہے، وہ تو چپ چاپ بیچارہ ہے۔ دوسرا آدمی اس کے ساتھ بول رہا ہے۔ تو یہ تو ہسٹری اپنے آپ بول رہی ہے۔</w:t>
      </w:r>
    </w:p>
    <w:p>
      <w:r>
        <w:rPr>
          <w:b/>
        </w:rPr>
        <w:t xml:space="preserve">[38:13] </w:t>
      </w:r>
      <w:r>
        <w:t>is mein mujhe koi kehne ki zaroorat nahi hai. next question is by saad</w:t>
      </w:r>
    </w:p>
    <w:p>
      <w:pPr>
        <w:jc w:val="right"/>
      </w:pPr>
      <w:r>
        <w:t>اس میں مجھے کوئی کہنے کی ضرورت نہیں ہے۔ نیکسٹ کوئسچن از بائے سعد</w:t>
      </w:r>
    </w:p>
    <w:p>
      <w:r>
        <w:rPr>
          <w:b/>
        </w:rPr>
        <w:t xml:space="preserve">[38:18] </w:t>
      </w:r>
      <w:r>
        <w:t>yeh. she says if meditation is anesthesia. then what will you say for prophet? he also meditated and that was how he sought truth.</w:t>
      </w:r>
    </w:p>
    <w:p>
      <w:pPr>
        <w:jc w:val="right"/>
      </w:pPr>
      <w:r>
        <w:t>یہ۔ شی سیز اف میڈیٹیشن از اینستھیزیا۔ دین واٹ ویل یو سے فار پرافٹ؟ ہی السو میڈیٹیٹڈ اینڈ دیٹ واز ہاؤ ہی ساٹ ٹروتھ۔</w:t>
      </w:r>
    </w:p>
    <w:p>
      <w:r>
        <w:rPr>
          <w:b/>
        </w:rPr>
        <w:t xml:space="preserve">[38:29] </w:t>
      </w:r>
      <w:r>
        <w:t>main ne woh word use kiya meditation, woh sahi nahi tha. woh tha soch bichar ke liye jana. meditation ka word ek khaas conversation rakhta hai. is conversation mein main ne nahi kaha yeh baat.</w:t>
      </w:r>
    </w:p>
    <w:p>
      <w:pPr>
        <w:jc w:val="right"/>
      </w:pPr>
      <w:r>
        <w:t>میں نے وہ ورڈ یوز کیا میڈیٹیشن، وہ صحیح نہیں تھا۔ وہ تھا سوچ بچار کے لیے جانا۔ میڈیٹیشن کا ورڈ ایک خاص کنورٹیشن رکھتا ہے۔ اس کنورٹیشن میں میں نے نہیں کہا یہ بات۔</w:t>
      </w:r>
    </w:p>
    <w:p>
      <w:r>
        <w:rPr>
          <w:b/>
        </w:rPr>
        <w:t xml:space="preserve">[38:40] </w:t>
      </w:r>
      <w:r>
        <w:t>meditation ka conversation yeh hai ke stop your thinking.</w:t>
      </w:r>
    </w:p>
    <w:p>
      <w:pPr>
        <w:jc w:val="right"/>
      </w:pPr>
      <w:r>
        <w:t>میڈیٹیشن کا کنورٹیشن یہ ہے کہ سٹاپ یور تھنکنگ۔</w:t>
      </w:r>
    </w:p>
    <w:p>
      <w:r>
        <w:rPr>
          <w:b/>
        </w:rPr>
        <w:t xml:space="preserve">[38:44] </w:t>
      </w:r>
      <w:r>
        <w:t>is stop thinking ko base karta hai meditation. aaj ka jo hai, is sense mein main ne nahi kaha tha. mera matlab tha seclusion mein ja ke sochna.</w:t>
      </w:r>
    </w:p>
    <w:p>
      <w:pPr>
        <w:jc w:val="right"/>
      </w:pPr>
      <w:r>
        <w:t>اس سٹاپ تھنکنگ کو بیس کرتا ہے میڈیٹیشن۔ آج کا جو ہے، اس سینس میں میں نے نہیں کہا تھا۔ میرا مطلب تھا سیکلوژن میں جا کے سوچنا۔</w:t>
      </w:r>
    </w:p>
    <w:p>
      <w:r>
        <w:rPr>
          <w:b/>
        </w:rPr>
        <w:t xml:space="preserve">[38:54] </w:t>
      </w:r>
      <w:r>
        <w:t>alag tarah ho kar sochna. yani is ko kehte hain arabic mein tadabbur, tafakkur. sahi maano mein woh tadabbur tha, na ke meditation aaj kal ke sense mein.</w:t>
      </w:r>
    </w:p>
    <w:p>
      <w:pPr>
        <w:jc w:val="right"/>
      </w:pPr>
      <w:r>
        <w:t>الگ طرح ہو کر سوچنا۔ یعنی اس کو کہتے ہیں عربک میں تدبر، تفکر۔ صحیح معنوں میں وہ تدبر تھا، نہ کہ میڈیٹیشن آج کل کے سینس میں۔</w:t>
      </w:r>
    </w:p>
    <w:p>
      <w:r>
        <w:rPr>
          <w:b/>
        </w:rPr>
        <w:t xml:space="preserve">[39:05] </w:t>
      </w:r>
      <w:r>
        <w:t>yani soch bichar ke liye alag ja kar ke baithna kahin taake seclusion mein aur poore ek sui ke sath aadmi</w:t>
      </w:r>
    </w:p>
    <w:p>
      <w:pPr>
        <w:jc w:val="right"/>
      </w:pPr>
      <w:r>
        <w:t>یعنی سوچ بچار کے لیے الگ جا کر کے بیٹھنا کہیں تاکہ سیکلوژن میں اور پورے ایک سوئی کے ساتھ آدمی</w:t>
      </w:r>
    </w:p>
    <w:p>
      <w:r>
        <w:rPr>
          <w:b/>
        </w:rPr>
        <w:t xml:space="preserve">[39:13] </w:t>
      </w:r>
      <w:r>
        <w:t>soch sake. woh tha aap ka yani cavez of hira mein jana.</w:t>
      </w:r>
    </w:p>
    <w:p>
      <w:pPr>
        <w:jc w:val="right"/>
      </w:pPr>
      <w:r>
        <w:t>سوچ سکے۔ وہ تھا آپ کا یعنی کیبز آف حرا میں جانا۔</w:t>
      </w:r>
    </w:p>
    <w:p>
      <w:r>
        <w:rPr>
          <w:b/>
        </w:rPr>
        <w:t xml:space="preserve">[39:22] </w:t>
      </w:r>
      <w:r>
        <w:t>next question is by mariya khan. she says what is the age when innocence ends?</w:t>
      </w:r>
    </w:p>
    <w:p>
      <w:pPr>
        <w:jc w:val="right"/>
      </w:pPr>
      <w:r>
        <w:t>نیکسٹ کوئسچن از بائے ماریہ خان۔ شی سیز واٹ از دی ایج وین انوسنس اینڈز؟</w:t>
      </w:r>
    </w:p>
    <w:p>
      <w:r>
        <w:rPr>
          <w:b/>
        </w:rPr>
        <w:t xml:space="preserve">[39:31] </w:t>
      </w:r>
      <w:r>
        <w:t>yeh yeh jo hai</w:t>
      </w:r>
    </w:p>
    <w:p>
      <w:pPr>
        <w:jc w:val="right"/>
      </w:pPr>
      <w:r>
        <w:t>یہ یہ جو ہے</w:t>
      </w:r>
    </w:p>
    <w:p>
      <w:r>
        <w:rPr>
          <w:b/>
        </w:rPr>
        <w:t xml:space="preserve">[39:37] </w:t>
      </w:r>
      <w:r>
        <w:t>dekhiye, agar aap yani psychology ko lein to nine years tak hai yeh.</w:t>
      </w:r>
    </w:p>
    <w:p>
      <w:pPr>
        <w:jc w:val="right"/>
      </w:pPr>
      <w:r>
        <w:t>دیکھیے، اگر آپ یعنی سائیکالوجی کو لیں تو نائن ایئرز تک ہے یہ۔</w:t>
      </w:r>
    </w:p>
    <w:p>
      <w:r>
        <w:rPr>
          <w:b/>
        </w:rPr>
        <w:t xml:space="preserve">[39:47] </w:t>
      </w:r>
      <w:r>
        <w:t>psychology. aur is ke baad jo hai 35 years. yani nine years jo ko mana gaya hai psychology mein preparatory years.</w:t>
      </w:r>
    </w:p>
    <w:p>
      <w:pPr>
        <w:jc w:val="right"/>
      </w:pPr>
      <w:r>
        <w:t>سائیکالوجی۔ اور اس کے بعد جو ہے 35 ایئرز۔ یعنی نائن ایئرز جو کو مانا گیا ہے سائیکالوجی میں پریپریٹری ایئرز۔</w:t>
      </w:r>
    </w:p>
    <w:p>
      <w:r>
        <w:rPr>
          <w:b/>
        </w:rPr>
        <w:t xml:space="preserve">[39:58] </w:t>
      </w:r>
      <w:r>
        <w:t>aur 35 years ko mana gaya hai mature age mein pohanchta hai aadmi. yani nine years tak woh rehta hai is age mein jis ko hum preparatory age kehte hain.</w:t>
      </w:r>
    </w:p>
    <w:p>
      <w:pPr>
        <w:jc w:val="right"/>
      </w:pPr>
      <w:r>
        <w:t>اور 35 ایئرز کو مانا گیا ہے میچور ایج میں پہنچتا ہے آدمی۔ یعنی نائن ایئرز تک وہ رہتا ہے اس ایج میں جس کو ہم پریپریٹری ایج کہتے ہیں۔</w:t>
      </w:r>
    </w:p>
    <w:p>
      <w:r>
        <w:rPr>
          <w:b/>
        </w:rPr>
        <w:t xml:space="preserve">[40:08] </w:t>
      </w:r>
      <w:r>
        <w:t>main samajhta hoon ke nine years sahi lafz hoga jab hum yeh keh sakein ke yeh is age mein abhi tak hai jabke hum innocent keh sak</w:t>
      </w:r>
    </w:p>
    <w:p>
      <w:pPr>
        <w:jc w:val="right"/>
      </w:pPr>
      <w:r>
        <w:t>میں سمجھتا ہوں کہ نائن ایئرز صحیح لفظ ہوگا جب ہم یہ کہہ سکیں کہ یہ اس ایج میں ابھی تک ہے جبکہ ہم انوسنٹ کہہ سکت</w:t>
      </w:r>
    </w:p>
    <w:p>
      <w:r>
        <w:rPr>
          <w:b/>
        </w:rPr>
        <w:t xml:space="preserve">[40:16] </w:t>
      </w:r>
      <w:r>
        <w:t>te hain. jab 10 year ka ho gaya to 10 years se 35 years tak is ka maturity age mana jata hai. aur 35 years ke baad jo hai woh gaya mature ho chuka hai.</w:t>
      </w:r>
    </w:p>
    <w:p>
      <w:pPr>
        <w:jc w:val="right"/>
      </w:pPr>
      <w:r>
        <w:t>ے ہیں۔ جب 10 ایئر کا ہو گیا تو 10 ایئرز سے 35 ایئرز تک اس کا میچورٹی گیج مانا جاتا ہے۔ اور 35 ایئرز کے بعد جو ہے وہ گیا میچور ہو چکا ہے۔</w:t>
      </w:r>
    </w:p>
    <w:p>
      <w:r>
        <w:rPr>
          <w:b/>
        </w:rPr>
        <w:t xml:space="preserve">[40:25] </w:t>
      </w:r>
      <w:r>
        <w:t>ab bharpoor tor par woh yani accountable hai khuda ke haan. next question is by vik karnawikar.</w:t>
      </w:r>
    </w:p>
    <w:p>
      <w:pPr>
        <w:jc w:val="right"/>
      </w:pPr>
      <w:r>
        <w:t>اب بھرپور طور پر وہ یعنی اکاؤنٹیبل ہے خدا کے ہاں۔ نیکسٹ کوئسچن از بائے ویک کارنویکر۔</w:t>
      </w:r>
    </w:p>
    <w:p>
      <w:r>
        <w:rPr>
          <w:b/>
        </w:rPr>
        <w:t xml:space="preserve">[40:35] </w:t>
      </w:r>
      <w:r>
        <w:t>he says buddha was also a seeker and later finder. can he be claimed to be a prophet?</w:t>
      </w:r>
    </w:p>
    <w:p>
      <w:pPr>
        <w:jc w:val="right"/>
      </w:pPr>
      <w:r>
        <w:t>ہی سیز بدھا واز السو ا سیکر اینڈ لیٹر فائنڈر۔ کین ہی بی کلیمڈ ٹو بی ا پرافٹ؟</w:t>
      </w:r>
    </w:p>
    <w:p>
      <w:r>
        <w:rPr>
          <w:b/>
        </w:rPr>
        <w:t xml:space="preserve">[40:43] </w:t>
      </w:r>
      <w:r>
        <w:t>secondly, arent heaven and hell a state of mind? and actually after death there is only state of conscious existence.</w:t>
      </w:r>
    </w:p>
    <w:p>
      <w:pPr>
        <w:jc w:val="right"/>
      </w:pPr>
      <w:r>
        <w:t>سیکنڈلی، ارنٹ ہیون اینڈ ہیل ا سٹیٹ اف مائنڈ؟ اینڈ ایکچولی افٹر ڈیتھ دیر از اونلی سٹیٹ اف کانشیس ایگزسٹنس۔</w:t>
      </w:r>
    </w:p>
    <w:p>
      <w:r>
        <w:rPr>
          <w:b/>
        </w:rPr>
        <w:t xml:space="preserve">[40:53] </w:t>
      </w:r>
      <w:r>
        <w:t>daikhen budha ke bare mein mein arz karoon ke hindu logon ne in ko declare kiya ke woh avatar mante hain. avatar declare kiya. buddhiston ne nahi mana is ko.</w:t>
      </w:r>
    </w:p>
    <w:p>
      <w:pPr>
        <w:jc w:val="right"/>
      </w:pPr>
      <w:r>
        <w:t>دیکھیں بدھا کے بارے میں میں عرض کروں کہ ہندو لوگوں نے ان کو ڈیکلیئر کیا کہ وہ اوتار مانتے ہیں۔ اوتار ڈیکلیئر کیا۔ بدھسٹوں نے نہیں مانا اس کو۔</w:t>
      </w:r>
    </w:p>
    <w:p>
      <w:r>
        <w:rPr>
          <w:b/>
        </w:rPr>
        <w:t xml:space="preserve">[41:02] </w:t>
      </w:r>
      <w:r>
        <w:t>agar aap jante hon to. hindu log in ko kehte hain ke woh avatar thay. buddhist kehte hain ke nahi. woh kehte hain ke jab hum khuda ko nahi mante to avatar kahan se maan len ge in ko?</w:t>
      </w:r>
    </w:p>
    <w:p>
      <w:pPr>
        <w:jc w:val="right"/>
      </w:pPr>
      <w:r>
        <w:t>اگر آپ جانتے ہوں تو۔ ہندو لوگ ان کو کہتے ہیں کہ وہ اوتار تھے۔ بدھسٹ کہتے ہیں کہ نہیں۔ وہ کہتے ہیں کہ جب ہم خدا کو نہیں مانتے تو اوتار کہاں سے مان لیں گے ان کو؟</w:t>
      </w:r>
    </w:p>
    <w:p>
      <w:r>
        <w:rPr>
          <w:b/>
        </w:rPr>
        <w:t xml:space="preserve">[41:14] </w:t>
      </w:r>
      <w:r>
        <w:t>avatar ka matlab hai khuda ka avatar. god ka avatar. to buddhist kehte hain ke hum to khudai ko nahi mante. kyunke aap jante hain ke buddhist jo hai god less religion hai woh.</w:t>
      </w:r>
    </w:p>
    <w:p>
      <w:pPr>
        <w:jc w:val="right"/>
      </w:pPr>
      <w:r>
        <w:t>اوتار کا مطلب ہے خدا کا اوتار۔ گاڈ کا اوتار۔ تو بدھسٹ کہتے ہیں کہ ہم تو خدائی کو نہیں مانتے۔ کیونکہ آپ جانتے ہیں کہ بدھسٹ جو ہے گاڈ لیس ریلیجن ہے وہ۔</w:t>
      </w:r>
    </w:p>
    <w:p>
      <w:r>
        <w:rPr>
          <w:b/>
        </w:rPr>
        <w:t xml:space="preserve">[41:24] </w:t>
      </w:r>
      <w:r>
        <w:t>to yeh yeh misaal hai is ki budh swiss gawa chos ki ke khud buddhist to mante hi nahi avatar waat ko. aur aap keh rahe hain ke woh avatar thay woh.</w:t>
      </w:r>
    </w:p>
    <w:p>
      <w:pPr>
        <w:jc w:val="right"/>
      </w:pPr>
      <w:r>
        <w:t>تو یہ یہ مثال ہے اس کی بدھ سوئس گواہ چوس کی کہ خود بدھسٹ تو مانتے ہی نہیں اوتار وات کو۔ اور آپ کہہ رہے ہیں کہ وہ اوتار تھے وہ۔</w:t>
      </w:r>
    </w:p>
    <w:p>
      <w:r>
        <w:rPr>
          <w:b/>
        </w:rPr>
        <w:t xml:space="preserve">[41:34] </w:t>
      </w:r>
      <w:r>
        <w:t>isi tareeqay se jab woh god ko na mante hon to prophet manne ka koi sawal hi nahi paida hota. kaise prophet kahen ge in ko aap</w:t>
      </w:r>
    </w:p>
    <w:p>
      <w:pPr>
        <w:jc w:val="right"/>
      </w:pPr>
      <w:r>
        <w:t>اسی طریقے سے جب وہ گاڈ کو نہ مانتے ہوں تو پرافٹ ماننے کا کوئی سوال ہی نہیں پیدا ہوتا۔ کیسے پرافٹ کہیں گے ان کو آپ</w:t>
      </w:r>
    </w:p>
    <w:p>
      <w:r>
        <w:rPr>
          <w:b/>
        </w:rPr>
        <w:t xml:space="preserve">[41:41] </w:t>
      </w:r>
      <w:r>
        <w:t>? prophet means woh aadmi jis par khuda ne reveal kiya ho sachai. to buddhist jo hai woh khuda ko mante hi nahi.</w:t>
      </w:r>
    </w:p>
    <w:p>
      <w:pPr>
        <w:jc w:val="right"/>
      </w:pPr>
      <w:r>
        <w:t>؟ پرافٹ مینز وہ آدمی جس پر خدا نے ریویل کیا ہو سچائی۔ تو بدھسٹ جو ہے وہ خدا کو مانتے ہی نہیں۔</w:t>
      </w:r>
    </w:p>
    <w:p>
      <w:r>
        <w:rPr>
          <w:b/>
        </w:rPr>
        <w:t xml:space="preserve">[41:50] </w:t>
      </w:r>
      <w:r>
        <w:t>budha koi aisa account nahi hai ke khuda ko manta ho. kuch aise references aate hain jis mein koi aap nikalte hain kuch ke shayad khuda ko mante hon woh.</w:t>
      </w:r>
    </w:p>
    <w:p>
      <w:pPr>
        <w:jc w:val="right"/>
      </w:pPr>
      <w:r>
        <w:t>بدھا کوئی ایسا اکاؤنٹ نہیں ہے کہ خدا کو مانتا ہو۔ کچھ ایسے ریفرنسز آتے ہیں جس میں کوئی آپ نکالتے ہیں کچھ کہ شاید خدا کو مانتے ہوں وہ۔</w:t>
      </w:r>
    </w:p>
    <w:p>
      <w:r>
        <w:rPr>
          <w:b/>
        </w:rPr>
        <w:t xml:space="preserve">[41:58] </w:t>
      </w:r>
      <w:r>
        <w:t>lekin jo in ka jo known religion hai woh in ka woh to yeh hai ke god less religion hai woh. to avatar kehna in ko yeh bhi ghalat aur prophet kehna yeh bhi ghalat.</w:t>
      </w:r>
    </w:p>
    <w:p>
      <w:pPr>
        <w:jc w:val="right"/>
      </w:pPr>
      <w:r>
        <w:t>لیکن جو ان کا جو نون ریلیجن ہے وہ ان کا وہ تو یہ ہے کہ گاڈ لیس ریلیجن ہے وہ۔ تو اوتار کہنا ان کو یہ بھی غلط اور پرافٹ کہنا یہ بھی غلط۔</w:t>
      </w:r>
    </w:p>
    <w:p>
      <w:r>
        <w:rPr>
          <w:b/>
        </w:rPr>
        <w:t xml:space="preserve">[42:10] </w:t>
      </w:r>
      <w:r>
        <w:t>yeh</w:t>
      </w:r>
    </w:p>
    <w:p>
      <w:pPr>
        <w:jc w:val="right"/>
      </w:pPr>
      <w:r>
        <w:t>یہ</w:t>
      </w:r>
    </w:p>
    <w:p>
      <w:r>
        <w:rPr>
          <w:b/>
        </w:rPr>
        <w:t xml:space="preserve">[42:11] </w:t>
      </w:r>
      <w:r>
        <w:t>upar se in par title de rahe hain aap. jis ka woh accept karne ke liye woh tayar nahi hain.</w:t>
      </w:r>
    </w:p>
    <w:p>
      <w:pPr>
        <w:jc w:val="right"/>
      </w:pPr>
      <w:r>
        <w:t>اوپر سے ان پر ٹائٹل دے رہے ہیں آپ۔ جس کا وہ ایکسیپٹ کرنے کے لیے وہ تیار نہیں ہیں۔</w:t>
      </w:r>
    </w:p>
    <w:p>
      <w:r>
        <w:rPr>
          <w:b/>
        </w:rPr>
        <w:t xml:space="preserve">[42:19] </w:t>
      </w:r>
      <w:r>
        <w:t>this is the last question by shariq a khan. he says how are all the prophets equal? when god's creation plan is not to make everybody equal?</w:t>
      </w:r>
    </w:p>
    <w:p>
      <w:pPr>
        <w:jc w:val="right"/>
      </w:pPr>
      <w:r>
        <w:t>دس از دا لاسٹ کوئسچن بائے شریک اے خان۔ ہی سیز ہاؤ ار ال دی پرافٹس ایکول؟ وین گاڈز کریشن پلان از ناٹ ٹو میک ایوری باڈی ایکول؟</w:t>
      </w:r>
    </w:p>
    <w:p>
      <w:r>
        <w:rPr>
          <w:b/>
        </w:rPr>
        <w:t xml:space="preserve">[42:29] </w:t>
      </w:r>
      <w:r>
        <w:t>does the god's creation plan apply to the prophet also?</w:t>
      </w:r>
    </w:p>
    <w:p>
      <w:pPr>
        <w:jc w:val="right"/>
      </w:pPr>
      <w:r>
        <w:t>ڈز دی گاڈز کریشن پلان اپلائی ٹو دی پرافٹ السو؟</w:t>
      </w:r>
    </w:p>
    <w:p>
      <w:r>
        <w:rPr>
          <w:b/>
        </w:rPr>
        <w:t xml:space="preserve">[42:33] </w:t>
      </w:r>
      <w:r>
        <w:t>bhai yahan par confusion hai. yani physical sense mein log equal nahi hain. physical sense mein.</w:t>
      </w:r>
    </w:p>
    <w:p>
      <w:pPr>
        <w:jc w:val="right"/>
      </w:pPr>
      <w:r>
        <w:t>بھئی یہاں پر کنفیوژن ہے۔ یعنی فزیکل سینس میں لوگ ایکول نہیں ہیں۔ فزیکل سینس میں۔</w:t>
      </w:r>
    </w:p>
    <w:p>
      <w:r>
        <w:rPr>
          <w:b/>
        </w:rPr>
        <w:t xml:space="preserve">[42:42] </w:t>
      </w:r>
      <w:r>
        <w:t>lekin jo hum ne kaha ke equal sab barabar thay is sense mein kaha ke sab ko khuda se ek hi guidance mili. do guidance nahi mili hai.</w:t>
      </w:r>
    </w:p>
    <w:p>
      <w:pPr>
        <w:jc w:val="right"/>
      </w:pPr>
      <w:r>
        <w:t>لیکن جو ہم نے کہا کہ ایکول سب برابر تھے اس سینس میں کہا کہ سب کو خدا سے ایک ہی گائیڈنس ملی۔ دو گائیڈنس نہیں ملی ہے۔</w:t>
      </w:r>
    </w:p>
    <w:p>
      <w:r>
        <w:rPr>
          <w:b/>
        </w:rPr>
        <w:t xml:space="preserve">[42:52] </w:t>
      </w:r>
      <w:r>
        <w:t>quran mein saaf saaf hai ke sare peghambaron ko khuda ne ek hi guidance di. wohi teaching. is sense mein sab barabar thay.</w:t>
      </w:r>
    </w:p>
    <w:p>
      <w:pPr>
        <w:jc w:val="right"/>
      </w:pPr>
      <w:r>
        <w:t>قرآن میں صاف صاف ہے کہ سارے پیغمبروں کو خدا نے ایک ہی گائیڈنس دی۔ وہی ٹیچنگ۔ اس سینس میں سب برابر تھے۔</w:t>
      </w:r>
    </w:p>
    <w:p>
      <w:r>
        <w:rPr>
          <w:b/>
        </w:rPr>
        <w:t xml:space="preserve">[43:02] </w:t>
      </w:r>
      <w:r>
        <w:t>physical sense mein koi lamba hoga, koi koi chota hoga, koi white hoga, koi black hoga. woh ek alag cheez hai woh. woh ek alag cheez hai. jaise misaal ke tor par rasool Allah jo hai un ka rang saaf tha.</w:t>
      </w:r>
    </w:p>
    <w:p>
      <w:pPr>
        <w:jc w:val="right"/>
      </w:pPr>
      <w:r>
        <w:t>فزیکل سینس میں کوئی لمبا ہوگا، کوئی کوئی چھوٹا ہوگا، کوئی وائٹ ہوگا، کوئی بلیک ہوگا۔ وہ ایک الگ چیز ہے وہ۔ وہ ایک الگ چیز ہے۔ جیسے مثال کے طور پر رسول اللہ جو ہے ان کا رنگ صاف تھا۔</w:t>
      </w:r>
    </w:p>
    <w:p>
      <w:r>
        <w:rPr>
          <w:b/>
        </w:rPr>
        <w:t xml:space="preserve">[43:14] </w:t>
      </w:r>
      <w:r>
        <w:t>hazrat moosa ke bare mein aata hai ke hadith mein aata hai ke woh zatt ki tarah thay. zatt ka matlab hota hai yeh jat. jat ki tarah thay woh. to is mani ke woh white nahi thay woh.</w:t>
      </w:r>
    </w:p>
    <w:p>
      <w:pPr>
        <w:jc w:val="right"/>
      </w:pPr>
      <w:r>
        <w:t>حضرت موسی کے بارے میں آتا ہے کہ حدیث میں آتا ہے کہ وہ زت کی طرح تھے۔ زت کا مطلب ہوتا ہے یہ جاٹ۔ جاٹ کی طرح تھے وہ۔ تو اس معنی کے وہ وائٹ نہیں تھے وہ۔</w:t>
      </w:r>
    </w:p>
    <w:p>
      <w:r>
        <w:rPr>
          <w:b/>
        </w:rPr>
        <w:t xml:space="preserve">[43:24] </w:t>
      </w:r>
      <w:r>
        <w:t>to rang ka farq ho sakta hai. physical yani aitbar se chote bare ho sakte hain. woh alag alag cheez</w:t>
      </w:r>
    </w:p>
    <w:p>
      <w:pPr>
        <w:jc w:val="right"/>
      </w:pPr>
      <w:r>
        <w:t>تو رنگ کا فرق ہو سکتا ہے۔ فزیکل یعنی اعتبار سے چھوٹے بڑے ہو سکتے ہیں۔ وہ الگ الگ چیز</w:t>
      </w:r>
    </w:p>
    <w:p>
      <w:r>
        <w:rPr>
          <w:b/>
        </w:rPr>
        <w:t xml:space="preserve">[43:30] </w:t>
      </w:r>
      <w:r>
        <w:t>hai. lekin is aitbar se sab barabar thay ke ek hi guidance khuda ne har ek peghambar ko di. aur yeh quran mein sabit hai. aap sab surah shura aap parh sakte hain.</w:t>
      </w:r>
    </w:p>
    <w:p>
      <w:pPr>
        <w:jc w:val="right"/>
      </w:pPr>
      <w:r>
        <w:t>ہے۔ لیکن اس اعتبار سے سب برابر تھے کہ ایک ہی گائیڈنس خدا نے ہر ایک پیغمبر کو دی۔ اور یہ قرآن میں ثابت ہے۔ آپ سب سورہ شوری آپ پڑھ سکتے ہیں۔</w:t>
      </w:r>
    </w:p>
    <w:p>
      <w:r>
        <w:rPr>
          <w:b/>
        </w:rPr>
        <w:t xml:space="preserve">[43:39] </w:t>
      </w:r>
      <w:r>
        <w:t>surah shura mein ayat number verse number 13 ke har peghambar ko ek hi hidayat guidance di gayi thi.</w:t>
      </w:r>
    </w:p>
    <w:p>
      <w:pPr>
        <w:jc w:val="right"/>
      </w:pPr>
      <w:r>
        <w:t>سورہ شوری میں آیت نمبر ورث نمبر 13 کہ ہر پیغمبر کو ایک ہی ہدایت گائیڈنس دی گئی تھی۔</w:t>
      </w:r>
    </w:p>
    <w:p>
      <w:r>
        <w:rPr>
          <w:b/>
        </w:rPr>
        <w:t xml:space="preserve">[43:49] </w:t>
      </w:r>
      <w:r>
        <w:t>we end the session today. thank you.</w:t>
      </w:r>
    </w:p>
    <w:p>
      <w:pPr>
        <w:jc w:val="right"/>
      </w:pPr>
      <w:r>
        <w:t>وی اینڈ دی سیشن ٹوڈے۔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