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02 Mar 2008 - Maulana Wahiduddin Khan</w:t>
      </w:r>
    </w:p>
    <w:p>
      <w:r>
        <w:t>https://www.youtube.com/watch?v=oHAfWpj0UME</w:t>
      </w:r>
    </w:p>
    <w:p>
      <w:r>
        <w:rPr>
          <w:b/>
        </w:rPr>
        <w:t xml:space="preserve">[00:09] </w:t>
      </w:r>
      <w:r>
        <w:t>hamid hussain, maulana sahib, could you enlighten us on the concept of wasila?</w:t>
      </w:r>
    </w:p>
    <w:p>
      <w:pPr>
        <w:jc w:val="right"/>
      </w:pPr>
      <w:r>
        <w:t>حامد حسین، مولانا صاحب، کڈ یو انلائٹن اس آن دی کانسیپٹ آف وسیلہ؟</w:t>
      </w:r>
    </w:p>
    <w:p>
      <w:r>
        <w:rPr>
          <w:b/>
        </w:rPr>
        <w:t xml:space="preserve">[00:18] </w:t>
      </w:r>
      <w:r>
        <w:t>many people seek dua to wasila or tafil or sadqa of prophet and others. what is your opinion about it?</w:t>
      </w:r>
    </w:p>
    <w:p>
      <w:pPr>
        <w:jc w:val="right"/>
      </w:pPr>
      <w:r>
        <w:t>مینی پیپلز سیک دعا ٹو وسیلہ اور طفیل اور صدقہ آف پرافٹ اینڈ ادرز۔ واٹ از یور اوپینین اباؤٹ اٹ؟</w:t>
      </w:r>
    </w:p>
    <w:p>
      <w:r>
        <w:rPr>
          <w:b/>
        </w:rPr>
        <w:t xml:space="preserve">[00:28] </w:t>
      </w:r>
      <w:r>
        <w:t>daikhiye, wasila is nothing in islam. yeh sara concept jo hai, yeh bidat hai.</w:t>
      </w:r>
    </w:p>
    <w:p>
      <w:pPr>
        <w:jc w:val="right"/>
      </w:pPr>
      <w:r>
        <w:t>دیکھیے، وسیلہ از نتھنگ ان اسلام۔ یہ سارا کانسیپٹ جو ہے، یہ بدعت ہے۔</w:t>
      </w:r>
    </w:p>
    <w:p>
      <w:r>
        <w:rPr>
          <w:b/>
        </w:rPr>
        <w:t xml:space="preserve">[00:35] </w:t>
      </w:r>
      <w:r>
        <w:t>quran mein jo lafz wasila aya hai, us ko urdu ke mani mein le lete hain. urdu mein wasila ke mani source ke hotay hain. arabic mein is nahi hain mani is ke.</w:t>
      </w:r>
    </w:p>
    <w:p>
      <w:pPr>
        <w:jc w:val="right"/>
      </w:pPr>
      <w:r>
        <w:t>قرآن میں جو لفظ وسیلہ آیا ہے، اس کو اردو کے معنی میں لے لیتے ہیں۔ اردو میں وسیلہ کے معنی سورس کے ہوتے ہیں۔ عربک میں اس نہیں ہیں معنی اس کے۔</w:t>
      </w:r>
    </w:p>
    <w:p>
      <w:r>
        <w:rPr>
          <w:b/>
        </w:rPr>
        <w:t xml:space="preserve">[00:46] </w:t>
      </w:r>
      <w:r>
        <w:t>arabk ke mani hain nazdeki, nairans, yani khuda ki qurbat talash karo. yani completely alien hai yeh concept islam mein ke kisi ke waseelay se jannat mein mil jaye gi.</w:t>
      </w:r>
    </w:p>
    <w:p>
      <w:pPr>
        <w:jc w:val="right"/>
      </w:pPr>
      <w:r>
        <w:t>عربک کے معنی ہیں نزدیکی، نیرنس، یعنی خدا کی قربت تلاش کرو۔ یعنی کمپلیٹلی ایلین ہے یہ کانسیپٹ اسلام میں کہ کسی کے وسیلے سے جنت میں مل جائے گی۔</w:t>
      </w:r>
    </w:p>
    <w:p>
      <w:r>
        <w:rPr>
          <w:b/>
        </w:rPr>
        <w:t xml:space="preserve">[01:02] </w:t>
      </w:r>
      <w:r>
        <w:t>koi bhi nahi, sirf na profit ka, na kisi aur doosre ka. lesley, lesley insan alaa maasa. aadmi ka apna amal hi aadmi ko wahan salvation de ga aur pairai pounchaye ga.</w:t>
      </w:r>
    </w:p>
    <w:p>
      <w:pPr>
        <w:jc w:val="right"/>
      </w:pPr>
      <w:r>
        <w:t>کوئی بھی نہیں، صرف نہ پرافٹ کا، نہ کسی اور دوسرے کا۔ لیسلی، لیسلی انسان الا ماسا۔ آدمی کا اپنا عمل ہی آدمی کو وہاں سالویشن دے گا اور پیرائی پہنچائے گا۔</w:t>
      </w:r>
    </w:p>
    <w:p>
      <w:r>
        <w:rPr>
          <w:b/>
        </w:rPr>
        <w:t xml:space="preserve">[01:16] </w:t>
      </w:r>
      <w:r>
        <w:t>to behal, yeh completely baseless hai waseelay ka concept. aadmi ko</w:t>
      </w:r>
    </w:p>
    <w:p>
      <w:pPr>
        <w:jc w:val="right"/>
      </w:pPr>
      <w:r>
        <w:t>تو بہرحال، یہ کمپلیٹلی بیسلیس ہے وسیلے کا کانسیپٹ۔ آدمی کو</w:t>
      </w:r>
    </w:p>
    <w:p>
      <w:r>
        <w:rPr>
          <w:b/>
        </w:rPr>
        <w:t xml:space="preserve">[01:27] </w:t>
      </w:r>
      <w:r>
        <w:t>apne amal par mile ga, wahan jo</w:t>
      </w:r>
    </w:p>
    <w:p>
      <w:pPr>
        <w:jc w:val="right"/>
      </w:pPr>
      <w:r>
        <w:t>اپنے عمل پر ملے گا، وہاں جو</w:t>
      </w:r>
    </w:p>
    <w:p>
      <w:r>
        <w:rPr>
          <w:b/>
        </w:rPr>
        <w:t xml:space="preserve">[01:30] </w:t>
      </w:r>
      <w:r>
        <w:t>kuch mile ga. kisi recommendation mein se kuch nahi milne wala. waseelay ka mani hai ke aap recommend kar dein to koi aap pounch jaye.</w:t>
      </w:r>
    </w:p>
    <w:p>
      <w:pPr>
        <w:jc w:val="right"/>
      </w:pPr>
      <w:r>
        <w:t>کچھ ملے گا۔ کسی ریکمنڈیشن میں سے کچھ نہیں ملنے والا۔ وسیلہ کا معنی ہے کہ آپ ریکمنڈ کر دیں تو کوئی آپ پہنچ جائے۔</w:t>
      </w:r>
    </w:p>
    <w:p>
      <w:r>
        <w:rPr>
          <w:b/>
        </w:rPr>
        <w:t xml:space="preserve">[01:39] </w:t>
      </w:r>
      <w:r>
        <w:t>to recommendation is nothing. yeh concept hi bilkul baseless hai.</w:t>
      </w:r>
    </w:p>
    <w:p>
      <w:pPr>
        <w:jc w:val="right"/>
      </w:pPr>
      <w:r>
        <w:t>تو ریکمنڈیشن از نتھنگ۔ یہ کانسیپٹ ہی بالکل بیسلیس ہے۔</w:t>
      </w:r>
    </w:p>
    <w:p>
      <w:r>
        <w:rPr>
          <w:b/>
        </w:rPr>
        <w:t xml:space="preserve">[01:49] </w:t>
      </w:r>
      <w:r>
        <w:t>this question is from Muhammad Aslam</w:t>
      </w:r>
    </w:p>
    <w:p>
      <w:pPr>
        <w:jc w:val="right"/>
      </w:pPr>
      <w:r>
        <w:t>دس کوئسچن از فرام محمد اسلم</w:t>
      </w:r>
    </w:p>
    <w:p>
      <w:r>
        <w:rPr>
          <w:b/>
        </w:rPr>
        <w:t xml:space="preserve">[01:52] </w:t>
      </w:r>
      <w:r>
        <w:t>since globalization, there have been immense interest in the west in superstitions, genies and supernatural creatures.</w:t>
      </w:r>
    </w:p>
    <w:p>
      <w:pPr>
        <w:jc w:val="right"/>
      </w:pPr>
      <w:r>
        <w:t>۔ سنس گلوبلائزیشن، دیر ہیو بین ایمنس انٹرسٹ ان دا ویسٹ ان سپرٹیشنز، جینیئس اینڈ سپر نیچرل کریچرز۔</w:t>
      </w:r>
    </w:p>
    <w:p>
      <w:r>
        <w:rPr>
          <w:b/>
        </w:rPr>
        <w:t xml:space="preserve">[02:02] </w:t>
      </w:r>
      <w:r>
        <w:t>of late, a large number books and films have been produced on irrational topics, most popular among them being Harry Potter.</w:t>
      </w:r>
    </w:p>
    <w:p>
      <w:pPr>
        <w:jc w:val="right"/>
      </w:pPr>
      <w:r>
        <w:t>اف لیڈ، ا لارج نمبر بکس اینڈ فلمز ہیو بین پروڈیوسڈ ان ارریشنل ٹاپکس، موسٹ پاپولر امنگ دیم بینگ ہیری پوٹر۔</w:t>
      </w:r>
    </w:p>
    <w:p>
      <w:r>
        <w:rPr>
          <w:b/>
        </w:rPr>
        <w:t xml:space="preserve">[02:13] </w:t>
      </w:r>
      <w:r>
        <w:t>how do we justify this in scientific approach of the civilized and advanced world?</w:t>
      </w:r>
    </w:p>
    <w:p>
      <w:pPr>
        <w:jc w:val="right"/>
      </w:pPr>
      <w:r>
        <w:t>ہاؤ ڈو وی جسٹیفائی دس ان سائنٹیفک اپروچ اف دا سولائزڈ اینڈ ایڈوانسڈ ورلڈ؟</w:t>
      </w:r>
    </w:p>
    <w:p>
      <w:r>
        <w:rPr>
          <w:b/>
        </w:rPr>
        <w:t xml:space="preserve">[02:22] </w:t>
      </w:r>
      <w:r>
        <w:t>dekhen, yeh to fiction hai. is ko justify karne ki zaroorat hi nahi hai. fiction jo hai, woh kabhi bhi scientific sense mein kabhi bhi insan ke liye subject nahi ban sakta.</w:t>
      </w:r>
    </w:p>
    <w:p>
      <w:pPr>
        <w:jc w:val="right"/>
      </w:pPr>
      <w:r>
        <w:t>دیکھیں، یہ تو فکشن ہے۔ اس کو جسٹیفائی کرنے کی ضرورت ہی نہیں ہے۔ فکشن جو ہے، وہ کبھی بھی سائنٹیفک سینس میں کبھی بھی انسان کے لیے سبجیکٹ نہیں بن سکتا۔</w:t>
      </w:r>
    </w:p>
    <w:p>
      <w:r>
        <w:rPr>
          <w:b/>
        </w:rPr>
        <w:t xml:space="preserve">[02:38] </w:t>
      </w:r>
      <w:r>
        <w:t>koi log likhte hain, koi log parhte hain novel ke tareeqay se. to chahe woh super thriller ban jaye, tab bhi is ki koi value</w:t>
      </w:r>
    </w:p>
    <w:p>
      <w:pPr>
        <w:jc w:val="right"/>
      </w:pPr>
      <w:r>
        <w:t>کوئی لوگ لکھتے ہیں، کوئی لوگ پڑھتے ہیں ناول کے طریقے سے۔ تو چاہے وہ سپر تھرر بن جائے، تب بھی اس کی کوئی ویلی</w:t>
      </w:r>
    </w:p>
    <w:p>
      <w:r>
        <w:rPr>
          <w:b/>
        </w:rPr>
        <w:t xml:space="preserve">[02:46] </w:t>
      </w:r>
      <w:r>
        <w:t>nahi hai jab tak science mein koi cheez prove na ho jaye rationally. tab tak is ki koi value nahi hai. to main is ko fiction samajhta hoon.</w:t>
      </w:r>
    </w:p>
    <w:p>
      <w:pPr>
        <w:jc w:val="right"/>
      </w:pPr>
      <w:r>
        <w:t>و نہیں ہے جب تک سائنس میں کوئی چیز پروف نہ ہو جائے ریشنلی۔ تب تک اس کی کوئی ویلیو نہیں ہے۔ تو میں اس کو فکشن سمجھتا ہوں۔</w:t>
      </w:r>
    </w:p>
    <w:p>
      <w:r>
        <w:rPr>
          <w:b/>
        </w:rPr>
        <w:t xml:space="preserve">[02:56] </w:t>
      </w:r>
      <w:r>
        <w:t>is wajah se main is ko in term of science is ki koi value nahi samajhta. is liye main is par sochta bhi nahi hoon ke jo scientifically prove na ho, jo sirf fiction ho, is par hum apna mind kyun waste karein?</w:t>
      </w:r>
    </w:p>
    <w:p>
      <w:pPr>
        <w:jc w:val="right"/>
      </w:pPr>
      <w:r>
        <w:t>اس وجہ سے میں اس کو ان ٹرم اف سائنس اس کی کوئی ویلیو نہیں سمجھتا۔ اس لیے میں اس پر سوچتا بھی نہیں ہوں کہ جو سائنٹیفیکلی پروف نہ ہو، جو صرف فکشن ہو، اس پر ہم اپنا مائنڈ کیوں ویسٹ کریں؟</w:t>
      </w:r>
    </w:p>
    <w:p>
      <w:r>
        <w:rPr>
          <w:b/>
        </w:rPr>
        <w:t xml:space="preserve">[03:15] </w:t>
      </w:r>
      <w:r>
        <w:t>this question is from Satiha Malhotra. today generation is non serious and has focus on fashion and glamour.</w:t>
      </w:r>
    </w:p>
    <w:p>
      <w:pPr>
        <w:jc w:val="right"/>
      </w:pPr>
      <w:r>
        <w:t>دس کوئسچن از فرام ستی منہوترا۔ ٹوڈے جنریشن از نان سیریس اینڈ ہیز فوکس ان فیشن اینڈ گلیمر۔</w:t>
      </w:r>
    </w:p>
    <w:p>
      <w:r>
        <w:rPr>
          <w:b/>
        </w:rPr>
        <w:t xml:space="preserve">[03:25] </w:t>
      </w:r>
      <w:r>
        <w:t>how do we do the work with them?</w:t>
      </w:r>
    </w:p>
    <w:p>
      <w:pPr>
        <w:jc w:val="right"/>
      </w:pPr>
      <w:r>
        <w:t>ہاؤ ڈو وی ڈو داور ورک ود دیم؟</w:t>
      </w:r>
    </w:p>
    <w:p>
      <w:r>
        <w:rPr>
          <w:b/>
        </w:rPr>
        <w:t xml:space="preserve">[03:30] </w:t>
      </w:r>
      <w:r>
        <w:t>bas un ko aap bataiye ke woh life ko samajhte hain ke right here, right now, mar gaye to khatam.</w:t>
      </w:r>
    </w:p>
    <w:p>
      <w:pPr>
        <w:jc w:val="right"/>
      </w:pPr>
      <w:r>
        <w:t>بس ان کو آپ بتائیے کہ وہ لائف کو سمجھتے ہیں کہ رائٹ ہیر، رائٹ ناو، مر گئے تو ختم۔</w:t>
      </w:r>
    </w:p>
    <w:p>
      <w:r>
        <w:rPr>
          <w:b/>
        </w:rPr>
        <w:t xml:space="preserve">[03:40] </w:t>
      </w:r>
      <w:r>
        <w:t>yeh un scientific theory hai ke mar gaye to khatam.</w:t>
      </w:r>
    </w:p>
    <w:p>
      <w:pPr>
        <w:jc w:val="right"/>
      </w:pPr>
      <w:r>
        <w:t>یہ ان سائنٹیفک تھیوری ہے کہ مر گئے تو ختم۔</w:t>
      </w:r>
    </w:p>
    <w:p>
      <w:r>
        <w:rPr>
          <w:b/>
        </w:rPr>
        <w:t xml:space="preserve">[03:46] </w:t>
      </w:r>
      <w:r>
        <w:t>un ko bas philosophy of death batana hai. log philosophy of death nahi jante. pichli bar maine bataya tha ke DNA mein chuki death ka concept likha hua nahi hai,</w:t>
      </w:r>
    </w:p>
    <w:p>
      <w:pPr>
        <w:jc w:val="right"/>
      </w:pPr>
      <w:r>
        <w:t>ان کو بس فلاسفی اف ڈیتھ بتانا ہے۔ لوگ فلاسفی اف ڈیتھ نہیں جانتے۔ پچھلی بار میں نے بتایا تھا کہ ڈی این اے میں چونکہ ڈیتھ کا کانسیپٹ لکھا ہوا نہیں ہے،</w:t>
      </w:r>
    </w:p>
    <w:p>
      <w:r>
        <w:rPr>
          <w:b/>
        </w:rPr>
        <w:t xml:space="preserve">[04:02] </w:t>
      </w:r>
      <w:r>
        <w:t>is wajah se insan is se bekhabar rehta hai. to aur koi bhi doosra is ka solution nahi hai ke logon ko death ka concept bataya jaye</w:t>
      </w:r>
    </w:p>
    <w:p>
      <w:pPr>
        <w:jc w:val="right"/>
      </w:pPr>
      <w:r>
        <w:t>اس وجہ سے انسان اس سے بے خبر رہتا ہے۔ تو اور کوئی بھی دوسرا اس کا سلویوشن نہیں ہے کہ لوگوں کو ڈیتھ کا کانسیپٹ بتایا جائے</w:t>
      </w:r>
    </w:p>
    <w:p>
      <w:r>
        <w:rPr>
          <w:b/>
        </w:rPr>
        <w:t xml:space="preserve">[04:14] </w:t>
      </w:r>
      <w:r>
        <w:t>ke maut ke baad unhein ek samna karna hai accountability ka, ek eternity ka, ek nai dunya ka. jab tak death ka concept clear na ho aur creation plan clear na ho, tab tak log samjhe ge nahi.</w:t>
      </w:r>
    </w:p>
    <w:p>
      <w:pPr>
        <w:jc w:val="right"/>
      </w:pPr>
      <w:r>
        <w:t>کہ موت کے بعد انہیں ایک سامنا کرنا ہے اکاؤنٹیبلٹی کا، ایک ایٹرنٹی کا، ایک نئی دنیا کا۔ جب تک ڈیتھ کا کانسیپٹ کلیئر نہ ہو اور کریشن پلان کلیئر نہ ہو، تب تک لوگ سمجھیں گے نہیں۔</w:t>
      </w:r>
    </w:p>
    <w:p>
      <w:r>
        <w:rPr>
          <w:b/>
        </w:rPr>
        <w:t xml:space="preserve">[04:30] </w:t>
      </w:r>
      <w:r>
        <w:t>kyun ke masla hai deconditioning ka. to creation plan of God jo hai ya death ka jo concept hai, is se un ki deconditioning hoti hai. jab yeh ho jaye ga, tab hi samjhe ge baat ko.</w:t>
      </w:r>
    </w:p>
    <w:p>
      <w:pPr>
        <w:jc w:val="right"/>
      </w:pPr>
      <w:r>
        <w:t>کیونکہ مسئلہ ہے ڈی کنڈیشننگ کا۔ تو کریشن پلان اف گاڈ جو ہے یا ڈیتھ کا جو کانسیپٹ ہے، اس سے ان کی ڈی کنڈیشننگ ہوتی ہے۔ جب یہ ہو جائے گا، تب ہی سمجھیں گے بات کو۔</w:t>
      </w:r>
    </w:p>
    <w:p>
      <w:r>
        <w:rPr>
          <w:b/>
        </w:rPr>
        <w:t xml:space="preserve">[04:41] </w:t>
      </w:r>
      <w:r>
        <w:t>yeh aap kar rahe hain Khuda ke fazal se.</w:t>
      </w:r>
    </w:p>
    <w:p>
      <w:pPr>
        <w:jc w:val="right"/>
      </w:pPr>
      <w:r>
        <w:t>یہ آپ کر رہے ہیں خدا کے فضل سے۔</w:t>
      </w:r>
    </w:p>
    <w:p>
      <w:r>
        <w:rPr>
          <w:b/>
        </w:rPr>
        <w:t xml:space="preserve">[04:45] </w:t>
      </w:r>
      <w:r>
        <w:t>she has another question. Maulana, you mentioned a Quranic reference where God said that sea and land have been corrupted by man.</w:t>
      </w:r>
    </w:p>
    <w:p>
      <w:pPr>
        <w:jc w:val="right"/>
      </w:pPr>
      <w:r>
        <w:t>شی ہیز انادر کوئسچن۔ مولانا، یو مینشنڈ ا قرآنک ریفرنس ویر گاڈ سیڈ دیٹ سی اینڈ لینڈ ہیز بین کرپٹڈ بائے مین۔</w:t>
      </w:r>
    </w:p>
    <w:p>
      <w:r>
        <w:rPr>
          <w:b/>
        </w:rPr>
        <w:t xml:space="preserve">[04:55] </w:t>
      </w:r>
      <w:r>
        <w:t>was it God futuristic vision that he could see in the seventh century? kindly comment. dekhiye, God ko present, past aur future sab ka janta hai.</w:t>
      </w:r>
    </w:p>
    <w:p>
      <w:pPr>
        <w:jc w:val="right"/>
      </w:pPr>
      <w:r>
        <w:t>واز اٹ گاڈ فیوچرسٹک ویژن دیٹ ہی کڈ سی ان دا سیونتھ سینچری؟ کائنڈلی کمنٹ۔ دیکھیے، گاڈ کو پریزنٹ، پاسٹ اور فیوچر سب کا جانتا ہے۔</w:t>
      </w:r>
    </w:p>
    <w:p>
      <w:r>
        <w:rPr>
          <w:b/>
        </w:rPr>
        <w:t xml:space="preserve">[05:08] </w:t>
      </w:r>
      <w:r>
        <w:t>gaad</w:t>
      </w:r>
    </w:p>
    <w:p>
      <w:pPr>
        <w:jc w:val="right"/>
      </w:pPr>
      <w:r>
        <w:t>گاڈ</w:t>
      </w:r>
    </w:p>
    <w:p>
      <w:r>
        <w:rPr>
          <w:b/>
        </w:rPr>
        <w:t xml:space="preserve">[05:11] </w:t>
      </w:r>
      <w:r>
        <w:t>is ko pata hai aagay ka bhi, peechay ka bhi.</w:t>
      </w:r>
    </w:p>
    <w:p>
      <w:pPr>
        <w:jc w:val="right"/>
      </w:pPr>
      <w:r>
        <w:t>اس کو پتہ ہے آگے کا بھی، پیچھے کا بھی۔</w:t>
      </w:r>
    </w:p>
    <w:p>
      <w:r>
        <w:rPr>
          <w:b/>
        </w:rPr>
        <w:t xml:space="preserve">[05:15] </w:t>
      </w:r>
      <w:r>
        <w:t>lekin bajaye ke maine arz kiya tha ke gaad ne insaan ko freedom diya hai aur apne apne apne apne power ko detach kar liya hai, woh</w:t>
      </w:r>
    </w:p>
    <w:p>
      <w:pPr>
        <w:jc w:val="right"/>
      </w:pPr>
      <w:r>
        <w:t>لیکن بجائے کہ میں نے عرض کیا تھا کہ گاڈ نے انسان کو فریڈم دیا ہے اور اپنے اپنے اپنے اپنے پاور کو ڈیٹیچ کر لیا ہے، وہ</w:t>
      </w:r>
    </w:p>
    <w:p>
      <w:r>
        <w:rPr>
          <w:b/>
        </w:rPr>
        <w:t xml:space="preserve">[05:32] </w:t>
      </w:r>
      <w:r>
        <w:t>power rakhte hue apne ko detach kar liya hai. jaise maine misaal di thi aap ko is ki dark matter ki ya black hole ki ke is ke paas bohat light hoti hai, lekin apni light ko woh detach kiya hua hai, jaane nahi deta bahar.</w:t>
      </w:r>
    </w:p>
    <w:p>
      <w:pPr>
        <w:jc w:val="right"/>
      </w:pPr>
      <w:r>
        <w:t>پاور رکھتے ہوئے اپنے کو ڈیٹیچ کر لیا ہے۔ جیسے میں نے مثال دی تھی آپ کو اس کی ڈارک میٹر کی یا بلیک ہول کی کہ اس کے پاس بہت لائٹ ہوتی ہے، لیکن اپنی لائٹ کو وہ ڈیٹیچ کیا ہوا ہے، جانے نہیں دیتا باہر۔</w:t>
      </w:r>
    </w:p>
    <w:p>
      <w:r>
        <w:rPr>
          <w:b/>
        </w:rPr>
        <w:t xml:space="preserve">[05:47] </w:t>
      </w:r>
      <w:r>
        <w:t>to that is a demonstration how gaad was able to detach his power from man and woman.</w:t>
      </w:r>
    </w:p>
    <w:p>
      <w:pPr>
        <w:jc w:val="right"/>
      </w:pPr>
      <w:r>
        <w:t>تو دیٹ از ا ڈیمونسٹریشن ہاؤ گاڈ واز ایبل ٹو ڈیٹیچ ہز پاور فرام مین اینڈ وومن۔</w:t>
      </w:r>
    </w:p>
    <w:p>
      <w:r>
        <w:rPr>
          <w:b/>
        </w:rPr>
        <w:t xml:space="preserve">[06:01] </w:t>
      </w:r>
      <w:r>
        <w:t>khuda janta sab kuch hai, lekin woh logon ko azaad adai di hui hai. azaadi, total freedom mila hai insaan ko.</w:t>
      </w:r>
    </w:p>
    <w:p>
      <w:pPr>
        <w:jc w:val="right"/>
      </w:pPr>
      <w:r>
        <w:t>خدا جانتا سب کچھ ہے، لیکن وہ لوگوں کو آزاد ادائی دی ہوئی ہے۔ آزادی، ٹوٹل فریڈم ملا ہے انسان کو۔</w:t>
      </w:r>
    </w:p>
    <w:p>
      <w:r>
        <w:rPr>
          <w:b/>
        </w:rPr>
        <w:t xml:space="preserve">[06:12] </w:t>
      </w:r>
      <w:r>
        <w:t>isi ke aitbaar se woh kaha jaye ke woh man made hai, woh is ko man made kahengay.</w:t>
      </w:r>
    </w:p>
    <w:p>
      <w:pPr>
        <w:jc w:val="right"/>
      </w:pPr>
      <w:r>
        <w:t>اسی کے اعتبار سے وہ کہا جائے کہ وہ مین میڈ ہے، وہ اس کو مین میڈ کہیں گے۔</w:t>
      </w:r>
    </w:p>
    <w:p>
      <w:r>
        <w:rPr>
          <w:b/>
        </w:rPr>
        <w:t xml:space="preserve">[06:21] </w:t>
      </w:r>
      <w:r>
        <w:t>this question is from shad hussain. how aakhirat can be made understandable through reasoning?</w:t>
      </w:r>
    </w:p>
    <w:p>
      <w:pPr>
        <w:jc w:val="right"/>
      </w:pPr>
      <w:r>
        <w:t>دس کوئسچن از فرام شاد حسین۔ ہاؤ آخرت کین بی میڈ انڈرسٹینڈیبل تھرو ریزننگ؟</w:t>
      </w:r>
    </w:p>
    <w:p>
      <w:r>
        <w:rPr>
          <w:b/>
        </w:rPr>
        <w:t xml:space="preserve">[06:33] </w:t>
      </w:r>
      <w:r>
        <w:t>ab is waqt mein koi lambi is baat nahi kar sakta hoon, lekin is par hum ne kai kitabein likhi hain. aap is ko parhiye. mein samajhta hoon ke aakhirat poori tarah se aik aik rational concept hai aur poori tarah se woh understandable hai aik rational mind ke liye.</w:t>
      </w:r>
    </w:p>
    <w:p>
      <w:pPr>
        <w:jc w:val="right"/>
      </w:pPr>
      <w:r>
        <w:t>اب اس وقت میں کوئی لمبی اس بات نہیں کر سکتا ہوں، لیکن اس پر ہم نے کئی کتابیں لکھی ہیں۔ آپ اس کو پڑھیے۔ میں سمجھتا ہوں کہ آخرت پوری طرح سے ایک ایک ریشنل کانسیپٹ ہے اور پوری طرح سے وہ انڈرسٹینڈیبل ہے ایک نیشنل مائنڈ کے لیے۔</w:t>
      </w:r>
    </w:p>
    <w:p>
      <w:r>
        <w:rPr>
          <w:b/>
        </w:rPr>
        <w:t xml:space="preserve">[06:52] </w:t>
      </w:r>
      <w:r>
        <w:t>to aap pehle hamari kitabein jo is par hain, us ko parh lijiye. phir aap ko jo is mein kami dikhai paray, phir sawal question banaiye. to inshallah ziyada acha rahega.</w:t>
      </w:r>
    </w:p>
    <w:p>
      <w:pPr>
        <w:jc w:val="right"/>
      </w:pPr>
      <w:r>
        <w:t>تو آپ پہلے ہماری کتابیں جو اس پر ہیں، اس کو پڑھ لیجئے۔ پھر آپ کو جو اس میں کمی دکھائی پڑے، پھر سواپ کوئسچن بنائیے۔ تو انشاءاللہ زیادہ اچھا رہے گا۔</w:t>
      </w:r>
    </w:p>
    <w:p>
      <w:r>
        <w:rPr>
          <w:b/>
        </w:rPr>
        <w:t xml:space="preserve">[07:07] </w:t>
      </w:r>
      <w:r>
        <w:t>this question is from rustam ali. in a rational age, why majority of the scientist is not accepting the unity of gaad or the intervention of gaad in big bang?</w:t>
      </w:r>
    </w:p>
    <w:p>
      <w:pPr>
        <w:jc w:val="right"/>
      </w:pPr>
      <w:r>
        <w:t>دس کوئسچن از فرام رستم علی۔ ان ا ریشنل ایج، وائی میجورٹی اف دی سائنٹسٹ از ناٹ ایکسیپٹنگ دا یونٹی اف گاڈ اور دی انٹروینشن اف گاڈ ان بگ بینگ؟</w:t>
      </w:r>
    </w:p>
    <w:p>
      <w:r>
        <w:rPr>
          <w:b/>
        </w:rPr>
        <w:t xml:space="preserve">[07:23] </w:t>
      </w:r>
      <w:r>
        <w:t>yeh baat sahi nahi hai ke majority scientist ki nahi manti hai. is ke baray mein hamara aik article chapa hai.</w:t>
      </w:r>
    </w:p>
    <w:p>
      <w:pPr>
        <w:jc w:val="right"/>
      </w:pPr>
      <w:r>
        <w:t>یہ بات صحیح نہیں ہے کہ میجورٹی سائنٹسٹ کی نہیں مانتی ہے۔ اس کے بارے میں ہمارا ایک آرٹیکل چھپا ہے۔</w:t>
      </w:r>
    </w:p>
    <w:p>
      <w:r>
        <w:rPr>
          <w:b/>
        </w:rPr>
        <w:t xml:space="preserve">[07:33] </w:t>
      </w:r>
      <w:r>
        <w:t>aik scientist ko hum ne naqal kiya hai wahan par</w:t>
      </w:r>
    </w:p>
    <w:p>
      <w:pPr>
        <w:jc w:val="right"/>
      </w:pPr>
      <w:r>
        <w:t>ایک سائنٹسٹ کو ہم نے نقل کیا ہے وہاں پر</w:t>
      </w:r>
    </w:p>
    <w:p>
      <w:r>
        <w:rPr>
          <w:b/>
        </w:rPr>
        <w:t xml:space="preserve">[07:36] </w:t>
      </w:r>
      <w:r>
        <w:t>. aaj ki jo science hai, woh pehle ki science se bohat hi alag hai. aaj ki science poori tarah mannay lagi hai, lekin woh manti hai kis sense mein?</w:t>
      </w:r>
    </w:p>
    <w:p>
      <w:pPr>
        <w:jc w:val="right"/>
      </w:pPr>
      <w:r>
        <w:t>۔ آج کی جو سائنس ہے، وہ پہلے کی سائنس سے بہت ہی الگ ہے۔ آج کی سائنس پوری طرح ماننے لگی ہے، لیکن وہ مانتی ہے کس سینس میں؟</w:t>
      </w:r>
    </w:p>
    <w:p>
      <w:r>
        <w:rPr>
          <w:b/>
        </w:rPr>
        <w:t xml:space="preserve">[07:48] </w:t>
      </w:r>
      <w:r>
        <w:t>is sense mein ke is universe ke peechay aik intelligence hai. aik kitaab chapi hai booti se, is ka naam hai "intelligent universe".</w:t>
      </w:r>
    </w:p>
    <w:p>
      <w:pPr>
        <w:jc w:val="right"/>
      </w:pPr>
      <w:r>
        <w:t>اس سینس میں کہ اس یونیورس کے پیچھے ایک انٹیلیجنس ہے۔ ایک کتاب چھپی ہے بوٹی سے، اس کا نام ہے "انٹیلیجنٹ یونیورس"۔</w:t>
      </w:r>
    </w:p>
    <w:p>
      <w:r>
        <w:rPr>
          <w:b/>
        </w:rPr>
        <w:t xml:space="preserve">[07:59] </w:t>
      </w:r>
      <w:r>
        <w:t>to intelligence ko to mannay lage hain, woh aik mind ko man</w:t>
      </w:r>
    </w:p>
    <w:p>
      <w:pPr>
        <w:jc w:val="right"/>
      </w:pPr>
      <w:r>
        <w:t>تو انٹیلیجنس کو تو ماننے لگے ہیں، وہ ایک مائنڈ کو مان</w:t>
      </w:r>
    </w:p>
    <w:p>
      <w:r>
        <w:rPr>
          <w:b/>
        </w:rPr>
        <w:t xml:space="preserve">[08:04] </w:t>
      </w:r>
      <w:r>
        <w:t>nay lage hain. aik science scientist ne kaha ke mathematical mind hai is universe ke peechay. ab aik separate gaad jo hai, jise aap mante hain, is sense mein nahi keh rahe hain woh, lekin woh mante hain ke is universe ko jo hum dekhte hain,</w:t>
      </w:r>
    </w:p>
    <w:p>
      <w:pPr>
        <w:jc w:val="right"/>
      </w:pPr>
      <w:r>
        <w:t>نے لگے ہیں۔ ایک سائنس سائنٹسٹ نے کہا کہ میتھمیٹیکل مائنڈ ہے اس یونیورس کے پیچھے۔ اب ایک سیپریٹ گاڈ جو ہے، جسے آپ مانتے ہیں، اس سینس میں نہیں کہہ رہے ہیں وہ، لیکن وہ مانتے ہیں کہ اس یونیورس کو جو ہم دیکھتے ہیں،</w:t>
      </w:r>
    </w:p>
    <w:p>
      <w:r>
        <w:rPr>
          <w:b/>
        </w:rPr>
        <w:t xml:space="preserve">[08:22] </w:t>
      </w:r>
      <w:r>
        <w:t>us ko hum explain nahi kar sakte jab tak hum yeh na manen ke is ke peechay aik intelligence hai, is ke peechay aik mind hai. yahan tak to aa chukay hain. ab hamara kaam hai ke is ko le kar ke hum aagay aik baat kahen.</w:t>
      </w:r>
    </w:p>
    <w:p>
      <w:pPr>
        <w:jc w:val="right"/>
      </w:pPr>
      <w:r>
        <w:t>اس کو ہم ایکسپلین نہیں کر سکتے جب تک ہم یہ نہ مانیں کہ اس کے پیچھے ایک انٹیلیجنس ہے، اس کے پیچھے ایک مائنڈ ہے۔ یہاں تک تو آ چکے ہیں۔ اب ہمارا کام ہے کہ اس کو لے کر کے ہم آگے ایک بات کہیں۔</w:t>
      </w:r>
    </w:p>
    <w:p>
      <w:r>
        <w:rPr>
          <w:b/>
        </w:rPr>
        <w:t xml:space="preserve">[08:34] </w:t>
      </w:r>
      <w:r>
        <w:t>to mein samajhta hoon ke masla yeh nahi hai. masla yeh hai ke usman jo hai, larne phirne ko bana diya islam. unhon ne sari dunya mein image to bana diya islam ki ke yeh to yeh to militancy sikhaata hai, yeh to region of sword hai.</w:t>
      </w:r>
    </w:p>
    <w:p>
      <w:pPr>
        <w:jc w:val="right"/>
      </w:pPr>
      <w:r>
        <w:t>تو میں سمجھتا ہوں کہ مسئلہ یہ نہیں ہے۔ مسئلہ یہ ہے کہ عثمان جو ہے، لڑنے پھرنے کو بنا دیا اسلام۔ انہوں نے ساری دنیا میں امیج تو بنا دیا اسلام کی کہ یہ تو یہ تو ملٹینسی سکھاتا ہے، یہ تو ریجنل اف سورڈ ہے۔</w:t>
      </w:r>
    </w:p>
    <w:p>
      <w:r>
        <w:rPr>
          <w:b/>
        </w:rPr>
        <w:t xml:space="preserve">[08:48] </w:t>
      </w:r>
      <w:r>
        <w:t>is wajah se logon ko mauqa nahi hai, hamare jo baray baray mind hain, ke is opportunity ko avail karen.</w:t>
      </w:r>
    </w:p>
    <w:p>
      <w:pPr>
        <w:jc w:val="right"/>
      </w:pPr>
      <w:r>
        <w:t>اس وجہ سے لوگوں کو موقع نہیں ہے، ہمارے جو بڑے بڑے مائنڈ ہیں، کہ اس اپرچونیٹی کو اویل کریں۔</w:t>
      </w:r>
    </w:p>
    <w:p>
      <w:r>
        <w:rPr>
          <w:b/>
        </w:rPr>
        <w:t xml:space="preserve">[08:55] </w:t>
      </w:r>
      <w:r>
        <w:t>yani science ne yahan tak pohancha diya insani ilm ko ke kainat explain nahi hoti agar hum is mein na manen ke is ke peechay aik intelligence hai.</w:t>
      </w:r>
    </w:p>
    <w:p>
      <w:pPr>
        <w:jc w:val="right"/>
      </w:pPr>
      <w:r>
        <w:t>یعنی سائنس نے یہاں تک پہنچا دیا انسانی علم کو کہ کائنات ایکسپلین نہیں ہوتی اگر ہم اس میں نہ مانیں کہ اس کے پیچھے ایک انٹیلیجنس ہے۔</w:t>
      </w:r>
    </w:p>
    <w:p>
      <w:r>
        <w:rPr>
          <w:b/>
        </w:rPr>
        <w:t xml:space="preserve">[09:06] </w:t>
      </w:r>
      <w:r>
        <w:t>yahan tak pohancha di koi science. ab sirf is ko humein yeh karna hai ke aap yeh batayen ke jo concept diya gaya hai quran mein, us ko apply karen us ke upar.</w:t>
      </w:r>
    </w:p>
    <w:p>
      <w:pPr>
        <w:jc w:val="right"/>
      </w:pPr>
      <w:r>
        <w:t>یہاں تک پہنچا دی کوئی سائنس۔ اب صرف اس کو ہمیں یہ کرنا ہے کہ آپ یہ بتائیں کہ جو کانسیپٹ دیا گیا ہے قرآن میں، اس کو اپلائی کریں اس کے اوپر۔</w:t>
      </w:r>
    </w:p>
    <w:p>
      <w:r>
        <w:rPr>
          <w:b/>
        </w:rPr>
        <w:t xml:space="preserve">[09:16] </w:t>
      </w:r>
      <w:r>
        <w:t>aap to logon ko fursat nahi hai militancy se, warna is moamlay mein 50 percent kaam science kar chuki hai.</w:t>
      </w:r>
    </w:p>
    <w:p>
      <w:pPr>
        <w:jc w:val="right"/>
      </w:pPr>
      <w:r>
        <w:t>آپ تو لوگوں کو فرصت نہیں ہے ملٹینسی سے، ورنہ اس معاملے میں 50 پرسنٹ کام سائنس کر چکی ہے۔</w:t>
      </w:r>
    </w:p>
    <w:p>
      <w:r>
        <w:rPr>
          <w:b/>
        </w:rPr>
        <w:t xml:space="preserve">[09:25] </w:t>
      </w:r>
      <w:r>
        <w:t>baqi 50 percent kaam jo hai, wohi baqi hai. lekin kab kar payenge musalman? jab military ko chhoden, is so called jihad ko chhoden, yeh khilafati concept ko chhoden, political activities ko chhoden.</w:t>
      </w:r>
    </w:p>
    <w:p>
      <w:pPr>
        <w:jc w:val="right"/>
      </w:pPr>
      <w:r>
        <w:t>بقیہ 50 پرسنٹ کام جو ہے، وہی باقی ہے۔ لیکن کب کر پائیں گے مسلمان؟ جب ملٹری کو چھوڑیں، اس سو کالڈ جہاد کو چھوڑیں، یہ خلافتی کانسیپٹ کو چھوڑیں، پولیٹیکل ایکٹیویٹیز کو چھوڑیں۔</w:t>
      </w:r>
    </w:p>
    <w:p>
      <w:r>
        <w:rPr>
          <w:b/>
        </w:rPr>
        <w:t xml:space="preserve">[09:38] </w:t>
      </w:r>
      <w:r>
        <w:t>in cheezon ne musalmanon ko tabah kar rakha hai, extremist bana diya hai. extremist. this question is from a s rizvi.</w:t>
      </w:r>
    </w:p>
    <w:p>
      <w:pPr>
        <w:jc w:val="right"/>
      </w:pPr>
      <w:r>
        <w:t>ان چیزوں نے مسلمانوں کو تباہ کر رکھا ہے، ایکسٹریمسٹ بنا دیا ہے۔ ایکسٹریمسٹ۔ دس کوئسچن از فرام اے ایس رضوی۔</w:t>
      </w:r>
    </w:p>
    <w:p>
      <w:r>
        <w:rPr>
          <w:b/>
        </w:rPr>
        <w:t xml:space="preserve">[09:49] </w:t>
      </w:r>
      <w:r>
        <w:t>sir, you have quoted an ayat from quran which says that in future through science, all things will be cleared out, and for that you gave explanation from nature conversion,</w:t>
      </w:r>
    </w:p>
    <w:p>
      <w:pPr>
        <w:jc w:val="right"/>
      </w:pPr>
      <w:r>
        <w:t>سر، یو ہیو کوٹڈ این آیت فرام قرآن وچ سیز دیٹ ان فیوچر تھرو سائنس، ال تھنگز ول بی کلیئرڈ آؤٹ، اینڈ فار دیٹ یو گیو ایکسپلینیشن فرام نیچر کنورژن،</w:t>
      </w:r>
    </w:p>
    <w:p>
      <w:r>
        <w:rPr>
          <w:b/>
        </w:rPr>
        <w:t xml:space="preserve">[10:03] </w:t>
      </w:r>
      <w:r>
        <w:t>but such things were known also at the time of revelation of ayat. can you please explain the ayat in any other way?</w:t>
      </w:r>
    </w:p>
    <w:p>
      <w:pPr>
        <w:jc w:val="right"/>
      </w:pPr>
      <w:r>
        <w:t>بٹ سچ تھنگز وار نون السو ایٹ دی ٹائم اف ریولیشن اف آیت۔ کین یو پلیز ایکسپلین دی آیت ان اینی ادر وے؟</w:t>
      </w:r>
    </w:p>
    <w:p>
      <w:r>
        <w:rPr>
          <w:b/>
        </w:rPr>
        <w:t xml:space="preserve">[10:13] </w:t>
      </w:r>
      <w:r>
        <w:t>nahi, nahi, aisa nahi hai. is waqt kisi ko hi pata nahi tha in ki baaton ka.</w:t>
      </w:r>
    </w:p>
    <w:p>
      <w:pPr>
        <w:jc w:val="right"/>
      </w:pPr>
      <w:r>
        <w:t>نہیں، نہیں، ایسا نہیں ہے۔ اس وقت کسی کو ہی پتہ نہیں تھا ان کی باتوں کا۔</w:t>
      </w:r>
    </w:p>
    <w:p>
      <w:r>
        <w:rPr>
          <w:b/>
        </w:rPr>
        <w:t xml:space="preserve">[10:19] </w:t>
      </w:r>
      <w:r>
        <w:t>yeh toh aaj maloom hua hai ke saari cheezein scientific revolution ke baad known bani hain. is par hamari meri book hai poori, mazhab challenge urdu mein hai, english mein "god arises" hai, is ko parhiye aap.</w:t>
      </w:r>
    </w:p>
    <w:p>
      <w:pPr>
        <w:jc w:val="right"/>
      </w:pPr>
      <w:r>
        <w:t>یہ تو آج معلوم ہوا ہے کہ ساری چیزیں سائنٹیفک ریولوشن کے بعد نون بنی ہیں۔ اس پر ہماری میری بک ہے پوری، مذہب چیلنج اردو میں ہے، انگلش میں "گاڈ ارائزز" ہے، اس کو پڑھیے آپ۔</w:t>
      </w:r>
    </w:p>
    <w:p>
      <w:r>
        <w:rPr>
          <w:b/>
        </w:rPr>
        <w:t xml:space="preserve">[10:34] </w:t>
      </w:r>
      <w:r>
        <w:t>yeh future mein hone wala waqea tha ke nature ke exploration se baatein logon ke liye known banengi jo ke us waqt unknown thi.</w:t>
      </w:r>
    </w:p>
    <w:p>
      <w:pPr>
        <w:jc w:val="right"/>
      </w:pPr>
      <w:r>
        <w:t>یہ فیوچر میں ہونے والا واقعہ تھا کہ نیچر کے ایکسپلوریشن سے باتیں لوگوں کے لیے نون بنیں گی جو کہ اس وقت ان نون تھیں۔</w:t>
      </w:r>
    </w:p>
    <w:p>
      <w:r>
        <w:rPr>
          <w:b/>
        </w:rPr>
        <w:t xml:space="preserve">[10:44] </w:t>
      </w:r>
      <w:r>
        <w:t>is mein kai kitabein hamari hain, is ko aap dekhiye. yeh toh yani bohat hi yani yeh proof fact hai ke yeh baatein us waqt nahi maloom thi aur ab insaan ne jana hai aur quran mein pehle se is ko bataya gaya tha ke aisa aisa hone wala hai.</w:t>
      </w:r>
    </w:p>
    <w:p>
      <w:pPr>
        <w:jc w:val="right"/>
      </w:pPr>
      <w:r>
        <w:t>اس میں کئی کتابیں ہماری ہیں، اس کو آپ دیکھیے۔ یہ تو یعنی بہت ہی یعنی یہ پروف فیکٹ ہے کہ یہ باتیں اس وقت نہیں معلوم تھیں اور اب انسان نے جانا ہے اور قرآن میں پہلے سے اس کو بتایا گیا تھا کہ ایسا ایسا ہونے والا ہے۔</w:t>
      </w:r>
    </w:p>
    <w:p>
      <w:r>
        <w:rPr>
          <w:b/>
        </w:rPr>
        <w:t xml:space="preserve">[11:03] </w:t>
      </w:r>
      <w:r>
        <w:t>he has another question which is you have also expressed your views about consideration of conspiracy against islam by various people to be absurd.</w:t>
      </w:r>
    </w:p>
    <w:p>
      <w:pPr>
        <w:jc w:val="right"/>
      </w:pPr>
      <w:r>
        <w:t>ہی ہیز انادر کوئسچن وچ از یو ہیو السو ایکسپریس یور ویوز اباؤٹ کنسیڈریشن اف کانسپریسی اگینسٹ اسلام بائی ویریس پیپل ٹو بی ابسرڈ۔</w:t>
      </w:r>
    </w:p>
    <w:p>
      <w:r>
        <w:rPr>
          <w:b/>
        </w:rPr>
        <w:t xml:space="preserve">[11:18] </w:t>
      </w:r>
      <w:r>
        <w:t>sir, don't you think we should make people aware of it so that they remain cautious and alert and also oppose such people?</w:t>
      </w:r>
    </w:p>
    <w:p>
      <w:pPr>
        <w:jc w:val="right"/>
      </w:pPr>
      <w:r>
        <w:t>سر، ڈونٹ یو تھنک وی شوڈ میک پیپل اویر اف اٹ سو دیٹ دے ریمین کاشیس اینڈ الرٹ اینڈ السو اپوز سچ پیپل؟</w:t>
      </w:r>
    </w:p>
    <w:p>
      <w:r>
        <w:rPr>
          <w:b/>
        </w:rPr>
        <w:t xml:space="preserve">[11:28] </w:t>
      </w:r>
      <w:r>
        <w:t>i also want to say that your lecture was really very nice. thank you.</w:t>
      </w:r>
    </w:p>
    <w:p>
      <w:pPr>
        <w:jc w:val="right"/>
      </w:pPr>
      <w:r>
        <w:t>ائی السو وانٹ ٹو سے دیٹ یور لیکچر واز ریلی ویری نائس۔ تھینک یو۔</w:t>
      </w:r>
    </w:p>
    <w:p>
      <w:r>
        <w:rPr>
          <w:b/>
        </w:rPr>
        <w:t xml:space="preserve">[11:34] </w:t>
      </w:r>
      <w:r>
        <w:t>hum yahi kar rahe hain ke hum bar bar aap bata rahe hain logon ko ke conspiracy, is ko aap kehte hain, woh woh toh ek ek part of life hai ke khuda ne jab insaan ko basaya is zameen par toh kaha ke baad mein tum log ek doosre ke dushman ho ge.</w:t>
      </w:r>
    </w:p>
    <w:p>
      <w:pPr>
        <w:jc w:val="right"/>
      </w:pPr>
      <w:r>
        <w:t>ہم یہی کر رہے ہیں کہ ہم بار بار آپ بتا رہے ہیں لوگوں کو کہ کانسپریسی، اس کو آپ کہتے ہیں، وہ وہ تو ایک ایک پارٹ اف لائف ہے کہ خدا نے جب انسان کو بسایا اس زمین پر تو کہا کہ بعد میں تم لوگ ایک دوسرے کے دشمن ہو گے۔</w:t>
      </w:r>
    </w:p>
    <w:p>
      <w:r>
        <w:rPr>
          <w:b/>
        </w:rPr>
        <w:t xml:space="preserve">[11:52] </w:t>
      </w:r>
      <w:r>
        <w:t>toh enmity aur conspiracy aur part of nature hai. yeh toh hoga kyunke insaan test par yahan par hai. toh complaint karna bilkul ek futile kaam hai,</w:t>
      </w:r>
    </w:p>
    <w:p>
      <w:pPr>
        <w:jc w:val="right"/>
      </w:pPr>
      <w:r>
        <w:t>تو اینمیٹی اور کانسپریسی اور پارٹ اف نیچر ہے۔ یہ تو ہوگا کیونکہ انسان ٹیسٹ پر یہاں پر ہے۔ تو کمپلینٹ کرنا بالکل ایک فیوٹائل کام ہے،</w:t>
      </w:r>
    </w:p>
    <w:p>
      <w:r>
        <w:rPr>
          <w:b/>
        </w:rPr>
        <w:t xml:space="preserve">[12:05] </w:t>
      </w:r>
      <w:r>
        <w:t>is se koi faida nahi. opportunity kya hai? is ko dekhiye, is ko avail kijiye. you have to ignore the problem and avail the opportunities. this is the islamic formula.</w:t>
      </w:r>
    </w:p>
    <w:p>
      <w:pPr>
        <w:jc w:val="right"/>
      </w:pPr>
      <w:r>
        <w:t>اس سے کوئی فائدہ نہیں۔ اپرچونیٹی کیا ہے؟ اس کو دیکھیے، اس کو اویل کیجئے۔ یو ہیو ٹو اگنیئر دا پرابلم اینڈ اویل دا اپرچونیٹیز۔ دس از دا اسلامک فارمولا۔</w:t>
      </w:r>
    </w:p>
    <w:p>
      <w:r>
        <w:rPr>
          <w:b/>
        </w:rPr>
        <w:t xml:space="preserve">[12:23] </w:t>
      </w:r>
      <w:r>
        <w:t>this question is from idrees. according to islam, god sent many prophets at various times and at various locations.</w:t>
      </w:r>
    </w:p>
    <w:p>
      <w:pPr>
        <w:jc w:val="right"/>
      </w:pPr>
      <w:r>
        <w:t>دس کوئسچن از فرام ادریس۔ اکارڈنگ ٹو اسلام، گاڈ سینڈ مینی پرافٹس ایٹ ویریس ٹائمز اینڈ ایٹ ویریس لوکیشنز۔</w:t>
      </w:r>
    </w:p>
    <w:p>
      <w:r>
        <w:rPr>
          <w:b/>
        </w:rPr>
        <w:t xml:space="preserve">[12:33] </w:t>
      </w:r>
      <w:r>
        <w:t>is there any prophet sent to indian subcontinent and china? dekhiye, is mamle mein jo ulma ka kehna hai, wahi main bhi manta hoon ke hum as a principle toh bant sakte hain ke har jagah peghambar aaye,</w:t>
      </w:r>
    </w:p>
    <w:p>
      <w:pPr>
        <w:jc w:val="right"/>
      </w:pPr>
      <w:r>
        <w:t>از دیر اینی پرافٹ سینڈ ٹو انڈین سب کانٹیننٹ اینڈ چائنہ؟ دیکھیے، اس معاملے میں جو علماء کا کہنا ہے، وہی میں بھی مانتا ہوں کہ ہم ایز اے پرنسپل تو بانٹ سکتے ہیں کہ ہر جگہ پیغمبر آئے،</w:t>
      </w:r>
    </w:p>
    <w:p>
      <w:r>
        <w:rPr>
          <w:b/>
        </w:rPr>
        <w:t xml:space="preserve">[12:52] </w:t>
      </w:r>
      <w:r>
        <w:t>lekin naam le kar nahi kar sakte hum. so in logon ko jo ke quran mein mention hain, yani 25 prophet,</w:t>
      </w:r>
    </w:p>
    <w:p>
      <w:pPr>
        <w:jc w:val="right"/>
      </w:pPr>
      <w:r>
        <w:t>لیکن نام لے کر نہیں کر سکتے ہم۔ سو ان لوگوں کو جو کہ قرآن میں مینشن ہیں، یعنی 25 پرافٹ،</w:t>
      </w:r>
    </w:p>
    <w:p>
      <w:r>
        <w:rPr>
          <w:b/>
        </w:rPr>
        <w:t xml:space="preserve">[13:00] </w:t>
      </w:r>
      <w:r>
        <w:t>quran mein 25 peghambaron ka naam le kar bataya gaya hai. toh naam le kar toh inhi ko manenge hum. baqi hum yeh manenge ke har jagah aaye, har jagah aaye, har jagah aaye, lekin in ka history mein record nahi hai.</w:t>
      </w:r>
    </w:p>
    <w:p>
      <w:pPr>
        <w:jc w:val="right"/>
      </w:pPr>
      <w:r>
        <w:t>قرآن میں 25 پیغمبروں کا نام لے کر بتایا گیا ہے۔ تو نام لے کر تو انہی کو مانیں گے ہم۔ باقی ہم یہ مانیں گے کہ ہر جگہ آئے، ہر جگہ آئے، ہر جگہ آئے، لیکن ان کا ہسٹری میں ریکارڈ نہیں ہے۔</w:t>
      </w:r>
    </w:p>
    <w:p>
      <w:r>
        <w:rPr>
          <w:b/>
        </w:rPr>
        <w:t xml:space="preserve">[13:13] </w:t>
      </w:r>
      <w:r>
        <w:t>toh ulma ka jo stand hai is mamle mein, wahi barabar stand hai ke hum as a principle mante hain ke har jagah peghambar aaye, lekin naam le kar hum in 25 peghambaron ko mante hain jo quran mein jinka you referred kiya gaya hai.</w:t>
      </w:r>
    </w:p>
    <w:p>
      <w:pPr>
        <w:jc w:val="right"/>
      </w:pPr>
      <w:r>
        <w:t>تو علماء کا جو سٹینڈ ہے اس معاملے میں، وہی برابی سٹینڈ ہے کہ ہم ایز اے پرنسپل مانتے ہیں کہ ہر جگہ پیغمبر آئے، لیکن نام لے کر ہم ان 25 پیغمبروں کو مانتے ہیں جو قرآن میں جن کا یو ریفر کیا گیا ہے۔</w:t>
      </w:r>
    </w:p>
    <w:p>
      <w:r>
        <w:rPr>
          <w:b/>
        </w:rPr>
        <w:t xml:space="preserve">[13:34] </w:t>
      </w:r>
      <w:r>
        <w:t>this question is from zareen apli. molana sahib, ek baat ajab mein nahi aayi. aap ne kaha jaise democracy ka zamana hai toh log bachon ke kaanon mein kahenge "democracy, democracy".</w:t>
      </w:r>
    </w:p>
    <w:p>
      <w:pPr>
        <w:jc w:val="right"/>
      </w:pPr>
      <w:r>
        <w:t>دس کوئسچن از فرام زرین اپلی۔ مولانا صاحب، ایک بات عج میں نہیں آئی۔ آپ نے کہا جیسے ڈیموکریسی کا زمانہ ہے تو لوگ بچوں کے کانوں میں کہیں گے "ڈیموکریسی، ڈیموکریسی"۔</w:t>
      </w:r>
    </w:p>
    <w:p>
      <w:r>
        <w:rPr>
          <w:b/>
        </w:rPr>
        <w:t xml:space="preserve">[13:49] </w:t>
      </w:r>
      <w:r>
        <w:t>mere khayal se allah o akbar chhod kar koi aur nahi kehna chahiye. doosri baat, moajza jo hai, woh allah ne apne kai doosre rasoolon ko bhi diya tha.</w:t>
      </w:r>
    </w:p>
    <w:p>
      <w:pPr>
        <w:jc w:val="right"/>
      </w:pPr>
      <w:r>
        <w:t>میرے خیال سے اللہ اکبر چھوڑ کر کوئی اور نہیں کہنا چاہیے۔ دوسری بات، معجزہ جو ہے، وہ اللہ نے اپنے کئی دوسرے رسولوں کو بھی دیا تھا۔</w:t>
      </w:r>
    </w:p>
    <w:p>
      <w:r>
        <w:rPr>
          <w:b/>
        </w:rPr>
        <w:t xml:space="preserve">[14:01] </w:t>
      </w:r>
      <w:r>
        <w:t>musa ko bhi allah ne kaha tha zameen par daalne ko, woh phir saanp ban gaya tha. eisa alaihissalam ko bhi murdon ko zinda karne ka moajza diya gaya tha.</w:t>
      </w:r>
    </w:p>
    <w:p>
      <w:pPr>
        <w:jc w:val="right"/>
      </w:pPr>
      <w:r>
        <w:t>موسیٰ کو بھی اللہ نے کہا تھا زمین پر ڈالنے کو، وہ پھر سانپ بن گیا تھا۔ عیسیٰ علیہ السلام کو بھی مردوں کو زندہ کرنے کا معجزہ دیا گیا۔</w:t>
      </w:r>
    </w:p>
    <w:p>
      <w:r>
        <w:rPr>
          <w:b/>
        </w:rPr>
        <w:t xml:space="preserve">[14:12] </w:t>
      </w:r>
      <w:r>
        <w:t>is par bataiye. dekhiye, mera matlab yeh nahi ke democracy kehna sahi hai, yeh matlab nahi mera hai.</w:t>
      </w:r>
    </w:p>
    <w:p>
      <w:pPr>
        <w:jc w:val="right"/>
      </w:pPr>
      <w:r>
        <w:t>اس پر بتائیے۔ دیکھیے، میرا مطلب یہ نہیں کہ ڈیموکریسی کہنا صحیح ہے، یہ مطلب نہیں میرا ہے۔</w:t>
      </w:r>
    </w:p>
    <w:p>
      <w:r>
        <w:rPr>
          <w:b/>
        </w:rPr>
        <w:t xml:space="preserve">[14:22] </w:t>
      </w:r>
      <w:r>
        <w:t>my mind kya hai, is ko batane ke liye maine ek example diya. sahi toh wahi hai allah o akbar</w:t>
      </w:r>
    </w:p>
    <w:p>
      <w:pPr>
        <w:jc w:val="right"/>
      </w:pPr>
      <w:r>
        <w:t>ماڈ مائنڈ کیا ہے، اس کو بتانے کے لیے میں نے ایک ایگزامپل دیا۔ صحیح تو وہی ہے اللہ اکبر</w:t>
      </w:r>
    </w:p>
    <w:p>
      <w:r>
        <w:rPr>
          <w:b/>
        </w:rPr>
        <w:t xml:space="preserve">[14:28] </w:t>
      </w:r>
      <w:r>
        <w:t>, lekin aaj ke mind ko agar na jaane toh aap kaise un ko address karenge? un ko address karne ke liye un ke mind ko jaanna padta hai. baqi miracle jo jo mera jo asal mein jo tha, yeh kehna hai ke lafz miracle hi galat use hota hai.</w:t>
      </w:r>
    </w:p>
    <w:p>
      <w:pPr>
        <w:jc w:val="right"/>
      </w:pPr>
      <w:r>
        <w:t>، لیکن آج کے مائنڈ کو اگر نہ جانے تو آپ کیسے ان کو ایڈریس کریں گے؟ ان کو ایڈریس کرنے کے لیے ان کے مائنڈ کو جاننا پڑتا ہے۔ باقی بریکل جو جو میرا جو اصل میں جو تھا، یہ کہنا ہے کہ لفظ بریکل ہی غلط یوز ہوتا ہے۔</w:t>
      </w:r>
    </w:p>
    <w:p>
      <w:r>
        <w:rPr>
          <w:b/>
        </w:rPr>
        <w:t xml:space="preserve">[14:45] </w:t>
      </w:r>
      <w:r>
        <w:t>miracle bohat jagah galat use hota hai. jab quran mein is ko moajza nahi kaha gaya toh aap kaise is ko moajza kehte hain? woh ayat kaha gaya hai, ayat means nishani.</w:t>
      </w:r>
    </w:p>
    <w:p>
      <w:pPr>
        <w:jc w:val="right"/>
      </w:pPr>
      <w:r>
        <w:t>بریک بہت جگہ غلط یوز ہوتا ہے۔ جب قرآن میں اس کو معجزہ نہیں کہا گیا ہے تو آپ کیسے اس کو معجزہ کہتے ہیں؟ وہ آیت کہا گیا ہے، آیت مینز نشانی۔</w:t>
      </w:r>
    </w:p>
    <w:p>
      <w:r>
        <w:rPr>
          <w:b/>
        </w:rPr>
        <w:t xml:space="preserve">[14:55] </w:t>
      </w:r>
      <w:r>
        <w:t>toh fr</w:t>
      </w:r>
    </w:p>
    <w:p>
      <w:pPr>
        <w:jc w:val="right"/>
      </w:pPr>
      <w:r>
        <w:t>تو فر</w:t>
      </w:r>
    </w:p>
    <w:p>
      <w:r>
        <w:rPr>
          <w:b/>
        </w:rPr>
        <w:t xml:space="preserve">[14:56] </w:t>
      </w:r>
      <w:r>
        <w:t>q kya hai? moajza keh ke is ko prophetic phenomena bana dete hain. aap ayat agar aap kahein to is ko phir natural phenomena banta hai. woh is cheez ko samjhiye aap ke moajza ka word bolte hi woh prophetic phenomena ban jata hai.</w:t>
      </w:r>
    </w:p>
    <w:p>
      <w:pPr>
        <w:jc w:val="right"/>
      </w:pPr>
      <w:r>
        <w:t>ق کیا ہے؟ معجزہ کہہ کے اس کو پرافٹک فیناومینا بنا دیتے ہیں۔ آپ آیت اگر آپ کہیں تو اس کو پھر نیچرل فیناومینا بنتا ہے۔ وہ اس چیز کو سمجھئے آپ کہ معجزہ کا ورڈ بولتے ہی وہ پرافٹک فیناومینا بن جاتا ہے۔</w:t>
      </w:r>
    </w:p>
    <w:p>
      <w:r>
        <w:rPr>
          <w:b/>
        </w:rPr>
        <w:t xml:space="preserve">[15:11] </w:t>
      </w:r>
      <w:r>
        <w:t>lekin jab is ko ayat kahein, quran ki term use karein to phir woh natural phenomena banta hai. is par ghor kijiye. das question is from idrees.</w:t>
      </w:r>
    </w:p>
    <w:p>
      <w:pPr>
        <w:jc w:val="right"/>
      </w:pPr>
      <w:r>
        <w:t>لیکن جب اس کو آیت کہیں، قرآن کی ٹرم یوز کریں تو پھر وہ نیچرل فیناومینا بنتا ہے۔ اس پر غور کیجئے۔ دس کوئسچن از فرام ادریس۔</w:t>
      </w:r>
    </w:p>
    <w:p>
      <w:r>
        <w:rPr>
          <w:b/>
        </w:rPr>
        <w:t xml:space="preserve">[15:23] </w:t>
      </w:r>
      <w:r>
        <w:t>is there any book other than quran, bible and torah, which can be considered as heavenly book?</w:t>
      </w:r>
    </w:p>
    <w:p>
      <w:pPr>
        <w:jc w:val="right"/>
      </w:pPr>
      <w:r>
        <w:t>از دیر اینی بک ادر دین قرآن، بائبل اینڈ تورہ، وچ کین بی کنسیڈر ایز ہیونلی بک؟</w:t>
      </w:r>
    </w:p>
    <w:p>
      <w:r>
        <w:rPr>
          <w:b/>
        </w:rPr>
        <w:t xml:space="preserve">[15:34] </w:t>
      </w:r>
      <w:r>
        <w:t>dekhein, naam le kar to aap nahi keh sakte. quran mein jo bataya gaya hai, woh to yahi hai. aur koi kitab jo hai, woh quran mein naam le kar nahi batayi gayi hai.</w:t>
      </w:r>
    </w:p>
    <w:p>
      <w:pPr>
        <w:jc w:val="right"/>
      </w:pPr>
      <w:r>
        <w:t>دیکھیں، نام لے کر تو آپ نہیں کہہ سکتے۔ قرآن میں جو بتایا گیا ہے، وہ تو یہی ہے۔ اور کوئی کتاب جو ہے، وہ قرآن میں نام لے کر نہیں بتائی گئی ہے۔</w:t>
      </w:r>
    </w:p>
    <w:p>
      <w:r>
        <w:rPr>
          <w:b/>
        </w:rPr>
        <w:t xml:space="preserve">[15:45] </w:t>
      </w:r>
      <w:r>
        <w:t>to hum yahan bhi mein kahunga ke hum as a principle hum yeh kahengay ke jagah jagah khuda ne bheja hoga, lekin naam le kar to yahi hai quran aur torah aur injeel.</w:t>
      </w:r>
    </w:p>
    <w:p>
      <w:pPr>
        <w:jc w:val="right"/>
      </w:pPr>
      <w:r>
        <w:t>تو ہم یہاں بھی میں کہوں گا کہ ہم ایز اے پرنسپل ہم یہ کہیں گے کہ جگہ جگہ خدا نے بھیجا ہوگا، لیکن نام لے کر تو یہی ہے قرآن اور تورہ اور انجیل۔</w:t>
      </w:r>
    </w:p>
    <w:p>
      <w:r>
        <w:rPr>
          <w:b/>
        </w:rPr>
        <w:t xml:space="preserve">[16:00] </w:t>
      </w:r>
      <w:r>
        <w:t>das question is from shah imran hasan. what is the reality of hoor and ghilman? please explain in detail.</w:t>
      </w:r>
    </w:p>
    <w:p>
      <w:pPr>
        <w:jc w:val="right"/>
      </w:pPr>
      <w:r>
        <w:t>دس کوئسچن از فرام شاہ عمران حسن۔ واٹ از دا ریلیٹی اف حور اینڈ گلمان؟ پلیز ایکسپلین ان ڈیٹیل۔</w:t>
      </w:r>
    </w:p>
    <w:p>
      <w:r>
        <w:rPr>
          <w:b/>
        </w:rPr>
        <w:t xml:space="preserve">[16:11] </w:t>
      </w:r>
      <w:r>
        <w:t>ghilman hai woh quran majeed mein.</w:t>
      </w:r>
    </w:p>
    <w:p>
      <w:pPr>
        <w:jc w:val="right"/>
      </w:pPr>
      <w:r>
        <w:t>غلبان ہے وہ قرآن مجید میں۔</w:t>
      </w:r>
    </w:p>
    <w:p>
      <w:r>
        <w:rPr>
          <w:b/>
        </w:rPr>
        <w:t xml:space="preserve">[16:15] </w:t>
      </w:r>
      <w:r>
        <w:t>ab yeh bas yeh kuch pata nahi ke wahan kis kya shakal hogi. yeh to tamseel ki zaban hai. matlab hai ke wahan par har woh cheez milegi jo insaan chahta hai.</w:t>
      </w:r>
    </w:p>
    <w:p>
      <w:pPr>
        <w:jc w:val="right"/>
      </w:pPr>
      <w:r>
        <w:t>اب یہ بس یہ کچھ پتہ نہیں کہ وہاں کس کیا شکل ہوگی۔ یہ تو تمثیل کی زبان ہے۔ مطلب ہے کہ وہاں پر ہر وہ چیز ملے گی جو انسان چاہتا ہے۔</w:t>
      </w:r>
    </w:p>
    <w:p>
      <w:r>
        <w:rPr>
          <w:b/>
        </w:rPr>
        <w:t xml:space="preserve">[16:26] </w:t>
      </w:r>
      <w:r>
        <w:t>asal cheez jo hai, woh is ayat mein hai: "wa lakum fiha ma tashtahoon". asal mein is ko dekhiye aap, woh to detail hai: "wa lakum fiha ma tashtahoon".</w:t>
      </w:r>
    </w:p>
    <w:p>
      <w:pPr>
        <w:jc w:val="right"/>
      </w:pPr>
      <w:r>
        <w:t>اصل چیز جو ہے، وہ اس آیت میں ہے: "ولکم فیہا ما تشت یرفسکم"۔ اصل میں اس کو دیکھیے آپ، وہ تو ڈیٹیل ہے: "ولکم فیہا ما تشت یرفسکم"۔</w:t>
      </w:r>
    </w:p>
    <w:p>
      <w:r>
        <w:rPr>
          <w:b/>
        </w:rPr>
        <w:t xml:space="preserve">[16:39] </w:t>
      </w:r>
      <w:r>
        <w:t>matlab insaan dunya mein desire ke sath jeeta hai,</w:t>
      </w:r>
    </w:p>
    <w:p>
      <w:pPr>
        <w:jc w:val="right"/>
      </w:pPr>
      <w:r>
        <w:t>مطلب انسان دنیا میں ڈیزائر کے ساتھ جیتا ہے،</w:t>
      </w:r>
    </w:p>
    <w:p>
      <w:r>
        <w:rPr>
          <w:b/>
        </w:rPr>
        <w:t xml:space="preserve">[16:42] </w:t>
      </w:r>
      <w:r>
        <w:t>desire ko chahta hai pana, lekin woh kabhi desire us ki fulfill nahi hoti. har insaan un fulfill desire ke sath mar jata hai. to kaha gaya hai ke yeh jo un fulfill desire tumhari hai, wahan poori hogi.</w:t>
      </w:r>
    </w:p>
    <w:p>
      <w:pPr>
        <w:jc w:val="right"/>
      </w:pPr>
      <w:r>
        <w:t>ڈیزائر کو چاہتا ہے پانا، لیکن وہ کبھی ڈیزائر اس کی فلفل نہیں ہوتی۔ ہر انسان ان فلفل ڈیزائر کے ساتھ مر جاتا ہے۔ تو کہا گیا ہے کہ یہ جو ان فلفل ڈیزائر تمہاری ہے، وہاں پوری ہوگی۔</w:t>
      </w:r>
    </w:p>
    <w:p>
      <w:r>
        <w:rPr>
          <w:b/>
        </w:rPr>
        <w:t xml:space="preserve">[16:56] </w:t>
      </w:r>
      <w:r>
        <w:t>asal baat jo hai, jana chahiye woh yeh jana chahiye ke sare insaan jo hain, kuch desire ke sath paida kiye jate hain aur har insaan dor raha hai apne desire ko hasil karne ke liye, lekin</w:t>
      </w:r>
    </w:p>
    <w:p>
      <w:pPr>
        <w:jc w:val="right"/>
      </w:pPr>
      <w:r>
        <w:t>اصل بات جو ہے، جانا چاہیے وہ یہ جانا چاہیے کہ سارے انسان جو ہیں، کچھ ڈیزائر کے ساتھ پیدا کیے جاتے ہیں اور ہر انسان دوڑ رہا ہے اپنے ڈیزائر کو حاصل کرنے کے لیے، لیکن</w:t>
      </w:r>
    </w:p>
    <w:p>
      <w:r>
        <w:rPr>
          <w:b/>
        </w:rPr>
        <w:t xml:space="preserve">[17:10] </w:t>
      </w:r>
      <w:r>
        <w:t>kabhi bhi koi aadmi apne desire ko fulfill nahi kar pata. to asal cheez jo hai, woh hai ke paradise woh jagah hai jahan aadmi ko complete fulfillment milega.</w:t>
      </w:r>
    </w:p>
    <w:p>
      <w:pPr>
        <w:jc w:val="right"/>
      </w:pPr>
      <w:r>
        <w:t>کبھی بھی کوئی آدمی اپنے ڈیزائر کو فلفل نہیں کر پاتا۔ تو اصل چیز جو ہے، وہ ہے کہ پیراڈائز وہ جگہ ہے جہاں آدمی کو کمپلیٹ فلفلمنٹ ملے گا۔</w:t>
      </w:r>
    </w:p>
    <w:p>
      <w:r>
        <w:rPr>
          <w:b/>
        </w:rPr>
        <w:t xml:space="preserve">[17:24] </w:t>
      </w:r>
      <w:r>
        <w:t>asal baat yeh hai.</w:t>
      </w:r>
    </w:p>
    <w:p>
      <w:pPr>
        <w:jc w:val="right"/>
      </w:pPr>
      <w:r>
        <w:t>اصل بات یہ ہے۔</w:t>
      </w:r>
    </w:p>
    <w:p>
      <w:r>
        <w:rPr>
          <w:b/>
        </w:rPr>
        <w:t xml:space="preserve">[17:30] </w:t>
      </w:r>
      <w:r>
        <w:t>das question is from momin. i have often heard people saying that imam mahdi will come and give us wisdom.</w:t>
      </w:r>
    </w:p>
    <w:p>
      <w:pPr>
        <w:jc w:val="right"/>
      </w:pPr>
      <w:r>
        <w:t>دس کوئسچن از فرام مومن۔ ائی ہیو افن ہرڈ پیپل سینگ دیٹ امام مہدی ول کم اینڈ گیو اس وزڈم۔</w:t>
      </w:r>
    </w:p>
    <w:p>
      <w:r>
        <w:rPr>
          <w:b/>
        </w:rPr>
        <w:t xml:space="preserve">[17:39] </w:t>
      </w:r>
      <w:r>
        <w:t>what is the truth in this? kingdom, kingdom, kingdom. okay, i just repeat your question. kingdom ke baad to bilkul baseless hai, koi kingdom ki baat nahi hai.</w:t>
      </w:r>
    </w:p>
    <w:p>
      <w:pPr>
        <w:jc w:val="right"/>
      </w:pPr>
      <w:r>
        <w:t>واٹ از دا ٹروتھ ان دس؟ کنگڈم، کنگڈم، کنگڈم۔ اوکے، ائی جسٹ ریپیٹ یور کوئسچن۔ کنگڈم کے بعد تو بالکل بیسلیس ہے، کوئی کنگڈم کی بات نہیں ہے۔</w:t>
      </w:r>
    </w:p>
    <w:p>
      <w:r>
        <w:rPr>
          <w:b/>
        </w:rPr>
        <w:t xml:space="preserve">[17:51] </w:t>
      </w:r>
      <w:r>
        <w:t>quran hadith mein jo hai, mahdi ke mani yeh nahi ke woh kingdom denge, yeh apni taraf se add kar rakha hai logon ne.</w:t>
      </w:r>
    </w:p>
    <w:p>
      <w:pPr>
        <w:jc w:val="right"/>
      </w:pPr>
      <w:r>
        <w:t>قرآن حدیث میں جو ہے، مہدی کے معنی یہ نہیں کہ وہ کنگڈم دیں گے، یہ اپنی طرف سے ایڈ کر رکھا ہے لوگوں نے۔</w:t>
      </w:r>
    </w:p>
    <w:p>
      <w:r>
        <w:rPr>
          <w:b/>
        </w:rPr>
        <w:t xml:space="preserve">[17:59] </w:t>
      </w:r>
      <w:r>
        <w:t>bilkul baseless. mahdi ke mani hote hain guided person, us ko hidayat milegi.</w:t>
      </w:r>
    </w:p>
    <w:p>
      <w:pPr>
        <w:jc w:val="right"/>
      </w:pPr>
      <w:r>
        <w:t>بالکل بیسلیس۔ مہدی کے معنی ہوتے ہیں گائیڈڈ پرسن، اس کو ہدایت ملے گی۔</w:t>
      </w:r>
    </w:p>
    <w:p>
      <w:r>
        <w:rPr>
          <w:b/>
        </w:rPr>
        <w:t xml:space="preserve">[18:07] </w:t>
      </w:r>
      <w:r>
        <w:t>bas woh guided honge, yani khud unhein hidayat mili hui hogi. pehchanna aap ka kaam hai. woh aisa nahi kahega ke mein mahdi hoon, mein mahdi hoon, mein mahdi hoon.</w:t>
      </w:r>
    </w:p>
    <w:p>
      <w:pPr>
        <w:jc w:val="right"/>
      </w:pPr>
      <w:r>
        <w:t>بس وہ گائیڈڈ ہوں گے، یعنی خود انہیں ہدایت ملی ہوئی ہوگی۔ پہچاننا آپ کا کام ہے۔ وہ ایسا نہیں کہے گا کہ میں مہدی ہوں، میں مہدی ہوں، میں مہدی ہوں۔</w:t>
      </w:r>
    </w:p>
    <w:p>
      <w:r>
        <w:rPr>
          <w:b/>
        </w:rPr>
        <w:t xml:space="preserve">[18:16] </w:t>
      </w:r>
      <w:r>
        <w:t>aisa kabhi bhi nahi hone wala hai. log andhe sabit honge. bas yeh hai jo pehchanenge, woh woh khuda ki nazar mein aankh wale ho gaye.</w:t>
      </w:r>
    </w:p>
    <w:p>
      <w:pPr>
        <w:jc w:val="right"/>
      </w:pPr>
      <w:r>
        <w:t>ایسا کبھی بھی نہیں ہونے والا ہے۔ لوگ اندھے ثابت ہوں گے۔ بس یہ ہے جو پہچانیں گے، وہ وہ خدا کی نظر میں آنکھ والے ہو گئے۔</w:t>
      </w:r>
    </w:p>
    <w:p>
      <w:r>
        <w:rPr>
          <w:b/>
        </w:rPr>
        <w:t xml:space="preserve">[18:25] </w:t>
      </w:r>
      <w:r>
        <w:t>nahi pehchanenge to andhe bane rahengay. khud mahdi elaan nahi karega ke mein mahdi hoon. yeh aap mat samjhiye ke mahdi kahega: "ana mahdi". bilkul koi kahe to jhoot bolta hai.</w:t>
      </w:r>
    </w:p>
    <w:p>
      <w:pPr>
        <w:jc w:val="right"/>
      </w:pPr>
      <w:r>
        <w:t>نہیں پہچانیں گے تو اندھے بنے رہیں گے۔ خود مہدی اعلان نہیں کرے گا کہ میں مہدی ہوں۔ یہ آپ مت سمجھئے کہ مہدی کہے گا: "انا مہدی"۔ بالکل کوئی کہے تو جھوٹ بولتا ہے۔</w:t>
      </w:r>
    </w:p>
    <w:p>
      <w:r>
        <w:rPr>
          <w:b/>
        </w:rPr>
        <w:t xml:space="preserve">[18:35] </w:t>
      </w:r>
      <w:r>
        <w:t>woh</w:t>
      </w:r>
    </w:p>
    <w:p>
      <w:pPr>
        <w:jc w:val="right"/>
      </w:pPr>
      <w:r>
        <w:t>وہ</w:t>
      </w:r>
    </w:p>
    <w:p>
      <w:r>
        <w:rPr>
          <w:b/>
        </w:rPr>
        <w:t xml:space="preserve">[18:37] </w:t>
      </w:r>
      <w:r>
        <w:t>mahdi naam hai us insaan ka jo baad ke zamane mein, baad ke zamane mein jab ke sachai bohat zyada gum ho chuki hogi, sachai ko discover karega, logon ke samne pesh karega.</w:t>
      </w:r>
    </w:p>
    <w:p>
      <w:pPr>
        <w:jc w:val="right"/>
      </w:pPr>
      <w:r>
        <w:t>مہدی نام ہے اس انسان کا جو بعد کے زمانے میں، بعد کے زمانے میں جب کہ سچائی بہت زیادہ گم ہو چکی ہوگی، سچائی کو ڈسکور کرے گا، لوگوں کے سامنے پیش کرے گا۔</w:t>
      </w:r>
    </w:p>
    <w:p>
      <w:r>
        <w:rPr>
          <w:b/>
        </w:rPr>
        <w:t xml:space="preserve">[18:49] </w:t>
      </w:r>
      <w:r>
        <w:t>log khud se pehchanen ke yeh mahdi hai. woh apne munh se nahi bol ke kahega ke mein mahdi hoon. yeh bohat bari fallacy hai.</w:t>
      </w:r>
    </w:p>
    <w:p>
      <w:pPr>
        <w:jc w:val="right"/>
      </w:pPr>
      <w:r>
        <w:t>لوگ خود سے پہچانیں کہ یہ مہدی ہے۔ وہ اپنے منہ سے نہیں بول کے کہے گا کہ میں مہدی ہوں۔ یہ بہت بڑی فلسی ہے۔</w:t>
      </w:r>
    </w:p>
    <w:p>
      <w:r>
        <w:rPr>
          <w:b/>
        </w:rPr>
        <w:t xml:space="preserve">[18:57] </w:t>
      </w:r>
      <w:r>
        <w:t>is mein log jeete hain. bohat bari fallacy hai. log samajhte hain ke mahdi aage kahega: "mein mahdi hoon". ab dor dor ke log in ka pate honge. yeh bilkul baseless baat hai.</w:t>
      </w:r>
    </w:p>
    <w:p>
      <w:pPr>
        <w:jc w:val="right"/>
      </w:pPr>
      <w:r>
        <w:t>اس میں لوگ جیتے ہیں۔ بہت بڑی فلسی ہے۔ لوگ سمجھتے ہیں کہ مہدی آگے کہے گا: "میں مہدی ہوں"۔ اب دوڑ دوڑ کے لوگ ان کا پاتے ہوں گے۔ یہ بالکل بیسلیس بات ہے۔</w:t>
      </w:r>
    </w:p>
    <w:p>
      <w:r>
        <w:rPr>
          <w:b/>
        </w:rPr>
        <w:t xml:space="preserve">[19:08] </w:t>
      </w:r>
      <w:r>
        <w:t>beslis baat hai. log fals hit mein jeete hain. fals hit mein aap ko pehchanna parega. nahin pehchanenge</w:t>
      </w:r>
    </w:p>
    <w:p>
      <w:pPr>
        <w:jc w:val="right"/>
      </w:pPr>
      <w:r>
        <w:t>بیسلیس بات ہے۔ لوگ فالس ہٹ میں جیتے ہیں۔ فالس ہٹ میں آپ کو پہچاننا پڑے گا۔ نہیں پہچانیں گے</w:t>
      </w:r>
    </w:p>
    <w:p>
      <w:r>
        <w:rPr>
          <w:b/>
        </w:rPr>
        <w:t xml:space="preserve">[19:16] </w:t>
      </w:r>
      <w:r>
        <w:t>to khuda ke sath blind ban kar uthaye jayenge. blind ban kar uthaye jayenge. pehchanna aap ka kaam hai. mehdi jo aayega to kabhi bhi elaan nahin karega ke main mehdi hoon.</w:t>
      </w:r>
    </w:p>
    <w:p>
      <w:pPr>
        <w:jc w:val="right"/>
      </w:pPr>
      <w:r>
        <w:t>تو خدا کے ساتھ بلائنڈ بن کر اٹھائے جائیں گے۔ بلائنڈ بن کر اٹھائے جائیں گے۔ پہچاننا آپ کا کام ہے۔ مہدی جو آئے گا تو کبھی بھی اعلان نہیں کرے گا کہ میں مہدی ہوں۔</w:t>
      </w:r>
    </w:p>
    <w:p>
      <w:r>
        <w:rPr>
          <w:b/>
        </w:rPr>
        <w:t xml:space="preserve">[19:27] </w:t>
      </w:r>
      <w:r>
        <w:t>yeh bohat bari baat samajhni chahiye aap ko. sare log ek fals hit mein jeete hain ke mehdi aayega to us ki bari bari seing hogi, bara bara hath hoga, na to yeh baat hogi, na to us ke andar koi bohat special cheezein hongi,</w:t>
      </w:r>
    </w:p>
    <w:p>
      <w:pPr>
        <w:jc w:val="right"/>
      </w:pPr>
      <w:r>
        <w:t>یہ بہت بڑی بات سمجھنی چاہیے آپ کو۔ سارے لوگ ایک فالس ہٹ میں جیتے ہیں کہ مہدی آئے گا تو اس کی بڑی بڑی سینگ ہوگی، بڑا بڑا ہاتھ ہوگا۔ نہ تو یہ بات ہوگی، نہ تو اس کے اندر کوئی بہت اسپیشل چیزیں ہوں گی،</w:t>
      </w:r>
    </w:p>
    <w:p>
      <w:r>
        <w:rPr>
          <w:b/>
        </w:rPr>
        <w:t xml:space="preserve">[19:42] </w:t>
      </w:r>
      <w:r>
        <w:t>na woh apne munh se bolega.</w:t>
      </w:r>
    </w:p>
    <w:p>
      <w:pPr>
        <w:jc w:val="right"/>
      </w:pPr>
      <w:r>
        <w:t>نہ وہ اپنے منہ سے بولے گا۔</w:t>
      </w:r>
    </w:p>
    <w:p>
      <w:r>
        <w:rPr>
          <w:b/>
        </w:rPr>
        <w:t xml:space="preserve">[19:45] </w:t>
      </w:r>
      <w:r>
        <w:t>aap ko pehchanna parega ke yeh woh insaan hai jis ko khuda ne hidayat di, jis ne sachai ko discover kiya, sachai ko jaana. aise aise zamanay mein jab ke sachai gum ho gayi thi.</w:t>
      </w:r>
    </w:p>
    <w:p>
      <w:pPr>
        <w:jc w:val="right"/>
      </w:pPr>
      <w:r>
        <w:t>آپ کو پہچاننا پڑے گا کہ یہ وہ انسان ہے جس کو خدا نے ہدایت دی، جس نے سچائی کو ڈسکور کیا، سچائی کو جانا۔ ایسے ایسے زمانے میں جب کہ سچائی گم ہو گئی تھی۔</w:t>
      </w:r>
    </w:p>
    <w:p>
      <w:r>
        <w:rPr>
          <w:b/>
        </w:rPr>
        <w:t xml:space="preserve">[19:55] </w:t>
      </w:r>
      <w:r>
        <w:t>bas itna hi hai mehdi ka concept. is se ziyada aur kuch bhi nahin hai. das question is from mursal farman.</w:t>
      </w:r>
    </w:p>
    <w:p>
      <w:pPr>
        <w:jc w:val="right"/>
      </w:pPr>
      <w:r>
        <w:t>بس اتنا ہی ہے مہدی کا کانسیپٹ۔ اس سے زیادہ اور کچھ بھی نہیں ہے۔ دس کوئسچن از فرام مرسل فرمان۔</w:t>
      </w:r>
    </w:p>
    <w:p>
      <w:r>
        <w:rPr>
          <w:b/>
        </w:rPr>
        <w:t xml:space="preserve">[20:05] </w:t>
      </w:r>
      <w:r>
        <w:t>if we take musa miracles act as sign and quran also says that the prophet of islam was not given any signs, then how in world a muslim will discover signs related to his prophets life?</w:t>
      </w:r>
    </w:p>
    <w:p>
      <w:pPr>
        <w:jc w:val="right"/>
      </w:pPr>
      <w:r>
        <w:t>اف وی ٹیک موسیٰ میریکلز ایکٹ ایز سائن اینڈ قرآن السو سیز دیٹ دی پرافٹ اف اسلام واز ناٹ گیون اینی سائنز، دین ہاؤ ان ورلڈ ا مسلم ول ڈسکور سائنز ریلیٹڈ ٹو ہز پرافٹس لائف؟</w:t>
      </w:r>
    </w:p>
    <w:p>
      <w:r>
        <w:rPr>
          <w:b/>
        </w:rPr>
        <w:t xml:space="preserve">[20:24] </w:t>
      </w:r>
      <w:r>
        <w:t>dekhen, yahan par mujhe jo cheez milti hai quran se, woh milti hai wohi ayat: "sanurihim ayatina fil afaqi wa fi anfusihim hatta yatabaiyan alhaq".</w:t>
      </w:r>
    </w:p>
    <w:p>
      <w:pPr>
        <w:jc w:val="right"/>
      </w:pPr>
      <w:r>
        <w:t>دیکھیں، یہاں پر مجھے جو چیز ملتی ہے قرآن سے، وہ ملتی ہے وہی آیت: "سنوریہم آیاتنا فی آفاق و فی انفسہم حتیٰ یتبین الحق"۔</w:t>
      </w:r>
    </w:p>
    <w:p>
      <w:r>
        <w:rPr>
          <w:b/>
        </w:rPr>
        <w:t xml:space="preserve">[20:38] </w:t>
      </w:r>
      <w:r>
        <w:t>wahan par jo peghambar ne dikhaya, us ko bhi ayat kaha gaya hai. yahan par bhi ayat kaha gaya hai jo baad ko zahir hogi. to yahan par maine apni samajh se jaana hai ke is ayat mein scientific age ka zikr hai.</w:t>
      </w:r>
    </w:p>
    <w:p>
      <w:pPr>
        <w:jc w:val="right"/>
      </w:pPr>
      <w:r>
        <w:t>وہاں پر جو پیغمبر نے دکھایا، اس کو بھی آیت کہا گیا ہے۔ یہاں پر بھی آیت کہا گیا ہے جو بعد کو ظاہر ہوگی۔ تو یہاں پر میں نے اپنی سمجھ سے جانا ہے کہ اس آیت میں سائنٹیفک ایج کا ذکر ہے۔</w:t>
      </w:r>
    </w:p>
    <w:p>
      <w:r>
        <w:rPr>
          <w:b/>
        </w:rPr>
        <w:t xml:space="preserve">[20:53] </w:t>
      </w:r>
      <w:r>
        <w:t>yani scientific age jab aayega to natural phenomena khulenge aur yeh jo khuda ki nishaniyan hain, woh nishaniyon ko hum dekh payenge. to wahan par jo hua, us waqt scientific age nahin aaya tha.</w:t>
      </w:r>
    </w:p>
    <w:p>
      <w:pPr>
        <w:jc w:val="right"/>
      </w:pPr>
      <w:r>
        <w:t>یعنی سائنٹیفک ایج جب آئے گا تو نیچرل فیناومینا کھلیں گے اور یہ جو خدا کی نشانیاں ہیں، وہ نشانیوں کو ہم دیکھ پائیں گے۔ تو وہاں پر جو ہوا، اس وقت سائنٹیفک ایج نہیں آیا تھا۔</w:t>
      </w:r>
    </w:p>
    <w:p>
      <w:r>
        <w:rPr>
          <w:b/>
        </w:rPr>
        <w:t xml:space="preserve">[21:07] </w:t>
      </w:r>
      <w:r>
        <w:t>us waqt hua woh khareq-e-adat ke taur par. ab khuda ne science ke zariye se nature ko khola. isi ko predict kiya gaya hai is ayat mein ke ek zamanay aayega ke jab khud insaan nature ko discover kar ke in nishaniyon ko kholega,</w:t>
      </w:r>
    </w:p>
    <w:p>
      <w:pPr>
        <w:jc w:val="right"/>
      </w:pPr>
      <w:r>
        <w:t>اس وقت ہوا وہ خرق عادت کے طور پر۔ اب خدا نے سائنس کے ذریعے سے نیچر کو کھولا۔ اسی کو پریڈکٹ کیا گیا ہے اس آیت میں کہ ایک زمانہ آئے گا کہ جب خود انسان نیچر کو ڈسکور کر کے ان نشانیوں کو کھولے گا،</w:t>
      </w:r>
    </w:p>
    <w:p>
      <w:r>
        <w:rPr>
          <w:b/>
        </w:rPr>
        <w:t xml:space="preserve">[21:25] </w:t>
      </w:r>
      <w:r>
        <w:t>phir tum baaton ko pehchan lo ge. yeh main samajh paya hoon is ayat se. das question is from doctor farida khanam</w:t>
      </w:r>
    </w:p>
    <w:p>
      <w:pPr>
        <w:jc w:val="right"/>
      </w:pPr>
      <w:r>
        <w:t>پھر تم باتوں کو پہچان لو گے۔ یہ میں سمجھ پایا ہوں اس آیت سے۔ دس کوئسچن از فرام ڈاکٹر فریدہ خانم</w:t>
      </w:r>
    </w:p>
    <w:p>
      <w:r>
        <w:rPr>
          <w:b/>
        </w:rPr>
        <w:t xml:space="preserve">[21:35] </w:t>
      </w:r>
      <w:r>
        <w:t>e. what is meant by dajl and dajjal? hum ne</w:t>
      </w:r>
    </w:p>
    <w:p>
      <w:pPr>
        <w:jc w:val="right"/>
      </w:pPr>
      <w:r>
        <w:t>۔ واٹ از مینٹ بائے دجل اینڈ دجال؟ ہم نے</w:t>
      </w:r>
    </w:p>
    <w:p>
      <w:r>
        <w:rPr>
          <w:b/>
        </w:rPr>
        <w:t xml:space="preserve">[21:44] </w:t>
      </w:r>
      <w:r>
        <w:t>dajl ke maani hote hain dhoka. dajjal maani dhoka dene wala. main yahan tak samjha hoon ke dajjal se murad hai islam ka wrong interpretation dena.</w:t>
      </w:r>
    </w:p>
    <w:p>
      <w:pPr>
        <w:jc w:val="right"/>
      </w:pPr>
      <w:r>
        <w:t>دجل کے معنی ہوتے ہیں دھوکا۔ دجال معنی دھوکہ دینے والا۔ میں یہاں تک سمجھا ہوں کہ دجال سے مراد ہے اسلام کا رانگ انٹرپریٹیشن دینا۔</w:t>
      </w:r>
    </w:p>
    <w:p>
      <w:r>
        <w:rPr>
          <w:b/>
        </w:rPr>
        <w:t xml:space="preserve">[21:59] </w:t>
      </w:r>
      <w:r>
        <w:t>yeh dajali hai. naam lena islam ka</w:t>
      </w:r>
    </w:p>
    <w:p>
      <w:pPr>
        <w:jc w:val="right"/>
      </w:pPr>
      <w:r>
        <w:t>یہ دجالی ہے۔ نام لینا اسلام کا</w:t>
      </w:r>
    </w:p>
    <w:p>
      <w:r>
        <w:rPr>
          <w:b/>
        </w:rPr>
        <w:t xml:space="preserve">[22:04] </w:t>
      </w:r>
      <w:r>
        <w:t>aur baat kehna unislamic. kyun ke dajjal dekhen, kaha jata hai arabi mein is ko kehte hain polish ko, mulamma ko.</w:t>
      </w:r>
    </w:p>
    <w:p>
      <w:pPr>
        <w:jc w:val="right"/>
      </w:pPr>
      <w:r>
        <w:t>اور بات کہنا ان اسلامک۔ کیونکہ دجال دیکھیں، کہا جاتا ہے عربی میں اس کو کہتے ہیں پالش کو، ملمہ کو۔</w:t>
      </w:r>
    </w:p>
    <w:p>
      <w:r>
        <w:rPr>
          <w:b/>
        </w:rPr>
        <w:t xml:space="preserve">[22:15] </w:t>
      </w:r>
      <w:r>
        <w:t>yani pital ka bartan hai, aap gold ka us ko polish kar dein aur kahein ke dekho yeh sone ka golden part hai, woh hai dajjal.</w:t>
      </w:r>
    </w:p>
    <w:p>
      <w:pPr>
        <w:jc w:val="right"/>
      </w:pPr>
      <w:r>
        <w:t>یعنی پیتل کا برتن ہے، آپ گولڈ کا اس کو پالش کر دیں اور کہیں کہ دیکھو یہ سونے کا گولڈن پارٹ ہے، وہ ہے دجال۔</w:t>
      </w:r>
    </w:p>
    <w:p>
      <w:r>
        <w:rPr>
          <w:b/>
        </w:rPr>
        <w:t xml:space="preserve">[22:26] </w:t>
      </w:r>
      <w:r>
        <w:t>to is tarah ke mulamma ko, is tarah ke polish ko dajjal kehte hain.</w:t>
      </w:r>
    </w:p>
    <w:p>
      <w:pPr>
        <w:jc w:val="right"/>
      </w:pPr>
      <w:r>
        <w:t>تو اس طرح کے ملمے کو، اس طرح کے پالش کو دجال کہتے ہیں۔</w:t>
      </w:r>
    </w:p>
    <w:p>
      <w:r>
        <w:rPr>
          <w:b/>
        </w:rPr>
        <w:t xml:space="preserve">[22:31] </w:t>
      </w:r>
      <w:r>
        <w:t>to main samajhta hoon ke jo hadith mein dajjal ka word aaya hai, quran mein to nahin hai hadith mein, to is ka is se main samajhta hoon ke is se woh log murad hain jo baad ke zamanay mein,</w:t>
      </w:r>
    </w:p>
    <w:p>
      <w:pPr>
        <w:jc w:val="right"/>
      </w:pPr>
      <w:r>
        <w:t>تو میں سمجھتا ہوں کہ جو حدیث میں دجال کا ورڈ آیا ہے، قرآن میں تو نہیں ہے حدیث میں، تو اس کا اس سے میں سمجھتا ہوں کہ اس سے وہ لوگ مراد ہیں جو بعد کے زمانے میں،</w:t>
      </w:r>
    </w:p>
    <w:p>
      <w:r>
        <w:rPr>
          <w:b/>
        </w:rPr>
        <w:t xml:space="preserve">[22:44] </w:t>
      </w:r>
      <w:r>
        <w:t>later period of history mein islam ko, yani ghalat interpretation denge. islam se woh baatein nikalenge jo islam mein nahin hain.</w:t>
      </w:r>
    </w:p>
    <w:p>
      <w:pPr>
        <w:jc w:val="right"/>
      </w:pPr>
      <w:r>
        <w:t>لیٹر پیریڈ آف ہسٹری میں اسلام کو، یعنی غلط انٹرپریٹیشن دیں گے۔ اسلام سے وہ باتیں نکالیں گے جو اسلام میں نہیں ہیں۔</w:t>
      </w:r>
    </w:p>
    <w:p>
      <w:r>
        <w:rPr>
          <w:b/>
        </w:rPr>
        <w:t xml:space="preserve">[22:55] </w:t>
      </w:r>
      <w:r>
        <w:t>main inhi logon ko dajjal koi aadmi nahin hai ke ek bara sa aadmi hoga, uska sir jo hai badalon tak jayya hua hoga, paon samandar mein hoga. yeh sab bilkul absurd baatein hain.</w:t>
      </w:r>
    </w:p>
    <w:p>
      <w:pPr>
        <w:jc w:val="right"/>
      </w:pPr>
      <w:r>
        <w:t>میں انہی لوگوں کو دجال کوئی آدمی نہیں ہے کہ ایک بڑا سا آدمی ہوگا، اس کا سر جو ہے بادلوں تک جایا ہوا ہوگا، پاؤں سمندر میں ہوگا۔ یہ سب بالکل ایبسرٹ باتیں ہیں۔</w:t>
      </w:r>
    </w:p>
    <w:p>
      <w:r>
        <w:rPr>
          <w:b/>
        </w:rPr>
        <w:t xml:space="preserve">[23:07] </w:t>
      </w:r>
      <w:r>
        <w:t>dajjal hamare aap jaisa insaan hai. sirf yeh hai ke woh dajali kar karega, yani islam ka naam lega, lekin uska interpretation aisa dega ke aap islam jo hai woh, yani ghair islam ban jaye.</w:t>
      </w:r>
    </w:p>
    <w:p>
      <w:pPr>
        <w:jc w:val="right"/>
      </w:pPr>
      <w:r>
        <w:t>دجال ہمارے آپ جیسا انسان ہے۔ صرف یہ ہے کہ وہ دجالی کر کرے گا، یعنی اسلام کا نام لے گا، لیکن اس کا انٹرپریٹیشن ایسا دے گا کہ آپ اسلام جو ہے وہ، یعنی غیر اسلام بن جائے۔</w:t>
      </w:r>
    </w:p>
    <w:p>
      <w:r>
        <w:rPr>
          <w:b/>
        </w:rPr>
        <w:t xml:space="preserve">[23:23] </w:t>
      </w:r>
      <w:r>
        <w:t>to misinterpretation jo hai islam ka kar ke logon ko dhoke mein dalna, main samajhta hoon yeh dajali hai.</w:t>
      </w:r>
    </w:p>
    <w:p>
      <w:pPr>
        <w:jc w:val="right"/>
      </w:pPr>
      <w:r>
        <w:t>تو مس انٹرپریٹیشن جو ہے اسلام کا کر کے لوگوں کو دھوکہ میں ڈالنا، میں سمجھتا ہوں یہ دجالی ہے۔</w:t>
      </w:r>
    </w:p>
    <w:p>
      <w:r>
        <w:rPr>
          <w:b/>
        </w:rPr>
        <w:t xml:space="preserve">[23:33] </w:t>
      </w:r>
      <w:r>
        <w:t>das question is from raziya. people go to the extent of saying that it is only we who think people in earlier times were not aware, rather they knew all that we know today, and perhaps even more.</w:t>
      </w:r>
    </w:p>
    <w:p>
      <w:pPr>
        <w:jc w:val="right"/>
      </w:pPr>
      <w:r>
        <w:t>دس کوئسچن از فرام راضیہ۔ پیپل گو ٹو دی ایکسٹینٹ آف سینگ دیٹ اٹ از اونلی وی ہو تھنک پیپل ان ارلیئر ٹائمز وار ناٹ اویئر، رادر دے نیو ال دیٹ وی نو ٹوڈے، اینڈ پرہیپس ایون مور۔</w:t>
      </w:r>
    </w:p>
    <w:p>
      <w:r>
        <w:rPr>
          <w:b/>
        </w:rPr>
        <w:t xml:space="preserve">[23:50] </w:t>
      </w:r>
      <w:r>
        <w:t>in fact, we are just re-discovering those items</w:t>
      </w:r>
    </w:p>
    <w:p>
      <w:pPr>
        <w:jc w:val="right"/>
      </w:pPr>
      <w:r>
        <w:t>ان فیکٹ، وی آر جسٹ ری ڈسکورنگ دوز آئٹم</w:t>
      </w:r>
    </w:p>
    <w:p>
      <w:r>
        <w:rPr>
          <w:b/>
        </w:rPr>
        <w:t xml:space="preserve">[23:53] </w:t>
      </w:r>
      <w:r>
        <w:t>z. please comment. dekhen, yeh to scientific fact hai ke jo bhi insan pehle tha, woh iska mind bhi itna hi developed tha jitna hamara aap ka mind.</w:t>
      </w:r>
    </w:p>
    <w:p>
      <w:pPr>
        <w:jc w:val="right"/>
      </w:pPr>
      <w:r>
        <w:t>ز۔ پلیز کمنٹ۔ دیکھیں، یہ تو سائنٹیفک فیکٹ ہے کہ جو بھی انسان پہلے تھا، وہ اس کا مائنڈ بھی اتنا ہی ڈیولپڈ تھا جتنا ہمارا آپ کا مائنڈ۔</w:t>
      </w:r>
    </w:p>
    <w:p>
      <w:r>
        <w:rPr>
          <w:b/>
        </w:rPr>
        <w:t xml:space="preserve">[24:09] </w:t>
      </w:r>
      <w:r>
        <w:t>evolution theory to bilkul baseless hai. evolution theory ko main nahi manta. completely baseless hai. evolution theory</w:t>
      </w:r>
    </w:p>
    <w:p>
      <w:pPr>
        <w:jc w:val="right"/>
      </w:pPr>
      <w:r>
        <w:t>ایولوشن تھیوری تو بالکل بیسلیس ہے۔ ایولوشن تھیوری کو میں نہیں مانتا۔ کمپلیٹلی بیسلیس ہے۔ ایولوشن تھیوری</w:t>
      </w:r>
    </w:p>
    <w:p>
      <w:r>
        <w:rPr>
          <w:b/>
        </w:rPr>
        <w:t xml:space="preserve">[24:15] </w:t>
      </w:r>
      <w:r>
        <w:t>koi iske is mein koi scientific proof nahi hai evolution theory ka. lekin jo insan aaj hai, woh insan pehle bhi tha. yani Adam bhi itna hi developed mind tha unka jitna ke hamara aap ka hai.</w:t>
      </w:r>
    </w:p>
    <w:p>
      <w:pPr>
        <w:jc w:val="right"/>
      </w:pPr>
      <w:r>
        <w:t>کوئی اس کے اس میں کوئی سائنٹیفک پروف نہیں ہے ایولوشن تھیوری کا۔ لیکن جو انسان آج ہے، وہ انسان پہلے بھی تھا۔ یعنی آدم بھی اتنا ہی ڈیولپڈ مائنڈ تھا ان کا جتنا کہ ہمارا آپ کا ہے۔</w:t>
      </w:r>
    </w:p>
    <w:p>
      <w:r>
        <w:rPr>
          <w:b/>
        </w:rPr>
        <w:t xml:space="preserve">[24:29] </w:t>
      </w:r>
      <w:r>
        <w:t>to potentially har mind itna hi developed tha jitna ke hum aap ka, hamara aap ka mind developed hai. sirf farq is mein kya hua hai?</w:t>
      </w:r>
    </w:p>
    <w:p>
      <w:pPr>
        <w:jc w:val="right"/>
      </w:pPr>
      <w:r>
        <w:t>تو پوٹینشلی ہر مائنڈ اتنا ہی ڈیولپڈ تھا جتنا کہ ہم آپ کا، ہمارا آپ کا مائنڈ ڈیولپڈ ہے۔ صرف فرق اس میں کیا ہوا ہے؟</w:t>
      </w:r>
    </w:p>
    <w:p>
      <w:r>
        <w:rPr>
          <w:b/>
        </w:rPr>
        <w:t xml:space="preserve">[24:38] </w:t>
      </w:r>
      <w:r>
        <w:t>information. aaj hum jee rahe hain aise zamane mein jab ke information bohat badh gayi hai.</w:t>
      </w:r>
    </w:p>
    <w:p>
      <w:pPr>
        <w:jc w:val="right"/>
      </w:pPr>
      <w:r>
        <w:t>انفارمیشن۔ آج ہم جی رہے ہیں ایسے زمانے میں جب کہ انفارمیشن بہت بڑھ گئی ہے۔</w:t>
      </w:r>
    </w:p>
    <w:p>
      <w:r>
        <w:rPr>
          <w:b/>
        </w:rPr>
        <w:t xml:space="preserve">[24:44] </w:t>
      </w:r>
      <w:r>
        <w:t>aisa nahi ke mind zyada develop ho gaya hai. to goya ke jo stuff hai, woh aaj woh pehle nahi tha.</w:t>
      </w:r>
    </w:p>
    <w:p>
      <w:pPr>
        <w:jc w:val="right"/>
      </w:pPr>
      <w:r>
        <w:t>ایسا نہیں کہ مائنڈ زیادہ ڈیولپ ہو گیا ہے۔ تو گویا کہ جو سٹف ہے، وہ آج وہ پہلے نہیں تھا۔</w:t>
      </w:r>
    </w:p>
    <w:p>
      <w:r>
        <w:rPr>
          <w:b/>
        </w:rPr>
        <w:t xml:space="preserve">[24:53] </w:t>
      </w:r>
      <w:r>
        <w:t>stuff bas yeh farq hua hai. yani Socrates ka mind, Plato ka mind, Aristotle ka mind, woh itna hi developed tha jitna ke aaj ke kisi aadmi ka mind.</w:t>
      </w:r>
    </w:p>
    <w:p>
      <w:pPr>
        <w:jc w:val="right"/>
      </w:pPr>
      <w:r>
        <w:t>سٹف بس یہ فرق ہوا ہے۔ یعنی ساکرٹیز کا مائنڈ، پلیٹو کا مائنڈ، ارسٹوٹل کا مائنڈ، وہ اتنا ہی ڈیولپڈ تھا جتنا کہ آج کے کسی آدمی کا مائنڈ۔</w:t>
      </w:r>
    </w:p>
    <w:p>
      <w:r>
        <w:rPr>
          <w:b/>
        </w:rPr>
        <w:t xml:space="preserve">[25:05] </w:t>
      </w:r>
      <w:r>
        <w:t>koi farq nahi hai. information aaj zyada ho gayi hai. bas yeh to scientifically proof baat hui hai.</w:t>
      </w:r>
    </w:p>
    <w:p>
      <w:pPr>
        <w:jc w:val="right"/>
      </w:pPr>
      <w:r>
        <w:t>کوئی فرق نہیں ہے۔ انفارمیشن آج زیادہ ہو گئی ہے۔ بس یہ تو سائنٹیفکلی پروف بات ہوئی ہے۔</w:t>
      </w:r>
    </w:p>
    <w:p>
      <w:r>
        <w:rPr>
          <w:b/>
        </w:rPr>
        <w:t xml:space="preserve">[25:14] </w:t>
      </w:r>
      <w:r>
        <w:t>baat evolution theory to bilkul absurd baat hai. woh koi iska koi scientific proof nahi hai. ab evolution theory ka bohat log mante hain to mante hain, lekin proof to koi nahi aaj tak pesh kar saka iska.</w:t>
      </w:r>
    </w:p>
    <w:p>
      <w:pPr>
        <w:jc w:val="right"/>
      </w:pPr>
      <w:r>
        <w:t>بات ایولوشن تھیوری تو بالکل ایبسرٹ بات ہے۔ وہ کوئی اس کا کوئی سائنٹیفک پروف نہیں ہے۔ اب ایولوشن تھیوری کا بہت لوگ مانتے ہیں تو مانتے ہیں، لیکن پروف تو کوئی نہیں آج تک پیش کر سکا اس کا۔</w:t>
      </w:r>
    </w:p>
    <w:p>
      <w:r>
        <w:rPr>
          <w:b/>
        </w:rPr>
        <w:t xml:space="preserve">[25:25] </w:t>
      </w:r>
      <w:r>
        <w:t>woh to ek ek woh hai, ek ek woh, yani ek supposition hai. bas hypothesis hai.</w:t>
      </w:r>
    </w:p>
    <w:p>
      <w:pPr>
        <w:jc w:val="right"/>
      </w:pPr>
      <w:r>
        <w:t>وہ تو ایک ایک وہ ہے، ایک ایک وہ، یعنی ایک سپوزیشن ہے۔ بس ہائیپوتھیسز ہے۔</w:t>
      </w:r>
    </w:p>
    <w:p>
      <w:r>
        <w:rPr>
          <w:b/>
        </w:rPr>
        <w:t xml:space="preserve">[25:35] </w:t>
      </w:r>
      <w:r>
        <w:t>woh koi koi fact nahi hai. woh</w:t>
      </w:r>
    </w:p>
    <w:p>
      <w:pPr>
        <w:jc w:val="right"/>
      </w:pPr>
      <w:r>
        <w:t>وہ کوئی کوئی فیکٹ نہیں ہے۔ وہ</w:t>
      </w:r>
    </w:p>
    <w:p>
      <w:r>
        <w:rPr>
          <w:b/>
        </w:rPr>
        <w:t xml:space="preserve">[25:41] </w:t>
      </w:r>
      <w:r>
        <w:t>this question is from Dr MI Pardhan</w:t>
      </w:r>
    </w:p>
    <w:p>
      <w:pPr>
        <w:jc w:val="right"/>
      </w:pPr>
      <w:r>
        <w:t>دس کوئسچن از فرام ڈاکٹر ایم آئی پردھان</w:t>
      </w:r>
    </w:p>
    <w:p>
      <w:r>
        <w:rPr>
          <w:b/>
        </w:rPr>
        <w:t xml:space="preserve">[25:45] </w:t>
      </w:r>
      <w:r>
        <w:t>. Maulana, as you know, madrasa Deoband has given a fatwa against terrorism. is this not late?</w:t>
      </w:r>
    </w:p>
    <w:p>
      <w:pPr>
        <w:jc w:val="right"/>
      </w:pPr>
      <w:r>
        <w:t>۔ مولانا، ایز یو نو، مدرسہ دیوبند ہیز گیون ا فتوی اگینسٹ ٹیررزم۔ از دس ناٹ لیٹ؟</w:t>
      </w:r>
    </w:p>
    <w:p>
      <w:r>
        <w:rPr>
          <w:b/>
        </w:rPr>
        <w:t xml:space="preserve">[25:54] </w:t>
      </w:r>
      <w:r>
        <w:t>as many Muslims have already taken terrorism as jihad. what will become of those jihadis in akhirat? yeh akhirat ke baad to Khuda hi bhala janta hai ke main yahan hoon, kehta hoon ke Deoband jo conference hui hai, woh bilkul kuch bhi nahi hai.</w:t>
      </w:r>
    </w:p>
    <w:p>
      <w:pPr>
        <w:jc w:val="right"/>
      </w:pPr>
      <w:r>
        <w:t>ایز مینی مسلمز ہیو الریڈی ٹیکن ٹیررزم ایز جہاد۔ واٹ ول بیکم اف دوز جہادیز ان آخرت؟ یہ آخرت کے بعد تو خدا ہی بھلا جانتا ہے کہ میں یہاں ہوں، کہتا ہوں کہ دیوبند جو کانفرنس ہوئی ہے، وہ بالکل کچھ بھی نہیں ہے۔</w:t>
      </w:r>
    </w:p>
    <w:p>
      <w:r>
        <w:rPr>
          <w:b/>
        </w:rPr>
        <w:t xml:space="preserve">[26:11] </w:t>
      </w:r>
      <w:r>
        <w:t>nothing hai.</w:t>
      </w:r>
    </w:p>
    <w:p>
      <w:pPr>
        <w:jc w:val="right"/>
      </w:pPr>
      <w:r>
        <w:t>نتھنگ ہے۔</w:t>
      </w:r>
    </w:p>
    <w:p>
      <w:r>
        <w:rPr>
          <w:b/>
        </w:rPr>
        <w:t xml:space="preserve">[26:12] </w:t>
      </w:r>
      <w:r>
        <w:t>kyunke asal kaam yeh nahi ke aap terrorism ko condemn karen. asal kaam apne fatwe ko galat batayen. 1857 mein inhi logon ne fatwa diya tha aur isko justify kiya tha.</w:t>
      </w:r>
    </w:p>
    <w:p>
      <w:pPr>
        <w:jc w:val="right"/>
      </w:pPr>
      <w:r>
        <w:t>کیونکہ اصل کام یہ نہیں کہ آپ ٹیررزم کو کنڈیم کریں۔ اصل کام اپنے فتوے کو غلط بتائیں۔ 1857 میں انہی لوگوں نے فتوی دیا تھا اور اس کو جسٹیفائی کیا تھا۔</w:t>
      </w:r>
    </w:p>
    <w:p>
      <w:r>
        <w:rPr>
          <w:b/>
        </w:rPr>
        <w:t xml:space="preserve">[26:25] </w:t>
      </w:r>
      <w:r>
        <w:t>unhon ne isi ka yeh, isi ka yeh continuation hai. jab tak aap yeh na kahein ke jo Deoband walon ne jo fatwa diya tha, 500 ulama ke dastkhat se fatwa hua tha,</w:t>
      </w:r>
    </w:p>
    <w:p>
      <w:pPr>
        <w:jc w:val="right"/>
      </w:pPr>
      <w:r>
        <w:t>انہوں نے اسی کا یہ، اسی کا یہ کنٹینیویشن ہے۔ جب تک آپ یہ نہ کہیں کہ جو دیوبند والوں نے جو فتوی دیا تھا، پانچ سو علماء کے دستخط سے فتوی ہوا تھا،</w:t>
      </w:r>
    </w:p>
    <w:p>
      <w:r>
        <w:rPr>
          <w:b/>
        </w:rPr>
        <w:t xml:space="preserve">[26:40] </w:t>
      </w:r>
      <w:r>
        <w:t>us waqt jihad chheda tha in logon ne.</w:t>
      </w:r>
    </w:p>
    <w:p>
      <w:pPr>
        <w:jc w:val="right"/>
      </w:pPr>
      <w:r>
        <w:t>اس وقت جہاد چھیڑا تھا ان لوگوں نے۔</w:t>
      </w:r>
    </w:p>
    <w:p>
      <w:r>
        <w:rPr>
          <w:b/>
        </w:rPr>
        <w:t xml:space="preserve">[26:42] </w:t>
      </w:r>
      <w:r>
        <w:t>aap yeh kahiye ke woh fatwa galat tha. we were wrong at the time. to apne ko galat na batate hue ek statement issue kar diya unhon ne.</w:t>
      </w:r>
    </w:p>
    <w:p>
      <w:pPr>
        <w:jc w:val="right"/>
      </w:pPr>
      <w:r>
        <w:t>آپ یہ کہیے کہ وہ فتوی غلط تھا۔ وی ویر رونگ ایٹ دا ٹائم۔ تو اپنے کو غلط نہ بتاتے ہوئے ایک سٹیٹمنٹ ایشو کر دیا انہوں نے۔</w:t>
      </w:r>
    </w:p>
    <w:p>
      <w:r>
        <w:rPr>
          <w:b/>
        </w:rPr>
        <w:t xml:space="preserve">[26:52] </w:t>
      </w:r>
      <w:r>
        <w:t>aisa nahi khatam hoti hai terrorism. sab starting point yeh hai ke woh kahein we were wrong. yeh kaha nahi unhon ne.</w:t>
      </w:r>
    </w:p>
    <w:p>
      <w:pPr>
        <w:jc w:val="right"/>
      </w:pPr>
      <w:r>
        <w:t>ایسے نہیں ختم ہوتی ہے ٹیررزم۔ سب ان سٹارٹنگ پوائنٹ یہ ہے کہ وہ کہیں وی ویر رونگ۔ یہ کہا نہیں انہوں نے۔</w:t>
      </w:r>
    </w:p>
    <w:p>
      <w:r>
        <w:rPr>
          <w:b/>
        </w:rPr>
        <w:t xml:space="preserve">[27:02] </w:t>
      </w:r>
      <w:r>
        <w:t>nahi kaha to phir chalta rahega. chalta rahega. chalta rahega. 1 percent bhi iska koi faida hone wala nahi hai.</w:t>
      </w:r>
    </w:p>
    <w:p>
      <w:pPr>
        <w:jc w:val="right"/>
      </w:pPr>
      <w:r>
        <w:t>نہیں کہا تو پھر چلتا رہے گا۔ چلتا رہے گا۔ چلتا رہے گا۔ ون پرسنٹ بھی اس کا کوئی فائدہ ہونے والا نہیں ہے۔</w:t>
      </w:r>
    </w:p>
    <w:p>
      <w:r>
        <w:rPr>
          <w:b/>
        </w:rPr>
        <w:t xml:space="preserve">[27:09] </w:t>
      </w:r>
      <w:r>
        <w:t>kyunke woh to, yani hazaron book chhapi hui maujood hain jismein isko justify kiya gaya hai. balkeh yeh log khud is se pehle har jalse mein apna woh batate the ke sau lakh ulama shaheed ho gaye aur hum ne angrezon ke khilaf jihad kiya aur hum ne,</w:t>
      </w:r>
    </w:p>
    <w:p>
      <w:pPr>
        <w:jc w:val="right"/>
      </w:pPr>
      <w:r>
        <w:t>کیونکہ وہ تو، یعنی ہزاروں بک چھپی ہوئی موجود ہیں جس میں اس کو جسٹیفائی کیا گیا ہے۔ بلکہ یہ لوگ خود اس سے پہلے ہر جلسے میں اپنا وہ بتاتے تھے کہ سو لاکھ علماء شہید ہو گئے اور ہم نے انگریزوں کے خلاف جہاد کیا اور ہم نے،</w:t>
      </w:r>
    </w:p>
    <w:p>
      <w:r>
        <w:rPr>
          <w:b/>
        </w:rPr>
        <w:t xml:space="preserve">[27:25] </w:t>
      </w:r>
      <w:r>
        <w:t>yani jihad ko zinda kiya, jo revive kiya, usko. yeh sari baatein fakhr ke taur par kehte rahenge so bar se. yeh kaho ke woh, woh, woh sab hum ne galat kaha tha.</w:t>
      </w:r>
    </w:p>
    <w:p>
      <w:pPr>
        <w:jc w:val="right"/>
      </w:pPr>
      <w:r>
        <w:t>یعنی جہاد کو زندہ کیا، جو ریوائیو کیا، اس کو۔ یہ ساری باتیں فخر کے طور پر کہتے رہیں گے سو برس سے۔ یہ کہو کہ وہ، وہ، وہ سب ہم نے غلط کہا تھا۔</w:t>
      </w:r>
    </w:p>
    <w:p>
      <w:r>
        <w:rPr>
          <w:b/>
        </w:rPr>
        <w:t xml:space="preserve">[27:36] </w:t>
      </w:r>
      <w:r>
        <w:t>woh fatwa hi galat tha. woh,</w:t>
      </w:r>
    </w:p>
    <w:p>
      <w:pPr>
        <w:jc w:val="right"/>
      </w:pPr>
      <w:r>
        <w:t>وہ فتوی ہی غلط تھا۔ وہ،</w:t>
      </w:r>
    </w:p>
    <w:p>
      <w:r>
        <w:rPr>
          <w:b/>
        </w:rPr>
        <w:t xml:space="preserve">[27:39] </w:t>
      </w:r>
      <w:r>
        <w:t>woh to sach mein Gandhi ne bachaya hai is mulk ko. unhon ne 1857 mein fatwa diya tha. us waqt to farz ho gaya tha ke har aadmi lade angrez se.</w:t>
      </w:r>
    </w:p>
    <w:p>
      <w:pPr>
        <w:jc w:val="right"/>
      </w:pPr>
      <w:r>
        <w:t>وہ تو سچ میں گاندھی نے بچایا ہے اس ملک کو۔ انہوں نے 1857 میں فتوی دیا تھا۔ اس وقت تو فرض ہو گیا تھا کہ ہر آدمی لڑے انگریز سے۔</w:t>
      </w:r>
    </w:p>
    <w:p>
      <w:r>
        <w:rPr>
          <w:b/>
        </w:rPr>
        <w:t xml:space="preserve">[27:48] </w:t>
      </w:r>
      <w:r>
        <w:t>lar lar kar apne ko marta rahe. gandhi ne 1919 mein aa kar kaha ke nahin, hum peaceful tareeqe se azadi hasil karenge. is mulk ko gandhi ne bachaya hai.</w:t>
      </w:r>
    </w:p>
    <w:p>
      <w:pPr>
        <w:jc w:val="right"/>
      </w:pPr>
      <w:r>
        <w:t>لڑ لڑ کر اپنے کو مارتا رہے۔ گاندھی نے 1919 میں آ کر کہا کہ نہیں، ہم پیس فل طریقے سے آزادی حاصل کریں گے۔ اس ملک کو گاندھی نے بچایا ہے۔</w:t>
      </w:r>
    </w:p>
    <w:p>
      <w:r>
        <w:rPr>
          <w:b/>
        </w:rPr>
        <w:t xml:space="preserve">[27:58] </w:t>
      </w:r>
      <w:r>
        <w:t>hamare ulama ne nahin bachaya hai. yaani ulama ka jo, jo, jo fatwa tha. har hath mein lad kar marta hai, lad kar marta hai, lad kar marta hai. bas</w:t>
      </w:r>
    </w:p>
    <w:p>
      <w:pPr>
        <w:jc w:val="right"/>
      </w:pPr>
      <w:r>
        <w:t>ہمارے علماء نے نہیں بچایا ہے۔ یعنی علماء کا جو، جو، جو فتوی تھا۔ ہر ہاتھ میں لڑ کر مرتا ہے، لڑ کر مرتا ہے، لڑ کر مرتا ہے۔ بس</w:t>
      </w:r>
    </w:p>
    <w:p>
      <w:r>
        <w:rPr>
          <w:b/>
        </w:rPr>
        <w:t xml:space="preserve">[28:06] </w:t>
      </w:r>
      <w:r>
        <w:t>in ka, in ka ulama ne jo kaha tha, woh to yeh tha ke lado bhirro, lado bhirro, lado bhirro. yeh jihad hai. gandhi ka yeh bohat bara karname hai ke unhon ne bataya ke nahin, peaceful activism hum chalayenge.</w:t>
      </w:r>
    </w:p>
    <w:p>
      <w:pPr>
        <w:jc w:val="right"/>
      </w:pPr>
      <w:r>
        <w:t>ان کا، ان کا علماء نے جو کہا تھا، وہ تو یہ تھا کہ لڑو بھرو، لڑو بھرو، لڑو بھرو۔ یہ جہاد ہے۔ گاندھی کا یہ بہت بڑا کارنامہ ہے کہ انہوں نے بتایا کہ نہیں، پیس فل ایکٹیوزم ہم چلائیں گے۔</w:t>
      </w:r>
    </w:p>
    <w:p>
      <w:r>
        <w:rPr>
          <w:b/>
        </w:rPr>
        <w:t xml:space="preserve">[28:19] </w:t>
      </w:r>
      <w:r>
        <w:t>peaceful method se hum azadi hasil karenge. tab ja kar ke hum ko rasta mila. shahbaz chandarbose ne bhi yahi kiya tha. kaun military aisi chalai thi?</w:t>
      </w:r>
    </w:p>
    <w:p>
      <w:pPr>
        <w:jc w:val="right"/>
      </w:pPr>
      <w:r>
        <w:t>پیس فل میتھڈ سے ہم آزادی حاصل کریں گے۔ تب جا کر کے ہم کو راستہ ملا۔ شہباز چاندربوز نے بھی یہی کیا تھا۔ کون ملٹری ایسی چلائی تھی؟</w:t>
      </w:r>
    </w:p>
    <w:p>
      <w:r>
        <w:rPr>
          <w:b/>
        </w:rPr>
        <w:t xml:space="preserve">[28:28] </w:t>
      </w:r>
      <w:r>
        <w:t>ulama ne aur shahbaz chandarbose dono ne jo azad hind fauj thi, woh bhi, woh to galat thi. maine dekh jitna ke ulama ka fatwa, ulama ka fatwa bhi galat, azad hind fauj bhi galat,</w:t>
      </w:r>
    </w:p>
    <w:p>
      <w:pPr>
        <w:jc w:val="right"/>
      </w:pPr>
      <w:r>
        <w:t>علماء نے اور شہباز چاندربوز دونوں نے جو آزاد ہند فوج تھی، وہ بھی، وہ تو غلط تھی۔ میں نے دیکھ جتنا کہ علماء کا فتوی، علماء کا فتوی بھی غلط، آزاد ہند فوج بھی غلط،</w:t>
      </w:r>
    </w:p>
    <w:p>
      <w:r>
        <w:rPr>
          <w:b/>
        </w:rPr>
        <w:t xml:space="preserve">[28:40] </w:t>
      </w:r>
      <w:r>
        <w:t>shahbaz chandarbose bhi galat aur deoband ke ulama bhi galat. kyun? woh log jo bata rahe the, woh yeh ke lado angrezon se. lado kis liye? un ke paas taqat zyada hai.</w:t>
      </w:r>
    </w:p>
    <w:p>
      <w:pPr>
        <w:jc w:val="right"/>
      </w:pPr>
      <w:r>
        <w:t>شہباز چاندربوز بھی غلط اور دیوبند کے علماء بھی غلط۔ کیوں؟ وہ لوگ جو بتا رہے تھے، وہ یہ کہ لڑو انگریزوں سے۔ لڑو کس لیے؟ ان کے پاس طاقت زیادہ ہے۔</w:t>
      </w:r>
    </w:p>
    <w:p>
      <w:r>
        <w:rPr>
          <w:b/>
        </w:rPr>
        <w:t xml:space="preserve">[28:49] </w:t>
      </w:r>
      <w:r>
        <w:t>hum marte raho, marte raho, marte raho. gandhi ne yeh discover kiya ke hamare paas peace ki taqat hai. is se hum india ko azad kar sakte hain.</w:t>
      </w:r>
    </w:p>
    <w:p>
      <w:pPr>
        <w:jc w:val="right"/>
      </w:pPr>
      <w:r>
        <w:t>ہم مرتے رہو، مرتے رہو، مرتے رہو۔ گاندھی نے یہ ڈسکور کیا کہ ہمارے پاس پیس کی طاقت ہے۔ اس سے ہم انڈیا کو آزاد کر سکتے ہیں۔</w:t>
      </w:r>
    </w:p>
    <w:p>
      <w:r>
        <w:rPr>
          <w:b/>
        </w:rPr>
        <w:t xml:space="preserve">[28:59] </w:t>
      </w:r>
      <w:r>
        <w:t>to is mulk mein asli jo, jo kaam kiya hai, bara, woh gandhi ne kiya hai. na shahbaz chandarbose ne kiya hai, na ulama ne kiya hai.</w:t>
      </w:r>
    </w:p>
    <w:p>
      <w:pPr>
        <w:jc w:val="right"/>
      </w:pPr>
      <w:r>
        <w:t>تو اس ملک میں اصلی جو، جو کام کیا ہے، بڑا، وہ گاندھی نے کیا ہے۔ نہ شہباز چاندربوز نے کیا ہے، نہ علماء نے کیا ہے۔</w:t>
      </w:r>
    </w:p>
    <w:p>
      <w:r>
        <w:rPr>
          <w:b/>
        </w:rPr>
        <w:t xml:space="preserve">[29:10] </w:t>
      </w:r>
      <w:r>
        <w:t>das question is from doctor farida. some believe that darwin was dajjal. is it right to call him dajjal?</w:t>
      </w:r>
    </w:p>
    <w:p>
      <w:pPr>
        <w:jc w:val="right"/>
      </w:pPr>
      <w:r>
        <w:t>دس کوئسچن از فرام ڈاکٹر فریدہ۔ سم بیلیو دیٹ ڈارون واز دجال۔ از اٹ رائٹ ٹو کال ہم دجال؟</w:t>
      </w:r>
    </w:p>
    <w:p>
      <w:r>
        <w:rPr>
          <w:b/>
        </w:rPr>
        <w:t xml:space="preserve">[29:21] </w:t>
      </w:r>
      <w:r>
        <w:t>nahin, yeh to main nahin janta kaun dajjal kehta hai darwin ko. yeh mujhe yeh pata nahin hai. baqi dajjal ka talluq is se nahin. yaad rakhiye, yaani secular, secular interpretation ko dajjalit nahin kaha jayega.</w:t>
      </w:r>
    </w:p>
    <w:p>
      <w:pPr>
        <w:jc w:val="right"/>
      </w:pPr>
      <w:r>
        <w:t>نہیں، یہ تو میں نہیں جانتا کون دجال کہتا ہے ڈارون کو۔ یہ مجھے یہ پتہ نہیں ہے۔ باقی دجال کا تعلق اس سے نہیں۔ یاد رکھیے، یعنی سیکولر، سیکولر انٹرپریٹیشن کو دجالیت نہیں کہا جائے گا۔</w:t>
      </w:r>
    </w:p>
    <w:p>
      <w:r>
        <w:rPr>
          <w:b/>
        </w:rPr>
        <w:t xml:space="preserve">[29:36] </w:t>
      </w:r>
      <w:r>
        <w:t>yeh, yeh un logon ke bare mein hai jo islam ka galat interpretation denge. dajjal ek muslim hoga. yaad rakhiye achi tarah se is ko ke dajjal ek muslim hoga.</w:t>
      </w:r>
    </w:p>
    <w:p>
      <w:pPr>
        <w:jc w:val="right"/>
      </w:pPr>
      <w:r>
        <w:t>یہ، یہ ان لوگوں کے بارے میں ہے جو اسلام کا غلط انٹرپریشن دیں گے۔ دجال ایک مسلم ہوگا۔ یاد رکھیے اچھی طریقے سے اس کو کہ دجال ایک مسلم ہوگا۔</w:t>
      </w:r>
    </w:p>
    <w:p>
      <w:r>
        <w:rPr>
          <w:b/>
        </w:rPr>
        <w:t xml:space="preserve">[29:49] </w:t>
      </w:r>
      <w:r>
        <w:t>muslim ho kar ke woh islam ka wrong interpretation dega. woh baqi yeh marx ya marx ya freud jo hai, marx ya freud ya darwin woh dajjal nahin the.</w:t>
      </w:r>
    </w:p>
    <w:p>
      <w:pPr>
        <w:jc w:val="right"/>
      </w:pPr>
      <w:r>
        <w:t>مسلم ہو کر کے وہ اسلام کا رونگ انٹرپریٹیشن دے گا۔ وہ باقی یہ مارس یا مارس یا فرائیڈ جو ہے، مارس یا فرائیڈ یا ڈارون وہ دجال نہیں تھے۔</w:t>
      </w:r>
    </w:p>
    <w:p>
      <w:r>
        <w:rPr>
          <w:b/>
        </w:rPr>
        <w:t xml:space="preserve">[30:03] </w:t>
      </w:r>
      <w:r>
        <w:t>un ka case alag hai.</w:t>
      </w:r>
    </w:p>
    <w:p>
      <w:pPr>
        <w:jc w:val="right"/>
      </w:pPr>
      <w:r>
        <w:t>ان کا کیس الگ ہے۔</w:t>
      </w:r>
    </w:p>
    <w:p>
      <w:r>
        <w:rPr>
          <w:b/>
        </w:rPr>
        <w:t xml:space="preserve">[30:05] </w:t>
      </w:r>
      <w:r>
        <w:t>dajjal ek muslim hoga ya hadith mein hota hai ke thirty dajjal honge. thirty to chahe ek dajjal ho ya thirty dajjal ho, sab ke sab muslim honge.</w:t>
      </w:r>
    </w:p>
    <w:p>
      <w:pPr>
        <w:jc w:val="right"/>
      </w:pPr>
      <w:r>
        <w:t>دجال ایک مسلم ہوگا یا حدیث میں ہوتا ہے کہ تھرٹی دجال ہوں گے۔ تھرٹی تو چاہے ایک دجال ہو یا تھرٹی دجال ہو، سب کے سب مسلم ہوں گے۔</w:t>
      </w:r>
    </w:p>
    <w:p>
      <w:r>
        <w:rPr>
          <w:b/>
        </w:rPr>
        <w:t xml:space="preserve">[30:16] </w:t>
      </w:r>
      <w:r>
        <w:t>muslim hote hue islam ka galat interpretation denge aur logon ko behkayenge. is ko achi tarah samajh lijiye. das question is from momin.</w:t>
      </w:r>
    </w:p>
    <w:p>
      <w:pPr>
        <w:jc w:val="right"/>
      </w:pPr>
      <w:r>
        <w:t>مسلم ہوتے ہوئے اسلام کا غلط انٹرپریشن دیں گے اور لوگوں کو بہکائیں گے۔ اس کو اچھی طرح سمجھ لیجئے۔ دس کوئسچن از فرام مومن۔</w:t>
      </w:r>
    </w:p>
    <w:p>
      <w:r>
        <w:rPr>
          <w:b/>
        </w:rPr>
        <w:t xml:space="preserve">[30:27] </w:t>
      </w:r>
      <w:r>
        <w:t>it is said that dajjal will say, "i am god.</w:t>
      </w:r>
    </w:p>
    <w:p>
      <w:pPr>
        <w:jc w:val="right"/>
      </w:pPr>
      <w:r>
        <w:t>اٹ از سیڈ دیٹ دجال ول سے، "آئی ایم گاڈ۔</w:t>
      </w:r>
    </w:p>
    <w:p>
      <w:r>
        <w:rPr>
          <w:b/>
        </w:rPr>
        <w:t xml:space="preserve">[30:31] </w:t>
      </w:r>
      <w:r>
        <w:t>i have read your risala in which you mention that the evolution theory which refutes the existence of god can be the deception of dajjal and a person who will overcome by argument will be mahdi." kindly explain.</w:t>
      </w:r>
    </w:p>
    <w:p>
      <w:pPr>
        <w:jc w:val="right"/>
      </w:pPr>
      <w:r>
        <w:t>آئی ہیو ریڈ یور رسالہ ان وچ یو مینشن دیٹ دا ایولوشن تھیوری وچ ریفیوز دی ایگزسٹنس اف گاڈ کین بی دا ڈیسیپشن اف دجال اینڈ ا پرسن ہو ول اوورکم بائے ارگیومنٹ ول بی مہدی۔" کائنڈلی ایکسپلین۔</w:t>
      </w:r>
    </w:p>
    <w:p>
      <w:r>
        <w:rPr>
          <w:b/>
        </w:rPr>
        <w:t xml:space="preserve">[30:50] </w:t>
      </w:r>
      <w:r>
        <w:t>nahin, dekhiye yeh baat galat hai. dajjal kahe ke main khuda hoon, aisi koi hadith nahin hai. aisi koi hadith nahin hai ke dajjal kahe ke "ana Allah"</w:t>
      </w:r>
    </w:p>
    <w:p>
      <w:pPr>
        <w:jc w:val="right"/>
      </w:pPr>
      <w:r>
        <w:t>نہیں، دیکھیں یہ بات غلط ہے۔ دجال کہے کہ میں خدا ہوں، ایسی کوئی حدیث نہیں ہے۔ ایسی کوئی حدیث نہیں ہے کہ دجال کہے کہ "انا اللہ"</w:t>
      </w:r>
    </w:p>
    <w:p>
      <w:r>
        <w:rPr>
          <w:b/>
        </w:rPr>
        <w:t xml:space="preserve">[31:00] </w:t>
      </w:r>
      <w:r>
        <w:t>. yeh baat hi apne aap mein galat hai. dajjal apne ko khuda nahin batayega. dajjal apne ko islam ka sab se bara, yaani woh batayega ke "main, main janta hoon islam.</w:t>
      </w:r>
    </w:p>
    <w:p>
      <w:pPr>
        <w:jc w:val="right"/>
      </w:pPr>
      <w:r>
        <w:t>۔ یہ بات ہی اپنے آپ میں غلط ہے۔ دجال اپنے کو خدا نہیں بتائے گا۔ دجال اپنے کو اسلام کا سب سے بڑا، یعنی وہ بتائے گا کہ "میں، میں جانتا ہوں اسلام۔</w:t>
      </w:r>
    </w:p>
    <w:p>
      <w:r>
        <w:rPr>
          <w:b/>
        </w:rPr>
        <w:t xml:space="preserve">[31:12] </w:t>
      </w:r>
      <w:r>
        <w:t>main tum ko bataunga islam kya hai." to dajjal ka case islam ke mis interpretation ka case hai. yeh nahin ke woh apne ko khud hi khuda batayega.</w:t>
      </w:r>
    </w:p>
    <w:p>
      <w:pPr>
        <w:jc w:val="right"/>
      </w:pPr>
      <w:r>
        <w:t>میں تم کو بتاؤں گا اسلام کیا ہے۔" تو دجال کا کیس اسلام کے مس انٹرپریٹیشن کا کیس ہے۔ یہ نہیں کہ وہ اپنے کو خود ہی خدا بتائے گا۔</w:t>
      </w:r>
    </w:p>
    <w:p>
      <w:r>
        <w:rPr>
          <w:b/>
        </w:rPr>
        <w:t xml:space="preserve">[31:25] </w:t>
      </w:r>
      <w:r>
        <w:t>aur kya hai?</w:t>
      </w:r>
    </w:p>
    <w:p>
      <w:pPr>
        <w:jc w:val="right"/>
      </w:pPr>
      <w:r>
        <w:t>اور کیا ہے؟</w:t>
      </w:r>
    </w:p>
    <w:p>
      <w:r>
        <w:rPr>
          <w:b/>
        </w:rPr>
        <w:t xml:space="preserve">[31:28] </w:t>
      </w:r>
      <w:r>
        <w:t>and the person who will overcome by argument will be mahdi. haan, main yeh manta hoon ke mahdi chuki mahdi ke mani dekhiye, arabic mein ek hota hai hadi, ek hota hai mahdi.</w:t>
      </w:r>
    </w:p>
    <w:p>
      <w:pPr>
        <w:jc w:val="right"/>
      </w:pPr>
      <w:r>
        <w:t>اینڈ دی پرسن ہو ول اوورکم بائے ارگیومنٹ ول بی مہدی۔ ہاں، میں یہ مانتا ہوں کہ مہدی چونکہ مہدی کے معنی دیکھیں، عربک میں ایک ہوتا ہے ہادی، ایک ہوتا ہے مہدی۔</w:t>
      </w:r>
    </w:p>
    <w:p>
      <w:r>
        <w:rPr>
          <w:b/>
        </w:rPr>
        <w:t xml:space="preserve">[31:42] </w:t>
      </w:r>
      <w:r>
        <w:t>yeh baat samajh lijiye aap. hadi aur mahdi yeh active aur passive hai. is mein hadi ke mani hain guide karne wala.</w:t>
      </w:r>
    </w:p>
    <w:p>
      <w:pPr>
        <w:jc w:val="right"/>
      </w:pPr>
      <w:r>
        <w:t>یہ بات سمجھ لیجئے آپ۔ ہادی اور مہدی یہ ایکٹیو اور پیسو ہے۔ اس میں ہادی کے معنی ہیں گائیڈ کرنے والا۔</w:t>
      </w:r>
    </w:p>
    <w:p>
      <w:r>
        <w:rPr>
          <w:b/>
        </w:rPr>
        <w:t xml:space="preserve">[31:56] </w:t>
      </w:r>
      <w:r>
        <w:t>hadi jo hai woh active word hai, yaani guide karne wala. mahdi passive word hai, yaani jis ko khud bhi hidayat mili hui ho.</w:t>
      </w:r>
    </w:p>
    <w:p>
      <w:pPr>
        <w:jc w:val="right"/>
      </w:pPr>
      <w:r>
        <w:t>ہادی جو ہے وہ ایکٹیو ورڈ ہے، یعنی گائیڈ کرنے والا۔ مہدی پیسو ورڈ ہے، یعنی جس کو خود بھی ہدایت ملی ہوئی ہو۔</w:t>
      </w:r>
    </w:p>
    <w:p>
      <w:r>
        <w:rPr>
          <w:b/>
        </w:rPr>
        <w:t xml:space="preserve">[32:07] </w:t>
      </w:r>
      <w:r>
        <w:t>to mahdi woh hoga jo khud is ko hidayat mili hui hogi aur is hidayat ko batayega logon ko. kyunke ab hum aa gaye hain science ke age mein.</w:t>
      </w:r>
    </w:p>
    <w:p>
      <w:pPr>
        <w:jc w:val="right"/>
      </w:pPr>
      <w:r>
        <w:t>تو مہدی وہ ہوگا جو خود اس کو ہدایت ملی ہوئی ہوگی اور اس ہدایت کو بتائے گا لوگوں کو۔ کیونکہ اب ہم آگئے ہیں سائنس کے ایج میں۔</w:t>
      </w:r>
    </w:p>
    <w:p>
      <w:r>
        <w:rPr>
          <w:b/>
        </w:rPr>
        <w:t xml:space="preserve">[32:20] </w:t>
      </w:r>
      <w:r>
        <w:t>ab science ke age to lot ke jaye ga nahi peechay. phir dobara tradition aye ga nahi. traditional age</w:t>
      </w:r>
    </w:p>
    <w:p>
      <w:pPr>
        <w:jc w:val="right"/>
      </w:pPr>
      <w:r>
        <w:t>اب سائنس کے ایج تو لوٹ کے جائے گا نہیں پیچھے۔ پھر دوبارہ ٹریڈیشن آئے گا نہیں۔ ٹریڈیشنل ایج</w:t>
      </w:r>
    </w:p>
    <w:p>
      <w:r>
        <w:rPr>
          <w:b/>
        </w:rPr>
        <w:t xml:space="preserve">[32:25] </w:t>
      </w:r>
      <w:r>
        <w:t>to ab to wohi hoga mehdi jo argument ke sath pesh kare islam ko, rational term mein pesh kare. ab to science ka daur aa chuka. ab kia lot ke jaye ga science peechay ki taraf aur phir traditional zamana aa jaye ga?</w:t>
      </w:r>
    </w:p>
    <w:p>
      <w:pPr>
        <w:jc w:val="right"/>
      </w:pPr>
      <w:r>
        <w:t>تو اب تو وہی ہوگا مہدی جو ارگیومنٹ کے ساتھ پیش کرے اسلام کو، ریشنل ٹرم میں پیش کرے۔ اب تو سائنس کا دور آ چکا۔ اب کیا لوٹ کے جائے گا سائنس پیچھے کی طرف اور پھر ٹریڈیشنل زمانہ آ جائے گا؟</w:t>
      </w:r>
    </w:p>
    <w:p>
      <w:r>
        <w:rPr>
          <w:b/>
        </w:rPr>
        <w:t xml:space="preserve">[32:40] </w:t>
      </w:r>
      <w:r>
        <w:t>to ab hum jis zamane mein aa chukay hain, us zamane hi ka matlab hai ke ab jo mehdi ko ana hai to woh mehdi rational language bolay ga, scientific language bolay ga, reason ki language bolay ga.</w:t>
      </w:r>
    </w:p>
    <w:p>
      <w:pPr>
        <w:jc w:val="right"/>
      </w:pPr>
      <w:r>
        <w:t>تو اب ہم جس زمانے میں آ چکے ہیں، اس زمانے ہی کا مطلب ہے کہ اب جو مہدی کو آنا ہے تو وہ مہدی ریشنل لینگویج بولے گا، سائنٹیفک لینگویج بولے گا، ریزن کی لینگویج بولے گا۔</w:t>
      </w:r>
    </w:p>
    <w:p>
      <w:r>
        <w:rPr>
          <w:b/>
        </w:rPr>
        <w:t xml:space="preserve">[32:55] </w:t>
      </w:r>
      <w:r>
        <w:t>is ke sath koi doosra matlab is ka ho nahi sakta hai kyunke science ka zamana to aa chuka.</w:t>
      </w:r>
    </w:p>
    <w:p>
      <w:pPr>
        <w:jc w:val="right"/>
      </w:pPr>
      <w:r>
        <w:t>اس کے ساتھ کوئی دوسرا مطلب اس کا ہو نہیں سکتا ہے کیونکہ سائنس کا زمانہ تو آ چکا۔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