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01 Nov 2009 - Maulana Wahiduddin Khan</w:t>
      </w:r>
    </w:p>
    <w:p>
      <w:r>
        <w:t>https://www.youtube.com/watch?v=CTDqKkb_yqs</w:t>
      </w:r>
    </w:p>
    <w:p>
      <w:r>
        <w:rPr>
          <w:b/>
        </w:rPr>
        <w:t xml:space="preserve">[00:11] </w:t>
      </w:r>
      <w:r>
        <w:t>This question is from Mr. Mustafa Umri from Delhi. Maulana sahib, Quran mein aik jagah aya hai ke tum ko jo takleef pohanchti hai woh tumhari ghalti ki wajah se pohanchti hai.</w:t>
      </w:r>
    </w:p>
    <w:p>
      <w:pPr>
        <w:jc w:val="right"/>
      </w:pPr>
      <w:r>
        <w:t>This question is from Mr. Mustafa Umri from Delhi. مولانا صاحب، قرآن میں ایک جگہ آیا ہے کہ تم کو جو تکلیف پہنچتی ہے وہ تمہاری غلطی کی وجہ سے پہنچتی ہے۔</w:t>
      </w:r>
    </w:p>
    <w:p>
      <w:r>
        <w:rPr>
          <w:b/>
        </w:rPr>
        <w:t xml:space="preserve">[00:27] </w:t>
      </w:r>
      <w:r>
        <w:t>doosri jagah yeh aya hai ke Allah apnay bandon ko test ke liye takleef mein dalta hai. Maulana, mera sawal yeh hai ke hum kaise justify karein ke museebat kon si hai,</w:t>
      </w:r>
    </w:p>
    <w:p>
      <w:pPr>
        <w:jc w:val="right"/>
      </w:pPr>
      <w:r>
        <w:t>دوسری جگہ یہ آیا ہے کہ اللہ اپنے بندوں کو ٹیسٹ کے لیے تکلیف میں ڈالتا ہے۔ مولانا، میرا سوال یہ ہے کہ ہم کیسے justify کریں کہ مصیبت کون سی ہے،</w:t>
      </w:r>
    </w:p>
    <w:p>
      <w:r>
        <w:rPr>
          <w:b/>
        </w:rPr>
        <w:t xml:space="preserve">[00:42] </w:t>
      </w:r>
      <w:r>
        <w:t>test ke liye hai ya apni ghalti ki wajah se?</w:t>
      </w:r>
    </w:p>
    <w:p>
      <w:pPr>
        <w:jc w:val="right"/>
      </w:pPr>
      <w:r>
        <w:t>ٹیسٹ کے لیے ہے یا اپنی غلطی کی وجہ سے؟</w:t>
      </w:r>
    </w:p>
    <w:p>
      <w:r>
        <w:rPr>
          <w:b/>
        </w:rPr>
        <w:t xml:space="preserve">[00:47] </w:t>
      </w:r>
      <w:r>
        <w:t>woh dono aik hi baat hai, alag alag nahi hai. Quran mein kai jagah aisa hai ke Allah taala ne kisi cheez ko apni taraf mansoob kiya hai: "yudhillu kaseeran wa yudeebeh kaseeran".</w:t>
      </w:r>
    </w:p>
    <w:p>
      <w:pPr>
        <w:jc w:val="right"/>
      </w:pPr>
      <w:r>
        <w:t>وہ دونوں ایک ہی بات ہے، الگ الگ نہیں ہے۔ قرآن میں کئی جگہ ایسا ہے کہ اللہ تعالیٰ نے کسی چیز کو اپنی طرف منسوب کیا ہے: "یذلوا کثیراً ویدیبہ کثیراً"۔</w:t>
      </w:r>
    </w:p>
    <w:p>
      <w:r>
        <w:rPr>
          <w:b/>
        </w:rPr>
        <w:t xml:space="preserve">[00:59] </w:t>
      </w:r>
      <w:r>
        <w:t>is ka matlab yeh nahi ke Khuda gumrah karta hai. woh jo nizam-e-alam hai, us ki taraf us ko refer kiya gaya hai is mein ke dunya mein jo nizam hai, woh base karta hai azadi par.</w:t>
      </w:r>
    </w:p>
    <w:p>
      <w:pPr>
        <w:jc w:val="right"/>
      </w:pPr>
      <w:r>
        <w:t>اس کا مطلب یہ نہیں کہ خدا گمراہ کرتا ہے۔ وہ جو نظام عالم ہے، اس کی طرف اس کو refer کیا گیا ہے اس میں کہ دنیا میں جو نظام ہے، وہ base کرتا ہے آزادی پر۔</w:t>
      </w:r>
    </w:p>
    <w:p>
      <w:r>
        <w:rPr>
          <w:b/>
        </w:rPr>
        <w:t xml:space="preserve">[01:13] </w:t>
      </w:r>
      <w:r>
        <w:t>har insan ko azadi hai. to azadi ko aadmi kabhi misuse karta hai, kabhi us ko sahi istemal karta hai. in sab ki wajah se yeh sab qissay pesh atay hain.</w:t>
      </w:r>
    </w:p>
    <w:p>
      <w:pPr>
        <w:jc w:val="right"/>
      </w:pPr>
      <w:r>
        <w:t>ہر انسان کو آزادی ہے۔ تو آزادی کو آدمی کبھی misuse کرتا ہے، کبھی اس کو صحیح استعمال کرتا ہے۔ ان سب کی وجہ سے یہ سب قصے پیش آتے ہیں۔</w:t>
      </w:r>
    </w:p>
    <w:p>
      <w:r>
        <w:rPr>
          <w:b/>
        </w:rPr>
        <w:t xml:space="preserve">[01:25] </w:t>
      </w:r>
      <w:r>
        <w:t>to yeh jo qissay pesh atay hain, woh apni hi wajah se hotay hain. aisa nahi ke Khuda ke farishtay aa kar ke aap ko kuch kar dein.</w:t>
      </w:r>
    </w:p>
    <w:p>
      <w:pPr>
        <w:jc w:val="right"/>
      </w:pPr>
      <w:r>
        <w:t>تو یہ جو قصے پیش آتے ہیں، وہ اپنی ہی وجہ سے ہوتے ہیں۔ ایسا نہیں کہ خدا کے فرشتے آ کر کے آپ کو کچھ کر دیں۔</w:t>
      </w:r>
    </w:p>
    <w:p>
      <w:r>
        <w:rPr>
          <w:b/>
        </w:rPr>
        <w:t xml:space="preserve">[01:35] </w:t>
      </w:r>
      <w:r>
        <w:t>lekin isi mein taraqqi rakhi hai Allah taala ne ke is ke pas challenge paida ho. challenge zehan jagta hai. agar museebatein na parein to aap ka zehan jagay ga nahi.</w:t>
      </w:r>
    </w:p>
    <w:p>
      <w:pPr>
        <w:jc w:val="right"/>
      </w:pPr>
      <w:r>
        <w:t>لیکن اسی میں ترقی رکھی ہے اللہ تعالیٰ نے کہ اس کے پاس challenge پیدا ہو۔ Challenge ذہن جاگتا ہے۔ اگر مصیبتیں نہ پڑیں تو آپ کا ذہن جاگے گا نہیں۔</w:t>
      </w:r>
    </w:p>
    <w:p>
      <w:r>
        <w:rPr>
          <w:b/>
        </w:rPr>
        <w:t xml:space="preserve">[01:46] </w:t>
      </w:r>
      <w:r>
        <w:t>challenge nahi pesh aye ga. to is ka matlab yeh hai ke dunya mein Allah taala ne museebatein rakhi hain. woh museebatein aap hi ke kam soch paate hain aap.</w:t>
      </w:r>
    </w:p>
    <w:p>
      <w:pPr>
        <w:jc w:val="right"/>
      </w:pPr>
      <w:r>
        <w:t>Challenge نہیں پیش آئے گا۔ تو اس کا مطلب یہ ہے کہ دنیا میں اللہ تعالیٰ نے مصیبتیں رکھی ہیں۔ وہ مصیبتیں آپ ہی کے کم سوچ پاتے ہیں آپ۔</w:t>
      </w:r>
    </w:p>
    <w:p>
      <w:r>
        <w:rPr>
          <w:b/>
        </w:rPr>
        <w:t xml:space="preserve">[01:56] </w:t>
      </w:r>
      <w:r>
        <w:t>kabhi ghaib ko nahi jaan paate aap.</w:t>
      </w:r>
    </w:p>
    <w:p>
      <w:pPr>
        <w:jc w:val="right"/>
      </w:pPr>
      <w:r>
        <w:t>کبھی غیب کو نہیں جان پاتے آپ۔</w:t>
      </w:r>
    </w:p>
    <w:p>
      <w:r>
        <w:rPr>
          <w:b/>
        </w:rPr>
        <w:t xml:space="preserve">[02:01] </w:t>
      </w:r>
      <w:r>
        <w:t>to aadmi apni limitations ki wajah se bar bar us ko jhatkay lagte hain. lekin Allah taala ne aisa rakha hai insan ka mind ke woh is se agar positive thinking us ke andar ho to har har cheez se woh acha sabak le ga.</w:t>
      </w:r>
    </w:p>
    <w:p>
      <w:pPr>
        <w:jc w:val="right"/>
      </w:pPr>
      <w:r>
        <w:t>تو آدمی اپنی limitations کی وجہ سے بار بار اس کو جھٹکے لگتے ہیں۔ لیکن اللہ تعالیٰ نے ایسا رکھا ہے انسان کا mind کہ وہ اس سے اگر positive thinking اس کے اندر ہو تو ہر ہر چیز سے وہ اچھا سبق لے گا۔</w:t>
      </w:r>
    </w:p>
    <w:p>
      <w:r>
        <w:rPr>
          <w:b/>
        </w:rPr>
        <w:t xml:space="preserve">[02:17] </w:t>
      </w:r>
      <w:r>
        <w:t>aur phir se apnay ko aik naya rasta mil jaye ga us ko agay barhnay ke liye. to jahan Khuda ki taraf mansoob kiya gaya hai, us ka matlab hota hai Khuda ke nizam, banaye hue nizam ke tehat, Khuda ke law of nature ke tehat.</w:t>
      </w:r>
    </w:p>
    <w:p>
      <w:pPr>
        <w:jc w:val="right"/>
      </w:pPr>
      <w:r>
        <w:t>اور پھر سے اپنے کو ایک نیا راستہ مل جائے گا اس کو آگے بڑھنے کے لیے۔ تو جہاں خدا کی طرف منسوب کیا گیا ہے، اس کا مطلب ہوتا ہے خدا کے نظام، بنائے ہوئے نظام کے تحت، خدا کے law of nature کے تحت۔</w:t>
      </w:r>
    </w:p>
    <w:p>
      <w:r>
        <w:rPr>
          <w:b/>
        </w:rPr>
        <w:t xml:space="preserve">[02:32] </w:t>
      </w:r>
      <w:r>
        <w:t>aisa nahi ke khud Khuda hi aisa kar dalta hai. nahi, jo jo Khuda ne is dunya mein jo nizam muqarrar kiya hai, us ke tehat aisa hota hai aur hoga ke logon ko masail pesh ayein ge.</w:t>
      </w:r>
    </w:p>
    <w:p>
      <w:pPr>
        <w:jc w:val="right"/>
      </w:pPr>
      <w:r>
        <w:t>ایسا نہیں کہ خود خدا ہی ایسا کر ڈالتا ہے۔ نہیں، جو جو خدا نے اس دنیا میں جو نظام مقرر کیا ہے، اس کے تحت ایسا ہوتا ہے اور ہوگا کہ لوگوں کو مسائل پیش آئیں گے۔</w:t>
      </w:r>
    </w:p>
    <w:p>
      <w:r>
        <w:rPr>
          <w:b/>
        </w:rPr>
        <w:t xml:space="preserve">[02:44] </w:t>
      </w:r>
      <w:r>
        <w:t>aur masail jo hain, woh challenge hain. woh aap ke zehan ko activate karne ke liye hotay hain. yeh matlab hai is ka.</w:t>
      </w:r>
    </w:p>
    <w:p>
      <w:pPr>
        <w:jc w:val="right"/>
      </w:pPr>
      <w:r>
        <w:t>اور مسائل جو ہیں، وہ challenge ہیں۔ وہ آپ کے ذہن کو activate کرنے کے لیے ہوتے ہیں۔ یہ مطلب ہے اس کا۔</w:t>
      </w:r>
    </w:p>
    <w:p>
      <w:r>
        <w:rPr>
          <w:b/>
        </w:rPr>
        <w:t xml:space="preserve">[02:53] </w:t>
      </w:r>
      <w:r>
        <w:t>This question is from Dr. Muslima Siddiqui. How can I save myself from the spiritual blindness so that I may be able to communicate with the angels?</w:t>
      </w:r>
    </w:p>
    <w:p>
      <w:pPr>
        <w:jc w:val="right"/>
      </w:pPr>
      <w:r>
        <w:t>This question is from Dr. مسلمہ صدیقی۔ How can I save myself from the spiritual blindness so that I may be able to communicate with the angels?</w:t>
      </w:r>
    </w:p>
    <w:p>
      <w:r>
        <w:rPr>
          <w:b/>
        </w:rPr>
        <w:t xml:space="preserve">[03:06] </w:t>
      </w:r>
      <w:r>
        <w:t>Kindly comment.</w:t>
      </w:r>
    </w:p>
    <w:p>
      <w:pPr>
        <w:jc w:val="right"/>
      </w:pPr>
      <w:r>
        <w:t>Kindly comment۔</w:t>
      </w:r>
    </w:p>
    <w:p>
      <w:r>
        <w:rPr>
          <w:b/>
        </w:rPr>
        <w:t xml:space="preserve">[03:08] </w:t>
      </w:r>
      <w:r>
        <w:t>dekhein, angel jo hain, woh complex free hotay hain. mukammal tor par. sab se bari kamzori jo insan mein hai, woh har aadmi complex mein jeeta hai.</w:t>
      </w:r>
    </w:p>
    <w:p>
      <w:pPr>
        <w:jc w:val="right"/>
      </w:pPr>
      <w:r>
        <w:t>دیکھیں، angel جو ہیں، وہ complex free ہوتے ہیں۔ مکمل طور پر۔ سب سے بڑی کمزوری جو انسان میں ہے، وہ ہر آدمی complex میں جیتا ہے۔</w:t>
      </w:r>
    </w:p>
    <w:p>
      <w:r>
        <w:rPr>
          <w:b/>
        </w:rPr>
        <w:t xml:space="preserve">[03:20] </w:t>
      </w:r>
      <w:r>
        <w:t>bias mein jeeta hai. aur is ka aik udharan jo hai ya aik misaal yeh hai ke kisi bhi shakhs ko aap criticize kijiye us ke upar, foran bura maan jaye ga woh.</w:t>
      </w:r>
    </w:p>
    <w:p>
      <w:pPr>
        <w:jc w:val="right"/>
      </w:pPr>
      <w:r>
        <w:t>Bias میں جیتا ہے۔ اور اس کا ایک ادھارن جو ہے یا ایک مثال یہ ہے کہ کسی بھی شخص کو آپ criticize کیجیے اس کے اوپر، فوراً برا مان جائے گا وہ۔</w:t>
      </w:r>
    </w:p>
    <w:p>
      <w:r>
        <w:rPr>
          <w:b/>
        </w:rPr>
        <w:t xml:space="preserve">[03:33] </w:t>
      </w:r>
      <w:r>
        <w:t>aur tareef kijiye to khush ho jaye ga woh. yahi to jar hai evil ki. kahin ke tareef kijiye to khush. aur agar criticize kijiye to woh bura maan jata hai.</w:t>
      </w:r>
    </w:p>
    <w:p>
      <w:pPr>
        <w:jc w:val="right"/>
      </w:pPr>
      <w:r>
        <w:t>اور تعریف کیجیے تو خوش ہو جائے گا وہ۔ یہی تو جڑ ہے evil کی۔ کہیں کہ تعریف کیجیے تو خوش۔ اور اگر criticize کیجیے تو وہ برا مان جاتا ہے۔</w:t>
      </w:r>
    </w:p>
    <w:p>
      <w:r>
        <w:rPr>
          <w:b/>
        </w:rPr>
        <w:t xml:space="preserve">[03:44] </w:t>
      </w:r>
      <w:r>
        <w:t>to angel ki sohbat kaise mile gi us ko? angel to jeetay hain objectivity par, positivity par. un ka koi bias nahi, koi complex nahi.</w:t>
      </w:r>
    </w:p>
    <w:p>
      <w:pPr>
        <w:jc w:val="right"/>
      </w:pPr>
      <w:r>
        <w:t>تو angel کی صحبت کیسے ملے گی اس کو؟ Angel تو جیتے ہیں objectivity پر، positivity پر۔ ان کا کوئی bias نہیں، کوئی complex نہیں۔</w:t>
      </w:r>
    </w:p>
    <w:p>
      <w:r>
        <w:rPr>
          <w:b/>
        </w:rPr>
        <w:t xml:space="preserve">[03:56] </w:t>
      </w:r>
      <w:r>
        <w:t>is satah par jab le jayein ge, tab angel se aap negotiation hoga. lekin logon ka hal yeh hai ke woh jeetay hain yani doosri satah par.</w:t>
      </w:r>
    </w:p>
    <w:p>
      <w:pPr>
        <w:jc w:val="right"/>
      </w:pPr>
      <w:r>
        <w:t>اس سطح پر جب لے جائیں گے، تب angel سے آپ negotiation ہوگا۔ لیکن لوگوں کا حال یہ ہے کہ وہ جیتے ہیں یعنی دوسری سطح پر۔</w:t>
      </w:r>
    </w:p>
    <w:p>
      <w:r>
        <w:rPr>
          <w:b/>
        </w:rPr>
        <w:t xml:space="preserve">[04:07] </w:t>
      </w:r>
      <w:r>
        <w:t>wo chahte hain ke angel se un ka negotiation ho jaye. to ye kaise ho sakta hai? nahi ho sakta. nahi ho sakta hai. to apne ko purity apne andar purity lani paregi.</w:t>
      </w:r>
    </w:p>
    <w:p>
      <w:pPr>
        <w:jc w:val="right"/>
      </w:pPr>
      <w:r>
        <w:t>وہ چاہتے ہیں کہ angel سے ان کا negotiation ہو جائے۔ تو یہ کیسے ہو سکتا ہے؟ نہیں ہو سکتا۔ نہیں ہو سکتا ہے۔ تو اپنے کو purity اپنے اندر purity لانی پڑے گی۔</w:t>
      </w:r>
    </w:p>
    <w:p>
      <w:r>
        <w:rPr>
          <w:b/>
        </w:rPr>
        <w:t xml:space="preserve">[04:18] </w:t>
      </w:r>
      <w:r>
        <w:t>apne andar. jis ko kaha jata hai tazkiya. Purity ka matlab hai ke aap apne andar apne ko modest banaye. apne ko complex free banaye.</w:t>
      </w:r>
    </w:p>
    <w:p>
      <w:pPr>
        <w:jc w:val="right"/>
      </w:pPr>
      <w:r>
        <w:t>اپنے اندر۔ جس کو کہا جاتا ہے تزکیہ۔ Purity کا معنی ہے کہ آپ اپنے اندر اپنے کو modest بنائیں۔ اپنے کو complex free بنائیں۔</w:t>
      </w:r>
    </w:p>
    <w:p>
      <w:r>
        <w:rPr>
          <w:b/>
        </w:rPr>
        <w:t xml:space="preserve">[04:28] </w:t>
      </w:r>
      <w:r>
        <w:t>Bias se bahar ayein. aur ek hi pehchan mein to is ki ek hi pehchan agar ho, ek pehchan. ke apne ko jaanchein ke jab koi aap ko criticize karta hai to acha lagta hai ya bura lagta hai aap ko.</w:t>
      </w:r>
    </w:p>
    <w:p>
      <w:pPr>
        <w:jc w:val="right"/>
      </w:pPr>
      <w:r>
        <w:t>Bias سے باہر آئیں۔ اور ایک ہی پہچان میں تو اس کی ایک ہی پہچان اگر ہو، ایک پہچان۔ کہ اپنے کو جانچیں کہ جب کوئی آپ کو criticize کرتا ہے تو اچھا لگتا ہے یا برا لگتا ہے آپ کو۔</w:t>
      </w:r>
    </w:p>
    <w:p>
      <w:r>
        <w:rPr>
          <w:b/>
        </w:rPr>
        <w:t xml:space="preserve">[04:40] </w:t>
      </w:r>
      <w:r>
        <w:t>ek hi pehchan agar batana ho kisi ko ke tum sahi raste par ho ya galat raste par ho. tum Mr. Right ho ya Mr.</w:t>
      </w:r>
    </w:p>
    <w:p>
      <w:pPr>
        <w:jc w:val="right"/>
      </w:pPr>
      <w:r>
        <w:t>ایک ہی پہچان اگر بتانا ہو کسی کو کہ تم صحیح راستے پر ہو یا غلط راستے پر ہو۔ تم Mr. Right ہو یا Mr.</w:t>
      </w:r>
    </w:p>
    <w:p>
      <w:r>
        <w:rPr>
          <w:b/>
        </w:rPr>
        <w:t xml:space="preserve">[04:48] </w:t>
      </w:r>
      <w:r>
        <w:t>Right nahi ho. to criticism ke waqt dekho ke tum ko tumhare dil mein kya guzra. bas yahi pehchan hai.</w:t>
      </w:r>
    </w:p>
    <w:p>
      <w:pPr>
        <w:jc w:val="right"/>
      </w:pPr>
      <w:r>
        <w:t>Right نہیں ہو۔ تو criticism کے وقت دیکھو کہ تم کو تمہارے دل میں کیا گزرا۔ بس یہی پہچان ہے۔</w:t>
      </w:r>
    </w:p>
    <w:p>
      <w:r>
        <w:rPr>
          <w:b/>
        </w:rPr>
        <w:t xml:space="preserve">[04:58] </w:t>
      </w:r>
      <w:r>
        <w:t>ye hayat umar wala jo mizaj hai, wo paida karna parega ke rahimullah umran wa uhdida uyubi. is aadmi par Allah reham kare jis ne mere aib ka tohfa mujhe bheja.</w:t>
      </w:r>
    </w:p>
    <w:p>
      <w:pPr>
        <w:jc w:val="right"/>
      </w:pPr>
      <w:r>
        <w:t>یہ حیات عمر والا جو مزاج ہے، وہ پیدا کرنا پڑے گا کہ رحم اللہ عمران و عہدہ ولی عیوبی۔ اس آدمی پر اللہ رحم کرے جس نے میرے عیب کا تحفہ مجھے بھیجا۔</w:t>
      </w:r>
    </w:p>
    <w:p>
      <w:r>
        <w:rPr>
          <w:b/>
        </w:rPr>
        <w:t xml:space="preserve">[05:11] </w:t>
      </w:r>
      <w:r>
        <w:t>yani criticism ko lete the wo bator gift ke. jab aisa hoga to to angel aas pas aa jayenge. wo angel culture mein aadmi jeene lagega.</w:t>
      </w:r>
    </w:p>
    <w:p>
      <w:pPr>
        <w:jc w:val="right"/>
      </w:pPr>
      <w:r>
        <w:t>یعنی criticism کو لیتے تھے وہ بطور gift کے۔ جب ایسا ہوگا تو تو angel آس پاس آ جائیں گے۔ وہ angel culture میں آدمی جینے لگے گا۔</w:t>
      </w:r>
    </w:p>
    <w:p>
      <w:r>
        <w:rPr>
          <w:b/>
        </w:rPr>
        <w:t xml:space="preserve">[05:25] </w:t>
      </w:r>
      <w:r>
        <w:t>to main samajhta hoon ke bohat hi crucial pehchan yahi hai ke aadmi apne aap ko dekhe ke jab us ko criticize kiya jata hai to use kaisa lagta hai?</w:t>
      </w:r>
    </w:p>
    <w:p>
      <w:pPr>
        <w:jc w:val="right"/>
      </w:pPr>
      <w:r>
        <w:t>تو میں سمجھتا ہوں کہ بہت ہی crucial پہچان یہی ہے کہ آدمی اپنے آپ کو دیکھے کہ جب اس کو criticize کیا جاتا ہے تو اسے کیسا لگتا ہے؟</w:t>
      </w:r>
    </w:p>
    <w:p>
      <w:r>
        <w:rPr>
          <w:b/>
        </w:rPr>
        <w:t xml:space="preserve">[05:33] </w:t>
      </w:r>
      <w:r>
        <w:t>wo bura lagta hai ya acha lagta hai? hayat umar ko acha lagta tha. yani criticize karna hayat umar ko acha lagta tha wo. tab wo angel ke sath jeete the wo.</w:t>
      </w:r>
    </w:p>
    <w:p>
      <w:pPr>
        <w:jc w:val="right"/>
      </w:pPr>
      <w:r>
        <w:t>وہ برا لگتا ہے یا اچھا لگتا ہے؟ حیات عمر کو اچھا لگتا تھا۔ یعنی criticize کرنا حیات عمر کو اچھا لگتا تھا وہ۔ تب وہ angel کے ساتھ جیتے تھے وہ۔</w:t>
      </w:r>
    </w:p>
    <w:p>
      <w:r>
        <w:rPr>
          <w:b/>
        </w:rPr>
        <w:t xml:space="preserve">[05:46] </w:t>
      </w:r>
      <w:r>
        <w:t>bohat hi yani bohat hi aisi pehchan hai, well known pehchan. har aadmi apne ko jaan sakta hai. har aadmi kahin na kahin is ko criticize kiya jata hai.</w:t>
      </w:r>
    </w:p>
    <w:p>
      <w:pPr>
        <w:jc w:val="right"/>
      </w:pPr>
      <w:r>
        <w:t>بہت ہی یعنی بہت ہی ایسی پہچان ہے، well known پہچان۔ ہر آدمی اپنے کو جان سکتا ہے۔ ہر آدمی کہیں نہ کہیں اس کو criticize کیا جاتا ہے۔</w:t>
      </w:r>
    </w:p>
    <w:p>
      <w:r>
        <w:rPr>
          <w:b/>
        </w:rPr>
        <w:t xml:space="preserve">[05:57] </w:t>
      </w:r>
      <w:r>
        <w:t>kahin na kahin is ko kuch sunna parta hai dusron se. us waqt dekha hai wo ke main kahan jee raha hoon.</w:t>
      </w:r>
    </w:p>
    <w:p>
      <w:pPr>
        <w:jc w:val="right"/>
      </w:pPr>
      <w:r>
        <w:t>کہیں نہ کہیں اس کو کچھ سننا پڑتا ہے دوسروں سے۔ اس وقت دیکھا ہے وہ کہ میں کہاں جی رہا ہوں۔</w:t>
      </w:r>
    </w:p>
    <w:p>
      <w:r>
        <w:rPr>
          <w:b/>
        </w:rPr>
        <w:t xml:space="preserve">[06:04] </w:t>
      </w:r>
      <w:r>
        <w:t>isi se apne ko wo naap sakta hai.</w:t>
      </w:r>
    </w:p>
    <w:p>
      <w:pPr>
        <w:jc w:val="right"/>
      </w:pPr>
      <w:r>
        <w:t>اسی سے اپنے کو وہ ناپ سکتا ہے۔</w:t>
      </w:r>
    </w:p>
    <w:p>
      <w:r>
        <w:rPr>
          <w:b/>
        </w:rPr>
        <w:t xml:space="preserve">[06:10] </w:t>
      </w:r>
      <w:r>
        <w:t>This question is from Dr. Hamid Hussain from Delhi. It is frustrating to know that man will have no intellectual development in paradise.</w:t>
      </w:r>
    </w:p>
    <w:p>
      <w:pPr>
        <w:jc w:val="right"/>
      </w:pPr>
      <w:r>
        <w:t>This question is from Dr. حامد حسین from Delhi. It is frustrating to know that man will have no intellectual development in paradise.</w:t>
      </w:r>
    </w:p>
    <w:p>
      <w:r>
        <w:rPr>
          <w:b/>
        </w:rPr>
        <w:t xml:space="preserve">[06:23] </w:t>
      </w:r>
      <w:r>
        <w:t>Maulana, is there any reference to this aspect in Quran aur Hadees?</w:t>
      </w:r>
    </w:p>
    <w:p>
      <w:pPr>
        <w:jc w:val="right"/>
      </w:pPr>
      <w:r>
        <w:t>مولانا، is there any reference to this aspect in قرآن اور حدیث؟</w:t>
      </w:r>
    </w:p>
    <w:p>
      <w:r>
        <w:rPr>
          <w:b/>
        </w:rPr>
        <w:t xml:space="preserve">[06:30] </w:t>
      </w:r>
      <w:r>
        <w:t>ye jo frustration ki kya baat hai ke jannat free milegi?</w:t>
      </w:r>
    </w:p>
    <w:p>
      <w:pPr>
        <w:jc w:val="right"/>
      </w:pPr>
      <w:r>
        <w:t>یہ جو frustration کی کیا بات ہے کہ جنت free ملے گی؟</w:t>
      </w:r>
    </w:p>
    <w:p>
      <w:r>
        <w:rPr>
          <w:b/>
        </w:rPr>
        <w:t xml:space="preserve">[06:37] </w:t>
      </w:r>
      <w:r>
        <w:t>jannat free milegi kisi ko? ye jo frustration ki kya baat hai? Khuda ne jab bata diya ke ye dunya jo hai preparation ke liye hai.</w:t>
      </w:r>
    </w:p>
    <w:p>
      <w:pPr>
        <w:jc w:val="right"/>
      </w:pPr>
      <w:r>
        <w:t>جنت free ملے گی کسی کو؟ یہ جو frustration کی کیا بات ہے؟ خدا نے جب بتا دیا کہ یہ دنیا جو ہے preparation کے لیے ہے۔</w:t>
      </w:r>
    </w:p>
    <w:p>
      <w:r>
        <w:rPr>
          <w:b/>
        </w:rPr>
        <w:t xml:space="preserve">[06:47] </w:t>
      </w:r>
      <w:r>
        <w:t>aur wo dunya jo hai reward ke liye, anjam ke liye. jitna preparation hota hai reward, khuli hui baat hai. jo aadmi entrance pass kar ke chhod de to us ko chhota chhota job milega.</w:t>
      </w:r>
    </w:p>
    <w:p>
      <w:pPr>
        <w:jc w:val="right"/>
      </w:pPr>
      <w:r>
        <w:t>اور وہ دنیا جو ہے reward کے لیے، انجام کے لیے۔ جتنا preparation ہوتا ہے reward، کھلی ہوئی بات ہے۔ جو آدمی entrance پاس کر کے چھوڑ دے تو اس کو چھوٹا چھوٹا جاب ملے گا۔</w:t>
      </w:r>
    </w:p>
    <w:p>
      <w:r>
        <w:rPr>
          <w:b/>
        </w:rPr>
        <w:t xml:space="preserve">[07:00] </w:t>
      </w:r>
      <w:r>
        <w:t>aur jo MA kare, doctor kare to bara job milega us ko. ye to koi frustration ki baat hi nahi hai. jitna preparation itna reward. is mein Quran o Hadees bhi se mein hawale de sakta hoon.</w:t>
      </w:r>
    </w:p>
    <w:p>
      <w:pPr>
        <w:jc w:val="right"/>
      </w:pPr>
      <w:r>
        <w:t>اور جو ایم اے کرے، ڈاکٹر کرے تو بڑا جاب ملے گا اس کو۔ یہ تو کوئی frustration کی بات ہی نہیں ہے۔ جتنا preparation اتنا reward۔ اس میں قرآن و حدیث بھی سے میں حوالے دے سکتا ہوں۔</w:t>
      </w:r>
    </w:p>
    <w:p>
      <w:r>
        <w:rPr>
          <w:b/>
        </w:rPr>
        <w:t xml:space="preserve">[07:14] </w:t>
      </w:r>
      <w:r>
        <w:t>lekin is waqt mein sirf itna batana chahta hoon ke bilkul common sense se samajhne ki samjhi ja sakti hai ye baat. ke aap common sense se. ke preparation ho fifty percent qadr ji.</w:t>
      </w:r>
    </w:p>
    <w:p>
      <w:pPr>
        <w:jc w:val="right"/>
      </w:pPr>
      <w:r>
        <w:t>لیکن اس وقت میں صرف اتنا بتانا چاہتا ہوں کہ بالکل common sense سے سمجھنے کی سمجھی جا سکتی ہے یہ بات۔ کہ آپ common sense سے۔ کہ preparation ہو fifty percent قدر جی۔</w:t>
      </w:r>
    </w:p>
    <w:p>
      <w:r>
        <w:rPr>
          <w:b/>
        </w:rPr>
        <w:t xml:space="preserve">[07:25] </w:t>
      </w:r>
      <w:r>
        <w:t>aur aap ko reward mil jaye hundred percent ye kaise ho sakta hai? ye to namumkin baat hai. zalik jaza wa man tudqq.</w:t>
      </w:r>
    </w:p>
    <w:p>
      <w:pPr>
        <w:jc w:val="right"/>
      </w:pPr>
      <w:r>
        <w:t>اور آپ کو reward مل جائے hundred percent یہ کیسے ہو سکتا ہے؟ یہ تو ناممکن بات ہے۔ ذالک جزا ومن تدق۔</w:t>
      </w:r>
    </w:p>
    <w:p>
      <w:r>
        <w:rPr>
          <w:b/>
        </w:rPr>
        <w:t xml:space="preserve">[07:35] </w:t>
      </w:r>
      <w:r>
        <w:t>isko preparation ko Quran mein tazkiya kaha gaya hai. yani baqadr tazkiya inaam hai akhirat mein. jaisa tazkiya waisa inaam.</w:t>
      </w:r>
    </w:p>
    <w:p>
      <w:pPr>
        <w:jc w:val="right"/>
      </w:pPr>
      <w:r>
        <w:t>اس کو preparation کو قرآن میں تزکیہ کہا گیا ہے۔ یعنی بقدر تزکیہ انعام ہے آخرت میں۔ جیسا تزکیہ ویسا انعام۔</w:t>
      </w:r>
    </w:p>
    <w:p>
      <w:r>
        <w:rPr>
          <w:b/>
        </w:rPr>
        <w:t xml:space="preserve">[07:46] </w:t>
      </w:r>
      <w:r>
        <w:t>common sense se ye baat samajh aa sakti hai. kisi ko Quran o Hadees ki ayatein chahiye to mere mere office mein aa jaye to main us ko Quran o Hadees ki ayatein hi bataunga inshallah.</w:t>
      </w:r>
    </w:p>
    <w:p>
      <w:pPr>
        <w:jc w:val="right"/>
      </w:pPr>
      <w:r>
        <w:t>common sense سے یہ بات سمجھ آ سکتی ہے۔ کسی کو قرآن و حدیث کی آیتیں چاہیے تو میرے میرے آفس میں آ جائے تو میں اس کو قرآن و حدیث کی آیتیں ہی بتاؤں گا انشاءاللہ۔</w:t>
      </w:r>
    </w:p>
    <w:p>
      <w:r>
        <w:rPr>
          <w:b/>
        </w:rPr>
        <w:t xml:space="preserve">[07:55] </w:t>
      </w:r>
      <w:r>
        <w:t>Maulana, there is another question in extension to this which has been asked by Idrees. He wants to know that people who qualify for paradise, will there be further learning for them in paradise?</w:t>
      </w:r>
    </w:p>
    <w:p>
      <w:pPr>
        <w:jc w:val="right"/>
      </w:pPr>
      <w:r>
        <w:t>مولانا، there is another question in extension to this which has been asked by ادریس۔ He wants to know that people who qualify for paradise, will there be further learning for them in paradise؟</w:t>
      </w:r>
    </w:p>
    <w:p>
      <w:r>
        <w:rPr>
          <w:b/>
        </w:rPr>
        <w:t xml:space="preserve">[08:11] </w:t>
      </w:r>
      <w:r>
        <w:t>Will the process of learning continue in paradise for those people?</w:t>
      </w:r>
    </w:p>
    <w:p>
      <w:pPr>
        <w:jc w:val="right"/>
      </w:pPr>
      <w:r>
        <w:t>Will the process of learning continue in paradise for those people؟</w:t>
      </w:r>
    </w:p>
    <w:p>
      <w:r>
        <w:rPr>
          <w:b/>
        </w:rPr>
        <w:t xml:space="preserve">[08:17] </w:t>
      </w:r>
      <w:r>
        <w:t>jitni capacity badhai hai is ke liyehaze se hoga. is ke liyehaze se hoga. yani wahan aur bhi izafe honge main manta hoon lekin is izafe ka wo izafa depend karega ke capacity badhai hai aap ne.</w:t>
      </w:r>
    </w:p>
    <w:p>
      <w:pPr>
        <w:jc w:val="right"/>
      </w:pPr>
      <w:r>
        <w:t>جتنی capacity بڑھائی ہے اس کے لحاظ سے ہوگا۔ اس کے لحاظ سے ہوگا۔ یعنی وہاں اور بھی اضافے ہوں گے میں مانتا ہوں لیکن اس اضافے کا وہ اضافہ depend کرے گا کہ capacity بڑھائی ہے آپ نے۔</w:t>
      </w:r>
    </w:p>
    <w:p>
      <w:r>
        <w:rPr>
          <w:b/>
        </w:rPr>
        <w:t xml:space="preserve">[08:34] </w:t>
      </w:r>
      <w:r>
        <w:t>aisa fill nahi ho sakta. misaal ke taur par quran mein dekhen do aayaton ko lijiye aap. ashadd hubba lillah. yaani believers jo hain woh sab se zyada mohabbat karte hain khuda se.</w:t>
      </w:r>
    </w:p>
    <w:p>
      <w:pPr>
        <w:jc w:val="right"/>
      </w:pPr>
      <w:r>
        <w:t>ایسا fill نہیں ہو سکتا۔ مثال کے طور پر قرآن میں دیکھیں دو آیتوں کو لیجیے آپ۔ اشد حبا للہ۔ یعنی believers جو ہیں وہ سب سے زیادہ محبت کرتے ہیں خدا سے۔</w:t>
      </w:r>
    </w:p>
    <w:p>
      <w:r>
        <w:rPr>
          <w:b/>
        </w:rPr>
        <w:t xml:space="preserve">[08:46] </w:t>
      </w:r>
      <w:r>
        <w:t>believer jo hain woh sab se zyada mohabbat karte hain khuda se. ab mohabbat mein kami agar hai ke fifty percent aap ne khuda se kiya aur fifty percent aap ne doosron se kiya to kaise aap samajh sakte hain ke wahan aap ka us ki kami poori kar di jaye gi?</w:t>
      </w:r>
    </w:p>
    <w:p>
      <w:pPr>
        <w:jc w:val="right"/>
      </w:pPr>
      <w:r>
        <w:t>believer جو ہیں وہ سب سے زیادہ محبت کرتے ہیں خدا سے۔ اب محبت میں کمی اگر ہے کہ fifty percent آپ نے خدا سے کیا اور fifty percent آپ نے دوسروں سے کیا تو کیسے آپ سمجھ سکتے ہیں کہ وہاں آپ کا اس کی کمی پوری کر دی جائے گی؟</w:t>
      </w:r>
    </w:p>
    <w:p>
      <w:r>
        <w:rPr>
          <w:b/>
        </w:rPr>
        <w:t xml:space="preserve">[09:00] </w:t>
      </w:r>
      <w:r>
        <w:t>to namumkin baat hai. to naam to aap ki deservation mein kami ho gayi na? jitna deservation deserve karen ge aap utna hi mile ga aap ko.</w:t>
      </w:r>
    </w:p>
    <w:p>
      <w:pPr>
        <w:jc w:val="right"/>
      </w:pPr>
      <w:r>
        <w:t>تو ناممکن بات ہے۔ تو نام تو آپ کی deservation میں کمی ہو گئی نا؟ جتنا deservation deserve کریں گے آپ اتنا ہی ملے گا آپ کو۔</w:t>
      </w:r>
    </w:p>
    <w:p>
      <w:r>
        <w:rPr>
          <w:b/>
        </w:rPr>
        <w:t xml:space="preserve">[09:11] </w:t>
      </w:r>
      <w:r>
        <w:t>to ashadd hubba lillah khuda kehta hai ke tum se zyada mohabbat mujh se karo. aur aap ne deny kiya is ko kaha ke nahi nahi mujhe to tum se fifty percent karna hai. aur phir bhi aap chahte hain ke reward mile aap ko?</w:t>
      </w:r>
    </w:p>
    <w:p>
      <w:pPr>
        <w:jc w:val="right"/>
      </w:pPr>
      <w:r>
        <w:t>تو اشد حبا للہ خدا کہتا ہے کہ تم سے زیادہ محبت مجھ سے کرو۔ اور آپ نے deny کیا اس کو کہا کہ نہیں نہیں مجھے تو تم سے fifty percent کرنا ہے۔ اور پھر بھی آپ چاہتے ہیں کہ reward ملے آپ کو؟</w:t>
      </w:r>
    </w:p>
    <w:p>
      <w:r>
        <w:rPr>
          <w:b/>
        </w:rPr>
        <w:t xml:space="preserve">[09:22] </w:t>
      </w:r>
      <w:r>
        <w:t>yeh kaisa anokha soch hai yeh. saare musalman yeh samajhte hain ke khuda se hum one percent mohabbat karen aur saari mohabbatain hamari doosron ke liye hon.</w:t>
      </w:r>
    </w:p>
    <w:p>
      <w:pPr>
        <w:jc w:val="right"/>
      </w:pPr>
      <w:r>
        <w:t>یہ کیسا انوکھا سوچ ہے یہ۔ سارے مسلمان یہ سمجھتے ہیں کہ خدا سے ہم one percent محبت کریں اور ساری محبتیں ہماری دوسروں کے لیے ہوں۔</w:t>
      </w:r>
    </w:p>
    <w:p>
      <w:r>
        <w:rPr>
          <w:b/>
        </w:rPr>
        <w:t xml:space="preserve">[09:32] </w:t>
      </w:r>
      <w:r>
        <w:t>family ke liye, bete bete ke liye, apne interest ke liye. aur khuda jo hai woh sab compensate kar ke kahe ke chalo bhai hundred percent de deta hai tum ko.</w:t>
      </w:r>
    </w:p>
    <w:p>
      <w:pPr>
        <w:jc w:val="right"/>
      </w:pPr>
      <w:r>
        <w:t>family کے لیے، بیٹے بیٹے کے لیے، اپنے interest کے لیے۔ اور خدا جو ہے وہ سب compensate کر کے کہے کہ چلو بھئی hundred percent دے دیتا ہے تم کو۔</w:t>
      </w:r>
    </w:p>
    <w:p>
      <w:r>
        <w:rPr>
          <w:b/>
        </w:rPr>
        <w:t xml:space="preserve">[09:42] </w:t>
      </w:r>
      <w:r>
        <w:t>khuda ke haan aisa be insafi nahi ho sakti hai. to criterion jo hai khuda ne bata diya hai quran majeed mein.</w:t>
      </w:r>
    </w:p>
    <w:p>
      <w:pPr>
        <w:jc w:val="right"/>
      </w:pPr>
      <w:r>
        <w:t>خدا کے ہاں ایسا بے انصافی نہیں ہو سکتی ہے۔ تو criterion جو ہے خدا نے بتا دیا ہے قرآن مجید میں۔</w:t>
      </w:r>
    </w:p>
    <w:p>
      <w:r>
        <w:rPr>
          <w:b/>
        </w:rPr>
        <w:t xml:space="preserve">[09:52] </w:t>
      </w:r>
      <w:r>
        <w:t>do cheezen agar yaad rakhen aap. ashadd hubba lillah sab se zyada mohabbat karne wale khuda se. aur lam yakhsha illa Allah sab se zyada darne wale khuda se.</w:t>
      </w:r>
    </w:p>
    <w:p>
      <w:pPr>
        <w:jc w:val="right"/>
      </w:pPr>
      <w:r>
        <w:t>دو چیزیں اگر یاد رکھیں آپ۔ اشد حبا للہ سب سے زیادہ محبت کرنے والے خدا سے۔ اور لم یخش الا اللہ سب سے زیادہ ڈرنے والے خدا سے۔</w:t>
      </w:r>
    </w:p>
    <w:p>
      <w:r>
        <w:rPr>
          <w:b/>
        </w:rPr>
        <w:t xml:space="preserve">[10:06] </w:t>
      </w:r>
      <w:r>
        <w:t>khuda darna kya hai? jab khuda ki baat aaye to aap jhuk jayen aap. yeh nahi ke khuda khud aye ga batane ke liye aap ko.</w:t>
      </w:r>
    </w:p>
    <w:p>
      <w:pPr>
        <w:jc w:val="right"/>
      </w:pPr>
      <w:r>
        <w:t>خدا ڈرنا کیا ہے؟ جب خدا کی بات آئے تو آپ جھک جائیں آپ۔ یہ نہیں کہ خدا خود آئے گا بتانے کے لیے آپ کو۔</w:t>
      </w:r>
    </w:p>
    <w:p>
      <w:r>
        <w:rPr>
          <w:b/>
        </w:rPr>
        <w:t xml:space="preserve">[10:14] </w:t>
      </w:r>
      <w:r>
        <w:t>yeh hayat umar ek martaba bohat ghusse mein thay aur kehte hain main nahi manoon ga. mujhe nahi manna hai. talwar bhi liye hue thay woh. ek aayat parh di gayi jo un ke khayalat ke ulta thi.</w:t>
      </w:r>
    </w:p>
    <w:p>
      <w:pPr>
        <w:jc w:val="right"/>
      </w:pPr>
      <w:r>
        <w:t>یہ حیات عمر ایک مرتبہ بہت غصے میں تھے اور کہتے ہیں میں نہیں مانوں گا۔ مجھے نہیں ماننا ہے۔ تلوار بھی لیے ہوئے تھے وہ۔ ایک آیت پڑھ دی گئی جو ان کے خیالات کے الٹا تھی۔</w:t>
      </w:r>
    </w:p>
    <w:p>
      <w:r>
        <w:rPr>
          <w:b/>
        </w:rPr>
        <w:t xml:space="preserve">[10:28] </w:t>
      </w:r>
      <w:r>
        <w:t>woh gir pade woh. woh kehte hain ke mere paon jo hai mere bojh uthane se inkar kar diya unhon ne mere paon. bohat pehalwan aadmi tha hayat umar.</w:t>
      </w:r>
    </w:p>
    <w:p>
      <w:pPr>
        <w:jc w:val="right"/>
      </w:pPr>
      <w:r>
        <w:t>وہ گر پڑے وہ۔ وہ کہتے ہیں کہ میرے پاؤں جو ہے میرے بوجھ اٹھانے سے انکار کر دیا انہوں نے میرے پاؤں۔ بہت پہلوان آدمی تھا حیات عمر۔</w:t>
      </w:r>
    </w:p>
    <w:p>
      <w:r>
        <w:rPr>
          <w:b/>
        </w:rPr>
        <w:t xml:space="preserve">[10:39] </w:t>
      </w:r>
      <w:r>
        <w:t>itna pehalwan thay itne laeem shaim thay ke masjid nabwi jab banayi gayi thi dakhil hue to us ke sar mein chot aa gayi. darwaze itne oonche nahi thay is ke.</w:t>
      </w:r>
    </w:p>
    <w:p>
      <w:pPr>
        <w:jc w:val="right"/>
      </w:pPr>
      <w:r>
        <w:t>اتنا پہلوان تھے اتنے لعیم شیم تھے کہ مسجد نبوی جب بنائی گئی تھی داخل ہوئے تو اس کے سر میں چوٹ آ گئی۔ دروازے اتنے اونچے نہیں تھے اس کے۔</w:t>
      </w:r>
    </w:p>
    <w:p>
      <w:r>
        <w:rPr>
          <w:b/>
        </w:rPr>
        <w:t xml:space="preserve">[10:50] </w:t>
      </w:r>
      <w:r>
        <w:t>to hayat umar kar rasool Allah ki wafat ke baad khare ho gaye thay main nahi manta ke rasool Allah ki wafat hui hai. to ek aayat parhi gayi ek aayat.</w:t>
      </w:r>
    </w:p>
    <w:p>
      <w:pPr>
        <w:jc w:val="right"/>
      </w:pPr>
      <w:r>
        <w:t>تو حیات عمر کر رسول اللہ کی وفات کے بعد کھڑے ہو گئے تھے میں نہیں مانتا کہ رسول اللہ کی وفات ہوئی ہے۔ تو ایک آیت پڑھی گئی ایک آیت۔</w:t>
      </w:r>
    </w:p>
    <w:p>
      <w:r>
        <w:rPr>
          <w:b/>
        </w:rPr>
        <w:t xml:space="preserve">[11:03] </w:t>
      </w:r>
      <w:r>
        <w:t>aur theher pade bilkul. yahi hai khuda se darna. ke khuda ki baat jab kahi jaye to aap theher paden. to yeh do baaten agar yaad rakhen aap ke sab se zyada mohabbat khuda se aur sab se zyada dar khuda se.</w:t>
      </w:r>
    </w:p>
    <w:p>
      <w:pPr>
        <w:jc w:val="right"/>
      </w:pPr>
      <w:r>
        <w:t>اور ٹھہر پڑے بالکل۔ یہی ہے خدا سے ڈرنا۔ کہ خدا کی بات جب کہی جائے تو آپ ٹھہر پڑیں۔ تو یہ دو باتیں اگر یاد رکھیں آپ کہ سب سے زیادہ محبت خدا سے اور سب سے زیادہ ڈر خدا سے۔</w:t>
      </w:r>
    </w:p>
    <w:p>
      <w:r>
        <w:rPr>
          <w:b/>
        </w:rPr>
        <w:t xml:space="preserve">[11:19] </w:t>
      </w:r>
      <w:r>
        <w:t>yahi woh log hain jin ka poora development hua hai is duniya mein. aur yeh log hain wahan ke aala darje par payen ge saari cheezen.</w:t>
      </w:r>
    </w:p>
    <w:p>
      <w:pPr>
        <w:jc w:val="right"/>
      </w:pPr>
      <w:r>
        <w:t>یہی وہ لوگ ہیں جن کا پورا development ہوا ہے اس دنیا میں۔ اور یہ لوگ ہیں وہاں کے اعلیٰ درجے پر پائیں گے ساری چیزیں۔</w:t>
      </w:r>
    </w:p>
    <w:p>
      <w:r>
        <w:rPr>
          <w:b/>
        </w:rPr>
        <w:t xml:space="preserve">[11:28] </w:t>
      </w:r>
      <w:r>
        <w:t>nahi to jis darje ki preparation us darje ka paana.</w:t>
      </w:r>
    </w:p>
    <w:p>
      <w:pPr>
        <w:jc w:val="right"/>
      </w:pPr>
      <w:r>
        <w:t>نہیں تو جس درجے کی preparation اس درجے کا پانا۔</w:t>
      </w:r>
    </w:p>
    <w:p>
      <w:r>
        <w:rPr>
          <w:b/>
        </w:rPr>
        <w:t xml:space="preserve">[11:34] </w:t>
      </w:r>
      <w:r>
        <w:t>this question is from mr. asim shafee from canada. molana in one of your lecture you had talked about the black stone, hajar al-aswad, and that it is just a stone and prophet ibrahim had taken it from one of the mountains.</w:t>
      </w:r>
    </w:p>
    <w:p>
      <w:pPr>
        <w:jc w:val="right"/>
      </w:pPr>
      <w:r>
        <w:t>This question is from Mr. Asim Shafee from Canada. مولانا in one of your lecture you had talked about the black stone, حجر الاسود, and that it is just a stone and Prophet Ibrahim had taken it from one of the mountains.</w:t>
      </w:r>
    </w:p>
    <w:p>
      <w:r>
        <w:rPr>
          <w:b/>
        </w:rPr>
        <w:t xml:space="preserve">[11:52] </w:t>
      </w:r>
      <w:r>
        <w:t>you had mentioned that it is just a starting point for tawaf. my question is why prophet muhammad used to kiss it and all muslims want to kiss the stone if it is just a stone taken from the mountain?</w:t>
      </w:r>
    </w:p>
    <w:p>
      <w:pPr>
        <w:jc w:val="right"/>
      </w:pPr>
      <w:r>
        <w:t>You had mentioned that it is just a starting point for طواف. My question is why Prophet Muhammad used to kiss it and all Muslims want to kiss the stone if it is just a stone taken from the mountain?</w:t>
      </w:r>
    </w:p>
    <w:p>
      <w:r>
        <w:rPr>
          <w:b/>
        </w:rPr>
        <w:t xml:space="preserve">[12:08] </w:t>
      </w:r>
      <w:r>
        <w:t>i would request you if you can also give reference from quran aur hadith.</w:t>
      </w:r>
    </w:p>
    <w:p>
      <w:pPr>
        <w:jc w:val="right"/>
      </w:pPr>
      <w:r>
        <w:t>I would request you if you can also give reference from قرآن اور حدیث۔</w:t>
      </w:r>
    </w:p>
    <w:p>
      <w:r>
        <w:rPr>
          <w:b/>
        </w:rPr>
        <w:t xml:space="preserve">[12:14] </w:t>
      </w:r>
      <w:r>
        <w:t>dekhen sab se bara reference jo hai is mein hayat umar r.a. ka qaul hai. jo top ke sahabi thay. hayat umar farooq r.a. se bara to koi sahabi nahi mana jata.</w:t>
      </w:r>
    </w:p>
    <w:p>
      <w:pPr>
        <w:jc w:val="right"/>
      </w:pPr>
      <w:r>
        <w:t>دیکھیں سب سے بڑا reference جو ہے اس میں حیات عمر رضی اللہ عنہ کا قول ہے۔ جو ٹاپ کے صحابی تھے۔ حیات عمر فاروق رضی اللہ عنہ سے بڑا تو کوئی صحابی نہیں مانا جاتا۔</w:t>
      </w:r>
    </w:p>
    <w:p>
      <w:r>
        <w:rPr>
          <w:b/>
        </w:rPr>
        <w:t xml:space="preserve">[12:26] </w:t>
      </w:r>
      <w:r>
        <w:t>unhon ne hajj kiya. hajj karte doran jab wahan pohanche hajar al-aswad ke paas to unhon ne kaha ke ay main main main janta hoon ke tu ek pathar hai.</w:t>
      </w:r>
    </w:p>
    <w:p>
      <w:pPr>
        <w:jc w:val="right"/>
      </w:pPr>
      <w:r>
        <w:t>انہوں نے حج کیا۔ حج کرتے دوران جب وہاں پہنچے حجر اسود کے پاس تو انہوں نے کہا کہ اے میں میں میں جانتا ہوں کہ تو ایک پتھر ہے۔</w:t>
      </w:r>
    </w:p>
    <w:p>
      <w:r>
        <w:rPr>
          <w:b/>
        </w:rPr>
        <w:t xml:space="preserve">[12:39] </w:t>
      </w:r>
      <w:r>
        <w:t>main janta hoon ke tu ek pathar hai. na to</w:t>
      </w:r>
    </w:p>
    <w:p>
      <w:pPr>
        <w:jc w:val="right"/>
      </w:pPr>
      <w:r>
        <w:t>میں جانتا ہوں کہ تو ایک پتھر ہے۔ نہ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