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 Al-Ma’idah (The Table) Verses 57-120</w:t>
      </w:r>
    </w:p>
    <w:p>
      <w:r>
        <w:t>https://www.youtube.com/watch?v=zvZo627NDSQ</w:t>
      </w:r>
    </w:p>
    <w:p>
      <w:r>
        <w:rPr>
          <w:b/>
        </w:rPr>
        <w:t xml:space="preserve">[00:02] </w:t>
      </w:r>
      <w:r>
        <w:t>ya ayyuhal ladheena amanu la tattakhidhu alladheena attakhadhu deenakum huzuwann wa la'ibann min alladheena ootul kitaba.</w:t>
      </w:r>
    </w:p>
    <w:p>
      <w:pPr>
        <w:jc w:val="right"/>
      </w:pPr>
      <w:r>
        <w:t>يا أيها الذين آمنوا لا تتخذوا الذين اتخذوا دينكم هزواً ولعباً من الذين أوتوا الكتاب.</w:t>
      </w:r>
    </w:p>
    <w:p>
      <w:r>
        <w:rPr>
          <w:b/>
        </w:rPr>
        <w:t xml:space="preserve">[00:17] </w:t>
      </w:r>
      <w:r>
        <w:t>min alladheena ootul kitaba min qablikum wal kuffara awliyaa'.</w:t>
      </w:r>
    </w:p>
    <w:p>
      <w:pPr>
        <w:jc w:val="right"/>
      </w:pPr>
      <w:r>
        <w:t>من الذين أوتوا الكتاب من قبلكم والكفار أولياء.</w:t>
      </w:r>
    </w:p>
    <w:p>
      <w:r>
        <w:rPr>
          <w:b/>
        </w:rPr>
        <w:t xml:space="preserve">[00:27] </w:t>
      </w:r>
      <w:r>
        <w:t>wattaqullaha in kuntum mu'mineen. wa idha nadaytum ilas salati attakhadhuha huzuwann wa la'ibann,</w:t>
      </w:r>
    </w:p>
    <w:p>
      <w:pPr>
        <w:jc w:val="right"/>
      </w:pPr>
      <w:r>
        <w:t>واتقوا الله إن كنتم مؤمنين. وإذا ناديتم إلى الصلاة اتخذوها هزواً ولعباً،</w:t>
      </w:r>
    </w:p>
    <w:p>
      <w:r>
        <w:rPr>
          <w:b/>
        </w:rPr>
        <w:t xml:space="preserve">[00:43] </w:t>
      </w:r>
      <w:r>
        <w:t>zalika bi'annahum qawmun la ya'qiloon.</w:t>
      </w:r>
    </w:p>
    <w:p>
      <w:pPr>
        <w:jc w:val="right"/>
      </w:pPr>
      <w:r>
        <w:t>ذلك بأنهم قوم لا يعقلون.</w:t>
      </w:r>
    </w:p>
    <w:p>
      <w:r>
        <w:rPr>
          <w:b/>
        </w:rPr>
        <w:t xml:space="preserve">[00:50] </w:t>
      </w:r>
      <w:r>
        <w:t>qul ya ahlal kitabi hal tanqamoona minna illa an amanna?</w:t>
      </w:r>
    </w:p>
    <w:p>
      <w:pPr>
        <w:jc w:val="right"/>
      </w:pPr>
      <w:r>
        <w:t>قل يا أهل الكتاب هل تنقمون منا إلا أن آمنا؟</w:t>
      </w:r>
    </w:p>
    <w:p>
      <w:r>
        <w:rPr>
          <w:b/>
        </w:rPr>
        <w:t xml:space="preserve">[01:07] </w:t>
      </w:r>
      <w:r>
        <w:t>illa an amanna billahi wama unzila ilayna wama unzila min qablu wa anna aktharakum fasiqoon.</w:t>
      </w:r>
    </w:p>
    <w:p>
      <w:pPr>
        <w:jc w:val="right"/>
      </w:pPr>
      <w:r>
        <w:t>إلا أن آمنا بالله وما أنزل إلينا وما أنزل من قبل وأن أكثركم فاسقون.</w:t>
      </w:r>
    </w:p>
    <w:p>
      <w:r>
        <w:rPr>
          <w:b/>
        </w:rPr>
        <w:t xml:space="preserve">[01:28] </w:t>
      </w:r>
      <w:r>
        <w:t>qul hal unabbi'ukum bisharrin min zalika mathoobatin 'indallahi?</w:t>
      </w:r>
    </w:p>
    <w:p>
      <w:pPr>
        <w:jc w:val="right"/>
      </w:pPr>
      <w:r>
        <w:t>قل هل أنبئكم بشر من ذلك مثوبة عند الله؟</w:t>
      </w:r>
    </w:p>
    <w:p>
      <w:r>
        <w:rPr>
          <w:b/>
        </w:rPr>
        <w:t xml:space="preserve">[01:40] </w:t>
      </w:r>
      <w:r>
        <w:t>man la'anahu allahu waghidiba 'alayhi waja'ala minhumul qiradata wal khanazeera wa 'abadat taghoot, ula'ika sharrun makanaan wa adallu 'an sawaa'is sabeel.</w:t>
      </w:r>
    </w:p>
    <w:p>
      <w:pPr>
        <w:jc w:val="right"/>
      </w:pPr>
      <w:r>
        <w:t>من لعنه الله وغضب عليه وجعل منهم القردة والخنازير وعبد الطاغوت، أولئك شر مكاناً وأضل عن سواء السبيل.</w:t>
      </w:r>
    </w:p>
    <w:p>
      <w:r>
        <w:rPr>
          <w:b/>
        </w:rPr>
        <w:t xml:space="preserve">[02:05] </w:t>
      </w:r>
      <w:r>
        <w:t>ae imaan walo! in logon ko apna dost na banao jinhon ne tumhare deen ko mazaaq aur khel bana liya hai.</w:t>
      </w:r>
    </w:p>
    <w:p>
      <w:pPr>
        <w:jc w:val="right"/>
      </w:pPr>
      <w:r>
        <w:t>اے ایمان والو! ان لوگوں کو اپنا دوست نہ بناؤ جنہوں نے تمہارے دین کو مذاق اور کھیل بنا لیا ہے۔</w:t>
      </w:r>
    </w:p>
    <w:p>
      <w:r>
        <w:rPr>
          <w:b/>
        </w:rPr>
        <w:t xml:space="preserve">[02:16] </w:t>
      </w:r>
      <w:r>
        <w:t>in logon mein se jin ko tum se pehle kitab di gayi aur na kafiron ko. aur Allah se darte raho agar tum imaan wale ho.</w:t>
      </w:r>
    </w:p>
    <w:p>
      <w:pPr>
        <w:jc w:val="right"/>
      </w:pPr>
      <w:r>
        <w:t>ان لوگوں میں سے جن کو تم سے پہلے کتاب دی گئی اور نہ کافروں کو۔ اور اللہ سے ڈرتے رہو اگر تم ایمان والے ہو۔</w:t>
      </w:r>
    </w:p>
    <w:p>
      <w:r>
        <w:rPr>
          <w:b/>
        </w:rPr>
        <w:t xml:space="preserve">[02:27] </w:t>
      </w:r>
      <w:r>
        <w:t>aur jab tum namaz ke liye pukarte ho to woh log is ko mazaaq aur khel banate hain. is ki wajah yeh hai ke woh aql nahi rakhte.</w:t>
      </w:r>
    </w:p>
    <w:p>
      <w:pPr>
        <w:jc w:val="right"/>
      </w:pPr>
      <w:r>
        <w:t>اور جب تم نماز کے لیے پکارتے ہو تو وہ لوگ اس کو مذاق اور کھیل بناتے ہیں۔ اس کی وجہ یہ ہے کہ وہ عقل نہیں رکھتے۔</w:t>
      </w:r>
    </w:p>
    <w:p>
      <w:r>
        <w:rPr>
          <w:b/>
        </w:rPr>
        <w:t xml:space="preserve">[02:38] </w:t>
      </w:r>
      <w:r>
        <w:t>kaho ke ae ahl-e-kitab!</w:t>
      </w:r>
    </w:p>
    <w:p>
      <w:pPr>
        <w:jc w:val="right"/>
      </w:pPr>
      <w:r>
        <w:t>کہو کہ اے اہل کتاب!</w:t>
      </w:r>
    </w:p>
    <w:p>
      <w:r>
        <w:rPr>
          <w:b/>
        </w:rPr>
        <w:t xml:space="preserve">[02:40] </w:t>
      </w:r>
      <w:r>
        <w:t>tum hum se sirf is liye zid rakhte ho ke hum imaan laye Allah par aur us par jo hamari taraf utara gaya aur us par jo hum se pehle utra.</w:t>
      </w:r>
    </w:p>
    <w:p>
      <w:pPr>
        <w:jc w:val="right"/>
      </w:pPr>
      <w:r>
        <w:t>تم ہم سے صرف اس لیے ضد رکھتے ہو کہ ہم ایمان لائے اللہ پر اور اس پر جو ہماری طرف اتارا گیا اور اس پر جو ہم سے پہلے اترا۔</w:t>
      </w:r>
    </w:p>
    <w:p>
      <w:r>
        <w:rPr>
          <w:b/>
        </w:rPr>
        <w:t xml:space="preserve">[02:52] </w:t>
      </w:r>
      <w:r>
        <w:t>tum mein se aksar log nafarman hain. kaho kya main tum ko bataoon woh jo Allah ke yahan anjam ke aitbar se is se bhi zyada bura hai?</w:t>
      </w:r>
    </w:p>
    <w:p>
      <w:pPr>
        <w:jc w:val="right"/>
      </w:pPr>
      <w:r>
        <w:t>تم میں سے اکثر لوگ نافرمان ہیں۔ کہو کیا میں تم کو بتاؤں وہ جو اللہ کے یہاں انجام کے اعتبار سے اس سے بھی زیادہ برا ہے؟</w:t>
      </w:r>
    </w:p>
    <w:p>
      <w:r>
        <w:rPr>
          <w:b/>
        </w:rPr>
        <w:t xml:space="preserve">[03:04] </w:t>
      </w:r>
      <w:r>
        <w:t>woh jis par Khuda ne lanat ki aur jis par bandar aur suar bana diye aur unhon ne shaitan ki parastish ki. aise log maqam ke aitbar se badtar aur rah-e-rast se bohat door hain.</w:t>
      </w:r>
    </w:p>
    <w:p>
      <w:pPr>
        <w:jc w:val="right"/>
      </w:pPr>
      <w:r>
        <w:t>وہ جس پر خدا نے لعنت کی اور جس پر بندر اور سور بنا دیے اور انہوں نے شیطان کی پرستش کی۔ ایسے لوگ مقام کے اعتبار سے بدتر اور راہ راست سے بہت دور ہیں۔</w:t>
      </w:r>
    </w:p>
    <w:p>
      <w:r>
        <w:rPr>
          <w:b/>
        </w:rPr>
        <w:t xml:space="preserve">[03:23] </w:t>
      </w:r>
      <w:r>
        <w:t>tashreeh:</w:t>
      </w:r>
    </w:p>
    <w:p>
      <w:pPr>
        <w:jc w:val="right"/>
      </w:pPr>
      <w:r>
        <w:t>تشریح:</w:t>
      </w:r>
    </w:p>
    <w:p>
      <w:r>
        <w:rPr>
          <w:b/>
        </w:rPr>
        <w:t xml:space="preserve">[03:27] </w:t>
      </w:r>
      <w:r>
        <w:t>woh log jo khud-sakhta deen ki buniyad par Khuda parasti ke ijaredar bane hue hon, un ke darmiyan jab sachche aur be-amez deen ki dawat uthti hai to us ke khilaf woh itni shadeed nafrat mein mubtala hote hain ke apni ma'qooliyat tak kho bethate hain.</w:t>
      </w:r>
    </w:p>
    <w:p>
      <w:pPr>
        <w:jc w:val="right"/>
      </w:pPr>
      <w:r>
        <w:t>وہ لوگ جو خود ساختہ دین کی بنیاد پر خدا پرستی کے اجارہ دار بنے ہوئے ہوں، ان کے درمیان جب سچے اور بے آمیز دین کی دعوت اٹھتی ہے تو اس کے خلاف وہ اتنی شدید نفرت میں مبتلا ہوتے ہیں کہ اپنی معقولیت تک کھو بیٹھتے ہیں۔</w:t>
      </w:r>
    </w:p>
    <w:p>
      <w:r>
        <w:rPr>
          <w:b/>
        </w:rPr>
        <w:t xml:space="preserve">[03:50] </w:t>
      </w:r>
      <w:r>
        <w:t>hata ke aisi cheezein jo bila ikhtilaf qabil-e-ehtiram hain, un ka bhi mazaaq urane lagte hain. yahi madine ke yahood ka haal tha.</w:t>
      </w:r>
    </w:p>
    <w:p>
      <w:pPr>
        <w:jc w:val="right"/>
      </w:pPr>
      <w:r>
        <w:t>حتیٰ کہ ایسی چیزیں جو بلا اختلاف قابل احترام ہیں، ان کا بھی مذاق اڑانے لگتے ہیں۔ یہی مدینہ کے یہود کا حال تھا۔</w:t>
      </w:r>
    </w:p>
    <w:p>
      <w:r>
        <w:rPr>
          <w:b/>
        </w:rPr>
        <w:t xml:space="preserve">[04:01] </w:t>
      </w:r>
      <w:r>
        <w:t>chunancha woh musalmanon ki azan ka mazaaq urane se bhi nahi rukte thay. jo log itne be-hiss aur itne ghair-sanjida ho jayen, un se ek musalman ka ta'alluq dawat ka to ho sakta hai magar dosti ka nahi ho sakta.</w:t>
      </w:r>
    </w:p>
    <w:p>
      <w:pPr>
        <w:jc w:val="right"/>
      </w:pPr>
      <w:r>
        <w:t>چنانچہ وہ مسلمانوں کی اذان کا مذاق اڑانے سے بھی نہیں رکتے تھے۔ جو لوگ اتنے بے حس اور اتنے غیر سنجیدہ ہو جائیں، ان سے ایک مسلمان کا تعلق دعوت کا تو ہو سکتا ہے مگر دوستی کا نہیں ہو سکتا۔</w:t>
      </w:r>
    </w:p>
    <w:p>
      <w:r>
        <w:rPr>
          <w:b/>
        </w:rPr>
        <w:t xml:space="preserve">[04:24] </w:t>
      </w:r>
      <w:r>
        <w:t>in logon ki Khuda se be-khaufi ka yeh nateeja hota hai ke woh sachche musalmanon ko mujrim samajhte hain aur apne tamam jaraim ke bawajood apne mutalliq yeh yaqeen rakhte hain ke un ka muamla Khuda ke yahan bilkul durust hai.</w:t>
      </w:r>
    </w:p>
    <w:p>
      <w:pPr>
        <w:jc w:val="right"/>
      </w:pPr>
      <w:r>
        <w:t>ان لوگوں کی خدا سے بے خوفی کا یہ نتیجہ ہوتا ہے کہ وہ سچے مسلمانوں کو مجرم سمجھتے ہیں اور اپنے تمام جرائم کے باوجود اپنے متعلق یہ یقین رکھتے ہیں کہ ان کا معاملہ خدا کے یہاں بالکل درست ہے۔</w:t>
      </w:r>
    </w:p>
    <w:p>
      <w:r>
        <w:rPr>
          <w:b/>
        </w:rPr>
        <w:t xml:space="preserve">[04:43] </w:t>
      </w:r>
      <w:r>
        <w:t>jab woh apni is kaifiyat ki islaah nahi karte to aakhirkar un ki be-hissi un ko is nabat tak pahunchati hai ke un ki aql haq o batil ke muamle mein kund ho jati hai.</w:t>
      </w:r>
    </w:p>
    <w:p>
      <w:pPr>
        <w:jc w:val="right"/>
      </w:pPr>
      <w:r>
        <w:t>جب وہ اپنی اس کیفیت کی اصلاح نہیں کرتے تو بالاخر ان کی بے حسی ان کو اس نوبت تک پہنچاتی ہے کہ ان کی عقل حق و باطل کے معاملے میں کند ہو جاتی ہے۔</w:t>
      </w:r>
    </w:p>
    <w:p>
      <w:r>
        <w:rPr>
          <w:b/>
        </w:rPr>
        <w:t xml:space="preserve">[04:58] </w:t>
      </w:r>
      <w:r>
        <w:t>woh shakal ke aitbar se insan magar batin ke aitbar se badtareen janwar ban jate hain.</w:t>
      </w:r>
    </w:p>
    <w:p>
      <w:pPr>
        <w:jc w:val="right"/>
      </w:pPr>
      <w:r>
        <w:t>وہ شکل کے اعتبار سے انسان مگر باطن کے اعتبار سے بدترین جانور بن جاتے ہیں۔</w:t>
      </w:r>
    </w:p>
    <w:p>
      <w:r>
        <w:rPr>
          <w:b/>
        </w:rPr>
        <w:t xml:space="preserve">[05:09] </w:t>
      </w:r>
      <w:r>
        <w:t>woh lateef ehsasat jo aadmi ke andar Khuda ke chokidar ki tarah kaam karte hain, jo us ko buraiyon se rokte hain, woh un ke andar khatm ho jate hain.</w:t>
      </w:r>
    </w:p>
    <w:p>
      <w:pPr>
        <w:jc w:val="right"/>
      </w:pPr>
      <w:r>
        <w:t>وہ لطیف احساسات جو آدمی کے اندر خدا کے چوکیدار کی طرح کام کرتے ہیں، جو اس کو برائیوں سے روکتے ہیں، وہ ان کے اندر ختم ہو جاتے ہیں۔</w:t>
      </w:r>
    </w:p>
    <w:p>
      <w:r>
        <w:rPr>
          <w:b/>
        </w:rPr>
        <w:t xml:space="preserve">[05:21] </w:t>
      </w:r>
      <w:r>
        <w:t>mislan haya, sharafat, wus'at-e-zarf, pakeeza tareeqon ko pasand karna waghera.</w:t>
      </w:r>
    </w:p>
    <w:p>
      <w:pPr>
        <w:jc w:val="right"/>
      </w:pPr>
      <w:r>
        <w:t>مثلاً حیا، شرافت، وسعت ظرف، پاکیزہ طریقوں کو پسند کرنا وغیرہ۔</w:t>
      </w:r>
    </w:p>
    <w:p>
      <w:r>
        <w:rPr>
          <w:b/>
        </w:rPr>
        <w:t xml:space="preserve">[05:30] </w:t>
      </w:r>
      <w:r>
        <w:t>is girawat ka aakhri darja yeh hai ke aadmi ki poori zindagi shaitani raston par chal pade. jab koi giroh is nabat ko pahunchta hai to woh lanat ka mustahiq ban jata hai.</w:t>
      </w:r>
    </w:p>
    <w:p>
      <w:pPr>
        <w:jc w:val="right"/>
      </w:pPr>
      <w:r>
        <w:t>اس گراوٹ کا آخری درجہ یہ ہے کہ آدمی کی پوری زندگی شیطانی راستوں پر چل پڑے۔ جب کوئی گروہ اس نوبت کو پہنچتا ہے تو وہ لعنت کا مستحق بن جاتا ہے۔</w:t>
      </w:r>
    </w:p>
    <w:p>
      <w:r>
        <w:rPr>
          <w:b/>
        </w:rPr>
        <w:t xml:space="preserve">[05:45] </w:t>
      </w:r>
      <w:r>
        <w:t>woh Khuda ki rehmat se aakhri had tak door ho jata hai. us ki insaniyat masakh ho jati hai. woh fitrat ke seedhe rastay se bhatak kar janwaron ki tarah jeene lagta hai.</w:t>
      </w:r>
    </w:p>
    <w:p>
      <w:pPr>
        <w:jc w:val="right"/>
      </w:pPr>
      <w:r>
        <w:t>وہ خدا کی رحمت سے آخری حد تک دور ہو جاتا ہے۔ اس کی انسانیت مسخ ہو جاتی ہے۔ وہ فطرت کے سیدھے راستے سے بھٹک کر جانوروں کی طرح جینے لگتا ہے۔</w:t>
      </w:r>
    </w:p>
    <w:p>
      <w:r>
        <w:rPr>
          <w:b/>
        </w:rPr>
        <w:t xml:space="preserve">[06:01] </w:t>
      </w:r>
      <w:r>
        <w:t>insan ko apni khwahishon ke peeche chalne se jo cheez rokti hai, woh aql hai. magar jab aadmi par zid aur adawat ka ghalba hota hai to us ki aql us ki khwahish ke neeche dab kar reh jati hai.</w:t>
      </w:r>
    </w:p>
    <w:p>
      <w:pPr>
        <w:jc w:val="right"/>
      </w:pPr>
      <w:r>
        <w:t>انسان کو اپنی خواہشوں کے پیچھے چلنے سے جو چیز روکتی ہے، وہ عقل ہے۔ مگر جب آدمی پر ضد اور عداوت کا غلبہ ہوتا ہے تو اس کی عقل اس کی خواہش کے نیچے دب کر رہ جاتی ہے۔</w:t>
      </w:r>
    </w:p>
    <w:p>
      <w:r>
        <w:rPr>
          <w:b/>
        </w:rPr>
        <w:t xml:space="preserve">[06:18] </w:t>
      </w:r>
      <w:r>
        <w:t>ab woh zahir mein insaan magar baatin mein haiwan hota hai.</w:t>
      </w:r>
    </w:p>
    <w:p>
      <w:pPr>
        <w:jc w:val="right"/>
      </w:pPr>
      <w:r>
        <w:t>اب وہ ظاہر میں انسان مگر باطن میں حیوان ہوتا ہے۔</w:t>
      </w:r>
    </w:p>
    <w:p>
      <w:r>
        <w:rPr>
          <w:b/>
        </w:rPr>
        <w:t xml:space="preserve">[06:24] </w:t>
      </w:r>
      <w:r>
        <w:t>hata ke sahib-e-baseerat aadmi is ko dekh kar jaan leta hai ke is ke zahiri insani dhanchay</w:t>
      </w:r>
    </w:p>
    <w:p>
      <w:pPr>
        <w:jc w:val="right"/>
      </w:pPr>
      <w:r>
        <w:t>حتیٰ کہ صاحب بصیرت آدمی اس کو دیکھ کر جان لیتا ہے کہ اس کے ظاہری انسانی ڈھانچے</w:t>
      </w:r>
    </w:p>
    <w:p>
      <w:r>
        <w:rPr>
          <w:b/>
        </w:rPr>
        <w:t xml:space="preserve">[06:30] </w:t>
      </w:r>
      <w:r>
        <w:t>ke andar kon sa haiwan chhupa hua hai.</w:t>
      </w:r>
    </w:p>
    <w:p>
      <w:pPr>
        <w:jc w:val="right"/>
      </w:pPr>
      <w:r>
        <w:t>کے اندر کون سا حیوان چھپا ہوا ہے۔</w:t>
      </w:r>
    </w:p>
    <w:p>
      <w:r>
        <w:rPr>
          <w:b/>
        </w:rPr>
        <w:t xml:space="preserve">[07:09] </w:t>
      </w:r>
      <w:r>
        <w:t>laula yanhahum al-rabbaniyoon wa al-ahbar 'an qawlihim al-ithm wa akluhum al-suht, labi'sa ma kanoo yasna'oon.</w:t>
      </w:r>
    </w:p>
    <w:p>
      <w:pPr>
        <w:jc w:val="right"/>
      </w:pPr>
      <w:r>
        <w:t>لولا ينهاهم الربانيون والأحبار عن قولهم الإثم وأكلهم السحت، لبئس ما كانوا يصنعون۔</w:t>
      </w:r>
    </w:p>
    <w:p>
      <w:r>
        <w:rPr>
          <w:b/>
        </w:rPr>
        <w:t xml:space="preserve">[07:27] </w:t>
      </w:r>
      <w:r>
        <w:t>aur jab woh tumhare paas aate hain to kehte hain ke hum imaan laaye, haalankeh woh munkir aaye thay aur munkir hi chalay gaye.</w:t>
      </w:r>
    </w:p>
    <w:p>
      <w:pPr>
        <w:jc w:val="right"/>
      </w:pPr>
      <w:r>
        <w:t>اور جب وہ تمہارے پاس آتے ہیں تو کہتے ہیں کہ ہم ایمان لائے، حالانکہ وہ منکر آئے تھے اور منکر ہی چلے گئے۔</w:t>
      </w:r>
    </w:p>
    <w:p>
      <w:r>
        <w:rPr>
          <w:b/>
        </w:rPr>
        <w:t xml:space="preserve">[07:38] </w:t>
      </w:r>
      <w:r>
        <w:t>aur Allah khoob jaanta hai us cheez ko jis ko woh chupa rahe hain. aur tum un mein se aksar ko daikhoge ke woh gunah aur zulm aur haraam khaane par daurte hain.</w:t>
      </w:r>
    </w:p>
    <w:p>
      <w:pPr>
        <w:jc w:val="right"/>
      </w:pPr>
      <w:r>
        <w:t>اور اللہ خوب جانتا ہے اس چیز کو جس کو وہ چھپا رہے ہیں۔ اور تم ان میں سے اکثر کو دیکھو گے کہ وہ گناہ اور ظلم اور حرام کھانے پر دوڑتے ہیں۔</w:t>
      </w:r>
    </w:p>
    <w:p>
      <w:r>
        <w:rPr>
          <w:b/>
        </w:rPr>
        <w:t xml:space="preserve">[07:53] </w:t>
      </w:r>
      <w:r>
        <w:t>kaise bare kaam hain jo woh kar rahe hain. un ke masha'ikh aur ulamaa un ko kyun nahin rokte gunah ki baat kehne se aur haraam khaane se?</w:t>
      </w:r>
    </w:p>
    <w:p>
      <w:pPr>
        <w:jc w:val="right"/>
      </w:pPr>
      <w:r>
        <w:t>کیسے برے کام ہیں جو وہ کر رہے ہیں۔ ان کے مشائخ اور علماء ان کو کیوں نہیں روکتے گناہ کی بات کہنے سے اور حرام کھانے سے؟</w:t>
      </w:r>
    </w:p>
    <w:p>
      <w:r>
        <w:rPr>
          <w:b/>
        </w:rPr>
        <w:t xml:space="preserve">[08:05] </w:t>
      </w:r>
      <w:r>
        <w:t>kaise bare kaam hain jo woh kar rahe hain.</w:t>
      </w:r>
    </w:p>
    <w:p>
      <w:pPr>
        <w:jc w:val="right"/>
      </w:pPr>
      <w:r>
        <w:t>کیسے برے کام ہیں جو وہ کر رہے ہیں۔</w:t>
      </w:r>
    </w:p>
    <w:p>
      <w:r>
        <w:rPr>
          <w:b/>
        </w:rPr>
        <w:t xml:space="preserve">[08:11] </w:t>
      </w:r>
      <w:r>
        <w:t>tashreeh: madina ke yahood mein kuch log thay jo islam se zehni taur par marboot thay. aindah islam ka barhta hua ghalba daikh kar khullam khulla is ka hareef banna bhi nahin chahte thay.</w:t>
      </w:r>
    </w:p>
    <w:p>
      <w:pPr>
        <w:jc w:val="right"/>
      </w:pPr>
      <w:r>
        <w:t>تشریح: مدینہ کے یہودیوں میں کچھ لوگ تھے جو اسلام سے ذہنی طور پر مربوط تھے۔ نیز اسلام کا بڑھتا ہوا غلبہ دیکھ کر کھلم کھلا اس کا حریف بننا بھی نہیں چاہتے تھے۔</w:t>
      </w:r>
    </w:p>
    <w:p>
      <w:r>
        <w:rPr>
          <w:b/>
        </w:rPr>
        <w:t xml:space="preserve">[08:28] </w:t>
      </w:r>
      <w:r>
        <w:t>yeh log agarchay andar se apne aabaa-e-deen par jamay hue thay magar alfaaz bol kar zahir karte thay ke woh bhi momin hain.</w:t>
      </w:r>
    </w:p>
    <w:p>
      <w:pPr>
        <w:jc w:val="right"/>
      </w:pPr>
      <w:r>
        <w:t>یہ لوگ اگرچہ اندر سے اپنے آبائے دین پر جمے ہوئے تھے مگر الفاظ بول کر ظاہر کرتے تھے کہ وہ بھی مومن ہیں۔</w:t>
      </w:r>
    </w:p>
    <w:p>
      <w:r>
        <w:rPr>
          <w:b/>
        </w:rPr>
        <w:t xml:space="preserve">[08:40] </w:t>
      </w:r>
      <w:r>
        <w:t>aisay log bhool jaate hain ke asal mu'amla kisi insaan se nahin balkeh Khuda se hai. aur Khuda woh hai jo dilon tak ka haal jaanta hai.</w:t>
      </w:r>
    </w:p>
    <w:p>
      <w:pPr>
        <w:jc w:val="right"/>
      </w:pPr>
      <w:r>
        <w:t>ایسے لوگ بھول جاتے ہیں کہ اصل معاملہ کسی انسان سے نہیں بلکہ خدا سے ہے۔ اور خدا وہ ہے جو دلوں تک کا حال جانتا ہے۔</w:t>
      </w:r>
    </w:p>
    <w:p>
      <w:r>
        <w:rPr>
          <w:b/>
        </w:rPr>
        <w:t xml:space="preserve">[08:53] </w:t>
      </w:r>
      <w:r>
        <w:t>woh kisi se jo mu'amla karega, haqeeqat ke aitbaar se karega na ke un alfaaz ki bina par jo us ne maslehat ke taur par apne munh se nikala tha.</w:t>
      </w:r>
    </w:p>
    <w:p>
      <w:pPr>
        <w:jc w:val="right"/>
      </w:pPr>
      <w:r>
        <w:t>وہ کسی سے جو معاملہ کرے گا، حقیقت کے اعتبار سے کرے گا نہ کہ ان الفاظ کی بنا پر جو اس نے مصلحت کے طور پر اپنے منہ سے نکالا تھا۔</w:t>
      </w:r>
    </w:p>
    <w:p>
      <w:r>
        <w:rPr>
          <w:b/>
        </w:rPr>
        <w:t xml:space="preserve">[09:09] </w:t>
      </w:r>
      <w:r>
        <w:t>yahood ke khawaas mein do qism ke log thay: aik rabbi jin ko masha'ikh kaha ja sakta hai, doosre ahbaar jo un ke ulamaa aur fuqahaa ki maanind thay.</w:t>
      </w:r>
    </w:p>
    <w:p>
      <w:pPr>
        <w:jc w:val="right"/>
      </w:pPr>
      <w:r>
        <w:t>یہود کے خواص میں دو قسم کے لوگ تھے: ایک ربی جن کو مشائخ کہا جا سکتا ہے، دوسرے احبار جو ان کے علماء اور فقہاء کی مانند تھے۔</w:t>
      </w:r>
    </w:p>
    <w:p>
      <w:r>
        <w:rPr>
          <w:b/>
        </w:rPr>
        <w:t xml:space="preserve">[09:23] </w:t>
      </w:r>
      <w:r>
        <w:t>donon qism ke log agarchay deen hi ko apna subah shaam ka mashghala banaye hue thay, deen ke naam par un ki qiyadat qa'im thi aur deen hi ke naam par un ko bari bari raqamein milti theen.</w:t>
      </w:r>
    </w:p>
    <w:p>
      <w:pPr>
        <w:jc w:val="right"/>
      </w:pPr>
      <w:r>
        <w:t>دونوں قسم کے لوگ اگرچہ دین ہی کو اپنا صبح شام کا مشغلہ بنائے ہوئے تھے، دین کے نام پر ان کی قیادت قائم تھی اور دین ہی کے نام پر ان کو بڑی بڑی رقمیں ملتی تھیں۔</w:t>
      </w:r>
    </w:p>
    <w:p>
      <w:r>
        <w:rPr>
          <w:b/>
        </w:rPr>
        <w:t xml:space="preserve">[09:40] </w:t>
      </w:r>
      <w:r>
        <w:t>magar un ki qiyadat o maqbooliyat ka raaz awam pasand deen ki numaindagi thi na ke Khuda pasand deen ki numaindagi.</w:t>
      </w:r>
    </w:p>
    <w:p>
      <w:pPr>
        <w:jc w:val="right"/>
      </w:pPr>
      <w:r>
        <w:t>مگر ان کی قیادت و مقبولیت کا راز عوام پسند دین کی نمائندگی تھی نہ کہ خدا پسند دین کی نمائندگی۔</w:t>
      </w:r>
    </w:p>
    <w:p>
      <w:r>
        <w:rPr>
          <w:b/>
        </w:rPr>
        <w:t xml:space="preserve">[09:49] </w:t>
      </w:r>
      <w:r>
        <w:t>un ka bolna aur un ka chalna bazahir deen ke liye tha magar haqeeqatan woh aik qism ki dunya daari thi jo deen ke naam par jaari thi.</w:t>
      </w:r>
    </w:p>
    <w:p>
      <w:pPr>
        <w:jc w:val="right"/>
      </w:pPr>
      <w:r>
        <w:t>ان کا بولنا اور ان کا چلنا بظاہر دین کے لیے تھا مگر حقیقتاً وہ ایک قسم کی دنیا داری تھی جو دین کے نام پر جاری تھی۔</w:t>
      </w:r>
    </w:p>
    <w:p>
      <w:r>
        <w:rPr>
          <w:b/>
        </w:rPr>
        <w:t xml:space="preserve">[10:02] </w:t>
      </w:r>
      <w:r>
        <w:t>woh deen ke naam par logon ko wahi cheez de rahe thay jis ko woh deen ke baghair apne liye pasand kiye hue thay.</w:t>
      </w:r>
    </w:p>
    <w:p>
      <w:pPr>
        <w:jc w:val="right"/>
      </w:pPr>
      <w:r>
        <w:t>وہ دین کے نام پر لوگوں کو وہی چیز دے رہے تھے جس کو وہ دین کے بغیر اپنے لیے پسند کیے ہوئے تھے۔</w:t>
      </w:r>
    </w:p>
    <w:p>
      <w:r>
        <w:rPr>
          <w:b/>
        </w:rPr>
        <w:t xml:space="preserve">[10:13] </w:t>
      </w:r>
      <w:r>
        <w:t>Khuda ka pasandeeda deen taqwa ka deen hai. yaani yeh ke aadmi logon ke darmiyan is tarah rahe ke us ki zabaan gunah ke kalmaat na boley.</w:t>
      </w:r>
    </w:p>
    <w:p>
      <w:pPr>
        <w:jc w:val="right"/>
      </w:pPr>
      <w:r>
        <w:t>خدا کا پسندیدہ دین تقویٰ کا دین ہے۔ یعنی یہ کہ آدمی لوگوں کے درمیان اس طرح رہے کہ اس کی زبان گناہ کے کلمات نہ بولے۔</w:t>
      </w:r>
    </w:p>
    <w:p>
      <w:r>
        <w:rPr>
          <w:b/>
        </w:rPr>
        <w:t xml:space="preserve">[10:25] </w:t>
      </w:r>
      <w:r>
        <w:t>woh apni sargarmion mein haraam tareeqon se poori tarah bachta ho. jin logon se us ka mu'amla paish aaye, un ke saath woh insaaf karne wala ho na ke zulm karne wala.</w:t>
      </w:r>
    </w:p>
    <w:p>
      <w:pPr>
        <w:jc w:val="right"/>
      </w:pPr>
      <w:r>
        <w:t>وہ اپنی سرگرمیوں میں حرام طریقوں سے پوری طرح بچتا ہو۔ جن لوگوں سے اس کا معاملہ پیش آئے، ان کے ساتھ وہ انصاف کرنے والا ہو نہ کہ ظلم کرنے والا۔</w:t>
      </w:r>
    </w:p>
    <w:p>
      <w:r>
        <w:rPr>
          <w:b/>
        </w:rPr>
        <w:t xml:space="preserve">[10:39] </w:t>
      </w:r>
      <w:r>
        <w:t>magar aadmi ka nafs hamesha us ko dunya parasti ke rastay par daal deta hai. woh aisi zindagi guzarna chahta hai jis mein us ko sahih aur ghlat na daikhna ho balkeh sirf apne fa'idon aur maslehaton ko daikhna ho.</w:t>
      </w:r>
    </w:p>
    <w:p>
      <w:pPr>
        <w:jc w:val="right"/>
      </w:pPr>
      <w:r>
        <w:t>مگر آدمی کا نفس ہمیشہ اس کو دنیا پرستی کے راستے پر ڈال دیتا ہے۔ وہ ایسی زندگی گزارنا چاہتا ہے جس میں اس کو صحیح اور غلط نہ دیکھنا ہو بلکہ صرف اپنے فائدوں اور مصلحتوں کو دیکھنا ہو۔</w:t>
      </w:r>
    </w:p>
    <w:p>
      <w:r>
        <w:rPr>
          <w:b/>
        </w:rPr>
        <w:t xml:space="preserve">[10:59] </w:t>
      </w:r>
      <w:r>
        <w:t>yahood ke awam isi haalat par thay. ab un ke khawaas ka kaam yeh tha ke woh un ko is se rokte magar unhon ne awam se aik khamosh mafahamat kar li.</w:t>
      </w:r>
    </w:p>
    <w:p>
      <w:pPr>
        <w:jc w:val="right"/>
      </w:pPr>
      <w:r>
        <w:t>یہود کے عوام اسی حالت پر تھے۔ اب ان کے خواص کا کام یہ تھا کہ وہ ان کو اس سے روکتے مگر انہوں نے عوام سے ایک خاموش مفاہمت کر لی۔</w:t>
      </w:r>
    </w:p>
    <w:p>
      <w:r>
        <w:rPr>
          <w:b/>
        </w:rPr>
        <w:t xml:space="preserve">[11:13] </w:t>
      </w:r>
      <w:r>
        <w:t>woh awam ke darmiyan aisa deen taqseem karne lagay jis mein apni haqeeqi zindagi ko badlay baghair nijaat ki zamanat ho aur bare bare darjaat tay hotay hon.</w:t>
      </w:r>
    </w:p>
    <w:p>
      <w:pPr>
        <w:jc w:val="right"/>
      </w:pPr>
      <w:r>
        <w:t>وہ عوام کے درمیان ایسا دین تقسیم کرنے لگے جس میں اپنی حقیقی زندگی کو بدلے بغیر نجات کی ضمانت ہو اور بڑے بڑے درجات طے ہوتے ہوں۔</w:t>
      </w:r>
    </w:p>
    <w:p>
      <w:r>
        <w:rPr>
          <w:b/>
        </w:rPr>
        <w:t xml:space="preserve">[11:29] </w:t>
      </w:r>
      <w:r>
        <w:t>yeh khawaas apni awam ki haqeeqi zindagiyon ko na chherte, albatta un ko millat-e-yahood ki fazeelat ke jhootay qissay sunate, un ke qaumi hangaamon ko deen ke rang mein bayan karte,</w:t>
      </w:r>
    </w:p>
    <w:p>
      <w:pPr>
        <w:jc w:val="right"/>
      </w:pPr>
      <w:r>
        <w:t>یہ خواص اپنی عوام کی حقیقی زندگیوں کو نہ چھیڑتے، البتہ ان کو ملت یہود کی فضیلت کے جھوٹے قصے سناتے، ان کے قومی ہنگاموں کو دین کے رنگ میں بیان کرتے،</w:t>
      </w:r>
    </w:p>
    <w:p>
      <w:r>
        <w:rPr>
          <w:b/>
        </w:rPr>
        <w:t xml:space="preserve">[11:46] </w:t>
      </w:r>
      <w:r>
        <w:t>rasmi qism ke a'maal dehra dene par yeh basharat dete ke un ke zariye se un ke liye jannat ke mahal ta'meer ho rahe hain.</w:t>
      </w:r>
    </w:p>
    <w:p>
      <w:pPr>
        <w:jc w:val="right"/>
      </w:pPr>
      <w:r>
        <w:t>رسمی قسم کے اعمال دہرا دینے پر یہ بشارت دیتے کہ ان کے ذریعے سے ان کے لیے جنت کے محل تعمیر ہو رہے ہیں۔</w:t>
      </w:r>
    </w:p>
    <w:p>
      <w:r>
        <w:rPr>
          <w:b/>
        </w:rPr>
        <w:t xml:space="preserve">[11:57] </w:t>
      </w:r>
      <w:r>
        <w:t>allah ke nazdeek yeh bohat bura kaam hai ke logon ke darmiyan aisa deen taqseem kiya jaye jis</w:t>
      </w:r>
    </w:p>
    <w:p>
      <w:pPr>
        <w:jc w:val="right"/>
      </w:pPr>
      <w:r>
        <w:t>اللہ کے نزدیک یہ بہت برا کام ہے کہ لوگوں کے درمیان ایسا دین تقسیم کیا جائے جس</w:t>
      </w:r>
    </w:p>
    <w:p>
      <w:r>
        <w:rPr>
          <w:b/>
        </w:rPr>
        <w:t xml:space="preserve">[12:05] </w:t>
      </w:r>
      <w:r>
        <w:t>mein haqeeqi amli zindagi ko badalna na ho, albatta kuch numaaish-i cheezon ka ehtimam kar ke jannat ki</w:t>
      </w:r>
    </w:p>
    <w:p>
      <w:pPr>
        <w:jc w:val="right"/>
      </w:pPr>
      <w:r>
        <w:t>میں حقیقی عملی زندگی کو بدلنا نہ ہو، البتہ کچھ نمائشی چیزوں کا اہتمام کر کے جنت کی</w:t>
      </w:r>
    </w:p>
    <w:p>
      <w:r>
        <w:rPr>
          <w:b/>
        </w:rPr>
        <w:t xml:space="preserve">[12:15] </w:t>
      </w:r>
      <w:r>
        <w:t>zamaanat mil jaye.</w:t>
      </w:r>
    </w:p>
    <w:p>
      <w:pPr>
        <w:jc w:val="right"/>
      </w:pPr>
      <w:r>
        <w:t>ضمانت مل جائے۔</w:t>
      </w:r>
    </w:p>
    <w:p>
      <w:r>
        <w:rPr>
          <w:b/>
        </w:rPr>
        <w:t xml:space="preserve">[13:21] </w:t>
      </w:r>
      <w:r>
        <w:t>aur yahood kehte hain ke Allah ke haath bandhe hue hain, inhi ke haath bandh jayen aur la'nat ho un ko is kehne par.</w:t>
      </w:r>
    </w:p>
    <w:p>
      <w:pPr>
        <w:jc w:val="right"/>
      </w:pPr>
      <w:r>
        <w:t>اور یہود کہتے ہیں کہ خدا کے ہاتھ بندھے ہوئے ہیں، انہی کے ہاتھ بندھ جائیں اور لعنت ہو ان کو اس کہنے پر۔</w:t>
      </w:r>
    </w:p>
    <w:p>
      <w:r>
        <w:rPr>
          <w:b/>
        </w:rPr>
        <w:t xml:space="preserve">[13:35] </w:t>
      </w:r>
      <w:r>
        <w:t>balkeh Allah ke donon haath khule hue hain, woh jis tarah chahta hai kharch karta hai. aur tumhare oopar tumhare parwardigar ki taraf se jo kuch utra hai,</w:t>
      </w:r>
    </w:p>
    <w:p>
      <w:pPr>
        <w:jc w:val="right"/>
      </w:pPr>
      <w:r>
        <w:t>بلکہ خدا کے دونوں ہاتھ کھلے ہوئے ہیں، وہ جس طرح چاہتا ہے خرچ کرتا ہے۔ اور تمہارے اوپر تمہارے پروردگار کی طرف سے جو کچھ اترا ہے،</w:t>
      </w:r>
    </w:p>
    <w:p>
      <w:r>
        <w:rPr>
          <w:b/>
        </w:rPr>
        <w:t xml:space="preserve">[13:49] </w:t>
      </w:r>
      <w:r>
        <w:t>woh un mein se aksar logon ki sarkashi aur inkaar ko barha raha hai. aur hum ne un ke darmiyan dushmani aur keena qayamat tak ke liye daal di hai.</w:t>
      </w:r>
    </w:p>
    <w:p>
      <w:pPr>
        <w:jc w:val="right"/>
      </w:pPr>
      <w:r>
        <w:t>وہ ان میں سے اکثر لوگوں کی سرکشی اور انکار کو بڑھا رہا ہے۔ اور ہم نے ان کے درمیان دشمنی اور کینہ قیامت تک کے لیے ڈال دیا ہے۔</w:t>
      </w:r>
    </w:p>
    <w:p>
      <w:r>
        <w:rPr>
          <w:b/>
        </w:rPr>
        <w:t xml:space="preserve">[14:06] </w:t>
      </w:r>
      <w:r>
        <w:t>jab kabhi woh ladaai ki aag bharkate hain to Allah is ko bujha deta hai. aur woh zameen mein fasad phailane mein sargaram hain, haalankeh Allah fasad barpa karne walon ko pasand nahi karta.</w:t>
      </w:r>
    </w:p>
    <w:p>
      <w:pPr>
        <w:jc w:val="right"/>
      </w:pPr>
      <w:r>
        <w:t>جب کبھی وہ لڑائی کی آگ بھڑکاتے ہیں تو اللہ اس کو بجھا دیتا ہے۔ اور وہ زمین میں فساد پھیلانے میں سرگرم ہیں، حالانکہ اللہ فساد برپا کرنے والوں کو پسند نہیں کرتا۔</w:t>
      </w:r>
    </w:p>
    <w:p>
      <w:r>
        <w:rPr>
          <w:b/>
        </w:rPr>
        <w:t xml:space="preserve">[14:26] </w:t>
      </w:r>
      <w:r>
        <w:t>tashreeh: quran mein jab Allah ki raah mein kharch karne par zor diya gaya aur kaha gaya ke Allah ko qarz-e-hasan do to yahood ne is ko mazaq ka mozu bana liya.</w:t>
      </w:r>
    </w:p>
    <w:p>
      <w:pPr>
        <w:jc w:val="right"/>
      </w:pPr>
      <w:r>
        <w:t>تشریح: قرآن میں جب اللہ کی راہ میں خرچ کرنے پر زور دیا گیا اور کہا گیا کہ اللہ کو قرض حسن دو تو یہود نے اس کو مذاق کا موضوع بنا لیا۔</w:t>
      </w:r>
    </w:p>
    <w:p>
      <w:r>
        <w:rPr>
          <w:b/>
        </w:rPr>
        <w:t xml:space="preserve">[14:44] </w:t>
      </w:r>
      <w:r>
        <w:t>woh kehte ke Allah faqr hai aur us ke bande ameer hain. Allah ke haath aaj kal tang ho rahe hain.</w:t>
      </w:r>
    </w:p>
    <w:p>
      <w:pPr>
        <w:jc w:val="right"/>
      </w:pPr>
      <w:r>
        <w:t>وہ کہتے کہ اللہ فقیر ہے اور اس کے بندے امیر ہیں۔ اللہ کے ہاتھ آج کل تنگ ہو رہے ہیں۔</w:t>
      </w:r>
    </w:p>
    <w:p>
      <w:r>
        <w:rPr>
          <w:b/>
        </w:rPr>
        <w:t xml:space="preserve">[14:56] </w:t>
      </w:r>
      <w:r>
        <w:t>un ki is qism ki baaton ka rukh Khuda ki taraf nahi balke Rasool aur Quran ki taraf hota tha. woh jante the ke Khuda is se bartar hai ke is ke yahan kisi cheez ki kami ho.</w:t>
      </w:r>
    </w:p>
    <w:p>
      <w:pPr>
        <w:jc w:val="right"/>
      </w:pPr>
      <w:r>
        <w:t>ان کی اس قسم کی باتوں کا رخ خدا کی طرف نہیں بلکہ رسول اور قرآن کی طرف ہوتا تھا۔ وہ جانتے تھے کہ خدا اس سے برتر ہے کہ اس کے یہاں کسی چیز کی کمی ہو۔</w:t>
      </w:r>
    </w:p>
    <w:p>
      <w:r>
        <w:rPr>
          <w:b/>
        </w:rPr>
        <w:t xml:space="preserve">[15:11] </w:t>
      </w:r>
      <w:r>
        <w:t>is tarah ki baatein woh darasal yeh zahir karne ke liye kehte the ke Rasool sacha Rasool nahi aur Quran Khuda ki kitaab nahi.</w:t>
      </w:r>
    </w:p>
    <w:p>
      <w:pPr>
        <w:jc w:val="right"/>
      </w:pPr>
      <w:r>
        <w:t>اس طرح کی باتیں وہ دراصل یہ ظاہر کرنے کے لیے کہتے تھے کہ رسول سچا رسول نہیں اور قرآن خدا کی کتاب نہیں۔</w:t>
      </w:r>
    </w:p>
    <w:p>
      <w:r>
        <w:rPr>
          <w:b/>
        </w:rPr>
        <w:t xml:space="preserve">[15:23] </w:t>
      </w:r>
      <w:r>
        <w:t>agar yeh Quran Khuda ki taraf se hota to naoozubillah aisi mazahikhaiz baatein is mein na hotin.</w:t>
      </w:r>
    </w:p>
    <w:p>
      <w:pPr>
        <w:jc w:val="right"/>
      </w:pPr>
      <w:r>
        <w:t>اگر یہ قرآن خدا کی طرف سے ہوتا تو نعوذ باللہ ایسی مضحکہ خیز باتیں اس میں نہ ہوتیں۔</w:t>
      </w:r>
    </w:p>
    <w:p>
      <w:r>
        <w:rPr>
          <w:b/>
        </w:rPr>
        <w:t xml:space="preserve">[15:33] </w:t>
      </w:r>
      <w:r>
        <w:t>magar jo log is qism ki baatein karein, woh sirf yeh sabit karte hain ke woh haqeeqi deeni jazbe se khaali hain.</w:t>
      </w:r>
    </w:p>
    <w:p>
      <w:pPr>
        <w:jc w:val="right"/>
      </w:pPr>
      <w:r>
        <w:t>مگر جو لوگ اس قسم کی باتیں کریں، وہ صرف یہ ثابت کرتے ہیں کہ وہ حقیقی دینی جذبے سے خالی ہیں۔</w:t>
      </w:r>
    </w:p>
    <w:p>
      <w:r>
        <w:rPr>
          <w:b/>
        </w:rPr>
        <w:t xml:space="preserve">[15:44] </w:t>
      </w:r>
      <w:r>
        <w:t>woh behissi ki satah par jee rahe hain.</w:t>
      </w:r>
    </w:p>
    <w:p>
      <w:pPr>
        <w:jc w:val="right"/>
      </w:pPr>
      <w:r>
        <w:t>وہ بے حسی کی سطح پر جی رہے ہیں۔</w:t>
      </w:r>
    </w:p>
    <w:p>
      <w:r>
        <w:rPr>
          <w:b/>
        </w:rPr>
        <w:t xml:space="preserve">[15:49] </w:t>
      </w:r>
      <w:r>
        <w:t>maujooda imtehani duniya mein insaan ko amal ki azaadi hai. yahan ek shakhs yeh bhi keh sakta hai ke Quran Khuda ki kitaab hai.</w:t>
      </w:r>
    </w:p>
    <w:p>
      <w:pPr>
        <w:jc w:val="right"/>
      </w:pPr>
      <w:r>
        <w:t>موجودہ امتحانی دنیا میں انسان کو عمل کی آزادی ہے۔ یہاں ایک شخص یہ بھی کہہ سکتا ہے کہ قرآن خدا کی کتاب ہے۔</w:t>
      </w:r>
    </w:p>
    <w:p>
      <w:r>
        <w:rPr>
          <w:b/>
        </w:rPr>
        <w:t xml:space="preserve">[16:01] </w:t>
      </w:r>
      <w:r>
        <w:t>aur agar koi shakhs yeh kehna chahe ke Quran ek banawati kitaab hai to us ko bhi apni baat kehne ke liye alfaaz mil jayenge.</w:t>
      </w:r>
    </w:p>
    <w:p>
      <w:pPr>
        <w:jc w:val="right"/>
      </w:pPr>
      <w:r>
        <w:t>اور اگر کوئی شخص یہ کہنا چاہے کہ قرآن ایک بناوٹی کتاب ہے تو اس کو بھی اپنی بات کہنے کے لیے الفاظ مل جائیں گے۔</w:t>
      </w:r>
    </w:p>
    <w:p>
      <w:r>
        <w:rPr>
          <w:b/>
        </w:rPr>
        <w:t xml:space="preserve">[16:13] </w:t>
      </w:r>
      <w:r>
        <w:t>yehi wajah hai ke yahan aadmi ek waqeye se hidayat pakar sakta hai aur usi waqeye se doosra aadmi sarkashi ki ghiza bhi le sakta hai.</w:t>
      </w:r>
    </w:p>
    <w:p>
      <w:pPr>
        <w:jc w:val="right"/>
      </w:pPr>
      <w:r>
        <w:t>یہی وجہ ہے کہ یہاں آدمی ایک واقعے سے ہدایت پکڑ سکتا ہے اور اسی واقعے سے دوسرا آدمی سرکشی کی غذا بھی لے سکتا ہے۔</w:t>
      </w:r>
    </w:p>
    <w:p>
      <w:r>
        <w:rPr>
          <w:b/>
        </w:rPr>
        <w:t xml:space="preserve">[16:27] </w:t>
      </w:r>
      <w:r>
        <w:t>yahood ne jab Quran ki hidayat ko maanne se inkaar kiya to woh saada maano mein mahaz inkaar na tha balke is ke peeche un ka yeh zum shamil tha ke hum to nijaat yafta log hain,</w:t>
      </w:r>
    </w:p>
    <w:p>
      <w:pPr>
        <w:jc w:val="right"/>
      </w:pPr>
      <w:r>
        <w:t>یہود نے جب قرآن کی ہدایت کو ماننے سے انکار کیا تو وہ سادہ معنوں میں محض انکار نہ تھا بلکہ اس کے پیچھے ان کا یہ زوم شامل تھا کہ ہم تو نجات یافتہ لوگ ہیں،</w:t>
      </w:r>
    </w:p>
    <w:p>
      <w:r>
        <w:rPr>
          <w:b/>
        </w:rPr>
        <w:t xml:space="preserve">[16:44] </w:t>
      </w:r>
      <w:r>
        <w:t>humein kisi aur hidayat ko maanne ki kya zaroorat? jo log is qism ki pur-fakhr nafsiyat mein mubtala hon, un ke andar shadeed tareen qism ki ananiyat janam leti hai.</w:t>
      </w:r>
    </w:p>
    <w:p>
      <w:pPr>
        <w:jc w:val="right"/>
      </w:pPr>
      <w:r>
        <w:t>ہمیں کسی اور ہدایت کو ماننے کی کیا ضرورت؟ جو لوگ اس قسم کی پرفخر نفسیات میں مبتلا ہوں، ان کے اندر شدید ترین قسم کی انانیت جنم لیتی ہے۔</w:t>
      </w:r>
    </w:p>
    <w:p>
      <w:r>
        <w:rPr>
          <w:b/>
        </w:rPr>
        <w:t xml:space="preserve">[16:59] </w:t>
      </w:r>
      <w:r>
        <w:t>rozmarra ki zindagi mein jab un ka muamla doosron se parta hai to wahan bhi woh apni maayein ko chhodne par raazi nahi hote.</w:t>
      </w:r>
    </w:p>
    <w:p>
      <w:pPr>
        <w:jc w:val="right"/>
      </w:pPr>
      <w:r>
        <w:t>روزمرہ کی زندگی میں جب ان کا معاملہ دوسروں سے پڑتا ہے تو وہاں بھی وہ اپنی مائیں کو چھوڑنے پر راضی نہیں ہوتے۔</w:t>
      </w:r>
    </w:p>
    <w:p>
      <w:r>
        <w:rPr>
          <w:b/>
        </w:rPr>
        <w:t xml:space="preserve">[17:11] </w:t>
      </w:r>
      <w:r>
        <w:t>natija yeh hota hai ke poora muashra aapas ke ikhtilaf aur inaad ka shikar ho kar reh jata hai.</w:t>
      </w:r>
    </w:p>
    <w:p>
      <w:pPr>
        <w:jc w:val="right"/>
      </w:pPr>
      <w:r>
        <w:t>نتیجہ یہ ہوتا ہے کہ پورا معاشرہ آپس کے اختلاف اور عناد کا شکار ہو کر رہ جاتا ہے۔</w:t>
      </w:r>
    </w:p>
    <w:p>
      <w:r>
        <w:rPr>
          <w:b/>
        </w:rPr>
        <w:t xml:space="preserve">[17:22] </w:t>
      </w:r>
      <w:r>
        <w:t>paighambar ki dawat yeh hoti hai ke aadmi bhi isi itaa't-e-Khuda wandi ke deen ko apna le jis ko kainat ki tamam cheezein apnaaye hue hain.</w:t>
      </w:r>
    </w:p>
    <w:p>
      <w:pPr>
        <w:jc w:val="right"/>
      </w:pPr>
      <w:r>
        <w:t>پیغمبر کی دعوت یہ ہوتی ہے کہ آدمی بھی اسی اطاعت خداوندی کے دین کو اپنا لے جس کو کائنات کی تمام چیزیں اپنائے ہوئے ہیں۔</w:t>
      </w:r>
    </w:p>
    <w:p>
      <w:r>
        <w:rPr>
          <w:b/>
        </w:rPr>
        <w:t xml:space="preserve">[17:35] </w:t>
      </w:r>
      <w:r>
        <w:t>yehi zameen ki islaah hai. ab jo log paighambari dawat ki raah mein rukawat daalein, woh Khuda ki zameen mein fasad paida karne ka kaam kar rahe hain.</w:t>
      </w:r>
    </w:p>
    <w:p>
      <w:pPr>
        <w:jc w:val="right"/>
      </w:pPr>
      <w:r>
        <w:t>یہی زمین کی اصلاح ہے۔ اب جو لوگ پیغمبرانہ دعوت کی راہ میں رکاوٹ ڈالیں، وہ خدا کی زمین میں فساد پیدا کرنے کا کام کر رہے ہیں۔</w:t>
      </w:r>
    </w:p>
    <w:p>
      <w:r>
        <w:rPr>
          <w:b/>
        </w:rPr>
        <w:t xml:space="preserve">[17:48] </w:t>
      </w:r>
      <w:r>
        <w:t>tahum insaan ko bas itni hi azaadi haasil hai ke woh apne andar ke fasad ko bahar laaye.</w:t>
      </w:r>
    </w:p>
    <w:p>
      <w:pPr>
        <w:jc w:val="right"/>
      </w:pPr>
      <w:r>
        <w:t>تاہم انسان کو بس اتنی ہی آزادی حاصل ہے کہ وہ اپنے اندر کے فساد کو باہر لائے۔</w:t>
      </w:r>
    </w:p>
    <w:p>
      <w:r>
        <w:rPr>
          <w:b/>
        </w:rPr>
        <w:t xml:space="preserve">[17:58] </w:t>
      </w:r>
      <w:r>
        <w:t>doosron ki qismat ka malik banne ki azaadi kisi ko nahi.</w:t>
      </w:r>
    </w:p>
    <w:p>
      <w:pPr>
        <w:jc w:val="right"/>
      </w:pPr>
      <w:r>
        <w:t>دوسروں کی قسمت کا مالک بننے کی آزادی کسی کو نہیں۔</w:t>
      </w:r>
    </w:p>
    <w:p>
      <w:r>
        <w:rPr>
          <w:b/>
        </w:rPr>
        <w:t xml:space="preserve">[18:20] </w:t>
      </w:r>
      <w:r>
        <w:t>ولو أنهم أقاموا التوراة والإنجيل وما أنزل إليهم من ربهم لأكلوا من فوقهم،</w:t>
      </w:r>
    </w:p>
    <w:p>
      <w:pPr>
        <w:jc w:val="right"/>
      </w:pPr>
      <w:r>
        <w:t>ولو أنهم أقاموا التوراة والإنجيل وما أنزل إليهم من ربهم لأكلوا من فوقهم،</w:t>
      </w:r>
    </w:p>
    <w:p>
      <w:r>
        <w:rPr>
          <w:b/>
        </w:rPr>
        <w:t xml:space="preserve">[18:36] </w:t>
      </w:r>
      <w:r>
        <w:t>لأكلوا من فوقهم ومن تحت أرجلهم. منهم أمة مقتصدة وكثير منهم ساء ما يعملون۔</w:t>
      </w:r>
    </w:p>
    <w:p>
      <w:pPr>
        <w:jc w:val="right"/>
      </w:pPr>
      <w:r>
        <w:t>لأكلوا من فوقهم ومن تحت أرجلهم. منهم أمة مقتصدة وكثير منهم ساء ما يعملون۔</w:t>
      </w:r>
    </w:p>
    <w:p>
      <w:r>
        <w:rPr>
          <w:b/>
        </w:rPr>
        <w:t xml:space="preserve">[18:58] </w:t>
      </w:r>
      <w:r>
        <w:t>aur agar ahle kitaab imaan laate aur Allah se darte to hum zaroor un ki buraiyan un se door kar dete aur un ko nemato ke baagon mein dakhil karte.</w:t>
      </w:r>
    </w:p>
    <w:p>
      <w:pPr>
        <w:jc w:val="right"/>
      </w:pPr>
      <w:r>
        <w:t>اور اگر اہل کتاب ایمان لاتے اور اللہ سے ڈرتے تو ہم ضرور ان کی برائیاں ان سے دور کر دیتے اور ان کو نعمت کے باغوں میں داخل کرتے۔</w:t>
      </w:r>
    </w:p>
    <w:p>
      <w:r>
        <w:rPr>
          <w:b/>
        </w:rPr>
        <w:t xml:space="preserve">[19:12] </w:t>
      </w:r>
      <w:r>
        <w:t>aur agar woh torait aur injeel ki pabandi karte aur us ki jo un par un ke Rab ki taraf se utara gaya hai to woh khate apne upar se aur apne qadmon ke neeche se.</w:t>
      </w:r>
    </w:p>
    <w:p>
      <w:pPr>
        <w:jc w:val="right"/>
      </w:pPr>
      <w:r>
        <w:t>اور اگر وہ تورات اور انجیل کی پابندی کرتے اور اس کی جو ان پر ان کے رب کی طرف سے اتارا گیا ہے تو وہ کھاتے اپنے اوپر سے اور اپنے قدموں کے نیچے سے۔</w:t>
      </w:r>
    </w:p>
    <w:p>
      <w:r>
        <w:rPr>
          <w:b/>
        </w:rPr>
        <w:t xml:space="preserve">[19:28] </w:t>
      </w:r>
      <w:r>
        <w:t>kuch log in mein seedhi raah par hain lekin zyada in mein aise hain jo bohat bura kar rahe hain. tashreeh: tamam gumrahiyon ka asal sabab aadmi ka dheeth ho jana hai.</w:t>
      </w:r>
    </w:p>
    <w:p>
      <w:pPr>
        <w:jc w:val="right"/>
      </w:pPr>
      <w:r>
        <w:t>کچھ لوگ ان میں سیدھی راہ پر ہیں لیکن زیادہ ان میں ایسے ہیں جو بہت برا کر رہے ہیں۔ تشریح: تمام گمراہیوں کا اصل سبب آدمی کا ڈھیٹ ہو جانا ہے۔</w:t>
      </w:r>
    </w:p>
    <w:p>
      <w:r>
        <w:rPr>
          <w:b/>
        </w:rPr>
        <w:t xml:space="preserve">[19:47] </w:t>
      </w:r>
      <w:r>
        <w:t>agar aadmi Allah se dare to us ko yeh samajhne mein der nahi lag sakti ke kaun si baat Khuda ki taraf se aayi hui baat hai.</w:t>
      </w:r>
    </w:p>
    <w:p>
      <w:pPr>
        <w:jc w:val="right"/>
      </w:pPr>
      <w:r>
        <w:t>اگر آدمی اللہ سے ڈرے تو اس کو یہ سمجھنے میں دیر نہیں لگ سکتی کہ کون سی بات خدا کی طرف سے آئی ہوئی بات ہے۔</w:t>
      </w:r>
    </w:p>
    <w:p>
      <w:r>
        <w:rPr>
          <w:b/>
        </w:rPr>
        <w:t xml:space="preserve">[19:58] </w:t>
      </w:r>
      <w:r>
        <w:t>dar ki nafsiyat is ke andar se doosre tamam muharkakat ko hadaf kar degi aur aadmi Khuda ki baat ko foran pehchan kar is ko maan lega.</w:t>
      </w:r>
    </w:p>
    <w:p>
      <w:pPr>
        <w:jc w:val="right"/>
      </w:pPr>
      <w:r>
        <w:t>ڈر کی نفسیات اس کے اندر سے دوسرے تمام محرکات کو حذف کر دے گی اور آدمی خدا کی بات کو فوراً پہچان کر اس کو مان لے گا۔</w:t>
      </w:r>
    </w:p>
    <w:p>
      <w:r>
        <w:rPr>
          <w:b/>
        </w:rPr>
        <w:t xml:space="preserve">[20:12] </w:t>
      </w:r>
      <w:r>
        <w:t>jab aadmi is had tak apne aap ko Khuda ki taraf mutawajjah kar de to is ke baad woh bhi Khuda ki tawajjah ka mustahiq ho jata hai.</w:t>
      </w:r>
    </w:p>
    <w:p>
      <w:pPr>
        <w:jc w:val="right"/>
      </w:pPr>
      <w:r>
        <w:t>جب آدمی اس حد تک اپنے آپ کو خدا کی طرف متوجہ کر دے تو اس کے بعد وہ بھی خدا کی توجہ کا مستحق ہو جاتا ہے۔</w:t>
      </w:r>
    </w:p>
    <w:p>
      <w:r>
        <w:rPr>
          <w:b/>
        </w:rPr>
        <w:t xml:space="preserve">[20:25] </w:t>
      </w:r>
      <w:r>
        <w:t>Khuda is ki bashri kamzoriyon ko is se dho deta hai aur marne ke baad is ko jannat ke nemat bhare baghon mein jagah deta hai.</w:t>
      </w:r>
    </w:p>
    <w:p>
      <w:pPr>
        <w:jc w:val="right"/>
      </w:pPr>
      <w:r>
        <w:t>خدا اس کی بشری کمزوریوں کو اس سے دھو دیتا ہے اور مرنے کے بعد اس کو جنت کے نعمت بھرے باغوں میں جگہ دیتا ہے۔</w:t>
      </w:r>
    </w:p>
    <w:p>
      <w:r>
        <w:rPr>
          <w:b/>
        </w:rPr>
        <w:t xml:space="preserve">[20:38] </w:t>
      </w:r>
      <w:r>
        <w:t>aadmi ki buraiyan, bilfaz digar, is ki nafsiyati kamzoriyan woh cheezen hain jo is ko jannat ke rastay par barhne nahi deti.</w:t>
      </w:r>
    </w:p>
    <w:p>
      <w:pPr>
        <w:jc w:val="right"/>
      </w:pPr>
      <w:r>
        <w:t>آدمی کی برائیاں، بالفاض دیگر، اس کی نفسیاتی کمزوریاں وہ چیزیں ہیں جو اس کو جنت کے راستے پر بڑھنے نہیں دیتیں۔</w:t>
      </w:r>
    </w:p>
    <w:p>
      <w:r>
        <w:rPr>
          <w:b/>
        </w:rPr>
        <w:t xml:space="preserve">[20:52] </w:t>
      </w:r>
      <w:r>
        <w:t>Khuda ki tofeeq se jo shakhs apni nafsiyati kamzoriyon par qabu pa leta hai, wohi jannat ki manzil tak pohanchta hai.</w:t>
      </w:r>
    </w:p>
    <w:p>
      <w:pPr>
        <w:jc w:val="right"/>
      </w:pPr>
      <w:r>
        <w:t>خدا کی توفیق سے جو شخص اپنی نفسیاتی کمزوریوں پر قابو پا لیتا ہے، وہی جنت کی منزل تک پہنچتا ہے۔</w:t>
      </w:r>
    </w:p>
    <w:p>
      <w:r>
        <w:rPr>
          <w:b/>
        </w:rPr>
        <w:t xml:space="preserve">[21:04] </w:t>
      </w:r>
      <w:r>
        <w:t>jab bhi haq ki dawat uthti hai to woh log is se mutawahish ho jate hain jo sabaqah nizam ke tehat sardari ka maqam hasil kiye hue hain.</w:t>
      </w:r>
    </w:p>
    <w:p>
      <w:pPr>
        <w:jc w:val="right"/>
      </w:pPr>
      <w:r>
        <w:t>جب بھی حق کی دعوت اٹھتی ہے تو وہ لوگ اس سے متواہش ہو جاتے ہیں جو سابقہ نظام کے تحت سرداری کا مقام حاصل کیے ہوئے ہوں۔</w:t>
      </w:r>
    </w:p>
    <w:p>
      <w:r>
        <w:rPr>
          <w:b/>
        </w:rPr>
        <w:t xml:space="preserve">[21:18] </w:t>
      </w:r>
      <w:r>
        <w:t>un ko andesha hota hai ke is ko qabool karte hi un ke maashi muafadat aur un ki qaidana azmaten khatam ho jayengi.</w:t>
      </w:r>
    </w:p>
    <w:p>
      <w:pPr>
        <w:jc w:val="right"/>
      </w:pPr>
      <w:r>
        <w:t>ان کو اندیشہ ہوتا ہے کہ اس کو قبول کرتے ہی ان کے معاشی مفادات اور ان کی قائدانہ عظمتیں ختم ہو جائیں گی۔</w:t>
      </w:r>
    </w:p>
    <w:p>
      <w:r>
        <w:rPr>
          <w:b/>
        </w:rPr>
        <w:t xml:space="preserve">[21:30] </w:t>
      </w:r>
      <w:r>
        <w:t>magar yeh sirf tang nazri hai. aise log bhool jate hain ke jis cheez ko woh tauhsh ki nazar se dekh rahe hain, woh sirf un ki ahliyat ko janchne ke liye zahir hui hai.</w:t>
      </w:r>
    </w:p>
    <w:p>
      <w:pPr>
        <w:jc w:val="right"/>
      </w:pPr>
      <w:r>
        <w:t>مگر یہ صرف تنگ نظری ہے۔ ایسے لوگ بھول جاتے ہیں کہ جس چیز کو وہ توحش کی نظر سے دیکھ رہے ہیں، وہ صرف ان کی اہلیت کو جانچنے کے لیے ظاہر ہوئی ہے۔</w:t>
      </w:r>
    </w:p>
    <w:p>
      <w:r>
        <w:rPr>
          <w:b/>
        </w:rPr>
        <w:t xml:space="preserve">[21:45] </w:t>
      </w:r>
      <w:r>
        <w:t>aainda woh Khuda ke inamat ke mustahiq hon ya na hon, is ka faisla un ki apni tahaffuzati tadabir par nahi hoga balkeh is par hoga ke dawat haq ke sath woh kya ravaiyah ikhtiyar karte hain.</w:t>
      </w:r>
    </w:p>
    <w:p>
      <w:pPr>
        <w:jc w:val="right"/>
      </w:pPr>
      <w:r>
        <w:t>آئندہ وہ خدا کے انعامات کے مستحق ہوں یا نہ ہوں، اس کا فیصلہ ان کی اپنی تحفظاتی تدبیروں پر نہیں ہوگا بلکہ اس پر ہوگا کہ دعوت حق کے ساتھ وہ کیا رویہ اختیار کرتے ہیں۔</w:t>
      </w:r>
    </w:p>
    <w:p>
      <w:r>
        <w:rPr>
          <w:b/>
        </w:rPr>
        <w:t xml:space="preserve">[22:01] </w:t>
      </w:r>
      <w:r>
        <w:t>goya dawat haq ke inkar ke zariye woh apni jis barhai ko bachana chahte hain, wohi inkar woh cheez hai jo Khuda ke nazdeek un ke istihqaaq ko khatam kar raha hai.</w:t>
      </w:r>
    </w:p>
    <w:p>
      <w:pPr>
        <w:jc w:val="right"/>
      </w:pPr>
      <w:r>
        <w:t>گویا دعوت حق کے انکار کے ذریعے وہ اپنی جس بڑائی کو بچانا چاہتے ہیں، وہی انکار وہ چیز ہے جو خدا کے نزدیک ان کے استحقاق کو ختم کر رہا ہے۔</w:t>
      </w:r>
    </w:p>
    <w:p>
      <w:r>
        <w:rPr>
          <w:b/>
        </w:rPr>
        <w:t xml:space="preserve">[22:18] </w:t>
      </w:r>
      <w:r>
        <w:t>aasmani kitab ki hamil qomon mein hamesha aisa hota hai ke asal Khudaai talimat mein jo barha kar ya ghata kar woh ek khud sakhtah deen bana leti hain.</w:t>
      </w:r>
    </w:p>
    <w:p>
      <w:pPr>
        <w:jc w:val="right"/>
      </w:pPr>
      <w:r>
        <w:t>آسمانی کتاب کی حامل قوموں میں ہمیشہ ایسا ہوتا ہے کہ اصل خدائی تعلیمات میں جو بڑھا کر یا گھٹا کر وہ ایک خود ساختہ دین بنا لیتی ہیں۔</w:t>
      </w:r>
    </w:p>
    <w:p>
      <w:r>
        <w:rPr>
          <w:b/>
        </w:rPr>
        <w:t xml:space="preserve">[22:32] </w:t>
      </w:r>
      <w:r>
        <w:t>aur lambi muddat guzarne ke baad is ke afraad is se is qadar manoos ho jate hain ke isi ko asal Khudaai mazhab samajhne lagte hain.</w:t>
      </w:r>
    </w:p>
    <w:p>
      <w:pPr>
        <w:jc w:val="right"/>
      </w:pPr>
      <w:r>
        <w:t>اور لمبی مدت گزرنے کے بعد اس کے افراد اس سے اس قدر مانوس ہو جاتے ہیں کہ اسی کو اصل خدائی مذہب سمجھنے لگتے ہیں۔</w:t>
      </w:r>
    </w:p>
    <w:p>
      <w:r>
        <w:rPr>
          <w:b/>
        </w:rPr>
        <w:t xml:space="preserve">[22:44] </w:t>
      </w:r>
      <w:r>
        <w:t>aisi halat mein jab Khuda ka seedha aur sacha deen un ke samne aata hai to woh is ko apne liye ghair manoos pa kar mutawahish ho jate hain.</w:t>
      </w:r>
    </w:p>
    <w:p>
      <w:pPr>
        <w:jc w:val="right"/>
      </w:pPr>
      <w:r>
        <w:t>ایسی حالت میں جب خدا کا سیدھا اور سچا دین ان کے سامنے آتا ہے تو وہ اس کو اپنے لیے غیر مانوس پا کر متواہش ہو جاتے ہیں۔</w:t>
      </w:r>
    </w:p>
    <w:p>
      <w:r>
        <w:rPr>
          <w:b/>
        </w:rPr>
        <w:t xml:space="preserve">[22:58] </w:t>
      </w:r>
      <w:r>
        <w:t>yahood o nasara ka yahi hal tha. chunache un ki bohat bari aksariyat Islam ki sadaqat ko panay se qasir rahi.</w:t>
      </w:r>
    </w:p>
    <w:p>
      <w:pPr>
        <w:jc w:val="right"/>
      </w:pPr>
      <w:r>
        <w:t>یہود و نصاری کا یہی حال تھا۔ چنانچہ ان کی بہت بڑی اکثریت اسلام کی صداقت کو پانے سے قاصر رہی۔</w:t>
      </w:r>
    </w:p>
    <w:p>
      <w:r>
        <w:rPr>
          <w:b/>
        </w:rPr>
        <w:t xml:space="preserve">[23:08] </w:t>
      </w:r>
      <w:r>
        <w:t>sirf chand log, mislan Najashi ya Abdullah ibn Salam waghera, jo etidal ki rah par baqi the, unhein Islam ki sadaqat ko samajhne mein dair nahi lagi.</w:t>
      </w:r>
    </w:p>
    <w:p>
      <w:pPr>
        <w:jc w:val="right"/>
      </w:pPr>
      <w:r>
        <w:t>صرف چند لوگ، مثلاً نجاشی یا عبداللہ ابن سلام وغیرہ، جو اعتدال کی راہ پر باقی تھے، انہیں اسلام کی صداقت کو سمجھنے میں دیر نہیں لگی۔</w:t>
      </w:r>
    </w:p>
    <w:p>
      <w:r>
        <w:rPr>
          <w:b/>
        </w:rPr>
        <w:t xml:space="preserve">[23:22] </w:t>
      </w:r>
      <w:r>
        <w:t>unhon ne barh kar islam ko is tarah apna liya jaise woh pehle se isi rastay par chal</w:t>
      </w:r>
    </w:p>
    <w:p>
      <w:pPr>
        <w:jc w:val="right"/>
      </w:pPr>
      <w:r>
        <w:t>انہوں نے بڑھ کر اسلام کو اس طرح اپنا لیا جیسے وہ پہلے سے اسی راستے پر چل</w:t>
      </w:r>
    </w:p>
    <w:p>
      <w:r>
        <w:rPr>
          <w:b/>
        </w:rPr>
        <w:t xml:space="preserve">[23:28] </w:t>
      </w:r>
      <w:r>
        <w:t>rahay hon aur apnay safar ke tasalsul ko jaari rakhnay ke liye musalmanon ki jamaat mein shamil ho</w:t>
      </w:r>
    </w:p>
    <w:p>
      <w:pPr>
        <w:jc w:val="right"/>
      </w:pPr>
      <w:r>
        <w:t>رہے ہوں اور اپنے سفر کے تسلسل کو جاری رکھنے کے لیے مسلمانوں کی جماعت میں شامل ہو</w:t>
      </w:r>
    </w:p>
    <w:p>
      <w:r>
        <w:rPr>
          <w:b/>
        </w:rPr>
        <w:t xml:space="preserve">[23:36] </w:t>
      </w:r>
      <w:r>
        <w:t>gaye hon.</w:t>
      </w:r>
    </w:p>
    <w:p>
      <w:pPr>
        <w:jc w:val="right"/>
      </w:pPr>
      <w:r>
        <w:t>گئے ہوں۔</w:t>
      </w:r>
    </w:p>
    <w:p>
      <w:r>
        <w:rPr>
          <w:b/>
        </w:rPr>
        <w:t xml:space="preserve">[24:17] </w:t>
      </w:r>
      <w:r>
        <w:t>ae paighambar!</w:t>
      </w:r>
    </w:p>
    <w:p>
      <w:pPr>
        <w:jc w:val="right"/>
      </w:pPr>
      <w:r>
        <w:t>اے پیغمبر!</w:t>
      </w:r>
    </w:p>
    <w:p>
      <w:r>
        <w:rPr>
          <w:b/>
        </w:rPr>
        <w:t xml:space="preserve">[24:18] </w:t>
      </w:r>
      <w:r>
        <w:t>jo kuch tumhare upar tumhare Rab ki taraf se utra hai, us ko pohancha do. aur agar tum ne aisa na kiya to tum ne Allah ke paigham ko nahi pohanchaya.</w:t>
      </w:r>
    </w:p>
    <w:p>
      <w:pPr>
        <w:jc w:val="right"/>
      </w:pPr>
      <w:r>
        <w:t>جو کچھ تمہارے اوپر تمہارے رب کی طرف سے اترا ہے، اس کو پہنچا دو۔ اور اگر تم نے ایسا نہ کیا تو تم نے اللہ کے پیغام کو نہیں پہنچایا۔</w:t>
      </w:r>
    </w:p>
    <w:p>
      <w:r>
        <w:rPr>
          <w:b/>
        </w:rPr>
        <w:t xml:space="preserve">[24:32] </w:t>
      </w:r>
      <w:r>
        <w:t>aur Allah tum ko logon se bachayega. Allah yaqeenan munkir logon ko rah nahi deta.</w:t>
      </w:r>
    </w:p>
    <w:p>
      <w:pPr>
        <w:jc w:val="right"/>
      </w:pPr>
      <w:r>
        <w:t>اور اللہ تم کو لوگوں سے بچائے گا۔ اللہ یقینا منکر لوگوں کو راہ نہیں دیتا۔</w:t>
      </w:r>
    </w:p>
    <w:p>
      <w:r>
        <w:rPr>
          <w:b/>
        </w:rPr>
        <w:t xml:space="preserve">[24:43] </w:t>
      </w:r>
      <w:r>
        <w:t>tashreeh: paighambar Islam sale Allah alaihi wasallam jab Arab mein aaye to aisa na tha ke wahan deen ka naam lene wala koi na ho, balkeh un ka sara moashrah deen ke naam par qaim tha.</w:t>
      </w:r>
    </w:p>
    <w:p>
      <w:pPr>
        <w:jc w:val="right"/>
      </w:pPr>
      <w:r>
        <w:t>تشریح: پیغمبر اسلام صلی اللہ علیہ وسلم جب عرب میں آئے تو ایسا نہ تھا کہ وہاں دین کا نام لینے والا کوئی نہ ہو، بلکہ ان کا سارا معاشرہ دین کے نام پر قائم تھا۔</w:t>
      </w:r>
    </w:p>
    <w:p>
      <w:r>
        <w:rPr>
          <w:b/>
        </w:rPr>
        <w:t xml:space="preserve">[25:00] </w:t>
      </w:r>
      <w:r>
        <w:t>deen ke naam par bohat se log peshwai aur qiyadat ka maqam hasil kiye hue the. deen ke naam par logon ko bari bari raqamen milti theen.</w:t>
      </w:r>
    </w:p>
    <w:p>
      <w:pPr>
        <w:jc w:val="right"/>
      </w:pPr>
      <w:r>
        <w:t>دین کے نام پر بہت سے لوگ پیشوائی اور قیادت کا مقام حاصل کیے ہوئے تھے۔ دین کے نام پر لوگوں کو بڑی بڑی رقمیں ملتی تھیں۔</w:t>
      </w:r>
    </w:p>
    <w:p>
      <w:r>
        <w:rPr>
          <w:b/>
        </w:rPr>
        <w:t xml:space="preserve">[25:13] </w:t>
      </w:r>
      <w:r>
        <w:t>deeni munassib ka hamil hona moashre mein izzat aur fakhr ki alamat bana hua tha. is ke bawajood aap ko Arab ke logon ki taraf se sakht tareen mukhalifat ka samna karna pada.</w:t>
      </w:r>
    </w:p>
    <w:p>
      <w:pPr>
        <w:jc w:val="right"/>
      </w:pPr>
      <w:r>
        <w:t>دینی مناسب کا حامل ہونا معاشرے میں عزت اور فخر کی علامت بنا ہوا تھا۔ اس کے باوجود آپ کو عرب کے لوگوں کی طرف سے سخت ترین مخالفت کا سامنا کرنا پڑا۔</w:t>
      </w:r>
    </w:p>
    <w:p>
      <w:r>
        <w:rPr>
          <w:b/>
        </w:rPr>
        <w:t xml:space="preserve">[25:29] </w:t>
      </w:r>
      <w:r>
        <w:t>is ki wajah yeh thi ke deen Khudaondi ke naam par un ke yahan ek khud sakhtah deen raaij ho gaya tha. sadiyon ki rawaiyat ke nateejay mein is deen ke naam par gadiyan ban gayi theen aur mufadat ki bohat si suratain qaim ho gayi theen.</w:t>
      </w:r>
    </w:p>
    <w:p>
      <w:pPr>
        <w:jc w:val="right"/>
      </w:pPr>
      <w:r>
        <w:t>اس کی وجہ یہ تھی کہ دین خداوندی کے نام پر ان کے یہاں ایک خود ساختہ دین رائج ہو گیا تھا۔ صدیوں کی روایات کے نتیجے میں اس دین کے نام پر گدیاں بن گئی تھیں اور مفادات کی بہت سی صورتیں قائم ہو گئی تھیں۔</w:t>
      </w:r>
    </w:p>
    <w:p>
      <w:r>
        <w:rPr>
          <w:b/>
        </w:rPr>
        <w:t xml:space="preserve">[25:52] </w:t>
      </w:r>
      <w:r>
        <w:t>aise mahol mein jab paighambar Islam ne bayamil deen ki dawat pesh ki to logon ko nazar aaya ke woh un ki deeni hasiyat ko be-aitbar sabit kar rahi hai.</w:t>
      </w:r>
    </w:p>
    <w:p>
      <w:pPr>
        <w:jc w:val="right"/>
      </w:pPr>
      <w:r>
        <w:t>ایسے ماحول میں جب پیغمبر اسلام نے بیامیل دین کی دعوت پیش کی تو لوگوں کو نظر آیا کہ وہ ان کی دینی حیثیت کو بے اعتبار ثابت کر رہی ہے۔</w:t>
      </w:r>
    </w:p>
    <w:p>
      <w:r>
        <w:rPr>
          <w:b/>
        </w:rPr>
        <w:t xml:space="preserve">[26:07] </w:t>
      </w:r>
      <w:r>
        <w:t>un ko andesha hua ke agar yeh deen phaila to un ka woh mazhabi dhancha thehar jayega jis mein un ko barhai ka maqam mila hua hai.</w:t>
      </w:r>
    </w:p>
    <w:p>
      <w:pPr>
        <w:jc w:val="right"/>
      </w:pPr>
      <w:r>
        <w:t>ان کو اندیشہ ہوا کہ اگر یہ دین پھیلا تو ان کا وہ مذہبی ڈھانچہ ٹھہر جائے گا جس میں ان کو بڑائی کا مقام ملا ہوا ہے۔</w:t>
      </w:r>
    </w:p>
    <w:p>
      <w:r>
        <w:rPr>
          <w:b/>
        </w:rPr>
        <w:t xml:space="preserve">[26:22] </w:t>
      </w:r>
      <w:r>
        <w:t>yeh surat-e-haal daai ke liye bohat sakht hoti hai. Apne da'wati kaam ko khulay taur par anjaam dena waqt ki mazhabi taaqaton se larne ke hamana ban jata hai.</w:t>
      </w:r>
    </w:p>
    <w:p>
      <w:pPr>
        <w:jc w:val="right"/>
      </w:pPr>
      <w:r>
        <w:t>یہ صورتحال داعی کے لیے بہت سخت ہوتی ہے۔ اپنے دعوتی کام کو کھلے طور پر انجام دینا وقت کی مذہبی طاقتوں سے لڑنے کے ہمانہ بن جاتا ہے۔</w:t>
      </w:r>
    </w:p>
    <w:p>
      <w:r>
        <w:rPr>
          <w:b/>
        </w:rPr>
        <w:t xml:space="preserve">[26:38] </w:t>
      </w:r>
      <w:r>
        <w:t>Is ko dikhai deta hai ke agar main kisi maslehat ke baghair sachay deen ki tableegh karoon to mujh ko sakht tareen radd-e-amal ka saamna karna paray ga.</w:t>
      </w:r>
    </w:p>
    <w:p>
      <w:pPr>
        <w:jc w:val="right"/>
      </w:pPr>
      <w:r>
        <w:t>اس کو دکھائی دیتا ہے کہ اگر میں کسی مصالحت کے بغیر سچے دین کی تبلیغ کروں تو مجھ کو سخت ترین ردعمل کا سامنا کرنا پڑے گا۔</w:t>
      </w:r>
    </w:p>
    <w:p>
      <w:r>
        <w:rPr>
          <w:b/>
        </w:rPr>
        <w:t xml:space="preserve">[26:51] </w:t>
      </w:r>
      <w:r>
        <w:t>Mera mazaaq uraya jaye ga, mujh ko be-izzat kiya jaye ga, meri ma'ashiyat tabah ki jayen gi, mere khilaaf jarhana karwai hogi,</w:t>
      </w:r>
    </w:p>
    <w:p>
      <w:pPr>
        <w:jc w:val="right"/>
      </w:pPr>
      <w:r>
        <w:t>میرا مذاق اڑایا جائے گا، مجھ کو بے عزت کیا جائے گا، میری معاشیات تباہ کی جائیں گی، میرے خلاف جارحانہ کارروائی ہوگی،</w:t>
      </w:r>
    </w:p>
    <w:p>
      <w:r>
        <w:rPr>
          <w:b/>
        </w:rPr>
        <w:t xml:space="preserve">[27:05] </w:t>
      </w:r>
      <w:r>
        <w:t>Main a'wan o ansar ki madad se mehroom ho jaon ga. Ab is ke samnay do rastay hotay hain.</w:t>
      </w:r>
    </w:p>
    <w:p>
      <w:pPr>
        <w:jc w:val="right"/>
      </w:pPr>
      <w:r>
        <w:t>میں اعوان و انصار کی مدد سے محروم ہو جاؤں گا۔ اب اس کے سامنے دو راستے ہوتے ہیں۔</w:t>
      </w:r>
    </w:p>
    <w:p>
      <w:r>
        <w:rPr>
          <w:b/>
        </w:rPr>
        <w:t xml:space="preserve">[27:17] </w:t>
      </w:r>
      <w:r>
        <w:t>Da'wati zimmedariyon ko ada karne mein dunyawi maslehaton ke sir haath se chhoot'tay hain. Aur agar dunyawi maslehaton ka lihaaz kiya jaye to da'wati amal ki poori anjaam aati hai.</w:t>
      </w:r>
    </w:p>
    <w:p>
      <w:pPr>
        <w:jc w:val="right"/>
      </w:pPr>
      <w:r>
        <w:t>دعوتی ذمہ داریوں کو ادا کرنے میں دنیاوی مصلحتوں کے سر ہاتھ سے چھوٹتے ہیں۔ اور اگر دنیاوی مصلحتوں کا لحاظ کیا جائے تو دعوتی عمل کی پوری انجام آتی ہے۔</w:t>
      </w:r>
    </w:p>
    <w:p>
      <w:r>
        <w:rPr>
          <w:b/>
        </w:rPr>
        <w:t xml:space="preserve">[27:33] </w:t>
      </w:r>
      <w:r>
        <w:t>Namumkin nazar aati hai. Yahan Khuda ka wada daai ko yaksoo karta hai. Khuda ka wada hai ke daai agar apne aap ko Khuda ke paigham ki paigham rasani mein laga de to logon ki taraf se dali janay wali mushkilat mein Khuda is ke liye kafi ho jaye ga.</w:t>
      </w:r>
    </w:p>
    <w:p>
      <w:pPr>
        <w:jc w:val="right"/>
      </w:pPr>
      <w:r>
        <w:t>ناممکن نظر آتی ہے۔ یہاں خدا کا وعدہ داعی کو یکسو کرتا ہے۔ خدا کا وعدہ ہے کہ داعی اگر اپنے آپ کو خدا کے پیغام کی پیغام رسانی میں لگا دے تو لوگوں کی طرف سے ڈالی جانے والی مشکلات میں خدا اس کے لیے کافی ہو جائے گا۔</w:t>
      </w:r>
    </w:p>
    <w:p>
      <w:r>
        <w:rPr>
          <w:b/>
        </w:rPr>
        <w:t xml:space="preserve">[27:58] </w:t>
      </w:r>
      <w:r>
        <w:t>Daai ko chahiye ke woh sirf dawat ke taqazon ki takmeel mein laga de aur mad'u qaum ki taraf se dalay janay walay masa'ib mein woh Khuda par bharosa karay.</w:t>
      </w:r>
    </w:p>
    <w:p>
      <w:pPr>
        <w:jc w:val="right"/>
      </w:pPr>
      <w:r>
        <w:t>داعی کو چاہیے کہ وہ صرف دعوت کے تقاضوں کی تکمیل میں لگ جائے اور مدعو قوم کی طرف سے ڈالے جانے والے مصائب میں وہ خدا پر بھروسہ کرے۔</w:t>
      </w:r>
    </w:p>
    <w:p>
      <w:r>
        <w:rPr>
          <w:b/>
        </w:rPr>
        <w:t xml:space="preserve">[28:15] </w:t>
      </w:r>
      <w:r>
        <w:t>Mukhatibeen ka radd-e-amal aik fitri cheez hai aur daai ko beh-haal is se saabiqa paish aata hai magar is ka asar isi daira tak mehdood rehta hai jitna Khuda ke qanoon aazmaish ka taqaza hai.</w:t>
      </w:r>
    </w:p>
    <w:p>
      <w:pPr>
        <w:jc w:val="right"/>
      </w:pPr>
      <w:r>
        <w:t>مخاطبین کا ردعمل ایک فطری چیز ہے اور داعی کو بہرحال اس سے سابقہ پیش آتا ہے مگر اس کا اثر اسی دائرے تک محدود رہتا ہے جتنا خدا کے قانون آزمائش کا تقاضا ہے۔</w:t>
      </w:r>
    </w:p>
    <w:p>
      <w:r>
        <w:rPr>
          <w:b/>
        </w:rPr>
        <w:t xml:space="preserve">[28:33] </w:t>
      </w:r>
      <w:r>
        <w:t>Aisa kabhi nahi ho sakta ke mukhalifeen is had tak qaboo yafta ho jayen ke woh da'wati muhim ko rok dein ya is ko takmeel tak pohnchne na dein.</w:t>
      </w:r>
    </w:p>
    <w:p>
      <w:pPr>
        <w:jc w:val="right"/>
      </w:pPr>
      <w:r>
        <w:t>ایسا کبھی نہیں ہو سکتا کہ مخالفین اس حد تک قابو یافتہ ہو جائیں کہ وہ دعوتی مہم کو روک دیں یا اس کو تکمیل تک پہنچنے نہ دیں۔</w:t>
      </w:r>
    </w:p>
    <w:p>
      <w:r>
        <w:rPr>
          <w:b/>
        </w:rPr>
        <w:t xml:space="preserve">[28:49] </w:t>
      </w:r>
      <w:r>
        <w:t>Aik sachi dawat ka apne da'wati nishanay tak pohnchna aik khudai mansooba hota hai. Is liye woh lazman poora ho kar rehta hai.</w:t>
      </w:r>
    </w:p>
    <w:p>
      <w:pPr>
        <w:jc w:val="right"/>
      </w:pPr>
      <w:r>
        <w:t>ایک سچی دعوت کا اپنے دعوتی نشانے تک پہنچنا ایک خدائی منصوبہ ہوتا ہے۔ اس لیے وہ لازماً پورا ہو کر رہتا ہے۔</w:t>
      </w:r>
    </w:p>
    <w:p>
      <w:r>
        <w:rPr>
          <w:b/>
        </w:rPr>
        <w:t xml:space="preserve">[29:00] </w:t>
      </w:r>
      <w:r>
        <w:t>is ke baad mad'oo giroh ka manna is ki apni zimmedari hai jo isi ke baad nateeja</w:t>
      </w:r>
    </w:p>
    <w:p>
      <w:pPr>
        <w:jc w:val="right"/>
      </w:pPr>
      <w:r>
        <w:t>اس کے بعد مدعو گروہ کا ماننا اس کی اپنی ذمہ داری ہے جو اسی کے بقدر نتیجہ</w:t>
      </w:r>
    </w:p>
    <w:p>
      <w:r>
        <w:rPr>
          <w:b/>
        </w:rPr>
        <w:t xml:space="preserve">[29:08] </w:t>
      </w:r>
      <w:r>
        <w:t>khaiz hoti hai jitna mad'oo khud chahta ho.</w:t>
      </w:r>
    </w:p>
    <w:p>
      <w:pPr>
        <w:jc w:val="right"/>
      </w:pPr>
      <w:r>
        <w:t>خیز ہوتی ہے جتنا مدعو خود چاہتا ہو۔</w:t>
      </w:r>
    </w:p>
    <w:p>
      <w:r>
        <w:rPr>
          <w:b/>
        </w:rPr>
        <w:t xml:space="preserve">[30:28] </w:t>
      </w:r>
      <w:r>
        <w:t>Keh do ae ahl-e-kitab! Tum kisi cheez par nahi jab tak tum qaim na karo Taurat aur Injeel ko aur us ko jo tumharay paas utra hai tumharay Rab ki taraf se aur jo kuch tumharay oopar tumharay Rab ki taraf se utara gaya hai woh yaqeenan un mein se aksar ke sarkashi aur inkaar ko barha'ay ga.</w:t>
      </w:r>
    </w:p>
    <w:p>
      <w:pPr>
        <w:jc w:val="right"/>
      </w:pPr>
      <w:r>
        <w:t>کہہ دو اے اہل کتاب! تم کسی چیز پر نہیں جب تک تم قائم نہ کرو تورات اور انجیل کو اور اس کو جو تمہارے پاس اترا ہے تمہارے رب کی طرف سے اور جو کچھ تمہارے اوپر تمہارے رب کی طرف سے اتارا گیا ہے وہ یقینا ان میں سے اکثر کے سرکشی اور انکار کو بڑھائے گا۔</w:t>
      </w:r>
    </w:p>
    <w:p>
      <w:r>
        <w:rPr>
          <w:b/>
        </w:rPr>
        <w:t xml:space="preserve">[30:55] </w:t>
      </w:r>
      <w:r>
        <w:t>Pas tum inkaar karne walon ke oopar afsos na karo. Be-shak jo log iman laye aur jo log Yahoodi hue aur Sahabi aur Nasrani,</w:t>
      </w:r>
    </w:p>
    <w:p>
      <w:pPr>
        <w:jc w:val="right"/>
      </w:pPr>
      <w:r>
        <w:t>پس تم انکار کرنے والوں کے اوپر افسوس نہ کرو۔ بے شک جو لوگ ایمان لائے اور جو لوگ یہودی ہوئے اور صحابی اور نصرانی،</w:t>
      </w:r>
    </w:p>
    <w:p>
      <w:r>
        <w:rPr>
          <w:b/>
        </w:rPr>
        <w:t xml:space="preserve">[31:09] </w:t>
      </w:r>
      <w:r>
        <w:t>Jo shakhs bhi iman laye Allah par aur aakhirat ke din par aur naik amal karay to un ke liye na koi andesha hai aur na woh ghamgeen hon gay.</w:t>
      </w:r>
    </w:p>
    <w:p>
      <w:pPr>
        <w:jc w:val="right"/>
      </w:pPr>
      <w:r>
        <w:t>جو شخص بھی ایمان لائے اللہ پر اور آخرت کے دن پر اور نیک عمل کرے تو ان کے لیے نہ کوئی اندیشہ ہے اور نہ وہ غمگین ہوں گے۔</w:t>
      </w:r>
    </w:p>
    <w:p>
      <w:r>
        <w:rPr>
          <w:b/>
        </w:rPr>
        <w:t xml:space="preserve">[31:25] </w:t>
      </w:r>
      <w:r>
        <w:t>Tashreeh: Yahood ka yeh haal tha ke un ke afraad 'amalan Khuda ke deen par qaim na thay. Unhon ne apne nafs ko aur apni zindagi ke mamlaat ko Khuda ke tabay nahi kiya tha.</w:t>
      </w:r>
    </w:p>
    <w:p>
      <w:pPr>
        <w:jc w:val="right"/>
      </w:pPr>
      <w:r>
        <w:t>تشریح: یہود کا یہ حال تھا کہ ان کے افراد عملاً خدا کے دین پر قائم نہ تھے۔ انہوں نے اپنے نفس کو اور اپنی زندگی کے معاملات کو خدا کے تابع نہیں کیا تھا۔</w:t>
      </w:r>
    </w:p>
    <w:p>
      <w:r>
        <w:rPr>
          <w:b/>
        </w:rPr>
        <w:t xml:space="preserve">[31:42] </w:t>
      </w:r>
      <w:r>
        <w:t>Albatta khush-gumaniyon ke tehat unhon ne yeh aqeedah bana liya tha ke Khuda ke yahan un ki nijaat yaqeen hai.</w:t>
      </w:r>
    </w:p>
    <w:p>
      <w:pPr>
        <w:jc w:val="right"/>
      </w:pPr>
      <w:r>
        <w:t>البتہ خوشگمانیوں کے تحت انہوں نے یہ عقیدہ بنا لیا تھا کہ خدا کے یہاں ان کی نجات یقینی ہے۔</w:t>
      </w:r>
    </w:p>
    <w:p>
      <w:r>
        <w:rPr>
          <w:b/>
        </w:rPr>
        <w:t xml:space="preserve">[31:52] </w:t>
      </w:r>
      <w:r>
        <w:t>Woh apni qaumi fazeelat ke afsanon aur apne buzurgon ke taqaddus ki dastan'on mein jee rahay thay magar Allah ke yahan is qism ki khush-khayaliyon ki koi qeemat nahi.</w:t>
      </w:r>
    </w:p>
    <w:p>
      <w:pPr>
        <w:jc w:val="right"/>
      </w:pPr>
      <w:r>
        <w:t>وہ اپنی قومی فضیلت کے افسانوں اور اپنے بزرگوں کے تقدس کی داستانوں میں جی رہے تھے مگر اللہ کے یہاں اس قسم کی خوشخیالیوں کی کوئی قیمت نہیں۔</w:t>
      </w:r>
    </w:p>
    <w:p>
      <w:r>
        <w:rPr>
          <w:b/>
        </w:rPr>
        <w:t xml:space="preserve">[32:07] </w:t>
      </w:r>
      <w:r>
        <w:t>Allah ke yahan jo kuch qeemat hai woh sirf is baat ki hai ke aadmi Allah ke ahkam ka paband banay aur apni haqeeqi zindagi ko Khuda ke deen par qaim karay.</w:t>
      </w:r>
    </w:p>
    <w:p>
      <w:pPr>
        <w:jc w:val="right"/>
      </w:pPr>
      <w:r>
        <w:t>اللہ کے یہاں جو کچھ قیمت ہے وہ صرف اس بات کی ہے کہ آدمی اللہ کے احکام کا پابند بنے اور اپنی حقیقی زندگی کو خدا کے دین پر قائم کرے۔</w:t>
      </w:r>
    </w:p>
    <w:p>
      <w:r>
        <w:rPr>
          <w:b/>
        </w:rPr>
        <w:t xml:space="preserve">[32:25] </w:t>
      </w:r>
      <w:r>
        <w:t>Jo log jhooti aarzo'on mein jee rahay hon, un ke samnay jab yeh dawat aati hai ke Allah ke yahan amal ki qeemat hai na ke aarzo aur tamanna ki to aisi dawat ke khilaaf woh shadeed radd-e-amal ka izhaar karte hain.</w:t>
      </w:r>
    </w:p>
    <w:p>
      <w:pPr>
        <w:jc w:val="right"/>
      </w:pPr>
      <w:r>
        <w:t>جو لوگ جھوٹی آرزوؤں میں جی رہے ہوں، ان کے سامنے جب یہ دعوت آتی ہے کہ اللہ کے یہاں عمل کی قیمت ہے نہ کہ آرزو اور تمنا کی تو ایسی دعوت کے خلاف وہ شدید ردعمل کا اظہار کرتے ہیں۔</w:t>
      </w:r>
    </w:p>
    <w:p>
      <w:r>
        <w:rPr>
          <w:b/>
        </w:rPr>
        <w:t xml:space="preserve">[32:43] </w:t>
      </w:r>
      <w:r>
        <w:t>Aisi dawat mein un ko apni khush-gumaniyon ka mahal girta hua nazar aata hai. Yeh surat-e-haal un ke liye aazmaish ban jati hai.</w:t>
      </w:r>
    </w:p>
    <w:p>
      <w:pPr>
        <w:jc w:val="right"/>
      </w:pPr>
      <w:r>
        <w:t>ایسی دعوت میں ان کو اپنی خوشخیالیوں کا محل گرتا ہوا نظر آتا ہے۔ یہ صورتحال ان کے لیے آزمائش بن جاتی ہے۔</w:t>
      </w:r>
    </w:p>
    <w:p>
      <w:r>
        <w:rPr>
          <w:b/>
        </w:rPr>
        <w:t xml:space="preserve">[32:55] </w:t>
      </w:r>
      <w:r>
        <w:t>Woh aisi dawat ke sakht mukhalif ho jatay hain. Numayeshai Khuda parasti ke andar chupi hui un ki khud parasti be-parda ho kar samnay aa jati hai.</w:t>
      </w:r>
    </w:p>
    <w:p>
      <w:pPr>
        <w:jc w:val="right"/>
      </w:pPr>
      <w:r>
        <w:t>وہ ایسی دعوت کے سخت مخالف ہو جاتے ہیں۔ نمائشی خدا پرستی کے اندر چھپی ہوئی ان کی خود پرستی بے پردہ ہو کر سامنے آ جاتی ہے۔</w:t>
      </w:r>
    </w:p>
    <w:p>
      <w:r>
        <w:rPr>
          <w:b/>
        </w:rPr>
        <w:t xml:space="preserve">[33:07] </w:t>
      </w:r>
      <w:r>
        <w:t>Jis dawat se un ko Rabani ghiza lena chahiye tha, us se woh sirf ki ghiza aur sarkashi ki ghiza lene lagtay hain.</w:t>
      </w:r>
    </w:p>
    <w:p>
      <w:pPr>
        <w:jc w:val="right"/>
      </w:pPr>
      <w:r>
        <w:t>جس دعوت سے ان کو ربانی غذا لینا چاہیے تھا، اس سے وہ صرف کی غذا اور سرکشی کی غذا لینے لگتے ہیں۔</w:t>
      </w:r>
    </w:p>
    <w:p>
      <w:r>
        <w:rPr>
          <w:b/>
        </w:rPr>
        <w:t xml:space="preserve">[33:20] </w:t>
      </w:r>
      <w:r>
        <w:t>Qadeem zamanay mein jo paighambar aaye, un ke mannay walon ki naslain dheeray dheeray mustaqil qaum ki soorat ikhtiyar kar leti hain.</w:t>
      </w:r>
    </w:p>
    <w:p>
      <w:pPr>
        <w:jc w:val="right"/>
      </w:pPr>
      <w:r>
        <w:t>قدیم زمانے میں جو پیغمبر آئے، ان کے ماننے والوں کی نسلیں دھیرے دھیرے مستقل قوم کی صورت اختیار کر لیتی ہیں۔</w:t>
      </w:r>
    </w:p>
    <w:p>
      <w:r>
        <w:rPr>
          <w:b/>
        </w:rPr>
        <w:t xml:space="preserve">[33:31] </w:t>
      </w:r>
      <w:r>
        <w:t>Ab paighambaron ke namoonay par amal to baqi nahi rehta, albatta apni azmat o fazeelat ke qaseeday qissay kahaniyon ki soorat mein khoob phail jatay hain.</w:t>
      </w:r>
    </w:p>
    <w:p>
      <w:pPr>
        <w:jc w:val="right"/>
      </w:pPr>
      <w:r>
        <w:t>اب پیغمبروں کے نمونے پر عمل تو باقی نہیں رہتا، البتہ اپنی عظمت و فضیلت کے قصیدے قصے کہانیوں کی صورت میں خوب پھیل جاتے ہیں۔</w:t>
      </w:r>
    </w:p>
    <w:p>
      <w:r>
        <w:rPr>
          <w:b/>
        </w:rPr>
        <w:t xml:space="preserve">[33:43] </w:t>
      </w:r>
      <w:r>
        <w:t>Har giroh samajhnay lagta hai ke hum sab se afzal hain, hamari nijaat yaqeen hai, Allah ke yahan hamara darja sab se barha hua hai.</w:t>
      </w:r>
    </w:p>
    <w:p>
      <w:pPr>
        <w:jc w:val="right"/>
      </w:pPr>
      <w:r>
        <w:t>ہر گروہ سمجھنے لگتا ہے کہ ہم سب سے افضل ہیں، ہماری نجات یقینی ہے، اللہ کے یہاں ہمارا درجہ سب سے بڑھا ہوا ہے۔</w:t>
      </w:r>
    </w:p>
    <w:p>
      <w:r>
        <w:rPr>
          <w:b/>
        </w:rPr>
        <w:t xml:space="preserve">[33:54] </w:t>
      </w:r>
      <w:r>
        <w:t>magar is qism ke grouhi mazahib ki Khuda ke nazdeek koi qeemat nahin. Allah ke yahan har shakhs ka muqaddama infiradi hesiyat mein pesh hoga aur is ke mustaqbil ki babat jo kuch faisla hoga, woh tamam tar is ke apne amal ki buniyad par hoga na ke kisi aur buniyad par.</w:t>
      </w:r>
    </w:p>
    <w:p>
      <w:pPr>
        <w:jc w:val="right"/>
      </w:pPr>
      <w:r>
        <w:t>مگر اس قسم کے گروہی مذاہب کی خدا کے نزدیک کوئی قیمت نہیں۔ اللہ کے یہاں ہر شخص کا مقدمہ انفرادی حیثیت میں پیش ہوگا اور اس کے مستقبل کی بابت جو کچھ فیصلہ ہوگا، وہ تمام تر اس کے اپنے عمل کی بنیاد پر ہوگا نہ کہ کسی اور بنیاد پر۔</w:t>
      </w:r>
    </w:p>
    <w:p>
      <w:r>
        <w:rPr>
          <w:b/>
        </w:rPr>
        <w:t xml:space="preserve">[34:21] </w:t>
      </w:r>
      <w:r>
        <w:t>Khuda ki kitab ko qaim karna naam hai Allah par yaqeen karne ka, akhirat ki pakad se darne ka aur insanon ke darmiyan saleh kirdaar ke sath zindagi guzarne ka.</w:t>
      </w:r>
    </w:p>
    <w:p>
      <w:pPr>
        <w:jc w:val="right"/>
      </w:pPr>
      <w:r>
        <w:t>خدا کی کتاب کو قائم کرنا نام ہے اللہ پر یقین کرنے کا، آخرت کی پکڑ سے ڈرنے کا اور انسانوں کے درمیان صالح کردار کے ساتھ زندگی گزارنے کا۔</w:t>
      </w:r>
    </w:p>
    <w:p>
      <w:r>
        <w:rPr>
          <w:b/>
        </w:rPr>
        <w:t xml:space="preserve">[34:40] </w:t>
      </w:r>
      <w:r>
        <w:t>yahi asal deen hai aur har fard ko yahi apni zindagi mein ikhtiyar karna hai. Aasmani kitab ki haamil qaum ki qeemat duniya mein isi waqt hai jab ke is ke afraad is deen Khudaawandi par qaim hon.</w:t>
      </w:r>
    </w:p>
    <w:p>
      <w:pPr>
        <w:jc w:val="right"/>
      </w:pPr>
      <w:r>
        <w:t>یہی اصل دین ہے اور ہر فرد کو یہی اپنی زندگی میں اختیار کرنا ہے۔ آسمانی کتاب کی حامل قوم کی قیمت دنیا میں اسی وقت ہے جب کہ اس کے افراد اس دین خداوندی پر قائم ہوں۔</w:t>
      </w:r>
    </w:p>
    <w:p>
      <w:r>
        <w:rPr>
          <w:b/>
        </w:rPr>
        <w:t xml:space="preserve">[34:57] </w:t>
      </w:r>
      <w:r>
        <w:t>is se hatnay ke baad woh khuda ki nazar mein bilkul be qeemat ho jatay hain, hatta ke</w:t>
      </w:r>
    </w:p>
    <w:p>
      <w:pPr>
        <w:jc w:val="right"/>
      </w:pPr>
      <w:r>
        <w:t>اس سے ہٹنے کے بعد وہ خدا کی نظر میں بالکل بے قیمت ہو جاتے ہیں، حتیٰ کہ</w:t>
      </w:r>
    </w:p>
    <w:p>
      <w:r>
        <w:rPr>
          <w:b/>
        </w:rPr>
        <w:t xml:space="preserve">[35:03] </w:t>
      </w:r>
      <w:r>
        <w:t>khulay hue munkiron aur mushrikon se bhi ziyada be qeemat.</w:t>
      </w:r>
    </w:p>
    <w:p>
      <w:pPr>
        <w:jc w:val="right"/>
      </w:pPr>
      <w:r>
        <w:t>کھلے ہوئے منکروں اور مشرکوں سے بھی زیادہ بے قیمت۔</w:t>
      </w:r>
    </w:p>
    <w:p>
      <w:r>
        <w:rPr>
          <w:b/>
        </w:rPr>
        <w:t xml:space="preserve">[36:17] </w:t>
      </w:r>
      <w:r>
        <w:t>hum ne Bani Israel se ahad liya aur un ki taraf bohat se rasool bheje. Jab koi rasool un ke paas aisi baat le kar aaya jis ko un ka jee na chahta tha to ba'zon ko unhon ne jhutlaya aur ba'zon ko qatl kar diya aur khayal kiya ke kuch kharabi na hogi.</w:t>
      </w:r>
    </w:p>
    <w:p>
      <w:pPr>
        <w:jc w:val="right"/>
      </w:pPr>
      <w:r>
        <w:t>ہم نے بنی اسرائیل سے عہد لیا اور ان کی طرف بہت سے رسول بھیجے۔ جب کوئی رسول ان کے پاس ایسی بات لے کر آیا جس کو ان کا جی نہ چاہتا تھا تو بعضوں کو انہوں نے جھٹلایا اور بعضوں کو قتل کر دیا اور خیال کیا کہ کچھ خرابی نہ ہوگی۔</w:t>
      </w:r>
    </w:p>
    <w:p>
      <w:r>
        <w:rPr>
          <w:b/>
        </w:rPr>
        <w:t xml:space="preserve">[36:22] </w:t>
      </w:r>
      <w:r>
        <w:t>jab koi rasool in ke paas aisi baat le kar aaya jis ko in ka jee na chahta</w:t>
      </w:r>
    </w:p>
    <w:p>
      <w:pPr>
        <w:jc w:val="right"/>
      </w:pPr>
      <w:r>
        <w:t>جب کوئی رسول ان کے پاس ایسی بات لے کر آیا جس کو ان کا جی نہ چاہتا</w:t>
      </w:r>
    </w:p>
    <w:p>
      <w:r>
        <w:rPr>
          <w:b/>
        </w:rPr>
        <w:t xml:space="preserve">[36:28] </w:t>
      </w:r>
      <w:r>
        <w:t>tha to ba'az ko unhon ne jhutlaya aur ba'az ko qatal kar diya aur khayal kiya ke kuch</w:t>
      </w:r>
    </w:p>
    <w:p>
      <w:pPr>
        <w:jc w:val="right"/>
      </w:pPr>
      <w:r>
        <w:t>تھا تو بعضوں کو انہوں نے جھٹلایا اور بعضوں کو قتل کر دیا اور خیال کیا کہ کچھ</w:t>
      </w:r>
    </w:p>
    <w:p>
      <w:r>
        <w:rPr>
          <w:b/>
        </w:rPr>
        <w:t xml:space="preserve">[36:37] </w:t>
      </w:r>
      <w:r>
        <w:t>kharabi na hogi.</w:t>
      </w:r>
    </w:p>
    <w:p>
      <w:pPr>
        <w:jc w:val="right"/>
      </w:pPr>
      <w:r>
        <w:t>خرابی نہ ہوگی۔</w:t>
      </w:r>
    </w:p>
    <w:p>
      <w:r>
        <w:rPr>
          <w:b/>
        </w:rPr>
        <w:t xml:space="preserve">[36:39] </w:t>
      </w:r>
      <w:r>
        <w:t>pas woh andhe aur bahre ban gaye. Phir Allah ne un par tawajjuh ki. Phir un mein se bohat se andhe aur bahre ban gaye aur Allah dekhta hai jo kuch woh kar rahe hain.</w:t>
      </w:r>
    </w:p>
    <w:p>
      <w:pPr>
        <w:jc w:val="right"/>
      </w:pPr>
      <w:r>
        <w:t>پس وہ اندھے اور بہرے بن گئے۔ پھر اللہ نے ان پر توجہ کی۔ پھر ان میں سے بہت سے اندھے اور بہرے بن گئے اور اللہ دیکھتا ہے جو کچھ وہ کر رہے ہیں۔</w:t>
      </w:r>
    </w:p>
    <w:p>
      <w:r>
        <w:rPr>
          <w:b/>
        </w:rPr>
        <w:t xml:space="preserve">[36:56] </w:t>
      </w:r>
      <w:r>
        <w:t>tashreeh: Yahood se Allah ne Hazrat Musa ke zariye imaan o itaat ka ahad liya tha. Woh kuch din is par qaim rahe.</w:t>
      </w:r>
    </w:p>
    <w:p>
      <w:pPr>
        <w:jc w:val="right"/>
      </w:pPr>
      <w:r>
        <w:t>تشریح: یہود سے اللہ نے حضرت موسیٰ کے ذریعے ایمان و اطاعت کا عہد لیا تھا۔ وہ کچھ دن اس پر قائم رہے۔</w:t>
      </w:r>
    </w:p>
    <w:p>
      <w:r>
        <w:rPr>
          <w:b/>
        </w:rPr>
        <w:t xml:space="preserve">[37:07] </w:t>
      </w:r>
      <w:r>
        <w:t>is ke baad un mein bigaad shuru ho gaya. Ab Allah ne un ke darmiyan apne muslehīn uthaye jo un ko apne ahad ki yaad dehani karen.</w:t>
      </w:r>
    </w:p>
    <w:p>
      <w:pPr>
        <w:jc w:val="right"/>
      </w:pPr>
      <w:r>
        <w:t>اس کے بعد ان میں بگاڑ شروع ہو گیا۔ اب اللہ نے ان کے درمیان اپنے مصلحین اٹھائے جو ان کو اپنے عہد کی یاد دہانی کریں۔</w:t>
      </w:r>
    </w:p>
    <w:p>
      <w:r>
        <w:rPr>
          <w:b/>
        </w:rPr>
        <w:t xml:space="preserve">[37:20] </w:t>
      </w:r>
      <w:r>
        <w:t>magar Yahood ki be rahī aur sarkashi barhti hi chali gayi. Unhon ne khud naseehat karne walon ki zuban band karne ki koshish ki, hatta ke kitne logon ko qatl kar diya.</w:t>
      </w:r>
    </w:p>
    <w:p>
      <w:pPr>
        <w:jc w:val="right"/>
      </w:pPr>
      <w:r>
        <w:t>مگر یہود کی بے راہی اور سرکشی بڑھتی ہی چلی گئی۔ انہوں نے خود نصیحت کرنے والوں کی زبان بند کرنے کی کوشش کی، حتیٰ کہ کتنے لوگوں کو قتل کر دیا۔</w:t>
      </w:r>
    </w:p>
    <w:p>
      <w:r>
        <w:rPr>
          <w:b/>
        </w:rPr>
        <w:t xml:space="preserve">[37:35] </w:t>
      </w:r>
      <w:r>
        <w:t>jab un ki sarkashi had ko pahunch gayi to Allah ne Babel o Nineveh ke badshah Banu Khad Nusr ko un ke upar musallat kar diya, jis ne 586 qabl Masih mein Jerusalem par hamla kar ke Yahood ke muqaddas shehar ko dha diya aur Yahudiyon ko giraftar kar ke apne mulk le gaya taake un se bigaar le.</w:t>
      </w:r>
    </w:p>
    <w:p>
      <w:pPr>
        <w:jc w:val="right"/>
      </w:pPr>
      <w:r>
        <w:t>جب ان کی سرکشی حد کو پہنچ گئی تو اللہ نے بابل و نینوا کے بادشاہ بنو خض نصر کو ان کے اوپر مسلط کر دیا، جس نے 586 قبل مسیح میں یروشلم پر حملہ کر کے یہود کے مقدس شہر کو ڈھا دیا اور یہودیوں کو گرفتار کر کے اپنے ملک لے گیا تاکہ ان سے بیگار لے۔</w:t>
      </w:r>
    </w:p>
    <w:p>
      <w:r>
        <w:rPr>
          <w:b/>
        </w:rPr>
        <w:t xml:space="preserve">[38:02] </w:t>
      </w:r>
      <w:r>
        <w:t>is waqe ke baad Yahood ke dil naram hue. Unhon ne Allah se maafi mangi. Ab Allah ne Cyrus Shah Iran ke zariye un ki madad ki.</w:t>
      </w:r>
    </w:p>
    <w:p>
      <w:pPr>
        <w:jc w:val="right"/>
      </w:pPr>
      <w:r>
        <w:t>اس واقعے کے بعد یہود کے دل نرم ہوئے۔ انہوں نے اللہ سے معافی مانگی۔ اب اللہ نے سائرس شاہیران کے ذریعے ان کی مدد کی۔</w:t>
      </w:r>
    </w:p>
    <w:p>
      <w:r>
        <w:rPr>
          <w:b/>
        </w:rPr>
        <w:t xml:space="preserve">[38:16] </w:t>
      </w:r>
      <w:r>
        <w:t>Cyrus ne 539 qabl Masih mein Qaldaniyon ke upar hamla kiya aur un ko shikast de kar un ke mulk par qabza kar liya.</w:t>
      </w:r>
    </w:p>
    <w:p>
      <w:pPr>
        <w:jc w:val="right"/>
      </w:pPr>
      <w:r>
        <w:t>سائرس نے 539 قبل مسیح میں قلدانیوں کے اوپر حملہ کیا اور ان کو شکست دے کر ان کے ملک پر قبضہ کر لیا۔</w:t>
      </w:r>
    </w:p>
    <w:p>
      <w:r>
        <w:rPr>
          <w:b/>
        </w:rPr>
        <w:t xml:space="preserve">[38:26] </w:t>
      </w:r>
      <w:r>
        <w:t>is ke baad us ne Yahood ko jala watani se nijat dila kar un ko un ke watan jaane aur wahan dobara basne ki ijazat de di.</w:t>
      </w:r>
    </w:p>
    <w:p>
      <w:pPr>
        <w:jc w:val="right"/>
      </w:pPr>
      <w:r>
        <w:t>اس کے بعد اس نے یہود کو جلاوطنی سے نجات دلا کر ان کو ان کے وطن جانے اور وہاں دوبارہ بسنے کی اجازت دے دی۔</w:t>
      </w:r>
    </w:p>
    <w:p>
      <w:r>
        <w:rPr>
          <w:b/>
        </w:rPr>
        <w:t xml:space="preserve">[38:40] </w:t>
      </w:r>
      <w:r>
        <w:t>ab Yahood ko nayi zindagi mili aur un ko kafi farogh hasil hua, magar kuch dinon ke baad woh dobara ghaflat aur sarkashi mein mubtala hue.</w:t>
      </w:r>
    </w:p>
    <w:p>
      <w:pPr>
        <w:jc w:val="right"/>
      </w:pPr>
      <w:r>
        <w:t>اب یہود کو نئی زندگی ملی اور ان کو کافی فروغ حاصل ہوا، مگر کچھ دنوں کے بعد وہ دوبارہ غفلت اور سرکشی میں مبتلا ہوئے۔</w:t>
      </w:r>
    </w:p>
    <w:p>
      <w:r>
        <w:rPr>
          <w:b/>
        </w:rPr>
        <w:t xml:space="preserve">[38:51] </w:t>
      </w:r>
      <w:r>
        <w:t>ab phir nabiyon aur muslehīn ke zariye Allah ne un ko mutanabbih kiya, magar woh hosh mein na aaye, yahan tak ke unhon ne Hazrat Yahya ko qatl kar diya aur apni had tak Hazrat Masih ko bhi.</w:t>
      </w:r>
    </w:p>
    <w:p>
      <w:pPr>
        <w:jc w:val="right"/>
      </w:pPr>
      <w:r>
        <w:t>اب پھر نبیوں اور مصلحین کے ذریعے اللہ نے ان کو متنبہ کیا، مگر وہ ہوش میں نہ آئے، یہاں تک کہ انہوں نے حضرت یحییٰ کو قتل کر دیا اور اپنی حد تک حضرت مسیح کو بھی۔</w:t>
      </w:r>
    </w:p>
    <w:p>
      <w:r>
        <w:rPr>
          <w:b/>
        </w:rPr>
        <w:t xml:space="preserve">[39:07] </w:t>
      </w:r>
      <w:r>
        <w:t>ab Allah ka ghazab un par bhadka aur san 70 Eesvi mein Roomi shehanshah Titus ko un par musallat kar diya gaya, jis ne un ke mulk par hamla kar ke un ko veeran kar diya.</w:t>
      </w:r>
    </w:p>
    <w:p>
      <w:pPr>
        <w:jc w:val="right"/>
      </w:pPr>
      <w:r>
        <w:t>اب اللہ کا غضب ان پر بھڑکا اور سن 70 عیسوی میں رومی شہنشاہ ٹائٹس کو ان پر مسلط کر دیا گیا، جس نے ان کے ملک پر حملہ کر کے ان کو ویران کر دیا۔</w:t>
      </w:r>
    </w:p>
    <w:p>
      <w:r>
        <w:rPr>
          <w:b/>
        </w:rPr>
        <w:t xml:space="preserve">[39:21] </w:t>
      </w:r>
      <w:r>
        <w:t>is ke baad Yahood kabhi apni zaati buniyad par khade na ho sake.</w:t>
      </w:r>
    </w:p>
    <w:p>
      <w:pPr>
        <w:jc w:val="right"/>
      </w:pPr>
      <w:r>
        <w:t>اس کے بعد یہود کبھی اپنی ذاتی بنیاد پر کھڑے نہ ہو سکے۔</w:t>
      </w:r>
    </w:p>
    <w:p>
      <w:r>
        <w:rPr>
          <w:b/>
        </w:rPr>
        <w:t xml:space="preserve">[39:30] </w:t>
      </w:r>
      <w:r>
        <w:t>aasmani kitab ki haamil qaumon ki nafsiyat baad ke zamane mein yeh ban jati hai ke woh Khuda ke khaas log hain.</w:t>
      </w:r>
    </w:p>
    <w:p>
      <w:pPr>
        <w:jc w:val="right"/>
      </w:pPr>
      <w:r>
        <w:t>آسمانی کتاب کی حامل قوموں کی نفسیات بعد کے زمانے میں یہ بن جاتی ہے کہ وہ خدا کے خاص لوگ ہیں۔</w:t>
      </w:r>
    </w:p>
    <w:p>
      <w:r>
        <w:rPr>
          <w:b/>
        </w:rPr>
        <w:t xml:space="preserve">[39:39] </w:t>
      </w:r>
      <w:r>
        <w:t>woh jo kuch bhi karen, us par un ki pakad nahin hogi. Khuda ki taleemat mein is aqeeday ke khilaf khule khule bayan hote hain, magar woh un ke bare mein andhe aur bahre ban jate hain.</w:t>
      </w:r>
    </w:p>
    <w:p>
      <w:pPr>
        <w:jc w:val="right"/>
      </w:pPr>
      <w:r>
        <w:t>وہ جو کچھ بھی کریں، اس پر ان کی پکڑ نہیں ہوگی۔ خدا کی تعلیمات میں اس عقیدے کے خلاف کھلے کھلے بیانات ہوتے ہیں، مگر وہ ان کے بارے میں اندھے اور بہرے بن جاتے ہیں۔</w:t>
      </w:r>
    </w:p>
    <w:p>
      <w:r>
        <w:rPr>
          <w:b/>
        </w:rPr>
        <w:t xml:space="preserve">[39:54] </w:t>
      </w:r>
      <w:r>
        <w:t>woh apne gird khud saakhta aqeedon aur farzi qisse kahaniyon ka aisa haala bana lete hain ke Khuda ki tanbihāt un ko dikhai aur sunai nahin deti.</w:t>
      </w:r>
    </w:p>
    <w:p>
      <w:pPr>
        <w:jc w:val="right"/>
      </w:pPr>
      <w:r>
        <w:t>وہ اپنے گرد خود ساختہ عقیدوں اور فرضی قصے کہانیوں کا ایسا حالہ بنا لیتے ہیں کہ خدا کی تنبیہات ان کو دکھائی اور سنائی نہیں دیتی۔</w:t>
      </w:r>
    </w:p>
    <w:p>
      <w:r>
        <w:rPr>
          <w:b/>
        </w:rPr>
        <w:t xml:space="preserve">[40:09] </w:t>
      </w:r>
      <w:r>
        <w:t>Yahood ki yeh tareekh batati hai ke jab bhi ek haamil kitab qaum ko us ke dushmanon ke qabze mein de diya jaye to yeh us ke liye Khuda ki taraf se azmaish ka waqt hota hai.</w:t>
      </w:r>
    </w:p>
    <w:p>
      <w:pPr>
        <w:jc w:val="right"/>
      </w:pPr>
      <w:r>
        <w:t>یہود کی یہ تاریخ بتاتی ہے کہ جب بھی ایک حامل کتاب قوم کو اس کے دشمنوں کے قبضے میں دے دیا جائے تو یہ اس کے لیے خدا کی طرف سے آزمائش کا وقت ہوتا ہے۔</w:t>
      </w:r>
    </w:p>
    <w:p>
      <w:r>
        <w:rPr>
          <w:b/>
        </w:rPr>
        <w:t xml:space="preserve">[40:24] </w:t>
      </w:r>
      <w:r>
        <w:t>is ka matlab yeh hota hai ke halki saza de kar qaum ko jagaya jaye. Agar is ke nateeje mein qaum ke afraad mein Khuda parastana jazbat jaag uthen to us ke upar se saza utha li jati hai,</w:t>
      </w:r>
    </w:p>
    <w:p>
      <w:pPr>
        <w:jc w:val="right"/>
      </w:pPr>
      <w:r>
        <w:t>اس کا مطلب یہ ہوتا ہے کہ ہلکی سزا دے کر قوم کو جگایا جائے۔ اگر اس کے نتیجے میں قوم کے افراد میں خدا پرستانہ جذبات جاگ اٹھیں تو اس کے اوپر سے سزا اٹھا لی جاتی ہے،</w:t>
      </w:r>
    </w:p>
    <w:p>
      <w:r>
        <w:rPr>
          <w:b/>
        </w:rPr>
        <w:t xml:space="preserve">[40:40] </w:t>
      </w:r>
      <w:r>
        <w:t>aur agar aisa na ho to khuda is ko radd kar ke phenk deta hai, aur phir kabhi</w:t>
      </w:r>
    </w:p>
    <w:p>
      <w:pPr>
        <w:jc w:val="right"/>
      </w:pPr>
      <w:r>
        <w:t>اور اگر ایسا نہ ہو تو خدا اس کو رد کر کے پھینک دیتا ہے، اور پھر کبھی</w:t>
      </w:r>
    </w:p>
    <w:p>
      <w:r>
        <w:rPr>
          <w:b/>
        </w:rPr>
        <w:t xml:space="preserve">[40:47] </w:t>
      </w:r>
      <w:r>
        <w:t>is ki taraf mutawajjah nahi hota.</w:t>
      </w:r>
    </w:p>
    <w:p>
      <w:pPr>
        <w:jc w:val="right"/>
      </w:pPr>
      <w:r>
        <w:t>اس کی طرف متوجہ نہیں ہوتا۔</w:t>
      </w:r>
    </w:p>
    <w:p>
      <w:r>
        <w:rPr>
          <w:b/>
        </w:rPr>
        <w:t xml:space="preserve">[42:05] </w:t>
      </w:r>
      <w:r>
        <w:t>afla yatuboon ila allahi wa yastaghfiroon? wallahu ghafoorun raheem.</w:t>
      </w:r>
    </w:p>
    <w:p>
      <w:pPr>
        <w:jc w:val="right"/>
      </w:pPr>
      <w:r>
        <w:t>أفلا يتوبون إلى الله ويستغفرونه؟ والله غفور رحيم.</w:t>
      </w:r>
    </w:p>
    <w:p>
      <w:r>
        <w:rPr>
          <w:b/>
        </w:rPr>
        <w:t xml:space="preserve">[42:11] </w:t>
      </w:r>
      <w:r>
        <w:t>walahu ghafoor raheem.</w:t>
      </w:r>
    </w:p>
    <w:p>
      <w:pPr>
        <w:jc w:val="right"/>
      </w:pPr>
      <w:r>
        <w:t>والله غفور رحيم.</w:t>
      </w:r>
    </w:p>
    <w:p>
      <w:r>
        <w:rPr>
          <w:b/>
        </w:rPr>
        <w:t xml:space="preserve">[42:16] </w:t>
      </w:r>
      <w:r>
        <w:t>mal maseehu bin mariyam illa rasoolun qad khalat min qablihi ar rusulu wa ummuhu siddiqatun, wa ummuhu siddiqatun kana yaakulaan at ta'aam.</w:t>
      </w:r>
    </w:p>
    <w:p>
      <w:pPr>
        <w:jc w:val="right"/>
      </w:pPr>
      <w:r>
        <w:t>ما المسيح بن مريم إلا رسول قد خلت من قبله الرسل وأمه صديقة، وأمه صديقة كانا يأكلان الطعام.</w:t>
      </w:r>
    </w:p>
    <w:p>
      <w:r>
        <w:rPr>
          <w:b/>
        </w:rPr>
        <w:t xml:space="preserve">[42:38] </w:t>
      </w:r>
      <w:r>
        <w:t>unzur kaifa nubayyinu lahumul aayati thumma unzur anna yu'fakeen.</w:t>
      </w:r>
    </w:p>
    <w:p>
      <w:pPr>
        <w:jc w:val="right"/>
      </w:pPr>
      <w:r>
        <w:t>انظر كيف نبين لهم الآيات ثم انظر أنا يؤفكون.</w:t>
      </w:r>
    </w:p>
    <w:p>
      <w:r>
        <w:rPr>
          <w:b/>
        </w:rPr>
        <w:t xml:space="preserve">[42:49] </w:t>
      </w:r>
      <w:r>
        <w:t>qul ataa'buduuna min dooni allahi ma la yamliku lakum darran wa laa naf'an?</w:t>
      </w:r>
    </w:p>
    <w:p>
      <w:pPr>
        <w:jc w:val="right"/>
      </w:pPr>
      <w:r>
        <w:t>قل أتعبدون من دون الله ما لا يملك لكم ضرا ولا نفعا؟</w:t>
      </w:r>
    </w:p>
    <w:p>
      <w:r>
        <w:rPr>
          <w:b/>
        </w:rPr>
        <w:t xml:space="preserve">[42:59] </w:t>
      </w:r>
      <w:r>
        <w:t>wallahu huwas samee'ul aleem.</w:t>
      </w:r>
    </w:p>
    <w:p>
      <w:pPr>
        <w:jc w:val="right"/>
      </w:pPr>
      <w:r>
        <w:t>والله هو السميع العليم.</w:t>
      </w:r>
    </w:p>
    <w:p>
      <w:r>
        <w:rPr>
          <w:b/>
        </w:rPr>
        <w:t xml:space="preserve">[43:06] </w:t>
      </w:r>
      <w:r>
        <w:t>yaqeenan in logon ne kufar kiya jinhon ne kaha ke khuda hi to maseeh ibn mariyam hai, haalankeh maseeh ne kaha tha ke aye bani israel!</w:t>
      </w:r>
    </w:p>
    <w:p>
      <w:pPr>
        <w:jc w:val="right"/>
      </w:pPr>
      <w:r>
        <w:t>یقینا ان لوگوں نے کفر کیا جنہوں نے کہا کہ خدا ہی تو مسیح ابن مریم ہے، حالانکہ مسیح نے کہا تھا کہ اے بنی اسرائیل!</w:t>
      </w:r>
    </w:p>
    <w:p>
      <w:r>
        <w:rPr>
          <w:b/>
        </w:rPr>
        <w:t xml:space="preserve">[43:17] </w:t>
      </w:r>
      <w:r>
        <w:t>allah ki ibadat karo jo mera rab hai aur tumhara rab bhi. jo shakhs allah ka shareek thehrayega to allah ne us par jannat haram kar di aur uska thikana aag hai aur zalimon ka koi madadgar nahin.</w:t>
      </w:r>
    </w:p>
    <w:p>
      <w:pPr>
        <w:jc w:val="right"/>
      </w:pPr>
      <w:r>
        <w:t>اللہ کی عبادت کرو جو میرا رب ہے اور تمہارا رب بھی۔ جو شخص اللہ کا شریک ٹھہرائے گا تو اللہ نے اس پر جنت حرام کر دی اور اس کا ٹھکانہ آگ ہے اور ظالموں کا کوئی مددگار نہیں۔</w:t>
      </w:r>
    </w:p>
    <w:p>
      <w:r>
        <w:rPr>
          <w:b/>
        </w:rPr>
        <w:t xml:space="preserve">[43:38] </w:t>
      </w:r>
      <w:r>
        <w:t>yaqeenan in logon ne kufar kiya jinhon ne kaha ke khuda teen mein ka teesra hai, haalankeh koi ma'bood nahin bajz ek ma'bood ke, aur agar woh baz na aaye is se jo woh kehte hain to un mein se kufar par qaim rehne walon ko ek dardnak azab pakad lega.</w:t>
      </w:r>
    </w:p>
    <w:p>
      <w:pPr>
        <w:jc w:val="right"/>
      </w:pPr>
      <w:r>
        <w:t>یقینا ان لوگوں نے کفر کیا جنہوں نے کہا کہ خدا تین میں کا تیسرا ہے، حالانکہ کوئی معبود نہیں بجز ایک معبود کے، اور اگر وہ باز نہ آئے اس سے جو وہ کہتے ہیں تو ان میں سے کفر پر قائم رہنے والوں کو ایک دردناک عذاب پکڑ لے گا۔</w:t>
      </w:r>
    </w:p>
    <w:p>
      <w:r>
        <w:rPr>
          <w:b/>
        </w:rPr>
        <w:t xml:space="preserve">[44:01] </w:t>
      </w:r>
      <w:r>
        <w:t>yeh log allah ke aage toba kyun nahin karte aur us se maafi kyun nahin chahte? aur allah bakhshne wala, meherban hai.</w:t>
      </w:r>
    </w:p>
    <w:p>
      <w:pPr>
        <w:jc w:val="right"/>
      </w:pPr>
      <w:r>
        <w:t>یہ لوگ اللہ کے آگے توبہ کیوں نہیں کرتے اور اس سے معافی کیوں نہیں چاہتے؟ اور اللہ بخشنے والا، مہربان ہے۔</w:t>
      </w:r>
    </w:p>
    <w:p>
      <w:r>
        <w:rPr>
          <w:b/>
        </w:rPr>
        <w:t xml:space="preserve">[44:12] </w:t>
      </w:r>
      <w:r>
        <w:t>maseeh ibn mariyam to sirf ek rasool hain, un se pehle bhi bohat rasool guzar chuke hain, aur unki maan ek raast baaz khatoon theen.</w:t>
      </w:r>
    </w:p>
    <w:p>
      <w:pPr>
        <w:jc w:val="right"/>
      </w:pPr>
      <w:r>
        <w:t>مسیح ابن مریم تو صرف ایک رسول ہیں، ان سے پہلے بھی بہت رسول گزر چکے ہیں، اور ان کی ماں ایک راست باز خاتون تھیں۔</w:t>
      </w:r>
    </w:p>
    <w:p>
      <w:r>
        <w:rPr>
          <w:b/>
        </w:rPr>
        <w:t xml:space="preserve">[44:25] </w:t>
      </w:r>
      <w:r>
        <w:t>donon khana khaate thay.</w:t>
      </w:r>
    </w:p>
    <w:p>
      <w:pPr>
        <w:jc w:val="right"/>
      </w:pPr>
      <w:r>
        <w:t>دونوں کھانا کھاتے تھے۔</w:t>
      </w:r>
    </w:p>
    <w:p>
      <w:r>
        <w:rPr>
          <w:b/>
        </w:rPr>
        <w:t xml:space="preserve">[44:28] </w:t>
      </w:r>
      <w:r>
        <w:t>dekho hum kis tarah unke samne daleel bayan kar rahe hain. phir dekho woh kidhar ulte chale ja rahe hain.</w:t>
      </w:r>
    </w:p>
    <w:p>
      <w:pPr>
        <w:jc w:val="right"/>
      </w:pPr>
      <w:r>
        <w:t>دیکھو ہم کس طرح ان کے سامنے دلیلیں بیان کر رہے ہیں۔ پھر دیکھو وہ کدھر الٹے چلے جا رہے ہیں۔</w:t>
      </w:r>
    </w:p>
    <w:p>
      <w:r>
        <w:rPr>
          <w:b/>
        </w:rPr>
        <w:t xml:space="preserve">[44:37] </w:t>
      </w:r>
      <w:r>
        <w:t>kaho kya tum allah ko chhod kar aisi cheez ki ibadat karte ho jo na tumhare nuksan ka ikhtiyar rakhti hai aur na nafe ka?</w:t>
      </w:r>
    </w:p>
    <w:p>
      <w:pPr>
        <w:jc w:val="right"/>
      </w:pPr>
      <w:r>
        <w:t>کہو کیا تم اللہ کو چھوڑ کر ایسی چیز کی عبادت کرتے ہو جو نہ تمہارے نقصان کا اختیار رکھتی ہے اور نہ نفع کا؟</w:t>
      </w:r>
    </w:p>
    <w:p>
      <w:r>
        <w:rPr>
          <w:b/>
        </w:rPr>
        <w:t xml:space="preserve">[44:48] </w:t>
      </w:r>
      <w:r>
        <w:t>aur sunne wala aur janne wala sirf allah hai.</w:t>
      </w:r>
    </w:p>
    <w:p>
      <w:pPr>
        <w:jc w:val="right"/>
      </w:pPr>
      <w:r>
        <w:t>اور سننے والا اور جاننے والا صرف اللہ ہے۔</w:t>
      </w:r>
    </w:p>
    <w:p>
      <w:r>
        <w:rPr>
          <w:b/>
        </w:rPr>
        <w:t xml:space="preserve">[44:56] </w:t>
      </w:r>
      <w:r>
        <w:t>tashreeh: hazrat maseeh ko allah ta'ala ne ghair ma'mooli mo'jize diye. yeh mo'jize is liye thay ke log aap ke peghambar hone ko pehchanen aur aap par iman layen, magar mamla bar aks hua.</w:t>
      </w:r>
    </w:p>
    <w:p>
      <w:pPr>
        <w:jc w:val="right"/>
      </w:pPr>
      <w:r>
        <w:t>تشریح: حضرت مسیح کو اللہ تعالی نے غیر معمولی معجزے دیے۔ یہ معجزے اس لیے تھے کہ لوگ آپ کے پیغمبر ہونے کو پہچانیں اور آپ پر ایمان لائیں، مگر معاملہ برعکس ہوا۔</w:t>
      </w:r>
    </w:p>
    <w:p>
      <w:r>
        <w:rPr>
          <w:b/>
        </w:rPr>
        <w:t xml:space="preserve">[45:14] </w:t>
      </w:r>
      <w:r>
        <w:t>isaiyon ne aap ke mo'jizat ko dekh kar yeh aqeedah qaim kiya ke aap khuda hain, aap ke andar khuda hulool kiye hue hain.</w:t>
      </w:r>
    </w:p>
    <w:p>
      <w:pPr>
        <w:jc w:val="right"/>
      </w:pPr>
      <w:r>
        <w:t>عیسائیوں نے آپ کے معجزات کو دیکھ کر یہ عقیدہ قائم کیا کہ آپ خدا ہیں، آپ کے اندر خدا حلول کیے ہوئے ہیں۔</w:t>
      </w:r>
    </w:p>
    <w:p>
      <w:r>
        <w:rPr>
          <w:b/>
        </w:rPr>
        <w:t xml:space="preserve">[45:25] </w:t>
      </w:r>
      <w:r>
        <w:t>yahood ne yeh keh kar aap ko nazar andaz kar diya ke yeh ek shabda baz aur jadoogar hain. hazrat maseeh allah ki taraf se logon ki hidayat ke liye aaye thay, magar ek giroh ne aap se shirk ki ghiza li aur doosre giroh ne inkar.</w:t>
      </w:r>
    </w:p>
    <w:p>
      <w:pPr>
        <w:jc w:val="right"/>
      </w:pPr>
      <w:r>
        <w:t>یہود نے یہ کہہ کر آپ کو نظر انداز کر دیا کہ یہ ایک شعبدہ باز اور جادوگر ہیں۔ حضرت مسیح اللہ کی طرف سے لوگوں کی ہدایت کے لیے آئے تھے، مگر ایک گروہ نے آپ سے شرک کی غذا لی اور دوسرے گروہ نے انکار کی۔</w:t>
      </w:r>
    </w:p>
    <w:p>
      <w:r>
        <w:rPr>
          <w:b/>
        </w:rPr>
        <w:t xml:space="preserve">[45:48] </w:t>
      </w:r>
      <w:r>
        <w:t>ma'bood wohi ho sakta hai jo khud be ehtiyaj ho aur doosre ko nafe nuksan pohanchane ki qudrat rakhe.</w:t>
      </w:r>
    </w:p>
    <w:p>
      <w:pPr>
        <w:jc w:val="right"/>
      </w:pPr>
      <w:r>
        <w:t>معبود وہی ہو سکتا ہے جو خود بے احتیاج ہو اور دوسرے کو نفع نقصان پہنچانے کی قدرت رکھے۔</w:t>
      </w:r>
    </w:p>
    <w:p>
      <w:r>
        <w:rPr>
          <w:b/>
        </w:rPr>
        <w:t xml:space="preserve">[45:59] </w:t>
      </w:r>
      <w:r>
        <w:t>khana aadmi ke mohtaj hone ki aakhri alamat hai. jo khane ka mohtaj hai, woh har cheez ka mohtaj hai. jo shakhs khana khata ho, woh mukammal taur par ek mohtaj hasti hai.</w:t>
      </w:r>
    </w:p>
    <w:p>
      <w:pPr>
        <w:jc w:val="right"/>
      </w:pPr>
      <w:r>
        <w:t>کھانا آدمی کے محتاج ہونے کی آخری علامت ہے۔ جو کھانے کا محتاج ہے، وہ ہر چیز کا محتاج ہے۔ جو شخص کھانا کھاتا ہو، وہ مکمل طور پر ایک محتاج ہستی ہے۔</w:t>
      </w:r>
    </w:p>
    <w:p>
      <w:r>
        <w:rPr>
          <w:b/>
        </w:rPr>
        <w:t xml:space="preserve">[46:14] </w:t>
      </w:r>
      <w:r>
        <w:t>aisi hasti khuda kis tarah ho sakti hai? yeh mamla nafe nuksan ka hai. kisi ko nafa milna ya kisi ko nuksan pohanchana aise waqeyat hain jin ke zahoor mein aane ke liye poori kainat ki musa'adat darkar hoti hai.</w:t>
      </w:r>
    </w:p>
    <w:p>
      <w:pPr>
        <w:jc w:val="right"/>
      </w:pPr>
      <w:r>
        <w:t>ایسی ہستی خدا کس طرح ہو سکتی ہے؟ یہ معاملہ نفع نقصان کا ہے۔ کسی کو نفع ملنا یا کسی کو نقصان پہنچنا ایسے واقعات ہیں جن کے ظہور میں آنے کے لیے پوری کائنات کی مساعدت درکار ہوتی ہے۔</w:t>
      </w:r>
    </w:p>
    <w:p>
      <w:r>
        <w:rPr>
          <w:b/>
        </w:rPr>
        <w:t xml:space="preserve">[46:35] </w:t>
      </w:r>
      <w:r>
        <w:t>koi bhi shakhs is qism ke kainaati asbab faraham karne par qadir nahin. is liye insanon mein se kisi insan ka yeh darja bhi nahin ho sakta ke usko ma'bood farz kar liya jaye.</w:t>
      </w:r>
    </w:p>
    <w:p>
      <w:pPr>
        <w:jc w:val="right"/>
      </w:pPr>
      <w:r>
        <w:t>کوئی بھی شخص اس قسم کے کائناتی اسباب فراہم کرنے پر قادر نہیں۔ اس لیے انسانوں میں سے کسی انسان کا یہ درجہ بھی نہیں ہو سکتا کہ اس کو معبود فرض کر لیا جائے۔</w:t>
      </w:r>
    </w:p>
    <w:p>
      <w:r>
        <w:rPr>
          <w:b/>
        </w:rPr>
        <w:t xml:space="preserve">[46:53] </w:t>
      </w:r>
      <w:r>
        <w:t>jab bhi aadmi khuda ke siwa kisi aur ko apni aqeedat ka markaz banata hai to uske peeche yeh chupa hua jazba hota hai ke usko khuda ki duniya mein koi ba darja hasil hai.</w:t>
      </w:r>
    </w:p>
    <w:p>
      <w:pPr>
        <w:jc w:val="right"/>
      </w:pPr>
      <w:r>
        <w:t>جب بھی آدمی خدا کے سوا کسی اور کو اپنی عقیدت کا مرکز بناتا ہے تو اس کے پیچھے یہ چھپا ہوا جذبہ ہوتا ہے کہ اس کو خدا کی دنیا میں کوئی با درجہ حاصل ہے۔</w:t>
      </w:r>
    </w:p>
    <w:p>
      <w:r>
        <w:rPr>
          <w:b/>
        </w:rPr>
        <w:t xml:space="preserve">[47:09] </w:t>
      </w:r>
      <w:r>
        <w:t>woh khuda ke yahan uska madadgar ban sakta hai, magar is qism ki tamam ummeeden mahaz jhooti ummeeden hain.</w:t>
      </w:r>
    </w:p>
    <w:p>
      <w:pPr>
        <w:jc w:val="right"/>
      </w:pPr>
      <w:r>
        <w:t>وہ خدا کے یہاں اس کا مددگار بن سکتا ہے، مگر اس قسم کی تمام امیدیں محض جھوٹی امیدیں ہیں۔</w:t>
      </w:r>
    </w:p>
    <w:p>
      <w:r>
        <w:rPr>
          <w:b/>
        </w:rPr>
        <w:t xml:space="preserve">[47:19] </w:t>
      </w:r>
      <w:r>
        <w:t>maujooda imtehan ki dunya mein khuda ke siwa doosri cheezon ka bebas hona khula hua nahi hai.</w:t>
      </w:r>
    </w:p>
    <w:p>
      <w:pPr>
        <w:jc w:val="right"/>
      </w:pPr>
      <w:r>
        <w:t>موجودہ امتحان کی دنیا میں خدا کے سوا دوسری چیزوں کا بے بس ہونا کھلا ہوا نہیں ہے۔</w:t>
      </w:r>
    </w:p>
    <w:p>
      <w:r>
        <w:rPr>
          <w:b/>
        </w:rPr>
        <w:t xml:space="preserve">[47:27] </w:t>
      </w:r>
      <w:r>
        <w:t>is liye yahan aadmi galat fehmi mein pada hua hai, magar aakhirat mein jab tamam haqaiq khol diye</w:t>
      </w:r>
    </w:p>
    <w:p>
      <w:pPr>
        <w:jc w:val="right"/>
      </w:pPr>
      <w:r>
        <w:t>اس لیے یہاں آدمی غلط فہمی میں پڑا ہوا ہے، مگر آخرت میں جب تمام حقائق کھول دیے</w:t>
      </w:r>
    </w:p>
    <w:p>
      <w:r>
        <w:rPr>
          <w:b/>
        </w:rPr>
        <w:t xml:space="preserve">[47:35] </w:t>
      </w:r>
      <w:r>
        <w:t>jayenge to aadmi dekhega ke khuda ke siwa jin saharon par woh bharosa kiye hue tha,</w:t>
      </w:r>
    </w:p>
    <w:p>
      <w:pPr>
        <w:jc w:val="right"/>
      </w:pPr>
      <w:r>
        <w:t>جائیں گے تو آدمی دیکھے گا کہ خدا کے سوا جن سہاروں پر وہ بھروسہ کیے ہوئے تھا،</w:t>
      </w:r>
    </w:p>
    <w:p>
      <w:r>
        <w:rPr>
          <w:b/>
        </w:rPr>
        <w:t xml:space="preserve">[47:42] </w:t>
      </w:r>
      <w:r>
        <w:t>woh kis qadar be qeemat thay.</w:t>
      </w:r>
    </w:p>
    <w:p>
      <w:pPr>
        <w:jc w:val="right"/>
      </w:pPr>
      <w:r>
        <w:t>وہ کس قدر بے قیمت تھے۔</w:t>
      </w:r>
    </w:p>
    <w:p>
      <w:r>
        <w:rPr>
          <w:b/>
        </w:rPr>
        <w:t xml:space="preserve">[48:27] </w:t>
      </w:r>
      <w:r>
        <w:t>kaho aye ahle kitab! apne deen mein nahak ghulu na karo aur un logon ke khayalat ki pairwi na karo jo is se pehle gumrah hue aur jinhon ne bohat se logon ko gumrah kiya aur woh seedhi rah se bhatak gaye.</w:t>
      </w:r>
    </w:p>
    <w:p>
      <w:pPr>
        <w:jc w:val="right"/>
      </w:pPr>
      <w:r>
        <w:t>کہو اے اہل کتاب! اپنے دین میں ناحق غلو نہ کرو اور ان لوگوں کے خیالات کی پیروی نہ کرو جو اس سے پہلے گمراہ ہوئے اور جنہوں نے بہت سے لوگوں کو گمراہ کیا اور وہ سیدھی راہ سے بھٹک گئے۔</w:t>
      </w:r>
    </w:p>
    <w:p>
      <w:r>
        <w:rPr>
          <w:b/>
        </w:rPr>
        <w:t xml:space="preserve">[48:54] </w:t>
      </w:r>
      <w:r>
        <w:t>tashreeh: hazrat maseeh ke ibtidai shagirdon ke nazdeek maseeh ek insaan tha jo khuda ki taraf se tha.</w:t>
      </w:r>
    </w:p>
    <w:p>
      <w:pPr>
        <w:jc w:val="right"/>
      </w:pPr>
      <w:r>
        <w:t>تشریح: حضرت مسیح کے ابتدائی شاگردوں کے نزدیک مسیح ایک انسان تھا جو خدا کی طرف سے تھا۔</w:t>
      </w:r>
    </w:p>
    <w:p>
      <w:r>
        <w:rPr>
          <w:b/>
        </w:rPr>
        <w:t xml:space="preserve">[49:06] </w:t>
      </w:r>
      <w:r>
        <w:t>woh aap ko insaan aur allah ka rasool samajhte thay, magar aap ka deen jab sham ke ilaqay se bahir nikla toh us ko misr o yunan ke falsafay se saabiqa pesh aaya.</w:t>
      </w:r>
    </w:p>
    <w:p>
      <w:pPr>
        <w:jc w:val="right"/>
      </w:pPr>
      <w:r>
        <w:t>وہ آپ کو انسان اور اللہ کا رسول سمجھتے تھے، مگر آپ کا دین جب شام کے علاقے سے باہر نکلا تو اس کو مصر و یونان کے فلسفے سے سابقہ پیش آیا۔</w:t>
      </w:r>
    </w:p>
    <w:p>
      <w:r>
        <w:rPr>
          <w:b/>
        </w:rPr>
        <w:t xml:space="preserve">[49:21] </w:t>
      </w:r>
      <w:r>
        <w:t>masihiyat qabool kar ke aisay log masihiyat mein dakhil hue jo us waqt ke falsafiyana afkaar se mutasir thay.</w:t>
      </w:r>
    </w:p>
    <w:p>
      <w:pPr>
        <w:jc w:val="right"/>
      </w:pPr>
      <w:r>
        <w:t>مسیحیت قبول کر کے ایسے لوگ مسیحیت میں داخل ہوئے جو اس وقت کے فلسفیانہ افکار سے متاثر تھے۔</w:t>
      </w:r>
    </w:p>
    <w:p>
      <w:r>
        <w:rPr>
          <w:b/>
        </w:rPr>
        <w:t xml:space="preserve">[49:32] </w:t>
      </w:r>
      <w:r>
        <w:t>is tarah andarooni asbab aur baironi muharkaat ke tehat masihiyat mein ek naya daur shuru hua jabkay masihiyat ko waqt ke ghalib falsafiyana usloob mein bayan karne ki koshish shuru hui.</w:t>
      </w:r>
    </w:p>
    <w:p>
      <w:pPr>
        <w:jc w:val="right"/>
      </w:pPr>
      <w:r>
        <w:t>اس طرح اندرونی اسباب اور بیرونی محرکات کے تحت مسیحیت میں ایک نیا دور شروع ہوا جبکہ مسیحیت کو وقت کے غالب فلسفیانہ اسلوب میں بیان کرنے کی کوشش شروع ہوئی۔</w:t>
      </w:r>
    </w:p>
    <w:p>
      <w:r>
        <w:rPr>
          <w:b/>
        </w:rPr>
        <w:t xml:space="preserve">[49:51] </w:t>
      </w:r>
      <w:r>
        <w:t>is zamanay ki muazzab dunya mein misr o yunan ke falasafay ka zor tha. waqt ke zaheen log aam taur par unhi ke afkaar ki roshni mein sochte thay.</w:t>
      </w:r>
    </w:p>
    <w:p>
      <w:pPr>
        <w:jc w:val="right"/>
      </w:pPr>
      <w:r>
        <w:t>اس زمانے کی مہذب دنیا میں مصر و یونان کے فلسفیوں کا زور تھا۔ وقت کے ذہین لوگ عام طور پر انہی کے افکار کی روشنی میں سوچتے تھے۔</w:t>
      </w:r>
    </w:p>
    <w:p>
      <w:r>
        <w:rPr>
          <w:b/>
        </w:rPr>
        <w:t xml:space="preserve">[50:08] </w:t>
      </w:r>
      <w:r>
        <w:t>yunani falasafay ne apne qayasat ke zariye alam ki ek khayali tasweer bana rakhi thi. woh haqeeqat ki taabeer teen aqnoomon ki soorat mein karte thay:</w:t>
      </w:r>
    </w:p>
    <w:p>
      <w:pPr>
        <w:jc w:val="right"/>
      </w:pPr>
      <w:r>
        <w:t>یونانی فلاسفہ نے اپنے قیاسات کے ذریعے عالم کی ایک خیالی تصویر بنا رکھی تھی۔ وہ حقیقت کی تعبیر تین اقنوموں کی صورت میں کرتے تھے:</w:t>
      </w:r>
    </w:p>
    <w:p>
      <w:r>
        <w:rPr>
          <w:b/>
        </w:rPr>
        <w:t xml:space="preserve">[50:23] </w:t>
      </w:r>
      <w:r>
        <w:t>wujood, hayat aur ilm. maseehi ulama jo khud bhi in afkaar se mutasir thay, neez waqt ke zaheen tabqay ko masihiyat ki taraf mayel karna chahte thay, unhon ne apne mazhab ko waqt ke ghalib fikr par dhalne ki koshish ki.</w:t>
      </w:r>
    </w:p>
    <w:p>
      <w:pPr>
        <w:jc w:val="right"/>
      </w:pPr>
      <w:r>
        <w:t>وجود، حیات اور علم۔ مسیحی علماء جو خود بھی ان افکار سے متاثر تھے، نیز وقت کے ذہین طبقے کو مسیحیت کی طرف مائل کرنا چاہتے تھے، انہوں نے اپنے مذہب کو وقت کے غالب فکر پر ڈھالنے کی کوشش کی۔</w:t>
      </w:r>
    </w:p>
    <w:p>
      <w:r>
        <w:rPr>
          <w:b/>
        </w:rPr>
        <w:t xml:space="preserve">[50:43] </w:t>
      </w:r>
      <w:r>
        <w:t>unhon ne masihiyat ki aisi taabeer ki jis mein khuda ka deen bhi isi teen ke jaamay mein dhal jaye aur log us ko apne zehn ke mutabiq pa kar us ko qabool kar lein.</w:t>
      </w:r>
    </w:p>
    <w:p>
      <w:pPr>
        <w:jc w:val="right"/>
      </w:pPr>
      <w:r>
        <w:t>انہوں نے مسیحیت کی ایسی تعبیر کی جس میں خدا کا دین بھی اسی تین کے جامعے میں ڈھل جائے اور لوگ اس کو اپنے ذہن کے مطابق پا کر اس کو قبول کر لیں۔</w:t>
      </w:r>
    </w:p>
    <w:p>
      <w:r>
        <w:rPr>
          <w:b/>
        </w:rPr>
        <w:t xml:space="preserve">[50:57] </w:t>
      </w:r>
      <w:r>
        <w:t>unhon ne kaha ke mazhabi haqeeqat bhi ek taslees ki soorat giri hai: aqnoom wujood baap hai, aqnoom hayat beta hai aur aqnoom ilm rooh ul qudus hai.</w:t>
      </w:r>
    </w:p>
    <w:p>
      <w:pPr>
        <w:jc w:val="right"/>
      </w:pPr>
      <w:r>
        <w:t>انہوں نے کہا کہ مذہبی حقیقت بھی ایک تثلیث کی صورت گری ہے: اقنوم وجود باپ ہے، اقنوم حیات بیٹا ہے اور اقنوم علم روح القدس ہے۔</w:t>
      </w:r>
    </w:p>
    <w:p>
      <w:r>
        <w:rPr>
          <w:b/>
        </w:rPr>
        <w:t xml:space="preserve">[51:10] </w:t>
      </w:r>
      <w:r>
        <w:t>is kalami mazhab ko mukammal karne ke liye aur bohat se khayalat is mein dakhil kiye gaye, maslan yeh ke hazrat maseeh kalam ka jisdi zahoor hain, huboot adam ke baad har insaan gunahgar ho chuka hai aur insaan ki nijaat ke liye khuda ke bete ko masloob ho kar uska kaffara dena pada.</w:t>
      </w:r>
    </w:p>
    <w:p>
      <w:pPr>
        <w:jc w:val="right"/>
      </w:pPr>
      <w:r>
        <w:t>اس کلامی مذہب کو مکمل کرنے کے لیے اور بہت سے خیالات اس میں داخل کیے گئے، مثلاً یہ کہ حضرت مسیح کلام کا جسدی ظہور ہیں، حبوت آدم کے بعد ہر انسان گنہگار ہو چکا ہے اور انسان کی نجات کے لیے خدا کے بیٹے کو مصلوب ہو کر اس کا کفارہ دینا پڑا۔</w:t>
      </w:r>
    </w:p>
    <w:p>
      <w:r>
        <w:rPr>
          <w:b/>
        </w:rPr>
        <w:t xml:space="preserve">[51:40] </w:t>
      </w:r>
      <w:r>
        <w:t>is tarah chauthi sadi isvi mein misri, yunani aur romi takhayulat mein dhal kar woh cheez tayyar hui jis ko maujooda masihiyat kaha jata hai.</w:t>
      </w:r>
    </w:p>
    <w:p>
      <w:pPr>
        <w:jc w:val="right"/>
      </w:pPr>
      <w:r>
        <w:t>اس طرح چوتھی صدی عیسوی میں مصری، یونانی اور رومی تخیلات میں ڈھل کر وہ چیز تیار ہوئی جس کو موجودہ مسیحیت کہا جاتا ہے۔</w:t>
      </w:r>
    </w:p>
    <w:p>
      <w:r>
        <w:rPr>
          <w:b/>
        </w:rPr>
        <w:t xml:space="preserve">[51:57] </w:t>
      </w:r>
      <w:r>
        <w:t>khuda ke siwa is sabil se bhatakne ki wajah aksar yeh hoti hai ke log gumrah qomon ke khayalat se maroob ho kar deen ko un ke khayalat ke sanche mein dhalne lagte hain.</w:t>
      </w:r>
    </w:p>
    <w:p>
      <w:pPr>
        <w:jc w:val="right"/>
      </w:pPr>
      <w:r>
        <w:t>خدا کے سوا اس سبیل سے بھٹکنے کی وجہ اکثر یہ ہوتی ہے کہ لوگ گمراہ قوموں کے خیالات سے مرعوب ہو کر دین کو ان کے خیالات کے سانچے میں ڈھالنے لگتے ہیں۔</w:t>
      </w:r>
    </w:p>
    <w:p>
      <w:r>
        <w:rPr>
          <w:b/>
        </w:rPr>
        <w:t xml:space="preserve">[52:13] </w:t>
      </w:r>
      <w:r>
        <w:t>khuda ke deen ko maante hue is ki taabeer is dhang se karte hain ke woh ghalib afkaar ke mutabiq nazar aane lagay.</w:t>
      </w:r>
    </w:p>
    <w:p>
      <w:pPr>
        <w:jc w:val="right"/>
      </w:pPr>
      <w:r>
        <w:t>خدا کے دین کو مانتے ہوئے اس کی تعبیر اس ڈھنگ سے کرتے ہیں کہ وہ غالب افکار کے مطابق نظر آنے لگے۔</w:t>
      </w:r>
    </w:p>
    <w:p>
      <w:r>
        <w:rPr>
          <w:b/>
        </w:rPr>
        <w:t xml:space="preserve">[52:24] </w:t>
      </w:r>
      <w:r>
        <w:t>woh khuda ke deen ke naam par ghair khuda ke deen ko apna letay hain. nasara ne apne deen ko apne zamanay ki mashriq qomon ke afkaar mein dhal liya aur isi ko khuda ka maqbool deen kehne lagay.</w:t>
      </w:r>
    </w:p>
    <w:p>
      <w:pPr>
        <w:jc w:val="right"/>
      </w:pPr>
      <w:r>
        <w:t>وہ خدا کے دین کے نام پر غیر خدا کے دین کو اپنا لیتے ہیں۔ نصاری نے اپنے دین کو اپنے زمانے کی مشرق قوموں کے افکار میں ڈھال لیا اور اسی کو خدا کا مقبول دین کہنے لگے۔</w:t>
      </w:r>
    </w:p>
    <w:p>
      <w:r>
        <w:rPr>
          <w:b/>
        </w:rPr>
        <w:t xml:space="preserve">[52:43] </w:t>
      </w:r>
      <w:r>
        <w:t>yahi cheez kabhi is tarah pesh aati hai ke deen ko khud apne qomi azayem ke sanche mein dhal liya jata hai.</w:t>
      </w:r>
    </w:p>
    <w:p>
      <w:pPr>
        <w:jc w:val="right"/>
      </w:pPr>
      <w:r>
        <w:t>یہی چیز کبھی اس طرح پیش آتی ہے کہ دین کو خود اپنے قومی عزائم کے سانچے میں ڈھال لیا جاتا ہے۔</w:t>
      </w:r>
    </w:p>
    <w:p>
      <w:r>
        <w:rPr>
          <w:b/>
        </w:rPr>
        <w:t xml:space="preserve">[52:53] </w:t>
      </w:r>
      <w:r>
        <w:t>is doosri tehreef ki misaal yahood hain. unhon ne khuda ke deen ki aisi taabeer ki ke woh un ki duniyavi zindagi ki tasdeeq karne wala ban jaye.</w:t>
      </w:r>
    </w:p>
    <w:p>
      <w:pPr>
        <w:jc w:val="right"/>
      </w:pPr>
      <w:r>
        <w:t>اس دوسری تحریف کی مثال یہود ہیں۔ انہوں نے خدا کے دین کی ایسی تعبیر کی کہ وہ ان کی دنیاوی زندگی کی تصدیق کرنے والا بن جائے۔</w:t>
      </w:r>
    </w:p>
    <w:p>
      <w:r>
        <w:rPr>
          <w:b/>
        </w:rPr>
        <w:t xml:space="preserve">[53:09] </w:t>
      </w:r>
      <w:r>
        <w:t>musalmanon ke liye kitab-ul-Ilahi ke matan mein is qism ki taabeeraat dakhil karne ka mauqa nahi hai,</w:t>
      </w:r>
    </w:p>
    <w:p>
      <w:pPr>
        <w:jc w:val="right"/>
      </w:pPr>
      <w:r>
        <w:t>مسلمانوں کے لیے کتاب الہی کے متن میں اس قسم کی تعبیرات داخل کرنے کا موقع نہیں ہے،</w:t>
      </w:r>
    </w:p>
    <w:p>
      <w:r>
        <w:rPr>
          <w:b/>
        </w:rPr>
        <w:t xml:space="preserve">[53:17] </w:t>
      </w:r>
      <w:r>
        <w:t>tahum matan ke bahar unhein woh sab kuch karne ki aazadi hai jo pichli qaumon ne kiya.</w:t>
      </w:r>
    </w:p>
    <w:p>
      <w:pPr>
        <w:jc w:val="right"/>
      </w:pPr>
      <w:r>
        <w:t>تاہم متن کے باہر انہیں وہ سب کچھ کرنے کی آزادی ہے جو پچھلی قوموں نے کیا۔</w:t>
      </w:r>
    </w:p>
    <w:p>
      <w:r>
        <w:rPr>
          <w:b/>
        </w:rPr>
        <w:t xml:space="preserve">[54:01] </w:t>
      </w:r>
      <w:r>
        <w:t>labis ma kanoo yafaloon! tara kathiran minhum yatawalloon allatheena kafaroo. labis ma qaddamat lahum anfusuhum an sakhatallahi alayhim wa fi al-azabi hum khalidun.</w:t>
      </w:r>
    </w:p>
    <w:p>
      <w:pPr>
        <w:jc w:val="right"/>
      </w:pPr>
      <w:r>
        <w:t>لبئس ما كانوا يفعلون! ترا کثیرا منهم يتولون الذین کفروا. لبئس ما قدمت لهم انفسهم ان سخط الله عليهم وفي العذاب هم خالدون.</w:t>
      </w:r>
    </w:p>
    <w:p>
      <w:r>
        <w:rPr>
          <w:b/>
        </w:rPr>
        <w:t xml:space="preserve">[54:21] </w:t>
      </w:r>
      <w:r>
        <w:t>wa law kanoo yoominoon billahi wa al-nabiyi wa ma unzila ilayhi attakhathoo hum awliyaa' walakin kathiran</w:t>
      </w:r>
    </w:p>
    <w:p>
      <w:pPr>
        <w:jc w:val="right"/>
      </w:pPr>
      <w:r>
        <w:t>ولو كانوا یؤمنون باللہ والنبی وما انزل الیہ اتخذوهم اولیاء ولكن کثیرا</w:t>
      </w:r>
    </w:p>
    <w:p>
      <w:r>
        <w:rPr>
          <w:b/>
        </w:rPr>
        <w:t xml:space="preserve">[54:42] </w:t>
      </w:r>
      <w:r>
        <w:t>minhum fasiqoon.</w:t>
      </w:r>
    </w:p>
    <w:p>
      <w:pPr>
        <w:jc w:val="right"/>
      </w:pPr>
      <w:r>
        <w:t>منہم فاسقون.</w:t>
      </w:r>
    </w:p>
    <w:p>
      <w:r>
        <w:rPr>
          <w:b/>
        </w:rPr>
        <w:t xml:space="preserve">[54:48] </w:t>
      </w:r>
      <w:r>
        <w:t>bani israil mein se jin logon ne kufr kiya un par laanat ki gayi dawood aur isa ibne maryam ki zabaan se is liye ke unhon ne nafarmani ki aur woh had se agay barh jatay thay.</w:t>
      </w:r>
    </w:p>
    <w:p>
      <w:pPr>
        <w:jc w:val="right"/>
      </w:pPr>
      <w:r>
        <w:t>بنی اسرائیل میں سے جن لوگوں نے کفر کیا ان پر لعنت کی گئی داؤد اور عیسیٰ ابن مریم کی زبان سے اس لیے کہ انہوں نے نافرمانی کی اور وہ حد سے آگے بڑھ جاتے تھے۔</w:t>
      </w:r>
    </w:p>
    <w:p>
      <w:r>
        <w:rPr>
          <w:b/>
        </w:rPr>
        <w:t xml:space="preserve">[55:06] </w:t>
      </w:r>
      <w:r>
        <w:t>woh aik doosray ko mana nahi karte thay burai se jo woh karte thay. nihayat bura kaam tha jo woh kar rahay thay.</w:t>
      </w:r>
    </w:p>
    <w:p>
      <w:pPr>
        <w:jc w:val="right"/>
      </w:pPr>
      <w:r>
        <w:t>وہ ایک دوسرے کو منع نہیں کرتے تھے برائی سے جو وہ کرتے تھے۔ نہایت برا کام تھا جو وہ کر رہے تھے۔</w:t>
      </w:r>
    </w:p>
    <w:p>
      <w:r>
        <w:rPr>
          <w:b/>
        </w:rPr>
        <w:t xml:space="preserve">[55:17] </w:t>
      </w:r>
      <w:r>
        <w:t>tum un mein bohat aadmi daikho ge ke kufr karne walon se dosti rakhtay hain. kasi buri cheez hai jo unhon ne apnay liye agay bheji hai ke khuda ka ghazab hua un par aur woh hamesha azab mein paray rahayn gay.</w:t>
      </w:r>
    </w:p>
    <w:p>
      <w:pPr>
        <w:jc w:val="right"/>
      </w:pPr>
      <w:r>
        <w:t>تم ان میں بہت آدمی دیکھو گے کہ کفر کرنے والوں سے دوستی رکھتے ہیں۔ کیسی بری چیز ہے جو انہوں نے اپنے لیے آگے بھیجی ہے کہ خدا کا غضب ہوا ان پر اور وہ ہمیشہ عذاب میں پڑے رہیں گے۔</w:t>
      </w:r>
    </w:p>
    <w:p>
      <w:r>
        <w:rPr>
          <w:b/>
        </w:rPr>
        <w:t xml:space="preserve">[55:37] </w:t>
      </w:r>
      <w:r>
        <w:t>agar woh imaan rakhnay walay hotay allah par aur nabi par aur us par jo us ki taraf utra to woh kafiron ko dost na banatay magar un mein aksar nafarman hain.</w:t>
      </w:r>
    </w:p>
    <w:p>
      <w:pPr>
        <w:jc w:val="right"/>
      </w:pPr>
      <w:r>
        <w:t>اگر وہ ایمان رکھنے والے ہوتے اللہ پر اور نبی پر اور اس پر جو اس کی طرف اترا تو وہ کافروں کو دوست نہ بناتے مگر ان میں اکثر نافرمان ہیں۔</w:t>
      </w:r>
    </w:p>
    <w:p>
      <w:r>
        <w:rPr>
          <w:b/>
        </w:rPr>
        <w:t xml:space="preserve">[55:57] </w:t>
      </w:r>
      <w:r>
        <w:t>tashreeh: imaan aadmi ko zulm aur burai ke baray mein hassas bana deta hai. woh kisi ko zulm aur burai karte dekhta hai to tarap uthta hai aur chahta hai ke foran us ko roak de.</w:t>
      </w:r>
    </w:p>
    <w:p>
      <w:pPr>
        <w:jc w:val="right"/>
      </w:pPr>
      <w:r>
        <w:t>تشریح: ایمان آدمی کو ظلم اور برائی کے بارے میں حساس بنا دیتا ہے۔ وہ کسی کو ظلم اور برائی کرتے دیکھتا ہے تو تڑپ اٹھتا ہے اور چاہتا ہے کہ فوراً اس کو روک دے۔</w:t>
      </w:r>
    </w:p>
    <w:p>
      <w:r>
        <w:rPr>
          <w:b/>
        </w:rPr>
        <w:t xml:space="preserve">[56:16] </w:t>
      </w:r>
      <w:r>
        <w:t>baray logon se is ka talluq judai ka hota hai na ke dosti ka. magar jab imani jazba kamzor par jaye to aadmi sirf apni zaat ke baray mein hassas ho kar reh jata hai.</w:t>
      </w:r>
    </w:p>
    <w:p>
      <w:pPr>
        <w:jc w:val="right"/>
      </w:pPr>
      <w:r>
        <w:t>برے لوگوں سے اس کا تعلق جدائی کا ہوتا ہے نہ کہ دوستی کا۔ مگر جب ایمانی جذبہ کمزور پڑ جائے تو آدمی صرف اپنی ذات کے بارے میں حساس ہو کر رہ جاتا ہے۔</w:t>
      </w:r>
    </w:p>
    <w:p>
      <w:r>
        <w:rPr>
          <w:b/>
        </w:rPr>
        <w:t xml:space="preserve">[56:32] </w:t>
      </w:r>
      <w:r>
        <w:t>ab is ko sirf woh burai burai maloom hoti hai jis ki zid is ke apne upar paray.Jis burai ka rukh doosron ki taraf ho us ke baray mein woh ghair janibdar ho jata hai.</w:t>
      </w:r>
    </w:p>
    <w:p>
      <w:pPr>
        <w:jc w:val="right"/>
      </w:pPr>
      <w:r>
        <w:t>اب اس کو صرف وہ برائی برائی معلوم ہوتی ہے جس کی ضد اس کے اپنے اوپر پڑے۔ جس برائی کا رخ دوسروں کی طرف ہو اس کے بارے میں وہ غیر جانبدار ہو جاتا ہے۔</w:t>
      </w:r>
    </w:p>
    <w:p>
      <w:r>
        <w:rPr>
          <w:b/>
        </w:rPr>
        <w:t xml:space="preserve">[56:52] </w:t>
      </w:r>
      <w:r>
        <w:t>bani israel jo is zawal ka shikar hue is ka matlab yeh na tha ke unhon ne apni zaban se achi baat bolna chhor diya tha.</w:t>
      </w:r>
    </w:p>
    <w:p>
      <w:pPr>
        <w:jc w:val="right"/>
      </w:pPr>
      <w:r>
        <w:t>بنی اسرائیل جو اس زوال کا شکار ہوئے اس کا مطلب یہ نہ تھا کہ انہوں نے اپنی زبان سے اچھی بات بولنا چھوڑ دیا تھا۔</w:t>
      </w:r>
    </w:p>
    <w:p>
      <w:r>
        <w:rPr>
          <w:b/>
        </w:rPr>
        <w:t xml:space="preserve">[57:03] </w:t>
      </w:r>
      <w:r>
        <w:t>un ke khawas ab bhi khoobsurat taqreeren karte thay magar is mamle mein woh itne sanjeeda na thay ke jab kisi ko zulm aur burai karte dain to wahan kood parain aur us ko rokne ki koshish karain.</w:t>
      </w:r>
    </w:p>
    <w:p>
      <w:pPr>
        <w:jc w:val="right"/>
      </w:pPr>
      <w:r>
        <w:t>ان کے خواص اب بھی خوبصورت تقریریں کرتے تھے مگر اس معاملے میں وہ اتنے سنجیدہ نہ تھے کہ جب کسی کو ظلم اور برائی کرتے دیکھیں تو وہاں کود پڑیں اور اس کو روکنے کی کوشش کریں۔</w:t>
      </w:r>
    </w:p>
    <w:p>
      <w:r>
        <w:rPr>
          <w:b/>
        </w:rPr>
        <w:t xml:space="preserve">[57:21] </w:t>
      </w:r>
      <w:r>
        <w:t>hazrat daud apne zamane ke yahood ke baray mein farmate hain ke un mein koi niko kar nahi, ek bhi nahi.</w:t>
      </w:r>
    </w:p>
    <w:p>
      <w:pPr>
        <w:jc w:val="right"/>
      </w:pPr>
      <w:r>
        <w:t>حضرت داؤد اپنے زمانے کے یہود کے بارے میں فرماتے ہیں کہ ان میں کوئی نیکوکار نہیں، ایک بھی نہیں۔</w:t>
      </w:r>
    </w:p>
    <w:p>
      <w:r>
        <w:rPr>
          <w:b/>
        </w:rPr>
        <w:t xml:space="preserve">[57:31] </w:t>
      </w:r>
      <w:r>
        <w:t>magar isi ke sath aap ke kalam se is ki tasdeeq hoti hai ke yahood apne hamsayon se sulah ki baaten karte thay jab ke un ke dilon mein badi hoti thi.</w:t>
      </w:r>
    </w:p>
    <w:p>
      <w:pPr>
        <w:jc w:val="right"/>
      </w:pPr>
      <w:r>
        <w:t>مگر اسی کے ساتھ آپ کے کلام سے اس کی تصدیق ہوتی ہے کہ یہود اپنے ہمسایوں سے صلح کی باتیں کرتے تھے جبکہ ان کے دلوں میں بدی ہوتی تھی۔</w:t>
      </w:r>
    </w:p>
    <w:p>
      <w:r>
        <w:rPr>
          <w:b/>
        </w:rPr>
        <w:t xml:space="preserve">[57:44] </w:t>
      </w:r>
      <w:r>
        <w:t>woh khuda ke aain ko bayan karte aur khuda ke ahad ko zaban par latay. Hazrat masih apne zamane ke yahudiyon ke baray mein farmate hain: "aye riyakar faqihuo!</w:t>
      </w:r>
    </w:p>
    <w:p>
      <w:pPr>
        <w:jc w:val="right"/>
      </w:pPr>
      <w:r>
        <w:t>وہ خدا کے آئین کو بیان کرتے اور خدا کے عہد کو زبان پر لاتے۔ حضرت مسیح اپنے زمانے کے یہودیوں کے بارے میں فرماتے ہیں: "اے ریاکار فقیہو!</w:t>
      </w:r>
    </w:p>
    <w:p>
      <w:r>
        <w:rPr>
          <w:b/>
        </w:rPr>
        <w:t xml:space="preserve">[57:58] </w:t>
      </w:r>
      <w:r>
        <w:t>tum par afsos! tum biwaon ke gharon ko daba bethe ho aur dikhawe ke liye namaz ko tul dete ho.</w:t>
      </w:r>
    </w:p>
    <w:p>
      <w:pPr>
        <w:jc w:val="right"/>
      </w:pPr>
      <w:r>
        <w:t>تم پر افسوس! تم بیواؤں کے گھروں کو دبا بیٹھے ہو اور دکھاوے کے لیے نماز کو طول دیتے ہو۔</w:t>
      </w:r>
    </w:p>
    <w:p>
      <w:r>
        <w:rPr>
          <w:b/>
        </w:rPr>
        <w:t xml:space="preserve">[58:09] </w:t>
      </w:r>
      <w:r>
        <w:t>tum pudina aur sonf aur zeera par to dahi dete ho magar tum ne shariat ki zyada bhari baaton yani insaf, reham aur iman ko chhor diya hai.</w:t>
      </w:r>
    </w:p>
    <w:p>
      <w:pPr>
        <w:jc w:val="right"/>
      </w:pPr>
      <w:r>
        <w:t>تم پودینہ اور سونف اور زیرہ پر تو دہی دیتے ہو مگر تم نے شریعت کی زیادہ بھاری باتوں یعنی انصاف، رحم اور ایمان کو چھوڑ دیا ہے۔</w:t>
      </w:r>
    </w:p>
    <w:p>
      <w:r>
        <w:rPr>
          <w:b/>
        </w:rPr>
        <w:t xml:space="preserve">[58:25] </w:t>
      </w:r>
      <w:r>
        <w:t>aye andhay rah batane walo!</w:t>
      </w:r>
    </w:p>
    <w:p>
      <w:pPr>
        <w:jc w:val="right"/>
      </w:pPr>
      <w:r>
        <w:t>اے اندھے راہ بتانے والو!</w:t>
      </w:r>
    </w:p>
    <w:p>
      <w:r>
        <w:rPr>
          <w:b/>
        </w:rPr>
        <w:t xml:space="preserve">[58:27] </w:t>
      </w:r>
      <w:r>
        <w:t>machhar ko chhanate ho aur oont ko nigal jatay ho. Aye riyakar faqihuo! tum zahir mein to logon ko rast baz dikhai dete ho magar batin mein riyakari aur be deeni se bhare hue ho.</w:t>
      </w:r>
    </w:p>
    <w:p>
      <w:pPr>
        <w:jc w:val="right"/>
      </w:pPr>
      <w:r>
        <w:t>مچھر کو چھانتے ہو اور اونٹ کو نگل جاتے ہو۔ اے ریاکار فقیہو! تم ظاہر میں تو لوگوں کو راست باز دکھائی دیتے ہو مگر باطن میں ریاکاری اور بے دینی سے بھرے ہوئے ہو۔</w:t>
      </w:r>
    </w:p>
    <w:p>
      <w:r>
        <w:rPr>
          <w:b/>
        </w:rPr>
        <w:t xml:space="preserve">[58:49] </w:t>
      </w:r>
      <w:r>
        <w:t>yahood khuda ka aain bayan karte thay. Woh lambi namazen parhte aur faslon mein daswan hissa nikaltay magar un ki baaten sirf kehne ke liye hoti theen.</w:t>
      </w:r>
    </w:p>
    <w:p>
      <w:pPr>
        <w:jc w:val="right"/>
      </w:pPr>
      <w:r>
        <w:t>یہود خدا کا آئین بیان کرتے تھے۔ وہ لمبی نمازیں پڑھتے اور فصلوں میں دسواں حصہ نکالتے مگر ان کی باتیں صرف کہنے کے لیے ہوتی تھیں۔</w:t>
      </w:r>
    </w:p>
    <w:p>
      <w:r>
        <w:rPr>
          <w:b/>
        </w:rPr>
        <w:t xml:space="preserve">[59:02] </w:t>
      </w:r>
      <w:r>
        <w:t>woh be-zarar ahkam par numaisahi eh-teham ke sath amal karte magar jab sahib-e-muamla se insaf karne ka sawal hota, jab aik kamzor par reham ka taqaza hota,</w:t>
      </w:r>
    </w:p>
    <w:p>
      <w:pPr>
        <w:jc w:val="right"/>
      </w:pPr>
      <w:r>
        <w:t>وہ بے ضرر احکام پر نمائشی اہتمام کے ساتھ عمل کرتے مگر جب صاحب معاملہ سے انصاف کرنے کا سوال ہوتا، جب ایک کمزور پر رحم کا تقاضا ہوتا،</w:t>
      </w:r>
    </w:p>
    <w:p>
      <w:r>
        <w:rPr>
          <w:b/>
        </w:rPr>
        <w:t xml:space="preserve">[59:17] </w:t>
      </w:r>
      <w:r>
        <w:t>jab apne nafs ko kuchal kar Allah ke hukum ko mannay ki zarurat hoti to woh phisal jatay.</w:t>
      </w:r>
    </w:p>
    <w:p>
      <w:pPr>
        <w:jc w:val="right"/>
      </w:pPr>
      <w:r>
        <w:t>جب اپنے نفس کو کچل کر اللہ کے حکم کو ماننے کی ضرورت ہوتی تو وہ پھسل جاتے۔</w:t>
      </w:r>
    </w:p>
    <w:p>
      <w:r>
        <w:rPr>
          <w:b/>
        </w:rPr>
        <w:t xml:space="preserve">[59:27] </w:t>
      </w:r>
      <w:r>
        <w:t>hata ke agar</w:t>
      </w:r>
    </w:p>
    <w:p>
      <w:pPr>
        <w:jc w:val="right"/>
      </w:pPr>
      <w:r>
        <w:t>حتیٰ کہ اگر</w:t>
      </w:r>
    </w:p>
    <w:p>
      <w:r>
        <w:rPr>
          <w:b/>
        </w:rPr>
        <w:t xml:space="preserve">[59:29] </w:t>
      </w:r>
      <w:r>
        <w:t>koi khuda ka banda un ki ghaltiyon ko batata to woh us ke dushman ho jatay.</w:t>
      </w:r>
    </w:p>
    <w:p>
      <w:pPr>
        <w:jc w:val="right"/>
      </w:pPr>
      <w:r>
        <w:t>کوئی خدا کا بندہ ان کی غلطیوں کو بتاتا تو وہ اس کے دشمن ہو جاتے۔</w:t>
      </w:r>
    </w:p>
    <w:p>
      <w:r>
        <w:rPr>
          <w:b/>
        </w:rPr>
        <w:t xml:space="preserve">[59:36] </w:t>
      </w:r>
      <w:r>
        <w:t>ek cheez thi jis ne un ko laanat aur ghazab ka mustahiq bana diya.</w:t>
      </w:r>
    </w:p>
    <w:p>
      <w:pPr>
        <w:jc w:val="right"/>
      </w:pPr>
      <w:r>
        <w:t>ایک چیز تھی جس نے ان کو لعنت اور غضب کا مستحق بنا دیا۔</w:t>
      </w:r>
    </w:p>
    <w:p>
      <w:r>
        <w:rPr>
          <w:b/>
        </w:rPr>
        <w:t xml:space="preserve">[1:00:53] </w:t>
      </w:r>
      <w:r>
        <w:t>wama lana la nu'min billahi wama ja'ana minal haqqi wantama'u an yadkhilana rabbana ma'al qaumis salihin.</w:t>
      </w:r>
    </w:p>
    <w:p>
      <w:pPr>
        <w:jc w:val="right"/>
      </w:pPr>
      <w:r>
        <w:t>وما لنا لا نؤمن بالله وما جاءنا من الحق ونطمع أن يدخلنا ربنا مع القوم الصالحين.</w:t>
      </w:r>
    </w:p>
    <w:p>
      <w:r>
        <w:rPr>
          <w:b/>
        </w:rPr>
        <w:t xml:space="preserve">[1:01:10] </w:t>
      </w:r>
      <w:r>
        <w:t>fa'athabahumullahu bima qalu: "jannatin tajri min tahtiha al-anharu khalidina fiha" wa zalika jazaa'ul muhsinin.</w:t>
      </w:r>
    </w:p>
    <w:p>
      <w:pPr>
        <w:jc w:val="right"/>
      </w:pPr>
      <w:r>
        <w:t>فأثابهم الله بما قالوا: "جنات تجري من تحتها الأنهار خالدين فيها" وذلك جزاء المحسنين.</w:t>
      </w:r>
    </w:p>
    <w:p>
      <w:r>
        <w:rPr>
          <w:b/>
        </w:rPr>
        <w:t xml:space="preserve">[1:01:30] </w:t>
      </w:r>
      <w:r>
        <w:t>wallazina kafaroo wa kaththaboo bi'ayatina ula'ika ashabul jaheem.</w:t>
      </w:r>
    </w:p>
    <w:p>
      <w:pPr>
        <w:jc w:val="right"/>
      </w:pPr>
      <w:r>
        <w:t>والذين كفروا وكذبوا بآياتنا أولئك أصحاب الجحيم.</w:t>
      </w:r>
    </w:p>
    <w:p>
      <w:r>
        <w:rPr>
          <w:b/>
        </w:rPr>
        <w:t xml:space="preserve">[1:01:45] </w:t>
      </w:r>
      <w:r>
        <w:t>iman walon ke sath dushmani mein tum sab se barh kar yahood aur mushrikeen ko pao ge aur iman walon ke sath dosti mein tum sab se zyada un logon ko pao ge jo apne ko nasara kehte hain.</w:t>
      </w:r>
    </w:p>
    <w:p>
      <w:pPr>
        <w:jc w:val="right"/>
      </w:pPr>
      <w:r>
        <w:t>ایمان والوں کے ساتھ دشمنی میں تم سب سے بڑھ کر یہود اور مشرکین کو پاؤ گے اور ایمان والوں کے ساتھ دوستی میں تم سب سے زیادہ ان لوگوں کو پاؤ گے جو اپنے کو نصاری کہتے ہیں۔</w:t>
      </w:r>
    </w:p>
    <w:p>
      <w:r>
        <w:rPr>
          <w:b/>
        </w:rPr>
        <w:t xml:space="preserve">[1:02:03] </w:t>
      </w:r>
      <w:r>
        <w:t>yeh is liye ke un mein aalim aur rahb hain aur is liye ke woh takabbur nahi karte. Aur jab woh is kalam ko suntay hain jo rasool par utara gaya hai to tum dekho ge ke un ki aankhon se aansu jari hain is sabab se ke unhon ne haq ko pehchan liya.</w:t>
      </w:r>
    </w:p>
    <w:p>
      <w:pPr>
        <w:jc w:val="right"/>
      </w:pPr>
      <w:r>
        <w:t>یہ اس لیے کہ ان میں عالم اور راہب ہیں اور اس لیے کہ وہ تکبر نہیں کرتے۔ اور جب وہ اس کلام کو سنتے ہیں جو رسول پر اتارا گیا ہے تو تم دیکھو گے کہ ان کی آنکھوں سے آنسو جاری ہیں اس سبب سے کہ انہوں نے حق کو پہچان لیا۔</w:t>
      </w:r>
    </w:p>
    <w:p>
      <w:r>
        <w:rPr>
          <w:b/>
        </w:rPr>
        <w:t xml:space="preserve">[1:02:27] </w:t>
      </w:r>
      <w:r>
        <w:t>woh pukar uthte hain ke: "aye hamare rab!</w:t>
      </w:r>
    </w:p>
    <w:p>
      <w:pPr>
        <w:jc w:val="right"/>
      </w:pPr>
      <w:r>
        <w:t>وہ پکار اٹھتے ہیں کہ: "اے ہمارے رب!</w:t>
      </w:r>
    </w:p>
    <w:p>
      <w:r>
        <w:rPr>
          <w:b/>
        </w:rPr>
        <w:t xml:space="preserve">[1:02:30] </w:t>
      </w:r>
      <w:r>
        <w:t>hum iman laye, pas tu hum ko gawahi dene walon mein likh le." Aur hum kyun na iman layen Allah par aur is haq par jo humein pohncha hai jab ke hum yeh aarzoo rakhte hain ke hamara rab hum ko salih logon ke sath shamil karay.</w:t>
      </w:r>
    </w:p>
    <w:p>
      <w:pPr>
        <w:jc w:val="right"/>
      </w:pPr>
      <w:r>
        <w:t>ہم ایمان لائے، پس تو ہم کو گواہی دینے والوں میں لکھ لے۔" اور ہم کیوں نہ ایمان لائیں اللہ پر اور اس حق پر جو ہمیں پہنچا ہے جبکہ ہم یہ آرزو رکھتے ہیں کہ ہمارا رب ہم کو صالح لوگوں کے ساتھ شامل کرے۔</w:t>
      </w:r>
    </w:p>
    <w:p>
      <w:r>
        <w:rPr>
          <w:b/>
        </w:rPr>
        <w:t xml:space="preserve">[1:02:52] </w:t>
      </w:r>
      <w:r>
        <w:t>pas Allah un ko is qaul ke badlay mein aisay bagh de ga jin ke neechay nehre'n behti hongi. Woh un mein hamesha rahen ge aur yehi badla hai naik amal karne walon ka.</w:t>
      </w:r>
    </w:p>
    <w:p>
      <w:pPr>
        <w:jc w:val="right"/>
      </w:pPr>
      <w:r>
        <w:t>پس اللہ ان کو اس قول کے بدلے میں ایسے باغ دے گا جن کے نیچے نہریں بہتی ہوں گی۔ وہ ان میں ہمیشہ رہیں گے اور یہی بدلہ ہے نیک عمل کرنے والوں کا۔</w:t>
      </w:r>
    </w:p>
    <w:p>
      <w:r>
        <w:rPr>
          <w:b/>
        </w:rPr>
        <w:t xml:space="preserve">[1:03:07] </w:t>
      </w:r>
      <w:r>
        <w:t>aur jinhon ne inkar kiya aur hamari nishaniyon ko jhutlaya to wahi log dozakh walay hain.</w:t>
      </w:r>
    </w:p>
    <w:p>
      <w:pPr>
        <w:jc w:val="right"/>
      </w:pPr>
      <w:r>
        <w:t>اور جنہوں نے انکار کیا اور ہماری نشانیوں کو جھٹلایا تو وہی لوگ دوزخ والے ہیں۔</w:t>
      </w:r>
    </w:p>
    <w:p>
      <w:r>
        <w:rPr>
          <w:b/>
        </w:rPr>
        <w:t xml:space="preserve">[1:03:19] </w:t>
      </w:r>
      <w:r>
        <w:t>tashreeh: is ayat mein jannat ko qaul ka badla qarar diya gaya hai magar woh qaul kya tha jis ne is ke qailin ko abadi jannat ka mustahiq banaya?</w:t>
      </w:r>
    </w:p>
    <w:p>
      <w:pPr>
        <w:jc w:val="right"/>
      </w:pPr>
      <w:r>
        <w:t>تشریح: اس آیت میں جنت کو قول کا بدلہ قرار دیا گیا ہے مگر وہ قول کیا تھا جس نے اس کے قائلین کو ابدی جنت کا مستحق بنایا؟</w:t>
      </w:r>
    </w:p>
    <w:p>
      <w:r>
        <w:rPr>
          <w:b/>
        </w:rPr>
        <w:t xml:space="preserve">[1:03:34] </w:t>
      </w:r>
      <w:r>
        <w:t>woh qoul un ki poori hasti ka numainda tha. woh un ki shakhsiyat ki phatan ki awaz tha. unhon ne Allah ke kalam ko is tarah suna ke un ke andar jo haq tha us ko woh poori tarah pa gaye.</w:t>
      </w:r>
    </w:p>
    <w:p>
      <w:pPr>
        <w:jc w:val="right"/>
      </w:pPr>
      <w:r>
        <w:t>وہ قول ان کی پوری ہستی کا نمائندہ تھا۔ وہ ان کی شخصیت کی پھٹن کی آواز تھا۔ انہوں نے اللہ کے کلام کو اس طرح سنا کہ ان کے اندر جو حق تھا اس کو وہ پوری طرح پا گئے۔</w:t>
      </w:r>
    </w:p>
    <w:p>
      <w:r>
        <w:rPr>
          <w:b/>
        </w:rPr>
        <w:t xml:space="preserve">[1:03:53] </w:t>
      </w:r>
      <w:r>
        <w:t>woh un ke dil o dimagh mein utar gaya. is ne un ke andar aisa inqalab barpa kiya ke un ke hauslon aur tamnaon ka markaz badal gaya.</w:t>
      </w:r>
    </w:p>
    <w:p>
      <w:pPr>
        <w:jc w:val="right"/>
      </w:pPr>
      <w:r>
        <w:t>وہ ان کے دل و دماغ میں اتر گیا۔ اس نے ان کے اندر ایسا انقلاب برپا کیا کہ ان کے حوصلوں اور تمناؤں کا مرکز بدل گیا۔</w:t>
      </w:r>
    </w:p>
    <w:p>
      <w:r>
        <w:rPr>
          <w:b/>
        </w:rPr>
        <w:t xml:space="preserve">[1:04:05] </w:t>
      </w:r>
      <w:r>
        <w:t>taassub aur maslehat ki tamam deewarein dhal pari. unhon ne haq ke sath apne aap ko is tarah shamil kiya ke us se alag un ki koi hasti baqi na rahi.</w:t>
      </w:r>
    </w:p>
    <w:p>
      <w:pPr>
        <w:jc w:val="right"/>
      </w:pPr>
      <w:r>
        <w:t>تعصب اور مصلحت کی تمام دیواریں ڈھک پڑیں۔ انہوں نے حق کے ساتھ اپنے آپ کو اس طرح شامل کیا کہ اس سے الگ ان کی کوئی ہستی باقی نہ رہی۔</w:t>
      </w:r>
    </w:p>
    <w:p>
      <w:r>
        <w:rPr>
          <w:b/>
        </w:rPr>
        <w:t xml:space="preserve">[1:04:19] </w:t>
      </w:r>
      <w:r>
        <w:t>woh is ke gawah ban gaye aur gawah banna ek haqiqat ka insaan ki surat mein mujassam hona hai. Quran ab un ke liye mahaz ek kitab na raha balkeh malik-e-kaenat ki zinda nishani ban gaya.</w:t>
      </w:r>
    </w:p>
    <w:p>
      <w:pPr>
        <w:jc w:val="right"/>
      </w:pPr>
      <w:r>
        <w:t>وہ اس کے گواہ بن گئے اور گواہ بننا ایک حقیقت کا انسان کی صورت میں مجسم ہونا ہے۔ قرآن اب ان کے لیے محض ایک کتاب نہ رہا بلکہ مالک کائنات کی زندہ نشانی بن گیا۔</w:t>
      </w:r>
    </w:p>
    <w:p>
      <w:r>
        <w:rPr>
          <w:b/>
        </w:rPr>
        <w:t xml:space="preserve">[1:04:36] </w:t>
      </w:r>
      <w:r>
        <w:t>yeh rabbani tajruba jo un par guzra bazahir is ka izhaar agarche lafzon ki surat mein hua tha magar un ke yeh alfaaz alfaaz na thay balkeh woh ek zalzala tha jis ne un ke poore wajood ko hila diya hatta ke un ki aankhein aansuon se bah pari.</w:t>
      </w:r>
    </w:p>
    <w:p>
      <w:pPr>
        <w:jc w:val="right"/>
      </w:pPr>
      <w:r>
        <w:t>یہ ربانی تجربہ جو ان پر گزرا بظاہر اس کا اظہار اگرچہ لفظوں کی صورت میں ہوا تھا مگر ان کے یہ الفاظ الفاظ نہ تھے بلکہ وہ ایک زلزلہ تھا جس نے ان کے پورے وجود کو ہلا دیا حتیٰ کہ ان کی آنکھیں آنسوؤں سے بہہ پڑیں۔</w:t>
      </w:r>
    </w:p>
    <w:p>
      <w:r>
        <w:rPr>
          <w:b/>
        </w:rPr>
        <w:t xml:space="preserve">[1:05:02] </w:t>
      </w:r>
      <w:r>
        <w:t>qoul apni haqiqat ke aitbar se kisi qism ke lisani talaffuz ka naam nahin. woh aadmi ke amal ko ma'nawiyat ka roop dene ki aala tareen surat hai jis ka ikhtiyar maloom kaenat mein sirf insaan ek hai.</w:t>
      </w:r>
    </w:p>
    <w:p>
      <w:pPr>
        <w:jc w:val="right"/>
      </w:pPr>
      <w:r>
        <w:t>قول اپنی حقیقت کے اعتبار سے کسی قسم کے لسانی تلفظ کا نام نہیں۔ وہ آدمی کے عمل کو معنویت کا روپ دینے کی اعلیٰ ترین صورت ہے جس کا اختیار معلوم کائنات میں صرف انسان ایک ہے۔</w:t>
      </w:r>
    </w:p>
    <w:p>
      <w:r>
        <w:rPr>
          <w:b/>
        </w:rPr>
        <w:t xml:space="preserve">[1:05:19] </w:t>
      </w:r>
      <w:r>
        <w:t>ek haqiqi qoul sab se ziyada lateef aur sab se ziyada ba'mani waqea hai. qoul aadmi ki hasti ka sab se bara izhaar hai.</w:t>
      </w:r>
    </w:p>
    <w:p>
      <w:pPr>
        <w:jc w:val="right"/>
      </w:pPr>
      <w:r>
        <w:t>ایک حقیقی قول سب سے زیادہ لطیف اور سب سے زیادہ بامعنی واقعہ ہے۔ قول آدمی کی ہستی کا سب سے بڑا اظہار ہے۔</w:t>
      </w:r>
    </w:p>
    <w:p>
      <w:r>
        <w:rPr>
          <w:b/>
        </w:rPr>
        <w:t xml:space="preserve">[1:05:33] </w:t>
      </w:r>
      <w:r>
        <w:t>qoul-e-natiq amal hai. is liye jab koi shakhs qoul ki satah par apni abdiyat ka saboot de de to woh jannat ka yaqeeni istihqaaq hasil kar leta hai.</w:t>
      </w:r>
    </w:p>
    <w:p>
      <w:pPr>
        <w:jc w:val="right"/>
      </w:pPr>
      <w:r>
        <w:t>قول ناطق عمل ہے۔ اس لیے جب کوئی شخص قول کی سطح پر اپنی ابدیت کا ثبوت دے دے تو وہ جنت کا یقینی استحقاق حاصل کر لیتا ہے۔</w:t>
      </w:r>
    </w:p>
    <w:p>
      <w:r>
        <w:rPr>
          <w:b/>
        </w:rPr>
        <w:t xml:space="preserve">[1:05:51] </w:t>
      </w:r>
      <w:r>
        <w:t>haq ko na manne ki sab se bari wajah hamesha kibr hota hai. jin ke dil mein kibr chhupa hua ho woh haq ki dawat ke muqable mein sab se ziyada sakht radd-e-amal ka izhaar karte hain.</w:t>
      </w:r>
    </w:p>
    <w:p>
      <w:pPr>
        <w:jc w:val="right"/>
      </w:pPr>
      <w:r>
        <w:t>حق کو نہ ماننے کی سب سے بڑی وجہ ہمیشہ کبر ہوتا ہے۔ جن کے دلوں میں کبر چھپا ہوا ہو وہ حق کی دعوت کے مقابلے میں سب سے زیادہ سخت ردعمل کا اظہار کرتے ہیں۔</w:t>
      </w:r>
    </w:p>
    <w:p>
      <w:r>
        <w:rPr>
          <w:b/>
        </w:rPr>
        <w:t xml:space="preserve">[1:06:06] </w:t>
      </w:r>
      <w:r>
        <w:t>aur jin logon ke andar kibr na ho khwah woh doosri kisi gumrahi mein mubtala hon woh haq ki mukhalifat mein kabhi itna ziyada aage nahin ja sakte ke us ke jani dushman ban jayein aur kisi haal mein us ko qabool na karein.</w:t>
      </w:r>
    </w:p>
    <w:p>
      <w:pPr>
        <w:jc w:val="right"/>
      </w:pPr>
      <w:r>
        <w:t>اور جن لوگوں کے اندر کبر نہ ہو خواہ وہ دوسری کسی گمراہی میں مبتلا ہوں وہ حق کی مخالفت میں کبھی اتنا زیادہ آگے نہیں جا سکتے کہ اس کے جانی دشمن بن جائیں اور کسی حال میں اس کو قبول نہ کریں۔</w:t>
      </w:r>
    </w:p>
    <w:p>
      <w:r>
        <w:rPr>
          <w:b/>
        </w:rPr>
        <w:t xml:space="preserve">[1:06:32] </w:t>
      </w:r>
      <w:r>
        <w:t>ya ayyuhalladhina amanu la tuharrimu tayyibati ma ahallallahu lakum wa la ta'tadu.</w:t>
      </w:r>
    </w:p>
    <w:p>
      <w:pPr>
        <w:jc w:val="right"/>
      </w:pPr>
      <w:r>
        <w:t>یا الذین آمنوا! لا تحرموا طیبات ما أحل الله لكم ولا تعتدوا۔</w:t>
      </w:r>
    </w:p>
    <w:p>
      <w:r>
        <w:rPr>
          <w:b/>
        </w:rPr>
        <w:t xml:space="preserve">[1:06:47] </w:t>
      </w:r>
      <w:r>
        <w:t>innallaha la yuhibbul mu'tadin. wa kuloo mimma razaqakumullahu halalan tayyiba.</w:t>
      </w:r>
    </w:p>
    <w:p>
      <w:pPr>
        <w:jc w:val="right"/>
      </w:pPr>
      <w:r>
        <w:t>إن الله لا يحب المعتدین۔ وكلوا مما رزقكم الله حلالا طيبا۔</w:t>
      </w:r>
    </w:p>
    <w:p>
      <w:r>
        <w:rPr>
          <w:b/>
        </w:rPr>
        <w:t xml:space="preserve">[1:07:02] </w:t>
      </w:r>
      <w:r>
        <w:t>wattaqullaha alladhi antum bihi mu'minun.</w:t>
      </w:r>
    </w:p>
    <w:p>
      <w:pPr>
        <w:jc w:val="right"/>
      </w:pPr>
      <w:r>
        <w:t>واتقوا اللہ الذی أنتم به مؤمنون۔</w:t>
      </w:r>
    </w:p>
    <w:p>
      <w:r>
        <w:rPr>
          <w:b/>
        </w:rPr>
        <w:t xml:space="preserve">[1:07:12] </w:t>
      </w:r>
      <w:r>
        <w:t>la yu'akhidhukumullahu bil-lagwi fi aymanikum wa lakin yu'akhidhukum bima 'aqqadtumul ayman.</w:t>
      </w:r>
    </w:p>
    <w:p>
      <w:pPr>
        <w:jc w:val="right"/>
      </w:pPr>
      <w:r>
        <w:t>لا یؤاخذکم اللہ بالغو فی ایمانکم ولكن یؤاخذکم بما عقدتم الأيمان۔</w:t>
      </w:r>
    </w:p>
    <w:p>
      <w:r>
        <w:rPr>
          <w:b/>
        </w:rPr>
        <w:t xml:space="preserve">[1:07:29] </w:t>
      </w:r>
      <w:r>
        <w:t>fakaffaratuhu it'amu 'asharati masakin min awsati ma tut'imuna ahlakum aw kiswatuhum aw tahriiru raqabah.</w:t>
      </w:r>
    </w:p>
    <w:p>
      <w:pPr>
        <w:jc w:val="right"/>
      </w:pPr>
      <w:r>
        <w:t>فكفارته إطعام عشرة مساكين من أوسط ما تطعمون أهليكم أو كسوتهم أو تحرير رقبة۔</w:t>
      </w:r>
    </w:p>
    <w:p>
      <w:r>
        <w:rPr>
          <w:b/>
        </w:rPr>
        <w:t xml:space="preserve">[1:07:44] </w:t>
      </w:r>
      <w:r>
        <w:t>faman lam yajid fasiyamu thalathati ayyam. dhalika kaffaratu aymanikum idha halaftum.</w:t>
      </w:r>
    </w:p>
    <w:p>
      <w:pPr>
        <w:jc w:val="right"/>
      </w:pPr>
      <w:r>
        <w:t>فمن لم يجد فصيام ثلاثة أيام۔ ذلك كفارة أيمانكم إذا حلفتم۔</w:t>
      </w:r>
    </w:p>
    <w:p>
      <w:r>
        <w:rPr>
          <w:b/>
        </w:rPr>
        <w:t xml:space="preserve">[1:07:57] </w:t>
      </w:r>
      <w:r>
        <w:t>wahfazu aymanakum. kadhalika yubayyinullahu lakum ayatihi la'allakum tashkurun.</w:t>
      </w:r>
    </w:p>
    <w:p>
      <w:pPr>
        <w:jc w:val="right"/>
      </w:pPr>
      <w:r>
        <w:t>واحفظوا أيمانكم۔ كذلك يبين الله لكم آياته لعلكم تشكرون۔</w:t>
      </w:r>
    </w:p>
    <w:p>
      <w:r>
        <w:rPr>
          <w:b/>
        </w:rPr>
        <w:t xml:space="preserve">[1:08:14] </w:t>
      </w:r>
      <w:r>
        <w:t>ae iman walo! in satthri cheezon ko haram na thehrao jo Allah ne tumhare liye halaal ki hain.</w:t>
      </w:r>
    </w:p>
    <w:p>
      <w:pPr>
        <w:jc w:val="right"/>
      </w:pPr>
      <w:r>
        <w:t>اے ایمان والو! ان ستھری چیزوں کو حرام نہ ٹھہراؤ جو اللہ نے تمہارے لیے حلال کی ہیں۔</w:t>
      </w:r>
    </w:p>
    <w:p>
      <w:r>
        <w:rPr>
          <w:b/>
        </w:rPr>
        <w:t xml:space="preserve">[1:08:24] </w:t>
      </w:r>
      <w:r>
        <w:t>aur had se na badho. Allah had se badhne walon ko pasand nahin karta. aur Allah ne tum ko jo halaal cheezein di hain un mein se khao.</w:t>
      </w:r>
    </w:p>
    <w:p>
      <w:pPr>
        <w:jc w:val="right"/>
      </w:pPr>
      <w:r>
        <w:t>اور حد سے نہ بڑھو۔ اللہ حد سے بڑھنے والوں کو پسند نہیں کرتا۔ اور اللہ نے تم کو جو حلال چیزیں دی ہیں ان میں سے کھاؤ۔</w:t>
      </w:r>
    </w:p>
    <w:p>
      <w:r>
        <w:rPr>
          <w:b/>
        </w:rPr>
        <w:t xml:space="preserve">[1:08:38] </w:t>
      </w:r>
      <w:r>
        <w:t>aur Allah se daro jis par tum iman laye ho. Allah tum se tumhari be-ma'ni qasmon par girift nahin karta magar jin qasmon ko tum ne mazboot bandha un par woh zaroor tumhari girift karega.</w:t>
      </w:r>
    </w:p>
    <w:p>
      <w:pPr>
        <w:jc w:val="right"/>
      </w:pPr>
      <w:r>
        <w:t>اور اللہ سے ڈرو جس پر تم ایمان لائے ہو۔ اللہ تم سے تمہاری بے معنی قسموں پر گرفت نہیں کرتا مگر جن قسموں کو تم نے مضبوط باندھا ان پر وہ ضرور تمہاری گرفت کرے گا۔</w:t>
      </w:r>
    </w:p>
    <w:p>
      <w:r>
        <w:rPr>
          <w:b/>
        </w:rPr>
        <w:t xml:space="preserve">[1:09:02] </w:t>
      </w:r>
      <w:r>
        <w:t>aisi qasam ka kaffara hai das miskeenon ko ausat darje ka khana khilana jo tum apne ghar walon ko khilate ho ya kapra pehna dena ya ek gardan azaad karna.</w:t>
      </w:r>
    </w:p>
    <w:p>
      <w:pPr>
        <w:jc w:val="right"/>
      </w:pPr>
      <w:r>
        <w:t>ایسی قسم کا کفارہ ہے دس مسکینوں کو اوسط درجے کا کھانا کھلانا جو تم اپنے گھر والوں کو کھلاتے ہو یا کپڑا پہنا دینا یا ایک گردن آزاد کرنا۔</w:t>
      </w:r>
    </w:p>
    <w:p>
      <w:r>
        <w:rPr>
          <w:b/>
        </w:rPr>
        <w:t xml:space="preserve">[1:09:22] </w:t>
      </w:r>
      <w:r>
        <w:t>aur jis ko mayassar na ho woh teen din ke roze rakhe. yeh kaffara hai tumhari qasmon ka jabke tum qasam kha baitho.</w:t>
      </w:r>
    </w:p>
    <w:p>
      <w:pPr>
        <w:jc w:val="right"/>
      </w:pPr>
      <w:r>
        <w:t>اور جس کو میسر نہ ہو وہ تین دن کے روزے رکھے۔ یہ کفارہ ہے تمہاری قسموں کا جبکہ تم قسم کھا بیٹھو۔</w:t>
      </w:r>
    </w:p>
    <w:p>
      <w:r>
        <w:rPr>
          <w:b/>
        </w:rPr>
        <w:t xml:space="preserve">[1:09:36] </w:t>
      </w:r>
      <w:r>
        <w:t>aur apni qasmon ki hifazat karo. is tarah Allah tumhare liye apne ahkam bayan karta hai ta ke tum shukr ada karo.</w:t>
      </w:r>
    </w:p>
    <w:p>
      <w:pPr>
        <w:jc w:val="right"/>
      </w:pPr>
      <w:r>
        <w:t>اور اپنی قسموں کی حفاظت کرو۔ اس طرح اللہ تمہارے لیے اپنے احکام بیان کرتا ہے تاکہ تم شکر ادا کرو۔</w:t>
      </w:r>
    </w:p>
    <w:p>
      <w:r>
        <w:rPr>
          <w:b/>
        </w:rPr>
        <w:t xml:space="preserve">[1:09:52] </w:t>
      </w:r>
      <w:r>
        <w:t>tashreeh: banda aur Khuda ka ta'alluq ek zinda ta'alluq hai jo nafsiyat ki satah par qaim hota hai.</w:t>
      </w:r>
    </w:p>
    <w:p>
      <w:pPr>
        <w:jc w:val="right"/>
      </w:pPr>
      <w:r>
        <w:t>تشریح: بندہ اور خدا کا تعلق ایک زندہ تعلق ہے جو نفسیات کی سطح پر قائم ہوتا ہے۔</w:t>
      </w:r>
    </w:p>
    <w:p>
      <w:r>
        <w:rPr>
          <w:b/>
        </w:rPr>
        <w:t xml:space="preserve">[1:10:04] </w:t>
      </w:r>
      <w:r>
        <w:t>yeh tamam tar ek andarooni waqea hai magar mazhab ke zuwal ke zaman mein jab yeh andarooni ta'alluq kamzor padta hai to logon mein yeh zehn ubharta hai ke is ko kharji zarea' se hasil karne ki koshish ki jaye.</w:t>
      </w:r>
    </w:p>
    <w:p>
      <w:pPr>
        <w:jc w:val="right"/>
      </w:pPr>
      <w:r>
        <w:t>یہ تمام تر ایک اندرونی واقعہ ہے مگر مذہب کے زوال کے زمانے میں جب یہ اندرونی تعلق کمزور پڑتا ہے تو لوگوں میں یہ ذہن ابھرتا ہے کہ اس کو خارجی ذرائع سے حاصل کرنے کی کوشش کی جائے۔</w:t>
      </w:r>
    </w:p>
    <w:p>
      <w:r>
        <w:rPr>
          <w:b/>
        </w:rPr>
        <w:t xml:space="preserve">[1:10:25] </w:t>
      </w:r>
      <w:r>
        <w:t>inhi mein se dunyavi lazzaton ko chhodna bhi hai jis ko rehbaniyat kaha jata hai. yeh khayal kar liya jata hai ke madi cheezon se doori aadmi ko khuda se qareeb karne ka باعث banegi.</w:t>
      </w:r>
    </w:p>
    <w:p>
      <w:pPr>
        <w:jc w:val="right"/>
      </w:pPr>
      <w:r>
        <w:t>انہی میں سے دنیاوی لذتوں کو چھوڑنا بھی ہے جس کو رہبانیت کہا جاتا ہے۔ یہ خیال کر لیا جاتا ہے کہ مادی چیزوں سے دوری آدمی کو خدا سے قریب کرنے کا باعث بنے گی۔</w:t>
      </w:r>
    </w:p>
    <w:p>
      <w:r>
        <w:rPr>
          <w:b/>
        </w:rPr>
        <w:t xml:space="preserve">[1:10:45] </w:t>
      </w:r>
      <w:r>
        <w:t>sahaba mein se baaz afraad is qism ke rehbani khayalat se mutasir hue. unhon ne irada kiya ke woh gosht na khayen, raton ko na soyen,</w:t>
      </w:r>
    </w:p>
    <w:p>
      <w:pPr>
        <w:jc w:val="right"/>
      </w:pPr>
      <w:r>
        <w:t>صحابہ میں سے بعض افراد اس قسم کے رہبانی خیالات سے متاثر ہوئے۔ انہوں نے ارادہ کیا کہ وہ گوشت نہ کھائیں، راتوں کو نہ سوئیں،</w:t>
      </w:r>
    </w:p>
    <w:p>
      <w:r>
        <w:rPr>
          <w:b/>
        </w:rPr>
        <w:t xml:space="preserve">[1:11:02] </w:t>
      </w:r>
      <w:r>
        <w:t>apne aap ko khasi kara len aur gharon ko chhod kar darweshi ki zindagi ikhtiyar kar len.</w:t>
      </w:r>
    </w:p>
    <w:p>
      <w:pPr>
        <w:jc w:val="right"/>
      </w:pPr>
      <w:r>
        <w:t>اپنے آپ کو خسی کرا لیں اور گھروں کو چھوڑ کر درویشی کی زندگی اختیار کر لیں۔</w:t>
      </w:r>
    </w:p>
    <w:p>
      <w:r>
        <w:rPr>
          <w:b/>
        </w:rPr>
        <w:t xml:space="preserve">[1:11:12] </w:t>
      </w:r>
      <w:r>
        <w:t>hata ke baaz ne is ki qasam bhi kha li. is par unhein mana kiya gaya aur kaha gaya ke halaal ko haraam karne se koi shakhs khuda ki qurbat hasil nahi kar sakta.</w:t>
      </w:r>
    </w:p>
    <w:p>
      <w:pPr>
        <w:jc w:val="right"/>
      </w:pPr>
      <w:r>
        <w:t>حتیٰ کہ بعض نے اس کی قسم بھی کھا لی۔ اس پر انہیں منع کیا گیا اور کہا گیا کہ حلال کو حرام کرنے سے کوئی شخص خدا کی قربت حاصل نہیں کر سکتا۔</w:t>
      </w:r>
    </w:p>
    <w:p>
      <w:r>
        <w:rPr>
          <w:b/>
        </w:rPr>
        <w:t xml:space="preserve">[1:11:30] </w:t>
      </w:r>
      <w:r>
        <w:t>aadmi jo kuch hasil karta hai fitrat ke hudood mein reh kar hasil karta hai na ke is se azaad ho kar.</w:t>
      </w:r>
    </w:p>
    <w:p>
      <w:pPr>
        <w:jc w:val="right"/>
      </w:pPr>
      <w:r>
        <w:t>آدمی جو کچھ حاصل کرتا ہے فطرت کے حدود میں رہ کر حاصل کرتا ہے نہ کہ اس سے آزاد ہو کر۔</w:t>
      </w:r>
    </w:p>
    <w:p>
      <w:r>
        <w:rPr>
          <w:b/>
        </w:rPr>
        <w:t xml:space="preserve">[1:11:42] </w:t>
      </w:r>
      <w:r>
        <w:t>islam ke mutabiq asal rehbaniyat taqwa aur shukr hai. taqwa yeh hai ke aadmi khuda ki mana ki hui cheezon se bache.</w:t>
      </w:r>
    </w:p>
    <w:p>
      <w:pPr>
        <w:jc w:val="right"/>
      </w:pPr>
      <w:r>
        <w:t>اسلام کے مطابق اصل رہبانیت تقویٰ اور شکر ہے۔ تقویٰ یہ ہے کہ آدمی خدا کی منع کی ہوئی چیزوں سے بچے۔</w:t>
      </w:r>
    </w:p>
    <w:p>
      <w:r>
        <w:rPr>
          <w:b/>
        </w:rPr>
        <w:t xml:space="preserve">[1:11:54] </w:t>
      </w:r>
      <w:r>
        <w:t>is ke andar yeh khwahish ubharti hai ke ek haraam cheez se lazzat hasil kare magar woh khuda ke darr se ruk jata hai.</w:t>
      </w:r>
    </w:p>
    <w:p>
      <w:pPr>
        <w:jc w:val="right"/>
      </w:pPr>
      <w:r>
        <w:t>اس کے اندر یہ خواہش ابھرتی ہے کہ ایک حرام چیز سے لذت حاصل کرے مگر وہ خدا کے ڈر سے رک جاتا ہے۔</w:t>
      </w:r>
    </w:p>
    <w:p>
      <w:r>
        <w:rPr>
          <w:b/>
        </w:rPr>
        <w:t xml:space="preserve">[1:12:05] </w:t>
      </w:r>
      <w:r>
        <w:t>kisi ke upar ghussa aa jata hai aur woh chahne lagta hai ke us ko tahs nahs kar de magar khuda ka darr use apne bhai ke khilaaf takhreebi karwai se rok deta hai.</w:t>
      </w:r>
    </w:p>
    <w:p>
      <w:pPr>
        <w:jc w:val="right"/>
      </w:pPr>
      <w:r>
        <w:t>کسی کے اوپر غصہ آ جاتا ہے اور وہ چاہنے لگتا ہے کہ اس کو تحس نحس کر دے مگر خدا کا ڈر اسے اپنے بھائی کے خلاف تخریبی کارروائی سے روک دیتا ہے۔</w:t>
      </w:r>
    </w:p>
    <w:p>
      <w:r>
        <w:rPr>
          <w:b/>
        </w:rPr>
        <w:t xml:space="preserve">[1:12:22] </w:t>
      </w:r>
      <w:r>
        <w:t>is ka dil kehta hai ke be qaid zindagi guzare magar khuda ki pakad ka andesha us ko majboor karta hai ke woh apne ko khuda ki muqarrar ki hui hudon ka paband bana le.</w:t>
      </w:r>
    </w:p>
    <w:p>
      <w:pPr>
        <w:jc w:val="right"/>
      </w:pPr>
      <w:r>
        <w:t>اس کا دل کہتا ہے کہ بے قید زندگی گزارے مگر خدا کی پکڑ کا اندیشہ اس کو مجبور کرتا ہے کہ وہ اپنے کو خدا کی مقرر کی ہوئی حدوں کا پابند بنا لے۔</w:t>
      </w:r>
    </w:p>
    <w:p>
      <w:r>
        <w:rPr>
          <w:b/>
        </w:rPr>
        <w:t xml:space="preserve">[1:12:38] </w:t>
      </w:r>
      <w:r>
        <w:t>yahi muamla shukr ka hai. aadmi ko koi dunyavi cheez hasil hoti hai. sehat, daulat, uhda, saaz o saman, maqbooliyat ka koi hissa us ko milta hai magar woh khud pasandi aur ghamand mein mubtala nahi hota balkeh har cheez ko khuda ka atiya samajh kar us ke ehsan ka eteraf karta hai.</w:t>
      </w:r>
    </w:p>
    <w:p>
      <w:pPr>
        <w:jc w:val="right"/>
      </w:pPr>
      <w:r>
        <w:t>یہی معاملہ شکر کا ہے۔ آدمی کو کوئی دنیاوی چیز حاصل ہوتی ہے۔ صحت، دولت، عہدہ، ساز و سامان، مقبولیت کا کوئی حصہ اس کو ملتا ہے مگر وہ خود پسندی اور گھمنڈ میں مبتلا نہیں ہوتا بلکہ ہر چیز کو خدا کا عطیہ سمجھ کر اس کے احسان کا اعتراف کرتا ہے۔</w:t>
      </w:r>
    </w:p>
    <w:p>
      <w:r>
        <w:rPr>
          <w:b/>
        </w:rPr>
        <w:t xml:space="preserve">[1:13:05] </w:t>
      </w:r>
      <w:r>
        <w:t>woh tawazu aur ehsan mandi ke jazbat mein dhal jata hai. yahi woh cheezen hain jo aadmi ko khuda se jodti hain.</w:t>
      </w:r>
    </w:p>
    <w:p>
      <w:pPr>
        <w:jc w:val="right"/>
      </w:pPr>
      <w:r>
        <w:t>وہ تواضع اور احسان مندی کے جذبات میں ڈھل جاتا ہے۔ یہی وہ چیزیں ہیں جو آدمی کو خدا سے جوڑتی ہیں۔</w:t>
      </w:r>
    </w:p>
    <w:p>
      <w:r>
        <w:rPr>
          <w:b/>
        </w:rPr>
        <w:t xml:space="preserve">[1:13:17] </w:t>
      </w:r>
      <w:r>
        <w:t>khuda se darne aur uska shukr ada karne se aadmi us ki qurbat hasil karta hai. madi cheezon se doori yaqeenan matloob hai magar woh zehni o qalbi doori hai na ke jismani doori.</w:t>
      </w:r>
    </w:p>
    <w:p>
      <w:pPr>
        <w:jc w:val="right"/>
      </w:pPr>
      <w:r>
        <w:t>خدا سے ڈرنے اور اس کا شکر ادا کرنے سے آدمی اس کی قربت حاصل کرتا ہے۔ مادی چیزوں سے دوری یقینا مطلوب ہے مگر وہ ذہنی و قلبی دوری ہے نہ کہ جسمانی دوری۔</w:t>
      </w:r>
    </w:p>
    <w:p>
      <w:r>
        <w:rPr>
          <w:b/>
        </w:rPr>
        <w:t xml:space="preserve">[1:13:36] </w:t>
      </w:r>
      <w:r>
        <w:t>ya ayyuhallazina amanu! innama al-khamru wal maisiru wal ansabu wal azlam.</w:t>
      </w:r>
    </w:p>
    <w:p>
      <w:pPr>
        <w:jc w:val="right"/>
      </w:pPr>
      <w:r>
        <w:t>یا الذین آمنوا! إنما الخمر والميسر والأنصاب والأزلام۔</w:t>
      </w:r>
    </w:p>
    <w:p>
      <w:r>
        <w:rPr>
          <w:b/>
        </w:rPr>
        <w:t xml:space="preserve">[1:13:51] </w:t>
      </w:r>
      <w:r>
        <w:t>wal ansabu wal azlamu rijsum min amali ash-shaytani fajtanibuhu la'allakum tuflihun.</w:t>
      </w:r>
    </w:p>
    <w:p>
      <w:pPr>
        <w:jc w:val="right"/>
      </w:pPr>
      <w:r>
        <w:t>والأنصاب والأزلام رجس من عمل الشيطان فاجتنبوه لعلكم تفلحون۔</w:t>
      </w:r>
    </w:p>
    <w:p>
      <w:r>
        <w:rPr>
          <w:b/>
        </w:rPr>
        <w:t xml:space="preserve">[1:14:05] </w:t>
      </w:r>
      <w:r>
        <w:t>innama yuridush shaytanu an yauqi'a baynakumul 'adawata wal baghdaa'a fil khamri wal maisiri wa yasuddakum 'an zikrillahi wa 'anis-salati fahal antum muntahun?</w:t>
      </w:r>
    </w:p>
    <w:p>
      <w:pPr>
        <w:jc w:val="right"/>
      </w:pPr>
      <w:r>
        <w:t>إنما يريد الشيطان أن يوقع بينكم العداوة والبغضاء في الخمر والميسر ويصدكم عن ذكر الله وعن الصلاة فهل أنتم منتهون؟</w:t>
      </w:r>
    </w:p>
    <w:p>
      <w:r>
        <w:rPr>
          <w:b/>
        </w:rPr>
        <w:t xml:space="preserve">[1:14:30] </w:t>
      </w:r>
      <w:r>
        <w:t>wa ati'ullaha wa ati'ur rasula wahzaru fain tawallaytum fa'lamu annama 'ala rasulina al-balaghu al-mubin.</w:t>
      </w:r>
    </w:p>
    <w:p>
      <w:pPr>
        <w:jc w:val="right"/>
      </w:pPr>
      <w:r>
        <w:t>وأطيعوا الله وأطيعوا الرسول واحذروا فإن توليتم فاعلموا أنما على رسولنا البلاغ المبين.</w:t>
      </w:r>
    </w:p>
    <w:p>
      <w:r>
        <w:rPr>
          <w:b/>
        </w:rPr>
        <w:t xml:space="preserve">[1:14:48] </w:t>
      </w:r>
      <w:r>
        <w:t>laysa 'alal lazina amanu wa 'amilus salihata janahun fima ta'amu iza ma ittaqaw wa amanu.</w:t>
      </w:r>
    </w:p>
    <w:p>
      <w:pPr>
        <w:jc w:val="right"/>
      </w:pPr>
      <w:r>
        <w:t>ليس على الذين آمنوا وعملوا الصالحات جناح فيما طعموا إذا ما اتقوا وآمنوا۔</w:t>
      </w:r>
    </w:p>
    <w:p>
      <w:r>
        <w:rPr>
          <w:b/>
        </w:rPr>
        <w:t xml:space="preserve">[1:15:02] </w:t>
      </w:r>
      <w:r>
        <w:t>iza ma ittaqaw wa amanu wa 'amilus salihata thumma ittaqaw wa amanu thumma ittaqaw wa ahsanu.</w:t>
      </w:r>
    </w:p>
    <w:p>
      <w:pPr>
        <w:jc w:val="right"/>
      </w:pPr>
      <w:r>
        <w:t>إذا ما اتقوا وآمنوا وعملوا الصالحات ثم اتقوا وآمنوا ثم اتقوا وأحسنوا۔</w:t>
      </w:r>
    </w:p>
    <w:p>
      <w:r>
        <w:rPr>
          <w:b/>
        </w:rPr>
        <w:t xml:space="preserve">[1:15:15] </w:t>
      </w:r>
      <w:r>
        <w:t>wallahu yuhibbul muhsinin.</w:t>
      </w:r>
    </w:p>
    <w:p>
      <w:pPr>
        <w:jc w:val="right"/>
      </w:pPr>
      <w:r>
        <w:t>والله يحب المحسنين.</w:t>
      </w:r>
    </w:p>
    <w:p>
      <w:r>
        <w:rPr>
          <w:b/>
        </w:rPr>
        <w:t xml:space="preserve">[1:15:22] </w:t>
      </w:r>
      <w:r>
        <w:t>iman walo!</w:t>
      </w:r>
    </w:p>
    <w:p>
      <w:pPr>
        <w:jc w:val="right"/>
      </w:pPr>
      <w:r>
        <w:t>ایمان والو!</w:t>
      </w:r>
    </w:p>
    <w:p>
      <w:r>
        <w:rPr>
          <w:b/>
        </w:rPr>
        <w:t xml:space="preserve">[1:15:23] </w:t>
      </w:r>
      <w:r>
        <w:t>sharab aur jua aur thaan aur phanse sab ganday kaam hain shaitan ke. pas tum un se bacho taake tum falaah pao.</w:t>
      </w:r>
    </w:p>
    <w:p>
      <w:pPr>
        <w:jc w:val="right"/>
      </w:pPr>
      <w:r>
        <w:t>شراب اور جوا اور تھان اور پھانسے سب گندے کام ہیں شیطان کے۔ پس تم ان سے بچو تاکہ تم فلاح پاؤ۔</w:t>
      </w:r>
    </w:p>
    <w:p>
      <w:r>
        <w:rPr>
          <w:b/>
        </w:rPr>
        <w:t xml:space="preserve">[1:15:36] </w:t>
      </w:r>
      <w:r>
        <w:t>shaitan to chahta hai ke sharab aur jue ke zariye tumhare darmiyan dushmani aur bughz daal de aur tum ko Allah ki yaad aur namaz se rok de.</w:t>
      </w:r>
    </w:p>
    <w:p>
      <w:pPr>
        <w:jc w:val="right"/>
      </w:pPr>
      <w:r>
        <w:t>شیطان تو چاہتا ہے کہ شراب اور جوئے کے ذریعے تمہارے درمیان دشمنی اور بغض ڈال دے اور تم کو اللہ کی یاد اور نماز سے روک دے۔</w:t>
      </w:r>
    </w:p>
    <w:p>
      <w:r>
        <w:rPr>
          <w:b/>
        </w:rPr>
        <w:t xml:space="preserve">[1:15:49] </w:t>
      </w:r>
      <w:r>
        <w:t>to kya tum un se baaz aaoge? aur itaat karo Allah ki aur itaat karo rasool ki aur bacho.</w:t>
      </w:r>
    </w:p>
    <w:p>
      <w:pPr>
        <w:jc w:val="right"/>
      </w:pPr>
      <w:r>
        <w:t>تو کیا تم ان سے باز آؤ گے؟ اور اطاعت کرو اللہ کی اور اطاعت کرو رسول کی اور بچو۔</w:t>
      </w:r>
    </w:p>
    <w:p>
      <w:r>
        <w:rPr>
          <w:b/>
        </w:rPr>
        <w:t xml:space="preserve">[1:16:00] </w:t>
      </w:r>
      <w:r>
        <w:t>agar tum imraaz karoge to jaan lo ke hamare rasool ke zimme sirf khol kar pahuncha dena hai. jo log iman laye aur naik kaam kiye un par is cheez mein koi gunah nahi jo woh kha chuke jabke woh dare aur iman laye aur naik kaam kiya.</w:t>
      </w:r>
    </w:p>
    <w:p>
      <w:pPr>
        <w:jc w:val="right"/>
      </w:pPr>
      <w:r>
        <w:t>اگر تم معراج کرو گے تو جان لو کہ ہمارے رسول کے ذمے صرف کھول کر پہنچا دینا ہے۔ جو لوگ ایمان لائے اور نیک کام کیے ان پر اس چیز میں کوئی گناہ نہیں جو وہ کھا چکے جبکہ وہ ڈرے اور ایمان لائے اور نیک کام کیا۔</w:t>
      </w:r>
    </w:p>
    <w:p>
      <w:r>
        <w:rPr>
          <w:b/>
        </w:rPr>
        <w:t xml:space="preserve">[1:16:23] </w:t>
      </w:r>
      <w:r>
        <w:t>phir dare aur iman laye phir dare aur naik kaam kiya. aur Allah naik kaam karne walon ke sath mohabbat rakhta hai.</w:t>
      </w:r>
    </w:p>
    <w:p>
      <w:pPr>
        <w:jc w:val="right"/>
      </w:pPr>
      <w:r>
        <w:t>پھر ڈرے اور ایمان لائے پھر ڈرے اور نیک کام کیا۔ اور اللہ نیک کام کرنے والوں کے ساتھ محبت رکھتا ہے۔</w:t>
      </w:r>
    </w:p>
    <w:p>
      <w:r>
        <w:rPr>
          <w:b/>
        </w:rPr>
        <w:t xml:space="preserve">[1:16:37] </w:t>
      </w:r>
      <w:r>
        <w:t>tashreeh: sharab aur jua aur woh astanein jo khuda ke siwa kisi doosre ko poojne ya kisi aur ke naam par nazar aur qurbani chadhane ke liye hon aur phansa yani falgiri aur qura andazi ke woh tareeqe jin mein ghairullah se isti'anat ka aqeedah shamil ho yeh sab ganday shaitani kaam hain.</w:t>
      </w:r>
    </w:p>
    <w:p>
      <w:pPr>
        <w:jc w:val="right"/>
      </w:pPr>
      <w:r>
        <w:t>تشریح: شراب اور جوا اور وہ استانیں جو خدا کے سوا کسی دوسرے کو پوجنے یا کسی اور کے نام پر نظر اور قربانی چڑھانے کے لیے ہوں اور پھانسا یعنی فالگیری اور قرعہ اندازی کے وہ طریقے جن میں غیر اللہ سے استعانت کا عقیدہ شامل ہو یہ سب گندے شیطانی کام ہیں۔</w:t>
      </w:r>
    </w:p>
    <w:p>
      <w:r>
        <w:rPr>
          <w:b/>
        </w:rPr>
        <w:t xml:space="preserve">[1:17:06] </w:t>
      </w:r>
      <w:r>
        <w:t>is ki wajah yeh hai ke yeh cheezein insaan ko zehni aur amli pasti ki taraf le jati hain. sharab aadmi ke andar lateef insani ehsasat ko khatam kar deti hai aur jua be-gharzi ki nafsiyat ke liye qatil hai.</w:t>
      </w:r>
    </w:p>
    <w:p>
      <w:pPr>
        <w:jc w:val="right"/>
      </w:pPr>
      <w:r>
        <w:t>اس کی وجہ یہ ہے کہ یہ چیزیں انسان کو ذہنی اور عملی پستی کی طرف لے جاتی ہیں۔ شراب آدمی کے اندر لطیف انسانی احساسات کو ختم کر دیتی ہے اور جوا بے غرضی کی نفسیات کے لیے قاتل ہے۔</w:t>
      </w:r>
    </w:p>
    <w:p>
      <w:r>
        <w:rPr>
          <w:b/>
        </w:rPr>
        <w:t xml:space="preserve">[1:17:26] </w:t>
      </w:r>
      <w:r>
        <w:t>isi tarah thaan aur phanse woh cheezein hain jin ki buniyad ya to sathi jazbat par qaim hoti hain ya to humati khayalat par.</w:t>
      </w:r>
    </w:p>
    <w:p>
      <w:pPr>
        <w:jc w:val="right"/>
      </w:pPr>
      <w:r>
        <w:t>اسی طرح تھان اور پھانسے وہ چیزیں ہیں جن کی بنیاد یا تو سطحی جذبات پر قائم ہوتی ہے یا توہماتی خیالات پر۔</w:t>
      </w:r>
    </w:p>
    <w:p>
      <w:r>
        <w:rPr>
          <w:b/>
        </w:rPr>
        <w:t xml:space="preserve">[1:17:39] </w:t>
      </w:r>
      <w:r>
        <w:t>islam yeh chahta hai ke insaan Allah ki yaad karne wala aur us ki ibadat karne wala ban jaye. woh khuda ki aur us ke paighambar ki it'at mein apne ko daal de.</w:t>
      </w:r>
    </w:p>
    <w:p>
      <w:pPr>
        <w:jc w:val="right"/>
      </w:pPr>
      <w:r>
        <w:t>اسلام یہ چاہتا ہے کہ انسان اللہ کی یاد کرنے والا اور اس کی عبادت کرنے والا بن جائے۔ وہ خدا کی اور اس کے پیغمبر کی اطاعت میں اپنے کو ڈال دے۔</w:t>
      </w:r>
    </w:p>
    <w:p>
      <w:r>
        <w:rPr>
          <w:b/>
        </w:rPr>
        <w:t xml:space="preserve">[1:17:53] </w:t>
      </w:r>
      <w:r>
        <w:t>in af'al ke liye aadmi ka sanjeeda hona zaroori hai magar mazkoorah cheezein aadmi ke andar se sab se ziyada jo cheez khatam karti hain woh sanjeedgi hai.</w:t>
      </w:r>
    </w:p>
    <w:p>
      <w:pPr>
        <w:jc w:val="right"/>
      </w:pPr>
      <w:r>
        <w:t>ان افعال کے لیے آدمی کا سنجیدہ ہونا ضروری ہے مگر مذکورہ چیزیں آدمی کے اندر سے سب سے زیادہ جو چیز ختم کرتی ہیں وہ سنجیدگی ہے۔</w:t>
      </w:r>
    </w:p>
    <w:p>
      <w:r>
        <w:rPr>
          <w:b/>
        </w:rPr>
        <w:t xml:space="preserve">[1:18:08] </w:t>
      </w:r>
      <w:r>
        <w:t>islam woh insaan banana chahta hai jo haqiqaton ka idrak kare jabke sharab aadmi ko haqiqaton se ghafil kar dene wali cheez hai.</w:t>
      </w:r>
    </w:p>
    <w:p>
      <w:pPr>
        <w:jc w:val="right"/>
      </w:pPr>
      <w:r>
        <w:t>اسلام وہ انسان بنانا چاہتا ہے جو حقیقتوں کا ادراک کرے جبکہ شراب آدمی کو حقیقتوں سے غافل کر دینے والی چیز ہے۔</w:t>
      </w:r>
    </w:p>
    <w:p>
      <w:r>
        <w:rPr>
          <w:b/>
        </w:rPr>
        <w:t xml:space="preserve">[1:18:21] </w:t>
      </w:r>
      <w:r>
        <w:t>islam ka matloob insaan woh hai jo madadiyat se band ho kar jiye jabke jua aadmi ko mujrimana had tak madadiyat ki taraf mael kar deta hai.</w:t>
      </w:r>
    </w:p>
    <w:p>
      <w:pPr>
        <w:jc w:val="right"/>
      </w:pPr>
      <w:r>
        <w:t>اسلام کا مطلوب انسان وہ ہے جو مادیت سے بند ہو کر جیے جبکہ جوا آدمی کو مجرمانہ حد تک مادیت کی طرف مائل کر دیتا ہے۔</w:t>
      </w:r>
    </w:p>
    <w:p>
      <w:r>
        <w:rPr>
          <w:b/>
        </w:rPr>
        <w:t xml:space="preserve">[1:18:35] </w:t>
      </w:r>
      <w:r>
        <w:t>islam woh insaan banana chahta hai jo waqeyat ki buniyad par apne ko khada kare jabke astane aur phanse insaan ko tohumat ki wadiyon mein gum kar dete hain.</w:t>
      </w:r>
    </w:p>
    <w:p>
      <w:pPr>
        <w:jc w:val="right"/>
      </w:pPr>
      <w:r>
        <w:t>اسلام وہ انسان بنانا چاہتا ہے جو واقعات کی بنیاد پر اپنے کو کھڑا کرے جبکہ استانے اور پھانسے انسان کو توہمات کی وادیوں میں گم کر دیتے ہیں۔</w:t>
      </w:r>
    </w:p>
    <w:p>
      <w:r>
        <w:rPr>
          <w:b/>
        </w:rPr>
        <w:t xml:space="preserve">[1:18:53] </w:t>
      </w:r>
      <w:r>
        <w:t>sharab barhi hui be-hissi paida karta hai aur jua barhi hui khudgarzi aur yeh dono cheezein bahami fasaad ki jar hain.</w:t>
      </w:r>
    </w:p>
    <w:p>
      <w:pPr>
        <w:jc w:val="right"/>
      </w:pPr>
      <w:r>
        <w:t>شراب بڑھی ہوئی بے حسی پیدا کرتا ہے اور جوا بڑھی ہوئی خودغرضی اور یہ دونوں چیزیں باہمی فساد کی جڑ ہیں۔</w:t>
      </w:r>
    </w:p>
    <w:p>
      <w:r>
        <w:rPr>
          <w:b/>
        </w:rPr>
        <w:t xml:space="preserve">[1:19:04] </w:t>
      </w:r>
      <w:r>
        <w:t>jo log be-hiss ho jayen woh doosre ki izzat ko izzat aur doosre ki cheez ko cheez nahi samajhte.</w:t>
      </w:r>
    </w:p>
    <w:p>
      <w:pPr>
        <w:jc w:val="right"/>
      </w:pPr>
      <w:r>
        <w:t>جو لوگ بے حس ہو جائیں وہ دوسرے کی عزت کو عزت اور دوسرے کی چیز کو چیز نہیں سمجھتے۔</w:t>
      </w:r>
    </w:p>
    <w:p>
      <w:r>
        <w:rPr>
          <w:b/>
        </w:rPr>
        <w:t xml:space="preserve">[1:19:14] </w:t>
      </w:r>
      <w:r>
        <w:t>aise log zulm, be-insafi, doosre ko na-haq satane mein aakhri had tak jari ho jate hain.</w:t>
      </w:r>
    </w:p>
    <w:p>
      <w:pPr>
        <w:jc w:val="right"/>
      </w:pPr>
      <w:r>
        <w:t>ایسے لوگ ظلم، بے انصافی، دوسرے کو ناحق ستانے میں آخری حد تک جری ہو جاتے ہیں۔</w:t>
      </w:r>
    </w:p>
    <w:p>
      <w:r>
        <w:rPr>
          <w:b/>
        </w:rPr>
        <w:t xml:space="preserve">[1:19:24] </w:t>
      </w:r>
      <w:r>
        <w:t>isi tarah jua istehsal aur khudgarzi ki badtareen surat hai jabke ek aadmi yeh koshish karta hai ke woh bohat se logon ko loot kar apne liye ek bari kamyabi hasil kar le.</w:t>
      </w:r>
    </w:p>
    <w:p>
      <w:pPr>
        <w:jc w:val="right"/>
      </w:pPr>
      <w:r>
        <w:t>اسی طرح جوا استحصال اور خودغرضی کی بدترین صورت ہے جبکہ ایک آدمی یہ کوشش کرتا ہے کہ وہ بہت سے لوگوں کو لوٹ کر اپنے لیے ایک بڑی کامیابی حاصل کر لے۔</w:t>
      </w:r>
    </w:p>
    <w:p>
      <w:r>
        <w:rPr>
          <w:b/>
        </w:rPr>
        <w:t xml:space="preserve">[1:19:41] </w:t>
      </w:r>
      <w:r>
        <w:t>sharabi aadmi doosron ke dukh dard ko mehsoos karne se aari hota hai aur jue baz ke liye doosra aadmi sirf istehsal ka mozu hota hai.</w:t>
      </w:r>
    </w:p>
    <w:p>
      <w:pPr>
        <w:jc w:val="right"/>
      </w:pPr>
      <w:r>
        <w:t>شرابی آدمی دوسروں کے دکھ درد کو محسوس کرنے سے عاری ہوتا ہے اور جوئے باز کے لیے دوسرا آدمی صرف استحصال کا موضوع ہوتا ہے۔</w:t>
      </w:r>
    </w:p>
    <w:p>
      <w:r>
        <w:rPr>
          <w:b/>
        </w:rPr>
        <w:t xml:space="preserve">[1:19:55] </w:t>
      </w:r>
      <w:r>
        <w:t>in khusoosiyat ke log jis muashre mein jama ho jayen wahan aapas ki be-etemadi, ek doosre se shikayat, bahami takrao aur dushmani ke siwa aur kya cheez parwarish payegi?</w:t>
      </w:r>
    </w:p>
    <w:p>
      <w:pPr>
        <w:jc w:val="right"/>
      </w:pPr>
      <w:r>
        <w:t>ان خصوصیات کے لوگ جس معاشرے میں جمع ہو جائیں وہاں آپس کی بے اعتمادی، ایک دوسرے سے شکایات، باہمی ٹکراؤ اور دشمنی کے سوا اور کیا چیز پرورش پائے گی؟</w:t>
      </w:r>
    </w:p>
    <w:p>
      <w:r>
        <w:rPr>
          <w:b/>
        </w:rPr>
        <w:t xml:space="preserve">[1:20:14] </w:t>
      </w:r>
      <w:r>
        <w:t>ya allazina amanu! layablu'annakum bishay'in minas-saidi tanaluhu aidikum.</w:t>
      </w:r>
    </w:p>
    <w:p>
      <w:pPr>
        <w:jc w:val="right"/>
      </w:pPr>
      <w:r>
        <w:t>یا الذین آمنوا! لابلونکم اللہ بشئی من الصید تنالہ ایدیکم۔</w:t>
      </w:r>
    </w:p>
    <w:p>
      <w:r>
        <w:rPr>
          <w:b/>
        </w:rPr>
        <w:t xml:space="preserve">[1:20:30] </w:t>
      </w:r>
      <w:r>
        <w:t>tanaluhu aidikum wa rimahukum liy'alamallahu man yakhhafuhu bil-ghaib.</w:t>
      </w:r>
    </w:p>
    <w:p>
      <w:pPr>
        <w:jc w:val="right"/>
      </w:pPr>
      <w:r>
        <w:t>تنالہ ایدیکم ورماحکم ليعلم اللہ من یخافہ بالغیب۔</w:t>
      </w:r>
    </w:p>
    <w:p>
      <w:r>
        <w:rPr>
          <w:b/>
        </w:rPr>
        <w:t xml:space="preserve">[1:20:41] </w:t>
      </w:r>
      <w:r>
        <w:t>famana'tada ba'da zalika falahu 'adhabun aleem. ya al-dhi</w:t>
      </w:r>
    </w:p>
    <w:p>
      <w:pPr>
        <w:jc w:val="right"/>
      </w:pPr>
      <w:r>
        <w:t>فمن اعتدى بعد ذلك فله عذاب الیم۔ یا الذ</w:t>
      </w:r>
    </w:p>
    <w:p>
      <w:r>
        <w:rPr>
          <w:b/>
        </w:rPr>
        <w:t xml:space="preserve">[1:20:52] </w:t>
      </w:r>
      <w:r>
        <w:t>eena amanu! la taqtulussayda wa antum hurum. wa man qatalahu minkum muta'ammidan fajazaa'</w:t>
      </w:r>
    </w:p>
    <w:p>
      <w:pPr>
        <w:jc w:val="right"/>
      </w:pPr>
      <w:r>
        <w:t>ین آمنوا! لا تقتلوا الصید وانتم حرم۔ ومن قتله منكم متعمدا فجزاء</w:t>
      </w:r>
    </w:p>
    <w:p>
      <w:r>
        <w:rPr>
          <w:b/>
        </w:rPr>
        <w:t xml:space="preserve">[1:21:09] </w:t>
      </w:r>
      <w:r>
        <w:t>mithla ma qatala minan-na'am. fajazaa'</w:t>
      </w:r>
    </w:p>
    <w:p>
      <w:pPr>
        <w:jc w:val="right"/>
      </w:pPr>
      <w:r>
        <w:t>مثل ما قتل من النعم۔ فجزاء</w:t>
      </w:r>
    </w:p>
    <w:p>
      <w:r>
        <w:rPr>
          <w:b/>
        </w:rPr>
        <w:t xml:space="preserve">[1:21:18] </w:t>
      </w:r>
      <w:r>
        <w:t>mithla ma qatala minan-na'am yahkumu bihi dhuwa 'adlin minkum hadyyan balighal-ka'bah.</w:t>
      </w:r>
    </w:p>
    <w:p>
      <w:pPr>
        <w:jc w:val="right"/>
      </w:pPr>
      <w:r>
        <w:t>مثل ما قتل من النعم يحكم به ذوى عدل منكم هديا بالغ الكعبہ۔</w:t>
      </w:r>
    </w:p>
    <w:p>
      <w:r>
        <w:rPr>
          <w:b/>
        </w:rPr>
        <w:t xml:space="preserve">[1:21:31] </w:t>
      </w:r>
      <w:r>
        <w:t>balighal-ka'bati aw kaffaratun ta'amu masakeena aw 'adlu zalika siyaman liyadhawqa wabaala amrih.</w:t>
      </w:r>
    </w:p>
    <w:p>
      <w:pPr>
        <w:jc w:val="right"/>
      </w:pPr>
      <w:r>
        <w:t>بالغ الكعبۃ او کفارۃ، طعام مساکین او عدل ذلك صیاما لیذوق وبال امره۔</w:t>
      </w:r>
    </w:p>
    <w:p>
      <w:r>
        <w:rPr>
          <w:b/>
        </w:rPr>
        <w:t xml:space="preserve">[1:21:43] </w:t>
      </w:r>
      <w:r>
        <w:t>'afallahu 'amma salaf. wa man 'aada fayantaqimullahu minh.</w:t>
      </w:r>
    </w:p>
    <w:p>
      <w:pPr>
        <w:jc w:val="right"/>
      </w:pPr>
      <w:r>
        <w:t>عفى اللہ عما سلف۔ ومن عاد فينتقم اللہ منه۔</w:t>
      </w:r>
    </w:p>
    <w:p>
      <w:r>
        <w:rPr>
          <w:b/>
        </w:rPr>
        <w:t xml:space="preserve">[1:21:54] </w:t>
      </w:r>
      <w:r>
        <w:t>wallahu 'azeezun dhu'ntiqam.</w:t>
      </w:r>
    </w:p>
    <w:p>
      <w:pPr>
        <w:jc w:val="right"/>
      </w:pPr>
      <w:r>
        <w:t>واللہ عزیز ذو انتقام۔</w:t>
      </w:r>
    </w:p>
    <w:p>
      <w:r>
        <w:rPr>
          <w:b/>
        </w:rPr>
        <w:t xml:space="preserve">[1:22:02] </w:t>
      </w:r>
      <w:r>
        <w:t>iman walo!</w:t>
      </w:r>
    </w:p>
    <w:p>
      <w:pPr>
        <w:jc w:val="right"/>
      </w:pPr>
      <w:r>
        <w:t>ایمان والو!</w:t>
      </w:r>
    </w:p>
    <w:p>
      <w:r>
        <w:rPr>
          <w:b/>
        </w:rPr>
        <w:t xml:space="preserve">[1:22:04] </w:t>
      </w:r>
      <w:r>
        <w:t>Allah tumhein is shikar ke zariye se azmaish mein dalega jo bilkul tumhare hathon aur tumhare nezon ki zad mein hoga taake Allah jane ke kaun shakhs is se bin dekhe darta hai.</w:t>
      </w:r>
    </w:p>
    <w:p>
      <w:pPr>
        <w:jc w:val="right"/>
      </w:pPr>
      <w:r>
        <w:t>اللہ تمہیں اس شکار کے ذریعے سے آزمائش میں ڈالے گا جو بالکل تمہارے ہاتھوں اور تمہارے نیزوں کی زد میں ہوگا تاکہ اللہ جانے کہ کون شخص اس سے بن دیکھے ڈرتا ہے۔</w:t>
      </w:r>
    </w:p>
    <w:p>
      <w:r>
        <w:rPr>
          <w:b/>
        </w:rPr>
        <w:t xml:space="preserve">[1:22:22] </w:t>
      </w:r>
      <w:r>
        <w:t>phir jis ne is ke baad ziyadati ki to us ke liye dardnak azab hai. aye imaan walo!</w:t>
      </w:r>
    </w:p>
    <w:p>
      <w:pPr>
        <w:jc w:val="right"/>
      </w:pPr>
      <w:r>
        <w:t>پھر جس نے اس کے بعد زیادتی کی تو اس کے لیے دردناک عذاب ہے۔ اے ایمان والو!</w:t>
      </w:r>
    </w:p>
    <w:p>
      <w:r>
        <w:rPr>
          <w:b/>
        </w:rPr>
        <w:t xml:space="preserve">[1:22:32] </w:t>
      </w:r>
      <w:r>
        <w:t>shikar ko na maro jabke tum halat e ahram mein ho aur tum mein se jo shakhs is ko jaan boojh kar mare to is ka badla isi tarah ka janwar hai jaisa ke is ne mara hai jis ka faisla tum mein se do adil aadmi karen ge.</w:t>
      </w:r>
    </w:p>
    <w:p>
      <w:pPr>
        <w:jc w:val="right"/>
      </w:pPr>
      <w:r>
        <w:t>شکار کو نہ مارو جبکہ تم حالت احرام میں ہو اور تم میں سے جو شخص اس کو جان بوجھ کر مارے تو اس کا بدلہ اسی طرح کا جانور ہے جیسا کہ اس نے مارا ہے جس کا فیصلہ تم میں سے دو عادل آدمی کریں گے۔</w:t>
      </w:r>
    </w:p>
    <w:p>
      <w:r>
        <w:rPr>
          <w:b/>
        </w:rPr>
        <w:t xml:space="preserve">[1:22:52] </w:t>
      </w:r>
      <w:r>
        <w:t>aur yeh nazr-o-niyaz kaba pohnchaya jaye ya is ke kaffaray mein chand mohtajon ko khana khilana hoga ya is ke barabar roze rakhne honge taake woh apne kiye ki saza chakh len.</w:t>
      </w:r>
    </w:p>
    <w:p>
      <w:pPr>
        <w:jc w:val="right"/>
      </w:pPr>
      <w:r>
        <w:t>اور یہ نذرانہ کعبہ پہنچایا جائے یا اس کے کفارے میں چند محتاجوں کو کھانا کھلانا ہوگا یا اس کے برابر روزے رکھنے ہوں گے تاکہ وہ اپنے کیے کی سزا چکھے۔</w:t>
      </w:r>
    </w:p>
    <w:p>
      <w:r>
        <w:rPr>
          <w:b/>
        </w:rPr>
        <w:t xml:space="preserve">[1:23:08] </w:t>
      </w:r>
      <w:r>
        <w:t>Allah ne maaf kiya jo kuch ho chuka aur jo shakhs phire ga to Allah is se badla le ga aur Allah zabardast hai, badla lene wala hai.</w:t>
      </w:r>
    </w:p>
    <w:p>
      <w:pPr>
        <w:jc w:val="right"/>
      </w:pPr>
      <w:r>
        <w:t>اللہ نے معاف کیا جو کچھ ہو چکا اور جو شخص پھرے گا تو اللہ اس سے بدلہ لے گا اور اللہ زبردست ہے، بدلہ لینے والا ہے۔</w:t>
      </w:r>
    </w:p>
    <w:p>
      <w:r>
        <w:rPr>
          <w:b/>
        </w:rPr>
        <w:t xml:space="preserve">[1:23:24] </w:t>
      </w:r>
      <w:r>
        <w:t>tashreeh: hajj ya umrah ke liye yeh qaeeda hai ke kaba pohnchne se pehle muqarrar maqamat se ehram baandh liya jata hai.</w:t>
      </w:r>
    </w:p>
    <w:p>
      <w:pPr>
        <w:jc w:val="right"/>
      </w:pPr>
      <w:r>
        <w:t>تشریح: حج یا عمرہ کے لیے یہ قاعدہ ہے کہ کعبہ پہنچنے سے پہلے مقرر مقامات سے احرام باندھ لیا جاتا ہے۔</w:t>
      </w:r>
    </w:p>
    <w:p>
      <w:r>
        <w:rPr>
          <w:b/>
        </w:rPr>
        <w:t xml:space="preserve">[1:23:35] </w:t>
      </w:r>
      <w:r>
        <w:t>is ke baad kaba tak ke safar mein janwar ya chiriyan samne ati hain jin ko ba-asani shikar kiya ja sakta ho magar aise shikar ko haram qarar diya gaya hai.</w:t>
      </w:r>
    </w:p>
    <w:p>
      <w:pPr>
        <w:jc w:val="right"/>
      </w:pPr>
      <w:r>
        <w:t>اس کے بعد کعبہ تک کے سفر میں جانور یا چڑیاں سامنے آتی ہیں جن کو باسانی شکار کیا جا سکتا ہو مگر ایسے شکار کو حرام قرار دیا گیا ہے۔</w:t>
      </w:r>
    </w:p>
    <w:p>
      <w:r>
        <w:rPr>
          <w:b/>
        </w:rPr>
        <w:t xml:space="preserve">[1:23:49] </w:t>
      </w:r>
      <w:r>
        <w:t>aadmi khwah khud shikar kare ya kisi doosre ko shikar karne mein madad de, dono cheezen ehram ki halat mein najayaz hain.</w:t>
      </w:r>
    </w:p>
    <w:p>
      <w:pPr>
        <w:jc w:val="right"/>
      </w:pPr>
      <w:r>
        <w:t>آدمی خواہ خود شکار کرے یا کسی دوسرے کو شکار کرنے میں مدد دے، دونوں چیزیں احرام کی حالت میں ناجائز ہیں۔</w:t>
      </w:r>
    </w:p>
    <w:p>
      <w:r>
        <w:rPr>
          <w:b/>
        </w:rPr>
        <w:t xml:space="preserve">[1:24:01] </w:t>
      </w:r>
      <w:r>
        <w:t>riwayat ke mutabiq yeh ayat hudaybiya ke safar mein utri jabke musalmanon ne umrah ke irade se ehram baandh rakha tha.</w:t>
      </w:r>
    </w:p>
    <w:p>
      <w:pPr>
        <w:jc w:val="right"/>
      </w:pPr>
      <w:r>
        <w:t>روایات کے مطابق یہ آیت حدیبیہ کے سفر میں اتری جبکہ مسلمانوں نے عمرہ کے ارادے سے احرام باندھ رکھا تھا۔</w:t>
      </w:r>
    </w:p>
    <w:p>
      <w:r>
        <w:rPr>
          <w:b/>
        </w:rPr>
        <w:t xml:space="preserve">[1:24:11] </w:t>
      </w:r>
      <w:r>
        <w:t>is waqt chiriyan aur janwar kaseer tadad mein itne qareeb phire rahe the ke ba-asani unhein teer ya nize se mara ja sakta tha.</w:t>
      </w:r>
    </w:p>
    <w:p>
      <w:pPr>
        <w:jc w:val="right"/>
      </w:pPr>
      <w:r>
        <w:t>اس وقت چڑیاں اور جانور کثیر تعداد میں اتنے قریب پھر رہے تھے کہ باسانی انہیں تیر یا نیزے سے مارا جا سکتا تھا۔</w:t>
      </w:r>
    </w:p>
    <w:p>
      <w:r>
        <w:rPr>
          <w:b/>
        </w:rPr>
        <w:t xml:space="preserve">[1:24:23] </w:t>
      </w:r>
      <w:r>
        <w:t>musalman is waqt apni aadat aur zaroorat ke tehat chahte bhi the ke un ka shikar karen magar hukum utarte hi har ek ne apna hath rok liya.</w:t>
      </w:r>
    </w:p>
    <w:p>
      <w:pPr>
        <w:jc w:val="right"/>
      </w:pPr>
      <w:r>
        <w:t>مسلمان اس وقت اپنی عادت اور ضرورت کے تحت چاہتے بھی تھے کہ ان کا شکار کریں مگر حکم اترتے ہی ہر ایک نے اپنا ہاتھ روک لیا۔</w:t>
      </w:r>
    </w:p>
    <w:p>
      <w:r>
        <w:rPr>
          <w:b/>
        </w:rPr>
        <w:t xml:space="preserve">[1:24:35] </w:t>
      </w:r>
      <w:r>
        <w:t>yeh hukum jo ehram ki halat mein janwaron ke bare mein diya gaya hai, wohi rozmarra ki zindagi mein aam insanon ke sath mutalib hai.</w:t>
      </w:r>
    </w:p>
    <w:p>
      <w:pPr>
        <w:jc w:val="right"/>
      </w:pPr>
      <w:r>
        <w:t>یہ حکم جو احرام کی حالت میں جانوروں کے بارے میں دیا گیا ہے، وہی روزمرہ کی زندگی میں عام انسانوں کے ساتھ مطلوب ہے۔</w:t>
      </w:r>
    </w:p>
    <w:p>
      <w:r>
        <w:rPr>
          <w:b/>
        </w:rPr>
        <w:t xml:space="preserve">[1:24:50] </w:t>
      </w:r>
      <w:r>
        <w:t>is hukum ka asal maqsad yeh hai ke Allah jaan le ke kaun hai jo Allah ko dekhe baghair Allah se darta hai. dunya mein insan ko rakh kar Khuda us ki nazron se ojhal ho gaya hai.</w:t>
      </w:r>
    </w:p>
    <w:p>
      <w:pPr>
        <w:jc w:val="right"/>
      </w:pPr>
      <w:r>
        <w:t>اس حکم کا اصل مقصد یہ ہے کہ اللہ جان لے کہ کون ہے جو اللہ کو دیکھے بغیر اللہ سے ڈرتا ہے۔ دنیا میں انسان کو رکھ کر خدا اس کی نظروں سے اوجھل ہو گیا ہے۔</w:t>
      </w:r>
    </w:p>
    <w:p>
      <w:r>
        <w:rPr>
          <w:b/>
        </w:rPr>
        <w:t xml:space="preserve">[1:25:04] </w:t>
      </w:r>
      <w:r>
        <w:t>ab woh dekhna chahta hai ke logon mein kaun itna haqeeqat-shanas hai ke bazahir Khuda ko na dekhte hue bhi is tarah rehta hai jaise ke woh us ko us ki tamam taqaton ke sath dekh raha hai.</w:t>
      </w:r>
    </w:p>
    <w:p>
      <w:pPr>
        <w:jc w:val="right"/>
      </w:pPr>
      <w:r>
        <w:t>اب وہ دیکھنا چاہتا ہے کہ لوگوں میں کون اتنا حقیقت شناس ہے کہ بظاہر خدا کو نہ دیکھتے ہوئے بھی اس طرح رہتا ہے جیسے کہ وہ اس کو اس کی تمام طاقتوں کے ساتھ دیکھ رہا ہے۔</w:t>
      </w:r>
    </w:p>
    <w:p>
      <w:r>
        <w:rPr>
          <w:b/>
        </w:rPr>
        <w:t xml:space="preserve">[1:25:22] </w:t>
      </w:r>
      <w:r>
        <w:t>aur kaun itna ghafil hai ke Khuda ko apne samne na pa kar be-khauf ho jata hai aur man mani karrawaiyan karne lagta hai.</w:t>
      </w:r>
    </w:p>
    <w:p>
      <w:pPr>
        <w:jc w:val="right"/>
      </w:pPr>
      <w:r>
        <w:t>اور کون اتنا غافل ہے کہ خدا کو اپنے سامنے نہ پا کر بے خوف ہو جاتا ہے اور من مانی کارروائیاں کرنے لگتا ہے۔</w:t>
      </w:r>
    </w:p>
    <w:p>
      <w:r>
        <w:rPr>
          <w:b/>
        </w:rPr>
        <w:t xml:space="preserve">[1:25:34] </w:t>
      </w:r>
      <w:r>
        <w:t>is ka tajruba hajj ke safar mein chand din aur insani ta'alluqat mein rozana hota hai. ek aadmi kisi ki zad mein is tarah ata hai ke us ke liye bilkul mumkin ho jata hai ke woh us ki jaan par hamla kare, woh us ko mali nuqsan pohanchaye,</w:t>
      </w:r>
    </w:p>
    <w:p>
      <w:pPr>
        <w:jc w:val="right"/>
      </w:pPr>
      <w:r>
        <w:t>اس کا تجربہ حج کے سفر میں چند دن اور انسانی تعلقات میں روزانہ ہوتا ہے۔ ایک آدمی کسی کی زد میں اس طرح آتا ہے کہ اس کے لیے بالکل ممکن ہو جاتا ہے کہ وہ اس کی جان پر حملہ کرے، وہ اس کو مالی نقصان پہنچائے،</w:t>
      </w:r>
    </w:p>
    <w:p>
      <w:r>
        <w:rPr>
          <w:b/>
        </w:rPr>
        <w:t xml:space="preserve">[1:25:59] </w:t>
      </w:r>
      <w:r>
        <w:t>woh us ke bare mein aisi baat kahe jis se us ki ruswai hoti ho. ab ek shakhs woh hai jo is tarah qabu paane ke bawajood Khuda ke darr se apni zaban aur apne hath ko us ke muamle mein rok leta hai.</w:t>
      </w:r>
    </w:p>
    <w:p>
      <w:pPr>
        <w:jc w:val="right"/>
      </w:pPr>
      <w:r>
        <w:t>وہ اس کے بارے میں ایسی بات کہے جس سے اس کی رسوائی ہوتی ہو۔ اب ایک شخص وہ ہے جو اس طرح قابو پانے کے باوجود خدا کے ڈر سے اپنی زبان اور اپنے ہاتھ کو اس اس کے معاملے میں روک لیتا ہے۔</w:t>
      </w:r>
    </w:p>
    <w:p>
      <w:r>
        <w:rPr>
          <w:b/>
        </w:rPr>
        <w:t xml:space="preserve">[1:26:17] </w:t>
      </w:r>
      <w:r>
        <w:t>doosra shakhs woh hai jo kisi par qabu paate hi us ko zaleel karta hai aur us ko apni taqat ka nishana banata hai.</w:t>
      </w:r>
    </w:p>
    <w:p>
      <w:pPr>
        <w:jc w:val="right"/>
      </w:pPr>
      <w:r>
        <w:t>دوسرا شخص وہ ہے جو کسی پر قابو پاتے ہی اس کو ذلیل کرتا ہے اور اس کو اپنی طاقت کا نشانہ بناتا ہے۔</w:t>
      </w:r>
    </w:p>
    <w:p>
      <w:r>
        <w:rPr>
          <w:b/>
        </w:rPr>
        <w:t xml:space="preserve">[1:26:28] </w:t>
      </w:r>
      <w:r>
        <w:t>in mein se pehle shakhs ne yeh sabit kiya ke woh dekhe baghair Allah se darta hai aur doosre ne apne bare mein is ke baraks halat ka saboot diya.</w:t>
      </w:r>
    </w:p>
    <w:p>
      <w:pPr>
        <w:jc w:val="right"/>
      </w:pPr>
      <w:r>
        <w:t>ان میں سے پہلے شخص نے یہ ثابت کیا کہ وہ دیکھے بغیر اللہ سے ڈرتا ہے اور دوسرے نے اپنے بارے میں اس کے برعکس حالت کا ثبوت دیا۔</w:t>
      </w:r>
    </w:p>
    <w:p>
      <w:r>
        <w:rPr>
          <w:b/>
        </w:rPr>
        <w:t xml:space="preserve">[1:26:41] </w:t>
      </w:r>
      <w:r>
        <w:t>pehlay ke liye Khuda ke haan be-hisab in'aamat hain aur doosre ke liye dardnak azab. sayd al-bahar wa ta'amuhu mata'un lakum, wa lil-sayyarati wa harram alaykum sayd al-bar ma kuntum huruma.</w:t>
      </w:r>
    </w:p>
    <w:p>
      <w:pPr>
        <w:jc w:val="right"/>
      </w:pPr>
      <w:r>
        <w:t>پہلے کے لیے خدا کے ہاں بے حساب انعامات ہیں اور دوسرے کے لیے دردناک عذاب۔ صید البحر وطعامہ متاع لکم، وللسيارۃ وحرم علیکم صید البر ما دمتم حرما۔</w:t>
      </w:r>
    </w:p>
    <w:p>
      <w:r>
        <w:rPr>
          <w:b/>
        </w:rPr>
        <w:t xml:space="preserve">[1:27:04] </w:t>
      </w:r>
      <w:r>
        <w:t>wattaqullaha alladhi ilayhi tuhsharun. ja'alallahu al-ka'bata al-bayta al-harama qiyaman lil-nasi wash-shahr al-harama wal-hadya wal-qala'ida,</w:t>
      </w:r>
    </w:p>
    <w:p>
      <w:pPr>
        <w:jc w:val="right"/>
      </w:pPr>
      <w:r>
        <w:t>واتقوا اللہ الذی الیہ تحشرون۔ جعل اللہ الكعبۃ البیت الحرام قیاما للناس والشہر الحرام والهدی والقلائد،</w:t>
      </w:r>
    </w:p>
    <w:p>
      <w:r>
        <w:rPr>
          <w:b/>
        </w:rPr>
        <w:t xml:space="preserve">[1:27:25] </w:t>
      </w:r>
      <w:r>
        <w:t>dhalika lit'lamu annallaha ya'lamu ma fis-samawati wa ma fil-ardi wa annallaha bikulli shayin 'alim.</w:t>
      </w:r>
    </w:p>
    <w:p>
      <w:pPr>
        <w:jc w:val="right"/>
      </w:pPr>
      <w:r>
        <w:t>ذلك لتعلموا ان اللہ يعلم ما في السماوات وما في الارض وان اللہ بكل شیء علیم۔</w:t>
      </w:r>
    </w:p>
    <w:p>
      <w:r>
        <w:rPr>
          <w:b/>
        </w:rPr>
        <w:t xml:space="preserve">[1:27:42] </w:t>
      </w:r>
      <w:r>
        <w:t>i'lamu annallaha shadidul-'iqabi wa annallaha ghafurun rahim.</w:t>
      </w:r>
    </w:p>
    <w:p>
      <w:pPr>
        <w:jc w:val="right"/>
      </w:pPr>
      <w:r>
        <w:t>اعلموا ان اللہ شدید العقاب وان اللہ غفور رحیم۔</w:t>
      </w:r>
    </w:p>
    <w:p>
      <w:r>
        <w:rPr>
          <w:b/>
        </w:rPr>
        <w:t xml:space="preserve">[1:27:55] </w:t>
      </w:r>
      <w:r>
        <w:t>ma 'alar-rasuli illal-balagh, wallahu ya'lamu ma tubdoona wa ma taktumoona.</w:t>
      </w:r>
    </w:p>
    <w:p>
      <w:pPr>
        <w:jc w:val="right"/>
      </w:pPr>
      <w:r>
        <w:t>ما على الرسول الا البلاغ، والله يعلم ما تبدون وما تكتمون۔</w:t>
      </w:r>
    </w:p>
    <w:p>
      <w:r>
        <w:rPr>
          <w:b/>
        </w:rPr>
        <w:t xml:space="preserve">[1:28:07] </w:t>
      </w:r>
      <w:r>
        <w:t>qul la yastawil-khabithu wat-tayyibu walaw a'jabaka kathratul-khabith. fattaqullaha ya ulil-albab la'allakum tuflihun.</w:t>
      </w:r>
    </w:p>
    <w:p>
      <w:pPr>
        <w:jc w:val="right"/>
      </w:pPr>
      <w:r>
        <w:t>قل لا يستوي الخبيث والطيب ولو اعجبك كثره الخبيث۔ فاتقوا الله يا اولي الالباب لعلكم تفلحون۔</w:t>
      </w:r>
    </w:p>
    <w:p>
      <w:r>
        <w:rPr>
          <w:b/>
        </w:rPr>
        <w:t xml:space="preserve">[1:28:26] </w:t>
      </w:r>
      <w:r>
        <w:t>tumhare liye darya ka shikar aur is ka khana jaiz kiya gaya tumhare fa'ide ke liye aur qafilon ke liye.</w:t>
      </w:r>
    </w:p>
    <w:p>
      <w:pPr>
        <w:jc w:val="right"/>
      </w:pPr>
      <w:r>
        <w:t>تمہارے لیے دریا کا شکار اور اس کا کھانا جائز کیا گیا تمہارے فائدے کے لیے اور قافلوں کے لیے۔</w:t>
      </w:r>
    </w:p>
    <w:p>
      <w:r>
        <w:rPr>
          <w:b/>
        </w:rPr>
        <w:t xml:space="preserve">[1:28:38] </w:t>
      </w:r>
      <w:r>
        <w:t>aur jab tak tum ehraam mein ho khushki ka shikar tumhare upar haraam kiya gaya. aur Allah se daro jis ke paas tum haazir kiye jaoge.</w:t>
      </w:r>
    </w:p>
    <w:p>
      <w:pPr>
        <w:jc w:val="right"/>
      </w:pPr>
      <w:r>
        <w:t>اور جب تک تم احرام میں ہو خشکی کا شکار تمہارے اوپر حرام کیا گیا۔ اور اللہ سے ڈرو جس کے پاس تم حاضر کیے جاؤ گے۔</w:t>
      </w:r>
    </w:p>
    <w:p>
      <w:r>
        <w:rPr>
          <w:b/>
        </w:rPr>
        <w:t xml:space="preserve">[1:28:52] </w:t>
      </w:r>
      <w:r>
        <w:t>Allah ne kaaba hirmt wale ghar ko logon ke liye qayam ka baais banaya aur hirmt wale mahinon ko aur qurbani ke janwaron ko aur gale mein ata pade hue janwaron ko bhi.</w:t>
      </w:r>
    </w:p>
    <w:p>
      <w:pPr>
        <w:jc w:val="right"/>
      </w:pPr>
      <w:r>
        <w:t>اللہ نے کعبہ حرمت والے گھر کو لوگوں کے لیے قیام کا باعث بنایا اور حرمت والے مہینوں کو اور قربانی کے جانوروں کو اور گلے میں اٹا پڑے ہوئے جانوروں کو بھی۔</w:t>
      </w:r>
    </w:p>
    <w:p>
      <w:r>
        <w:rPr>
          <w:b/>
        </w:rPr>
        <w:t xml:space="preserve">[1:29:10] </w:t>
      </w:r>
      <w:r>
        <w:t>yeh is liye ke tum jano ke Allah ko maloom hai jo kuch aasmanon mein aur jo kuch zameen mein hai aur Allah har cheez se waqif hai.</w:t>
      </w:r>
    </w:p>
    <w:p>
      <w:pPr>
        <w:jc w:val="right"/>
      </w:pPr>
      <w:r>
        <w:t>یہ اس لیے کہ تم جانو کہ اللہ کو معلوم ہے جو کچھ اسمانوں میں اور جو کچھ زمین میں ہے اور اللہ ہر چیز سے واقف ہے۔</w:t>
      </w:r>
    </w:p>
    <w:p>
      <w:r>
        <w:rPr>
          <w:b/>
        </w:rPr>
        <w:t xml:space="preserve">[1:29:22] </w:t>
      </w:r>
      <w:r>
        <w:t>jaan lo ke Allah ka azaab sakht hai aur be-shak Allah bakhshne wala meherban hai. rasool par sirf pohncha dene ki zimmedari hai.</w:t>
      </w:r>
    </w:p>
    <w:p>
      <w:pPr>
        <w:jc w:val="right"/>
      </w:pPr>
      <w:r>
        <w:t>جان لو کہ اللہ کا عذاب سخت ہے اور بے شک اللہ بخشنے والا مہربان ہے۔ رسول پر صرف پہنچا دینے کی ذمہ داری ہے۔</w:t>
      </w:r>
    </w:p>
    <w:p>
      <w:r>
        <w:rPr>
          <w:b/>
        </w:rPr>
        <w:t xml:space="preserve">[1:29:34] </w:t>
      </w:r>
      <w:r>
        <w:t>Allah janta hai jo kuch tum zahir karte ho aur jo kuch tum chupate ho. kaho ke napak aur pak barabar nahi ho sakte agarche napak ki kasrat tum ko bhali lage.</w:t>
      </w:r>
    </w:p>
    <w:p>
      <w:pPr>
        <w:jc w:val="right"/>
      </w:pPr>
      <w:r>
        <w:t>اللہ جانتا ہے جو کچھ تم ظاہر کرتے ہو اور جو کچھ تم چھپاتے ہو۔ کہو کہ ناپاک اور پاک برابر نہیں ہو سکتے اگرچہ ناپاک کی کثرت تم کو بھلی لگے۔</w:t>
      </w:r>
    </w:p>
    <w:p>
      <w:r>
        <w:rPr>
          <w:b/>
        </w:rPr>
        <w:t xml:space="preserve">[1:29:51] </w:t>
      </w:r>
      <w:r>
        <w:t>pas Allah se daro aye aql walon taake tum falah pao.</w:t>
      </w:r>
    </w:p>
    <w:p>
      <w:pPr>
        <w:jc w:val="right"/>
      </w:pPr>
      <w:r>
        <w:t>پس اللہ سے ڈرو اے عقل والو تاکہ تم فلاح پاؤ۔</w:t>
      </w:r>
    </w:p>
    <w:p>
      <w:r>
        <w:rPr>
          <w:b/>
        </w:rPr>
        <w:t xml:space="preserve">[1:29:59] </w:t>
      </w:r>
      <w:r>
        <w:t>tashreeh: haalat ehraam mein shikar haraam hai magar jo log darya ya samandar se baitullah ka safar kar rahe hon un ke liye jaiz hai ke woh pani mein shikar karen aur us ko khayen.</w:t>
      </w:r>
    </w:p>
    <w:p>
      <w:pPr>
        <w:jc w:val="right"/>
      </w:pPr>
      <w:r>
        <w:t>تشریح: حالت احرام میں شکار حرام ہے مگر جو لوگ دریا یا سمندر سے بیت اللہ کا سفر کر رہے ہوں ان کے لیے جائز ہے کہ وہ پانی میں شکار کریں اور اس کو کھائیں۔</w:t>
      </w:r>
    </w:p>
    <w:p>
      <w:r>
        <w:rPr>
          <w:b/>
        </w:rPr>
        <w:t xml:space="preserve">[1:30:20] </w:t>
      </w:r>
      <w:r>
        <w:t>is ki wajah yeh hai ke shikar ki yeh mamnaat is ke andar kisi zaati hirmt ki bina par na thi balkeh mahaz azmaish ke liye thi.</w:t>
      </w:r>
    </w:p>
    <w:p>
      <w:pPr>
        <w:jc w:val="right"/>
      </w:pPr>
      <w:r>
        <w:t>اس کی وجہ یہ ہے کہ شکار کی یہ ممانعت اس کے اندر کسی ذاتی حرمت کی بنا پر نہ تھی بلکہ محض آزمائش کے لیے تھی۔</w:t>
      </w:r>
    </w:p>
    <w:p>
      <w:r>
        <w:rPr>
          <w:b/>
        </w:rPr>
        <w:t xml:space="preserve">[1:30:33] </w:t>
      </w:r>
      <w:r>
        <w:t>insan ko azmane ke liye Allah ne elamati taur par kuch cheezen muqarrar kar din. is liye jahan shara ne mehsoos kiya ke jo cheez azmaish ke liye thi woh bndon ke liye ghair zaroori mushaqqat ka sabab ban jayegi wahan qanoon mein narmi kar di gayi.</w:t>
      </w:r>
    </w:p>
    <w:p>
      <w:pPr>
        <w:jc w:val="right"/>
      </w:pPr>
      <w:r>
        <w:t>انسان کو آزمانے کے لیے اللہ نے علامتی طور پر کچھ چیزیں مقرر کر دیں۔ اس لیے جہاں شارع نے محسوس کیا کہ جو چیز آزمائش کے لیے تھی وہ بندوں کے لیے غیر ضروری مشقت کا سبب بن جائے گی وہاں قانون میں نرمی کر دی گئی۔</w:t>
      </w:r>
    </w:p>
    <w:p>
      <w:r>
        <w:rPr>
          <w:b/>
        </w:rPr>
        <w:t xml:space="preserve">[1:30:56] </w:t>
      </w:r>
      <w:r>
        <w:t>kyun ke samandar ke safar mein agar zaad e raah na rahe to aadmi ke liye apni zindagi ko baqi rakhne ki is ke siwa aur koi soorat nahi rehti ke woh abi janwaron ko apni ghiza banaye.</w:t>
      </w:r>
    </w:p>
    <w:p>
      <w:pPr>
        <w:jc w:val="right"/>
      </w:pPr>
      <w:r>
        <w:t>کیونکہ سمندر کے سفر میں اگر زاد راہ نہ رہے تو آدمی کے لیے اپنی زندگی کو باقی رکھنے کی اس کے سوا اور کوئی صورت نہیں رہتی کہ وہ ابی جانوروں کو اپنی خوراک بنائے۔</w:t>
      </w:r>
    </w:p>
    <w:p>
      <w:r>
        <w:rPr>
          <w:b/>
        </w:rPr>
        <w:t xml:space="preserve">[1:31:14] </w:t>
      </w:r>
      <w:r>
        <w:t>kaaba Islam aur millat e Islam ka daimi markaz hai. kaaba ki taraf rukh karne ko namaz ki shart thahra kar Allah ne dunya ke aik aik musalman ko kaaba ki markaziyat ke sath jor diya.</w:t>
      </w:r>
    </w:p>
    <w:p>
      <w:pPr>
        <w:jc w:val="right"/>
      </w:pPr>
      <w:r>
        <w:t>کعبہ اسلام اور ملت اسلام کا دائمی مرکز ہے۔ کعبہ کی طرف رخ کرنے کو نماز کی شرط ٹھہرا کر اللہ نے دنیا کے ایک ایک مسلمان کو کعبہ کی مرکزیت کے ساتھ جوڑ دیا۔</w:t>
      </w:r>
    </w:p>
    <w:p>
      <w:r>
        <w:rPr>
          <w:b/>
        </w:rPr>
        <w:t xml:space="preserve">[1:31:33] </w:t>
      </w:r>
      <w:r>
        <w:t>phir hajj ki soorat mein us ko Islam ka bain ul aqwami ijtima gah banaya. ziyarat e kaaba ke zail mein jo shair muqarrar kiye gaye hain un ke ehtiram ki wajah un ka koi zaati taqaddus nahi hai.</w:t>
      </w:r>
    </w:p>
    <w:p>
      <w:pPr>
        <w:jc w:val="right"/>
      </w:pPr>
      <w:r>
        <w:t>پھر حج کی صورت میں اس کو اسلام کا بین الاقوامی اجتماع گاہ بنا دیا۔ زیارت کعبہ کے ذیل میں جو شاعر مقرر کیے گئے ہیں ان کے احترام کی وجہ ان کا کوئی ذاتی تقدس نہیں ہے۔</w:t>
      </w:r>
    </w:p>
    <w:p>
      <w:r>
        <w:rPr>
          <w:b/>
        </w:rPr>
        <w:t xml:space="preserve">[1:31:52] </w:t>
      </w:r>
      <w:r>
        <w:t>is ki wajah yeh hai ke woh aadmi ke imtehan ki alamat hain. banda jab in shair ke bare mein Allah ke hukum ko poora karta hai to woh apne zehn mein is haqeeqat ko taza karta hai ke Allah agarche bazahir dikhai nahi deta magar woh zinda maujood hai.</w:t>
      </w:r>
    </w:p>
    <w:p>
      <w:pPr>
        <w:jc w:val="right"/>
      </w:pPr>
      <w:r>
        <w:t>اس کی وجہ یہ ہے کہ وہ آدمی کے امتحان کی علامت ہیں۔ بندہ جب ان شاعر کے بارے میں اللہ کے حکم کو پورا کرتا ہے تو وہ اپنے ذہن میں اس حقیقت کو تازہ کرتا ہے کہ اللہ اگرچہ بظاہر دکھائی نہیں دیتا مگر وہ زندہ موجود ہے۔</w:t>
      </w:r>
    </w:p>
    <w:p>
      <w:r>
        <w:rPr>
          <w:b/>
        </w:rPr>
        <w:t xml:space="preserve">[1:32:16] </w:t>
      </w:r>
      <w:r>
        <w:t>woh bndon ka hai. woh bndon ki nigrani karta hai. woh hamari tamam harkaton se ba-khabar hai. yeh ehsasat aadmi ke andar Allah ka darr paida karte hain aur us ko is qabil banate hain ke woh zindagi ke mukhtalif mawaqe par Allah ka sachcha banda ban kar reh sake.</w:t>
      </w:r>
    </w:p>
    <w:p>
      <w:pPr>
        <w:jc w:val="right"/>
      </w:pPr>
      <w:r>
        <w:t>وہ بندوں کا ہے۔ وہ بندوں کی نگرانی کرتا ہے۔ وہ ہماری تمام حرکتوں سے باخبر ہے۔ یہ احساسات آدمی کے اندر اللہ کا ڈر پیدا کرتے ہیں اور اس کو اس قابل بناتے ہیں کہ وہ زندگی کے مختلف مواقع پر اللہ کا سچا بندہ بن کر رہ سکے۔</w:t>
      </w:r>
    </w:p>
    <w:p>
      <w:r>
        <w:rPr>
          <w:b/>
        </w:rPr>
        <w:t xml:space="preserve">[1:32:44] </w:t>
      </w:r>
      <w:r>
        <w:t>insan ki yeh kamzori hai ke jis taraf bheer ho jidhar zahiri saaz o saman ki kasrat ho usi ko aham samajh leta hai.</w:t>
      </w:r>
    </w:p>
    <w:p>
      <w:pPr>
        <w:jc w:val="right"/>
      </w:pPr>
      <w:r>
        <w:t>انسان کی یہ کمزوری ہے کہ جس طرف بھیڑ ہو جدھر ظاہری ساز و سامان کی کثرت ہو اسی کو اہم سمجھ لیتا ہے۔</w:t>
      </w:r>
    </w:p>
    <w:p>
      <w:r>
        <w:rPr>
          <w:b/>
        </w:rPr>
        <w:t xml:space="preserve">[1:32:55] </w:t>
      </w:r>
      <w:r>
        <w:t>magar Khuda ke nazdeek sari ahmiyat sirf kiefiyat ki hai. miqdar ki is ke yahan koi qeemat nahi.</w:t>
      </w:r>
    </w:p>
    <w:p>
      <w:pPr>
        <w:jc w:val="right"/>
      </w:pPr>
      <w:r>
        <w:t>مگر خدا کے نزدیک ساری اہمیت صرف کیفیت کی ہے۔ مقدار کی اس کے یہاں کوئی قیمت نہیں۔</w:t>
      </w:r>
    </w:p>
    <w:p>
      <w:r>
        <w:rPr>
          <w:b/>
        </w:rPr>
        <w:t xml:space="preserve">[1:33:05] </w:t>
      </w:r>
      <w:r>
        <w:t>jo log kasrat ki taraf doren aur qillat ko nazar andaz kar den woh apne khayal se bari hoshiyari kar rahe hain magar haqeeqat ke aitbar se woh intehai nadan hain.</w:t>
      </w:r>
    </w:p>
    <w:p>
      <w:pPr>
        <w:jc w:val="right"/>
      </w:pPr>
      <w:r>
        <w:t>جو لوگ کثرت کی طرف دوڑیں اور قلت کو نظر انداز کر دیں وہ اپنے خیال سے بڑی ہوشیاری کر رہے ہیں مگر حقیقت کے اعتبار سے وہ انتہائی نادان ہیں۔</w:t>
      </w:r>
    </w:p>
    <w:p>
      <w:r>
        <w:rPr>
          <w:b/>
        </w:rPr>
        <w:t xml:space="preserve">[1:33:22] </w:t>
      </w:r>
      <w:r>
        <w:t>kamyab woh hai jo Khuda ke darr ke tehat apna rawaiyya mutayyan kare na ke madi masaleh ya dunyavi andeshon ke tehat.</w:t>
      </w:r>
    </w:p>
    <w:p>
      <w:pPr>
        <w:jc w:val="right"/>
      </w:pPr>
      <w:r>
        <w:t>کامیاب وہ ہے جو خدا کے ڈر کے تحت اپنا رویہ متعین کرے نہ کہ مادی مصالح یا دنیاوی اندیشوں کے تحت۔</w:t>
      </w:r>
    </w:p>
    <w:p>
      <w:r>
        <w:rPr>
          <w:b/>
        </w:rPr>
        <w:t xml:space="preserve">[1:33:36] </w:t>
      </w:r>
      <w:r>
        <w:t>ya ayyuhal lazeena aamanoo la tas'aloo an ashyaa</w:t>
      </w:r>
    </w:p>
    <w:p>
      <w:pPr>
        <w:jc w:val="right"/>
      </w:pPr>
      <w:r>
        <w:t>یا ایہا الذین آمنوا لا تسألوا عن اشیاء</w:t>
      </w:r>
    </w:p>
    <w:p>
      <w:r>
        <w:rPr>
          <w:b/>
        </w:rPr>
        <w:t xml:space="preserve">[1:33:45] </w:t>
      </w:r>
      <w:r>
        <w:t>in tubaddil kum tas'ookum</w:t>
      </w:r>
    </w:p>
    <w:p>
      <w:pPr>
        <w:jc w:val="right"/>
      </w:pPr>
      <w:r>
        <w:t>ان تبد لكم تسؤكم</w:t>
      </w:r>
    </w:p>
    <w:p>
      <w:r>
        <w:rPr>
          <w:b/>
        </w:rPr>
        <w:t xml:space="preserve">[1:33:49] </w:t>
      </w:r>
      <w:r>
        <w:t>in tubaddil kum tas'ookum wa in tas'alo anha heena yunzilul quran tubaddil kum afa Allahu anha</w:t>
      </w:r>
    </w:p>
    <w:p>
      <w:pPr>
        <w:jc w:val="right"/>
      </w:pPr>
      <w:r>
        <w:t>ان تبد لكم تسؤكم وان تسألوا عنها حين ينزل القرآن تبد لكم عفى الله عنها</w:t>
      </w:r>
    </w:p>
    <w:p>
      <w:r>
        <w:rPr>
          <w:b/>
        </w:rPr>
        <w:t xml:space="preserve">[1:34:01] </w:t>
      </w:r>
      <w:r>
        <w:t>walahu ghafoor haleem</w:t>
      </w:r>
    </w:p>
    <w:p>
      <w:pPr>
        <w:jc w:val="right"/>
      </w:pPr>
      <w:r>
        <w:t>والله غفور حليم</w:t>
      </w:r>
    </w:p>
    <w:p>
      <w:r>
        <w:rPr>
          <w:b/>
        </w:rPr>
        <w:t xml:space="preserve">[1:34:07] </w:t>
      </w:r>
      <w:r>
        <w:t>qad sa alaha qawmun min qablikum thumma asbah u biha kafireen</w:t>
      </w:r>
    </w:p>
    <w:p>
      <w:pPr>
        <w:jc w:val="right"/>
      </w:pPr>
      <w:r>
        <w:t>قد سألها قوم من قبلكم ثم أصبحوا بها كافرين</w:t>
      </w:r>
    </w:p>
    <w:p>
      <w:r>
        <w:rPr>
          <w:b/>
        </w:rPr>
        <w:t xml:space="preserve">[1:34:19] </w:t>
      </w:r>
      <w:r>
        <w:t>ma ja'alallahu min baheera</w:t>
      </w:r>
    </w:p>
    <w:p>
      <w:pPr>
        <w:jc w:val="right"/>
      </w:pPr>
      <w:r>
        <w:t>ما جعل الله من بحيرة</w:t>
      </w:r>
    </w:p>
    <w:p>
      <w:r>
        <w:rPr>
          <w:b/>
        </w:rPr>
        <w:t xml:space="preserve">[1:34:23] </w:t>
      </w:r>
      <w:r>
        <w:t>wala sa'ibah wala waseelah</w:t>
      </w:r>
    </w:p>
    <w:p>
      <w:pPr>
        <w:jc w:val="right"/>
      </w:pPr>
      <w:r>
        <w:t>ولا سائبة ولا وصيلة</w:t>
      </w:r>
    </w:p>
    <w:p>
      <w:r>
        <w:rPr>
          <w:b/>
        </w:rPr>
        <w:t xml:space="preserve">[1:34:28] </w:t>
      </w:r>
      <w:r>
        <w:t>wala haam wala waseelah</w:t>
      </w:r>
    </w:p>
    <w:p>
      <w:pPr>
        <w:jc w:val="right"/>
      </w:pPr>
      <w:r>
        <w:t>ولا حام ولا وصيلة</w:t>
      </w:r>
    </w:p>
    <w:p>
      <w:r>
        <w:rPr>
          <w:b/>
        </w:rPr>
        <w:t xml:space="preserve">[1:34:34] </w:t>
      </w:r>
      <w:r>
        <w:t>wala haam walakin</w:t>
      </w:r>
    </w:p>
    <w:p>
      <w:pPr>
        <w:jc w:val="right"/>
      </w:pPr>
      <w:r>
        <w:t>ولا حام ولكن</w:t>
      </w:r>
    </w:p>
    <w:p>
      <w:r>
        <w:rPr>
          <w:b/>
        </w:rPr>
        <w:t xml:space="preserve">[1:34:38] </w:t>
      </w:r>
      <w:r>
        <w:t>allazeena kafaroo yaftaroon alallahi al kazib</w:t>
      </w:r>
    </w:p>
    <w:p>
      <w:pPr>
        <w:jc w:val="right"/>
      </w:pPr>
      <w:r>
        <w:t>الذين كفروا يفترون على الله الكذب</w:t>
      </w:r>
    </w:p>
    <w:p>
      <w:r>
        <w:rPr>
          <w:b/>
        </w:rPr>
        <w:t xml:space="preserve">[1:34:44] </w:t>
      </w:r>
      <w:r>
        <w:t>wa aktharuhum la yaqiloon</w:t>
      </w:r>
    </w:p>
    <w:p>
      <w:pPr>
        <w:jc w:val="right"/>
      </w:pPr>
      <w:r>
        <w:t>وأكثرهم لا يعقلون</w:t>
      </w:r>
    </w:p>
    <w:p>
      <w:r>
        <w:rPr>
          <w:b/>
        </w:rPr>
        <w:t xml:space="preserve">[1:34:49] </w:t>
      </w:r>
      <w:r>
        <w:t>wa iza qeela lahum ta'alo ila ma</w:t>
      </w:r>
    </w:p>
    <w:p>
      <w:pPr>
        <w:jc w:val="right"/>
      </w:pPr>
      <w:r>
        <w:t>وإذا قيل لهم تعالوا إلى ما</w:t>
      </w:r>
    </w:p>
    <w:p>
      <w:r>
        <w:rPr>
          <w:b/>
        </w:rPr>
        <w:t xml:space="preserve">[1:34:55] </w:t>
      </w:r>
      <w:r>
        <w:t>anzalallahu wa ilar rasool qalo hasbunna</w:t>
      </w:r>
    </w:p>
    <w:p>
      <w:pPr>
        <w:jc w:val="right"/>
      </w:pPr>
      <w:r>
        <w:t>أنزل الله وإلى الرسول قالوا حسبنا</w:t>
      </w:r>
    </w:p>
    <w:p>
      <w:r>
        <w:rPr>
          <w:b/>
        </w:rPr>
        <w:t xml:space="preserve">[1:35:00] </w:t>
      </w:r>
      <w:r>
        <w:t>qalo hasbunna ma wajadna alaihi</w:t>
      </w:r>
    </w:p>
    <w:p>
      <w:pPr>
        <w:jc w:val="right"/>
      </w:pPr>
      <w:r>
        <w:t>قالوا حسبنا ما وجدنا عليه</w:t>
      </w:r>
    </w:p>
    <w:p>
      <w:r>
        <w:rPr>
          <w:b/>
        </w:rPr>
        <w:t xml:space="preserve">[1:35:04] </w:t>
      </w:r>
      <w:r>
        <w:t>aaba'ana awalo kana aaba'uhum</w:t>
      </w:r>
    </w:p>
    <w:p>
      <w:pPr>
        <w:jc w:val="right"/>
      </w:pPr>
      <w:r>
        <w:t>آباءنا أولو كان آباؤهم</w:t>
      </w:r>
    </w:p>
    <w:p>
      <w:r>
        <w:rPr>
          <w:b/>
        </w:rPr>
        <w:t xml:space="preserve">[1:35:12] </w:t>
      </w:r>
      <w:r>
        <w:t>la ya'lamoon shay'a</w:t>
      </w:r>
    </w:p>
    <w:p>
      <w:pPr>
        <w:jc w:val="right"/>
      </w:pPr>
      <w:r>
        <w:t>لا يعلمون شيئا</w:t>
      </w:r>
    </w:p>
    <w:p>
      <w:r>
        <w:rPr>
          <w:b/>
        </w:rPr>
        <w:t xml:space="preserve">[1:35:15] </w:t>
      </w:r>
      <w:r>
        <w:t>wala yahtadoon ya ayyuha allatheena amanoo 'alaykum</w:t>
      </w:r>
    </w:p>
    <w:p>
      <w:pPr>
        <w:jc w:val="right"/>
      </w:pPr>
      <w:r>
        <w:t>ولا يهتدون يا أيها الذين آمنوا عليكم</w:t>
      </w:r>
    </w:p>
    <w:p>
      <w:r>
        <w:rPr>
          <w:b/>
        </w:rPr>
        <w:t xml:space="preserve">[1:35:24] </w:t>
      </w:r>
      <w:r>
        <w:t>anfusakum la yadhurrukum</w:t>
      </w:r>
    </w:p>
    <w:p>
      <w:pPr>
        <w:jc w:val="right"/>
      </w:pPr>
      <w:r>
        <w:t>أنفسكم لا يضركم</w:t>
      </w:r>
    </w:p>
    <w:p>
      <w:r>
        <w:rPr>
          <w:b/>
        </w:rPr>
        <w:t xml:space="preserve">[1:35:28] </w:t>
      </w:r>
      <w:r>
        <w:t>min dhalla itha ihtadaytum</w:t>
      </w:r>
    </w:p>
    <w:p>
      <w:pPr>
        <w:jc w:val="right"/>
      </w:pPr>
      <w:r>
        <w:t>من ضل إذا اهتديتم</w:t>
      </w:r>
    </w:p>
    <w:p>
      <w:r>
        <w:rPr>
          <w:b/>
        </w:rPr>
        <w:t xml:space="preserve">[1:35:32] </w:t>
      </w:r>
      <w:r>
        <w:t>ila Allahi marji'ukum jamee'an</w:t>
      </w:r>
    </w:p>
    <w:p>
      <w:pPr>
        <w:jc w:val="right"/>
      </w:pPr>
      <w:r>
        <w:t>إلى الله مرجعكم جميعا</w:t>
      </w:r>
    </w:p>
    <w:p>
      <w:r>
        <w:rPr>
          <w:b/>
        </w:rPr>
        <w:t xml:space="preserve">[1:35:36] </w:t>
      </w:r>
      <w:r>
        <w:t>fayunabbi'ukum bima kuntum ta'maloona</w:t>
      </w:r>
    </w:p>
    <w:p>
      <w:pPr>
        <w:jc w:val="right"/>
      </w:pPr>
      <w:r>
        <w:t>فينبئكم بما كنتم تعملون</w:t>
      </w:r>
    </w:p>
    <w:p>
      <w:r>
        <w:rPr>
          <w:b/>
        </w:rPr>
        <w:t xml:space="preserve">[1:35:47] </w:t>
      </w:r>
      <w:r>
        <w:t>aye imaan walo</w:t>
      </w:r>
    </w:p>
    <w:p>
      <w:pPr>
        <w:jc w:val="right"/>
      </w:pPr>
      <w:r>
        <w:t>اے ایمان والو</w:t>
      </w:r>
    </w:p>
    <w:p>
      <w:r>
        <w:rPr>
          <w:b/>
        </w:rPr>
        <w:t xml:space="preserve">[1:35:48] </w:t>
      </w:r>
      <w:r>
        <w:t>aisi baton ke mutalliq sawal na karo ke agar wo tum par zahir kar di jayen to tum</w:t>
      </w:r>
    </w:p>
    <w:p>
      <w:pPr>
        <w:jc w:val="right"/>
      </w:pPr>
      <w:r>
        <w:t>ایسی باتوں کے متعلق سوال نہ کرو کہ اگر وہ تم پر ظاہر کر دی جائیں تو تم</w:t>
      </w:r>
    </w:p>
    <w:p>
      <w:r>
        <w:rPr>
          <w:b/>
        </w:rPr>
        <w:t xml:space="preserve">[1:35:55] </w:t>
      </w:r>
      <w:r>
        <w:t>ko giran guzaren aur agar tum un ke mutalliq sawal karoge aisi waqt mein jab ke quran</w:t>
      </w:r>
    </w:p>
    <w:p>
      <w:pPr>
        <w:jc w:val="right"/>
      </w:pPr>
      <w:r>
        <w:t>کو گراں گزریں اور اگر تم ان کے متعلق سوال کرو گے ایسے وقت میں جب کہ قرآن</w:t>
      </w:r>
    </w:p>
    <w:p>
      <w:r>
        <w:rPr>
          <w:b/>
        </w:rPr>
        <w:t xml:space="preserve">[1:36:02] </w:t>
      </w:r>
      <w:r>
        <w:t>utar raha hai to wo tum par zahir kar di jayengi Allah ne un se darguzar kiya</w:t>
      </w:r>
    </w:p>
    <w:p>
      <w:pPr>
        <w:jc w:val="right"/>
      </w:pPr>
      <w:r>
        <w:t>اتر رہا ہے تو وہ تم پر ظاہر کر دی جائیں گی اللہ نے ان سے درگزر کیا</w:t>
      </w:r>
    </w:p>
    <w:p>
      <w:r>
        <w:rPr>
          <w:b/>
        </w:rPr>
        <w:t xml:space="preserve">[1:36:11] </w:t>
      </w:r>
      <w:r>
        <w:t>aur Allah bakhshne wala tahammul wala hai</w:t>
      </w:r>
    </w:p>
    <w:p>
      <w:pPr>
        <w:jc w:val="right"/>
      </w:pPr>
      <w:r>
        <w:t>اور اللہ بخشنے والا تحمل والا ہے</w:t>
      </w:r>
    </w:p>
    <w:p>
      <w:r>
        <w:rPr>
          <w:b/>
        </w:rPr>
        <w:t xml:space="preserve">[1:36:16] </w:t>
      </w:r>
      <w:r>
        <w:t>aisi hi baaten tum se pehle ek jamaat ne poochin phir wo un ke munkir ho kar reh</w:t>
      </w:r>
    </w:p>
    <w:p>
      <w:pPr>
        <w:jc w:val="right"/>
      </w:pPr>
      <w:r>
        <w:t>ایسی ہی باتیں تم سے پہلے ایک جماعت نے پوچھیں پھر وہ ان کے منکر ہو کر رہ</w:t>
      </w:r>
    </w:p>
    <w:p>
      <w:r>
        <w:rPr>
          <w:b/>
        </w:rPr>
        <w:t xml:space="preserve">[1:36:23] </w:t>
      </w:r>
      <w:r>
        <w:t>gaye Allah ne bahira aur saiba aur waseela aur haam muqarrar nahi kiye</w:t>
      </w:r>
    </w:p>
    <w:p>
      <w:pPr>
        <w:jc w:val="right"/>
      </w:pPr>
      <w:r>
        <w:t>گئے اللہ نے بہیرہ اور صاحبہ اور وسیلہ اور حام مقرر نہیں کیے</w:t>
      </w:r>
    </w:p>
    <w:p>
      <w:r>
        <w:rPr>
          <w:b/>
        </w:rPr>
        <w:t xml:space="preserve">[1:36:33] </w:t>
      </w:r>
      <w:r>
        <w:t>magar</w:t>
      </w:r>
    </w:p>
    <w:p>
      <w:pPr>
        <w:jc w:val="right"/>
      </w:pPr>
      <w:r>
        <w:t>مگر</w:t>
      </w:r>
    </w:p>
    <w:p>
      <w:r>
        <w:rPr>
          <w:b/>
        </w:rPr>
        <w:t xml:space="preserve">[1:36:33] </w:t>
      </w:r>
      <w:r>
        <w:t>jin logon ne kufr kiya wo Allah par jhoot bandhte hain aur un mein se aksar aql se</w:t>
      </w:r>
    </w:p>
    <w:p>
      <w:pPr>
        <w:jc w:val="right"/>
      </w:pPr>
      <w:r>
        <w:t>جن لوگوں نے کفر کیا وہ اللہ پر جھوٹ باندھتے ہیں اور ان میں سے اکثر عقل سے</w:t>
      </w:r>
    </w:p>
    <w:p>
      <w:r>
        <w:rPr>
          <w:b/>
        </w:rPr>
        <w:t xml:space="preserve">[1:36:40] </w:t>
      </w:r>
      <w:r>
        <w:t>kaam nahi lete aur jab un se kaha jata hai ke Allah ne jo kuch utara hai us</w:t>
      </w:r>
    </w:p>
    <w:p>
      <w:pPr>
        <w:jc w:val="right"/>
      </w:pPr>
      <w:r>
        <w:t>کام نہیں لیتے اور جب ان سے کہا جاتا ہے کہ اللہ نے جو کچھ اتارا ہے اس</w:t>
      </w:r>
    </w:p>
    <w:p>
      <w:r>
        <w:rPr>
          <w:b/>
        </w:rPr>
        <w:t xml:space="preserve">[1:36:47] </w:t>
      </w:r>
      <w:r>
        <w:t>ki taraf aao aur rasool ki taraf aao to wo kehte hain ke hamare liye wahi kafi hai</w:t>
      </w:r>
    </w:p>
    <w:p>
      <w:pPr>
        <w:jc w:val="right"/>
      </w:pPr>
      <w:r>
        <w:t>کی طرف اؤ اور رسول کی طرف اؤ تو وہ کہتے ہیں کہ ہمارے لیے وہی کافی ہے</w:t>
      </w:r>
    </w:p>
    <w:p>
      <w:r>
        <w:rPr>
          <w:b/>
        </w:rPr>
        <w:t xml:space="preserve">[1:36:54] </w:t>
      </w:r>
      <w:r>
        <w:t>jis par hum ne apne baṛon ko paya hai kya agarche un ke baṛe na kuch jante hon</w:t>
      </w:r>
    </w:p>
    <w:p>
      <w:pPr>
        <w:jc w:val="right"/>
      </w:pPr>
      <w:r>
        <w:t>جس پر ہم نے اپنے بڑوں کو پایا ہے کیا اگرچہ ان کے بڑے نہ کچھ جانتے ہوں</w:t>
      </w:r>
    </w:p>
    <w:p>
      <w:r>
        <w:rPr>
          <w:b/>
        </w:rPr>
        <w:t xml:space="preserve">[1:37:01] </w:t>
      </w:r>
      <w:r>
        <w:t>aur na hidayat par hon</w:t>
      </w:r>
    </w:p>
    <w:p>
      <w:pPr>
        <w:jc w:val="right"/>
      </w:pPr>
      <w:r>
        <w:t>اور نہ ہدایت پر ہوں</w:t>
      </w:r>
    </w:p>
    <w:p>
      <w:r>
        <w:rPr>
          <w:b/>
        </w:rPr>
        <w:t xml:space="preserve">[1:37:05] </w:t>
      </w:r>
      <w:r>
        <w:t>ae iman</w:t>
      </w:r>
    </w:p>
    <w:p>
      <w:pPr>
        <w:jc w:val="right"/>
      </w:pPr>
      <w:r>
        <w:t>اے ایمان</w:t>
      </w:r>
    </w:p>
    <w:p>
      <w:r>
        <w:rPr>
          <w:b/>
        </w:rPr>
        <w:t xml:space="preserve">[1:37:06] </w:t>
      </w:r>
      <w:r>
        <w:t>waloo tum apni fikr rakho koi gumrah ho to us se tumhara kuch nuqsan nahi agar tum hidayat par ho tum sab ko Allah ke paas lot kar jana hai phir woh tum ko bata de ga jo kuch tum kar rahe the</w:t>
      </w:r>
    </w:p>
    <w:p>
      <w:pPr>
        <w:jc w:val="right"/>
      </w:pPr>
      <w:r>
        <w:t>والو تم اپنی فکر رکھو کوئی گمراہ ہو تو اس سے تمہارا کچھ نقصان نہیں اگر تم ہدایت پر ہو تم سب کو اللہ کے پاس لوٹ کر جانا ہے پھر وہ تم کو بتا دے گا جو کچھ تم کر رہے تھے</w:t>
      </w:r>
    </w:p>
    <w:p>
      <w:r>
        <w:rPr>
          <w:b/>
        </w:rPr>
        <w:t xml:space="preserve">[1:37:26] </w:t>
      </w:r>
      <w:r>
        <w:t>tashreeh rawaiyat mein aata hai ke jab hajj ka hukum aaya to rasool Allah sal Allah alaihi wasallam ne khutba dete hue farmaya a</w:t>
      </w:r>
    </w:p>
    <w:p>
      <w:pPr>
        <w:jc w:val="right"/>
      </w:pPr>
      <w:r>
        <w:t>تشریح روایات میں اتا ہے کہ جب حج کا حکم ایا تو رسول اللہ صلی اللہ علیہ وسلم نے خطبہ دیتے ہوئے فرمایا ا</w:t>
      </w:r>
    </w:p>
    <w:p>
      <w:r>
        <w:rPr>
          <w:b/>
        </w:rPr>
        <w:t xml:space="preserve">[1:37:37] </w:t>
      </w:r>
      <w:r>
        <w:t>e logon tum par hajj farz kiya gaya hai yeh sun kar qabeela bani asad ka ek shakhs utha aur kaha a</w:t>
      </w:r>
    </w:p>
    <w:p>
      <w:pPr>
        <w:jc w:val="right"/>
      </w:pPr>
      <w:r>
        <w:t>ے لوگوں تم پر حج فرض کیا گیا ہے یہ سن کر قبیلہ بنی اسد کا ایک شخص اٹھا اور کہا اے</w:t>
      </w:r>
    </w:p>
    <w:p>
      <w:r>
        <w:rPr>
          <w:b/>
        </w:rPr>
        <w:t xml:space="preserve">[1:37:46] </w:t>
      </w:r>
      <w:r>
        <w:t>Khuda ke rasool kya har saal ke liye</w:t>
      </w:r>
    </w:p>
    <w:p>
      <w:pPr>
        <w:jc w:val="right"/>
      </w:pPr>
      <w:r>
        <w:t>خدا کے رسول کیا ہر سال کے لیے</w:t>
      </w:r>
    </w:p>
    <w:p>
      <w:r>
        <w:rPr>
          <w:b/>
        </w:rPr>
        <w:t xml:space="preserve">[1:37:49] </w:t>
      </w:r>
      <w:r>
        <w:t>rasool Allah sallallahu alaihi wasallam yeh sun kar sakht ghazab nak ho gaye aur farmaya</w:t>
      </w:r>
    </w:p>
    <w:p>
      <w:pPr>
        <w:jc w:val="right"/>
      </w:pPr>
      <w:r>
        <w:t>رسول اللہ صلی اللہ علیہ وسلم یہ سن کر سخت غضب ناک ہو گئے اور فرمایا</w:t>
      </w:r>
    </w:p>
    <w:p>
      <w:r>
        <w:rPr>
          <w:b/>
        </w:rPr>
        <w:t xml:space="preserve">[1:37:55] </w:t>
      </w:r>
      <w:r>
        <w:t>is zaat ki qasam jis ke qabze mein meri jaan hai agar mein keh deta haan to har</w:t>
      </w:r>
    </w:p>
    <w:p>
      <w:pPr>
        <w:jc w:val="right"/>
      </w:pPr>
      <w:r>
        <w:t>اس ذات کی قسم جس کے قبضے میں میری جان ہے اگر میں کہہ دیتا ہاں تو ہر</w:t>
      </w:r>
    </w:p>
    <w:p>
      <w:r>
        <w:rPr>
          <w:b/>
        </w:rPr>
        <w:t xml:space="preserve">[1:38:02] </w:t>
      </w:r>
      <w:r>
        <w:t>saal ke liye farz ho jata</w:t>
      </w:r>
    </w:p>
    <w:p>
      <w:pPr>
        <w:jc w:val="right"/>
      </w:pPr>
      <w:r>
        <w:t>سال کے لیے فرض ہو جاتا</w:t>
      </w:r>
    </w:p>
    <w:p>
      <w:r>
        <w:rPr>
          <w:b/>
        </w:rPr>
        <w:t xml:space="preserve">[1:38:05] </w:t>
      </w:r>
      <w:r>
        <w:t>aur jab farz ho jata to tum log har saal us ko kar na pate</w:t>
      </w:r>
    </w:p>
    <w:p>
      <w:pPr>
        <w:jc w:val="right"/>
      </w:pPr>
      <w:r>
        <w:t>اور جب فرض ہو جاتا تو تم لوگ ہر سال اس کو کر نہ پاتے</w:t>
      </w:r>
    </w:p>
    <w:p>
      <w:r>
        <w:rPr>
          <w:b/>
        </w:rPr>
        <w:t xml:space="preserve">[1:38:12] </w:t>
      </w:r>
      <w:r>
        <w:t>aur phir tum kufr ka irtikab karte</w:t>
      </w:r>
    </w:p>
    <w:p>
      <w:pPr>
        <w:jc w:val="right"/>
      </w:pPr>
      <w:r>
        <w:t>اور پھر تم کفر کا ارتکاب کرتے</w:t>
      </w:r>
    </w:p>
    <w:p>
      <w:r>
        <w:rPr>
          <w:b/>
        </w:rPr>
        <w:t xml:space="preserve">[1:38:16] </w:t>
      </w:r>
      <w:r>
        <w:t>pas jo mein chhodun us ko tum bhi chhod do jab mein kisi cheez ka hukum doon to</w:t>
      </w:r>
    </w:p>
    <w:p>
      <w:pPr>
        <w:jc w:val="right"/>
      </w:pPr>
      <w:r>
        <w:t>پس جو میں چھوڑوں اس کو تم بھی چھوڑ دو جب میں کسی چیز کا حکم دوں تو</w:t>
      </w:r>
    </w:p>
    <w:p>
      <w:r>
        <w:rPr>
          <w:b/>
        </w:rPr>
        <w:t xml:space="preserve">[1:38:23] </w:t>
      </w:r>
      <w:r>
        <w:t>is ko karo aur jab mein kisi cheez se rokoun to tum us se ruk jao</w:t>
      </w:r>
    </w:p>
    <w:p>
      <w:pPr>
        <w:jc w:val="right"/>
      </w:pPr>
      <w:r>
        <w:t>اس کو کرو اور جب میں کسی چیز سے روکوں تو تم اس سے رک جاؤ</w:t>
      </w:r>
    </w:p>
    <w:p>
      <w:r>
        <w:rPr>
          <w:b/>
        </w:rPr>
        <w:t xml:space="preserve">[1:38:32] </w:t>
      </w:r>
      <w:r>
        <w:t>ghair</w:t>
      </w:r>
    </w:p>
    <w:p>
      <w:pPr>
        <w:jc w:val="right"/>
      </w:pPr>
      <w:r>
        <w:t>غیر</w:t>
      </w:r>
    </w:p>
    <w:p>
      <w:r>
        <w:rPr>
          <w:b/>
        </w:rPr>
        <w:t xml:space="preserve">[1:38:33] </w:t>
      </w:r>
      <w:r>
        <w:t>zaroori sawalat mein parhne ki mamanaat jo nuzool quran ke waqt thi wahi aaj bhi matloob hai aaj</w:t>
      </w:r>
    </w:p>
    <w:p>
      <w:pPr>
        <w:jc w:val="right"/>
      </w:pPr>
      <w:r>
        <w:t>ضروری سوالات میں پڑھنے کی ممانعت جو نزول قرآن کے وقت تھی وہی اج بھی مطلوب ہے اج</w:t>
      </w:r>
    </w:p>
    <w:p>
      <w:r>
        <w:rPr>
          <w:b/>
        </w:rPr>
        <w:t xml:space="preserve">[1:38:42] </w:t>
      </w:r>
      <w:r>
        <w:t>bhi sahi tareeqa yeh hai ke jo hukum jis tarah diya gaya hai us ko usi tarah rehne</w:t>
      </w:r>
    </w:p>
    <w:p>
      <w:pPr>
        <w:jc w:val="right"/>
      </w:pPr>
      <w:r>
        <w:t>بھی صحیح طریقہ یہ ہے کہ جو حکم جس طرح دیا گیا ہے اس کو اسی طرح رہنے</w:t>
      </w:r>
    </w:p>
    <w:p>
      <w:r>
        <w:rPr>
          <w:b/>
        </w:rPr>
        <w:t xml:space="preserve">[1:38:49] </w:t>
      </w:r>
      <w:r>
        <w:t>diya jaye ghair zaroori sawalat qaim kar ke is ki hudood aur qoyood ko barhane ki koshish na</w:t>
      </w:r>
    </w:p>
    <w:p>
      <w:pPr>
        <w:jc w:val="right"/>
      </w:pPr>
      <w:r>
        <w:t>دیا جائے غیر ضروری سوالات قائم کر کے اس کی حدود اور قیود کو بڑھانے کی کوشش نہ</w:t>
      </w:r>
    </w:p>
    <w:p>
      <w:r>
        <w:rPr>
          <w:b/>
        </w:rPr>
        <w:t xml:space="preserve">[1:38:57] </w:t>
      </w:r>
      <w:r>
        <w:t>ki jaye jo hukum mujmal soorat mein hai us ko mufassal banana jo mutlaq hai us ko muqayyad</w:t>
      </w:r>
    </w:p>
    <w:p>
      <w:pPr>
        <w:jc w:val="right"/>
      </w:pPr>
      <w:r>
        <w:t>کی جائے جو حکم مجمل صورت میں ہے اس کو مفصل بنانا جو مطلق ہے اس کو مقید</w:t>
      </w:r>
    </w:p>
    <w:p>
      <w:r>
        <w:rPr>
          <w:b/>
        </w:rPr>
        <w:t xml:space="preserve">[1:39:06] </w:t>
      </w:r>
      <w:r>
        <w:t>karna aur jo cheez ghair muayyan hai us ko muayyan karne ke dar pe hona deen mein aisa</w:t>
      </w:r>
    </w:p>
    <w:p>
      <w:pPr>
        <w:jc w:val="right"/>
      </w:pPr>
      <w:r>
        <w:t>کرنا اور جو چیز غیر معین ہے اس کو معین کرنے کے در پہ ہونا دین میں ایسا</w:t>
      </w:r>
    </w:p>
    <w:p>
      <w:r>
        <w:rPr>
          <w:b/>
        </w:rPr>
        <w:t xml:space="preserve">[1:39:13] </w:t>
      </w:r>
      <w:r>
        <w:t>izafa hai jis se Allah aur Rasool ne mana farmaya hai</w:t>
      </w:r>
    </w:p>
    <w:p>
      <w:pPr>
        <w:jc w:val="right"/>
      </w:pPr>
      <w:r>
        <w:t>اضافہ ہے جس سے اللہ اور رسول نے منع فرمایا ہے</w:t>
      </w:r>
    </w:p>
    <w:p>
      <w:r>
        <w:rPr>
          <w:b/>
        </w:rPr>
        <w:t xml:space="preserve">[1:39:21] </w:t>
      </w:r>
      <w:r>
        <w:t>kisi qaum ke jo guzre hue buzurg hote hain zamana guzarne ke baad woh muqaddas hesiyat hasil kar</w:t>
      </w:r>
    </w:p>
    <w:p>
      <w:pPr>
        <w:jc w:val="right"/>
      </w:pPr>
      <w:r>
        <w:t>کسی قوم کے جو گزرے ہوئے بزرگ ہوتے ہیں زمانہ گزرنے کے بعد وہ مقدس حیثیت حاصل کر</w:t>
      </w:r>
    </w:p>
    <w:p>
      <w:r>
        <w:rPr>
          <w:b/>
        </w:rPr>
        <w:t xml:space="preserve">[1:39:28] </w:t>
      </w:r>
      <w:r>
        <w:t>lete hain aksar gumrahiyan unhi guzre hue logon ke naam par hoti hain</w:t>
      </w:r>
    </w:p>
    <w:p>
      <w:pPr>
        <w:jc w:val="right"/>
      </w:pPr>
      <w:r>
        <w:t>لیتے ہیں اکثر گمراہیاں انہی گزرے ہوئے لوگوں کے نام پر ہوتی ہیں</w:t>
      </w:r>
    </w:p>
    <w:p>
      <w:r>
        <w:rPr>
          <w:b/>
        </w:rPr>
        <w:t xml:space="preserve">[1:39:36] </w:t>
      </w:r>
      <w:r>
        <w:t>hata ke agar woh bakri aur oont ki ta'zeem ka riwaj qaim kar gaye hon to us ko</w:t>
      </w:r>
    </w:p>
    <w:p>
      <w:pPr>
        <w:jc w:val="right"/>
      </w:pPr>
      <w:r>
        <w:t>حتی کہ اگر وہ بکری اور اونٹ کی تعظیم کا رواج قائم کر گئے ہوں تو اس کو</w:t>
      </w:r>
    </w:p>
    <w:p>
      <w:r>
        <w:rPr>
          <w:b/>
        </w:rPr>
        <w:t xml:space="preserve">[1:39:43] </w:t>
      </w:r>
      <w:r>
        <w:t>bhi baad ke log soche samjhe baghair dohrate rehte hain</w:t>
      </w:r>
    </w:p>
    <w:p>
      <w:pPr>
        <w:jc w:val="right"/>
      </w:pPr>
      <w:r>
        <w:t>بھی بعد کے لوگ سوچے سمجھے بغیر دہراتے رہتے ہیں</w:t>
      </w:r>
    </w:p>
    <w:p>
      <w:r>
        <w:rPr>
          <w:b/>
        </w:rPr>
        <w:t xml:space="preserve">[1:39:51] </w:t>
      </w:r>
      <w:r>
        <w:t>jis bigaad ki riwayat mazi ke taqaddus par qaim ho us ki jarrein itni gehri jami hui hoti</w:t>
      </w:r>
    </w:p>
    <w:p>
      <w:pPr>
        <w:jc w:val="right"/>
      </w:pPr>
      <w:r>
        <w:t>جس بگاڑ کی روایات ماضی کے تقدس پر قائم ہو اس کی جڑیں اتنی گہری جمی ہوئی ہوتی</w:t>
      </w:r>
    </w:p>
    <w:p>
      <w:r>
        <w:rPr>
          <w:b/>
        </w:rPr>
        <w:t xml:space="preserve">[1:39:58] </w:t>
      </w:r>
      <w:r>
        <w:t>hain us se logon ko hatana sakht dushwar hota hai is qism ki nafsiyaati pecheedgiyon se oopar</w:t>
      </w:r>
    </w:p>
    <w:p>
      <w:pPr>
        <w:jc w:val="right"/>
      </w:pPr>
      <w:r>
        <w:t>ہیں اس سے لوگوں کو ہٹانا سخت دشوار ہوتا ہے اس قسم کی نفسیاتی پیچیدگیوں سے اوپر</w:t>
      </w:r>
    </w:p>
    <w:p>
      <w:r>
        <w:rPr>
          <w:b/>
        </w:rPr>
        <w:t xml:space="preserve">[1:40:06] </w:t>
      </w:r>
      <w:r>
        <w:t>uthna isi waqt mumkin hota hai jab ke aadmi ke andar waqai maanon mein yeh yaqeen paida ho</w:t>
      </w:r>
    </w:p>
    <w:p>
      <w:pPr>
        <w:jc w:val="right"/>
      </w:pPr>
      <w:r>
        <w:t>اٹھنا اسی وقت ممکن ہوتا ہے جب کہ ادمی کے اندر واقعی معنوں میں یہ یقین پیدا ہو</w:t>
      </w:r>
    </w:p>
    <w:p>
      <w:r>
        <w:rPr>
          <w:b/>
        </w:rPr>
        <w:t xml:space="preserve">[1:40:14] </w:t>
      </w:r>
      <w:r>
        <w:t>jaye ke aakhir kar us ko Khuda ke samne hazir hona hai</w:t>
      </w:r>
    </w:p>
    <w:p>
      <w:pPr>
        <w:jc w:val="right"/>
      </w:pPr>
      <w:r>
        <w:t>جائے کہ اخر کار اس کو خدا کے سامنے حاضر ہونا ہے</w:t>
      </w:r>
    </w:p>
    <w:p>
      <w:r>
        <w:rPr>
          <w:b/>
        </w:rPr>
        <w:t xml:space="preserve">[1:40:21] </w:t>
      </w:r>
      <w:r>
        <w:t>aisa shakhs aaj hi is haqeeqat ko maan leta hai jis ko maut ke baad har aadmi maanne</w:t>
      </w:r>
    </w:p>
    <w:p>
      <w:pPr>
        <w:jc w:val="right"/>
      </w:pPr>
      <w:r>
        <w:t>ایسا شخص اج ہی اس حقیقت کو مان لیتا ہے جس کو موت کے بعد ہر ادمی ماننے</w:t>
      </w:r>
    </w:p>
    <w:p>
      <w:r>
        <w:rPr>
          <w:b/>
        </w:rPr>
        <w:t xml:space="preserve">[1:40:30] </w:t>
      </w:r>
      <w:r>
        <w:t>par majboor hoga magar us waqt ka maanna kisi ke kuch kaam na aayega</w:t>
      </w:r>
    </w:p>
    <w:p>
      <w:pPr>
        <w:jc w:val="right"/>
      </w:pPr>
      <w:r>
        <w:t>پر مجبور ہوگا مگر اس وقت کا ماننا کسی کے کچھ کام نہ ائے گا</w:t>
      </w:r>
    </w:p>
    <w:p>
      <w:r>
        <w:rPr>
          <w:b/>
        </w:rPr>
        <w:t xml:space="preserve">[1:40:38] </w:t>
      </w:r>
      <w:r>
        <w:t>ya ayyuhal lazeena amanu</w:t>
      </w:r>
    </w:p>
    <w:p>
      <w:pPr>
        <w:jc w:val="right"/>
      </w:pPr>
      <w:r>
        <w:t>یا ایہا الذین امنوا</w:t>
      </w:r>
    </w:p>
    <w:p>
      <w:r>
        <w:rPr>
          <w:b/>
        </w:rPr>
        <w:t xml:space="preserve">[1:40:43] </w:t>
      </w:r>
      <w:r>
        <w:t>shahadatu bainakum idha hadara ahadakumul mautu henal wasiyyati</w:t>
      </w:r>
    </w:p>
    <w:p>
      <w:pPr>
        <w:jc w:val="right"/>
      </w:pPr>
      <w:r>
        <w:t>شہادت بینکم اذا حضر احدکم الموت حین الوصیت</w:t>
      </w:r>
    </w:p>
    <w:p>
      <w:r>
        <w:rPr>
          <w:b/>
        </w:rPr>
        <w:t xml:space="preserve">[1:40:50] </w:t>
      </w:r>
      <w:r>
        <w:t>idha hadara ahadakumul mautu henal wasiyyati ithnaanu dhawa adadun</w:t>
      </w:r>
    </w:p>
    <w:p>
      <w:pPr>
        <w:jc w:val="right"/>
      </w:pPr>
      <w:r>
        <w:t>اذا حضر احدکم الموت حین الوصیت اثنان ذوا عدد</w:t>
      </w:r>
    </w:p>
    <w:p>
      <w:r>
        <w:rPr>
          <w:b/>
        </w:rPr>
        <w:t xml:space="preserve">[1:40:57] </w:t>
      </w:r>
      <w:r>
        <w:t>minkum aw aakharaani min ghayrikum</w:t>
      </w:r>
    </w:p>
    <w:p>
      <w:pPr>
        <w:jc w:val="right"/>
      </w:pPr>
      <w:r>
        <w:t>منکم او اخران من غیرکم</w:t>
      </w:r>
    </w:p>
    <w:p>
      <w:r>
        <w:rPr>
          <w:b/>
        </w:rPr>
        <w:t xml:space="preserve">[1:41:02] </w:t>
      </w:r>
      <w:r>
        <w:t>aw aakharaani min ghayrikum in antum darabtum fil ardi fa asabathkum</w:t>
      </w:r>
    </w:p>
    <w:p>
      <w:pPr>
        <w:jc w:val="right"/>
      </w:pPr>
      <w:r>
        <w:t>او اخران من غیرکم ان انتم ضربتم فی الارض فاصابتکم</w:t>
      </w:r>
    </w:p>
    <w:p>
      <w:r>
        <w:rPr>
          <w:b/>
        </w:rPr>
        <w:t xml:space="preserve">[1:41:11] </w:t>
      </w:r>
      <w:r>
        <w:t>musibatul mauti</w:t>
      </w:r>
    </w:p>
    <w:p>
      <w:pPr>
        <w:jc w:val="right"/>
      </w:pPr>
      <w:r>
        <w:t>مصیبت الموت</w:t>
      </w:r>
    </w:p>
    <w:p>
      <w:r>
        <w:rPr>
          <w:b/>
        </w:rPr>
        <w:t xml:space="preserve">[1:41:14] </w:t>
      </w:r>
      <w:r>
        <w:t>tuhbisunahuma min ba'dis salati fa yuqsimani billahi in turtum la nashtari bihi samanan la nashtari bihi samanan walaw kana za qurbatin wala nak tum shahadatallahi</w:t>
      </w:r>
    </w:p>
    <w:p>
      <w:pPr>
        <w:jc w:val="right"/>
      </w:pPr>
      <w:r>
        <w:t>تحبسونہما من بعد الصلاۃ فیقسمان باللہ ان ارتبتم لا نشتری به ثمنا لا نشتری به ثمنا ولو كان ذا قربى ولا نکتم شہادت اللہ</w:t>
      </w:r>
    </w:p>
    <w:p>
      <w:r>
        <w:rPr>
          <w:b/>
        </w:rPr>
        <w:t xml:space="preserve">[1:41:36] </w:t>
      </w:r>
      <w:r>
        <w:t>wala nak tum shahadatallahi inna izal minal athimeeni</w:t>
      </w:r>
    </w:p>
    <w:p>
      <w:pPr>
        <w:jc w:val="right"/>
      </w:pPr>
      <w:r>
        <w:t>ولا نکتم شہادت اللہ انا اذا لمن الاثمین</w:t>
      </w:r>
    </w:p>
    <w:p>
      <w:r>
        <w:rPr>
          <w:b/>
        </w:rPr>
        <w:t xml:space="preserve">[1:41:47] </w:t>
      </w:r>
      <w:r>
        <w:t>fa in usira ala annahuma istahaqqa ithman fa aakharu yaqumani maqamahuma</w:t>
      </w:r>
    </w:p>
    <w:p>
      <w:pPr>
        <w:jc w:val="right"/>
      </w:pPr>
      <w:r>
        <w:t>فان عثر على انهما استحقا اثما فاخران يقومان مقامهما</w:t>
      </w:r>
    </w:p>
    <w:p>
      <w:r>
        <w:rPr>
          <w:b/>
        </w:rPr>
        <w:t xml:space="preserve">[1:42:02] </w:t>
      </w:r>
      <w:r>
        <w:t>fa aakharu yaqumani maqamahuma minallazeena istahaqqa alaihimul awwalani fa yuqsimani billahi fa yuqsimani billahi li shahadatuna ahakku min shahadatiha wama i tadayna</w:t>
      </w:r>
    </w:p>
    <w:p>
      <w:pPr>
        <w:jc w:val="right"/>
      </w:pPr>
      <w:r>
        <w:t>فاخران يقومان مقامهما من الذين استحق عليهم الاوليان فیقسمان باللہ فیقسمان باللہ لشہادتنا احق من شهادتهما وما اعتدينا</w:t>
      </w:r>
    </w:p>
    <w:p>
      <w:r>
        <w:rPr>
          <w:b/>
        </w:rPr>
        <w:t xml:space="preserve">[1:42:26] </w:t>
      </w:r>
      <w:r>
        <w:t>wama i tadayna inna izal minaz zalimeeni</w:t>
      </w:r>
    </w:p>
    <w:p>
      <w:pPr>
        <w:jc w:val="right"/>
      </w:pPr>
      <w:r>
        <w:t>وما اعتدينا انا اذا لمن الظالمين</w:t>
      </w:r>
    </w:p>
    <w:p>
      <w:r>
        <w:rPr>
          <w:b/>
        </w:rPr>
        <w:t xml:space="preserve">[1:42:36] </w:t>
      </w:r>
      <w:r>
        <w:t>zalika adna an yatu bil shahadati ala wajhiha aw yakhafu aw yakhafu an turadda aimanu ba'da aimanihim</w:t>
      </w:r>
    </w:p>
    <w:p>
      <w:pPr>
        <w:jc w:val="right"/>
      </w:pPr>
      <w:r>
        <w:t>ذلك ادنى ان ياتوا بالشهاده على وجهها او يخافوا او يخافوا ان ترد ايمان بعد ايمانهم</w:t>
      </w:r>
    </w:p>
    <w:p>
      <w:r>
        <w:rPr>
          <w:b/>
        </w:rPr>
        <w:t xml:space="preserve">[1:42:58] </w:t>
      </w:r>
      <w:r>
        <w:t>wattaqullaha wasma'u wallahu la yahdil qawmal fasiqeeni</w:t>
      </w:r>
    </w:p>
    <w:p>
      <w:pPr>
        <w:jc w:val="right"/>
      </w:pPr>
      <w:r>
        <w:t>واتقوا الله واسمعوا والله لا يهدي القوم الفاسقين</w:t>
      </w:r>
    </w:p>
    <w:p>
      <w:r>
        <w:rPr>
          <w:b/>
        </w:rPr>
        <w:t xml:space="preserve">[1:43:08] </w:t>
      </w:r>
      <w:r>
        <w:t>ae iman walo tumhare darmiyan gawahi wasiyat ke waqt jab ke tum mein se kisi ki maut ka</w:t>
      </w:r>
    </w:p>
    <w:p>
      <w:pPr>
        <w:jc w:val="right"/>
      </w:pPr>
      <w:r>
        <w:t>اے ایمان والو تمہارے درمیان گواہی وصیت کے وقت جب کہ تم میں سے کسی کی موت کا</w:t>
      </w:r>
    </w:p>
    <w:p>
      <w:r>
        <w:rPr>
          <w:b/>
        </w:rPr>
        <w:t xml:space="preserve">[1:43:17] </w:t>
      </w:r>
      <w:r>
        <w:t>waqt aa jaye is tarah hai ke do mo'tabar aadmi tum mein se gawah hon ya agar tum safar</w:t>
      </w:r>
    </w:p>
    <w:p>
      <w:pPr>
        <w:jc w:val="right"/>
      </w:pPr>
      <w:r>
        <w:t>وقت اجائے اس طرح ہے کہ دو معتبر ادمی تم میں سے گواہ ہوں یا اگر تم سفر</w:t>
      </w:r>
    </w:p>
    <w:p>
      <w:r>
        <w:rPr>
          <w:b/>
        </w:rPr>
        <w:t xml:space="preserve">[1:43:25] </w:t>
      </w:r>
      <w:r>
        <w:t>ki halat mein ho aur wahan maut ki museebat pesh aa jaye to tumhare ghairon mein se do gawah</w:t>
      </w:r>
    </w:p>
    <w:p>
      <w:pPr>
        <w:jc w:val="right"/>
      </w:pPr>
      <w:r>
        <w:t>کی حالت میں ہو اور وہاں موت کی مصیبت پیش اجائے تو تمہارے غیروں میں سے دو گواہ</w:t>
      </w:r>
    </w:p>
    <w:p>
      <w:r>
        <w:rPr>
          <w:b/>
        </w:rPr>
        <w:t xml:space="preserve">[1:43:32] </w:t>
      </w:r>
      <w:r>
        <w:t>le liye jayen</w:t>
      </w:r>
    </w:p>
    <w:p>
      <w:pPr>
        <w:jc w:val="right"/>
      </w:pPr>
      <w:r>
        <w:t>لے لیے جائیں</w:t>
      </w:r>
    </w:p>
    <w:p>
      <w:r>
        <w:rPr>
          <w:b/>
        </w:rPr>
        <w:t xml:space="preserve">[1:43:34] </w:t>
      </w:r>
      <w:r>
        <w:t>phir agar tum ko shubah ho jaye to dono gawahon ko namaz ke baad rok lo aur woh</w:t>
      </w:r>
    </w:p>
    <w:p>
      <w:pPr>
        <w:jc w:val="right"/>
      </w:pPr>
      <w:r>
        <w:t>پھر اگر تم کو شبہ ہو جائے تو دونوں گواہوں کو نماز کے بعد روک لو اور وہ</w:t>
      </w:r>
    </w:p>
    <w:p>
      <w:r>
        <w:rPr>
          <w:b/>
        </w:rPr>
        <w:t xml:space="preserve">[1:43:42] </w:t>
      </w:r>
      <w:r>
        <w:t>dono Khuda ki qasam kha kar kahein ke hum kisi qeemat ke ewaz is ko na bechein ge</w:t>
      </w:r>
    </w:p>
    <w:p>
      <w:pPr>
        <w:jc w:val="right"/>
      </w:pPr>
      <w:r>
        <w:t>دونوں خدا کی قسم کھا کر کہیں کہ ہم کسی قیمت کے عوض اس کو نہ بیچیں گے</w:t>
      </w:r>
    </w:p>
    <w:p>
      <w:r>
        <w:rPr>
          <w:b/>
        </w:rPr>
        <w:t xml:space="preserve">[1:43:49] </w:t>
      </w:r>
      <w:r>
        <w:t>khwah koi qareeb tareen hi kyun na ho aur na hum Allah</w:t>
      </w:r>
    </w:p>
    <w:p>
      <w:pPr>
        <w:jc w:val="right"/>
      </w:pPr>
      <w:r>
        <w:t>خواہ کوئی قرابت دار ہی کیوں نہ ہو اور نہ ہم اللہ</w:t>
      </w:r>
    </w:p>
    <w:p>
      <w:r>
        <w:rPr>
          <w:b/>
        </w:rPr>
        <w:t xml:space="preserve">[1:43:54] </w:t>
      </w:r>
      <w:r>
        <w:t>ki gawahi ko chupaayein ge agar hum aisa karein to beshak hum gunahgar hon ge phir agar</w:t>
      </w:r>
    </w:p>
    <w:p>
      <w:pPr>
        <w:jc w:val="right"/>
      </w:pPr>
      <w:r>
        <w:t>کی گواہی کو چھپائیں گے اگر ہم ایسا کریں تو بے شک ہم گنہگار ہوں گے پھر اگر</w:t>
      </w:r>
    </w:p>
    <w:p>
      <w:r>
        <w:rPr>
          <w:b/>
        </w:rPr>
        <w:t xml:space="preserve">[1:44:02] </w:t>
      </w:r>
      <w:r>
        <w:t>pata chalay ke in dono ne koi haq talfi ki hai to un ki jagah do aur shakhs</w:t>
      </w:r>
    </w:p>
    <w:p>
      <w:pPr>
        <w:jc w:val="right"/>
      </w:pPr>
      <w:r>
        <w:t>پتہ چلے کہ ان دونوں نے کوئی حق تلفی کی ہے تو ان کی جگہ دو اور شخص</w:t>
      </w:r>
    </w:p>
    <w:p>
      <w:r>
        <w:rPr>
          <w:b/>
        </w:rPr>
        <w:t xml:space="preserve">[1:44:08] </w:t>
      </w:r>
      <w:r>
        <w:t>in logon mein se kharay hon jin ka haq peechay do gawahon ne maarna chaha tha woh Khuda</w:t>
      </w:r>
    </w:p>
    <w:p>
      <w:pPr>
        <w:jc w:val="right"/>
      </w:pPr>
      <w:r>
        <w:t>ان لوگوں میں سے کھڑے ہوں جن کا حق پیچھے دو گواہوں نے مارنا چاہا تھا وہ خدا</w:t>
      </w:r>
    </w:p>
    <w:p>
      <w:r>
        <w:rPr>
          <w:b/>
        </w:rPr>
        <w:t xml:space="preserve">[1:44:16] </w:t>
      </w:r>
      <w:r>
        <w:t>ki qasam khayein ke hamari gawahi in dono ki gawahi se ziyada barhaq hai aur hum ne koi</w:t>
      </w:r>
    </w:p>
    <w:p>
      <w:pPr>
        <w:jc w:val="right"/>
      </w:pPr>
      <w:r>
        <w:t>کی قسم کھائیں کہ ہماری گواہی ان دونوں کی گواہی سے زیادہ برحق ہے اور ہم نے کوئی</w:t>
      </w:r>
    </w:p>
    <w:p>
      <w:r>
        <w:rPr>
          <w:b/>
        </w:rPr>
        <w:t xml:space="preserve">[1:44:24] </w:t>
      </w:r>
      <w:r>
        <w:t>ziyadati nahi ki agar hum aisa karein to hum zalimon mein se hon ge yeh qareeb tareen tareeqa</w:t>
      </w:r>
    </w:p>
    <w:p>
      <w:pPr>
        <w:jc w:val="right"/>
      </w:pPr>
      <w:r>
        <w:t>زیادتی نہیں کی اگر ہم ایسا کریں تو ہم ظالموں میں سے ہوں گے یہ قریب ترین طریقہ</w:t>
      </w:r>
    </w:p>
    <w:p>
      <w:r>
        <w:rPr>
          <w:b/>
        </w:rPr>
        <w:t xml:space="preserve">[1:44:33] </w:t>
      </w:r>
      <w:r>
        <w:t>hai ke log gawahi theek dein ya is se darrein ke hamari</w:t>
      </w:r>
    </w:p>
    <w:p>
      <w:pPr>
        <w:jc w:val="right"/>
      </w:pPr>
      <w:r>
        <w:t>ہے کہ لوگ گواہی ٹھیک دیں یا اس سے ڈریں کہ ہماری</w:t>
      </w:r>
    </w:p>
    <w:p>
      <w:r>
        <w:rPr>
          <w:b/>
        </w:rPr>
        <w:t xml:space="preserve">[1:44:40] </w:t>
      </w:r>
      <w:r>
        <w:t>qasam un ki qasam ke baad ulti paray gi aur Allah se daro aur suno Allah na farmanon ko</w:t>
      </w:r>
    </w:p>
    <w:p>
      <w:pPr>
        <w:jc w:val="right"/>
      </w:pPr>
      <w:r>
        <w:t>قسم ان کی قسم کے بعد الٹی پڑے گی اور اللہ سے ڈرو اور سنو اللہ نافرمانوں کو</w:t>
      </w:r>
    </w:p>
    <w:p>
      <w:r>
        <w:rPr>
          <w:b/>
        </w:rPr>
        <w:t xml:space="preserve">[1:44:48] </w:t>
      </w:r>
      <w:r>
        <w:t>seedhi rah nahi chalata tashreeh ek aadmi safar karta hai aur us ke sath maal hai rastay mein</w:t>
      </w:r>
    </w:p>
    <w:p>
      <w:pPr>
        <w:jc w:val="right"/>
      </w:pPr>
      <w:r>
        <w:t>سیدھی راہ نہیں چلاتا تشریح ایک ادمی سفر کرتا ہے اور اس کے ساتھ مال ہے راستے میں</w:t>
      </w:r>
    </w:p>
    <w:p>
      <w:r>
        <w:rPr>
          <w:b/>
        </w:rPr>
        <w:t xml:space="preserve">[1:44:59] </w:t>
      </w:r>
      <w:r>
        <w:t>us ki maut ka waqt aa jata hai ab agar woh apne qareeb do Musalman paye to un ko</w:t>
      </w:r>
    </w:p>
    <w:p>
      <w:pPr>
        <w:jc w:val="right"/>
      </w:pPr>
      <w:r>
        <w:t>اس کی موت کا وقت اجاتا ہے اب اگر وہ اپنے قریب دو مسلمان پائے تو ان کو</w:t>
      </w:r>
    </w:p>
    <w:p>
      <w:r>
        <w:rPr>
          <w:b/>
        </w:rPr>
        <w:t xml:space="preserve">[1:45:06] </w:t>
      </w:r>
      <w:r>
        <w:t>apna maal de de aur us ke baray mein unhein wasiyat kar de agar do Musalman barwaqt na</w:t>
      </w:r>
    </w:p>
    <w:p>
      <w:pPr>
        <w:jc w:val="right"/>
      </w:pPr>
      <w:r>
        <w:t>اپنا مال دے دے اور اس کے بارے میں انہیں وصیت کر دے اگر دو مسلمان بروقت نہ</w:t>
      </w:r>
    </w:p>
    <w:p>
      <w:r>
        <w:rPr>
          <w:b/>
        </w:rPr>
        <w:t xml:space="preserve">[1:45:14] </w:t>
      </w:r>
      <w:r>
        <w:t>milein to ghair Musalmanon mein se do aadmi ke sath yahi mamla kare yeh do sahabaan maal la</w:t>
      </w:r>
    </w:p>
    <w:p>
      <w:pPr>
        <w:jc w:val="right"/>
      </w:pPr>
      <w:r>
        <w:t>ملیں تو غیر مسلموں میں سے دو ادمی کے ساتھ یہی معاملہ کرے یہ دو صحابان مال لا</w:t>
      </w:r>
    </w:p>
    <w:p>
      <w:r>
        <w:rPr>
          <w:b/>
        </w:rPr>
        <w:t xml:space="preserve">[1:45:21] </w:t>
      </w:r>
      <w:r>
        <w:t>kar us ke warison ke hawale kar dein us waqt warison</w:t>
      </w:r>
    </w:p>
    <w:p>
      <w:pPr>
        <w:jc w:val="right"/>
      </w:pPr>
      <w:r>
        <w:t>کر اس کے وارثوں کے حوالے کر دیں اس وقت وارثوں</w:t>
      </w:r>
    </w:p>
    <w:p>
      <w:r>
        <w:rPr>
          <w:b/>
        </w:rPr>
        <w:t xml:space="preserve">[1:45:26] </w:t>
      </w:r>
      <w:r>
        <w:t>ko agar un ke bayan ke baray mein shubah ho jaye to kisi namaz ke baad masjid mein</w:t>
      </w:r>
    </w:p>
    <w:p>
      <w:pPr>
        <w:jc w:val="right"/>
      </w:pPr>
      <w:r>
        <w:t>کو اگر ان کے بیان کے بارے میں شبہ ہو جائے تو کسی نماز کے بعد مسجد میں</w:t>
      </w:r>
    </w:p>
    <w:p>
      <w:r>
        <w:rPr>
          <w:b/>
        </w:rPr>
        <w:t xml:space="preserve">[1:45:32] </w:t>
      </w:r>
      <w:r>
        <w:t>un gawahon ko rok liya jaye yeh dono shakhs aam Musalmanon ke samnay qasam khayein ke unhon ne</w:t>
      </w:r>
    </w:p>
    <w:p>
      <w:pPr>
        <w:jc w:val="right"/>
      </w:pPr>
      <w:r>
        <w:t>ان گواہوں کو روک لیا جائے یہ دونوں شخص عام مسلمانوں کے سامنے قسم کھائیں کہ انہوں نے</w:t>
      </w:r>
    </w:p>
    <w:p>
      <w:r>
        <w:rPr>
          <w:b/>
        </w:rPr>
        <w:t xml:space="preserve">[1:45:41] </w:t>
      </w:r>
      <w:r>
        <w:t>marne walay ki taraf se jo kuch kaha sahi kaha agar waris is ke halfiya bayan par mutma'in</w:t>
      </w:r>
    </w:p>
    <w:p>
      <w:pPr>
        <w:jc w:val="right"/>
      </w:pPr>
      <w:r>
        <w:t>مرنے والے کی طرف سے جو کچھ کہا صحیح کہا اگر وارث اس کے حلفیہ بیان پر مطمئن</w:t>
      </w:r>
    </w:p>
    <w:p>
      <w:r>
        <w:rPr>
          <w:b/>
        </w:rPr>
        <w:t xml:space="preserve">[1:45:49] </w:t>
      </w:r>
      <w:r>
        <w:t>na hon to warison mein se do aadmi apni baat ke haq mein qasam khayein aur phir un</w:t>
      </w:r>
    </w:p>
    <w:p>
      <w:pPr>
        <w:jc w:val="right"/>
      </w:pPr>
      <w:r>
        <w:t>نہ ہوں تو وارثوں میں سے دو ادمی اپنی بات کے حق میں قسم کھائیں اور پھر ان</w:t>
      </w:r>
    </w:p>
    <w:p>
      <w:r>
        <w:rPr>
          <w:b/>
        </w:rPr>
        <w:t xml:space="preserve">[1:45:56] </w:t>
      </w:r>
      <w:r>
        <w:t>ki qasam ke mutabiq faisla kar diya jaye warison ko yeh haq dena goya ek aisa rok qaim</w:t>
      </w:r>
    </w:p>
    <w:p>
      <w:pPr>
        <w:jc w:val="right"/>
      </w:pPr>
      <w:r>
        <w:t>کی قسم کے مطابق فیصلہ کر دیا جائے وارثوں کو یہ حق دینا گویا ایک ایسا روک قائم</w:t>
      </w:r>
    </w:p>
    <w:p>
      <w:r>
        <w:rPr>
          <w:b/>
        </w:rPr>
        <w:t xml:space="preserve">[1:46:04] </w:t>
      </w:r>
      <w:r>
        <w:t>karna hai ke koi khiyanat karne wala khiyanat karne ki jurrat na kar sakay</w:t>
      </w:r>
    </w:p>
    <w:p>
      <w:pPr>
        <w:jc w:val="right"/>
      </w:pPr>
      <w:r>
        <w:t>کرنا ہے کہ کوئی خیانت کرنے والا خیانت کرنے کی جرات نہ کر سکے</w:t>
      </w:r>
    </w:p>
    <w:p>
      <w:r>
        <w:rPr>
          <w:b/>
        </w:rPr>
        <w:t xml:space="preserve">[1:46:12] </w:t>
      </w:r>
      <w:r>
        <w:t>shariat</w:t>
      </w:r>
    </w:p>
    <w:p>
      <w:pPr>
        <w:jc w:val="right"/>
      </w:pPr>
      <w:r>
        <w:t>شریعت</w:t>
      </w:r>
    </w:p>
    <w:p>
      <w:r>
        <w:rPr>
          <w:b/>
        </w:rPr>
        <w:t xml:space="preserve">[1:46:13] </w:t>
      </w:r>
      <w:r>
        <w:t>mein aik maslehat yeh malhooz rakhi gayi hai ke rozmarah ke mamlaat mein aisay ahkaam diye jayen jo</w:t>
      </w:r>
    </w:p>
    <w:p>
      <w:pPr>
        <w:jc w:val="right"/>
      </w:pPr>
      <w:r>
        <w:t>میں ایک مصلحت یہ ملحوظ رکھی گئی ہے کہ روزمرہ کے معاملات میں ایسے احکام دیے جائیں جو</w:t>
      </w:r>
    </w:p>
    <w:p>
      <w:r>
        <w:rPr>
          <w:b/>
        </w:rPr>
        <w:t xml:space="preserve">[1:46:21] </w:t>
      </w:r>
      <w:r>
        <w:t>aadmi ki wasee tar zindagi ke liye sabaq ho kisi shakhs ke marne ke baad us ke maal</w:t>
      </w:r>
    </w:p>
    <w:p>
      <w:pPr>
        <w:jc w:val="right"/>
      </w:pPr>
      <w:r>
        <w:t>ادمی کی وسیع تر زندگی کے لیے سبق ہو کسی شخص کے مرنے کے بعد اس کے مال</w:t>
      </w:r>
    </w:p>
    <w:p>
      <w:r>
        <w:rPr>
          <w:b/>
        </w:rPr>
        <w:t xml:space="preserve">[1:46:29] </w:t>
      </w:r>
      <w:r>
        <w:t>ka haqdaron tak pounchana aik khandaani aur maashi mamla hai magar is ko do aham baaton ki</w:t>
      </w:r>
    </w:p>
    <w:p>
      <w:pPr>
        <w:jc w:val="right"/>
      </w:pPr>
      <w:r>
        <w:t>کا حق داروں تک پہنچانا ایک خاندانی اور معاشی معاملہ ہے مگر اس کو دو اہم باتوں کی</w:t>
      </w:r>
    </w:p>
    <w:p>
      <w:r>
        <w:rPr>
          <w:b/>
        </w:rPr>
        <w:t xml:space="preserve">[1:46:38] </w:t>
      </w:r>
      <w:r>
        <w:t>tarbiyat ka zariya bana diya gaya aik yeh ke logon mein yeh mizaj banay ke mamlaat mein woh</w:t>
      </w:r>
    </w:p>
    <w:p>
      <w:pPr>
        <w:jc w:val="right"/>
      </w:pPr>
      <w:r>
        <w:t>تربیت کا ذریعہ بنا دیا گیا ایک یہ کہ لوگوں میں یہ مزاج بنے کہ معاملات میں وہ</w:t>
      </w:r>
    </w:p>
    <w:p>
      <w:r>
        <w:rPr>
          <w:b/>
        </w:rPr>
        <w:t xml:space="preserve">[1:46:47] </w:t>
      </w:r>
      <w:r>
        <w:t>taalluq aur rishtadari ka lehaz na karen balkay sirf haq ka lehaz karen woh yeh dekhen ke</w:t>
      </w:r>
    </w:p>
    <w:p>
      <w:pPr>
        <w:jc w:val="right"/>
      </w:pPr>
      <w:r>
        <w:t>تعلق اور رشتہ داری کا لحاظ نہ کریں بلکہ صرف حق کا لحاظ کریں وہ یہ دیکھیں کہ</w:t>
      </w:r>
    </w:p>
    <w:p>
      <w:r>
        <w:rPr>
          <w:b/>
        </w:rPr>
        <w:t xml:space="preserve">[1:46:55] </w:t>
      </w:r>
      <w:r>
        <w:t>haq kya hai na yeh ke baat</w:t>
      </w:r>
    </w:p>
    <w:p>
      <w:pPr>
        <w:jc w:val="right"/>
      </w:pPr>
      <w:r>
        <w:t>حق کیا ہے نہ یہ کہ بات</w:t>
      </w:r>
    </w:p>
    <w:p>
      <w:r>
        <w:rPr>
          <w:b/>
        </w:rPr>
        <w:t xml:space="preserve">[1:46:59] </w:t>
      </w:r>
      <w:r>
        <w:t>kis ke muwafiq ja rahi hai aur kis ke khilaf doosray yeh ke har baat ko Khuda ki</w:t>
      </w:r>
    </w:p>
    <w:p>
      <w:pPr>
        <w:jc w:val="right"/>
      </w:pPr>
      <w:r>
        <w:t>کس کے موافق جا رہی ہے اور کس کے خلاف دوسرے یہ کہ ہر بات کو خدا کی</w:t>
      </w:r>
    </w:p>
    <w:p>
      <w:r>
        <w:rPr>
          <w:b/>
        </w:rPr>
        <w:t xml:space="preserve">[1:47:06] </w:t>
      </w:r>
      <w:r>
        <w:t>gawahi samajhna koi baat jo aadmi ke paas hai woh Khuda ki aik amanat hai kyunke aadmi ne</w:t>
      </w:r>
    </w:p>
    <w:p>
      <w:pPr>
        <w:jc w:val="right"/>
      </w:pPr>
      <w:r>
        <w:t>گواہی سمجھنا کوئی بات جو ادمی کے پاس ہے وہ خدا کی ایک امانت ہے کیونکہ ادمی نے</w:t>
      </w:r>
    </w:p>
    <w:p>
      <w:r>
        <w:rPr>
          <w:b/>
        </w:rPr>
        <w:t xml:space="preserve">[1:47:13] </w:t>
      </w:r>
      <w:r>
        <w:t>is ko Khuda ki di hui aankh se dekha aur Khuda ke diye hue hafze mein is ko</w:t>
      </w:r>
    </w:p>
    <w:p>
      <w:pPr>
        <w:jc w:val="right"/>
      </w:pPr>
      <w:r>
        <w:t>اس کو خدا کی دی ہوئی انکھ سے دیکھا اور خدا کے دیے ہوئے حافظے میں اس کو</w:t>
      </w:r>
    </w:p>
    <w:p>
      <w:r>
        <w:rPr>
          <w:b/>
        </w:rPr>
        <w:t xml:space="preserve">[1:47:21] </w:t>
      </w:r>
      <w:r>
        <w:t>mehfooz rakha aur ab Khuda ki di hui zaban se woh is ke mutaliq ailan kar raha hai</w:t>
      </w:r>
    </w:p>
    <w:p>
      <w:pPr>
        <w:jc w:val="right"/>
      </w:pPr>
      <w:r>
        <w:t>محفوظ رکھا اور اب خدا کی دی ہوئی زبان سے وہ اس کے متعلق اعلان کر رہا ہے</w:t>
      </w:r>
    </w:p>
    <w:p>
      <w:r>
        <w:rPr>
          <w:b/>
        </w:rPr>
        <w:t xml:space="preserve">[1:47:29] </w:t>
      </w:r>
      <w:r>
        <w:t>aisi halat mein yeh amanat mein khiyanat hogi ke aadmi baat ko is tarah na bayan kare jaisa</w:t>
      </w:r>
    </w:p>
    <w:p>
      <w:pPr>
        <w:jc w:val="right"/>
      </w:pPr>
      <w:r>
        <w:t>ایسی حالت میں یہ امانت میں خیانت ہوگی کہ ادمی بات کو اس طرح نہ بیان کرے جیسا</w:t>
      </w:r>
    </w:p>
    <w:p>
      <w:r>
        <w:rPr>
          <w:b/>
        </w:rPr>
        <w:t xml:space="preserve">[1:47:37] </w:t>
      </w:r>
      <w:r>
        <w:t>ke is ne dekha aur jis tarah is ke hafze ne is ko mehfooz</w:t>
      </w:r>
    </w:p>
    <w:p>
      <w:pPr>
        <w:jc w:val="right"/>
      </w:pPr>
      <w:r>
        <w:t>کہ اس نے دیکھا اور جس طرح اس کے حافظے نے اس کو محفوظ</w:t>
      </w:r>
    </w:p>
    <w:p>
      <w:r>
        <w:rPr>
          <w:b/>
        </w:rPr>
        <w:t xml:space="preserve">[1:47:44] </w:t>
      </w:r>
      <w:r>
        <w:t>rakha</w:t>
      </w:r>
    </w:p>
    <w:p>
      <w:pPr>
        <w:jc w:val="right"/>
      </w:pPr>
      <w:r>
        <w:t>رکھا</w:t>
      </w:r>
    </w:p>
    <w:p>
      <w:r>
        <w:rPr>
          <w:b/>
        </w:rPr>
        <w:t xml:space="preserve">[1:47:49] </w:t>
      </w:r>
      <w:r>
        <w:t>Allah fa yaqoolu madha ajabtum qalu la ilma lana</w:t>
      </w:r>
    </w:p>
    <w:p>
      <w:pPr>
        <w:jc w:val="right"/>
      </w:pPr>
      <w:r>
        <w:t>اللہ فیقول ماذا اجبتم قالو لا علم لنا</w:t>
      </w:r>
    </w:p>
    <w:p>
      <w:r>
        <w:rPr>
          <w:b/>
        </w:rPr>
        <w:t xml:space="preserve">[1:47:58] </w:t>
      </w:r>
      <w:r>
        <w:t>qalu la ilm lana</w:t>
      </w:r>
    </w:p>
    <w:p>
      <w:pPr>
        <w:jc w:val="right"/>
      </w:pPr>
      <w:r>
        <w:t>قالو لا علم لنا</w:t>
      </w:r>
    </w:p>
    <w:p>
      <w:r>
        <w:rPr>
          <w:b/>
        </w:rPr>
        <w:t xml:space="preserve">[1:48:03] </w:t>
      </w:r>
      <w:r>
        <w:t>anka anta allamul ghuyub</w:t>
      </w:r>
    </w:p>
    <w:p>
      <w:pPr>
        <w:jc w:val="right"/>
      </w:pPr>
      <w:r>
        <w:t>انک انت علام الغیوب</w:t>
      </w:r>
    </w:p>
    <w:p>
      <w:r>
        <w:rPr>
          <w:b/>
        </w:rPr>
        <w:t xml:space="preserve">[1:48:09] </w:t>
      </w:r>
      <w:r>
        <w:t>iz qala Allah ya Isa ibne Maryam uzkur ni'mati alaika wa ala walidatika iz ayyatuka biruhil qudus iz ayyatuka</w:t>
      </w:r>
    </w:p>
    <w:p>
      <w:pPr>
        <w:jc w:val="right"/>
      </w:pPr>
      <w:r>
        <w:t>اذ قال اللہ یا عیسی ابن مریم اذکر نعمتی علیک وعلی والدتک اذ ایتک بروح القدس اذ ایتک</w:t>
      </w:r>
    </w:p>
    <w:p>
      <w:r>
        <w:rPr>
          <w:b/>
        </w:rPr>
        <w:t xml:space="preserve">[1:48:22] </w:t>
      </w:r>
      <w:r>
        <w:t>biruhil qudus tukallim</w:t>
      </w:r>
    </w:p>
    <w:p>
      <w:pPr>
        <w:jc w:val="right"/>
      </w:pPr>
      <w:r>
        <w:t>بروح القدس تکلم</w:t>
      </w:r>
    </w:p>
    <w:p>
      <w:r>
        <w:rPr>
          <w:b/>
        </w:rPr>
        <w:t xml:space="preserve">[1:48:25] </w:t>
      </w:r>
      <w:r>
        <w:t>annasa fil mahdi wa kahla</w:t>
      </w:r>
    </w:p>
    <w:p>
      <w:pPr>
        <w:jc w:val="right"/>
      </w:pPr>
      <w:r>
        <w:t>الناس فی المہدی وکہلا</w:t>
      </w:r>
    </w:p>
    <w:p>
      <w:r>
        <w:rPr>
          <w:b/>
        </w:rPr>
        <w:t xml:space="preserve">[1:48:29] </w:t>
      </w:r>
      <w:r>
        <w:t>wa iz allamtukal kitaba wal hikmata wat tawrata wal injil</w:t>
      </w:r>
    </w:p>
    <w:p>
      <w:pPr>
        <w:jc w:val="right"/>
      </w:pPr>
      <w:r>
        <w:t>واذ علمتک الكتاب والحکمۃ والتورات والانجیل</w:t>
      </w:r>
    </w:p>
    <w:p>
      <w:r>
        <w:rPr>
          <w:b/>
        </w:rPr>
        <w:t xml:space="preserve">[1:48:38] </w:t>
      </w:r>
      <w:r>
        <w:t>wa iz tahluqu minat taini kahaitairin bi'dhni fatanfukhu</w:t>
      </w:r>
    </w:p>
    <w:p>
      <w:pPr>
        <w:jc w:val="right"/>
      </w:pPr>
      <w:r>
        <w:t>واذ تخلق من الطین کہ الطیر باذنی فتنفخ</w:t>
      </w:r>
    </w:p>
    <w:p>
      <w:r>
        <w:rPr>
          <w:b/>
        </w:rPr>
        <w:t xml:space="preserve">[1:48:45] </w:t>
      </w:r>
      <w:r>
        <w:t>fiha fatakunu tairan</w:t>
      </w:r>
    </w:p>
    <w:p>
      <w:pPr>
        <w:jc w:val="right"/>
      </w:pPr>
      <w:r>
        <w:t>فیہا فتكون طیرا</w:t>
      </w:r>
    </w:p>
    <w:p>
      <w:r>
        <w:rPr>
          <w:b/>
        </w:rPr>
        <w:t xml:space="preserve">[1:48:48] </w:t>
      </w:r>
      <w:r>
        <w:t>bi'dhni wa tubriul akmaha wal abraasa bi'dhni</w:t>
      </w:r>
    </w:p>
    <w:p>
      <w:pPr>
        <w:jc w:val="right"/>
      </w:pPr>
      <w:r>
        <w:t>باذنی وتبرئ الاكمہ والابرص باذنی</w:t>
      </w:r>
    </w:p>
    <w:p>
      <w:r>
        <w:rPr>
          <w:b/>
        </w:rPr>
        <w:t xml:space="preserve">[1:48:55] </w:t>
      </w:r>
      <w:r>
        <w:t>wa iz tukhrijul mawta bi'dhni</w:t>
      </w:r>
    </w:p>
    <w:p>
      <w:pPr>
        <w:jc w:val="right"/>
      </w:pPr>
      <w:r>
        <w:t>واذ تخرج الموتى باذنی</w:t>
      </w:r>
    </w:p>
    <w:p>
      <w:r>
        <w:rPr>
          <w:b/>
        </w:rPr>
        <w:t xml:space="preserve">[1:49:00] </w:t>
      </w:r>
      <w:r>
        <w:t>wa'iz kathafat bani israel 'ank' iz j'it'hum bil bayyināt' iz j'it'hum bil bayyināt' faqaal' al-ladhīna kafarū min'hum in hādhā illā sihr' mubīn</w:t>
      </w:r>
    </w:p>
    <w:p>
      <w:pPr>
        <w:jc w:val="right"/>
      </w:pPr>
      <w:r>
        <w:t>واذ کثفت بنی اسرائیل عنک اذ جئتهم بالبینات اذ جئتهم بالبینات فقال الذین کفروا منہم ان هذا الا سحر مبین</w:t>
      </w:r>
    </w:p>
    <w:p>
      <w:r>
        <w:rPr>
          <w:b/>
        </w:rPr>
        <w:t xml:space="preserve">[1:49:29] </w:t>
      </w:r>
      <w:r>
        <w:t>surah al-ma'idah chapter number five ayat 109 se 110 tarjumah jis din Allah paighambar'on ko jama karega phir poochega tum ko kya jawab mila tha woh kahengay humain kuch ilm nahi chupi hui baton ko janne wala to hi hai jab Allah kahega aye isa ibn mariyam</w:t>
      </w:r>
    </w:p>
    <w:p>
      <w:pPr>
        <w:jc w:val="right"/>
      </w:pPr>
      <w:r>
        <w:t>سورہ المائدہ چیپٹر نمبر فائیو ایت 109 سے 110 ترجمہ جس دن اللہ پیغمبروں کو جمع کرے گا پھر پوچھے گا تم کو کیا جواب ملا تھا وہ کہیں گے ہمیں کچھ علم نہیں چھپی ہوئی باتوں کو جاننے والا تو ہی ہے جب اللہ کہے گا اے عیسی ابن مریم</w:t>
      </w:r>
    </w:p>
    <w:p>
      <w:r>
        <w:rPr>
          <w:b/>
        </w:rPr>
        <w:t xml:space="preserve">[1:49:59] </w:t>
      </w:r>
      <w:r>
        <w:t>meri is nemat ko yaad karo jo maine tum par aur tumhari maan par kiya jab ke maine rooh' pak se tumhari madad ki tum logon se kalam karte the god mein bhi aur bari umar mein bhi aur jab maine tum ko kitab aur hikmat aur torat aur injeel ki taleem di aur jab tum mitti se parinday jaisi surat mere huk</w:t>
      </w:r>
    </w:p>
    <w:p>
      <w:pPr>
        <w:jc w:val="right"/>
      </w:pPr>
      <w:r>
        <w:t>میری اس نعمت کو یاد کرو جو میں نے تم پر اور تمہاری ماں پر کیا جب کہ میں نے روح پاک سے تمہاری مدد کی تم لوگوں سے کلام کرتے تھے گود میں بھی اور بڑی عمر میں بھی اور جب میں نے تم کو کتاب اور حکمت اور تورات اور انجیل کی تعلیم دی اور جب تم مٹی سے پرندے جیسی صورت میرے حک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