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 Al-Nisa’ (Women) Verses 92-176</w:t>
      </w:r>
    </w:p>
    <w:p>
      <w:r>
        <w:t>https://www.youtube.com/watch?v=cPtECCCY66s</w:t>
      </w:r>
    </w:p>
    <w:p>
      <w:r>
        <w:rPr>
          <w:b/>
        </w:rPr>
        <w:t xml:space="preserve">[00:01] </w:t>
      </w:r>
      <w:r>
        <w:t>wa ma kana li mu'min an yaqtula mu'minan illa khata'an wa man qatala mu'minan khata'an fa tahreer raqabatin mu'minatin wa diyatin musallimatin ila ahlihi,</w:t>
      </w:r>
    </w:p>
    <w:p>
      <w:pPr>
        <w:jc w:val="right"/>
      </w:pPr>
      <w:r>
        <w:t>وما كان لمؤمن أن يقتل مؤمناً إلا خطأً، ومن قتل مؤمناً خطأً فتحرير رقبة مؤمنة ودية مسلمة إلى أهله،</w:t>
      </w:r>
    </w:p>
    <w:p>
      <w:r>
        <w:rPr>
          <w:b/>
        </w:rPr>
        <w:t xml:space="preserve">[00:24] </w:t>
      </w:r>
      <w:r>
        <w:t>wa diyatin musallimatin ila ahlihi illa an yasaddiqu.</w:t>
      </w:r>
    </w:p>
    <w:p>
      <w:pPr>
        <w:jc w:val="right"/>
      </w:pPr>
      <w:r>
        <w:t>ودية مسلمة إلى أهله إلا أن يصدقوا.</w:t>
      </w:r>
    </w:p>
    <w:p>
      <w:r>
        <w:rPr>
          <w:b/>
        </w:rPr>
        <w:t xml:space="preserve">[00:37] </w:t>
      </w:r>
      <w:r>
        <w:t>fa in kana min qawmin aduwwin lakum wa huwa mu'min</w:t>
      </w:r>
    </w:p>
    <w:p>
      <w:pPr>
        <w:jc w:val="right"/>
      </w:pPr>
      <w:r>
        <w:t>فإن كان من قوم عدو لكم وهو مؤمن</w:t>
      </w:r>
    </w:p>
    <w:p>
      <w:r>
        <w:rPr>
          <w:b/>
        </w:rPr>
        <w:t xml:space="preserve">[00:44] </w:t>
      </w:r>
      <w:r>
        <w:t>fatahriru raqabatin mu'minatin,</w:t>
      </w:r>
    </w:p>
    <w:p>
      <w:pPr>
        <w:jc w:val="right"/>
      </w:pPr>
      <w:r>
        <w:t>فتحرير رقبة مؤمنة،</w:t>
      </w:r>
    </w:p>
    <w:p>
      <w:r>
        <w:rPr>
          <w:b/>
        </w:rPr>
        <w:t xml:space="preserve">[00:49] </w:t>
      </w:r>
      <w:r>
        <w:t>wa in kana min qawmin baynakum wa baynahum</w:t>
      </w:r>
    </w:p>
    <w:p>
      <w:pPr>
        <w:jc w:val="right"/>
      </w:pPr>
      <w:r>
        <w:t>وإن كان من قوم من بينكم وبينهم</w:t>
      </w:r>
    </w:p>
    <w:p>
      <w:r>
        <w:rPr>
          <w:b/>
        </w:rPr>
        <w:t xml:space="preserve">[00:56] </w:t>
      </w:r>
      <w:r>
        <w:t>misaaq fidiya musallama ila</w:t>
      </w:r>
    </w:p>
    <w:p>
      <w:pPr>
        <w:jc w:val="right"/>
      </w:pPr>
      <w:r>
        <w:t>ميثاق فدية مسلمة إلى</w:t>
      </w:r>
    </w:p>
    <w:p>
      <w:r>
        <w:rPr>
          <w:b/>
        </w:rPr>
        <w:t xml:space="preserve">[01:02] </w:t>
      </w:r>
      <w:r>
        <w:t>ahlehi wa tahreer raqaba</w:t>
      </w:r>
    </w:p>
    <w:p>
      <w:pPr>
        <w:jc w:val="right"/>
      </w:pPr>
      <w:r>
        <w:t>أهله وتحرير رقبة</w:t>
      </w:r>
    </w:p>
    <w:p>
      <w:r>
        <w:rPr>
          <w:b/>
        </w:rPr>
        <w:t xml:space="preserve">[01:06] </w:t>
      </w:r>
      <w:r>
        <w:t>mu'mina.</w:t>
      </w:r>
    </w:p>
    <w:p>
      <w:pPr>
        <w:jc w:val="right"/>
      </w:pPr>
      <w:r>
        <w:t>مؤمنة.</w:t>
      </w:r>
    </w:p>
    <w:p>
      <w:r>
        <w:rPr>
          <w:b/>
        </w:rPr>
        <w:t xml:space="preserve">[01:08] </w:t>
      </w:r>
      <w:r>
        <w:t>fa man lam yajid fa siyamu shahr'ayni mutataabi'ayni tawbatan min Allah,</w:t>
      </w:r>
    </w:p>
    <w:p>
      <w:pPr>
        <w:jc w:val="right"/>
      </w:pPr>
      <w:r>
        <w:t>فمن لم يجد فصيام شهرين متتابعين توبة من الله،</w:t>
      </w:r>
    </w:p>
    <w:p>
      <w:r>
        <w:rPr>
          <w:b/>
        </w:rPr>
        <w:t xml:space="preserve">[01:18] </w:t>
      </w:r>
      <w:r>
        <w:t>wa kana Allahu 'aliman hakeeman. wa man yaqtul mu'minan muta'ammidan fa jazā'uhu jahannamu khalidan fiha,</w:t>
      </w:r>
    </w:p>
    <w:p>
      <w:pPr>
        <w:jc w:val="right"/>
      </w:pPr>
      <w:r>
        <w:t>وكان الله عليماً حكيماً. ومن يقتل مؤمناً متعمداً فجزاؤه جهنم خالداً فيها،</w:t>
      </w:r>
    </w:p>
    <w:p>
      <w:r>
        <w:rPr>
          <w:b/>
        </w:rPr>
        <w:t xml:space="preserve">[01:36] </w:t>
      </w:r>
      <w:r>
        <w:t>khalidan fiha wa ghadib Allahu 'alayhi wa la'anahu wa a'adda lahu 'adhāban 'adheeman.</w:t>
      </w:r>
    </w:p>
    <w:p>
      <w:pPr>
        <w:jc w:val="right"/>
      </w:pPr>
      <w:r>
        <w:t>خالداً فيها، وغضب الله عليه ولعنه وأعد له عذاباً عظيماً.</w:t>
      </w:r>
    </w:p>
    <w:p>
      <w:r>
        <w:rPr>
          <w:b/>
        </w:rPr>
        <w:t xml:space="preserve">[01:46] </w:t>
      </w:r>
      <w:r>
        <w:t>aur</w:t>
      </w:r>
    </w:p>
    <w:p>
      <w:pPr>
        <w:jc w:val="right"/>
      </w:pPr>
      <w:r>
        <w:t>اور</w:t>
      </w:r>
    </w:p>
    <w:p>
      <w:r>
        <w:rPr>
          <w:b/>
        </w:rPr>
        <w:t xml:space="preserve">[01:49] </w:t>
      </w:r>
      <w:r>
        <w:t>musalman ka kaam nahi ke woh musalman ko qatl kare magar yeh ke ghalti se aisa ho jaye. aur jo shakhs kisi musalman ko ghalti se qatl kar de to woh ek musalman ghulam ko azad kare aur muqtul ke warison ko khoon baha de, illa yeh ke woh maaf kar dain.</w:t>
      </w:r>
    </w:p>
    <w:p>
      <w:pPr>
        <w:jc w:val="right"/>
      </w:pPr>
      <w:r>
        <w:t>مسلمان کا کام نہیں کہ وہ مسلمان کو قتل کرے مگر یہ کہ غلطی سے ایسا ہو جائے۔ اور جو شخص کسی مسلمان کو غلطی سے قتل کر دے تو وہ ایک مسلمان غلام کو آزاد کرے اور مقتول کے وارثوں کو خون بہا دے، الا یہ کہ وہ معاف کر دیں۔</w:t>
      </w:r>
    </w:p>
    <w:p>
      <w:r>
        <w:rPr>
          <w:b/>
        </w:rPr>
        <w:t xml:space="preserve">[02:15] </w:t>
      </w:r>
      <w:r>
        <w:t>phir muqtul agar aisi qom mein se tha jo tumhare dushman hai aur woh khud musalman tha to woh ek musalman ghulam ko azad kare,</w:t>
      </w:r>
    </w:p>
    <w:p>
      <w:pPr>
        <w:jc w:val="right"/>
      </w:pPr>
      <w:r>
        <w:t>پھر مقتول اگر ایسی قوم میں سے تھا جو تمہارے دشمن ہے اور وہ خود مسلمان تھا تو وہ ایک مسلمان غلام کو آزاد کرے،</w:t>
      </w:r>
    </w:p>
    <w:p>
      <w:r>
        <w:rPr>
          <w:b/>
        </w:rPr>
        <w:t xml:space="preserve">[02:29] </w:t>
      </w:r>
      <w:r>
        <w:t>aur agar woh aisi qom se tha ke tumhare aur us ke darmiyan ahad hai to woh us ke warison ko khoon baha de aur ek musalman ko azad kare.</w:t>
      </w:r>
    </w:p>
    <w:p>
      <w:pPr>
        <w:jc w:val="right"/>
      </w:pPr>
      <w:r>
        <w:t>اور اگر وہ ایسی قوم سے تھا کہ تمہارے اور اس کے درمیان عہد ہے تو وہ اس کے وارثوں کو خون بہا دے اور ایک مسلمان کو آزاد کرے۔</w:t>
      </w:r>
    </w:p>
    <w:p>
      <w:r>
        <w:rPr>
          <w:b/>
        </w:rPr>
        <w:t xml:space="preserve">[02:42] </w:t>
      </w:r>
      <w:r>
        <w:t>phir jis ko mayassar na ho to woh lagataar do mahine ke roze rakhay. yeh taubah hai Allah ki taraf se, aur Allah janne wala, hikmat wala hai.</w:t>
      </w:r>
    </w:p>
    <w:p>
      <w:pPr>
        <w:jc w:val="right"/>
      </w:pPr>
      <w:r>
        <w:t>پھر جس کو میسر نہ ہو تو وہ لگاتار دو مہینے کے روزے رکھے۔ یہ توبہ ہے اللہ کی طرف سے، اور اللہ جاننے والا، حکمت والا ہے۔</w:t>
      </w:r>
    </w:p>
    <w:p>
      <w:r>
        <w:rPr>
          <w:b/>
        </w:rPr>
        <w:t xml:space="preserve">[02:57] </w:t>
      </w:r>
      <w:r>
        <w:t>aur jo shakhs kisi musalman ko jaan kar qatl kare to us ki saza jahannam hai jis mein woh hamesha rahega, aur us par Allah ka ghazab aur us ki lanat hai,</w:t>
      </w:r>
    </w:p>
    <w:p>
      <w:pPr>
        <w:jc w:val="right"/>
      </w:pPr>
      <w:r>
        <w:t>اور جو شخص کسی مسلمان کو جان کر قتل کرے تو اس کی سزا جہنم ہے جس میں وہ ہمیشہ رہے گا، اور اس پر اللہ کا غضب اور اس کی لعنت ہے،</w:t>
      </w:r>
    </w:p>
    <w:p>
      <w:r>
        <w:rPr>
          <w:b/>
        </w:rPr>
        <w:t xml:space="preserve">[03:13] </w:t>
      </w:r>
      <w:r>
        <w:t>aur Allah ne us ke liye bara azab tayar kar rakha hai. tashreeh:</w:t>
      </w:r>
    </w:p>
    <w:p>
      <w:pPr>
        <w:jc w:val="right"/>
      </w:pPr>
      <w:r>
        <w:t>اور اللہ نے اس کے لیے بڑا عذاب تیار کر رکھا ہے۔ تشریح:</w:t>
      </w:r>
    </w:p>
    <w:p>
      <w:r>
        <w:rPr>
          <w:b/>
        </w:rPr>
        <w:t xml:space="preserve">[03:24] </w:t>
      </w:r>
      <w:r>
        <w:t>ek musalman par doosre musalman ke jo huqooq hain un mein se sab se bara huq yeh hai ke woh us ki jaan ka ehtiram kare.</w:t>
      </w:r>
    </w:p>
    <w:p>
      <w:pPr>
        <w:jc w:val="right"/>
      </w:pPr>
      <w:r>
        <w:t>ایک مسلمان پر دوسرے مسلمان کے جو حقوق ہیں ان میں سے سب سے بڑا حق یہ ہے کہ وہ اس کی جان کا احترام کرے۔</w:t>
      </w:r>
    </w:p>
    <w:p>
      <w:r>
        <w:rPr>
          <w:b/>
        </w:rPr>
        <w:t xml:space="preserve">[03:35] </w:t>
      </w:r>
      <w:r>
        <w:t>agar ek musalman kisi doosre musalman ko qatl kar de to us ne sab se bara ma'asharti jurm kiya. ek shakhs jab doosre shakhs ko qatl karta hai to woh us ke upar aakhri mumkin waar karta hai.</w:t>
      </w:r>
    </w:p>
    <w:p>
      <w:pPr>
        <w:jc w:val="right"/>
      </w:pPr>
      <w:r>
        <w:t>اگر ایک مسلمان کسی دوسرے مسلمان کو قتل کر دے تو اس نے سب سے بڑا معاشرتی جرم کیا۔ ایک شخص جب دوسرے شخص کو قتل کرتا ہے تو وہ اس کے اوپر آخری ممکن وار کرتا ہے۔</w:t>
      </w:r>
    </w:p>
    <w:p>
      <w:r>
        <w:rPr>
          <w:b/>
        </w:rPr>
        <w:t xml:space="preserve">[03:53] </w:t>
      </w:r>
      <w:r>
        <w:t>neez yeh woh jurm hai jis ke baad mujrim ke liye apne jurm ki talafi ki koi soorat baqi nahi rehti.</w:t>
      </w:r>
    </w:p>
    <w:p>
      <w:pPr>
        <w:jc w:val="right"/>
      </w:pPr>
      <w:r>
        <w:t>نیز یہ وہ جرم ہے جس کے بعد مجرم کے لیے اپنے جرم کی تلافی کی کوئی صورت باقی نہیں رہتی۔</w:t>
      </w:r>
    </w:p>
    <w:p>
      <w:r>
        <w:rPr>
          <w:b/>
        </w:rPr>
        <w:t xml:space="preserve">[04:03] </w:t>
      </w:r>
      <w:r>
        <w:t>yeh wajah hai ke qatl aamat ki saza khulud fil nar hai. jo shakhs kisi musalman ko jaan boojh kar maar dale us se Allah itna ghazabnak hota hai ke us ko mal'oon qarar de kar us ko hamesha ke liye jahannam mein daal deta hai.</w:t>
      </w:r>
    </w:p>
    <w:p>
      <w:pPr>
        <w:jc w:val="right"/>
      </w:pPr>
      <w:r>
        <w:t>یہ وجہ ہے کہ قتل عامت کی سزا خلوط فی النار ہے۔ جو شخص کسی مسلمان کو جان بوجھ کر مار ڈالے اس سے اللہ اتنا غضبناک ہوتا ہے کہ اس کو ملعون قرار دے کر اس کو ہمیشہ کے لیے جہنم میں ڈال دیتا ہے۔</w:t>
      </w:r>
    </w:p>
    <w:p>
      <w:r>
        <w:rPr>
          <w:b/>
        </w:rPr>
        <w:t xml:space="preserve">[04:24] </w:t>
      </w:r>
      <w:r>
        <w:t>albatta qatl khata ka jurm halka hai. koi shakhs kisi musalman ko ghalti se maar dale us ke baad us ko ghalti ka ehsas ho,</w:t>
      </w:r>
    </w:p>
    <w:p>
      <w:pPr>
        <w:jc w:val="right"/>
      </w:pPr>
      <w:r>
        <w:t>البتہ قتل خطا کا جرم ہلکا ہے۔ کوئی شخص کسی مسلمان کو غلطی سے مار ڈالے اس کے بعد اس کو غلطی کا احساس ہو،</w:t>
      </w:r>
    </w:p>
    <w:p>
      <w:r>
        <w:rPr>
          <w:b/>
        </w:rPr>
        <w:t xml:space="preserve">[04:37] </w:t>
      </w:r>
      <w:r>
        <w:t>woh Allah ke samne roye, ghadgaday, aur muqarrar qaide ke mutabiq us ki talafi kare to umeed hai ke Allah ta'ala us ko maaf kar dega.</w:t>
      </w:r>
    </w:p>
    <w:p>
      <w:pPr>
        <w:jc w:val="right"/>
      </w:pPr>
      <w:r>
        <w:t>وہ اللہ کے سامنے روئے، گڑگڑائے، اور مقرر قاعدے کے مطابق اس کی تلافی کرے تو امید ہے کہ اللہ تعالی اس کو معاف کر دے گا۔</w:t>
      </w:r>
    </w:p>
    <w:p>
      <w:r>
        <w:rPr>
          <w:b/>
        </w:rPr>
        <w:t xml:space="preserve">[04:51] </w:t>
      </w:r>
      <w:r>
        <w:t>ghalti ke baad maal kharch karna ya musalsal roze rakhna goya khud apne hathon apne ko saza dena hai.</w:t>
      </w:r>
    </w:p>
    <w:p>
      <w:pPr>
        <w:jc w:val="right"/>
      </w:pPr>
      <w:r>
        <w:t>غلطی کے بعد مال خرچ کرنا یا مسلسل روزے رکھنا گویا خود اپنے ہاتھوں اپنے کو سزا دینا ہے۔</w:t>
      </w:r>
    </w:p>
    <w:p>
      <w:r>
        <w:rPr>
          <w:b/>
        </w:rPr>
        <w:t xml:space="preserve">[05:03] </w:t>
      </w:r>
      <w:r>
        <w:t>jab aadmi ke upar shiddat se yeh ehsas taari hota hai ke us se ghalti ho gayi to woh chahta hai ke apne upar islahi amal kare.</w:t>
      </w:r>
    </w:p>
    <w:p>
      <w:pPr>
        <w:jc w:val="right"/>
      </w:pPr>
      <w:r>
        <w:t>جب آدمی کے اوپر شدت سے یہ احساس طاری ہوتا ہے کہ اس سے غلطی ہو گئی تو وہ چاہتا ہے کہ اپنے اوپر اصلاحی عمل کرے۔</w:t>
      </w:r>
    </w:p>
    <w:p>
      <w:r>
        <w:rPr>
          <w:b/>
        </w:rPr>
        <w:t xml:space="preserve">[05:15] </w:t>
      </w:r>
      <w:r>
        <w:t>Allah ne bataya ke aisi halat mein aadmi ko apni islah ke liye kya karna chahiye.</w:t>
      </w:r>
    </w:p>
    <w:p>
      <w:pPr>
        <w:jc w:val="right"/>
      </w:pPr>
      <w:r>
        <w:t>اللہ نے بتایا کہ ایسی حالت میں آدمی کو اپنی اصلاح کے لیے کیا کرنا چاہیے۔</w:t>
      </w:r>
    </w:p>
    <w:p>
      <w:r>
        <w:rPr>
          <w:b/>
        </w:rPr>
        <w:t xml:space="preserve">[05:25] </w:t>
      </w:r>
      <w:r>
        <w:t>yahan asalatan qatl ka hukm bataya gaya hai, taham isi nawiyat ke doosre muasharti juraim bhi hain, aur muzkoor hukm se andaza hota hai ke in doosri cheezon ke baray mein shariyat ka taqaza kiya hai.</w:t>
      </w:r>
    </w:p>
    <w:p>
      <w:pPr>
        <w:jc w:val="right"/>
      </w:pPr>
      <w:r>
        <w:t>یہاں اصلاً قتل کا حکم بتایا گیا ہے، تاہم اسی نوعیت کے دوسرے معاشرتی جرائم بھی ہیں، اور مذکورہ حکم سے اندازہ ہوتا ہے کہ ان دوسری چیزوں کے بارے میں شریعت کا تقاضا کیا ہے۔</w:t>
      </w:r>
    </w:p>
    <w:p>
      <w:r>
        <w:rPr>
          <w:b/>
        </w:rPr>
        <w:t xml:space="preserve">[05:46] </w:t>
      </w:r>
      <w:r>
        <w:t>ek musalman ka farz jis tarah yeh hai ke woh apne bhai ko zindagi se mahroom karne ki koshish na kare, isi tarah ek musalman ka doosre musalman par yeh haq bhi hai ke woh us ko be-izat na kare,</w:t>
      </w:r>
    </w:p>
    <w:p>
      <w:pPr>
        <w:jc w:val="right"/>
      </w:pPr>
      <w:r>
        <w:t>ایک مسلمان کا فرض جس طرح یہ ہے کہ وہ اپنے بھائی کو زندگی سے محروم کرنے کی کوشش نہ کرے، اسی طرح ایک مسلمان کا دوسرے مسلمان پر یہ حق بھی ہے کہ وہ اس کو بے عزت نہ کرے،</w:t>
      </w:r>
    </w:p>
    <w:p>
      <w:r>
        <w:rPr>
          <w:b/>
        </w:rPr>
        <w:t xml:space="preserve">[06:04] </w:t>
      </w:r>
      <w:r>
        <w:t>is ka maal na chheene, us ko be-ghar na kare, us ke rozgar mein khalal na dale, us ke sukoon ko gharaat karne ka mansooba na banaye.</w:t>
      </w:r>
    </w:p>
    <w:p>
      <w:pPr>
        <w:jc w:val="right"/>
      </w:pPr>
      <w:r>
        <w:t>اس کا مال نہ چھینے، اس کو بے گھر نہ کرے، اس کے روزگار میں خلل نہ ڈالے، اس کے سکون کو غارت کرنے کا منصوبہ نہ بنائے۔</w:t>
      </w:r>
    </w:p>
    <w:p>
      <w:r>
        <w:rPr>
          <w:b/>
        </w:rPr>
        <w:t xml:space="preserve">[06:17] </w:t>
      </w:r>
      <w:r>
        <w:t>woh cheezain jo is ke liye zindagi ke asase ki hesiyat rakhti hain un mein se kisi cheez ko is se chheen'ne ki koshish na kare.</w:t>
      </w:r>
    </w:p>
    <w:p>
      <w:pPr>
        <w:jc w:val="right"/>
      </w:pPr>
      <w:r>
        <w:t>وہ چیزیں جو اس کے لیے زندگی کے اثاثے کی حیثیت رکھتی ہیں ان میں سے کسی چیز کو اس سے چھیننے کی کوشش نہ کرے۔</w:t>
      </w:r>
    </w:p>
    <w:p>
      <w:r>
        <w:rPr>
          <w:b/>
        </w:rPr>
        <w:t xml:space="preserve">[06:30] </w:t>
      </w:r>
      <w:r>
        <w:t>ek aadmi agar ghalti se aisa koi fe'l kar bethe jis se is ke musalman bhai ko is qism ka koi nuqsan pahanch jaye to is ko foran apni ghalti ka ehsas hona chahiye, aur ghalti ke ehsas ka saboot yeh hai ke woh Allah se maafi mange aur apne bhai ke nuqsan ki talafi kare.</w:t>
      </w:r>
    </w:p>
    <w:p>
      <w:pPr>
        <w:jc w:val="right"/>
      </w:pPr>
      <w:r>
        <w:t>ایک آدمی اگر غلطی سے ایسا کوئی فعل کر بیٹھے جس سے اس کے مسلمان بھائی کو اس قسم کا کوئی نقصان پہنچ جائے تو اس کو فوراً اپنی غلطی کا احساس ہونا چاہیے، اور غلطی کے احساس کا ثبوت یہ ہے کہ وہ اللہ سے معافی مانگے اور اپنے بھائی کے نقصان کی تلافی کرے۔</w:t>
      </w:r>
    </w:p>
    <w:p>
      <w:r>
        <w:rPr>
          <w:b/>
        </w:rPr>
        <w:t xml:space="preserve">[06:57] </w:t>
      </w:r>
      <w:r>
        <w:t>us ke bar aks agar aisa ho ke aadmi pasand aisi karrawai kare jis ka socha samjha maqsad apne</w:t>
      </w:r>
    </w:p>
    <w:p>
      <w:pPr>
        <w:jc w:val="right"/>
      </w:pPr>
      <w:r>
        <w:t>اس کے برعکس اگر ایسا ہو کہ آدمی پسند ایسی کارروائی کرے جس کا سوچا سمجھا مقصد اپنے</w:t>
      </w:r>
    </w:p>
    <w:p>
      <w:r>
        <w:rPr>
          <w:b/>
        </w:rPr>
        <w:t xml:space="preserve">[07:07] </w:t>
      </w:r>
      <w:r>
        <w:t>bhai ko nuqsaan pahunchana aur us ko pareshan karna ho to darje ke farq ke sath yeh usi</w:t>
      </w:r>
    </w:p>
    <w:p>
      <w:pPr>
        <w:jc w:val="right"/>
      </w:pPr>
      <w:r>
        <w:t>بھائی کو نقصان پہنچانا اور اس کو پریشان کرنا ہو تو درجے کے فرق کے ساتھ یہ اسی</w:t>
      </w:r>
    </w:p>
    <w:p>
      <w:r>
        <w:rPr>
          <w:b/>
        </w:rPr>
        <w:t xml:space="preserve">[07:16] </w:t>
      </w:r>
      <w:r>
        <w:t>nawiyat ka jurm hai jaisa qatl aamat.</w:t>
      </w:r>
    </w:p>
    <w:p>
      <w:pPr>
        <w:jc w:val="right"/>
      </w:pPr>
      <w:r>
        <w:t>نوعیت کا جرم ہے جیسا قتل عامت۔</w:t>
      </w:r>
    </w:p>
    <w:p>
      <w:r>
        <w:rPr>
          <w:b/>
        </w:rPr>
        <w:t xml:space="preserve">[07:40] </w:t>
      </w:r>
      <w:r>
        <w:t>fatabainnu wala taqulu liman alqa ilaikum assalam lasta mu'minan</w:t>
      </w:r>
    </w:p>
    <w:p>
      <w:pPr>
        <w:jc w:val="right"/>
      </w:pPr>
      <w:r>
        <w:t>فتبینوا ولا تقولوا لمن القى الیکم السلام لست مؤمنا</w:t>
      </w:r>
    </w:p>
    <w:p>
      <w:r>
        <w:rPr>
          <w:b/>
        </w:rPr>
        <w:t xml:space="preserve">[07:43] </w:t>
      </w:r>
      <w:r>
        <w:t>tabtaghuna 'arada alhayati addunya fa'inda</w:t>
      </w:r>
    </w:p>
    <w:p>
      <w:pPr>
        <w:jc w:val="right"/>
      </w:pPr>
      <w:r>
        <w:t>تبتغون عرض الحیات الدنیا فعند</w:t>
      </w:r>
    </w:p>
    <w:p>
      <w:r>
        <w:rPr>
          <w:b/>
        </w:rPr>
        <w:t xml:space="preserve">[07:48] </w:t>
      </w:r>
      <w:r>
        <w:t>allahi maghanim kathira</w:t>
      </w:r>
    </w:p>
    <w:p>
      <w:pPr>
        <w:jc w:val="right"/>
      </w:pPr>
      <w:r>
        <w:t>الله مغالم كثيرة</w:t>
      </w:r>
    </w:p>
    <w:p>
      <w:r>
        <w:rPr>
          <w:b/>
        </w:rPr>
        <w:t xml:space="preserve">[07:51] </w:t>
      </w:r>
      <w:r>
        <w:t>kadhālika kuntum min qablu famannallahu 'alaikum fatabainnu</w:t>
      </w:r>
    </w:p>
    <w:p>
      <w:pPr>
        <w:jc w:val="right"/>
      </w:pPr>
      <w:r>
        <w:t>كذلك كنتم من قبل فمن الله عليكم فتبینوا</w:t>
      </w:r>
    </w:p>
    <w:p>
      <w:r>
        <w:rPr>
          <w:b/>
        </w:rPr>
        <w:t xml:space="preserve">[08:03] </w:t>
      </w:r>
      <w:r>
        <w:t>innallaha kana bima ta'maluna khabiran</w:t>
      </w:r>
    </w:p>
    <w:p>
      <w:pPr>
        <w:jc w:val="right"/>
      </w:pPr>
      <w:r>
        <w:t>ان الله كان بما تعملون خبيرا</w:t>
      </w:r>
    </w:p>
    <w:p>
      <w:r>
        <w:rPr>
          <w:b/>
        </w:rPr>
        <w:t xml:space="preserve">[08:09] </w:t>
      </w:r>
      <w:r>
        <w:t>la yastawi alqa'iduna min almu'minina ghair ulid darari walmujahiduna fi sabilillahi bi amwalihim</w:t>
      </w:r>
    </w:p>
    <w:p>
      <w:pPr>
        <w:jc w:val="right"/>
      </w:pPr>
      <w:r>
        <w:t>لا يستوي القاعدون من المؤمنين غير اولي الضرر والمجاهدون في سبيل الله باموالهم</w:t>
      </w:r>
    </w:p>
    <w:p>
      <w:r>
        <w:rPr>
          <w:b/>
        </w:rPr>
        <w:t xml:space="preserve">[08:20] </w:t>
      </w:r>
      <w:r>
        <w:t>wa anfusihim fadlallahu almujahidina</w:t>
      </w:r>
    </w:p>
    <w:p>
      <w:pPr>
        <w:jc w:val="right"/>
      </w:pPr>
      <w:r>
        <w:t>وانفسهم فضل الله المجاهدين</w:t>
      </w:r>
    </w:p>
    <w:p>
      <w:r>
        <w:rPr>
          <w:b/>
        </w:rPr>
        <w:t xml:space="preserve">[08:26] </w:t>
      </w:r>
      <w:r>
        <w:t>bi amwalihim wa anfusihim 'ala alqa'idina darajatan</w:t>
      </w:r>
    </w:p>
    <w:p>
      <w:pPr>
        <w:jc w:val="right"/>
      </w:pPr>
      <w:r>
        <w:t>باموالهم وانفسهم على القاعدين درجه</w:t>
      </w:r>
    </w:p>
    <w:p>
      <w:r>
        <w:rPr>
          <w:b/>
        </w:rPr>
        <w:t xml:space="preserve">[08:33] </w:t>
      </w:r>
      <w:r>
        <w:t>wa kullan wa'adallahu alhusna</w:t>
      </w:r>
    </w:p>
    <w:p>
      <w:pPr>
        <w:jc w:val="right"/>
      </w:pPr>
      <w:r>
        <w:t>وكلا وعد الله الحسنا</w:t>
      </w:r>
    </w:p>
    <w:p>
      <w:r>
        <w:rPr>
          <w:b/>
        </w:rPr>
        <w:t xml:space="preserve">[08:38] </w:t>
      </w:r>
      <w:r>
        <w:t>wa fadlallahu almujahidina 'ala alqa'idina ajran 'aziman</w:t>
      </w:r>
    </w:p>
    <w:p>
      <w:pPr>
        <w:jc w:val="right"/>
      </w:pPr>
      <w:r>
        <w:t>وفضل الله المجاهدين على القاعدين اجرا عظيما</w:t>
      </w:r>
    </w:p>
    <w:p>
      <w:r>
        <w:rPr>
          <w:b/>
        </w:rPr>
        <w:t xml:space="preserve">[08:46] </w:t>
      </w:r>
      <w:r>
        <w:t>darajatin minhu wa maghfirah</w:t>
      </w:r>
    </w:p>
    <w:p>
      <w:pPr>
        <w:jc w:val="right"/>
      </w:pPr>
      <w:r>
        <w:t>درجات منه ومغفره</w:t>
      </w:r>
    </w:p>
    <w:p>
      <w:r>
        <w:rPr>
          <w:b/>
        </w:rPr>
        <w:t xml:space="preserve">[08:50] </w:t>
      </w:r>
      <w:r>
        <w:t>wa rahmah wa kana allahu ghafurar rahiman</w:t>
      </w:r>
    </w:p>
    <w:p>
      <w:pPr>
        <w:jc w:val="right"/>
      </w:pPr>
      <w:r>
        <w:t>ورحمه وكان الله غفورا رحيما</w:t>
      </w:r>
    </w:p>
    <w:p>
      <w:r>
        <w:rPr>
          <w:b/>
        </w:rPr>
        <w:t xml:space="preserve">[08:59] </w:t>
      </w:r>
      <w:r>
        <w:t>ae iman walo</w:t>
      </w:r>
    </w:p>
    <w:p>
      <w:pPr>
        <w:jc w:val="right"/>
      </w:pPr>
      <w:r>
        <w:t>اے ایمان والو</w:t>
      </w:r>
    </w:p>
    <w:p>
      <w:r>
        <w:rPr>
          <w:b/>
        </w:rPr>
        <w:t xml:space="preserve">[09:00] </w:t>
      </w:r>
      <w:r>
        <w:t>jab tum safar karo Allah ki rah mein to khoob tehqeeq kar lia karo aur jo shakhs tum</w:t>
      </w:r>
    </w:p>
    <w:p>
      <w:pPr>
        <w:jc w:val="right"/>
      </w:pPr>
      <w:r>
        <w:t>جب تم سفر کرو اللہ کی راہ میں تو خوب تحقیق کر لیا کرو اور جو شخص تم</w:t>
      </w:r>
    </w:p>
    <w:p>
      <w:r>
        <w:rPr>
          <w:b/>
        </w:rPr>
        <w:t xml:space="preserve">[09:09] </w:t>
      </w:r>
      <w:r>
        <w:t>ko salam kare us ko yeh na kaho ke tu musalman nahi</w:t>
      </w:r>
    </w:p>
    <w:p>
      <w:pPr>
        <w:jc w:val="right"/>
      </w:pPr>
      <w:r>
        <w:t>کو سلام کرے اس کو یہ نہ کہو کہ تو مسلمان نہیں</w:t>
      </w:r>
    </w:p>
    <w:p>
      <w:r>
        <w:rPr>
          <w:b/>
        </w:rPr>
        <w:t xml:space="preserve">[09:15] </w:t>
      </w:r>
      <w:r>
        <w:t>tum duniyawi zindagi ka samaan chahte ho to Allah ke pas bohat samaan ghanimat hai tum bhi pehle</w:t>
      </w:r>
    </w:p>
    <w:p>
      <w:pPr>
        <w:jc w:val="right"/>
      </w:pPr>
      <w:r>
        <w:t>تم دنیاوی زندگی کا سامان چاہتے ہو تو اللہ کے پاس بہت سامان غنیمت ہے تم بھی پہلے</w:t>
      </w:r>
    </w:p>
    <w:p>
      <w:r>
        <w:rPr>
          <w:b/>
        </w:rPr>
        <w:t xml:space="preserve">[09:23] </w:t>
      </w:r>
      <w:r>
        <w:t>aise hi thay phir Allah ne tum par fazal kiya to tehqeeq kar lia karo</w:t>
      </w:r>
    </w:p>
    <w:p>
      <w:pPr>
        <w:jc w:val="right"/>
      </w:pPr>
      <w:r>
        <w:t>ایسے ہی تھے پھر اللہ نے تم پر فضل کیا تو تحقیق کر لیا کرو</w:t>
      </w:r>
    </w:p>
    <w:p>
      <w:r>
        <w:rPr>
          <w:b/>
        </w:rPr>
        <w:t xml:space="preserve">[09:31] </w:t>
      </w:r>
      <w:r>
        <w:t>jo kuch tum karte ho Allah us se khabardar hai</w:t>
      </w:r>
    </w:p>
    <w:p>
      <w:pPr>
        <w:jc w:val="right"/>
      </w:pPr>
      <w:r>
        <w:t>جو کچھ تم کرتے ہو اللہ اس سے خبردار ہے</w:t>
      </w:r>
    </w:p>
    <w:p>
      <w:r>
        <w:rPr>
          <w:b/>
        </w:rPr>
        <w:t xml:space="preserve">[09:36] </w:t>
      </w:r>
      <w:r>
        <w:t>barabar nahi ho sakte baith rehne wale musalman jin ko koi uzar nahi aur woh musalman jo Allah</w:t>
      </w:r>
    </w:p>
    <w:p>
      <w:pPr>
        <w:jc w:val="right"/>
      </w:pPr>
      <w:r>
        <w:t>برابر نہیں ہو سکتے بیٹھ رہنے والے مسلمان جن کو کوئی عذر نہیں اور وہ مسلمان جو اللہ</w:t>
      </w:r>
    </w:p>
    <w:p>
      <w:r>
        <w:rPr>
          <w:b/>
        </w:rPr>
        <w:t xml:space="preserve">[09:45] </w:t>
      </w:r>
      <w:r>
        <w:t>ki</w:t>
      </w:r>
    </w:p>
    <w:p>
      <w:pPr>
        <w:jc w:val="right"/>
      </w:pPr>
      <w:r>
        <w:t>کی</w:t>
      </w:r>
    </w:p>
    <w:p>
      <w:r>
        <w:rPr>
          <w:b/>
        </w:rPr>
        <w:t xml:space="preserve">[09:45] </w:t>
      </w:r>
      <w:r>
        <w:t>raah mein larne wale hain apne maal aur apni jaan se maal o jaan se jihad karne walon</w:t>
      </w:r>
    </w:p>
    <w:p>
      <w:pPr>
        <w:jc w:val="right"/>
      </w:pPr>
      <w:r>
        <w:t>راہ میں لڑنے والے ہیں اپنے مال اور اپنی جان سے مال و جان سے جہاد کرنے والوں</w:t>
      </w:r>
    </w:p>
    <w:p>
      <w:r>
        <w:rPr>
          <w:b/>
        </w:rPr>
        <w:t xml:space="preserve">[09:53] </w:t>
      </w:r>
      <w:r>
        <w:t>ka darja Allah ne baith rehne walon ki nisbat bara rakha hai</w:t>
      </w:r>
    </w:p>
    <w:p>
      <w:pPr>
        <w:jc w:val="right"/>
      </w:pPr>
      <w:r>
        <w:t>کا درجہ اللہ نے بیٹھ رہنے والوں کی نسبت بڑا رکھا ہے</w:t>
      </w:r>
    </w:p>
    <w:p>
      <w:r>
        <w:rPr>
          <w:b/>
        </w:rPr>
        <w:t xml:space="preserve">[10:00] </w:t>
      </w:r>
      <w:r>
        <w:t>har ek se Allah ne bhalaai ka wada kiya hai aur Allah ne jihad karne walon ko</w:t>
      </w:r>
    </w:p>
    <w:p>
      <w:pPr>
        <w:jc w:val="right"/>
      </w:pPr>
      <w:r>
        <w:t>ہر ایک سے اللہ نے بھلائی کا وعدہ کیا ہے اور اللہ نے جہاد کرنے والوں کو</w:t>
      </w:r>
    </w:p>
    <w:p>
      <w:r>
        <w:rPr>
          <w:b/>
        </w:rPr>
        <w:t xml:space="preserve">[10:08] </w:t>
      </w:r>
      <w:r>
        <w:t>baith rehne walon par ajr azeem mein bartari di hai un ke liye Allah ki taraf se bare</w:t>
      </w:r>
    </w:p>
    <w:p>
      <w:pPr>
        <w:jc w:val="right"/>
      </w:pPr>
      <w:r>
        <w:t>بیٹھ رہنے والوں پر اجر عظیم میں برتری دی ہے ان کے لیے اللہ کی طرف سے بڑے</w:t>
      </w:r>
    </w:p>
    <w:p>
      <w:r>
        <w:rPr>
          <w:b/>
        </w:rPr>
        <w:t xml:space="preserve">[10:16] </w:t>
      </w:r>
      <w:r>
        <w:t>darje hain aur maghfirat aur rehmat hai aur Allah bakhsne wala meherban hai</w:t>
      </w:r>
    </w:p>
    <w:p>
      <w:pPr>
        <w:jc w:val="right"/>
      </w:pPr>
      <w:r>
        <w:t>درجے ہیں اور مغفرت اور رحمت ہے اور اللہ بخشنے والا مہربان ہے</w:t>
      </w:r>
    </w:p>
    <w:p>
      <w:r>
        <w:rPr>
          <w:b/>
        </w:rPr>
        <w:t xml:space="preserve">[10:26] </w:t>
      </w:r>
      <w:r>
        <w:t>tashreeh arab ke mukhalif qabail mein kuch</w:t>
      </w:r>
    </w:p>
    <w:p>
      <w:pPr>
        <w:jc w:val="right"/>
      </w:pPr>
      <w:r>
        <w:t>تشریح عرب کے مخالف قبائل میں کچھ</w:t>
      </w:r>
    </w:p>
    <w:p>
      <w:r>
        <w:rPr>
          <w:b/>
        </w:rPr>
        <w:t xml:space="preserve">[10:31] </w:t>
      </w:r>
      <w:r>
        <w:t>aise afraad the jo andar se musalman the magar hijrat kar ke abhi apne qabile se katte nahin</w:t>
      </w:r>
    </w:p>
    <w:p>
      <w:pPr>
        <w:jc w:val="right"/>
      </w:pPr>
      <w:r>
        <w:t>ایسے افراد تھے جو اندر سے مسلمان تھے مگر ہجرت کر کے ابھی اپنے قبیلے سے کٹے نہیں</w:t>
      </w:r>
    </w:p>
    <w:p>
      <w:r>
        <w:rPr>
          <w:b/>
        </w:rPr>
        <w:t xml:space="preserve">[10:40] </w:t>
      </w:r>
      <w:r>
        <w:t>the ek gazwa mein aisa ek shakhs musalman ki talwar ki zad mein agaya us ne assalam o alaikum</w:t>
      </w:r>
    </w:p>
    <w:p>
      <w:pPr>
        <w:jc w:val="right"/>
      </w:pPr>
      <w:r>
        <w:t>تھے ایک غزوہ میں ایسا ایک شخص مسلمان کی تلوار کی زد میں اگیا اس نے السلام علیکم</w:t>
      </w:r>
    </w:p>
    <w:p>
      <w:r>
        <w:rPr>
          <w:b/>
        </w:rPr>
        <w:t xml:space="preserve">[10:50] </w:t>
      </w:r>
      <w:r>
        <w:t>keh kar zahir kiya ke main tumhara deeni bhai hoon</w:t>
      </w:r>
    </w:p>
    <w:p>
      <w:pPr>
        <w:jc w:val="right"/>
      </w:pPr>
      <w:r>
        <w:t>کہہ کر ظاہر کیا کہ میں تمہارا دینی بھائی ہوں</w:t>
      </w:r>
    </w:p>
    <w:p>
      <w:r>
        <w:rPr>
          <w:b/>
        </w:rPr>
        <w:t xml:space="preserve">[10:56] </w:t>
      </w:r>
      <w:r>
        <w:t>baaz purjosh musalmanon ne phir bhi is ko qatl kar diya</w:t>
      </w:r>
    </w:p>
    <w:p>
      <w:pPr>
        <w:jc w:val="right"/>
      </w:pPr>
      <w:r>
        <w:t>بعض پرجوش مسلمانوں نے پھر بھی اس کو قتل کر دیا</w:t>
      </w:r>
    </w:p>
    <w:p>
      <w:r>
        <w:rPr>
          <w:b/>
        </w:rPr>
        <w:t xml:space="preserve">[11:01] </w:t>
      </w:r>
      <w:r>
        <w:t>unhon ne samjha ke yeh musalman nahin hai aur mahaz apne ko bachane ki khatir assalam o alaikum keh</w:t>
      </w:r>
    </w:p>
    <w:p>
      <w:pPr>
        <w:jc w:val="right"/>
      </w:pPr>
      <w:r>
        <w:t>انہوں نے سمجھا کہ یہ مسلمان نہیں ہے اور محض اپنے کو بچانے کی خاطر السلام علیکم کہہ</w:t>
      </w:r>
    </w:p>
    <w:p>
      <w:r>
        <w:rPr>
          <w:b/>
        </w:rPr>
        <w:t xml:space="preserve">[11:09] </w:t>
      </w:r>
      <w:r>
        <w:t>raha hai magar assalam o alaikum kehne ki had tak bhi koi shakhs musalman ho to</w:t>
      </w:r>
    </w:p>
    <w:p>
      <w:pPr>
        <w:jc w:val="right"/>
      </w:pPr>
      <w:r>
        <w:t>رہا ہے مگر السلام علیکم کہنے کی حد تک بھی کوئی شخص مسلمان ہو تو</w:t>
      </w:r>
    </w:p>
    <w:p>
      <w:r>
        <w:rPr>
          <w:b/>
        </w:rPr>
        <w:t xml:space="preserve">[11:16] </w:t>
      </w:r>
      <w:r>
        <w:t>us par hath uthana jaiz nahi hatta ke jang ke mauqe par bhi nahi jabke yeh andesha ho ke dushman us se faida uthaye ga kisi musalman ka mara jana Allah ke nazdeek itna bara hadisa hai ke sari dunya ka fana ho jana bhi is ke muqable mein kam hai</w:t>
      </w:r>
    </w:p>
    <w:p>
      <w:pPr>
        <w:jc w:val="right"/>
      </w:pPr>
      <w:r>
        <w:t>اس پر ہاتھ اٹھانا جائز نہیں حتی کہ جنگ کے موقع پر بھی نہیں جبکہ یہ اندیشہ ہو کہ دشمن اس سے فائدہ اٹھائے گا کسی مسلمان کا مارا جانا اللہ کے نزدیک اتنا بڑا حادثہ ہے کہ ساری دنیا کا فنا ہو جانا بھی اس کے مقابلے میں کم ہے</w:t>
      </w:r>
    </w:p>
    <w:p>
      <w:r>
        <w:rPr>
          <w:b/>
        </w:rPr>
        <w:t xml:space="preserve">[11:42] </w:t>
      </w:r>
      <w:r>
        <w:t>jab bhi koi shakhs is qism ka islami josh dikhata hai ke woh doosre aadmi ki islamiyat ko</w:t>
      </w:r>
    </w:p>
    <w:p>
      <w:pPr>
        <w:jc w:val="right"/>
      </w:pPr>
      <w:r>
        <w:t>جب بھی کوئی شخص اس قسم کا اسلامی جوش دکھاتا ہے کہ وہ دوسرے ادمی کی اسلامیت کو</w:t>
      </w:r>
    </w:p>
    <w:p>
      <w:r>
        <w:rPr>
          <w:b/>
        </w:rPr>
        <w:t xml:space="preserve">[11:50] </w:t>
      </w:r>
      <w:r>
        <w:t>naqabil tasleem qarar de kar is ko saza dene par israr karta hai to is ke peeche hamesha</w:t>
      </w:r>
    </w:p>
    <w:p>
      <w:pPr>
        <w:jc w:val="right"/>
      </w:pPr>
      <w:r>
        <w:t>ناقابل تسلیم قرار دے کر اس کو سزا دینے پر اصرار کرتا ہے تو اس کے پیچھے ہمیشہ</w:t>
      </w:r>
    </w:p>
    <w:p>
      <w:r>
        <w:rPr>
          <w:b/>
        </w:rPr>
        <w:t xml:space="preserve">[11:59] </w:t>
      </w:r>
      <w:r>
        <w:t>dunyavi muharrikat hote hain kabhi koi maadi lalach kabhi inteqam ki aag kabhi apne kisi harif ko maidan</w:t>
      </w:r>
    </w:p>
    <w:p>
      <w:pPr>
        <w:jc w:val="right"/>
      </w:pPr>
      <w:r>
        <w:t>دنیاوی محرکات ہوتے ہیں کبھی کوئی مادی لالچ کبھی انتقام کی اگ کبھی اپنے کسی حریف کو میدان</w:t>
      </w:r>
    </w:p>
    <w:p>
      <w:r>
        <w:rPr>
          <w:b/>
        </w:rPr>
        <w:t xml:space="preserve">[12:11] </w:t>
      </w:r>
      <w:r>
        <w:t>se hatane ka shauq bas is qism ke jazbat hain jo is ka باعث bante hain agar aadmi</w:t>
      </w:r>
    </w:p>
    <w:p>
      <w:pPr>
        <w:jc w:val="right"/>
      </w:pPr>
      <w:r>
        <w:t>سے ہٹانے کا شوق بس اس قسم کے جذبات ہیں جو اس کا باعث بنتے ہیں اگر ادمی</w:t>
      </w:r>
    </w:p>
    <w:p>
      <w:r>
        <w:rPr>
          <w:b/>
        </w:rPr>
        <w:t xml:space="preserve">[12:20] </w:t>
      </w:r>
      <w:r>
        <w:t>ke sine mein Allah se darne wala dil ho to woh islam ka izhar karne wale ke alfaaz</w:t>
      </w:r>
    </w:p>
    <w:p>
      <w:pPr>
        <w:jc w:val="right"/>
      </w:pPr>
      <w:r>
        <w:t>کے سینے میں اللہ سے ڈرنے والا دل ہو تو وہ اسلام کا اظہار کرنے والے کے الفاظ</w:t>
      </w:r>
    </w:p>
    <w:p>
      <w:r>
        <w:rPr>
          <w:b/>
        </w:rPr>
        <w:t xml:space="preserve">[12:27] </w:t>
      </w:r>
      <w:r>
        <w:t>ko qabool kar lega aur is ke mamle ko Allah ke hawalay kar ke khamosh ho jaye ga</w:t>
      </w:r>
    </w:p>
    <w:p>
      <w:pPr>
        <w:jc w:val="right"/>
      </w:pPr>
      <w:r>
        <w:t>کو قبول کر لے گا اور اس کے معاملے کو اللہ کے حوالے کر کے خاموش ہو جائے گا</w:t>
      </w:r>
    </w:p>
    <w:p>
      <w:r>
        <w:rPr>
          <w:b/>
        </w:rPr>
        <w:t xml:space="preserve">[12:39] </w:t>
      </w:r>
      <w:r>
        <w:t>amal ke lehaz se musalmanon ke do darje hain ek woh log jo farz ke daira mein islami</w:t>
      </w:r>
    </w:p>
    <w:p>
      <w:pPr>
        <w:jc w:val="right"/>
      </w:pPr>
      <w:r>
        <w:t>عمل کے لحاظ سے مسلمانوں کے دو درجے ہیں ایک وہ لوگ جو فرائض کے دائرے میں اسلامی</w:t>
      </w:r>
    </w:p>
    <w:p>
      <w:r>
        <w:rPr>
          <w:b/>
        </w:rPr>
        <w:t xml:space="preserve">[12:47] </w:t>
      </w:r>
      <w:r>
        <w:t>zindagi ikhtiyar karen</w:t>
      </w:r>
    </w:p>
    <w:p>
      <w:pPr>
        <w:jc w:val="right"/>
      </w:pPr>
      <w:r>
        <w:t>زندگی اختیار کریں</w:t>
      </w:r>
    </w:p>
    <w:p>
      <w:r>
        <w:rPr>
          <w:b/>
        </w:rPr>
        <w:t xml:space="preserve">[12:49] </w:t>
      </w:r>
      <w:r>
        <w:t>woh Allah ki ibadat karen</w:t>
      </w:r>
    </w:p>
    <w:p>
      <w:pPr>
        <w:jc w:val="right"/>
      </w:pPr>
      <w:r>
        <w:t>وہ اللہ کی عبادت کریں</w:t>
      </w:r>
    </w:p>
    <w:p>
      <w:r>
        <w:rPr>
          <w:b/>
        </w:rPr>
        <w:t xml:space="preserve">[12:53] </w:t>
      </w:r>
      <w:r>
        <w:t>aur haram o halal ke hudood ka lehaz karte hue zindagi guzaren</w:t>
      </w:r>
    </w:p>
    <w:p>
      <w:pPr>
        <w:jc w:val="right"/>
      </w:pPr>
      <w:r>
        <w:t>اور حرام و حلال کے حدود کا لحاظ کرتے ہوئے زندگی گزاریں</w:t>
      </w:r>
    </w:p>
    <w:p>
      <w:r>
        <w:rPr>
          <w:b/>
        </w:rPr>
        <w:t xml:space="preserve">[13:00] </w:t>
      </w:r>
      <w:r>
        <w:t>doosre log woh hain jo qurbani ki satah par islam ko ikhtiyar karen</w:t>
      </w:r>
    </w:p>
    <w:p>
      <w:pPr>
        <w:jc w:val="right"/>
      </w:pPr>
      <w:r>
        <w:t>دوسرے لوگ وہ ہیں جو قربانی کی سطح پر اسلام کو اختیار کریں</w:t>
      </w:r>
    </w:p>
    <w:p>
      <w:r>
        <w:rPr>
          <w:b/>
        </w:rPr>
        <w:t xml:space="preserve">[13:06] </w:t>
      </w:r>
      <w:r>
        <w:t>woh khud islam ko apnate hue doosron ko bhi islam par lane ki koshish karen aur islah ki</w:t>
      </w:r>
    </w:p>
    <w:p>
      <w:pPr>
        <w:jc w:val="right"/>
      </w:pPr>
      <w:r>
        <w:t>وہ خود اسلام کو اپناتے ہوئے دوسروں کو بھی اسلام پر لانے کی کوشش کریں اور اصلاح کی</w:t>
      </w:r>
    </w:p>
    <w:p>
      <w:r>
        <w:rPr>
          <w:b/>
        </w:rPr>
        <w:t xml:space="preserve">[13:15] </w:t>
      </w:r>
      <w:r>
        <w:t>musibaton ko bardasht karen woh islam ke mahaz par apni jaan o maal ko le kar hazir ho</w:t>
      </w:r>
    </w:p>
    <w:p>
      <w:pPr>
        <w:jc w:val="right"/>
      </w:pPr>
      <w:r>
        <w:t>مصیبتوں کو برداشت کریں وہ اسلام کے محاذ پر اپنی جان و مال کو لے کر حاضر ہو</w:t>
      </w:r>
    </w:p>
    <w:p>
      <w:r>
        <w:rPr>
          <w:b/>
        </w:rPr>
        <w:t xml:space="preserve">[13:22] </w:t>
      </w:r>
      <w:r>
        <w:t>jayen woh</w:t>
      </w:r>
    </w:p>
    <w:p>
      <w:pPr>
        <w:jc w:val="right"/>
      </w:pPr>
      <w:r>
        <w:t>جائیں وہ</w:t>
      </w:r>
    </w:p>
    <w:p>
      <w:r>
        <w:rPr>
          <w:b/>
        </w:rPr>
        <w:t xml:space="preserve">[13:25] </w:t>
      </w:r>
      <w:r>
        <w:t>farz ke hudood mein na thehrein balkay farz se agay barh kar apnay aap ko islam ke liye</w:t>
      </w:r>
    </w:p>
    <w:p>
      <w:pPr>
        <w:jc w:val="right"/>
      </w:pPr>
      <w:r>
        <w:t>فرائض کے حدود میں نہ ٹھہریں بلکہ فرائض سے اگے بڑھ کر اپنے اپ کو اسلام کے لیے</w:t>
      </w:r>
    </w:p>
    <w:p>
      <w:r>
        <w:rPr>
          <w:b/>
        </w:rPr>
        <w:t xml:space="preserve">[13:33] </w:t>
      </w:r>
      <w:r>
        <w:t>pesh kar dein</w:t>
      </w:r>
    </w:p>
    <w:p>
      <w:pPr>
        <w:jc w:val="right"/>
      </w:pPr>
      <w:r>
        <w:t>پیش کر دیں</w:t>
      </w:r>
    </w:p>
    <w:p>
      <w:r>
        <w:rPr>
          <w:b/>
        </w:rPr>
        <w:t xml:space="preserve">[13:35] </w:t>
      </w:r>
      <w:r>
        <w:t>yeh dono hi groh mukhlis hain aur dono allah ki rehmaton mein apna hissa payein ge magar doosre</w:t>
      </w:r>
    </w:p>
    <w:p>
      <w:pPr>
        <w:jc w:val="right"/>
      </w:pPr>
      <w:r>
        <w:t>یہ دونوں ہی گروہ مخلص ہیں اور دونوں اللہ کی رحمتوں میں اپنا حصہ پائیں گے مگر دوسرے</w:t>
      </w:r>
    </w:p>
    <w:p>
      <w:r>
        <w:rPr>
          <w:b/>
        </w:rPr>
        <w:t xml:space="preserve">[13:46] </w:t>
      </w:r>
      <w:r>
        <w:t>groh ka muamla bunyadi tor par alag hai unhon ne naap kar khuda ki rah mein nahi diya</w:t>
      </w:r>
    </w:p>
    <w:p>
      <w:pPr>
        <w:jc w:val="right"/>
      </w:pPr>
      <w:r>
        <w:t>گروہ کا معاملہ بنیادی طور پر الگ ہے انہوں نے ناپ کر خدا کی راہ میں نہیں دیا</w:t>
      </w:r>
    </w:p>
    <w:p>
      <w:r>
        <w:rPr>
          <w:b/>
        </w:rPr>
        <w:t xml:space="preserve">[13:53] </w:t>
      </w:r>
      <w:r>
        <w:t>is liye khuda bhi un ko naap kar nahi de ga unhon ne maslehaton ki parwah kiye baghair</w:t>
      </w:r>
    </w:p>
    <w:p>
      <w:pPr>
        <w:jc w:val="right"/>
      </w:pPr>
      <w:r>
        <w:t>اس لیے خدا بھی ان کو ناپ کر نہیں دے گا انہوں نے مصلحتوں کی پرواہ کیے بغیر</w:t>
      </w:r>
    </w:p>
    <w:p>
      <w:r>
        <w:rPr>
          <w:b/>
        </w:rPr>
        <w:t xml:space="preserve">[14:01] </w:t>
      </w:r>
      <w:r>
        <w:t>khuda ke mission mein apnay aap ko shareek kiya is liye khuda bhi parwah kiye baghair un ko</w:t>
      </w:r>
    </w:p>
    <w:p>
      <w:pPr>
        <w:jc w:val="right"/>
      </w:pPr>
      <w:r>
        <w:t>خدا کے مشن میں اپنے اپ کو شریک کیا اس لیے خدا بھی پرواہ کیے بغیر ان کو</w:t>
      </w:r>
    </w:p>
    <w:p>
      <w:r>
        <w:rPr>
          <w:b/>
        </w:rPr>
        <w:t xml:space="preserve">[14:09] </w:t>
      </w:r>
      <w:r>
        <w:t>apni rehmaton</w:t>
      </w:r>
    </w:p>
    <w:p>
      <w:pPr>
        <w:jc w:val="right"/>
      </w:pPr>
      <w:r>
        <w:t>اپنی رحمتوں</w:t>
      </w:r>
    </w:p>
    <w:p>
      <w:r>
        <w:rPr>
          <w:b/>
        </w:rPr>
        <w:t xml:space="preserve">[14:10] </w:t>
      </w:r>
      <w:r>
        <w:t>mein le le ga innallazeena tawaffahumul malaikatu zaleemeena anfusahum qalo feema kuntum qalo kunna mustad'afeena fil ard</w:t>
      </w:r>
    </w:p>
    <w:p>
      <w:pPr>
        <w:jc w:val="right"/>
      </w:pPr>
      <w:r>
        <w:t>میں لے لے گا ان الذین توفاہم الملائکہ ظالمین انفسہم قالو فی کنتم قالو کنا مستضعفین فی الارض</w:t>
      </w:r>
    </w:p>
    <w:p>
      <w:r>
        <w:rPr>
          <w:b/>
        </w:rPr>
        <w:t xml:space="preserve">[14:33] </w:t>
      </w:r>
      <w:r>
        <w:t>qalo alam takun arzullah wasia</w:t>
      </w:r>
    </w:p>
    <w:p>
      <w:pPr>
        <w:jc w:val="right"/>
      </w:pPr>
      <w:r>
        <w:t>قالو الم تکن ارض اللہ واسعه</w:t>
      </w:r>
    </w:p>
    <w:p>
      <w:r>
        <w:rPr>
          <w:b/>
        </w:rPr>
        <w:t xml:space="preserve">[14:39] </w:t>
      </w:r>
      <w:r>
        <w:t>fatahajeru fiha faolaik</w:t>
      </w:r>
    </w:p>
    <w:p>
      <w:pPr>
        <w:jc w:val="right"/>
      </w:pPr>
      <w:r>
        <w:t>فتهاجروا فیہا فاولئک</w:t>
      </w:r>
    </w:p>
    <w:p>
      <w:r>
        <w:rPr>
          <w:b/>
        </w:rPr>
        <w:t xml:space="preserve">[14:45] </w:t>
      </w:r>
      <w:r>
        <w:t>mawawahum jahannam wasaat</w:t>
      </w:r>
    </w:p>
    <w:p>
      <w:pPr>
        <w:jc w:val="right"/>
      </w:pPr>
      <w:r>
        <w:t>ماواهم جہنم وساءت</w:t>
      </w:r>
    </w:p>
    <w:p>
      <w:r>
        <w:rPr>
          <w:b/>
        </w:rPr>
        <w:t xml:space="preserve">[14:51] </w:t>
      </w:r>
      <w:r>
        <w:t>musiran illa al mustadfeen min arrijal wa nisa</w:t>
      </w:r>
    </w:p>
    <w:p>
      <w:pPr>
        <w:jc w:val="right"/>
      </w:pPr>
      <w:r>
        <w:t>مصیرا الا المستضعفین من الرجال والنساء</w:t>
      </w:r>
    </w:p>
    <w:p>
      <w:r>
        <w:rPr>
          <w:b/>
        </w:rPr>
        <w:t xml:space="preserve">[14:59] </w:t>
      </w:r>
      <w:r>
        <w:t>wal wuldan la yastateeoona hila wala yahtadoona sabeela</w:t>
      </w:r>
    </w:p>
    <w:p>
      <w:pPr>
        <w:jc w:val="right"/>
      </w:pPr>
      <w:r>
        <w:t>والولدان لا يستطيعون حيله ولا يهتدون سبيلا</w:t>
      </w:r>
    </w:p>
    <w:p>
      <w:r>
        <w:rPr>
          <w:b/>
        </w:rPr>
        <w:t xml:space="preserve">[15:07] </w:t>
      </w:r>
      <w:r>
        <w:t>faolaika asallahu an yafo anhum</w:t>
      </w:r>
    </w:p>
    <w:p>
      <w:pPr>
        <w:jc w:val="right"/>
      </w:pPr>
      <w:r>
        <w:t>فاولئک عسى الله ان يعفو عنهم</w:t>
      </w:r>
    </w:p>
    <w:p>
      <w:r>
        <w:rPr>
          <w:b/>
        </w:rPr>
        <w:t xml:space="preserve">[15:15] </w:t>
      </w:r>
      <w:r>
        <w:t>wa kanallahu afoora ghafoora</w:t>
      </w:r>
    </w:p>
    <w:p>
      <w:pPr>
        <w:jc w:val="right"/>
      </w:pPr>
      <w:r>
        <w:t>وكان الله عفوا غفورا</w:t>
      </w:r>
    </w:p>
    <w:p>
      <w:r>
        <w:rPr>
          <w:b/>
        </w:rPr>
        <w:t xml:space="preserve">[15:19] </w:t>
      </w:r>
      <w:r>
        <w:t>wa man yohajir fi sabilillah yajid fil ardi maraghman kaseera</w:t>
      </w:r>
    </w:p>
    <w:p>
      <w:pPr>
        <w:jc w:val="right"/>
      </w:pPr>
      <w:r>
        <w:t>ومن يهاجر في سبيل الله يجد في الارض مراغما كثيرا</w:t>
      </w:r>
    </w:p>
    <w:p>
      <w:r>
        <w:rPr>
          <w:b/>
        </w:rPr>
        <w:t xml:space="preserve">[15:28] </w:t>
      </w:r>
      <w:r>
        <w:t>wasiata wa man yakhruj min baiti muhajiran ilaallahi wa rasoolihi thumma tudrikuhul maut faqad waqa ajruhu allallahi</w:t>
      </w:r>
    </w:p>
    <w:p>
      <w:pPr>
        <w:jc w:val="right"/>
      </w:pPr>
      <w:r>
        <w:t>وسعه ومن يخرج من بيته مهاجرا الى الله ورسوله ثم يدركه الموت فقد وقع اجره على الله</w:t>
      </w:r>
    </w:p>
    <w:p>
      <w:r>
        <w:rPr>
          <w:b/>
        </w:rPr>
        <w:t xml:space="preserve">[15:45] </w:t>
      </w:r>
      <w:r>
        <w:t>wa kanallahu ghafoora raheema</w:t>
      </w:r>
    </w:p>
    <w:p>
      <w:pPr>
        <w:jc w:val="right"/>
      </w:pPr>
      <w:r>
        <w:t>وكان الله غفورا رحيما</w:t>
      </w:r>
    </w:p>
    <w:p>
      <w:r>
        <w:rPr>
          <w:b/>
        </w:rPr>
        <w:t xml:space="preserve">[15:51] </w:t>
      </w:r>
      <w:r>
        <w:t>jo log apna bura kar rahe hain jab un ki jan farishtay nikalein ge to woh un se poochein ge ke tum kis hal mein thay woh kahein ge ke hum zameen mein be bas thay farishtay kahein ge ke kiya Khuda ki zameen kushada na thi ke tum watan chhod kar wahan chale jate yeh woh log hain jin ka thikana jahannum hai aur</w:t>
      </w:r>
    </w:p>
    <w:p>
      <w:pPr>
        <w:jc w:val="right"/>
      </w:pPr>
      <w:r>
        <w:t>جو لوگ اپنا برا کر رہے ہیں جب ان کی جان فرشتے نکالیں گے تو وہ ان سے پوچھیں گے کہ تم کس حال میں تھے وہ کہیں گے کہ ہم زمین میں بے بس تھے فرشتے کہیں گے کیا خدا کی زمین کشادہ نہ تھی کہ تم وطن چھوڑ کر وہاں چلے جاتے یہ وہ لوگ ہیں جن کا ٹھکانہ جہنم ہے 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