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 Al-Nisa’ (Women) Verses 1-91</w:t>
      </w:r>
    </w:p>
    <w:p>
      <w:r>
        <w:t>https://www.youtube.com/watch?v=NTlOEQ7_zso</w:t>
      </w:r>
    </w:p>
    <w:p>
      <w:r>
        <w:rPr>
          <w:b/>
        </w:rPr>
        <w:t xml:space="preserve">[00:01] </w:t>
      </w:r>
      <w:r>
        <w:t>bismillah hir rahman nir raheem.</w:t>
      </w:r>
    </w:p>
    <w:p>
      <w:pPr>
        <w:jc w:val="right"/>
      </w:pPr>
      <w:r>
        <w:t>بسم الله الرحمن الرحيم.</w:t>
      </w:r>
    </w:p>
    <w:p>
      <w:r>
        <w:rPr>
          <w:b/>
        </w:rPr>
        <w:t xml:space="preserve">[00:08] </w:t>
      </w:r>
      <w:r>
        <w:t>ya ayyuhan nasu ittaqoo rabbakum allazi khalaqakum min nafsin wahidatin wa khalaqa minha zawjaha,</w:t>
      </w:r>
    </w:p>
    <w:p>
      <w:pPr>
        <w:jc w:val="right"/>
      </w:pPr>
      <w:r>
        <w:t>يا أيها الناس اتقوا ربكم الذي خلقكم من نفس واحدة وخلق منها زوجها،</w:t>
      </w:r>
    </w:p>
    <w:p>
      <w:r>
        <w:rPr>
          <w:b/>
        </w:rPr>
        <w:t xml:space="preserve">[00:24] </w:t>
      </w:r>
      <w:r>
        <w:t>wa khalaqa minha zawjaha wa baththa minhuma rijalan kathiran wa nisaa'an.</w:t>
      </w:r>
    </w:p>
    <w:p>
      <w:pPr>
        <w:jc w:val="right"/>
      </w:pPr>
      <w:r>
        <w:t>وخلق منها زوجها وبث منهما رجالًا كثيرًا ونساءً.</w:t>
      </w:r>
    </w:p>
    <w:p>
      <w:r>
        <w:rPr>
          <w:b/>
        </w:rPr>
        <w:t xml:space="preserve">[00:35] </w:t>
      </w:r>
      <w:r>
        <w:t>wattaqoolllaha allazi tasa'aloona bihi wal arham innallaha kaana alaikum raqeeba.</w:t>
      </w:r>
    </w:p>
    <w:p>
      <w:pPr>
        <w:jc w:val="right"/>
      </w:pPr>
      <w:r>
        <w:t>واتقوا الله الذي تساءلون به والأرحام إن الله كان عليكم رقيبًا.</w:t>
      </w:r>
    </w:p>
    <w:p>
      <w:r>
        <w:rPr>
          <w:b/>
        </w:rPr>
        <w:t xml:space="preserve">[00:48] </w:t>
      </w:r>
      <w:r>
        <w:t>wa atoo al-yatama amwaalahum wa la tatabaddaloo al-khabeetha bil-tayyibi, wa la taakuloo amwaalahum ila amwaalikum innahu kaana hooban kabeeran.</w:t>
      </w:r>
    </w:p>
    <w:p>
      <w:pPr>
        <w:jc w:val="right"/>
      </w:pPr>
      <w:r>
        <w:t>وآتوا اليتامى أموالهم ولا تتبدلوا الخبيث بالطيب، ولا تأكلوا أموالهم إلى أموالكم إنه كان حوبًا كبيرًا.</w:t>
      </w:r>
    </w:p>
    <w:p>
      <w:r>
        <w:rPr>
          <w:b/>
        </w:rPr>
        <w:t xml:space="preserve">[01:12] </w:t>
      </w:r>
      <w:r>
        <w:t>wa in khiftum alla tuqsitoo fil-yatama fankahoo ma taaba lakum min an-nisaa'i, fankahoo ma taaba lakum min an-nisaa'i mathnaa wathulaatha wa ruba'a</w:t>
      </w:r>
    </w:p>
    <w:p>
      <w:pPr>
        <w:jc w:val="right"/>
      </w:pPr>
      <w:r>
        <w:t>وإن خفتم ألا تقسطوا في اليتامى فانكحوا ما طاب لكم من النساء، فانكحوا ما طاب لكم من النساء مثنى وثلاث ورباع</w:t>
      </w:r>
    </w:p>
    <w:p>
      <w:r>
        <w:rPr>
          <w:b/>
        </w:rPr>
        <w:t xml:space="preserve">[01:36] </w:t>
      </w:r>
      <w:r>
        <w:t>. fa in khiftum alla ta'idoo fawaahidatan aw ma malakat aymaanukum zaalika adnaa</w:t>
      </w:r>
    </w:p>
    <w:p>
      <w:pPr>
        <w:jc w:val="right"/>
      </w:pPr>
      <w:r>
        <w:t>. فإن خفتم ألا تعدلوا فواحدة أو ما ملكت أيمانكم ذلك أدنى</w:t>
      </w:r>
    </w:p>
    <w:p>
      <w:r>
        <w:rPr>
          <w:b/>
        </w:rPr>
        <w:t xml:space="preserve">[01:49] </w:t>
      </w:r>
      <w:r>
        <w:t>alla ta'ooloo. wa atoo an-nisaa'i sadqaatihin nahalatan, fa in tabna lakum 'an shay'in minhu nafsan fakuloohu hanee'an maree'an.</w:t>
      </w:r>
    </w:p>
    <w:p>
      <w:pPr>
        <w:jc w:val="right"/>
      </w:pPr>
      <w:r>
        <w:t>ألا تعولوا. وآتوا النساء صدقاتهن نحلة، فإن طبن لكم عن شيء منه نفسًا فكلوه هنيئًا مريئًا.</w:t>
      </w:r>
    </w:p>
    <w:p>
      <w:r>
        <w:rPr>
          <w:b/>
        </w:rPr>
        <w:t xml:space="preserve">[02:16] </w:t>
      </w:r>
      <w:r>
        <w:t>shuroo Allah ke naam se jo bara meherban, nihayat reham wala hai. ae logon! apne rab se daro jis ne tum ko ek jaan se paida kiya aur usi se us ka joda paida kiya, aur un dono se bohat se mard aur auratein phaila dein.</w:t>
      </w:r>
    </w:p>
    <w:p>
      <w:pPr>
        <w:jc w:val="right"/>
      </w:pPr>
      <w:r>
        <w:t>شروع اللہ کے نام سے جو بڑا مہربان، نہایت رحم والا ہے۔ اے لوگوں! اپنے رب سے ڈرو جس نے تم کو ایک جان سے پیدا کیا اور اسی سے اس کا جوڑا پیدا کیا، اور ان دونوں سے بہت سے مرد اور عورتیں پھیلا دیں۔</w:t>
      </w:r>
    </w:p>
    <w:p>
      <w:r>
        <w:rPr>
          <w:b/>
        </w:rPr>
        <w:t xml:space="preserve">[02:35] </w:t>
      </w:r>
      <w:r>
        <w:t>aur Allah se daro jis ke waste se tum ek doosre se sawal karte ho, aur khabardar raho qaraabat walon se.</w:t>
      </w:r>
    </w:p>
    <w:p>
      <w:pPr>
        <w:jc w:val="right"/>
      </w:pPr>
      <w:r>
        <w:t>اور اللہ سے ڈرو جس کے واسطے سے تم ایک دوسرے سے سوال کرتے ہو، اور خبردار ہو قرابت والوں سے۔</w:t>
      </w:r>
    </w:p>
    <w:p>
      <w:r>
        <w:rPr>
          <w:b/>
        </w:rPr>
        <w:t xml:space="preserve">[02:45] </w:t>
      </w:r>
      <w:r>
        <w:t>beshak Allah tumhari nigrani kar raha hai, aur yateemon ka maal un ke hawalay karo. aur buray maal ko achhe maal se na badlo, aur un ke maal apne maal ke sath mila kar na khao, yeh bohat bara gunah hai.</w:t>
      </w:r>
    </w:p>
    <w:p>
      <w:pPr>
        <w:jc w:val="right"/>
      </w:pPr>
      <w:r>
        <w:t>بے شک اللہ تمہاری نگرانی کر رہا ہے، اور یتیموں کا مال ان کے حوالے کرو۔ اور برے مال کو اچھے مال سے نہ بدلو، اور ان کے مال اپنے مال کے ساتھ ملا کر نہ کھاؤ، یہ بہت بڑا گناہ ہے۔</w:t>
      </w:r>
    </w:p>
    <w:p>
      <w:r>
        <w:rPr>
          <w:b/>
        </w:rPr>
        <w:t xml:space="preserve">[03:04] </w:t>
      </w:r>
      <w:r>
        <w:t>aur agar tum ko andesha ho ke tum yateemon ke muamle mein insaaf na kar sako ge to auraton mein se jo tum ko pasand hon un se do do, teen teen, char char tak nikah kar lo.</w:t>
      </w:r>
    </w:p>
    <w:p>
      <w:pPr>
        <w:jc w:val="right"/>
      </w:pPr>
      <w:r>
        <w:t>اور اگر تم کو اندیشہ ہو کہ تم یتیموں کے معاملے میں انصاف نہ کر سکو گے تو عورتوں میں سے جو تم کو پسند ہوں ان سے دو دو، تین تین، چار چار تک نکاح کر لو۔</w:t>
      </w:r>
    </w:p>
    <w:p>
      <w:r>
        <w:rPr>
          <w:b/>
        </w:rPr>
        <w:t xml:space="preserve">[03:21] </w:t>
      </w:r>
      <w:r>
        <w:t>aur agar tum ko andesha ho ke tum adl na kar sako ge to ek hi nikah karo ya jo kaneez tumhari milk mein ho.</w:t>
      </w:r>
    </w:p>
    <w:p>
      <w:pPr>
        <w:jc w:val="right"/>
      </w:pPr>
      <w:r>
        <w:t>اور اگر تم کو اندیشہ ہو کہ تم عدل نہ کر سکو گے تو ایک ہی نکاح کرو یا جو کنیز تمہاری ملک میں ہو۔</w:t>
      </w:r>
    </w:p>
    <w:p>
      <w:r>
        <w:rPr>
          <w:b/>
        </w:rPr>
        <w:t xml:space="preserve">[03:32] </w:t>
      </w:r>
      <w:r>
        <w:t>is mein umeed hai ke tum insaaf se na hato ge, aur auraton ko un ka mahr khush dili ke sath ada karo.</w:t>
      </w:r>
    </w:p>
    <w:p>
      <w:pPr>
        <w:jc w:val="right"/>
      </w:pPr>
      <w:r>
        <w:t>اس میں امید ہے کہ تم انصاف سے نہ ہٹو گے، اور عورتوں کو ان کا مہر خوش دلی کے ساتھ ادا کرو۔</w:t>
      </w:r>
    </w:p>
    <w:p>
      <w:r>
        <w:rPr>
          <w:b/>
        </w:rPr>
        <w:t xml:space="preserve">[03:42] </w:t>
      </w:r>
      <w:r>
        <w:t>phir agar woh is mein se kuch tumhare liye chhod dein apni khushi se to tum us ko hansi khushi se khao.</w:t>
      </w:r>
    </w:p>
    <w:p>
      <w:pPr>
        <w:jc w:val="right"/>
      </w:pPr>
      <w:r>
        <w:t>پھر اگر وہ اس میں سے کچھ تمہارے لیے چھوڑ دیں اپنی خوشی سے تو تم اس کو ہنسی خوشی سے کھاؤ۔</w:t>
      </w:r>
    </w:p>
    <w:p>
      <w:r>
        <w:rPr>
          <w:b/>
        </w:rPr>
        <w:t xml:space="preserve">[03:52] </w:t>
      </w:r>
      <w:r>
        <w:t>tashreeh: tamam insaan ba'etebar paidaish ek hain. ba'lakhir ek hi aurat aur ek hi mard sab ke maa baap hain.</w:t>
      </w:r>
    </w:p>
    <w:p>
      <w:pPr>
        <w:jc w:val="right"/>
      </w:pPr>
      <w:r>
        <w:t>تشریح: تمام انسان باعتبار پیدائش ایک ہیں۔ بالآخر ایک ہی عورت اور ایک ہی مرد سب کے ماں باپ ہیں۔</w:t>
      </w:r>
    </w:p>
    <w:p>
      <w:r>
        <w:rPr>
          <w:b/>
        </w:rPr>
        <w:t xml:space="preserve">[04:05] </w:t>
      </w:r>
      <w:r>
        <w:t>is lihaaz se zaroori hai ke aadmi doosre aadmi ko apna samjhe. sab ke sab ek mushtark gharane ke afraad ki tarah mil jul kar insaaf aur khair khwahi ke sath rahen.</w:t>
      </w:r>
    </w:p>
    <w:p>
      <w:pPr>
        <w:jc w:val="right"/>
      </w:pPr>
      <w:r>
        <w:t>اس لحاظ سے ضروری ہے کہ آدمی دوسرے آدمی کو اپنا سمجھے۔ سب کے سب ایک مشترک گھرانے کے افراد کی طرح مل جل کر انصاف اور خیر خواہی کے ساتھ رہیں۔</w:t>
      </w:r>
    </w:p>
    <w:p>
      <w:r>
        <w:rPr>
          <w:b/>
        </w:rPr>
        <w:t xml:space="preserve">[04:22] </w:t>
      </w:r>
      <w:r>
        <w:t>phir un mein jo rehmi rishte hain un mein yeh nasli ittehad aur zyada qareebi ho jata hai, is liye rehmi rishton mein husn sulook ki ahmiyat aur zyada barh jati hai.</w:t>
      </w:r>
    </w:p>
    <w:p>
      <w:pPr>
        <w:jc w:val="right"/>
      </w:pPr>
      <w:r>
        <w:t>پھر ان میں جو رحمی رشتے ہیں ان میں یہ نسلی اتحاد اور زیادہ قریبی ہو جاتا ہے، اس لیے رحمی رشتوں میں حسن سلوک کی اہمیت اور زیادہ بڑھ جاتی ہے۔</w:t>
      </w:r>
    </w:p>
    <w:p>
      <w:r>
        <w:rPr>
          <w:b/>
        </w:rPr>
        <w:t xml:space="preserve">[04:37] </w:t>
      </w:r>
      <w:r>
        <w:t>insanon ke darmiyan is bahami husn sulook ki ahmiyat sirf akhlaqi aitbar se nahi hai balke yeh khud aadmi ka apna zaati masla hai.</w:t>
      </w:r>
    </w:p>
    <w:p>
      <w:pPr>
        <w:jc w:val="right"/>
      </w:pPr>
      <w:r>
        <w:t>انسانوں کے درمیان اس باہمی حسن سلوک کی اہمیت صرف اخلاقی اعتبار سے نہیں ہے بلکہ یہ خود آدمی کا اپنا ذاتی مسئلہ ہے۔</w:t>
      </w:r>
    </w:p>
    <w:p>
      <w:r>
        <w:rPr>
          <w:b/>
        </w:rPr>
        <w:t xml:space="preserve">[04:51] </w:t>
      </w:r>
      <w:r>
        <w:t>kyun ke tamam insanon ke upar azeem o bartar Khuda hai, woh aakhir mein sab se hisab lene wala hai, aur duniya mein un ke amal ke mutabiq aakhirat mein un ko abadi mustaqbil ka faisla karne wala hai.</w:t>
      </w:r>
    </w:p>
    <w:p>
      <w:pPr>
        <w:jc w:val="right"/>
      </w:pPr>
      <w:r>
        <w:t>کیونکہ تمام انسانوں کے اوپر عظیم و برتر خدا ہے، وہ آخر میں سب سے حساب لینے والا ہے، اور دنیا میں ان کے عمل کے مطابق آخرت میں ان کو ابدی مستقبل کا فیصلہ کرنے والا ہے۔</w:t>
      </w:r>
    </w:p>
    <w:p>
      <w:r>
        <w:rPr>
          <w:b/>
        </w:rPr>
        <w:t xml:space="preserve">[05:14] </w:t>
      </w:r>
      <w:r>
        <w:t>is liye aadmi ko chahiye ke insaan ke muamle ko sirf insaan ka muamla na samjhe balke us ko Allah ka muamla samjhe.</w:t>
      </w:r>
    </w:p>
    <w:p>
      <w:pPr>
        <w:jc w:val="right"/>
      </w:pPr>
      <w:r>
        <w:t>اس لیے آدمی کو چاہیے کہ انسان کے معاملے کو صرف انسان کا معاملہ نہ سمجھے بلکہ اس کو اللہ کا معاملہ سمجھے۔</w:t>
      </w:r>
    </w:p>
    <w:p>
      <w:r>
        <w:rPr>
          <w:b/>
        </w:rPr>
        <w:t xml:space="preserve">[05:26] </w:t>
      </w:r>
      <w:r>
        <w:t>woh Allah ki pakar se dare aur apne aap ko us amal ka paband banaye jo us ko Allah ke ghazab se bachane wala hai.</w:t>
      </w:r>
    </w:p>
    <w:p>
      <w:pPr>
        <w:jc w:val="right"/>
      </w:pPr>
      <w:r>
        <w:t>وہ اللہ کی پکڑ سے ڈرے اور اپنے آپ کو اس عمل کا پابند بنائے جو اس کو اللہ کے غضب سے بچانے والا ہے۔</w:t>
      </w:r>
    </w:p>
    <w:p>
      <w:r>
        <w:rPr>
          <w:b/>
        </w:rPr>
        <w:t xml:space="preserve">[05:38] </w:t>
      </w:r>
      <w:r>
        <w:t>hadees qudsi mein hai ke Allah taala ne farmaya ke jo shakhs reham ko jode ga main us ko jo roonga aur jo shakhs reham ko kaate ga main us se katun ga.</w:t>
      </w:r>
    </w:p>
    <w:p>
      <w:pPr>
        <w:jc w:val="right"/>
      </w:pPr>
      <w:r>
        <w:t>حدیث قدسی میں ہے کہ اللہ تعالی نے فرمایا کہ جو شخص رحم کو جوڑے گا میں اس کو جوڑوں گا اور جو شخص رحم کو کاٹے گا میں اس سے کٹوں گا۔</w:t>
      </w:r>
    </w:p>
    <w:p>
      <w:r>
        <w:rPr>
          <w:b/>
        </w:rPr>
        <w:t xml:space="preserve">[05:52] </w:t>
      </w:r>
      <w:r>
        <w:t>is se maloom hua ke Allah se taluq ka imtehan bandon se taluq ke muamle mein liya jata hai. wohi shakhs Allah se darne wala hai jo bandon ke huqooq ke muamle mein Allah se dare.</w:t>
      </w:r>
    </w:p>
    <w:p>
      <w:pPr>
        <w:jc w:val="right"/>
      </w:pPr>
      <w:r>
        <w:t>اس سے معلوم ہوا کہ اللہ سے تعلق کا امتحان بندوں سے تعلق کے معاملے میں لیا جاتا ہے۔ وہی شخص اللہ سے ڈرنے والا ہے جو بندوں کے حقوق کے معاملے میں اللہ سے ڈرے۔</w:t>
      </w:r>
    </w:p>
    <w:p>
      <w:r>
        <w:rPr>
          <w:b/>
        </w:rPr>
        <w:t xml:space="preserve">[06:06] </w:t>
      </w:r>
      <w:r>
        <w:t>wohi shakhs Allah se mohabbat karne wala hai jo bandon ke sath mohabbat mein uska saboot de.</w:t>
      </w:r>
    </w:p>
    <w:p>
      <w:pPr>
        <w:jc w:val="right"/>
      </w:pPr>
      <w:r>
        <w:t>وہی شخص اللہ سے محبت کرنے والا ہے جو بندوں کے ساتھ محبت میں اس کا ثبوت دے۔</w:t>
      </w:r>
    </w:p>
    <w:p>
      <w:r>
        <w:rPr>
          <w:b/>
        </w:rPr>
        <w:t xml:space="preserve">[06:16] </w:t>
      </w:r>
      <w:r>
        <w:t>yeh baat aam insani taluqaat mein bhi matloob hai magar rehmi rishton se husn sulook ke muamle mein is ki ahmiyat itni barh jati hai ke woh sirf Allah ke baad doosre number par hai.</w:t>
      </w:r>
    </w:p>
    <w:p>
      <w:pPr>
        <w:jc w:val="right"/>
      </w:pPr>
      <w:r>
        <w:t>یہ بات عام انسانی تعلقات میں بھی مطلوب ہے مگر رحمی رشتوں سے حسن سلوک کے معاملے میں اس کی اہمیت اتنی بڑھ جاتی ہے کہ وہ صرف اللہ کے بعد دوسرے نمبر پر ہے۔</w:t>
      </w:r>
    </w:p>
    <w:p>
      <w:r>
        <w:rPr>
          <w:b/>
        </w:rPr>
        <w:t xml:space="preserve">[06:34] </w:t>
      </w:r>
      <w:r>
        <w:t>yateem larkay aur larkiyan kisi khandan ya samaj ka sab se zyada kamzor hissa hote hain. is liye Khuda se dar ka sab se zyada sakht imtehan yateem larkon aur larkiyon ke bare mein hota hai.</w:t>
      </w:r>
    </w:p>
    <w:p>
      <w:pPr>
        <w:jc w:val="right"/>
      </w:pPr>
      <w:r>
        <w:t>یتیم لڑکے اور لڑکیاں کسی خاندان یا سماج کا سب سے زیادہ کمزور حصہ ہوتے ہیں۔ اس لیے خدا سے ڈر کا سب سے زیادہ سخت امتحان یتیم لڑکوں اور لڑکیوں کے بارے میں ہوتا ہے۔</w:t>
      </w:r>
    </w:p>
    <w:p>
      <w:r>
        <w:rPr>
          <w:b/>
        </w:rPr>
        <w:t xml:space="preserve">[06:51] </w:t>
      </w:r>
      <w:r>
        <w:t>aadmi ko chahiye ke yateemon ke bare mein wahi kare jo insaaf aur khair khwahi ka taqaza ho aur jis mein yateemon ke huqooq zyada se zyada mehfooz rehne ki zamanat ho.</w:t>
      </w:r>
    </w:p>
    <w:p>
      <w:pPr>
        <w:jc w:val="right"/>
      </w:pPr>
      <w:r>
        <w:t>آدمی کو چاہیے کہ یتیموں کے بارے میں وحی کرے جو انصاف اور خیر خواہی کا تقاضا ہو اور جس میں یتیموں کے حقوق زیادہ سے زیادہ محفوظ رہنے کی ضمانت ہو۔</w:t>
      </w:r>
    </w:p>
    <w:p>
      <w:r>
        <w:rPr>
          <w:b/>
        </w:rPr>
        <w:t xml:space="preserve">[07:06] </w:t>
      </w:r>
      <w:r>
        <w:t>yeh bohat gunah ki baat hai ke mushtark aththase ki aisi taqseem ki jaye jis mein achhi cheezen apne hisse mein rakh li jayen aur doosre ke hisse mein kharab cheezen daal kar ginti poori kar di jaye.</w:t>
      </w:r>
    </w:p>
    <w:p>
      <w:pPr>
        <w:jc w:val="right"/>
      </w:pPr>
      <w:r>
        <w:t>یہ بہت گناہ کی بات ہے کہ مشترک اثاثے کی ایسی تقسیم کی جائے جس میں اچھی چیزیں اپنے حصے میں رکھ لی جائیں اور دوسرے کے حصے میں خراب چیزیں ڈال کر گنتی پوری کر دی جائے۔</w:t>
      </w:r>
    </w:p>
    <w:p>
      <w:r>
        <w:rPr>
          <w:b/>
        </w:rPr>
        <w:t xml:space="preserve">[07:25] </w:t>
      </w:r>
      <w:r>
        <w:t>wala tu'tu al-sufaha' amwalakum allati ja'ala Allahu lakum qiyaman wa-rzuquhum fiha</w:t>
      </w:r>
    </w:p>
    <w:p>
      <w:pPr>
        <w:jc w:val="right"/>
      </w:pPr>
      <w:r>
        <w:t>ولا تؤتوا السفهاء أموالكم التي جعل الله لكم قيامًا وارزقوهم فيها</w:t>
      </w:r>
    </w:p>
    <w:p>
      <w:r>
        <w:rPr>
          <w:b/>
        </w:rPr>
        <w:t xml:space="preserve">[07:40] </w:t>
      </w:r>
      <w:r>
        <w:t>warzuqohum fiha wa aksuhum wa qoolu lahum qawlan</w:t>
      </w:r>
    </w:p>
    <w:p>
      <w:pPr>
        <w:jc w:val="right"/>
      </w:pPr>
      <w:r>
        <w:t>وارزقوهم فيها واكسوهم وقولوا لهم قولًا</w:t>
      </w:r>
    </w:p>
    <w:p>
      <w:r>
        <w:rPr>
          <w:b/>
        </w:rPr>
        <w:t xml:space="preserve">[07:44] </w:t>
      </w:r>
      <w:r>
        <w:t>maaroofan wa battaloo al yattama hatta</w:t>
      </w:r>
    </w:p>
    <w:p>
      <w:pPr>
        <w:jc w:val="right"/>
      </w:pPr>
      <w:r>
        <w:t>معروفًا وبتلوا اليتامى حتى</w:t>
      </w:r>
    </w:p>
    <w:p>
      <w:r>
        <w:rPr>
          <w:b/>
        </w:rPr>
        <w:t xml:space="preserve">[07:51] </w:t>
      </w:r>
      <w:r>
        <w:t>iza balaghoo al nikaha fa in aanastum</w:t>
      </w:r>
    </w:p>
    <w:p>
      <w:pPr>
        <w:jc w:val="right"/>
      </w:pPr>
      <w:r>
        <w:t>إذا بلغوا النكاح فإن آنستم</w:t>
      </w:r>
    </w:p>
    <w:p>
      <w:r>
        <w:rPr>
          <w:b/>
        </w:rPr>
        <w:t xml:space="preserve">[07:57] </w:t>
      </w:r>
      <w:r>
        <w:t>minhum rushdan fa in aanastum</w:t>
      </w:r>
    </w:p>
    <w:p>
      <w:pPr>
        <w:jc w:val="right"/>
      </w:pPr>
      <w:r>
        <w:t>منهم رشدًا فإن آنستم</w:t>
      </w:r>
    </w:p>
    <w:p>
      <w:r>
        <w:rPr>
          <w:b/>
        </w:rPr>
        <w:t xml:space="preserve">[08:02] </w:t>
      </w:r>
      <w:r>
        <w:t>minhum rushdan fadfa'u</w:t>
      </w:r>
    </w:p>
    <w:p>
      <w:pPr>
        <w:jc w:val="right"/>
      </w:pPr>
      <w:r>
        <w:t>منهم رشدًا فدفعوا</w:t>
      </w:r>
    </w:p>
    <w:p>
      <w:r>
        <w:rPr>
          <w:b/>
        </w:rPr>
        <w:t xml:space="preserve">[08:06] </w:t>
      </w:r>
      <w:r>
        <w:t>ilaihim amwalahum wa la ta'kulooha</w:t>
      </w:r>
    </w:p>
    <w:p>
      <w:pPr>
        <w:jc w:val="right"/>
      </w:pPr>
      <w:r>
        <w:t>إليهم أموالهم ولا تأكلوها</w:t>
      </w:r>
    </w:p>
    <w:p>
      <w:r>
        <w:rPr>
          <w:b/>
        </w:rPr>
        <w:t xml:space="preserve">[08:13] </w:t>
      </w:r>
      <w:r>
        <w:t>israfan wa bidaran an yakbaroo</w:t>
      </w:r>
    </w:p>
    <w:p>
      <w:pPr>
        <w:jc w:val="right"/>
      </w:pPr>
      <w:r>
        <w:t>إسرافًا وبدارًا أن يكبروا</w:t>
      </w:r>
    </w:p>
    <w:p>
      <w:r>
        <w:rPr>
          <w:b/>
        </w:rPr>
        <w:t xml:space="preserve">[08:19] </w:t>
      </w:r>
      <w:r>
        <w:t>wa man kana ghaniyan</w:t>
      </w:r>
    </w:p>
    <w:p>
      <w:pPr>
        <w:jc w:val="right"/>
      </w:pPr>
      <w:r>
        <w:t>ومن كان غنيًا</w:t>
      </w:r>
    </w:p>
    <w:p>
      <w:r>
        <w:rPr>
          <w:b/>
        </w:rPr>
        <w:t xml:space="preserve">[08:23] </w:t>
      </w:r>
      <w:r>
        <w:t>falista'iff man kan</w:t>
      </w:r>
    </w:p>
    <w:p>
      <w:pPr>
        <w:jc w:val="right"/>
      </w:pPr>
      <w:r>
        <w:t>فليستعفف ومن كان</w:t>
      </w:r>
    </w:p>
    <w:p>
      <w:r>
        <w:rPr>
          <w:b/>
        </w:rPr>
        <w:t xml:space="preserve">[08:26] </w:t>
      </w:r>
      <w:r>
        <w:t>faqeeran falya'kul bilma'roof</w:t>
      </w:r>
    </w:p>
    <w:p>
      <w:pPr>
        <w:jc w:val="right"/>
      </w:pPr>
      <w:r>
        <w:t>فقيرًا فليأكل بالمعروف</w:t>
      </w:r>
    </w:p>
    <w:p>
      <w:r>
        <w:rPr>
          <w:b/>
        </w:rPr>
        <w:t xml:space="preserve">[08:32] </w:t>
      </w:r>
      <w:r>
        <w:t>fa'idha dafa'tum ilayhim amwalahum fashhidoo 'alayhim</w:t>
      </w:r>
    </w:p>
    <w:p>
      <w:pPr>
        <w:jc w:val="right"/>
      </w:pPr>
      <w:r>
        <w:t>فإذا دفعتم إليهم أموالهم فاشهدوا عليهم</w:t>
      </w:r>
    </w:p>
    <w:p>
      <w:r>
        <w:rPr>
          <w:b/>
        </w:rPr>
        <w:t xml:space="preserve">[08:39] </w:t>
      </w:r>
      <w:r>
        <w:t>wakafa billahi haseeba</w:t>
      </w:r>
    </w:p>
    <w:p>
      <w:pPr>
        <w:jc w:val="right"/>
      </w:pPr>
      <w:r>
        <w:t>وكفى بالله حسيبًا</w:t>
      </w:r>
    </w:p>
    <w:p>
      <w:r>
        <w:rPr>
          <w:b/>
        </w:rPr>
        <w:t xml:space="preserve">[08:43] </w:t>
      </w:r>
      <w:r>
        <w:t>lirrijali naseebun mimma taraka alwalidani wal'aqraboon</w:t>
      </w:r>
    </w:p>
    <w:p>
      <w:pPr>
        <w:jc w:val="right"/>
      </w:pPr>
      <w:r>
        <w:t>للرجال نصيب مما ترك الوالدان والأقربون</w:t>
      </w:r>
    </w:p>
    <w:p>
      <w:r>
        <w:rPr>
          <w:b/>
        </w:rPr>
        <w:t xml:space="preserve">[08:51] </w:t>
      </w:r>
      <w:r>
        <w:t>walinnisa'i naseebun walinnisa'i</w:t>
      </w:r>
    </w:p>
    <w:p>
      <w:pPr>
        <w:jc w:val="right"/>
      </w:pPr>
      <w:r>
        <w:t>وللنساء نصيب وللنساء</w:t>
      </w:r>
    </w:p>
    <w:p>
      <w:r>
        <w:rPr>
          <w:b/>
        </w:rPr>
        <w:t xml:space="preserve">[09:00] </w:t>
      </w:r>
      <w:r>
        <w:t>naseebun mimma taraka alwalidani wal'aqraboon mimma qilla minhu aw kathur</w:t>
      </w:r>
    </w:p>
    <w:p>
      <w:pPr>
        <w:jc w:val="right"/>
      </w:pPr>
      <w:r>
        <w:t>نصيب مما ترك الوالدان والأقربون مما قل منه أو كثر</w:t>
      </w:r>
    </w:p>
    <w:p>
      <w:r>
        <w:rPr>
          <w:b/>
        </w:rPr>
        <w:t xml:space="preserve">[09:11] </w:t>
      </w:r>
      <w:r>
        <w:t>naseeban</w:t>
      </w:r>
    </w:p>
    <w:p>
      <w:pPr>
        <w:jc w:val="right"/>
      </w:pPr>
      <w:r>
        <w:t>نصيبًا</w:t>
      </w:r>
    </w:p>
    <w:p>
      <w:r>
        <w:rPr>
          <w:b/>
        </w:rPr>
        <w:t xml:space="preserve">[09:14] </w:t>
      </w:r>
      <w:r>
        <w:t>mafrootan wa'idha hadara alqismata olool qurba wal'ayatama walmasakeenu farzuqoohum</w:t>
      </w:r>
    </w:p>
    <w:p>
      <w:pPr>
        <w:jc w:val="right"/>
      </w:pPr>
      <w:r>
        <w:t>مفروضًا وإذا حضر القسمة أولو القربى واليتامى والمساكين فارزقوهم</w:t>
      </w:r>
    </w:p>
    <w:p>
      <w:r>
        <w:rPr>
          <w:b/>
        </w:rPr>
        <w:t xml:space="preserve">[09:24] </w:t>
      </w:r>
      <w:r>
        <w:t>minhu waqooloo lahum qawlan</w:t>
      </w:r>
    </w:p>
    <w:p>
      <w:pPr>
        <w:jc w:val="right"/>
      </w:pPr>
      <w:r>
        <w:t>منه وقولوا لهم قولًا</w:t>
      </w:r>
    </w:p>
    <w:p>
      <w:r>
        <w:rPr>
          <w:b/>
        </w:rPr>
        <w:t xml:space="preserve">[09:28] </w:t>
      </w:r>
      <w:r>
        <w:t>ma'roofan wal'yakhashalladheena law tarako min khalfihim thurriyyatan</w:t>
      </w:r>
    </w:p>
    <w:p>
      <w:pPr>
        <w:jc w:val="right"/>
      </w:pPr>
      <w:r>
        <w:t>معروفًا وليخش الذين لو تركوا من خلفهم ذرية</w:t>
      </w:r>
    </w:p>
    <w:p>
      <w:r>
        <w:rPr>
          <w:b/>
        </w:rPr>
        <w:t xml:space="preserve">[09:36] </w:t>
      </w:r>
      <w:r>
        <w:t>di'afan khafoo 'alayhim falyattaqoolaha</w:t>
      </w:r>
    </w:p>
    <w:p>
      <w:pPr>
        <w:jc w:val="right"/>
      </w:pPr>
      <w:r>
        <w:t>ضعافًا خافوا عليهم فليتقوا الله</w:t>
      </w:r>
    </w:p>
    <w:p>
      <w:r>
        <w:rPr>
          <w:b/>
        </w:rPr>
        <w:t xml:space="preserve">[09:42] </w:t>
      </w:r>
      <w:r>
        <w:t>falyattaqoolaha walyaqooloo qawlan</w:t>
      </w:r>
    </w:p>
    <w:p>
      <w:pPr>
        <w:jc w:val="right"/>
      </w:pPr>
      <w:r>
        <w:t>فليتقوا الله وليقولوا قولًا</w:t>
      </w:r>
    </w:p>
    <w:p>
      <w:r>
        <w:rPr>
          <w:b/>
        </w:rPr>
        <w:t xml:space="preserve">[09:47] </w:t>
      </w:r>
      <w:r>
        <w:t>sadeedan innalladheena ya'kuloon amwalal'ayatama zulman innama ya'kuloon fi butoonihim</w:t>
      </w:r>
    </w:p>
    <w:p>
      <w:pPr>
        <w:jc w:val="right"/>
      </w:pPr>
      <w:r>
        <w:t>سديدًا إن الذين يأكلون أموال اليتامى ظلمًا إنما يأكلون في بطونهم</w:t>
      </w:r>
    </w:p>
    <w:p>
      <w:r>
        <w:rPr>
          <w:b/>
        </w:rPr>
        <w:t xml:space="preserve">[10:00] </w:t>
      </w:r>
      <w:r>
        <w:t>naran wa-sayaslawna sa'iran yusikum Allah fi awladikum lil-dhakari mithlu hath al-unthayayn aur</w:t>
      </w:r>
    </w:p>
    <w:p>
      <w:pPr>
        <w:jc w:val="right"/>
      </w:pPr>
      <w:r>
        <w:t>نارًا وسيصلون سعيرًا يوصيكم الله في أولادكم للذكر مثل حظ الأنثيين اور</w:t>
      </w:r>
    </w:p>
    <w:p>
      <w:r>
        <w:rPr>
          <w:b/>
        </w:rPr>
        <w:t xml:space="preserve">[10:19] </w:t>
      </w:r>
      <w:r>
        <w:t>nadanon ko apna woh maal na do jis ko Allah ne tumhare liye qayam ka zariya banaya hai</w:t>
      </w:r>
    </w:p>
    <w:p>
      <w:pPr>
        <w:jc w:val="right"/>
      </w:pPr>
      <w:r>
        <w:t>نادانوں کو اپنا وہ مال نہ دو جس کو اللہ نے تمہارے لیے قیام کا ذریعہ بنایا ہے</w:t>
      </w:r>
    </w:p>
    <w:p>
      <w:r>
        <w:rPr>
          <w:b/>
        </w:rPr>
        <w:t xml:space="preserve">[10:27] </w:t>
      </w:r>
      <w:r>
        <w:t>aur us maal mein se un ko khilao aur pehnao aur un se bhali baat kaho aur yateemon</w:t>
      </w:r>
    </w:p>
    <w:p>
      <w:pPr>
        <w:jc w:val="right"/>
      </w:pPr>
      <w:r>
        <w:t>اور اس مال میں سے ان کو کھلاؤ اور پہناؤ اور ان سے بھلی بات کہو اور یتیموں</w:t>
      </w:r>
    </w:p>
    <w:p>
      <w:r>
        <w:rPr>
          <w:b/>
        </w:rPr>
        <w:t xml:space="preserve">[10:37] </w:t>
      </w:r>
      <w:r>
        <w:t>ko janchte raho yahan tak ke jab woh nikah ki umar ko pahunch jayen to agar un mein</w:t>
      </w:r>
    </w:p>
    <w:p>
      <w:pPr>
        <w:jc w:val="right"/>
      </w:pPr>
      <w:r>
        <w:t>کو جانچتے رہو یہاں تک کہ جب وہ نکاح کی عمر کو پہنچ جائیں تو اگر ان میں</w:t>
      </w:r>
    </w:p>
    <w:p>
      <w:r>
        <w:rPr>
          <w:b/>
        </w:rPr>
        <w:t xml:space="preserve">[10:44] </w:t>
      </w:r>
      <w:r>
        <w:t>hoshyaari dekho to un ka maal un ke hawale kar do aur un ka maal israf se aur</w:t>
      </w:r>
    </w:p>
    <w:p>
      <w:pPr>
        <w:jc w:val="right"/>
      </w:pPr>
      <w:r>
        <w:t>ہوشیاری دیکھو تو ان کا مال ان کے حوالے کر دو اور ان کا مال اسراف سے اور</w:t>
      </w:r>
    </w:p>
    <w:p>
      <w:r>
        <w:rPr>
          <w:b/>
        </w:rPr>
        <w:t xml:space="preserve">[10:52] </w:t>
      </w:r>
      <w:r>
        <w:t>us khayal se ke woh bade ho jayen ge na kha jao aur jis ko hajat na ho</w:t>
      </w:r>
    </w:p>
    <w:p>
      <w:pPr>
        <w:jc w:val="right"/>
      </w:pPr>
      <w:r>
        <w:t>اس خیال سے کہ وہ بڑے ہو جائیں گے نہ کھا جاؤ اور جس کو حاجت نہ ہو</w:t>
      </w:r>
    </w:p>
    <w:p>
      <w:r>
        <w:rPr>
          <w:b/>
        </w:rPr>
        <w:t xml:space="preserve">[11:00] </w:t>
      </w:r>
      <w:r>
        <w:t>woh yateem ke maal se parhez kare aur jo shakhs muhtaj</w:t>
      </w:r>
    </w:p>
    <w:p>
      <w:pPr>
        <w:jc w:val="right"/>
      </w:pPr>
      <w:r>
        <w:t>وہ یتیم کے مال سے پرہیز کرے اور جو شخص محتاج</w:t>
      </w:r>
    </w:p>
    <w:p>
      <w:r>
        <w:rPr>
          <w:b/>
        </w:rPr>
        <w:t xml:space="preserve">[11:06] </w:t>
      </w:r>
      <w:r>
        <w:t>ho woh dastoor ke muwafiq khaye phir jab tum un ka maal un ke hawale karo to un</w:t>
      </w:r>
    </w:p>
    <w:p>
      <w:pPr>
        <w:jc w:val="right"/>
      </w:pPr>
      <w:r>
        <w:t>ہو وہ دستور کے موافق کھائے پھر جب تم ان کا مال ان کے حوالے کرو تو ان</w:t>
      </w:r>
    </w:p>
    <w:p>
      <w:r>
        <w:rPr>
          <w:b/>
        </w:rPr>
        <w:t xml:space="preserve">[11:14] </w:t>
      </w:r>
      <w:r>
        <w:t>par gawah thahra lo aur Allah hisab lene ke liye kafi hai maan baap aur qaraabat daron ke</w:t>
      </w:r>
    </w:p>
    <w:p>
      <w:pPr>
        <w:jc w:val="right"/>
      </w:pPr>
      <w:r>
        <w:t>پر گواہ ٹھہرا لو اور اللہ حساب لینے کے لیے کافی ہے ماں باپ اور قرابت داروں کے</w:t>
      </w:r>
    </w:p>
    <w:p>
      <w:r>
        <w:rPr>
          <w:b/>
        </w:rPr>
        <w:t xml:space="preserve">[11:22] </w:t>
      </w:r>
      <w:r>
        <w:t>tarke mein se mardon ka bhi hissa hai aur maan baap aur qaraabat daron ke tarke mein se</w:t>
      </w:r>
    </w:p>
    <w:p>
      <w:pPr>
        <w:jc w:val="right"/>
      </w:pPr>
      <w:r>
        <w:t>ترکے میں سے مردوں کا بھی حصہ ہے اور ماں باپ اور قرابت داروں کے ترکے میں سے</w:t>
      </w:r>
    </w:p>
    <w:p>
      <w:r>
        <w:rPr>
          <w:b/>
        </w:rPr>
        <w:t xml:space="preserve">[11:30] </w:t>
      </w:r>
      <w:r>
        <w:t>auraton ka bhi hissa hai thoda ho ya zyada ho ek muqarrar kiya hua hissa aur agar taqseem</w:t>
      </w:r>
    </w:p>
    <w:p>
      <w:pPr>
        <w:jc w:val="right"/>
      </w:pPr>
      <w:r>
        <w:t>عورتوں کا بھی حصہ ہے تھوڑا ہو یا زیادہ ہو ایک مقرر کیا ہوا حصہ اور اگر تقسیم</w:t>
      </w:r>
    </w:p>
    <w:p>
      <w:r>
        <w:rPr>
          <w:b/>
        </w:rPr>
        <w:t xml:space="preserve">[11:38] </w:t>
      </w:r>
      <w:r>
        <w:t>ke waqt rishtedar aur yateem aur muhtaj maujood hon to us mein se un ko bhi kuch</w:t>
      </w:r>
    </w:p>
    <w:p>
      <w:pPr>
        <w:jc w:val="right"/>
      </w:pPr>
      <w:r>
        <w:t>کے وقت رشتہ دار اور یتیم اور محتاج موجود ہوں تو اس میں سے ان کو بھی کچھ</w:t>
      </w:r>
    </w:p>
    <w:p>
      <w:r>
        <w:rPr>
          <w:b/>
        </w:rPr>
        <w:t xml:space="preserve">[11:45] </w:t>
      </w:r>
      <w:r>
        <w:t>de do aur un se hamdardi ki baat kaho</w:t>
      </w:r>
    </w:p>
    <w:p>
      <w:pPr>
        <w:jc w:val="right"/>
      </w:pPr>
      <w:r>
        <w:t>دے دو اور ان سے ہمدردی کی بات کہو</w:t>
      </w:r>
    </w:p>
    <w:p>
      <w:r>
        <w:rPr>
          <w:b/>
        </w:rPr>
        <w:t xml:space="preserve">[11:50] </w:t>
      </w:r>
      <w:r>
        <w:t>aur aise logon</w:t>
      </w:r>
    </w:p>
    <w:p>
      <w:pPr>
        <w:jc w:val="right"/>
      </w:pPr>
      <w:r>
        <w:t>اور ایسے لوگوں</w:t>
      </w:r>
    </w:p>
    <w:p>
      <w:r>
        <w:rPr>
          <w:b/>
        </w:rPr>
        <w:t xml:space="preserve">[11:51] </w:t>
      </w:r>
      <w:r>
        <w:t>ko darna chahiye ke agar woh apne peeche natwaan bachche chhod jaate to unhein un ki bohat fikr</w:t>
      </w:r>
    </w:p>
    <w:p>
      <w:pPr>
        <w:jc w:val="right"/>
      </w:pPr>
      <w:r>
        <w:t>کو ڈرنا چاہیے کہ اگر وہ اپنے پیچھے ناتواں بچے چھوڑ جاتے تو انہیں ان کی بہت فکر</w:t>
      </w:r>
    </w:p>
    <w:p>
      <w:r>
        <w:rPr>
          <w:b/>
        </w:rPr>
        <w:t xml:space="preserve">[11:59] </w:t>
      </w:r>
      <w:r>
        <w:t>rehti pas un ko chahiye ke Allah se daren aur baat pakki kahen jo log yateemon ka maal</w:t>
      </w:r>
    </w:p>
    <w:p>
      <w:pPr>
        <w:jc w:val="right"/>
      </w:pPr>
      <w:r>
        <w:t>رہتی پس ان کو چاہیے کہ اللہ سے ڈریں اور بات پکی کہیں جو لوگ یتیموں کا مال</w:t>
      </w:r>
    </w:p>
    <w:p>
      <w:r>
        <w:rPr>
          <w:b/>
        </w:rPr>
        <w:t xml:space="preserve">[12:07] </w:t>
      </w:r>
      <w:r>
        <w:t>na-haq khate hain woh log apne paiton mein aag bhar rahe hain aur woh anqareeb bhadakti hui aag</w:t>
      </w:r>
    </w:p>
    <w:p>
      <w:pPr>
        <w:jc w:val="right"/>
      </w:pPr>
      <w:r>
        <w:t>ناحق کھاتے ہیں وہ لوگ اپنے پیٹوں میں اگ بھر رہے ہیں اور وہ عنقریب بھڑکتی ہوئی اگ</w:t>
      </w:r>
    </w:p>
    <w:p>
      <w:r>
        <w:rPr>
          <w:b/>
        </w:rPr>
        <w:t xml:space="preserve">[12:16] </w:t>
      </w:r>
      <w:r>
        <w:t>mein daale jayenge</w:t>
      </w:r>
    </w:p>
    <w:p>
      <w:pPr>
        <w:jc w:val="right"/>
      </w:pPr>
      <w:r>
        <w:t>میں ڈالے جائیں گے</w:t>
      </w:r>
    </w:p>
    <w:p>
      <w:r>
        <w:rPr>
          <w:b/>
        </w:rPr>
        <w:t xml:space="preserve">[12:19] </w:t>
      </w:r>
      <w:r>
        <w:t>tashreeh maal na aish ke liye hai aur na izhaar-e-fakhr ke liye woh aadmi ke liye zindagi</w:t>
      </w:r>
    </w:p>
    <w:p>
      <w:pPr>
        <w:jc w:val="right"/>
      </w:pPr>
      <w:r>
        <w:t>تشریح مال نہ عیش کے لیے ہے اور نہ اظہار فخر کے لیے وہ ادمی کے لیے زندگی</w:t>
      </w:r>
    </w:p>
    <w:p>
      <w:r>
        <w:rPr>
          <w:b/>
        </w:rPr>
        <w:t xml:space="preserve">[12:27] </w:t>
      </w:r>
      <w:r>
        <w:t>ka zariya hai woh dunya mein is ke qayam aur baqa ka saamaan hai maal ka zariya</w:t>
      </w:r>
    </w:p>
    <w:p>
      <w:pPr>
        <w:jc w:val="right"/>
      </w:pPr>
      <w:r>
        <w:t>کا ذریعہ ہے وہ دنیا میں اس کے قیام اور بقا کا سامان ہے مال کا ذریعہ</w:t>
      </w:r>
    </w:p>
    <w:p>
      <w:r>
        <w:rPr>
          <w:b/>
        </w:rPr>
        <w:t xml:space="preserve">[12:37] </w:t>
      </w:r>
      <w:r>
        <w:t>zindagi hona ek taraf yeh zahir karta hai ke is ko bazat khud maqsood bana lena durust nahin</w:t>
      </w:r>
    </w:p>
    <w:p>
      <w:pPr>
        <w:jc w:val="right"/>
      </w:pPr>
      <w:r>
        <w:t>زندگی ہونا ایک طرف یہ ظاہر کرتا ہے کہ اس کو بذات خود مقصود بنا لینا درست نہیں</w:t>
      </w:r>
    </w:p>
    <w:p>
      <w:r>
        <w:rPr>
          <w:b/>
        </w:rPr>
        <w:t xml:space="preserve">[12:47] </w:t>
      </w:r>
      <w:r>
        <w:t>doosre yeh ke intehai zaroori hai ke maal ko zaya hone se bachaya jaye aur is ko is</w:t>
      </w:r>
    </w:p>
    <w:p>
      <w:pPr>
        <w:jc w:val="right"/>
      </w:pPr>
      <w:r>
        <w:t>دوسرے یہ کہ انتہائی ضروری ہے کہ مال کو ضائع ہونے سے بچایا جائے اور اس کو اس</w:t>
      </w:r>
    </w:p>
    <w:p>
      <w:r>
        <w:rPr>
          <w:b/>
        </w:rPr>
        <w:t xml:space="preserve">[12:54] </w:t>
      </w:r>
      <w:r>
        <w:t>ke haqdaar tak pahunchane ka poora ah-te-maam kiya jaye</w:t>
      </w:r>
    </w:p>
    <w:p>
      <w:pPr>
        <w:jc w:val="right"/>
      </w:pPr>
      <w:r>
        <w:t>کے حقدار تک پہنچانے کا پورا اہتمام کیا جائے</w:t>
      </w:r>
    </w:p>
    <w:p>
      <w:r>
        <w:rPr>
          <w:b/>
        </w:rPr>
        <w:t xml:space="preserve">[12:58] </w:t>
      </w:r>
      <w:r>
        <w:t>kisi ke maal ko theek theek ada na karna goya Khuda ke is nizaam mein fasad daalna hai</w:t>
      </w:r>
    </w:p>
    <w:p>
      <w:pPr>
        <w:jc w:val="right"/>
      </w:pPr>
      <w:r>
        <w:t>کسی کے مال کو ٹھیک ٹھیک ادا نہ کرنا گویا خدا کے اس نظام میں فساد ڈالنا ہے</w:t>
      </w:r>
    </w:p>
    <w:p>
      <w:r>
        <w:rPr>
          <w:b/>
        </w:rPr>
        <w:t xml:space="preserve">[13:06] </w:t>
      </w:r>
      <w:r>
        <w:t>jo Khuda ne apne bndon ki rizq-rasani ke liye kiya hai yateem kisi samaaj ka sab se</w:t>
      </w:r>
    </w:p>
    <w:p>
      <w:pPr>
        <w:jc w:val="right"/>
      </w:pPr>
      <w:r>
        <w:t>جو خدا نے اپنے بندوں کی رزق رسانی کے لیے کیا ہے یتیم کسی سماج کا سب سے</w:t>
      </w:r>
    </w:p>
    <w:p>
      <w:r>
        <w:rPr>
          <w:b/>
        </w:rPr>
        <w:t xml:space="preserve">[13:13] </w:t>
      </w:r>
      <w:r>
        <w:t>kamzor hissa hota hai is liye is ke maal ki hifaazat aur is ke muamle mein har qism</w:t>
      </w:r>
    </w:p>
    <w:p>
      <w:pPr>
        <w:jc w:val="right"/>
      </w:pPr>
      <w:r>
        <w:t>کمزور حصہ ہوتا ہے اس لیے اس کے مال کی حفاظت اور اس کے معاملے میں ہر قسم</w:t>
      </w:r>
    </w:p>
    <w:p>
      <w:r>
        <w:rPr>
          <w:b/>
        </w:rPr>
        <w:t xml:space="preserve">[13:20] </w:t>
      </w:r>
      <w:r>
        <w:t>ke zulm se apne ko bachana</w:t>
      </w:r>
    </w:p>
    <w:p>
      <w:pPr>
        <w:jc w:val="right"/>
      </w:pPr>
      <w:r>
        <w:t>کے ظلم سے اپنے کو بچانا</w:t>
      </w:r>
    </w:p>
    <w:p>
      <w:r>
        <w:rPr>
          <w:b/>
        </w:rPr>
        <w:t xml:space="preserve">[13:23] </w:t>
      </w:r>
      <w:r>
        <w:t>aur bhi ziyada zaroori hai hatta ke yeh bhi zaroori hai ke aadmi insaaf ke mutabiq un ke</w:t>
      </w:r>
    </w:p>
    <w:p>
      <w:pPr>
        <w:jc w:val="right"/>
      </w:pPr>
      <w:r>
        <w:t>اور بھی زیادہ ضروری ہے حتی کہ یہ بھی ضروری ہے کہ ادمی انصاف کے مطابق ان کے</w:t>
      </w:r>
    </w:p>
    <w:p>
      <w:r>
        <w:rPr>
          <w:b/>
        </w:rPr>
        <w:t xml:space="preserve">[13:31] </w:t>
      </w:r>
      <w:r>
        <w:t>saath jo muamla kare us ko likh kar is par gawahi le le taake samaaj ke andar shikayat</w:t>
      </w:r>
    </w:p>
    <w:p>
      <w:pPr>
        <w:jc w:val="right"/>
      </w:pPr>
      <w:r>
        <w:t>ساتھ جو معاملہ کرے اس کو لکھ کر اس پر گواہی لے لے تاکہ سماج کے اندر شکایت</w:t>
      </w:r>
    </w:p>
    <w:p>
      <w:r>
        <w:rPr>
          <w:b/>
        </w:rPr>
        <w:t xml:space="preserve">[13:37] </w:t>
      </w:r>
      <w:r>
        <w:t>aur ikhtilaf ki fiza paida na ho aur woh logon ke saamne bari-uz-zimma ho jaye jab bhi</w:t>
      </w:r>
    </w:p>
    <w:p>
      <w:pPr>
        <w:jc w:val="right"/>
      </w:pPr>
      <w:r>
        <w:t>اور اختلاف کی فضا پیدا نہ ہو اور وہ لوگوں کے سامنے بری الذمہ ہو جائے جب بھی</w:t>
      </w:r>
    </w:p>
    <w:p>
      <w:r>
        <w:rPr>
          <w:b/>
        </w:rPr>
        <w:t xml:space="preserve">[13:45] </w:t>
      </w:r>
      <w:r>
        <w:t>aadmi ke haath mein kisi ka muamla ho to us ko yeh samajh kar muamla karna chahiye ke</w:t>
      </w:r>
    </w:p>
    <w:p>
      <w:pPr>
        <w:jc w:val="right"/>
      </w:pPr>
      <w:r>
        <w:t>ادمی کے ہاتھ میں کسی کا معاملہ ہو تو اس کو یہ سمجھ کر معاملہ کرنا چاہیے کہ</w:t>
      </w:r>
    </w:p>
    <w:p>
      <w:r>
        <w:rPr>
          <w:b/>
        </w:rPr>
        <w:t xml:space="preserve">[13:51] </w:t>
      </w:r>
      <w:r>
        <w:t>woh is ki har kotahi Allah ke ilm mein hai sahib-e-muamla apni kamzori ki wajah se khwah</w:t>
      </w:r>
    </w:p>
    <w:p>
      <w:pPr>
        <w:jc w:val="right"/>
      </w:pPr>
      <w:r>
        <w:t>وہ اس کی ہر کوتاہی اللہ کے علم میں ہے صاحب معاملہ اپنی کمزوری کی وجہ سے خواہ</w:t>
      </w:r>
    </w:p>
    <w:p>
      <w:r>
        <w:rPr>
          <w:b/>
        </w:rPr>
        <w:t xml:space="preserve">[13:59] </w:t>
      </w:r>
      <w:r>
        <w:t>us ke khilaaf kuch na kar sake agar Khuda is ko qayamat ke din zaroor pakdega aur</w:t>
      </w:r>
    </w:p>
    <w:p>
      <w:pPr>
        <w:jc w:val="right"/>
      </w:pPr>
      <w:r>
        <w:t>اس کے خلاف کچھ نہ کر سکے اگر خدا اس کو قیامت کے دن ضرور پکڑے گا اور</w:t>
      </w:r>
    </w:p>
    <w:p>
      <w:r>
        <w:rPr>
          <w:b/>
        </w:rPr>
        <w:t xml:space="preserve">[14:07] </w:t>
      </w:r>
      <w:r>
        <w:t>agar us ne haq ke</w:t>
      </w:r>
    </w:p>
    <w:p>
      <w:pPr>
        <w:jc w:val="right"/>
      </w:pPr>
      <w:r>
        <w:t>اگر اس نے حق کے</w:t>
      </w:r>
    </w:p>
    <w:p>
      <w:r>
        <w:rPr>
          <w:b/>
        </w:rPr>
        <w:t xml:space="preserve">[14:08] </w:t>
      </w:r>
      <w:r>
        <w:t>khilaaf muamla kiya hai to woh is ko sakht saza dega aur is ke liye kisi tarah</w:t>
      </w:r>
    </w:p>
    <w:p>
      <w:pPr>
        <w:jc w:val="right"/>
      </w:pPr>
      <w:r>
        <w:t>خلاف معاملہ کیا ہے تو وہ اس کو سخت سزا دے گا اور اس کے لیے کسی طرح</w:t>
      </w:r>
    </w:p>
    <w:p>
      <w:r>
        <w:rPr>
          <w:b/>
        </w:rPr>
        <w:t xml:space="preserve">[14:15] </w:t>
      </w:r>
      <w:r>
        <w:t>bhi Khuda ki saza se bachna mumkin na hoga dunya mein kamzor ka haq daba kar aadmi khush</w:t>
      </w:r>
    </w:p>
    <w:p>
      <w:pPr>
        <w:jc w:val="right"/>
      </w:pPr>
      <w:r>
        <w:t>بھی خدا کی سزا سے بچنا ممکن نہ ہوگا دنیا میں کمزور کا حق دبا کر ادمی خوش</w:t>
      </w:r>
    </w:p>
    <w:p>
      <w:r>
        <w:rPr>
          <w:b/>
        </w:rPr>
        <w:t xml:space="preserve">[14:23] </w:t>
      </w:r>
      <w:r>
        <w:t>hota hai magar har ناجائز maal jo aadmi apne pait mein daalta hai woh goya apne pait mein</w:t>
      </w:r>
    </w:p>
    <w:p>
      <w:pPr>
        <w:jc w:val="right"/>
      </w:pPr>
      <w:r>
        <w:t>ہوتا ہے مگر ہر ناجائز مال جو ادمی اپنے پیٹ میں ڈالتا ہے وہ گویا اپنے پیٹ میں</w:t>
      </w:r>
    </w:p>
    <w:p>
      <w:r>
        <w:rPr>
          <w:b/>
        </w:rPr>
        <w:t xml:space="preserve">[14:31] </w:t>
      </w:r>
      <w:r>
        <w:t>ag daal raha hai dunya mein aise maal ka ag hona bazahir mehsoos nahi hota magar akhirat mein</w:t>
      </w:r>
    </w:p>
    <w:p>
      <w:pPr>
        <w:jc w:val="right"/>
      </w:pPr>
      <w:r>
        <w:t>اگ ڈال رہا ہے دنیا میں ایسے مال کا اگ ہونا بظاہر محسوس نہیں ہوتا مگر اخرت میں</w:t>
      </w:r>
    </w:p>
    <w:p>
      <w:r>
        <w:rPr>
          <w:b/>
        </w:rPr>
        <w:t xml:space="preserve">[14:38] </w:t>
      </w:r>
      <w:r>
        <w:t>yeh haqeeqat khul jaye gi yahan aadmi ko amal ki aazadi zaroor di gayi hai magar nateeja aadmi</w:t>
      </w:r>
    </w:p>
    <w:p>
      <w:pPr>
        <w:jc w:val="right"/>
      </w:pPr>
      <w:r>
        <w:t>یہ حقیقت کھل جائے گی یہاں ادمی کو عمل کی ازادی ضرور دی گئی ہے مگر نتیجہ ادمی</w:t>
      </w:r>
    </w:p>
    <w:p>
      <w:r>
        <w:rPr>
          <w:b/>
        </w:rPr>
        <w:t xml:space="preserve">[14:47] </w:t>
      </w:r>
      <w:r>
        <w:t>ke apne ikhtiyar mein nahi hai jo shakhs apne ko bure anjaam se bachana chahta</w:t>
      </w:r>
    </w:p>
    <w:p>
      <w:pPr>
        <w:jc w:val="right"/>
      </w:pPr>
      <w:r>
        <w:t>کے اپنے اختیار میں نہیں ہے جو شخص اپنے کو برے انجام سے بچانا چاہتا</w:t>
      </w:r>
    </w:p>
    <w:p>
      <w:r>
        <w:rPr>
          <w:b/>
        </w:rPr>
        <w:t xml:space="preserve">[14:54] </w:t>
      </w:r>
      <w:r>
        <w:t>hai us ko doosron ke sath bhi bura nahi karna chahiye aadmi ko chahiye ke woh doosron ke</w:t>
      </w:r>
    </w:p>
    <w:p>
      <w:pPr>
        <w:jc w:val="right"/>
      </w:pPr>
      <w:r>
        <w:t>ہے اس کو دوسروں کے ساتھ بھی برا نہیں کرنا چاہیے ادمی کو چاہیے کہ وہ دوسروں کے</w:t>
      </w:r>
    </w:p>
    <w:p>
      <w:r>
        <w:rPr>
          <w:b/>
        </w:rPr>
        <w:t xml:space="preserve">[15:02] </w:t>
      </w:r>
      <w:r>
        <w:t>liye nafe bakhsh baney aur apni isti'dad ke mutabiq doosron ko de agar koi shakhs dene ki haisiyat</w:t>
      </w:r>
    </w:p>
    <w:p>
      <w:pPr>
        <w:jc w:val="right"/>
      </w:pPr>
      <w:r>
        <w:t>لیے نفع بخش بنے اور اپنی استعداد کے مطابق دوسروں کو دے اگر کوئی شخص دینے کی حیثیت</w:t>
      </w:r>
    </w:p>
    <w:p>
      <w:r>
        <w:rPr>
          <w:b/>
        </w:rPr>
        <w:t xml:space="preserve">[15:11] </w:t>
      </w:r>
      <w:r>
        <w:t>mein nahi hai to aakhri islami darja yeh hai ke woh doosron ka dil na dukhaaye apni zuban</w:t>
      </w:r>
    </w:p>
    <w:p>
      <w:pPr>
        <w:jc w:val="right"/>
      </w:pPr>
      <w:r>
        <w:t>میں نہیں ہے تو اخری اسلامی درجہ یہ ہے کہ وہ دوسروں کا دل نہ دکھائے اپنی زبان</w:t>
      </w:r>
    </w:p>
    <w:p>
      <w:r>
        <w:rPr>
          <w:b/>
        </w:rPr>
        <w:t xml:space="preserve">[15:19] </w:t>
      </w:r>
      <w:r>
        <w:t>khole to seedhi aur sachhi baat kehne ke liye kholey warna khamosh rahe</w:t>
      </w:r>
    </w:p>
    <w:p>
      <w:pPr>
        <w:jc w:val="right"/>
      </w:pPr>
      <w:r>
        <w:t>کھولے تو سیدھی اور سچی بات کہنے کے لیے کھولے ورنہ خاموش رہے</w:t>
      </w:r>
    </w:p>
    <w:p>
      <w:r>
        <w:rPr>
          <w:b/>
        </w:rPr>
        <w:t xml:space="preserve">[15:26] </w:t>
      </w:r>
      <w:r>
        <w:t>yousikumullahu fi</w:t>
      </w:r>
    </w:p>
    <w:p>
      <w:pPr>
        <w:jc w:val="right"/>
      </w:pPr>
      <w:r>
        <w:t>یوصیکم اللہ فی</w:t>
      </w:r>
    </w:p>
    <w:p>
      <w:r>
        <w:rPr>
          <w:b/>
        </w:rPr>
        <w:t xml:space="preserve">[15:31] </w:t>
      </w:r>
      <w:r>
        <w:t>awladikum lilladhkari mithlu hathil unthain</w:t>
      </w:r>
    </w:p>
    <w:p>
      <w:pPr>
        <w:jc w:val="right"/>
      </w:pPr>
      <w:r>
        <w:t>اولادکم للذکر مثل حظ الانثین</w:t>
      </w:r>
    </w:p>
    <w:p>
      <w:r>
        <w:rPr>
          <w:b/>
        </w:rPr>
        <w:t xml:space="preserve">[15:38] </w:t>
      </w:r>
      <w:r>
        <w:t>fa in</w:t>
      </w:r>
    </w:p>
    <w:p>
      <w:pPr>
        <w:jc w:val="right"/>
      </w:pPr>
      <w:r>
        <w:t>فان</w:t>
      </w:r>
    </w:p>
    <w:p>
      <w:r>
        <w:rPr>
          <w:b/>
        </w:rPr>
        <w:t xml:space="preserve">[15:40] </w:t>
      </w:r>
      <w:r>
        <w:t>kun nisaa'un fawqa ithnatain falahunn</w:t>
      </w:r>
    </w:p>
    <w:p>
      <w:pPr>
        <w:jc w:val="right"/>
      </w:pPr>
      <w:r>
        <w:t>کن نساء فوق اثنتین فلهن</w:t>
      </w:r>
    </w:p>
    <w:p>
      <w:r>
        <w:rPr>
          <w:b/>
        </w:rPr>
        <w:t xml:space="preserve">[15:47] </w:t>
      </w:r>
      <w:r>
        <w:t>thulutha ma tarak</w:t>
      </w:r>
    </w:p>
    <w:p>
      <w:pPr>
        <w:jc w:val="right"/>
      </w:pPr>
      <w:r>
        <w:t>ثلثا ما ترك</w:t>
      </w:r>
    </w:p>
    <w:p>
      <w:r>
        <w:rPr>
          <w:b/>
        </w:rPr>
        <w:t xml:space="preserve">[15:50] </w:t>
      </w:r>
      <w:r>
        <w:t>wa in kanat wahida</w:t>
      </w:r>
    </w:p>
    <w:p>
      <w:pPr>
        <w:jc w:val="right"/>
      </w:pPr>
      <w:r>
        <w:t>وان كانت واحده</w:t>
      </w:r>
    </w:p>
    <w:p>
      <w:r>
        <w:rPr>
          <w:b/>
        </w:rPr>
        <w:t xml:space="preserve">[15:54] </w:t>
      </w:r>
      <w:r>
        <w:t>falalha nisfu wa li abawaihi likullin wahidin</w:t>
      </w:r>
    </w:p>
    <w:p>
      <w:pPr>
        <w:jc w:val="right"/>
      </w:pPr>
      <w:r>
        <w:t>فلها النصف ولابويه لكل واحد</w:t>
      </w:r>
    </w:p>
    <w:p>
      <w:r>
        <w:rPr>
          <w:b/>
        </w:rPr>
        <w:t xml:space="preserve">[16:01] </w:t>
      </w:r>
      <w:r>
        <w:t>minhuma as sudusu mimma taraka in kana lahu waladun</w:t>
      </w:r>
    </w:p>
    <w:p>
      <w:pPr>
        <w:jc w:val="right"/>
      </w:pPr>
      <w:r>
        <w:t>منهما السدس مما ترك ان كان له ولد</w:t>
      </w:r>
    </w:p>
    <w:p>
      <w:r>
        <w:rPr>
          <w:b/>
        </w:rPr>
        <w:t xml:space="preserve">[16:08] </w:t>
      </w:r>
      <w:r>
        <w:t>fa in lam yakun lahu waladun wa warisathu</w:t>
      </w:r>
    </w:p>
    <w:p>
      <w:pPr>
        <w:jc w:val="right"/>
      </w:pPr>
      <w:r>
        <w:t>فان لم يكن له ولد وورثه</w:t>
      </w:r>
    </w:p>
    <w:p>
      <w:r>
        <w:rPr>
          <w:b/>
        </w:rPr>
        <w:t xml:space="preserve">[16:14] </w:t>
      </w:r>
      <w:r>
        <w:t>abawahu fal ummihi ath thuluthu</w:t>
      </w:r>
    </w:p>
    <w:p>
      <w:pPr>
        <w:jc w:val="right"/>
      </w:pPr>
      <w:r>
        <w:t>ابواه فلامه الثلث</w:t>
      </w:r>
    </w:p>
    <w:p>
      <w:r>
        <w:rPr>
          <w:b/>
        </w:rPr>
        <w:t xml:space="preserve">[16:19] </w:t>
      </w:r>
      <w:r>
        <w:t>fa in kana lahu</w:t>
      </w:r>
    </w:p>
    <w:p>
      <w:pPr>
        <w:jc w:val="right"/>
      </w:pPr>
      <w:r>
        <w:t>فان كان له</w:t>
      </w:r>
    </w:p>
    <w:p>
      <w:r>
        <w:rPr>
          <w:b/>
        </w:rPr>
        <w:t xml:space="preserve">[16:23] </w:t>
      </w:r>
      <w:r>
        <w:t>ikhwatu hu fal ummihi</w:t>
      </w:r>
    </w:p>
    <w:p>
      <w:pPr>
        <w:jc w:val="right"/>
      </w:pPr>
      <w:r>
        <w:t>اخوه فلامه</w:t>
      </w:r>
    </w:p>
    <w:p>
      <w:r>
        <w:rPr>
          <w:b/>
        </w:rPr>
        <w:t xml:space="preserve">[16:27] </w:t>
      </w:r>
      <w:r>
        <w:t>as sudusu min ba'di wasiyyatin</w:t>
      </w:r>
    </w:p>
    <w:p>
      <w:pPr>
        <w:jc w:val="right"/>
      </w:pPr>
      <w:r>
        <w:t>السدس من بعد وصيه</w:t>
      </w:r>
    </w:p>
    <w:p>
      <w:r>
        <w:rPr>
          <w:b/>
        </w:rPr>
        <w:t xml:space="preserve">[16:32] </w:t>
      </w:r>
      <w:r>
        <w:t>yusa biha aw dainin</w:t>
      </w:r>
    </w:p>
    <w:p>
      <w:pPr>
        <w:jc w:val="right"/>
      </w:pPr>
      <w:r>
        <w:t>يوصي بها او دين</w:t>
      </w:r>
    </w:p>
    <w:p>
      <w:r>
        <w:rPr>
          <w:b/>
        </w:rPr>
        <w:t xml:space="preserve">[16:38] </w:t>
      </w:r>
      <w:r>
        <w:t>abaukum wa abnaukum la tadruna ayyahum aqrabu lakum nafa'an</w:t>
      </w:r>
    </w:p>
    <w:p>
      <w:pPr>
        <w:jc w:val="right"/>
      </w:pPr>
      <w:r>
        <w:t>اباؤكم وابناؤكم لا تدرون ايهم اقرب لكم نفعا</w:t>
      </w:r>
    </w:p>
    <w:p>
      <w:r>
        <w:rPr>
          <w:b/>
        </w:rPr>
        <w:t xml:space="preserve">[16:50] </w:t>
      </w:r>
      <w:r>
        <w:t>faridatan minallahi</w:t>
      </w:r>
    </w:p>
    <w:p>
      <w:pPr>
        <w:jc w:val="right"/>
      </w:pPr>
      <w:r>
        <w:t>فريضه من الله</w:t>
      </w:r>
    </w:p>
    <w:p>
      <w:r>
        <w:rPr>
          <w:b/>
        </w:rPr>
        <w:t xml:space="preserve">[16:55] </w:t>
      </w:r>
      <w:r>
        <w:t>innallaha kana 'aliman hakeeman</w:t>
      </w:r>
    </w:p>
    <w:p>
      <w:pPr>
        <w:jc w:val="right"/>
      </w:pPr>
      <w:r>
        <w:t>ان الله كان عليما حكيما</w:t>
      </w:r>
    </w:p>
    <w:p>
      <w:r>
        <w:rPr>
          <w:b/>
        </w:rPr>
        <w:t xml:space="preserve">[17:01] </w:t>
      </w:r>
      <w:r>
        <w:t>wa lakum nisfu ma taraka azwajukum in lam yakun lahunna</w:t>
      </w:r>
    </w:p>
    <w:p>
      <w:pPr>
        <w:jc w:val="right"/>
      </w:pPr>
      <w:r>
        <w:t>ولكم نصف ما ترك ازواجكم ان لم يكن لهن</w:t>
      </w:r>
    </w:p>
    <w:p>
      <w:r>
        <w:rPr>
          <w:b/>
        </w:rPr>
        <w:t xml:space="preserve">[17:07] </w:t>
      </w:r>
      <w:r>
        <w:t>walad fa in kan lahun</w:t>
      </w:r>
    </w:p>
    <w:p>
      <w:pPr>
        <w:jc w:val="right"/>
      </w:pPr>
      <w:r>
        <w:t>ولد فان كان لهن</w:t>
      </w:r>
    </w:p>
    <w:p>
      <w:r>
        <w:rPr>
          <w:b/>
        </w:rPr>
        <w:t xml:space="preserve">[17:12] </w:t>
      </w:r>
      <w:r>
        <w:t>walad falakumur rubu mimma tarukna min ba'di wasiyatin</w:t>
      </w:r>
    </w:p>
    <w:p>
      <w:pPr>
        <w:jc w:val="right"/>
      </w:pPr>
      <w:r>
        <w:t>ولد فلكم الربع مما تركن من بعد وصيه</w:t>
      </w:r>
    </w:p>
    <w:p>
      <w:r>
        <w:rPr>
          <w:b/>
        </w:rPr>
        <w:t xml:space="preserve">[17:21] </w:t>
      </w:r>
      <w:r>
        <w:t>yusina biha aw dain</w:t>
      </w:r>
    </w:p>
    <w:p>
      <w:pPr>
        <w:jc w:val="right"/>
      </w:pPr>
      <w:r>
        <w:t>يوصين بها او دين</w:t>
      </w:r>
    </w:p>
    <w:p>
      <w:r>
        <w:rPr>
          <w:b/>
        </w:rPr>
        <w:t xml:space="preserve">[17:27] </w:t>
      </w:r>
      <w:r>
        <w:t>walahunur rubu mimma taraktum in lam yakun lakum walad</w:t>
      </w:r>
    </w:p>
    <w:p>
      <w:pPr>
        <w:jc w:val="right"/>
      </w:pPr>
      <w:r>
        <w:t>ولهن الربع مما تركتم ان لم يكن لكم ولد</w:t>
      </w:r>
    </w:p>
    <w:p>
      <w:r>
        <w:rPr>
          <w:b/>
        </w:rPr>
        <w:t xml:space="preserve">[17:34] </w:t>
      </w:r>
      <w:r>
        <w:t>fa in kan lakum walad falahunna</w:t>
      </w:r>
    </w:p>
    <w:p>
      <w:pPr>
        <w:jc w:val="right"/>
      </w:pPr>
      <w:r>
        <w:t>فان كان لكم ولد فلهن</w:t>
      </w:r>
    </w:p>
    <w:p>
      <w:r>
        <w:rPr>
          <w:b/>
        </w:rPr>
        <w:t xml:space="preserve">[17:40] </w:t>
      </w:r>
      <w:r>
        <w:t>ath thum nu mimma taraktum</w:t>
      </w:r>
    </w:p>
    <w:p>
      <w:pPr>
        <w:jc w:val="right"/>
      </w:pPr>
      <w:r>
        <w:t>الثمن مما تركتم</w:t>
      </w:r>
    </w:p>
    <w:p>
      <w:r>
        <w:rPr>
          <w:b/>
        </w:rPr>
        <w:t xml:space="preserve">[17:44] </w:t>
      </w:r>
      <w:r>
        <w:t>min ba'di wasiyatin</w:t>
      </w:r>
    </w:p>
    <w:p>
      <w:pPr>
        <w:jc w:val="right"/>
      </w:pPr>
      <w:r>
        <w:t>من بعد وصيه</w:t>
      </w:r>
    </w:p>
    <w:p>
      <w:r>
        <w:rPr>
          <w:b/>
        </w:rPr>
        <w:t xml:space="preserve">[17:48] </w:t>
      </w:r>
      <w:r>
        <w:t>min ba'di wasiyatin</w:t>
      </w:r>
    </w:p>
    <w:p>
      <w:pPr>
        <w:jc w:val="right"/>
      </w:pPr>
      <w:r>
        <w:t>من بعد وصيه</w:t>
      </w:r>
    </w:p>
    <w:p>
      <w:r>
        <w:rPr>
          <w:b/>
        </w:rPr>
        <w:t xml:space="preserve">[17:51] </w:t>
      </w:r>
      <w:r>
        <w:t>tuson biha aw dain</w:t>
      </w:r>
    </w:p>
    <w:p>
      <w:pPr>
        <w:jc w:val="right"/>
      </w:pPr>
      <w:r>
        <w:t>توصون بها او دين</w:t>
      </w:r>
    </w:p>
    <w:p>
      <w:r>
        <w:rPr>
          <w:b/>
        </w:rPr>
        <w:t xml:space="preserve">[17:58] </w:t>
      </w:r>
      <w:r>
        <w:t>wa in</w:t>
      </w:r>
    </w:p>
    <w:p>
      <w:pPr>
        <w:jc w:val="right"/>
      </w:pPr>
      <w:r>
        <w:t>وان</w:t>
      </w:r>
    </w:p>
    <w:p>
      <w:r>
        <w:rPr>
          <w:b/>
        </w:rPr>
        <w:t xml:space="preserve">[17:59] </w:t>
      </w:r>
      <w:r>
        <w:t>kan rajul yurathu kalalatu aw imraah</w:t>
      </w:r>
    </w:p>
    <w:p>
      <w:pPr>
        <w:jc w:val="right"/>
      </w:pPr>
      <w:r>
        <w:t>كان رجل يورث كلاله او امراه</w:t>
      </w:r>
    </w:p>
    <w:p>
      <w:r>
        <w:rPr>
          <w:b/>
        </w:rPr>
        <w:t xml:space="preserve">[18:04] </w:t>
      </w:r>
      <w:r>
        <w:t>walahu akhun aw ukhtun falikullin wahidin</w:t>
      </w:r>
    </w:p>
    <w:p>
      <w:pPr>
        <w:jc w:val="right"/>
      </w:pPr>
      <w:r>
        <w:t>وله اخ او اخت فلكل واحد</w:t>
      </w:r>
    </w:p>
    <w:p>
      <w:r>
        <w:rPr>
          <w:b/>
        </w:rPr>
        <w:t xml:space="preserve">[18:11] </w:t>
      </w:r>
      <w:r>
        <w:t>minhuma as sudsu fa in kanu</w:t>
      </w:r>
    </w:p>
    <w:p>
      <w:pPr>
        <w:jc w:val="right"/>
      </w:pPr>
      <w:r>
        <w:t>منهما السدس فان كانوا</w:t>
      </w:r>
    </w:p>
    <w:p>
      <w:r>
        <w:rPr>
          <w:b/>
        </w:rPr>
        <w:t xml:space="preserve">[18:18] </w:t>
      </w:r>
      <w:r>
        <w:t>akthara min thalika fahum shurakau</w:t>
      </w:r>
    </w:p>
    <w:p>
      <w:pPr>
        <w:jc w:val="right"/>
      </w:pPr>
      <w:r>
        <w:t>اكثر من ذلك فهم شركاء</w:t>
      </w:r>
    </w:p>
    <w:p>
      <w:r>
        <w:rPr>
          <w:b/>
        </w:rPr>
        <w:t xml:space="preserve">[18:23] </w:t>
      </w:r>
      <w:r>
        <w:t>fi ath thuluthi min ba'di wasiyatin</w:t>
      </w:r>
    </w:p>
    <w:p>
      <w:pPr>
        <w:jc w:val="right"/>
      </w:pPr>
      <w:r>
        <w:t>في الثلث من بعد وصيه</w:t>
      </w:r>
    </w:p>
    <w:p>
      <w:r>
        <w:rPr>
          <w:b/>
        </w:rPr>
        <w:t xml:space="preserve">[18:29] </w:t>
      </w:r>
      <w:r>
        <w:t>yusa biha aw dain ghaira midarrin</w:t>
      </w:r>
    </w:p>
    <w:p>
      <w:pPr>
        <w:jc w:val="right"/>
      </w:pPr>
      <w:r>
        <w:t>يوصى بها او دين غير مضار</w:t>
      </w:r>
    </w:p>
    <w:p>
      <w:r>
        <w:rPr>
          <w:b/>
        </w:rPr>
        <w:t xml:space="preserve">[18:38] </w:t>
      </w:r>
      <w:r>
        <w:t>wasiyatu minallahi</w:t>
      </w:r>
    </w:p>
    <w:p>
      <w:pPr>
        <w:jc w:val="right"/>
      </w:pPr>
      <w:r>
        <w:t>وصيه من الله</w:t>
      </w:r>
    </w:p>
    <w:p>
      <w:r>
        <w:rPr>
          <w:b/>
        </w:rPr>
        <w:t xml:space="preserve">[18:43] </w:t>
      </w:r>
      <w:r>
        <w:t>wallahu alimun halimun</w:t>
      </w:r>
    </w:p>
    <w:p>
      <w:pPr>
        <w:jc w:val="right"/>
      </w:pPr>
      <w:r>
        <w:t>والله عليم حليم</w:t>
      </w:r>
    </w:p>
    <w:p>
      <w:r>
        <w:rPr>
          <w:b/>
        </w:rPr>
        <w:t xml:space="preserve">[18:48] </w:t>
      </w:r>
      <w:r>
        <w:t>tilka hududullahi</w:t>
      </w:r>
    </w:p>
    <w:p>
      <w:pPr>
        <w:jc w:val="right"/>
      </w:pPr>
      <w:r>
        <w:t>تلك حدود الله</w:t>
      </w:r>
    </w:p>
    <w:p>
      <w:r>
        <w:rPr>
          <w:b/>
        </w:rPr>
        <w:t xml:space="preserve">[18:52] </w:t>
      </w:r>
      <w:r>
        <w:t>wa may yuti'illaha warasulahu yudkhilhu jannatin</w:t>
      </w:r>
    </w:p>
    <w:p>
      <w:pPr>
        <w:jc w:val="right"/>
      </w:pPr>
      <w:r>
        <w:t>ومن يطع الله ورسوله يدخله جنات</w:t>
      </w:r>
    </w:p>
    <w:p>
      <w:r>
        <w:rPr>
          <w:b/>
        </w:rPr>
        <w:t xml:space="preserve">[18:59] </w:t>
      </w:r>
      <w:r>
        <w:t>tajri min tahtiha al anhari khalidina fiha</w:t>
      </w:r>
    </w:p>
    <w:p>
      <w:pPr>
        <w:jc w:val="right"/>
      </w:pPr>
      <w:r>
        <w:t>تجري من تحتها الانهار خالدين فيها</w:t>
      </w:r>
    </w:p>
    <w:p>
      <w:r>
        <w:rPr>
          <w:b/>
        </w:rPr>
        <w:t xml:space="preserve">[19:06] </w:t>
      </w:r>
      <w:r>
        <w:t>wa thalika al fawz ul azim</w:t>
      </w:r>
    </w:p>
    <w:p>
      <w:pPr>
        <w:jc w:val="right"/>
      </w:pPr>
      <w:r>
        <w:t>وذلك الفوز العظيم</w:t>
      </w:r>
    </w:p>
    <w:p>
      <w:r>
        <w:rPr>
          <w:b/>
        </w:rPr>
        <w:t xml:space="preserve">[19:11] </w:t>
      </w:r>
      <w:r>
        <w:t>wa-man ya'si Allah wa-rasulahu wa-yata'adda hududahu yudkhilhu naran khalidan fiha khalidan fiha wa-lahu 'adhabun muhinun</w:t>
      </w:r>
    </w:p>
    <w:p>
      <w:pPr>
        <w:jc w:val="right"/>
      </w:pPr>
      <w:r>
        <w:t>ومن يعصي الله ورسوله ويتعدى حدوده يدخله نارا خالدا فيها خالدا فيها وله عذاب مهين</w:t>
      </w:r>
    </w:p>
    <w:p>
      <w:r>
        <w:rPr>
          <w:b/>
        </w:rPr>
        <w:t xml:space="preserve">[19:30] </w:t>
      </w:r>
      <w:r>
        <w:t>allah tum ko tumhari aulad ke bare mein hukum deta hai ke mard ka hissa do auraton ke</w:t>
      </w:r>
    </w:p>
    <w:p>
      <w:pPr>
        <w:jc w:val="right"/>
      </w:pPr>
      <w:r>
        <w:t>اللہ تم کو تمہاری اولاد کے بارے میں حکم دیتا ہے کہ مرد کا حصہ دو عورتوں کے</w:t>
      </w:r>
    </w:p>
    <w:p>
      <w:r>
        <w:rPr>
          <w:b/>
        </w:rPr>
        <w:t xml:space="preserve">[19:36] </w:t>
      </w:r>
      <w:r>
        <w:t>barabar hai agar auraten do se zaid hain to un ke liye do tihai hai is maal se</w:t>
      </w:r>
    </w:p>
    <w:p>
      <w:pPr>
        <w:jc w:val="right"/>
      </w:pPr>
      <w:r>
        <w:t>برابر ہے اگر عورتیں دو سے زائد ہیں تو ان کے لیے دو تہائی ہے اس مال سے</w:t>
      </w:r>
    </w:p>
    <w:p>
      <w:r>
        <w:rPr>
          <w:b/>
        </w:rPr>
        <w:t xml:space="preserve">[19:44] </w:t>
      </w:r>
      <w:r>
        <w:t>jo murt chhod gaya hai aur agar woh akeli hai to us ke liye adha hai aur mayyat</w:t>
      </w:r>
    </w:p>
    <w:p>
      <w:pPr>
        <w:jc w:val="right"/>
      </w:pPr>
      <w:r>
        <w:t>جو مورث چھوڑ گیا ہے اور اگر وہ اکیلی ہے تو اس کے لیے ادھا ہے اور میت</w:t>
      </w:r>
    </w:p>
    <w:p>
      <w:r>
        <w:rPr>
          <w:b/>
        </w:rPr>
        <w:t xml:space="preserve">[19:51] </w:t>
      </w:r>
      <w:r>
        <w:t>ke ma bap ko dono mein se har ek ke liye chatha hissa hai is maal ka jo</w:t>
      </w:r>
    </w:p>
    <w:p>
      <w:pPr>
        <w:jc w:val="right"/>
      </w:pPr>
      <w:r>
        <w:t>کے ماں باپ کو دونوں میں سے ہر ایک کے لیے چھٹا حصہ ہے اس مال کا جو</w:t>
      </w:r>
    </w:p>
    <w:p>
      <w:r>
        <w:rPr>
          <w:b/>
        </w:rPr>
        <w:t xml:space="preserve">[19:57] </w:t>
      </w:r>
      <w:r>
        <w:t>wo chhod gaya hai bashart muris ke aulad ho aur agar muris ke aulad na ho aur is</w:t>
      </w:r>
    </w:p>
    <w:p>
      <w:pPr>
        <w:jc w:val="right"/>
      </w:pPr>
      <w:r>
        <w:t>وہ چھوڑ گیا ہے بشرط مورث کے اولاد ہو اور اگر مورث کے اولاد نہ ہو اور اس</w:t>
      </w:r>
    </w:p>
    <w:p>
      <w:r>
        <w:rPr>
          <w:b/>
        </w:rPr>
        <w:t xml:space="preserve">[20:06] </w:t>
      </w:r>
      <w:r>
        <w:t>ke ma bap is ke waris hon to is ki maan ka tihai hai aur agar is ke</w:t>
      </w:r>
    </w:p>
    <w:p>
      <w:pPr>
        <w:jc w:val="right"/>
      </w:pPr>
      <w:r>
        <w:t>کے ماں باپ اس کے وارث ہوں تو اس کی ماں کا تہائی ہے اور اگر اس کے</w:t>
      </w:r>
    </w:p>
    <w:p>
      <w:r>
        <w:rPr>
          <w:b/>
        </w:rPr>
        <w:t xml:space="preserve">[20:13] </w:t>
      </w:r>
      <w:r>
        <w:t>bhai bahan hon to is ki maan ke</w:t>
      </w:r>
    </w:p>
    <w:p>
      <w:pPr>
        <w:jc w:val="right"/>
      </w:pPr>
      <w:r>
        <w:t>بھائی بہن ہوں تو اس کی ماں کے</w:t>
      </w:r>
    </w:p>
    <w:p>
      <w:r>
        <w:rPr>
          <w:b/>
        </w:rPr>
        <w:t xml:space="preserve">[20:15] </w:t>
      </w:r>
      <w:r>
        <w:t>liye chatha hissa hai ye hisse nikalne ke baad ya adaye qarz ke baad hain jo wo kar</w:t>
      </w:r>
    </w:p>
    <w:p>
      <w:pPr>
        <w:jc w:val="right"/>
      </w:pPr>
      <w:r>
        <w:t>لیے چھٹا حصہ ہے یہ حصے نکالنے کے بعد یا ادائے قرض کے بعد ہیں جو وہ کر</w:t>
      </w:r>
    </w:p>
    <w:p>
      <w:r>
        <w:rPr>
          <w:b/>
        </w:rPr>
        <w:t xml:space="preserve">[20:25] </w:t>
      </w:r>
      <w:r>
        <w:t>jata hai tumhare bap hon ya tumhare bete hon tum nahi jante ke un mein tumhare liye sab</w:t>
      </w:r>
    </w:p>
    <w:p>
      <w:pPr>
        <w:jc w:val="right"/>
      </w:pPr>
      <w:r>
        <w:t>جاتا ہے تمہارے باپ ہوں یا تمہارے بیٹے ہوں تم نہیں جانتے کہ ان میں تمہارے لیے سب</w:t>
      </w:r>
    </w:p>
    <w:p>
      <w:r>
        <w:rPr>
          <w:b/>
        </w:rPr>
        <w:t xml:space="preserve">[20:34] </w:t>
      </w:r>
      <w:r>
        <w:t>se zyada nafe kaun hai ye Allah ka thehraya hua fariza hai beshak Allah ilm wala hikmat</w:t>
      </w:r>
    </w:p>
    <w:p>
      <w:pPr>
        <w:jc w:val="right"/>
      </w:pPr>
      <w:r>
        <w:t>سے زیادہ نافع کون ہے یہ اللہ کا ٹھہرایا ہوا فریضہ ہے بے شک اللہ علم والا حکمت</w:t>
      </w:r>
    </w:p>
    <w:p>
      <w:r>
        <w:rPr>
          <w:b/>
        </w:rPr>
        <w:t xml:space="preserve">[20:43] </w:t>
      </w:r>
      <w:r>
        <w:t>wala hai aur tumhare liye is maal ka adha hissa hai jo tumhari biwiyan chhoden bashart un ke</w:t>
      </w:r>
    </w:p>
    <w:p>
      <w:pPr>
        <w:jc w:val="right"/>
      </w:pPr>
      <w:r>
        <w:t>والا ہے اور تمہارے لیے اس مال کا ادھا حصہ ہے جو تمہاری بیویاں چھوڑیں بشرط ان کے</w:t>
      </w:r>
    </w:p>
    <w:p>
      <w:r>
        <w:rPr>
          <w:b/>
        </w:rPr>
        <w:t xml:space="preserve">[20:51] </w:t>
      </w:r>
      <w:r>
        <w:t>aulad na ho aur agar un ke aulad ho to tumhare liye biwiyon ke tarke ka chauthai hai</w:t>
      </w:r>
    </w:p>
    <w:p>
      <w:pPr>
        <w:jc w:val="right"/>
      </w:pPr>
      <w:r>
        <w:t>اولاد نہ ہو اور اگر ان کے اولاد ہو تو تمہارے لیے بیویوں کے ترکے کا چوتھائی ہے</w:t>
      </w:r>
    </w:p>
    <w:p>
      <w:r>
        <w:rPr>
          <w:b/>
        </w:rPr>
        <w:t xml:space="preserve">[21:01] </w:t>
      </w:r>
      <w:r>
        <w:t>wasiyat</w:t>
      </w:r>
    </w:p>
    <w:p>
      <w:pPr>
        <w:jc w:val="right"/>
      </w:pPr>
      <w:r>
        <w:t>وصیت</w:t>
      </w:r>
    </w:p>
    <w:p>
      <w:r>
        <w:rPr>
          <w:b/>
        </w:rPr>
        <w:t xml:space="preserve">[21:01] </w:t>
      </w:r>
      <w:r>
        <w:t>nikalne ke baad jis ki wasiyat wo kar jayen ya adaye qarz ke baad aur un biwiyon ke</w:t>
      </w:r>
    </w:p>
    <w:p>
      <w:pPr>
        <w:jc w:val="right"/>
      </w:pPr>
      <w:r>
        <w:t>نکالنے کے بعد جس کی وصیت وہ کر جائیں یا ادائے قرض کے بعد اور ان بیویوں کے</w:t>
      </w:r>
    </w:p>
    <w:p>
      <w:r>
        <w:rPr>
          <w:b/>
        </w:rPr>
        <w:t xml:space="preserve">[21:10] </w:t>
      </w:r>
      <w:r>
        <w:t>liye chauthai hai tumhare tarke ka agar tumhare aulad nahi aur agar tumhare aulad hain to un ke</w:t>
      </w:r>
    </w:p>
    <w:p>
      <w:pPr>
        <w:jc w:val="right"/>
      </w:pPr>
      <w:r>
        <w:t>لیے چوتھائی ہے تمہارے ترکے کا اگر تمہارے اولاد نہیں اور اگر تمہارے اولاد ہیں تو ان کے</w:t>
      </w:r>
    </w:p>
    <w:p>
      <w:r>
        <w:rPr>
          <w:b/>
        </w:rPr>
        <w:t xml:space="preserve">[21:18] </w:t>
      </w:r>
      <w:r>
        <w:t>liye athvaan hissa hai tumhare tarke ke baad wasiyat nikalne ke jis ki tum wasiyat kar jao ya</w:t>
      </w:r>
    </w:p>
    <w:p>
      <w:pPr>
        <w:jc w:val="right"/>
      </w:pPr>
      <w:r>
        <w:t>لیے اٹھواں حصہ ہے تمہارے ترکے کے بعد وصیت نکالنے کے جس کی تم وصیت کر جاؤ یا</w:t>
      </w:r>
    </w:p>
    <w:p>
      <w:r>
        <w:rPr>
          <w:b/>
        </w:rPr>
        <w:t xml:space="preserve">[21:25] </w:t>
      </w:r>
      <w:r>
        <w:t>adaye qarz ke baad aur agar koi muris mard ya aurat aisa ho jis ke na usool hon</w:t>
      </w:r>
    </w:p>
    <w:p>
      <w:pPr>
        <w:jc w:val="right"/>
      </w:pPr>
      <w:r>
        <w:t>ادائے قرض کے بعد اور اگر کوئی مورث مرد یا عورت ایسا ہو جس کے نہ اصول ہوں</w:t>
      </w:r>
    </w:p>
    <w:p>
      <w:r>
        <w:rPr>
          <w:b/>
        </w:rPr>
        <w:t xml:space="preserve">[21:33] </w:t>
      </w:r>
      <w:r>
        <w:t>aur na furoo aur is ke ek bhai ya ek bahan ho to dono mein se har ek</w:t>
      </w:r>
    </w:p>
    <w:p>
      <w:pPr>
        <w:jc w:val="right"/>
      </w:pPr>
      <w:r>
        <w:t>اور نہ فروع اور اس کے ایک بھائی یا ایک بہن ہو تو دونوں میں سے ہر ایک</w:t>
      </w:r>
    </w:p>
    <w:p>
      <w:r>
        <w:rPr>
          <w:b/>
        </w:rPr>
        <w:t xml:space="preserve">[21:41] </w:t>
      </w:r>
      <w:r>
        <w:t>ke liye chatha hissa hai aur agar wo is se zyada</w:t>
      </w:r>
    </w:p>
    <w:p>
      <w:pPr>
        <w:jc w:val="right"/>
      </w:pPr>
      <w:r>
        <w:t>کے لیے چھٹا حصہ ہے اور اگر وہ اس سے زائد</w:t>
      </w:r>
    </w:p>
    <w:p>
      <w:r>
        <w:rPr>
          <w:b/>
        </w:rPr>
        <w:t xml:space="preserve">[21:47] </w:t>
      </w:r>
      <w:r>
        <w:t>hon to wo ek tihai mein shareek honge baad wasiyat nikalne ke jis ki wasiyat ki gayi</w:t>
      </w:r>
    </w:p>
    <w:p>
      <w:pPr>
        <w:jc w:val="right"/>
      </w:pPr>
      <w:r>
        <w:t>ہوں تو وہ ایک تہائی میں شریک ہوں گے بعد وصیت نکالنے کے جس کی وصیت کی گئی</w:t>
      </w:r>
    </w:p>
    <w:p>
      <w:r>
        <w:rPr>
          <w:b/>
        </w:rPr>
        <w:t xml:space="preserve">[21:54] </w:t>
      </w:r>
      <w:r>
        <w:t>ho ya adaye qarz ke baad baghair kisi ko nuksan pahanchaye</w:t>
      </w:r>
    </w:p>
    <w:p>
      <w:pPr>
        <w:jc w:val="right"/>
      </w:pPr>
      <w:r>
        <w:t>ہو یا ادائے قرض کے بعد بغیر کسی کو نقصان پہنچائے</w:t>
      </w:r>
    </w:p>
    <w:p>
      <w:r>
        <w:rPr>
          <w:b/>
        </w:rPr>
        <w:t xml:space="preserve">[22:00] </w:t>
      </w:r>
      <w:r>
        <w:t>ye hukum Allah ki taraf se hai aur Allah aleem aur haleem hai ye Allah ki thehrayi hui</w:t>
      </w:r>
    </w:p>
    <w:p>
      <w:pPr>
        <w:jc w:val="right"/>
      </w:pPr>
      <w:r>
        <w:t>یہ حکم اللہ کی طرف سے ہے اور اللہ علیم اور حلیم ہے یہ اللہ کی ٹھہرائی ہوئی</w:t>
      </w:r>
    </w:p>
    <w:p>
      <w:r>
        <w:rPr>
          <w:b/>
        </w:rPr>
        <w:t xml:space="preserve">[22:09] </w:t>
      </w:r>
      <w:r>
        <w:t>hadden hain aur jo shakhs Allah aur us ke rasool ki itaat karega Allah us ko aise</w:t>
      </w:r>
    </w:p>
    <w:p>
      <w:pPr>
        <w:jc w:val="right"/>
      </w:pPr>
      <w:r>
        <w:t>حدیں ہیں اور جو شخص اللہ اور اس کے رسول کی اطاعت کرے گا اللہ اس کو ایسے</w:t>
      </w:r>
    </w:p>
    <w:p>
      <w:r>
        <w:rPr>
          <w:b/>
        </w:rPr>
        <w:t xml:space="preserve">[22:18] </w:t>
      </w:r>
      <w:r>
        <w:t>baghon mein dakhil karega jin ke neeche nahrein behti hon gi un mein wo hamesha rahenge</w:t>
      </w:r>
    </w:p>
    <w:p>
      <w:pPr>
        <w:jc w:val="right"/>
      </w:pPr>
      <w:r>
        <w:t>باغوں میں داخل کرے گا جن کے نیچے نہریں بہتی ہوں گی ان میں وہ ہمیشہ رہیں گے</w:t>
      </w:r>
    </w:p>
    <w:p>
      <w:r>
        <w:rPr>
          <w:b/>
        </w:rPr>
        <w:t xml:space="preserve">[22:25] </w:t>
      </w:r>
      <w:r>
        <w:t>aur yahi bari kamyabi hai aur jo shakhs Allah aur us ke rasool ki nafarmani karega</w:t>
      </w:r>
    </w:p>
    <w:p>
      <w:pPr>
        <w:jc w:val="right"/>
      </w:pPr>
      <w:r>
        <w:t>اور یہی بڑی کامیابی ہے اور جو شخص اللہ اور اس کے رسول کی نافرمانی کرے</w:t>
      </w:r>
    </w:p>
    <w:p>
      <w:r>
        <w:rPr>
          <w:b/>
        </w:rPr>
        <w:t xml:space="preserve">[22:32] </w:t>
      </w:r>
      <w:r>
        <w:t>aur us ke muqarrar kiye hue zabton se bahar nikal jayega us ko wo aag mein</w:t>
      </w:r>
    </w:p>
    <w:p>
      <w:pPr>
        <w:jc w:val="right"/>
      </w:pPr>
      <w:r>
        <w:t>گا اور اس کے مقرر کیے ہوئے ضابطوں سے باہر نکل جائے گا اس کو وہ اگ میں</w:t>
      </w:r>
    </w:p>
    <w:p>
      <w:r>
        <w:rPr>
          <w:b/>
        </w:rPr>
        <w:t xml:space="preserve">[22:39] </w:t>
      </w:r>
      <w:r>
        <w:t>dakhil karega jis mein wo hamesha rahega aur us ke liye zillat wala azab hai</w:t>
      </w:r>
    </w:p>
    <w:p>
      <w:pPr>
        <w:jc w:val="right"/>
      </w:pPr>
      <w:r>
        <w:t>داخل کرے گا جس میں وہ ہمیشہ رہے گا اور اس کے لیے ذلت والا عذاب ہے</w:t>
      </w:r>
    </w:p>
    <w:p>
      <w:r>
        <w:rPr>
          <w:b/>
        </w:rPr>
        <w:t xml:space="preserve">[22:48] </w:t>
      </w:r>
      <w:r>
        <w:t>tashreeh aadam jo qanoon banata hai us mein kisi na kisi pehlu ki taraf jhukao ho jata hai</w:t>
      </w:r>
    </w:p>
    <w:p>
      <w:pPr>
        <w:jc w:val="right"/>
      </w:pPr>
      <w:r>
        <w:t>تشریح ادمی جو قانون بناتا ہے اس میں کسی نہ کسی پہلو کی طرف جھکاؤ ہو جاتا ہے</w:t>
      </w:r>
    </w:p>
    <w:p>
      <w:r>
        <w:rPr>
          <w:b/>
        </w:rPr>
        <w:t xml:space="preserve">[22:57] </w:t>
      </w:r>
      <w:r>
        <w:t>qadeem qabaili daur mein ladka bohat ahmiyat rakhta tha kyunke woh qabile ke liye taqat ka zariya tha</w:t>
      </w:r>
    </w:p>
    <w:p>
      <w:pPr>
        <w:jc w:val="right"/>
      </w:pPr>
      <w:r>
        <w:t>قدیم قبائلی دور میں لڑکا بہت اہمیت رکھتا تھا کیونکہ وہ قبیلے کے لیے طاقت کا ذریعہ تھا</w:t>
      </w:r>
    </w:p>
    <w:p>
      <w:r>
        <w:rPr>
          <w:b/>
        </w:rPr>
        <w:t xml:space="preserve">[23:07] </w:t>
      </w:r>
      <w:r>
        <w:t>is liye wirasat mein ladki ko mehroom kar ke sara haq ladke ko de diya gaya maujooda zamane</w:t>
      </w:r>
    </w:p>
    <w:p>
      <w:pPr>
        <w:jc w:val="right"/>
      </w:pPr>
      <w:r>
        <w:t>اس لیے وراثت میں لڑکی کو محروم کر کے سارا حق لڑکے کو دے دیا گیا موجودہ زمانے</w:t>
      </w:r>
    </w:p>
    <w:p>
      <w:r>
        <w:rPr>
          <w:b/>
        </w:rPr>
        <w:t xml:space="preserve">[23:15] </w:t>
      </w:r>
      <w:r>
        <w:t>mein is ka rad-e-amal hua</w:t>
      </w:r>
    </w:p>
    <w:p>
      <w:pPr>
        <w:jc w:val="right"/>
      </w:pPr>
      <w:r>
        <w:t>میں اس کا ردعمل ہوا</w:t>
      </w:r>
    </w:p>
    <w:p>
      <w:r>
        <w:rPr>
          <w:b/>
        </w:rPr>
        <w:t xml:space="preserve">[23:17] </w:t>
      </w:r>
      <w:r>
        <w:t>to ladka aur ladki dono barabar kar diye gaye lekin pichla usool agar ghair munsaafana tha to maujooda</w:t>
      </w:r>
    </w:p>
    <w:p>
      <w:pPr>
        <w:jc w:val="right"/>
      </w:pPr>
      <w:r>
        <w:t>تو لڑکا اور لڑکی دونوں برابر کر دیے گئے لیکن پچھلا اصول اگر غیر منصفانہ تھا تو موجودہ</w:t>
      </w:r>
    </w:p>
    <w:p>
      <w:r>
        <w:rPr>
          <w:b/>
        </w:rPr>
        <w:t xml:space="preserve">[23:25] </w:t>
      </w:r>
      <w:r>
        <w:t>usool ghair haqeeqat pasandana hai yeh sirf Allah hai jis ka ilm aur hikmat is baat ki zamanat</w:t>
      </w:r>
    </w:p>
    <w:p>
      <w:pPr>
        <w:jc w:val="right"/>
      </w:pPr>
      <w:r>
        <w:t>اصول غیر حقیقت پسندانہ ہے یہ صرف اللہ ہے جس کا علم اور حکمت اس بات کی ضمانت</w:t>
      </w:r>
    </w:p>
    <w:p>
      <w:r>
        <w:rPr>
          <w:b/>
        </w:rPr>
        <w:t xml:space="preserve">[23:34] </w:t>
      </w:r>
      <w:r>
        <w:t>hai ke woh jo qanoon de woh har qism ki be-etidali se pak ho Allah ne is</w:t>
      </w:r>
    </w:p>
    <w:p>
      <w:pPr>
        <w:jc w:val="right"/>
      </w:pPr>
      <w:r>
        <w:t>ہے کہ وہ جو قانون دے وہ ہر قسم کی بے اعتدالی سے پاک ہو اللہ نے اس</w:t>
      </w:r>
    </w:p>
    <w:p>
      <w:r>
        <w:rPr>
          <w:b/>
        </w:rPr>
        <w:t xml:space="preserve">[23:42] </w:t>
      </w:r>
      <w:r>
        <w:t>silsile mein jo zabte muqarrar kiye hain woh na sirf yeh ke samaji insaaf ka haqeeqi zariya hai</w:t>
      </w:r>
    </w:p>
    <w:p>
      <w:pPr>
        <w:jc w:val="right"/>
      </w:pPr>
      <w:r>
        <w:t>سلسلے میں جو ضابطے مقرر کیے ہیں وہ نہ صرف یہ کہ سماجی انصاف کا حقیقی ذریعہ ہے</w:t>
      </w:r>
    </w:p>
    <w:p>
      <w:r>
        <w:rPr>
          <w:b/>
        </w:rPr>
        <w:t xml:space="preserve">[23:51] </w:t>
      </w:r>
      <w:r>
        <w:t>balkeh akhirat ki zindagi se bhi in ka gehra ta'alluq hai yateemon ke huqooq ada karna wasiyat ki</w:t>
      </w:r>
    </w:p>
    <w:p>
      <w:pPr>
        <w:jc w:val="right"/>
      </w:pPr>
      <w:r>
        <w:t>بلکہ اخرت کی زندگی سے بھی ان کا گہرا تعلق ہے یتیموں کے حقوق ادا کرنا وصیت کی</w:t>
      </w:r>
    </w:p>
    <w:p>
      <w:r>
        <w:rPr>
          <w:b/>
        </w:rPr>
        <w:t xml:space="preserve">[24:02] </w:t>
      </w:r>
      <w:r>
        <w:t>ta'meel karna wirasat</w:t>
      </w:r>
    </w:p>
    <w:p>
      <w:pPr>
        <w:jc w:val="right"/>
      </w:pPr>
      <w:r>
        <w:t>تعمیل کرنا وراثت</w:t>
      </w:r>
    </w:p>
    <w:p>
      <w:r>
        <w:rPr>
          <w:b/>
        </w:rPr>
        <w:t xml:space="preserve">[24:04] </w:t>
      </w:r>
      <w:r>
        <w:t>ko is ke warison tak pahunchana in umoor mein se hain jin par aadmi ki dozaakh aur jannat</w:t>
      </w:r>
    </w:p>
    <w:p>
      <w:pPr>
        <w:jc w:val="right"/>
      </w:pPr>
      <w:r>
        <w:t>کو اس کے وارثوں تک پہنچانا ان امور میں سے ہیں جن پر ادمی کی دوزخ اور جنت</w:t>
      </w:r>
    </w:p>
    <w:p>
      <w:r>
        <w:rPr>
          <w:b/>
        </w:rPr>
        <w:t xml:space="preserve">[24:14] </w:t>
      </w:r>
      <w:r>
        <w:t>ka inhisaar hai ek tihai hisse mein wasiyat karna shar'an jaiz hai lekin koi shakhs aisi wasiyat kare</w:t>
      </w:r>
    </w:p>
    <w:p>
      <w:pPr>
        <w:jc w:val="right"/>
      </w:pPr>
      <w:r>
        <w:t>کا انحصار ہے ایک تہائی حصے میں وصیت کرنا شرعا جائز ہے لیکن کوئی شخص ایسی وصیت کرے</w:t>
      </w:r>
    </w:p>
    <w:p>
      <w:r>
        <w:rPr>
          <w:b/>
        </w:rPr>
        <w:t xml:space="preserve">[24:22] </w:t>
      </w:r>
      <w:r>
        <w:t>jis ka maqsad haqqdaar ko wirasat se mehroom karna ho to yeh aisa gunah hai jo us ko</w:t>
      </w:r>
    </w:p>
    <w:p>
      <w:pPr>
        <w:jc w:val="right"/>
      </w:pPr>
      <w:r>
        <w:t>جس کا مقصد حقدار کو وراثت سے محروم کرنا ہو تو یہ ایسا گناہ ہے جو اس کو</w:t>
      </w:r>
    </w:p>
    <w:p>
      <w:r>
        <w:rPr>
          <w:b/>
        </w:rPr>
        <w:t xml:space="preserve">[24:31] </w:t>
      </w:r>
      <w:r>
        <w:t>jahannum ka mustahiq bana sakta hai is maamle mein aadmi ko Khuda ke muqarrar kiye hue zabte par</w:t>
      </w:r>
    </w:p>
    <w:p>
      <w:pPr>
        <w:jc w:val="right"/>
      </w:pPr>
      <w:r>
        <w:t>جہنم کا مستحق بنا سکتا ہے اس معاملے میں ادمی کو خدا کے مقرر کیے ہوئے ضابطے پر</w:t>
      </w:r>
    </w:p>
    <w:p>
      <w:r>
        <w:rPr>
          <w:b/>
        </w:rPr>
        <w:t xml:space="preserve">[24:39] </w:t>
      </w:r>
      <w:r>
        <w:t>chalna hai na ke zaati khwahishon aur khandan ki maslehaton ke upar</w:t>
      </w:r>
    </w:p>
    <w:p>
      <w:pPr>
        <w:jc w:val="right"/>
      </w:pPr>
      <w:r>
        <w:t>چلنا ہے نہ کہ ذاتی خواہشوں اور خاندانی مصلحتوں کے اوپر</w:t>
      </w:r>
    </w:p>
    <w:p>
      <w:r>
        <w:rPr>
          <w:b/>
        </w:rPr>
        <w:t xml:space="preserve">[24:49] </w:t>
      </w:r>
      <w:r>
        <w:t>wal lati al fahishata min nisaikum</w:t>
      </w:r>
    </w:p>
    <w:p>
      <w:pPr>
        <w:jc w:val="right"/>
      </w:pPr>
      <w:r>
        <w:t>واللاتی الفاحشۃ من نسائکم</w:t>
      </w:r>
    </w:p>
    <w:p>
      <w:r>
        <w:rPr>
          <w:b/>
        </w:rPr>
        <w:t xml:space="preserve">[24:55] </w:t>
      </w:r>
      <w:r>
        <w:t>fastashhidu alaihin arba'a</w:t>
      </w:r>
    </w:p>
    <w:p>
      <w:pPr>
        <w:jc w:val="right"/>
      </w:pPr>
      <w:r>
        <w:t>فاستشهدوا علیہن اربعه</w:t>
      </w:r>
    </w:p>
    <w:p>
      <w:r>
        <w:rPr>
          <w:b/>
        </w:rPr>
        <w:t xml:space="preserve">[25:00] </w:t>
      </w:r>
      <w:r>
        <w:t>minakum fa in shahidu famsukuhunna</w:t>
      </w:r>
    </w:p>
    <w:p>
      <w:pPr>
        <w:jc w:val="right"/>
      </w:pPr>
      <w:r>
        <w:t>منکم فان شهدوا فامسکوہن</w:t>
      </w:r>
    </w:p>
    <w:p>
      <w:r>
        <w:rPr>
          <w:b/>
        </w:rPr>
        <w:t xml:space="preserve">[25:07] </w:t>
      </w:r>
      <w:r>
        <w:t>fi al buyuti hatta tatawaffahunna</w:t>
      </w:r>
    </w:p>
    <w:p>
      <w:pPr>
        <w:jc w:val="right"/>
      </w:pPr>
      <w:r>
        <w:t>فی البیوت حتى يتوفاهن</w:t>
      </w:r>
    </w:p>
    <w:p>
      <w:r>
        <w:rPr>
          <w:b/>
        </w:rPr>
        <w:t xml:space="preserve">[25:11] </w:t>
      </w:r>
      <w:r>
        <w:t>al mawtu aw yaj'al Allahu lahunna</w:t>
      </w:r>
    </w:p>
    <w:p>
      <w:pPr>
        <w:jc w:val="right"/>
      </w:pPr>
      <w:r>
        <w:t>الموت او یجعل اللہ لهن</w:t>
      </w:r>
    </w:p>
    <w:p>
      <w:r>
        <w:rPr>
          <w:b/>
        </w:rPr>
        <w:t xml:space="preserve">[25:15] </w:t>
      </w:r>
      <w:r>
        <w:t>sabila wal zani yatiyanihima</w:t>
      </w:r>
    </w:p>
    <w:p>
      <w:pPr>
        <w:jc w:val="right"/>
      </w:pPr>
      <w:r>
        <w:t>سبیلا والذان یاتیانہ</w:t>
      </w:r>
    </w:p>
    <w:p>
      <w:r>
        <w:rPr>
          <w:b/>
        </w:rPr>
        <w:t xml:space="preserve">[25:20] </w:t>
      </w:r>
      <w:r>
        <w:t>minkum fa azuhuma fa in</w:t>
      </w:r>
    </w:p>
    <w:p>
      <w:pPr>
        <w:jc w:val="right"/>
      </w:pPr>
      <w:r>
        <w:t>منکم فاذوہما فان</w:t>
      </w:r>
    </w:p>
    <w:p>
      <w:r>
        <w:rPr>
          <w:b/>
        </w:rPr>
        <w:t xml:space="preserve">[25:25] </w:t>
      </w:r>
      <w:r>
        <w:t>taba wa asliha fa a'ridu anhuma</w:t>
      </w:r>
    </w:p>
    <w:p>
      <w:pPr>
        <w:jc w:val="right"/>
      </w:pPr>
      <w:r>
        <w:t>تابا واصلحا فاعرضوا عنهما</w:t>
      </w:r>
    </w:p>
    <w:p>
      <w:r>
        <w:rPr>
          <w:b/>
        </w:rPr>
        <w:t xml:space="preserve">[25:30] </w:t>
      </w:r>
      <w:r>
        <w:t>innallaha kana tawwabar rahiman</w:t>
      </w:r>
    </w:p>
    <w:p>
      <w:pPr>
        <w:jc w:val="right"/>
      </w:pPr>
      <w:r>
        <w:t>ان اللہ کان توابا رحیما</w:t>
      </w:r>
    </w:p>
    <w:p>
      <w:r>
        <w:rPr>
          <w:b/>
        </w:rPr>
        <w:t xml:space="preserve">[25:36] </w:t>
      </w:r>
      <w:r>
        <w:t>innama al tawbatu alallahi lil lazina ya'malun</w:t>
      </w:r>
    </w:p>
    <w:p>
      <w:pPr>
        <w:jc w:val="right"/>
      </w:pPr>
      <w:r>
        <w:t>انما التوبه على الله للذين اعملون</w:t>
      </w:r>
    </w:p>
    <w:p>
      <w:r>
        <w:rPr>
          <w:b/>
        </w:rPr>
        <w:t xml:space="preserve">[25:41] </w:t>
      </w:r>
      <w:r>
        <w:t>al su'a bijahalatin thumma</w:t>
      </w:r>
    </w:p>
    <w:p>
      <w:pPr>
        <w:jc w:val="right"/>
      </w:pPr>
      <w:r>
        <w:t>السوء بجهاله ثم</w:t>
      </w:r>
    </w:p>
    <w:p>
      <w:r>
        <w:rPr>
          <w:b/>
        </w:rPr>
        <w:t xml:space="preserve">[25:46] </w:t>
      </w:r>
      <w:r>
        <w:t>yatooboon min qareeb</w:t>
      </w:r>
    </w:p>
    <w:p>
      <w:pPr>
        <w:jc w:val="right"/>
      </w:pPr>
      <w:r>
        <w:t>يتوبون من قريب</w:t>
      </w:r>
    </w:p>
    <w:p>
      <w:r>
        <w:rPr>
          <w:b/>
        </w:rPr>
        <w:t xml:space="preserve">[25:52] </w:t>
      </w:r>
      <w:r>
        <w:t>thumma yatooboon min qareeb</w:t>
      </w:r>
    </w:p>
    <w:p>
      <w:pPr>
        <w:jc w:val="right"/>
      </w:pPr>
      <w:r>
        <w:t>ثم يتوبون من قريب</w:t>
      </w:r>
    </w:p>
    <w:p>
      <w:r>
        <w:rPr>
          <w:b/>
        </w:rPr>
        <w:t xml:space="preserve">[25:57] </w:t>
      </w:r>
      <w:r>
        <w:t>faolaa'ika yatooboo allahu alayhim</w:t>
      </w:r>
    </w:p>
    <w:p>
      <w:pPr>
        <w:jc w:val="right"/>
      </w:pPr>
      <w:r>
        <w:t>فاولئك يتوب الله عليهم</w:t>
      </w:r>
    </w:p>
    <w:p>
      <w:r>
        <w:rPr>
          <w:b/>
        </w:rPr>
        <w:t xml:space="preserve">[26:03] </w:t>
      </w:r>
      <w:r>
        <w:t>wa kaana allahu aleeman hakeema</w:t>
      </w:r>
    </w:p>
    <w:p>
      <w:pPr>
        <w:jc w:val="right"/>
      </w:pPr>
      <w:r>
        <w:t>وكان الله عليما حكيما</w:t>
      </w:r>
    </w:p>
    <w:p>
      <w:r>
        <w:rPr>
          <w:b/>
        </w:rPr>
        <w:t xml:space="preserve">[26:08] </w:t>
      </w:r>
      <w:r>
        <w:t>wa laysat at tawbatu lil lazeena ya'maloon as sayyi'aati hatta</w:t>
      </w:r>
    </w:p>
    <w:p>
      <w:pPr>
        <w:jc w:val="right"/>
      </w:pPr>
      <w:r>
        <w:t>وليست التوبه للذين يعملون السيئات حتى</w:t>
      </w:r>
    </w:p>
    <w:p>
      <w:r>
        <w:rPr>
          <w:b/>
        </w:rPr>
        <w:t xml:space="preserve">[26:15] </w:t>
      </w:r>
      <w:r>
        <w:t>itha hadara ahaduhumul mawtu qaala inni tubtu al aan</w:t>
      </w:r>
    </w:p>
    <w:p>
      <w:pPr>
        <w:jc w:val="right"/>
      </w:pPr>
      <w:r>
        <w:t>اذا حضر احدهم الموت قال اني تبت الان</w:t>
      </w:r>
    </w:p>
    <w:p>
      <w:r>
        <w:rPr>
          <w:b/>
        </w:rPr>
        <w:t xml:space="preserve">[26:23] </w:t>
      </w:r>
      <w:r>
        <w:t>qala inni tubtu al aan wa lilladhina yamutuna wa hum kuffar ula'ika a'tadna lahum azaban aleema</w:t>
      </w:r>
    </w:p>
    <w:p>
      <w:pPr>
        <w:jc w:val="right"/>
      </w:pPr>
      <w:r>
        <w:t>قال اني تبت الان وللذين يموتون وهم كفار اولئك اعتدنا لهم عذابا اليما</w:t>
      </w:r>
    </w:p>
    <w:p>
      <w:r>
        <w:rPr>
          <w:b/>
        </w:rPr>
        <w:t xml:space="preserve">[26:41] </w:t>
      </w:r>
      <w:r>
        <w:t>aur tumhari auraton mein se jo koi badkari kare to un par apno mein se chaar mard gawah</w:t>
      </w:r>
    </w:p>
    <w:p>
      <w:pPr>
        <w:jc w:val="right"/>
      </w:pPr>
      <w:r>
        <w:t>اور تمہاری عورتوں میں سے جو کوئی بدکاری کرے تو ان پر اپنوں میں سے چار مرد گواہ</w:t>
      </w:r>
    </w:p>
    <w:p>
      <w:r>
        <w:rPr>
          <w:b/>
        </w:rPr>
        <w:t xml:space="preserve">[26:49] </w:t>
      </w:r>
      <w:r>
        <w:t>karo phir agar woh gawahi de de to un auraton ko gharon ke andar band rakho yahan tak</w:t>
      </w:r>
    </w:p>
    <w:p>
      <w:pPr>
        <w:jc w:val="right"/>
      </w:pPr>
      <w:r>
        <w:t>کرو پھر اگر وہ گواہی دے دے تو ان عورتوں کو گھروں کے اندر بند رکھو یہاں تک</w:t>
      </w:r>
    </w:p>
    <w:p>
      <w:r>
        <w:rPr>
          <w:b/>
        </w:rPr>
        <w:t xml:space="preserve">[26:57] </w:t>
      </w:r>
      <w:r>
        <w:t>ke un ko maut utha le ya Allah un ke liye koi raah nikaal de aur tum mein</w:t>
      </w:r>
    </w:p>
    <w:p>
      <w:pPr>
        <w:jc w:val="right"/>
      </w:pPr>
      <w:r>
        <w:t>کہ ان کو موت اٹھا لے یا اللہ ان کے لیے کوئی راہ نکال دے اور تم میں</w:t>
      </w:r>
    </w:p>
    <w:p>
      <w:r>
        <w:rPr>
          <w:b/>
        </w:rPr>
        <w:t xml:space="preserve">[27:05] </w:t>
      </w:r>
      <w:r>
        <w:t>se do mard jo wohi badkari karein to un ko aziyat pahunchao phir agar woh dono toba kar</w:t>
      </w:r>
    </w:p>
    <w:p>
      <w:pPr>
        <w:jc w:val="right"/>
      </w:pPr>
      <w:r>
        <w:t>سے دو مرد جو وہی بدکاری کریں تو ان کو اذیت پہنچاؤ پھر اگر وہ دونوں توبہ کر</w:t>
      </w:r>
    </w:p>
    <w:p>
      <w:r>
        <w:rPr>
          <w:b/>
        </w:rPr>
        <w:t xml:space="preserve">[27:13] </w:t>
      </w:r>
      <w:r>
        <w:t>lein aur apni islaah kar lein to un ka khayal chhod do beshak Allah toba qubool karne</w:t>
      </w:r>
    </w:p>
    <w:p>
      <w:pPr>
        <w:jc w:val="right"/>
      </w:pPr>
      <w:r>
        <w:t>لیں اور اپنی اصلاح کر لیں تو ان کا خیال چھوڑ دو بے شک اللہ توبہ قبول کرنے</w:t>
      </w:r>
    </w:p>
    <w:p>
      <w:r>
        <w:rPr>
          <w:b/>
        </w:rPr>
        <w:t xml:space="preserve">[27:21] </w:t>
      </w:r>
      <w:r>
        <w:t>wala meherban hai</w:t>
      </w:r>
    </w:p>
    <w:p>
      <w:pPr>
        <w:jc w:val="right"/>
      </w:pPr>
      <w:r>
        <w:t>والا مہربان ہے</w:t>
      </w:r>
    </w:p>
    <w:p>
      <w:r>
        <w:rPr>
          <w:b/>
        </w:rPr>
        <w:t xml:space="preserve">[27:24] </w:t>
      </w:r>
      <w:r>
        <w:t>toba jis ki qubool karna Allah</w:t>
      </w:r>
    </w:p>
    <w:p>
      <w:pPr>
        <w:jc w:val="right"/>
      </w:pPr>
      <w:r>
        <w:t>توبہ جس کی قبول کرنا اللہ</w:t>
      </w:r>
    </w:p>
    <w:p>
      <w:r>
        <w:rPr>
          <w:b/>
        </w:rPr>
        <w:t xml:space="preserve">[27:26] </w:t>
      </w:r>
      <w:r>
        <w:t>ki zimmedari hai woh un logon ki hai jo buri harkat nadani se kar bethte hain phir</w:t>
      </w:r>
    </w:p>
    <w:p>
      <w:pPr>
        <w:jc w:val="right"/>
      </w:pPr>
      <w:r>
        <w:t>کی ذمہ داری ہے وہ ان لوگوں کی ہے جو بری حرکت نادانی سے کر بیٹھتے ہیں پھر</w:t>
      </w:r>
    </w:p>
    <w:p>
      <w:r>
        <w:rPr>
          <w:b/>
        </w:rPr>
        <w:t xml:space="preserve">[27:33] </w:t>
      </w:r>
      <w:r>
        <w:t>jald hi toba kar lete hain wohi hain jin ki toba Allah qubool karta hai aur Allah janne</w:t>
      </w:r>
    </w:p>
    <w:p>
      <w:pPr>
        <w:jc w:val="right"/>
      </w:pPr>
      <w:r>
        <w:t>جلد ہی توبہ کر لیتے ہیں وہی ہیں جن کی توبہ اللہ قبول کرتا ہے اور اللہ جاننے</w:t>
      </w:r>
    </w:p>
    <w:p>
      <w:r>
        <w:rPr>
          <w:b/>
        </w:rPr>
        <w:t xml:space="preserve">[27:41] </w:t>
      </w:r>
      <w:r>
        <w:t>wala hikmat wala hai aur aise logon ki toba nahi hai jo barabar gunah karte rahein yahan tak</w:t>
      </w:r>
    </w:p>
    <w:p>
      <w:pPr>
        <w:jc w:val="right"/>
      </w:pPr>
      <w:r>
        <w:t>والا حکمت والا ہے اور ایسے لوگوں کی توبہ نہیں ہے جو برابر گناہ کرتے رہیں یہاں تک</w:t>
      </w:r>
    </w:p>
    <w:p>
      <w:r>
        <w:rPr>
          <w:b/>
        </w:rPr>
        <w:t xml:space="preserve">[27:49] </w:t>
      </w:r>
      <w:r>
        <w:t>ke jab maut un mein se kisi ke samne aajaye tab woh kahein ke ab mein toba karta</w:t>
      </w:r>
    </w:p>
    <w:p>
      <w:pPr>
        <w:jc w:val="right"/>
      </w:pPr>
      <w:r>
        <w:t>کہ جب موت ان میں سے کسی کے سامنے اجائے تب وہ کہیں کہ اب میں توبہ کرتا</w:t>
      </w:r>
    </w:p>
    <w:p>
      <w:r>
        <w:rPr>
          <w:b/>
        </w:rPr>
        <w:t xml:space="preserve">[27:56] </w:t>
      </w:r>
      <w:r>
        <w:t>hoon aur na un logon ki toba hai jo is haal mein marte hain ke woh munkir hain</w:t>
      </w:r>
    </w:p>
    <w:p>
      <w:pPr>
        <w:jc w:val="right"/>
      </w:pPr>
      <w:r>
        <w:t>ہوں اور نہ ان لوگوں کی توبہ ہے جو اس حال میں مرتے ہیں کہ وہ منکر ہیں</w:t>
      </w:r>
    </w:p>
    <w:p>
      <w:r>
        <w:rPr>
          <w:b/>
        </w:rPr>
        <w:t xml:space="preserve">[28:03] </w:t>
      </w:r>
      <w:r>
        <w:t>un ke liye to hum ne dardnaak azab tayyar kar rakha hai tashreeh koi mard ya aurat</w:t>
      </w:r>
    </w:p>
    <w:p>
      <w:pPr>
        <w:jc w:val="right"/>
      </w:pPr>
      <w:r>
        <w:t>ان کے لیے تو ہم نے دردناک عذاب تیار کر رکھا ہے تشریح کوئی مرد یا عورت</w:t>
      </w:r>
    </w:p>
    <w:p>
      <w:r>
        <w:rPr>
          <w:b/>
        </w:rPr>
        <w:t xml:space="preserve">[28:12] </w:t>
      </w:r>
      <w:r>
        <w:t>agar aisa fe'l kar bethe jo shariyat ke nazdeek gunah hai tab bhi is ke sath jo muamla</w:t>
      </w:r>
    </w:p>
    <w:p>
      <w:pPr>
        <w:jc w:val="right"/>
      </w:pPr>
      <w:r>
        <w:t>اگر ایسا فعل کر بیٹھے جو شریعت کے نزدیک گناہ ہے تب بھی اس کے ساتھ جو معاملہ</w:t>
      </w:r>
    </w:p>
    <w:p>
      <w:r>
        <w:rPr>
          <w:b/>
        </w:rPr>
        <w:t xml:space="preserve">[28:20] </w:t>
      </w:r>
      <w:r>
        <w:t>kiya jayega woh qanoon ke mutabiq kiya jayega na ke qanoon se azaad ho kar qanoon</w:t>
      </w:r>
    </w:p>
    <w:p>
      <w:pPr>
        <w:jc w:val="right"/>
      </w:pPr>
      <w:r>
        <w:t>کیا جائے گا وہ قانون کے مطابق کیا جائے گا نہ کہ قانون سے ازاد ہو کر قانون</w:t>
      </w:r>
    </w:p>
    <w:p>
      <w:r>
        <w:rPr>
          <w:b/>
        </w:rPr>
        <w:t xml:space="preserve">[28:28] </w:t>
      </w:r>
      <w:r>
        <w:t>ke taqaze poora kiye baghair kisi ko mujrim qarar dena durust nahi kisi ka mujrim hona doosre ko</w:t>
      </w:r>
    </w:p>
    <w:p>
      <w:pPr>
        <w:jc w:val="right"/>
      </w:pPr>
      <w:r>
        <w:t>کے تقاضے پورا کیے بغیر کسی کو مجرم قرار دینا درست نہیں کسی کا مجرم ہونا دوسرے کو</w:t>
      </w:r>
    </w:p>
    <w:p>
      <w:r>
        <w:rPr>
          <w:b/>
        </w:rPr>
        <w:t xml:space="preserve">[28:38] </w:t>
      </w:r>
      <w:r>
        <w:t>yeh haq nahi deta ke woh is ke khilaf zalimana karwai karne lage saza ka maqsad adl ka</w:t>
      </w:r>
    </w:p>
    <w:p>
      <w:pPr>
        <w:jc w:val="right"/>
      </w:pPr>
      <w:r>
        <w:t>یہ حق نہیں دیتا کہ وہ اس کے خلاف ظالمانہ کاروائی کرنے لگے سزا کا مقصد عدل کا</w:t>
      </w:r>
    </w:p>
    <w:p>
      <w:r>
        <w:rPr>
          <w:b/>
        </w:rPr>
        <w:t xml:space="preserve">[28:46] </w:t>
      </w:r>
      <w:r>
        <w:t>qayam hai aur adl ka qayam zulm aur be insafi ke sath nahi ho sakta aur agar gunah</w:t>
      </w:r>
    </w:p>
    <w:p>
      <w:pPr>
        <w:jc w:val="right"/>
      </w:pPr>
      <w:r>
        <w:t>قیام ہے اور عدل کا قیام ظلم اور بے انصافی کے ساتھ نہیں ہو سکتا اور اگر گناہ</w:t>
      </w:r>
    </w:p>
    <w:p>
      <w:r>
        <w:rPr>
          <w:b/>
        </w:rPr>
        <w:t xml:space="preserve">[28:53] </w:t>
      </w:r>
      <w:r>
        <w:t>karne wala taib ho aur apni islaah kar le to is ke baad</w:t>
      </w:r>
    </w:p>
    <w:p>
      <w:pPr>
        <w:jc w:val="right"/>
      </w:pPr>
      <w:r>
        <w:t>کرنے والا طائب ہو اور اپنی اصلاح کر لے تو اس کے بعد</w:t>
      </w:r>
    </w:p>
    <w:p>
      <w:r>
        <w:rPr>
          <w:b/>
        </w:rPr>
        <w:t xml:space="preserve">[28:58] </w:t>
      </w:r>
      <w:r>
        <w:t>to lazim ho jata hai ke is ke sath shafqat aur darguzar ka mamla kiya jaye kisi ke</w:t>
      </w:r>
    </w:p>
    <w:p>
      <w:pPr>
        <w:jc w:val="right"/>
      </w:pPr>
      <w:r>
        <w:t>تو لازم ہو جاتا ہے کہ اس کے ساتھ شفقت اور درگزر کا معاملہ کیا جائے کسی کے</w:t>
      </w:r>
    </w:p>
    <w:p>
      <w:r>
        <w:rPr>
          <w:b/>
        </w:rPr>
        <w:t xml:space="preserve">[29:06] </w:t>
      </w:r>
      <w:r>
        <w:t>maazi ki buniyad par is ko mutoon karna durust nahi</w:t>
      </w:r>
    </w:p>
    <w:p>
      <w:pPr>
        <w:jc w:val="right"/>
      </w:pPr>
      <w:r>
        <w:t>ماضی کی بنیاد پر اس کو متون کرنا درست نہیں</w:t>
      </w:r>
    </w:p>
    <w:p>
      <w:r>
        <w:rPr>
          <w:b/>
        </w:rPr>
        <w:t xml:space="preserve">[29:11] </w:t>
      </w:r>
      <w:r>
        <w:t>jab Allah tauba karne walon ki tauba qabool karta hai aur apni islaah karne walon ki taraf dobara</w:t>
      </w:r>
    </w:p>
    <w:p>
      <w:pPr>
        <w:jc w:val="right"/>
      </w:pPr>
      <w:r>
        <w:t>جب اللہ توبہ کرنے والوں کی توبہ قبول کرتا ہے اور اپنی اصلاح کرنے والوں کی طرف دوبارہ</w:t>
      </w:r>
    </w:p>
    <w:p>
      <w:r>
        <w:rPr>
          <w:b/>
        </w:rPr>
        <w:t xml:space="preserve">[29:20] </w:t>
      </w:r>
      <w:r>
        <w:t>meharbani ke sath palt ata hai to insanon ko kiya haq hai ke wo aise kisi shakhs ko</w:t>
      </w:r>
    </w:p>
    <w:p>
      <w:pPr>
        <w:jc w:val="right"/>
      </w:pPr>
      <w:r>
        <w:t>مہربانی کے ساتھ پلٹ اتا ہے تو انسانوں کو کیا حق ہے کہ وہ ایسے کسی شخص کو</w:t>
      </w:r>
    </w:p>
    <w:p>
      <w:r>
        <w:rPr>
          <w:b/>
        </w:rPr>
        <w:t xml:space="preserve">[29:27] </w:t>
      </w:r>
      <w:r>
        <w:t>tanz o malamat ka nishana banayein aise kisi shakhs ko tanz o malamat ka nishana bana kar admi</w:t>
      </w:r>
    </w:p>
    <w:p>
      <w:pPr>
        <w:jc w:val="right"/>
      </w:pPr>
      <w:r>
        <w:t>طنز و ملامت کا نشانہ بنائیں ایسے کسی شخص کو طنز و ملامت کا نشانہ بنا کر ادمی</w:t>
      </w:r>
    </w:p>
    <w:p>
      <w:r>
        <w:rPr>
          <w:b/>
        </w:rPr>
        <w:t xml:space="preserve">[29:35] </w:t>
      </w:r>
      <w:r>
        <w:t>khud apne aap ko mujrim sabit kar raha hai na ke kisi doosre admi ko</w:t>
      </w:r>
    </w:p>
    <w:p>
      <w:pPr>
        <w:jc w:val="right"/>
      </w:pPr>
      <w:r>
        <w:t>خود اپنے اپ کو مجرم ثابت کر رہا ہے نہ کہ کسی دوسرے ادمی کو</w:t>
      </w:r>
    </w:p>
    <w:p>
      <w:r>
        <w:rPr>
          <w:b/>
        </w:rPr>
        <w:t xml:space="preserve">[29:42] </w:t>
      </w:r>
      <w:r>
        <w:t>tauba zuban</w:t>
      </w:r>
    </w:p>
    <w:p>
      <w:pPr>
        <w:jc w:val="right"/>
      </w:pPr>
      <w:r>
        <w:t>توبہ زبان</w:t>
      </w:r>
    </w:p>
    <w:p>
      <w:r>
        <w:rPr>
          <w:b/>
        </w:rPr>
        <w:t xml:space="preserve">[29:43] </w:t>
      </w:r>
      <w:r>
        <w:t>se tauba ka lafz bolne ka naam nahi ye apni gunahgari</w:t>
      </w:r>
    </w:p>
    <w:p>
      <w:pPr>
        <w:jc w:val="right"/>
      </w:pPr>
      <w:r>
        <w:t>سے توبہ کا لفظ بولنے کا نام نہیں یہ اپنی گنہگاری</w:t>
      </w:r>
    </w:p>
    <w:p>
      <w:r>
        <w:rPr>
          <w:b/>
        </w:rPr>
        <w:t xml:space="preserve">[29:50] </w:t>
      </w:r>
      <w:r>
        <w:t>ke shadeed ehsas ka naam hai aur admi agar apni tauba mein sanjeeda ho aur waqai shiddat ke</w:t>
      </w:r>
    </w:p>
    <w:p>
      <w:pPr>
        <w:jc w:val="right"/>
      </w:pPr>
      <w:r>
        <w:t>کے شدید احساس کا نام ہے اور ادمی اگر اپنی توبہ میں سنجیدہ ہو اور واقعی شدت کے</w:t>
      </w:r>
    </w:p>
    <w:p>
      <w:r>
        <w:rPr>
          <w:b/>
        </w:rPr>
        <w:t xml:space="preserve">[29:59] </w:t>
      </w:r>
      <w:r>
        <w:t>sath is ne apni gunahgari ko mehsoos kiya ho to wo admi ke liye itna sakht mamla hota</w:t>
      </w:r>
    </w:p>
    <w:p>
      <w:pPr>
        <w:jc w:val="right"/>
      </w:pPr>
      <w:r>
        <w:t>ساتھ اس نے اپنی گنہگاری کو محسوس کیا ہو تو وہ ادمی کے لیے اتنا سخت معاملہ ہوتا</w:t>
      </w:r>
    </w:p>
    <w:p>
      <w:r>
        <w:rPr>
          <w:b/>
        </w:rPr>
        <w:t xml:space="preserve">[30:06] </w:t>
      </w:r>
      <w:r>
        <w:t>hai ke tauba admi ke liye apni saza aap dene ke hum maani ban jati hai ye kaifiyat</w:t>
      </w:r>
    </w:p>
    <w:p>
      <w:pPr>
        <w:jc w:val="right"/>
      </w:pPr>
      <w:r>
        <w:t>ہے کہ توبہ ادمی کے لیے اپنی سزا اپ دینے کے ہم معنی بن جاتی ہے یہ کیفیت</w:t>
      </w:r>
    </w:p>
    <w:p>
      <w:r>
        <w:rPr>
          <w:b/>
        </w:rPr>
        <w:t xml:space="preserve">[30:15] </w:t>
      </w:r>
      <w:r>
        <w:t>admi ke andar agar Allah ke darr se paida hui ho to Allah zaroor is ko maaf kar</w:t>
      </w:r>
    </w:p>
    <w:p>
      <w:pPr>
        <w:jc w:val="right"/>
      </w:pPr>
      <w:r>
        <w:t>ادمی کے اندر اگر اللہ کے ڈر سے پیدا ہوئی ہو تو اللہ ضرور اس کو معاف کر</w:t>
      </w:r>
    </w:p>
    <w:p>
      <w:r>
        <w:rPr>
          <w:b/>
        </w:rPr>
        <w:t xml:space="preserve">[30:22] </w:t>
      </w:r>
      <w:r>
        <w:t>deta hai magar in logon ki tauba ki Allah ke nazdeek koi qeemat nahi jo itne</w:t>
      </w:r>
    </w:p>
    <w:p>
      <w:pPr>
        <w:jc w:val="right"/>
      </w:pPr>
      <w:r>
        <w:t>دیتا ہے مگر ان لوگوں کے توبہ کی اللہ کے نزدیک کوئی قیمت نہیں جو اتنے</w:t>
      </w:r>
    </w:p>
    <w:p>
      <w:r>
        <w:rPr>
          <w:b/>
        </w:rPr>
        <w:t xml:space="preserve">[30:29] </w:t>
      </w:r>
      <w:r>
        <w:t>jari hon ke jaan boojh kar Allah ki nafarmani karte rahein aur tanbih ke bawajood is par qaim</w:t>
      </w:r>
    </w:p>
    <w:p>
      <w:pPr>
        <w:jc w:val="right"/>
      </w:pPr>
      <w:r>
        <w:t>جری ہوں کہ جان بوجھ کر اللہ کی نافرمانی کرتے رہیں اور تنبیہ کے باوجود اس پر قائم</w:t>
      </w:r>
    </w:p>
    <w:p>
      <w:r>
        <w:rPr>
          <w:b/>
        </w:rPr>
        <w:t xml:space="preserve">[30:37] </w:t>
      </w:r>
      <w:r>
        <w:t>rahein albatta jab dunya se jane ka waqt ajaye to kahein ke maine tauba ki isi tarah</w:t>
      </w:r>
    </w:p>
    <w:p>
      <w:pPr>
        <w:jc w:val="right"/>
      </w:pPr>
      <w:r>
        <w:t>رہیں البتہ جب دنیا سے جانے کا وقت اجائے تو کہیں کہ میں نے توبہ کی اسی طرح</w:t>
      </w:r>
    </w:p>
    <w:p>
      <w:r>
        <w:rPr>
          <w:b/>
        </w:rPr>
        <w:t xml:space="preserve">[30:46] </w:t>
      </w:r>
      <w:r>
        <w:t>in logon ki tauba bhi befaida hai jo akhirat mein azab ko samne dekh kar apne jurm</w:t>
      </w:r>
    </w:p>
    <w:p>
      <w:pPr>
        <w:jc w:val="right"/>
      </w:pPr>
      <w:r>
        <w:t>ان لوگوں کی توبہ بھی بے فائدہ ہے جو اخرت میں عذاب کو سامنے دیکھ کر اپنے جرم</w:t>
      </w:r>
    </w:p>
    <w:p>
      <w:r>
        <w:rPr>
          <w:b/>
        </w:rPr>
        <w:t xml:space="preserve">[30:54] </w:t>
      </w:r>
      <w:r>
        <w:t>ka iqrar kareinge tauba ki haqeeqat bande ka apne rab ki taraf paltna hai taake uska</w:t>
      </w:r>
    </w:p>
    <w:p>
      <w:pPr>
        <w:jc w:val="right"/>
      </w:pPr>
      <w:r>
        <w:t>کا اقرار کریں گے توبہ کی حقیقت بندے کا اپنے رب کی طرف پلٹنا ہے تاکہ اس کا</w:t>
      </w:r>
    </w:p>
    <w:p>
      <w:r>
        <w:rPr>
          <w:b/>
        </w:rPr>
        <w:t xml:space="preserve">[31:03] </w:t>
      </w:r>
      <w:r>
        <w:t>rab bhi is ki taraf palte tauba is shakhs ke liye hai jo waqti jazbe se magloob ho</w:t>
      </w:r>
    </w:p>
    <w:p>
      <w:pPr>
        <w:jc w:val="right"/>
      </w:pPr>
      <w:r>
        <w:t>رب بھی اس کی طرف پلٹے توبہ اس شخص کے لیے ہے جو وقتی جذبے سے مغلوب ہو</w:t>
      </w:r>
    </w:p>
    <w:p>
      <w:r>
        <w:rPr>
          <w:b/>
        </w:rPr>
        <w:t xml:space="preserve">[31:10] </w:t>
      </w:r>
      <w:r>
        <w:t>kar buri harkat kar bethe phir is ka ihtisab</w:t>
      </w:r>
    </w:p>
    <w:p>
      <w:pPr>
        <w:jc w:val="right"/>
      </w:pPr>
      <w:r>
        <w:t>کر بری حرکت کر بیٹھے پھر اس کا احتساب</w:t>
      </w:r>
    </w:p>
    <w:p>
      <w:r>
        <w:rPr>
          <w:b/>
        </w:rPr>
        <w:t xml:space="preserve">[31:15] </w:t>
      </w:r>
      <w:r>
        <w:t>nafs jald hi is ko apni ghalti ka ehsas kara de wo burai ko chhod kar dobara neki</w:t>
      </w:r>
    </w:p>
    <w:p>
      <w:pPr>
        <w:jc w:val="right"/>
      </w:pPr>
      <w:r>
        <w:t>نفس جلد ہی اس کو اپنی غلطی کا احساس کرا دے وہ برائی کو چھوڑ کر دوبارہ نیکی</w:t>
      </w:r>
    </w:p>
    <w:p>
      <w:r>
        <w:rPr>
          <w:b/>
        </w:rPr>
        <w:t xml:space="preserve">[31:23] </w:t>
      </w:r>
      <w:r>
        <w:t>ki rawish ikhtiyar kare aur shariat ke mutabiq apni zindagi ki islaah kar le aisa hi admi tauba</w:t>
      </w:r>
    </w:p>
    <w:p>
      <w:pPr>
        <w:jc w:val="right"/>
      </w:pPr>
      <w:r>
        <w:t>کی روش اختیار کرے اور شریعت کے مطابق اپنی زندگی کی اصلاح کر لے ایسا ہی ادمی توبہ</w:t>
      </w:r>
    </w:p>
    <w:p>
      <w:r>
        <w:rPr>
          <w:b/>
        </w:rPr>
        <w:t xml:space="preserve">[31:31] </w:t>
      </w:r>
      <w:r>
        <w:t>karne wala hai aur jo shakhs is tarah tauba kare is ki misal aisi hi hai jaise ghar</w:t>
      </w:r>
    </w:p>
    <w:p>
      <w:pPr>
        <w:jc w:val="right"/>
      </w:pPr>
      <w:r>
        <w:t>کرنے والا ہے اور جو شخص اس طرح توبہ کرے اس کی مثال ایسی ہی ہے جیسے گھر</w:t>
      </w:r>
    </w:p>
    <w:p>
      <w:r>
        <w:rPr>
          <w:b/>
        </w:rPr>
        <w:t xml:space="preserve">[31:38] </w:t>
      </w:r>
      <w:r>
        <w:t>ka bhatka hua admi dobara apne ghar wapas ajaye</w:t>
      </w:r>
    </w:p>
    <w:p>
      <w:pPr>
        <w:jc w:val="right"/>
      </w:pPr>
      <w:r>
        <w:t>کا بھٹکا ہوا ادمی دوبارہ اپنے گھر واپس اجائے</w:t>
      </w:r>
    </w:p>
    <w:p>
      <w:r>
        <w:rPr>
          <w:b/>
        </w:rPr>
        <w:t xml:space="preserve">[31:45] </w:t>
      </w:r>
      <w:r>
        <w:t>ya ayuhal lazeena amanu la yahillu lakum an tarithu nisaa</w:t>
      </w:r>
    </w:p>
    <w:p>
      <w:pPr>
        <w:jc w:val="right"/>
      </w:pPr>
      <w:r>
        <w:t>یا ایہا الذین امنو لا یحل لکم ان ترث النساء</w:t>
      </w:r>
    </w:p>
    <w:p>
      <w:r>
        <w:rPr>
          <w:b/>
        </w:rPr>
        <w:t xml:space="preserve">[31:56] </w:t>
      </w:r>
      <w:r>
        <w:t>karhaha wala ta'aduloohunna</w:t>
      </w:r>
    </w:p>
    <w:p>
      <w:pPr>
        <w:jc w:val="right"/>
      </w:pPr>
      <w:r>
        <w:t>کرہا ولا تعضلوہن</w:t>
      </w:r>
    </w:p>
    <w:p>
      <w:r>
        <w:rPr>
          <w:b/>
        </w:rPr>
        <w:t xml:space="preserve">[32:00] </w:t>
      </w:r>
      <w:r>
        <w:t>li tazhabu bib'adi ma</w:t>
      </w:r>
    </w:p>
    <w:p>
      <w:pPr>
        <w:jc w:val="right"/>
      </w:pPr>
      <w:r>
        <w:t>لتذہبوا ببعض ما</w:t>
      </w:r>
    </w:p>
    <w:p>
      <w:r>
        <w:rPr>
          <w:b/>
        </w:rPr>
        <w:t xml:space="preserve">[32:04] </w:t>
      </w:r>
      <w:r>
        <w:t>ataytumuhunna illa an yatinabifahishatin</w:t>
      </w:r>
    </w:p>
    <w:p>
      <w:pPr>
        <w:jc w:val="right"/>
      </w:pPr>
      <w:r>
        <w:t>اتيتموهن الا ان ياتین بفاحشۃ</w:t>
      </w:r>
    </w:p>
    <w:p>
      <w:r>
        <w:rPr>
          <w:b/>
        </w:rPr>
        <w:t xml:space="preserve">[32:13] </w:t>
      </w:r>
      <w:r>
        <w:t>mubinatin wa'ashiruhunna bilma'rufi</w:t>
      </w:r>
    </w:p>
    <w:p>
      <w:pPr>
        <w:jc w:val="right"/>
      </w:pPr>
      <w:r>
        <w:t>مبینہ وعاشروهن بالمعروف</w:t>
      </w:r>
    </w:p>
    <w:p>
      <w:r>
        <w:rPr>
          <w:b/>
        </w:rPr>
        <w:t xml:space="preserve">[32:21] </w:t>
      </w:r>
      <w:r>
        <w:t>fa'in karih tumuhunna fa'asa</w:t>
      </w:r>
    </w:p>
    <w:p>
      <w:pPr>
        <w:jc w:val="right"/>
      </w:pPr>
      <w:r>
        <w:t>فان كرهتموهن فعسى</w:t>
      </w:r>
    </w:p>
    <w:p>
      <w:r>
        <w:rPr>
          <w:b/>
        </w:rPr>
        <w:t xml:space="preserve">[32:28] </w:t>
      </w:r>
      <w:r>
        <w:t>an takrahu shay'an</w:t>
      </w:r>
    </w:p>
    <w:p>
      <w:pPr>
        <w:jc w:val="right"/>
      </w:pPr>
      <w:r>
        <w:t>ان تكرهوا شيئا</w:t>
      </w:r>
    </w:p>
    <w:p>
      <w:r>
        <w:rPr>
          <w:b/>
        </w:rPr>
        <w:t xml:space="preserve">[32:31] </w:t>
      </w:r>
      <w:r>
        <w:t>wayaj'alullahu fihi khayran kathiran</w:t>
      </w:r>
    </w:p>
    <w:p>
      <w:pPr>
        <w:jc w:val="right"/>
      </w:pPr>
      <w:r>
        <w:t>ويجعل الله فيه خيرا كثيرا</w:t>
      </w:r>
    </w:p>
    <w:p>
      <w:r>
        <w:rPr>
          <w:b/>
        </w:rPr>
        <w:t xml:space="preserve">[32:36] </w:t>
      </w:r>
      <w:r>
        <w:t>wa'in aradtum istibdala zawjin makan zawjin</w:t>
      </w:r>
    </w:p>
    <w:p>
      <w:pPr>
        <w:jc w:val="right"/>
      </w:pPr>
      <w:r>
        <w:t>وان اردتم استبدال زوج مكان زوج</w:t>
      </w:r>
    </w:p>
    <w:p>
      <w:r>
        <w:rPr>
          <w:b/>
        </w:rPr>
        <w:t xml:space="preserve">[32:43] </w:t>
      </w:r>
      <w:r>
        <w:t>wa ataytum ahdahunna</w:t>
      </w:r>
    </w:p>
    <w:p>
      <w:pPr>
        <w:jc w:val="right"/>
      </w:pPr>
      <w:r>
        <w:t>واتيتم احداهن</w:t>
      </w:r>
    </w:p>
    <w:p>
      <w:r>
        <w:rPr>
          <w:b/>
        </w:rPr>
        <w:t xml:space="preserve">[32:46] </w:t>
      </w:r>
      <w:r>
        <w:t>qintaran falata'khudhu minhushay'an</w:t>
      </w:r>
    </w:p>
    <w:p>
      <w:pPr>
        <w:jc w:val="right"/>
      </w:pPr>
      <w:r>
        <w:t>قنطارا فلا تاخذوا منه شيئا</w:t>
      </w:r>
    </w:p>
    <w:p>
      <w:r>
        <w:rPr>
          <w:b/>
        </w:rPr>
        <w:t xml:space="preserve">[32:52] </w:t>
      </w:r>
      <w:r>
        <w:t>atakhudhunahu buhtananwathman mubinan</w:t>
      </w:r>
    </w:p>
    <w:p>
      <w:pPr>
        <w:jc w:val="right"/>
      </w:pPr>
      <w:r>
        <w:t>اتاخذونه بهتانا واثما مبينا</w:t>
      </w:r>
    </w:p>
    <w:p>
      <w:r>
        <w:rPr>
          <w:b/>
        </w:rPr>
        <w:t xml:space="preserve">[32:59] </w:t>
      </w:r>
      <w:r>
        <w:t>wakayfa ta'khudhunahu waqad afda ba'dukum ila ba'din wa'akhadhna minkum</w:t>
      </w:r>
    </w:p>
    <w:p>
      <w:pPr>
        <w:jc w:val="right"/>
      </w:pPr>
      <w:r>
        <w:t>وكيف تاخذونه وقد افضى بعضكم الى بعض واخذن منكم</w:t>
      </w:r>
    </w:p>
    <w:p>
      <w:r>
        <w:rPr>
          <w:b/>
        </w:rPr>
        <w:t xml:space="preserve">[33:09] </w:t>
      </w:r>
      <w:r>
        <w:t>mithaqan ghalithan walatankahu ma nakaha abaukum</w:t>
      </w:r>
    </w:p>
    <w:p>
      <w:pPr>
        <w:jc w:val="right"/>
      </w:pPr>
      <w:r>
        <w:t>ميثاقا غليظا ولا تنكحوا ما نكح اباؤكم</w:t>
      </w:r>
    </w:p>
    <w:p>
      <w:r>
        <w:rPr>
          <w:b/>
        </w:rPr>
        <w:t xml:space="preserve">[33:19] </w:t>
      </w:r>
      <w:r>
        <w:t>minan nisa'i illa ma qad salafa</w:t>
      </w:r>
    </w:p>
    <w:p>
      <w:pPr>
        <w:jc w:val="right"/>
      </w:pPr>
      <w:r>
        <w:t>من النساء الا ما قد سلف</w:t>
      </w:r>
    </w:p>
    <w:p>
      <w:r>
        <w:rPr>
          <w:b/>
        </w:rPr>
        <w:t xml:space="preserve">[33:26] </w:t>
      </w:r>
      <w:r>
        <w:t>innahu kana fahishatan</w:t>
      </w:r>
    </w:p>
    <w:p>
      <w:pPr>
        <w:jc w:val="right"/>
      </w:pPr>
      <w:r>
        <w:t>انه كان فاحشه</w:t>
      </w:r>
    </w:p>
    <w:p>
      <w:r>
        <w:rPr>
          <w:b/>
        </w:rPr>
        <w:t xml:space="preserve">[33:29] </w:t>
      </w:r>
      <w:r>
        <w:t>wamaqtan wasaa'</w:t>
      </w:r>
    </w:p>
    <w:p>
      <w:pPr>
        <w:jc w:val="right"/>
      </w:pPr>
      <w:r>
        <w:t>ومقا وساء</w:t>
      </w:r>
    </w:p>
    <w:p>
      <w:r>
        <w:rPr>
          <w:b/>
        </w:rPr>
        <w:t xml:space="preserve">[33:33] </w:t>
      </w:r>
      <w:r>
        <w:t>sabeela</w:t>
      </w:r>
    </w:p>
    <w:p>
      <w:pPr>
        <w:jc w:val="right"/>
      </w:pPr>
      <w:r>
        <w:t>سبيلا ا</w:t>
      </w:r>
    </w:p>
    <w:p>
      <w:r>
        <w:rPr>
          <w:b/>
        </w:rPr>
        <w:t xml:space="preserve">[33:37] </w:t>
      </w:r>
      <w:r>
        <w:t>ae imaan walotumhare liye jaiz nahi ke tum auraton ko zabardasti apni wirasat mein le lo aur</w:t>
      </w:r>
    </w:p>
    <w:p>
      <w:pPr>
        <w:jc w:val="right"/>
      </w:pPr>
      <w:r>
        <w:t>ے ایمان والو تمہارے لیے جائز نہیں کہ تم عورتوں کو زبردستی اپنی میراث میں لے لو اور</w:t>
      </w:r>
    </w:p>
    <w:p>
      <w:r>
        <w:rPr>
          <w:b/>
        </w:rPr>
        <w:t xml:space="preserve">[33:45] </w:t>
      </w:r>
      <w:r>
        <w:t>na un ko is gharaz se roko ke tum ne jo kuch un ko diya hai us ka</w:t>
      </w:r>
    </w:p>
    <w:p>
      <w:pPr>
        <w:jc w:val="right"/>
      </w:pPr>
      <w:r>
        <w:t>نہ ان کو اس غرض سے روکو کہ تم نے جو کچھ ان کو دیا ہے اس کا</w:t>
      </w:r>
    </w:p>
    <w:p>
      <w:r>
        <w:rPr>
          <w:b/>
        </w:rPr>
        <w:t xml:space="preserve">[33:52] </w:t>
      </w:r>
      <w:r>
        <w:t>kuch hissa un se le lo magar is surat mein ke woh khuli hui be hayai karen</w:t>
      </w:r>
    </w:p>
    <w:p>
      <w:pPr>
        <w:jc w:val="right"/>
      </w:pPr>
      <w:r>
        <w:t>کچھ حصہ ان سے لے لو مگر اس صورت میں کہ وہ کھلی ہوئی بے حیائی کریں</w:t>
      </w:r>
    </w:p>
    <w:p>
      <w:r>
        <w:rPr>
          <w:b/>
        </w:rPr>
        <w:t xml:space="preserve">[34:01] </w:t>
      </w:r>
      <w:r>
        <w:t>aur un ke sath achi tarah guzar basar karo agar woh tum ko napasand hon to ho sakta</w:t>
      </w:r>
    </w:p>
    <w:p>
      <w:pPr>
        <w:jc w:val="right"/>
      </w:pPr>
      <w:r>
        <w:t>اور ان کے ساتھ اچھی طرح گزر بسر کرو اگر وہ تم کو ناپسند ہوں تو ہو سکتا</w:t>
      </w:r>
    </w:p>
    <w:p>
      <w:r>
        <w:rPr>
          <w:b/>
        </w:rPr>
        <w:t xml:space="preserve">[34:07] </w:t>
      </w:r>
      <w:r>
        <w:t>hai ke ek cheez tum ko pasand na ho magar Allah ne is mein tumhare liye bohat bari</w:t>
      </w:r>
    </w:p>
    <w:p>
      <w:pPr>
        <w:jc w:val="right"/>
      </w:pPr>
      <w:r>
        <w:t>ہے کہ ایک چیز تم کو پسند نہ ہو مگر اللہ نے اس میں تمہارے لیے بہت بڑی</w:t>
      </w:r>
    </w:p>
    <w:p>
      <w:r>
        <w:rPr>
          <w:b/>
        </w:rPr>
        <w:t xml:space="preserve">[34:15] </w:t>
      </w:r>
      <w:r>
        <w:t>bhalai rakh di ho aur agar tum ek biwi ki jagah doosri biwi badalna chaho</w:t>
      </w:r>
    </w:p>
    <w:p>
      <w:pPr>
        <w:jc w:val="right"/>
      </w:pPr>
      <w:r>
        <w:t>بھلائی رکھ دی ہو اور اگر تم ایک بیوی کی جگہ دوسری بیوی بدلنا چاہو</w:t>
      </w:r>
    </w:p>
    <w:p>
      <w:r>
        <w:rPr>
          <w:b/>
        </w:rPr>
        <w:t xml:space="preserve">[34:23] </w:t>
      </w:r>
      <w:r>
        <w:t>aur tum us ko bohat sa maal de chuke ho to tum is mein se kuch wapas na</w:t>
      </w:r>
    </w:p>
    <w:p>
      <w:pPr>
        <w:jc w:val="right"/>
      </w:pPr>
      <w:r>
        <w:t>اور تم اس کو بہت سا مال دے چکے ہو تو تم اس میں سے کچھ واپس نہ</w:t>
      </w:r>
    </w:p>
    <w:p>
      <w:r>
        <w:rPr>
          <w:b/>
        </w:rPr>
        <w:t xml:space="preserve">[34:28] </w:t>
      </w:r>
      <w:r>
        <w:t>lo kiya tum is ko buhtan laga kar aur sareeh zulm kar ke wapas lo ge aur tum</w:t>
      </w:r>
    </w:p>
    <w:p>
      <w:pPr>
        <w:jc w:val="right"/>
      </w:pPr>
      <w:r>
        <w:t>لو کیا تم اس کو بہتان لگا کر اور صریح ظلم کر کے واپس لو گے اور تم</w:t>
      </w:r>
    </w:p>
    <w:p>
      <w:r>
        <w:rPr>
          <w:b/>
        </w:rPr>
        <w:t xml:space="preserve">[34:38] </w:t>
      </w:r>
      <w:r>
        <w:t>kis tarah is ko lo ge jab ke ek doosre se khuloat kar chuka hai aur woh tum</w:t>
      </w:r>
    </w:p>
    <w:p>
      <w:pPr>
        <w:jc w:val="right"/>
      </w:pPr>
      <w:r>
        <w:t>کس طرح اس کو لو گے جب کہ ایک دوسرے سے خلوت کر چکا ہے اور وہ تم</w:t>
      </w:r>
    </w:p>
    <w:p>
      <w:r>
        <w:rPr>
          <w:b/>
        </w:rPr>
        <w:t xml:space="preserve">[34:45] </w:t>
      </w:r>
      <w:r>
        <w:t>se pakhta ehad le chuki hain aur un auraton se nikah mat karo</w:t>
      </w:r>
    </w:p>
    <w:p>
      <w:pPr>
        <w:jc w:val="right"/>
      </w:pPr>
      <w:r>
        <w:t>سے پختہ عہد لے چکی ہیں اور ان عورتوں سے نکاح مت کرو</w:t>
      </w:r>
    </w:p>
    <w:p>
      <w:r>
        <w:rPr>
          <w:b/>
        </w:rPr>
        <w:t xml:space="preserve">[34:53] </w:t>
      </w:r>
      <w:r>
        <w:t>jin se tumhare baap nikah kar chuke hain magar jo kuch pehle ho chuka</w:t>
      </w:r>
    </w:p>
    <w:p>
      <w:pPr>
        <w:jc w:val="right"/>
      </w:pPr>
      <w:r>
        <w:t>جن سے تمہارے باپ نکاح کر چکے ہیں مگر جو کچھ پہلے ہو چکا</w:t>
      </w:r>
    </w:p>
    <w:p>
      <w:r>
        <w:rPr>
          <w:b/>
        </w:rPr>
        <w:t xml:space="preserve">[35:00] </w:t>
      </w:r>
      <w:r>
        <w:t>beshak yeh behayai hai aur nafrat ki baat hai aur bohat bura tareeqa hai</w:t>
      </w:r>
    </w:p>
    <w:p>
      <w:pPr>
        <w:jc w:val="right"/>
      </w:pPr>
      <w:r>
        <w:t>بے شک یہ بے حیائی ہے اور نفرت کی بات ہے اور بہت برا طریقہ ہے</w:t>
      </w:r>
    </w:p>
    <w:p>
      <w:r>
        <w:rPr>
          <w:b/>
        </w:rPr>
        <w:t xml:space="preserve">[35:08] </w:t>
      </w:r>
      <w:r>
        <w:t>tashreeh</w:t>
      </w:r>
    </w:p>
    <w:p>
      <w:pPr>
        <w:jc w:val="right"/>
      </w:pPr>
      <w:r>
        <w:t>تشریح</w:t>
      </w:r>
    </w:p>
    <w:p>
      <w:r>
        <w:rPr>
          <w:b/>
        </w:rPr>
        <w:t xml:space="preserve">[35:10] </w:t>
      </w:r>
      <w:r>
        <w:t>marne wale ke maal mein yaqeenan baad walon ko wirasat ka haq hai magar is ka matlab yeh</w:t>
      </w:r>
    </w:p>
    <w:p>
      <w:pPr>
        <w:jc w:val="right"/>
      </w:pPr>
      <w:r>
        <w:t>مرنے والے کے مال میں یقینا بعد والوں کو وراثت کا حق ہے مگر اس کا مطلب یہ</w:t>
      </w:r>
    </w:p>
    <w:p>
      <w:r>
        <w:rPr>
          <w:b/>
        </w:rPr>
        <w:t xml:space="preserve">[35:19] </w:t>
      </w:r>
      <w:r>
        <w:t>nahi ke marne wale ki biwi ko bhi baad ke log apni miras samajh lein aur jis tarah</w:t>
      </w:r>
    </w:p>
    <w:p>
      <w:pPr>
        <w:jc w:val="right"/>
      </w:pPr>
      <w:r>
        <w:t>نہیں کہ مرنے والے کی بیوی کو بھی بعد کے لوگ اپنی میراث سمجھ لیں اور جس طرح</w:t>
      </w:r>
    </w:p>
    <w:p>
      <w:r>
        <w:rPr>
          <w:b/>
        </w:rPr>
        <w:t xml:space="preserve">[35:27] </w:t>
      </w:r>
      <w:r>
        <w:t>chahein us ko istemal karein</w:t>
      </w:r>
    </w:p>
    <w:p>
      <w:pPr>
        <w:jc w:val="right"/>
      </w:pPr>
      <w:r>
        <w:t>چاہیں اس کو استعمال کریں</w:t>
      </w:r>
    </w:p>
    <w:p>
      <w:r>
        <w:rPr>
          <w:b/>
        </w:rPr>
        <w:t xml:space="preserve">[35:30] </w:t>
      </w:r>
      <w:r>
        <w:t>maal ek behiss aur mahkoom cheez hai aur is mein baras chalti hai magar insan ek zinda</w:t>
      </w:r>
    </w:p>
    <w:p>
      <w:pPr>
        <w:jc w:val="right"/>
      </w:pPr>
      <w:r>
        <w:t>مال ایک بے حس اور محکوم چیز ہے اور اس میں برس چلتی ہے مگر انسان ایک زندہ</w:t>
      </w:r>
    </w:p>
    <w:p>
      <w:r>
        <w:rPr>
          <w:b/>
        </w:rPr>
        <w:t xml:space="preserve">[35:37] </w:t>
      </w:r>
      <w:r>
        <w:t>aur azad hasti hai is ko ikhtiyar hai ke woh apni marzi se apne mustaqbil ka faisla kare</w:t>
      </w:r>
    </w:p>
    <w:p>
      <w:pPr>
        <w:jc w:val="right"/>
      </w:pPr>
      <w:r>
        <w:t>اور ازاد ہستی ہے اس کو اختیار ہے کہ وہ اپنی مرضی سے اپنے مستقبل کا فیصلہ کرے</w:t>
      </w:r>
    </w:p>
    <w:p>
      <w:r>
        <w:rPr>
          <w:b/>
        </w:rPr>
        <w:t xml:space="preserve">[35:46] </w:t>
      </w:r>
      <w:r>
        <w:t>aurat mein agar koi jismani ya mizaji kami hai to is ko bardasht karte hue aurat ko mauqa</w:t>
      </w:r>
    </w:p>
    <w:p>
      <w:pPr>
        <w:jc w:val="right"/>
      </w:pPr>
      <w:r>
        <w:t>عورت میں اگر کوئی جسمانی یا مزاجی کمی ہے تو اس کو برداشت کرتے ہوئے عورت کو موقع</w:t>
      </w:r>
    </w:p>
    <w:p>
      <w:r>
        <w:rPr>
          <w:b/>
        </w:rPr>
        <w:t xml:space="preserve">[35:53] </w:t>
      </w:r>
      <w:r>
        <w:t>dena chahiye ke woh Allah</w:t>
      </w:r>
    </w:p>
    <w:p>
      <w:pPr>
        <w:jc w:val="right"/>
      </w:pPr>
      <w:r>
        <w:t>دینا چاہیے کہ وہ اللہ</w:t>
      </w:r>
    </w:p>
    <w:p>
      <w:r>
        <w:rPr>
          <w:b/>
        </w:rPr>
        <w:t xml:space="preserve">[35:56] </w:t>
      </w:r>
      <w:r>
        <w:t>ki di hui doosri khusoosiyat ko barooye kar la kar ghar ki taameer mein apna hissa ada kare</w:t>
      </w:r>
    </w:p>
    <w:p>
      <w:pPr>
        <w:jc w:val="right"/>
      </w:pPr>
      <w:r>
        <w:t>کی دی ہوئی دوسری خصوصیت کو بروئے کار لا کر گھر کی تعمیر میں اپنا حصہ ادا کرے</w:t>
      </w:r>
    </w:p>
    <w:p>
      <w:r>
        <w:rPr>
          <w:b/>
        </w:rPr>
        <w:t xml:space="preserve">[36:07] </w:t>
      </w:r>
      <w:r>
        <w:t>aadmi ko chahiye ke zahiri napasandeedgi ko bhool kar bahami taaluq ko nibhaye</w:t>
      </w:r>
    </w:p>
    <w:p>
      <w:pPr>
        <w:jc w:val="right"/>
      </w:pPr>
      <w:r>
        <w:t>ادمی کو چاہیے کہ ظاہری ناپسندیدگی کو بھول کر باہمی تعلق کو نبھائے</w:t>
      </w:r>
    </w:p>
    <w:p>
      <w:r>
        <w:rPr>
          <w:b/>
        </w:rPr>
        <w:t xml:space="preserve">[36:15] </w:t>
      </w:r>
      <w:r>
        <w:t>kisi khandan aur isi tarah kisi moashre ki taraqqi aur istahkam ka raaz yeh hai ke is ke</w:t>
      </w:r>
    </w:p>
    <w:p>
      <w:pPr>
        <w:jc w:val="right"/>
      </w:pPr>
      <w:r>
        <w:t>کسی خاندان اور اسی طرح کسی معاشرے کی ترقی اور استحکام کا راز یہ ہے کہ اس کے</w:t>
      </w:r>
    </w:p>
    <w:p>
      <w:r>
        <w:rPr>
          <w:b/>
        </w:rPr>
        <w:t xml:space="preserve">[36:23] </w:t>
      </w:r>
      <w:r>
        <w:t>afrad ek doosre ki kami ko nazar andaz karte hue un ki khoobi ko barooye kar aane ka</w:t>
      </w:r>
    </w:p>
    <w:p>
      <w:pPr>
        <w:jc w:val="right"/>
      </w:pPr>
      <w:r>
        <w:t>افراد ایک دوسرے کی کمی کو نظر انداز کرتے ہوئے ان کی خوبی کو بروئے کار انے کا</w:t>
      </w:r>
    </w:p>
    <w:p>
      <w:r>
        <w:rPr>
          <w:b/>
        </w:rPr>
        <w:t xml:space="preserve">[36:32] </w:t>
      </w:r>
      <w:r>
        <w:t>mauqa dein jo log Allah ki khatir moajza dunya mein sabr o bardasht ka tareeqa ikhtiyar karein wahi</w:t>
      </w:r>
    </w:p>
    <w:p>
      <w:pPr>
        <w:jc w:val="right"/>
      </w:pPr>
      <w:r>
        <w:t>موقع دیں جو لوگ اللہ کی خاطر معجزہ دنیا میں صبر و برداشت کا طریقہ اختیار کریں وہی</w:t>
      </w:r>
    </w:p>
    <w:p>
      <w:r>
        <w:rPr>
          <w:b/>
        </w:rPr>
        <w:t xml:space="preserve">[36:41] </w:t>
      </w:r>
      <w:r>
        <w:t>wo log hain jo akhirat ki jannaton mein dakhil kiye jayenge</w:t>
      </w:r>
    </w:p>
    <w:p>
      <w:pPr>
        <w:jc w:val="right"/>
      </w:pPr>
      <w:r>
        <w:t>وہ لوگ ہیں جو اخرت کی جنتوں میں داخل کیے جائیں گے</w:t>
      </w:r>
    </w:p>
    <w:p>
      <w:r>
        <w:rPr>
          <w:b/>
        </w:rPr>
        <w:t xml:space="preserve">[36:49] </w:t>
      </w:r>
      <w:r>
        <w:t>jab aadmi ko apna shareek hayat napasand ho aur woh sabr ka tareeqa ikhtiyar na kar ke alahdagi</w:t>
      </w:r>
    </w:p>
    <w:p>
      <w:pPr>
        <w:jc w:val="right"/>
      </w:pPr>
      <w:r>
        <w:t>جب ادمی کو اپنا شریک حیات ناپسند ہو اور وہ صبر کا طریقہ اختیار نہ کر کے علیحدگی</w:t>
      </w:r>
    </w:p>
    <w:p>
      <w:r>
        <w:rPr>
          <w:b/>
        </w:rPr>
        <w:t xml:space="preserve">[36:58] </w:t>
      </w:r>
      <w:r>
        <w:t>ka faisla kare to aksar aisa hota hai ke is alahdagi ko haq bayan sabit karne ke liye</w:t>
      </w:r>
    </w:p>
    <w:p>
      <w:pPr>
        <w:jc w:val="right"/>
      </w:pPr>
      <w:r>
        <w:t>کا فیصلہ کرے تو اکثر ایسا ہوتا ہے کہ اس علیحدگی کو حق بیان ثابت کرنے کے لیے</w:t>
      </w:r>
    </w:p>
    <w:p>
      <w:r>
        <w:rPr>
          <w:b/>
        </w:rPr>
        <w:t xml:space="preserve">[37:06] </w:t>
      </w:r>
      <w:r>
        <w:t>wo doosre fareeq ki khamiyon ko badha charha kar bayan karta hai</w:t>
      </w:r>
    </w:p>
    <w:p>
      <w:pPr>
        <w:jc w:val="right"/>
      </w:pPr>
      <w:r>
        <w:t>وہ دوسرے فریق کی خامیوں کو بڑھا چڑھا کر بیان کرتا ہے</w:t>
      </w:r>
    </w:p>
    <w:p>
      <w:r>
        <w:rPr>
          <w:b/>
        </w:rPr>
        <w:t xml:space="preserve">[37:13] </w:t>
      </w:r>
      <w:r>
        <w:t>wo is par jhoote ilzaam lagata hai woh is ke khilaf</w:t>
      </w:r>
    </w:p>
    <w:p>
      <w:pPr>
        <w:jc w:val="right"/>
      </w:pPr>
      <w:r>
        <w:t>وہ اس پر جھوٹے الزام لگاتا ہے وہ اس کے خلاف</w:t>
      </w:r>
    </w:p>
    <w:p>
      <w:r>
        <w:rPr>
          <w:b/>
        </w:rPr>
        <w:t xml:space="preserve">[37:18] </w:t>
      </w:r>
      <w:r>
        <w:t>zalimana karwai karta hai taake woh ghabra kar khud hi bhag jaye isi tarah jab</w:t>
      </w:r>
    </w:p>
    <w:p>
      <w:pPr>
        <w:jc w:val="right"/>
      </w:pPr>
      <w:r>
        <w:t>ظالمانہ کاروائی کرتا ہے تاکہ وہ گھبرا کر خود ہی بھاگ جائے اسی طرح جب</w:t>
      </w:r>
    </w:p>
    <w:p>
      <w:r>
        <w:rPr>
          <w:b/>
        </w:rPr>
        <w:t xml:space="preserve">[37:27] </w:t>
      </w:r>
      <w:r>
        <w:t>aadmi kisi se taaluq tode to zid mein aa kar fareeqe sani ko di hui cheezein us</w:t>
      </w:r>
    </w:p>
    <w:p>
      <w:pPr>
        <w:jc w:val="right"/>
      </w:pPr>
      <w:r>
        <w:t>ادمی کسی سے تعلق توڑتا ہے تو ضد میں ا کر فریق ثانی کو دی ہوئی چیزیں اس</w:t>
      </w:r>
    </w:p>
    <w:p>
      <w:r>
        <w:rPr>
          <w:b/>
        </w:rPr>
        <w:t xml:space="preserve">[37:35] </w:t>
      </w:r>
      <w:r>
        <w:t>se wapas chheen ne ki koshish karta hai magar yeh sab ahad ki khilaf warzi hai aur ahad Allah</w:t>
      </w:r>
    </w:p>
    <w:p>
      <w:pPr>
        <w:jc w:val="right"/>
      </w:pPr>
      <w:r>
        <w:t>سے واپس چھیننے کی کوشش کرتا ہے مگر یہ سب عہد کی خلاف ورزی ہے اور عہد اللہ</w:t>
      </w:r>
    </w:p>
    <w:p>
      <w:r>
        <w:rPr>
          <w:b/>
        </w:rPr>
        <w:t xml:space="preserve">[37:44] </w:t>
      </w:r>
      <w:r>
        <w:t>ki nazar mein aisi muqaddas cheez hai ke agar woh ghair tehreeri shakal mein ho tab bhi is</w:t>
      </w:r>
    </w:p>
    <w:p>
      <w:pPr>
        <w:jc w:val="right"/>
      </w:pPr>
      <w:r>
        <w:t>کی نظر میں ایسی مقدس چیز ہے کہ اگر وہ غیر تحریری شکل میں ہو تب بھی اس</w:t>
      </w:r>
    </w:p>
    <w:p>
      <w:r>
        <w:rPr>
          <w:b/>
        </w:rPr>
        <w:t xml:space="preserve">[37:52] </w:t>
      </w:r>
      <w:r>
        <w:t>ki pabandi itni hi zaroori hai jitna ke tehreeri ahad ki</w:t>
      </w:r>
    </w:p>
    <w:p>
      <w:pPr>
        <w:jc w:val="right"/>
      </w:pPr>
      <w:r>
        <w:t>کی پابندی اتنی ہی ضروری ہے جتنا کہ تحریری عہد کی</w:t>
      </w:r>
    </w:p>
    <w:p>
      <w:r>
        <w:rPr>
          <w:b/>
        </w:rPr>
        <w:t xml:space="preserve">[38:02] </w:t>
      </w:r>
      <w:r>
        <w:t>jo ho chuka so ho chuka</w:t>
      </w:r>
    </w:p>
    <w:p>
      <w:pPr>
        <w:jc w:val="right"/>
      </w:pPr>
      <w:r>
        <w:t>جو ہو چکا سو ہو چکا</w:t>
      </w:r>
    </w:p>
    <w:p>
      <w:r>
        <w:rPr>
          <w:b/>
        </w:rPr>
        <w:t xml:space="preserve">[38:05] </w:t>
      </w:r>
      <w:r>
        <w:t>yeh usool sirf nikah se mutalliq nahi hai balkeh yeh aik aam usool hai zindagi ke nizaam mein</w:t>
      </w:r>
    </w:p>
    <w:p>
      <w:pPr>
        <w:jc w:val="right"/>
      </w:pPr>
      <w:r>
        <w:t>یہ اصول صرف نکاح سے متعلق نہیں ہے بلکہ یہ ایک عام اصول ہے زندگی کے نظام میں</w:t>
      </w:r>
    </w:p>
    <w:p>
      <w:r>
        <w:rPr>
          <w:b/>
        </w:rPr>
        <w:t xml:space="preserve">[38:14] </w:t>
      </w:r>
      <w:r>
        <w:t>jab bhi koi tabdeeli aati hai khwah woh gharoni zindagi mein ho ya qaumi zindagi mein to maazi</w:t>
      </w:r>
    </w:p>
    <w:p>
      <w:pPr>
        <w:jc w:val="right"/>
      </w:pPr>
      <w:r>
        <w:t>جب بھی کوئی تبدیلی اتی ہے خواہ وہ گھرونی زندگی میں ہو یا قومی زندگی میں تو ماضی</w:t>
      </w:r>
    </w:p>
    <w:p>
      <w:r>
        <w:rPr>
          <w:b/>
        </w:rPr>
        <w:t xml:space="preserve">[38:22] </w:t>
      </w:r>
      <w:r>
        <w:t>ke bohat se umoor aise hote hain jo naye inqilab ke miyar par ghalat nazar aate hain aise</w:t>
      </w:r>
    </w:p>
    <w:p>
      <w:pPr>
        <w:jc w:val="right"/>
      </w:pPr>
      <w:r>
        <w:t>کے بہت سے امور ایسے ہوتے ہیں جو نئے انقلاب کے معیار پر غلط نظر اتے ہیں ایسے</w:t>
      </w:r>
    </w:p>
    <w:p>
      <w:r>
        <w:rPr>
          <w:b/>
        </w:rPr>
        <w:t xml:space="preserve">[38:31] </w:t>
      </w:r>
      <w:r>
        <w:t>mawaqe par maazi ko kuredna aur guzri hui ghaltiyon par ahkam sadir karna beshumar naye masail paida</w:t>
      </w:r>
    </w:p>
    <w:p>
      <w:pPr>
        <w:jc w:val="right"/>
      </w:pPr>
      <w:r>
        <w:t>مواقع پر ماضی کو کریدنا اور گزری ہوئی غلطیوں پر احکام صادر کرنا بے شمار نئے مسائل پیدا</w:t>
      </w:r>
    </w:p>
    <w:p>
      <w:r>
        <w:rPr>
          <w:b/>
        </w:rPr>
        <w:t xml:space="preserve">[38:41] </w:t>
      </w:r>
      <w:r>
        <w:t>karne ka sabab ban jata hai is liye</w:t>
      </w:r>
    </w:p>
    <w:p>
      <w:pPr>
        <w:jc w:val="right"/>
      </w:pPr>
      <w:r>
        <w:t>کرنے کا سبب بن جاتا ہے اس لیے</w:t>
      </w:r>
    </w:p>
    <w:p>
      <w:r>
        <w:rPr>
          <w:b/>
        </w:rPr>
        <w:t xml:space="preserve">[38:45] </w:t>
      </w:r>
      <w:r>
        <w:t>sahih tareeqa yeh hai ke</w:t>
      </w:r>
    </w:p>
    <w:p>
      <w:pPr>
        <w:jc w:val="right"/>
      </w:pPr>
      <w:r>
        <w:t>صحیح طریقہ یہ ہے کہ</w:t>
      </w:r>
    </w:p>
    <w:p>
      <w:r>
        <w:rPr>
          <w:b/>
        </w:rPr>
        <w:t xml:space="preserve">[38:47] </w:t>
      </w:r>
      <w:r>
        <w:t>maazi ko bhula diya jaye aur sirf haal aur mustaqbil ki islaah par apni koshishen laga di jayen</w:t>
      </w:r>
    </w:p>
    <w:p>
      <w:pPr>
        <w:jc w:val="right"/>
      </w:pPr>
      <w:r>
        <w:t>ماضی کو بھلا دیا جائے اور صرف حال اور مستقبل کی اصلاح پر اپنی کوششیں لگا دی جائیں</w:t>
      </w:r>
    </w:p>
    <w:p>
      <w:r>
        <w:rPr>
          <w:b/>
        </w:rPr>
        <w:t xml:space="preserve">[38:57] </w:t>
      </w:r>
      <w:r>
        <w:t>aur un ke sath achhe tareeqe se guzar basar karo</w:t>
      </w:r>
    </w:p>
    <w:p>
      <w:pPr>
        <w:jc w:val="right"/>
      </w:pPr>
      <w:r>
        <w:t>اور ان کے ساتھ اچھے طریقے سے گزر بسر کرو</w:t>
      </w:r>
    </w:p>
    <w:p>
      <w:r>
        <w:rPr>
          <w:b/>
        </w:rPr>
        <w:t xml:space="preserve">[39:03] </w:t>
      </w:r>
      <w:r>
        <w:t>agar woh tum ko napasand hon to ho sakta hai ke tum ko aik cheez pasand na ho</w:t>
      </w:r>
    </w:p>
    <w:p>
      <w:pPr>
        <w:jc w:val="right"/>
      </w:pPr>
      <w:r>
        <w:t>اگر وہ تم کو ناپسند ہوں تو ہو سکتا ہے کہ تم کو ایک چیز پسند نہ ہو</w:t>
      </w:r>
    </w:p>
    <w:p>
      <w:r>
        <w:rPr>
          <w:b/>
        </w:rPr>
        <w:t xml:space="preserve">[39:10] </w:t>
      </w:r>
      <w:r>
        <w:t>magar Allah ne is ke andar tumhare liye koi badi bhalaai rakh di ho</w:t>
      </w:r>
    </w:p>
    <w:p>
      <w:pPr>
        <w:jc w:val="right"/>
      </w:pPr>
      <w:r>
        <w:t>مگر اللہ نے اس کے اندر تمہارے لیے کوئی بڑی بھلائی رکھ دی ہو</w:t>
      </w:r>
    </w:p>
    <w:p>
      <w:r>
        <w:rPr>
          <w:b/>
        </w:rPr>
        <w:t xml:space="preserve">[39:18] </w:t>
      </w:r>
      <w:r>
        <w:t>yeh faqra yahan agarchay miyan biwi ke talluq ke bare mein aya hai magar is ke andar aik</w:t>
      </w:r>
    </w:p>
    <w:p>
      <w:pPr>
        <w:jc w:val="right"/>
      </w:pPr>
      <w:r>
        <w:t>یہ فقرہ یہاں اگرچہ میاں بیوی کے تعلق کے بارے میں ایا ہے مگر اس کے اندر ایک</w:t>
      </w:r>
    </w:p>
    <w:p>
      <w:r>
        <w:rPr>
          <w:b/>
        </w:rPr>
        <w:t xml:space="preserve">[39:26] </w:t>
      </w:r>
      <w:r>
        <w:t>umummi taleem bhi hai Quran ka yeh aam usloob hai ke aik mutayyan mamle ka hukum</w:t>
      </w:r>
    </w:p>
    <w:p>
      <w:pPr>
        <w:jc w:val="right"/>
      </w:pPr>
      <w:r>
        <w:t>عمومی تعلیم بھی ہے قران کا یہ عام اسلوب ہے کہ ایک متعین معاملے کا حکم</w:t>
      </w:r>
    </w:p>
    <w:p>
      <w:r>
        <w:rPr>
          <w:b/>
        </w:rPr>
        <w:t xml:space="preserve">[39:33] </w:t>
      </w:r>
      <w:r>
        <w:t>batate hue is ke darmiyan aik aisi kulli hidayat de deta hai jis ka talluq aadmi ki poori</w:t>
      </w:r>
    </w:p>
    <w:p>
      <w:pPr>
        <w:jc w:val="right"/>
      </w:pPr>
      <w:r>
        <w:t>بتاتے ہوئے اس کے درمیان ایک ایسی کلی ہدایت دے دیتا ہے جس کا تعلق ادمی کی پوری</w:t>
      </w:r>
    </w:p>
    <w:p>
      <w:r>
        <w:rPr>
          <w:b/>
        </w:rPr>
        <w:t xml:space="preserve">[39:42] </w:t>
      </w:r>
      <w:r>
        <w:t>zindagi se ho</w:t>
      </w:r>
    </w:p>
    <w:p>
      <w:pPr>
        <w:jc w:val="right"/>
      </w:pPr>
      <w:r>
        <w:t>زندگی سے ہو</w:t>
      </w:r>
    </w:p>
    <w:p>
      <w:r>
        <w:rPr>
          <w:b/>
        </w:rPr>
        <w:t xml:space="preserve">[39:45] </w:t>
      </w:r>
      <w:r>
        <w:t>dunya ki zindagi mein insaan ke liye mil jul kar rehna naguzir hai koi shakhs bilkul alag thalag</w:t>
      </w:r>
    </w:p>
    <w:p>
      <w:pPr>
        <w:jc w:val="right"/>
      </w:pPr>
      <w:r>
        <w:t>دنیا کی زندگی میں انسان کے لیے مل جل کر رہنا ناگزیر ہے کوئی شخص بالکل الگ تھلگ</w:t>
      </w:r>
    </w:p>
    <w:p>
      <w:r>
        <w:rPr>
          <w:b/>
        </w:rPr>
        <w:t xml:space="preserve">[39:54] </w:t>
      </w:r>
      <w:r>
        <w:t>zindagi guzar nahi sakta ab chounke tabiyatain alag alag hain is liye jab bhi kuch log mil kar</w:t>
      </w:r>
    </w:p>
    <w:p>
      <w:pPr>
        <w:jc w:val="right"/>
      </w:pPr>
      <w:r>
        <w:t>زندگی گزار نہیں سکتا اب چونکہ طبیعتیں الگ الگ ہیں اس لیے جب بھی کچھ لوگ مل کر</w:t>
      </w:r>
    </w:p>
    <w:p>
      <w:r>
        <w:rPr>
          <w:b/>
        </w:rPr>
        <w:t xml:space="preserve">[40:02] </w:t>
      </w:r>
      <w:r>
        <w:t>rahenge un ke darmiyan lazman shikayatein paida hongi aisi halat mein qabil amal surat sirf yeh</w:t>
      </w:r>
    </w:p>
    <w:p>
      <w:pPr>
        <w:jc w:val="right"/>
      </w:pPr>
      <w:r>
        <w:t>رہیں گے ان کے درمیان لازما شکایات پیدا ہوں گی ایسی حالت میں قابل عمل صورت صرف یہ</w:t>
      </w:r>
    </w:p>
    <w:p>
      <w:r>
        <w:rPr>
          <w:b/>
        </w:rPr>
        <w:t xml:space="preserve">[40:11] </w:t>
      </w:r>
      <w:r>
        <w:t>hai ke shikayaton ko nazar andaaz kiya jaye aur khush usloobi ke sath talluq</w:t>
      </w:r>
    </w:p>
    <w:p>
      <w:pPr>
        <w:jc w:val="right"/>
      </w:pPr>
      <w:r>
        <w:t>ہے کہ شکایتوں کو نظر انداز کیا جائے اور خوش اسلوبی کے ساتھ تعلق</w:t>
      </w:r>
    </w:p>
    <w:p>
      <w:r>
        <w:rPr>
          <w:b/>
        </w:rPr>
        <w:t xml:space="preserve">[40:18] </w:t>
      </w:r>
      <w:r>
        <w:t>ko nibhane ka usool ikhtiyar kiya jaye</w:t>
      </w:r>
    </w:p>
    <w:p>
      <w:pPr>
        <w:jc w:val="right"/>
      </w:pPr>
      <w:r>
        <w:t>کو نبھانے کا اصول اختیار کیا جائے</w:t>
      </w:r>
    </w:p>
    <w:p>
      <w:r>
        <w:rPr>
          <w:b/>
        </w:rPr>
        <w:t xml:space="preserve">[40:23] </w:t>
      </w:r>
      <w:r>
        <w:t>aksar aisa hota hai ke apne saathi ki aik kharabi aadmi ke samne aati hai aur woh bas</w:t>
      </w:r>
    </w:p>
    <w:p>
      <w:pPr>
        <w:jc w:val="right"/>
      </w:pPr>
      <w:r>
        <w:t>اکثر ایسا ہوتا ہے کہ اپنے ساتھی کی ایک خرابی ادمی کے سامنے اتی ہے اور وہ بس</w:t>
      </w:r>
    </w:p>
    <w:p>
      <w:r>
        <w:rPr>
          <w:b/>
        </w:rPr>
        <w:t xml:space="preserve">[40:32] </w:t>
      </w:r>
      <w:r>
        <w:t>isi ko le kar apne saathi se rooth jata hai halankeh agar woh soche to woh payega</w:t>
      </w:r>
    </w:p>
    <w:p>
      <w:pPr>
        <w:jc w:val="right"/>
      </w:pPr>
      <w:r>
        <w:t>اسی کو لے کر اپنے ساتھی سے روٹھ جاتا ہے حالانکہ اگر وہ سوچے تو وہ پائے گا</w:t>
      </w:r>
    </w:p>
    <w:p>
      <w:r>
        <w:rPr>
          <w:b/>
        </w:rPr>
        <w:t xml:space="preserve">[40:40] </w:t>
      </w:r>
      <w:r>
        <w:t>ke har namuwafeq suratehal mein koi khair ka pehlu maujood hai</w:t>
      </w:r>
    </w:p>
    <w:p>
      <w:pPr>
        <w:jc w:val="right"/>
      </w:pPr>
      <w:r>
        <w:t>کہ ہر ناموافق صورتحال میں کوئی خیر کا پہلو موجود ہے</w:t>
      </w:r>
    </w:p>
    <w:p>
      <w:r>
        <w:rPr>
          <w:b/>
        </w:rPr>
        <w:t xml:space="preserve">[40:47] </w:t>
      </w:r>
      <w:r>
        <w:t>kabhi kisi waqe mein aadmi ke liye sabr ki tarbiyat ka imtehan hota hai kabhi is ke andar</w:t>
      </w:r>
    </w:p>
    <w:p>
      <w:pPr>
        <w:jc w:val="right"/>
      </w:pPr>
      <w:r>
        <w:t>کبھی کسی واقعے میں ادمی کے لیے صبر کی تربیت کا امتحان ہوتا ہے کبھی اس کے اندر</w:t>
      </w:r>
    </w:p>
    <w:p>
      <w:r>
        <w:rPr>
          <w:b/>
        </w:rPr>
        <w:t xml:space="preserve">[40:56] </w:t>
      </w:r>
      <w:r>
        <w:t>Allah ki taraf rujoo aur inabat ki ghiza hoti hai kabhi aik choti si takleef mein</w:t>
      </w:r>
    </w:p>
    <w:p>
      <w:pPr>
        <w:jc w:val="right"/>
      </w:pPr>
      <w:r>
        <w:t>اللہ کی طرف رجوع اور عنابت کی غذا ہوتی ہے کبھی ایک چھوٹی سی تکلیف میں</w:t>
      </w:r>
    </w:p>
    <w:p>
      <w:r>
        <w:rPr>
          <w:b/>
        </w:rPr>
        <w:t xml:space="preserve">[41:05] </w:t>
      </w:r>
      <w:r>
        <w:t>koi bada sabak chupa hua hota hai</w:t>
      </w:r>
    </w:p>
    <w:p>
      <w:pPr>
        <w:jc w:val="right"/>
      </w:pPr>
      <w:r>
        <w:t>کوئی بڑا سبق چھپا ہوا ہوتا ہے</w:t>
      </w:r>
    </w:p>
    <w:p>
      <w:r>
        <w:rPr>
          <w:b/>
        </w:rPr>
        <w:t xml:space="preserve">[41:11] </w:t>
      </w:r>
      <w:r>
        <w:t>haramtum aleykum ummahatukum</w:t>
      </w:r>
    </w:p>
    <w:p>
      <w:pPr>
        <w:jc w:val="right"/>
      </w:pPr>
      <w:r>
        <w:t>حرمت علیکم امہاتکم</w:t>
      </w:r>
    </w:p>
    <w:p>
      <w:r>
        <w:rPr>
          <w:b/>
        </w:rPr>
        <w:t xml:space="preserve">[41:14] </w:t>
      </w:r>
      <w:r>
        <w:t>wa banatukum wa akhawatukum wa ammatukum</w:t>
      </w:r>
    </w:p>
    <w:p>
      <w:pPr>
        <w:jc w:val="right"/>
      </w:pPr>
      <w:r>
        <w:t>وبناتکم واخواتکم وعماتکم</w:t>
      </w:r>
    </w:p>
    <w:p>
      <w:r>
        <w:rPr>
          <w:b/>
        </w:rPr>
        <w:t xml:space="preserve">[41:20] </w:t>
      </w:r>
      <w:r>
        <w:t>wa khalatukum wa khalatukum wa banat ul akh wa banat ul ukht wa ummahatukum</w:t>
      </w:r>
    </w:p>
    <w:p>
      <w:pPr>
        <w:jc w:val="right"/>
      </w:pPr>
      <w:r>
        <w:t>وخالاتکم وخالاتکم وبنات الاخ وبنات الاخت وامہاتکم</w:t>
      </w:r>
    </w:p>
    <w:p>
      <w:r>
        <w:rPr>
          <w:b/>
        </w:rPr>
        <w:t xml:space="preserve">[41:29] </w:t>
      </w:r>
      <w:r>
        <w:t>allati arda'nakum wa akhawatukum</w:t>
      </w:r>
    </w:p>
    <w:p>
      <w:pPr>
        <w:jc w:val="right"/>
      </w:pPr>
      <w:r>
        <w:t>اللاتی ارضعنکم واخواتکم</w:t>
      </w:r>
    </w:p>
    <w:p>
      <w:r>
        <w:rPr>
          <w:b/>
        </w:rPr>
        <w:t xml:space="preserve">[41:36] </w:t>
      </w:r>
      <w:r>
        <w:t>wa akhawatukum min ar-rada'ati wa ummahat</w:t>
      </w:r>
    </w:p>
    <w:p>
      <w:pPr>
        <w:jc w:val="right"/>
      </w:pPr>
      <w:r>
        <w:t>واخواتکم من الرضاعه وامهات</w:t>
      </w:r>
    </w:p>
    <w:p>
      <w:r>
        <w:rPr>
          <w:b/>
        </w:rPr>
        <w:t xml:space="preserve">[41:42] </w:t>
      </w:r>
      <w:r>
        <w:t>nisa'ukum wa rababukum wa rababukum</w:t>
      </w:r>
    </w:p>
    <w:p>
      <w:pPr>
        <w:jc w:val="right"/>
      </w:pPr>
      <w:r>
        <w:t>نسائکم وربائبکم وربائبکم</w:t>
      </w:r>
    </w:p>
    <w:p>
      <w:r>
        <w:rPr>
          <w:b/>
        </w:rPr>
        <w:t xml:space="preserve">[41:53] </w:t>
      </w:r>
      <w:r>
        <w:t>allati fi hujurikum</w:t>
      </w:r>
    </w:p>
    <w:p>
      <w:pPr>
        <w:jc w:val="right"/>
      </w:pPr>
      <w:r>
        <w:t>اللاتی فی حجورکم</w:t>
      </w:r>
    </w:p>
    <w:p>
      <w:r>
        <w:rPr>
          <w:b/>
        </w:rPr>
        <w:t xml:space="preserve">[41:55] </w:t>
      </w:r>
      <w:r>
        <w:t>min nisa'ikum</w:t>
      </w:r>
    </w:p>
    <w:p>
      <w:pPr>
        <w:jc w:val="right"/>
      </w:pPr>
      <w:r>
        <w:t>من نسائکم</w:t>
      </w:r>
    </w:p>
    <w:p>
      <w:r>
        <w:rPr>
          <w:b/>
        </w:rPr>
        <w:t xml:space="preserve">[41:59] </w:t>
      </w:r>
      <w:r>
        <w:t>allati dakhaltum bihin fa in lam takunu dakhaltum</w:t>
      </w:r>
    </w:p>
    <w:p>
      <w:pPr>
        <w:jc w:val="right"/>
      </w:pPr>
      <w:r>
        <w:t>اللاتی دخلتم بهن فان لم تكونوا دخلتم</w:t>
      </w:r>
    </w:p>
    <w:p>
      <w:r>
        <w:rPr>
          <w:b/>
        </w:rPr>
        <w:t xml:space="preserve">[42:07] </w:t>
      </w:r>
      <w:r>
        <w:t>fa in lam takunu dakhaltum</w:t>
      </w:r>
    </w:p>
    <w:p>
      <w:pPr>
        <w:jc w:val="right"/>
      </w:pPr>
      <w:r>
        <w:t>فان لم تكونوا دخلتم</w:t>
      </w:r>
    </w:p>
    <w:p>
      <w:r>
        <w:rPr>
          <w:b/>
        </w:rPr>
        <w:t xml:space="preserve">[42:10] </w:t>
      </w:r>
      <w:r>
        <w:t>bihin fala junaha aleykum wa halail</w:t>
      </w:r>
    </w:p>
    <w:p>
      <w:pPr>
        <w:jc w:val="right"/>
      </w:pPr>
      <w:r>
        <w:t>بهن فلا جناح عليكم وحلائل</w:t>
      </w:r>
    </w:p>
    <w:p>
      <w:r>
        <w:rPr>
          <w:b/>
        </w:rPr>
        <w:t xml:space="preserve">[42:17] </w:t>
      </w:r>
      <w:r>
        <w:t>abna'ikum wa halail abna'ikum</w:t>
      </w:r>
    </w:p>
    <w:p>
      <w:pPr>
        <w:jc w:val="right"/>
      </w:pPr>
      <w:r>
        <w:t>ابنائکم وحلائل ابنائکم</w:t>
      </w:r>
    </w:p>
    <w:p>
      <w:r>
        <w:rPr>
          <w:b/>
        </w:rPr>
        <w:t xml:space="preserve">[42:26] </w:t>
      </w:r>
      <w:r>
        <w:t>alladhina min aslabikum wa an tajma'u bayna al-ukhtayni illa ma qad salaf</w:t>
      </w:r>
    </w:p>
    <w:p>
      <w:pPr>
        <w:jc w:val="right"/>
      </w:pPr>
      <w:r>
        <w:t>الذین من اصلابکم وان تجمعوا بين الاختین الا ما قد سلف</w:t>
      </w:r>
    </w:p>
    <w:p>
      <w:r>
        <w:rPr>
          <w:b/>
        </w:rPr>
        <w:t xml:space="preserve">[42:36] </w:t>
      </w:r>
      <w:r>
        <w:t>innallaha kana ghafurur rahiman</w:t>
      </w:r>
    </w:p>
    <w:p>
      <w:pPr>
        <w:jc w:val="right"/>
      </w:pPr>
      <w:r>
        <w:t>ان اللہ كان غفورا رحيما</w:t>
      </w:r>
    </w:p>
    <w:p>
      <w:r>
        <w:rPr>
          <w:b/>
        </w:rPr>
        <w:t xml:space="preserve">[42:42] </w:t>
      </w:r>
      <w:r>
        <w:t>wal muhsanatu min an-nisa'i</w:t>
      </w:r>
    </w:p>
    <w:p>
      <w:pPr>
        <w:jc w:val="right"/>
      </w:pPr>
      <w:r>
        <w:t>والمحصنات من النساء</w:t>
      </w:r>
    </w:p>
    <w:p>
      <w:r>
        <w:rPr>
          <w:b/>
        </w:rPr>
        <w:t xml:space="preserve">[42:48] </w:t>
      </w:r>
      <w:r>
        <w:t>illa ma malakat aimanukum kitaba allahi aleykum</w:t>
      </w:r>
    </w:p>
    <w:p>
      <w:pPr>
        <w:jc w:val="right"/>
      </w:pPr>
      <w:r>
        <w:t>الا ما ملكت ايمانكم كتاب الله عليكم</w:t>
      </w:r>
    </w:p>
    <w:p>
      <w:r>
        <w:rPr>
          <w:b/>
        </w:rPr>
        <w:t xml:space="preserve">[42:54] </w:t>
      </w:r>
      <w:r>
        <w:t>wa uhilla lakum ma wara'a</w:t>
      </w:r>
    </w:p>
    <w:p>
      <w:pPr>
        <w:jc w:val="right"/>
      </w:pPr>
      <w:r>
        <w:t>واحل لكم ما وراء</w:t>
      </w:r>
    </w:p>
    <w:p>
      <w:r>
        <w:rPr>
          <w:b/>
        </w:rPr>
        <w:t xml:space="preserve">[42:59] </w:t>
      </w:r>
      <w:r>
        <w:t>dhalikum an tabtaghu bi amwalikum</w:t>
      </w:r>
    </w:p>
    <w:p>
      <w:pPr>
        <w:jc w:val="right"/>
      </w:pPr>
      <w:r>
        <w:t>ذلكم ان تبتغوا باموالكم</w:t>
      </w:r>
    </w:p>
    <w:p>
      <w:r>
        <w:rPr>
          <w:b/>
        </w:rPr>
        <w:t xml:space="preserve">[43:04] </w:t>
      </w:r>
      <w:r>
        <w:t>muhsineena ghaira musafihina</w:t>
      </w:r>
    </w:p>
    <w:p>
      <w:pPr>
        <w:jc w:val="right"/>
      </w:pPr>
      <w:r>
        <w:t>محصنين غير مسافحين</w:t>
      </w:r>
    </w:p>
    <w:p>
      <w:r>
        <w:rPr>
          <w:b/>
        </w:rPr>
        <w:t xml:space="preserve">[43:09] </w:t>
      </w:r>
      <w:r>
        <w:t>fama istamta'tum bihi minhunna</w:t>
      </w:r>
    </w:p>
    <w:p>
      <w:pPr>
        <w:jc w:val="right"/>
      </w:pPr>
      <w:r>
        <w:t>فما استمتعتم به منهن</w:t>
      </w:r>
    </w:p>
    <w:p>
      <w:r>
        <w:rPr>
          <w:b/>
        </w:rPr>
        <w:t xml:space="preserve">[43:13] </w:t>
      </w:r>
      <w:r>
        <w:t>fatu hunna ujurahunna faridatan</w:t>
      </w:r>
    </w:p>
    <w:p>
      <w:pPr>
        <w:jc w:val="right"/>
      </w:pPr>
      <w:r>
        <w:t>فاتوهن اجورهن فريضه</w:t>
      </w:r>
    </w:p>
    <w:p>
      <w:r>
        <w:rPr>
          <w:b/>
        </w:rPr>
        <w:t xml:space="preserve">[43:19] </w:t>
      </w:r>
      <w:r>
        <w:t>wa la junaha aleykum fima taradaytum</w:t>
      </w:r>
    </w:p>
    <w:p>
      <w:pPr>
        <w:jc w:val="right"/>
      </w:pPr>
      <w:r>
        <w:t>ولا جناح عليكم فيما تراضيتم</w:t>
      </w:r>
    </w:p>
    <w:p>
      <w:r>
        <w:rPr>
          <w:b/>
        </w:rPr>
        <w:t xml:space="preserve">[43:24] </w:t>
      </w:r>
      <w:r>
        <w:t>bihi min ba'di al-faridati</w:t>
      </w:r>
    </w:p>
    <w:p>
      <w:pPr>
        <w:jc w:val="right"/>
      </w:pPr>
      <w:r>
        <w:t>به من بعد الفريضه</w:t>
      </w:r>
    </w:p>
    <w:p>
      <w:r>
        <w:rPr>
          <w:b/>
        </w:rPr>
        <w:t xml:space="preserve">[43:28] </w:t>
      </w:r>
      <w:r>
        <w:t>innallaha kana aleeman hakeeman</w:t>
      </w:r>
    </w:p>
    <w:p>
      <w:pPr>
        <w:jc w:val="right"/>
      </w:pPr>
      <w:r>
        <w:t>ان الله كان عليما حكيما</w:t>
      </w:r>
    </w:p>
    <w:p>
      <w:r>
        <w:rPr>
          <w:b/>
        </w:rPr>
        <w:t xml:space="preserve">[43:34] </w:t>
      </w:r>
      <w:r>
        <w:t>wa man</w:t>
      </w:r>
    </w:p>
    <w:p>
      <w:pPr>
        <w:jc w:val="right"/>
      </w:pPr>
      <w:r>
        <w:t>ومن</w:t>
      </w:r>
    </w:p>
    <w:p>
      <w:r>
        <w:rPr>
          <w:b/>
        </w:rPr>
        <w:t xml:space="preserve">[43:34] </w:t>
      </w:r>
      <w:r>
        <w:t>lam yastati minkum tulan an yanhkaha al-muhsanaat al-mu'minaat famimma malakat aimanukum</w:t>
      </w:r>
    </w:p>
    <w:p>
      <w:pPr>
        <w:jc w:val="right"/>
      </w:pPr>
      <w:r>
        <w:t>لم يستطع منكم طولا ان ينكح المحصنات المؤمنات فمما ملكت ايمانكم</w:t>
      </w:r>
    </w:p>
    <w:p>
      <w:r>
        <w:rPr>
          <w:b/>
        </w:rPr>
        <w:t xml:space="preserve">[43:47] </w:t>
      </w:r>
      <w:r>
        <w:t>famimma malakat aimanukum</w:t>
      </w:r>
    </w:p>
    <w:p>
      <w:pPr>
        <w:jc w:val="right"/>
      </w:pPr>
      <w:r>
        <w:t>فمما ملكت ايمانكم</w:t>
      </w:r>
    </w:p>
    <w:p>
      <w:r>
        <w:rPr>
          <w:b/>
        </w:rPr>
        <w:t xml:space="preserve">[43:52] </w:t>
      </w:r>
      <w:r>
        <w:t>min fatayatikum al-mu'minaat</w:t>
      </w:r>
    </w:p>
    <w:p>
      <w:pPr>
        <w:jc w:val="right"/>
      </w:pPr>
      <w:r>
        <w:t>من فتياتكم المؤمنات</w:t>
      </w:r>
    </w:p>
    <w:p>
      <w:r>
        <w:rPr>
          <w:b/>
        </w:rPr>
        <w:t xml:space="preserve">[43:57] </w:t>
      </w:r>
      <w:r>
        <w:t>wallahu a'lamu bi'imanikum</w:t>
      </w:r>
    </w:p>
    <w:p>
      <w:pPr>
        <w:jc w:val="right"/>
      </w:pPr>
      <w:r>
        <w:t>والله اعلم بايمانكم</w:t>
      </w:r>
    </w:p>
    <w:p>
      <w:r>
        <w:rPr>
          <w:b/>
        </w:rPr>
        <w:t xml:space="preserve">[44:01] </w:t>
      </w:r>
      <w:r>
        <w:t>ba'dukum min ba'din</w:t>
      </w:r>
    </w:p>
    <w:p>
      <w:pPr>
        <w:jc w:val="right"/>
      </w:pPr>
      <w:r>
        <w:t>بعضكم من بعض</w:t>
      </w:r>
    </w:p>
    <w:p>
      <w:r>
        <w:rPr>
          <w:b/>
        </w:rPr>
        <w:t xml:space="preserve">[44:06] </w:t>
      </w:r>
      <w:r>
        <w:t>fankihuhunna bi'idhhni ahlihinna</w:t>
      </w:r>
    </w:p>
    <w:p>
      <w:pPr>
        <w:jc w:val="right"/>
      </w:pPr>
      <w:r>
        <w:t>فانكحوهن باذن اهلهن</w:t>
      </w:r>
    </w:p>
    <w:p>
      <w:r>
        <w:rPr>
          <w:b/>
        </w:rPr>
        <w:t xml:space="preserve">[44:12] </w:t>
      </w:r>
      <w:r>
        <w:t>wa atuhunna ujurahunna bilma'roofi</w:t>
      </w:r>
    </w:p>
    <w:p>
      <w:pPr>
        <w:jc w:val="right"/>
      </w:pPr>
      <w:r>
        <w:t>واتوهن اجورهن بالمعروف</w:t>
      </w:r>
    </w:p>
    <w:p>
      <w:r>
        <w:rPr>
          <w:b/>
        </w:rPr>
        <w:t xml:space="preserve">[44:19] </w:t>
      </w:r>
      <w:r>
        <w:t>wa atuhunna</w:t>
      </w:r>
    </w:p>
    <w:p>
      <w:pPr>
        <w:jc w:val="right"/>
      </w:pPr>
      <w:r>
        <w:t>واتوهن</w:t>
      </w:r>
    </w:p>
    <w:p>
      <w:r>
        <w:rPr>
          <w:b/>
        </w:rPr>
        <w:t xml:space="preserve">[44:21] </w:t>
      </w:r>
      <w:r>
        <w:t>ujurahunna bilma'roofi muhsanatin ghaira musafihhatin</w:t>
      </w:r>
    </w:p>
    <w:p>
      <w:pPr>
        <w:jc w:val="right"/>
      </w:pPr>
      <w:r>
        <w:t>اجورهن بالمعروف محصنات غير مسافحات</w:t>
      </w:r>
    </w:p>
    <w:p>
      <w:r>
        <w:rPr>
          <w:b/>
        </w:rPr>
        <w:t xml:space="preserve">[44:28] </w:t>
      </w:r>
      <w:r>
        <w:t>wa la muttakhidhati akhdaanin</w:t>
      </w:r>
    </w:p>
    <w:p>
      <w:pPr>
        <w:jc w:val="right"/>
      </w:pPr>
      <w:r>
        <w:t>ولا متخذات اخدان</w:t>
      </w:r>
    </w:p>
    <w:p>
      <w:r>
        <w:rPr>
          <w:b/>
        </w:rPr>
        <w:t xml:space="preserve">[44:33] </w:t>
      </w:r>
      <w:r>
        <w:t>fa idha ahsana fain atayna bifahishatin</w:t>
      </w:r>
    </w:p>
    <w:p>
      <w:pPr>
        <w:jc w:val="right"/>
      </w:pPr>
      <w:r>
        <w:t>فاذا احصن فان اتين بفاحشه</w:t>
      </w:r>
    </w:p>
    <w:p>
      <w:r>
        <w:rPr>
          <w:b/>
        </w:rPr>
        <w:t xml:space="preserve">[44:41] </w:t>
      </w:r>
      <w:r>
        <w:t>fa'alayhinna nisfu ma 'ala al-muhsanaati min al-'adhaabi</w:t>
      </w:r>
    </w:p>
    <w:p>
      <w:pPr>
        <w:jc w:val="right"/>
      </w:pPr>
      <w:r>
        <w:t>فعليهن نصف ما على المحصنات من العذاب</w:t>
      </w:r>
    </w:p>
    <w:p>
      <w:r>
        <w:rPr>
          <w:b/>
        </w:rPr>
        <w:t xml:space="preserve">[44:48] </w:t>
      </w:r>
      <w:r>
        <w:t>dhalika liman khashiya al-'anata minkum</w:t>
      </w:r>
    </w:p>
    <w:p>
      <w:pPr>
        <w:jc w:val="right"/>
      </w:pPr>
      <w:r>
        <w:t>ذلك لمن خشي العنه منكم</w:t>
      </w:r>
    </w:p>
    <w:p>
      <w:r>
        <w:rPr>
          <w:b/>
        </w:rPr>
        <w:t xml:space="preserve">[44:53] </w:t>
      </w:r>
      <w:r>
        <w:t>wa an tasbiru khayrun lakum</w:t>
      </w:r>
    </w:p>
    <w:p>
      <w:pPr>
        <w:jc w:val="right"/>
      </w:pPr>
      <w:r>
        <w:t>وان تصبروا خير لكم</w:t>
      </w:r>
    </w:p>
    <w:p>
      <w:r>
        <w:rPr>
          <w:b/>
        </w:rPr>
        <w:t xml:space="preserve">[44:58] </w:t>
      </w:r>
      <w:r>
        <w:t>wallahu ghafurun raheem</w:t>
      </w:r>
    </w:p>
    <w:p>
      <w:pPr>
        <w:jc w:val="right"/>
      </w:pPr>
      <w:r>
        <w:t>والله غفور رحيم</w:t>
      </w:r>
    </w:p>
    <w:p>
      <w:r>
        <w:rPr>
          <w:b/>
        </w:rPr>
        <w:t xml:space="preserve">[45:06] </w:t>
      </w:r>
      <w:r>
        <w:t>tumhare upar haram ki gayin tumhari maein tumhari betiyan tumhari behnein tumhari phuphiyan tumhari khalaein</w:t>
      </w:r>
    </w:p>
    <w:p>
      <w:pPr>
        <w:jc w:val="right"/>
      </w:pPr>
      <w:r>
        <w:t>تمہارے اوپر حرام کی گئیں تمہاری مائیں تمہاری بیٹیاں تمہاری بہنیں تمہاری پھوپھیاں تمہاری خالائیں</w:t>
      </w:r>
    </w:p>
    <w:p>
      <w:r>
        <w:rPr>
          <w:b/>
        </w:rPr>
        <w:t xml:space="preserve">[45:17] </w:t>
      </w:r>
      <w:r>
        <w:t>tumhari bhatijiyan aur bhanjiyan aur tumhari woh maein jinhone tum ko doodh pilaya tumhari doodh shareek behnein</w:t>
      </w:r>
    </w:p>
    <w:p>
      <w:pPr>
        <w:jc w:val="right"/>
      </w:pPr>
      <w:r>
        <w:t>تمہاری بھتیجیاں اور بھانجیاں اور تمہاری وہ مائیں جنہوں نے تم کو دودھ پلایا تمہاری دودھ شریک بہنیں</w:t>
      </w:r>
    </w:p>
    <w:p>
      <w:r>
        <w:rPr>
          <w:b/>
        </w:rPr>
        <w:t xml:space="preserve">[45:29] </w:t>
      </w:r>
      <w:r>
        <w:t>tumhari auraton ki maein aur un ki betiyan jo tumhari parwarish mein hain</w:t>
      </w:r>
    </w:p>
    <w:p>
      <w:pPr>
        <w:jc w:val="right"/>
      </w:pPr>
      <w:r>
        <w:t>تمہاری عورتوں کی مائیں اور ان کی بیٹیاں جو تمہاری پرورش میں ہیں</w:t>
      </w:r>
    </w:p>
    <w:p>
      <w:r>
        <w:rPr>
          <w:b/>
        </w:rPr>
        <w:t xml:space="preserve">[45:37] </w:t>
      </w:r>
      <w:r>
        <w:t>jo tumhari un biwion se hon jin se tum ne sohbat ki hai lekin agar abhi tum ne</w:t>
      </w:r>
    </w:p>
    <w:p>
      <w:pPr>
        <w:jc w:val="right"/>
      </w:pPr>
      <w:r>
        <w:t>جو تمہاری ان بیویوں سے ہوں جن سے تم نے صحبت کی ہے لیکن اگر ابھی تم نے</w:t>
      </w:r>
    </w:p>
    <w:p>
      <w:r>
        <w:rPr>
          <w:b/>
        </w:rPr>
        <w:t xml:space="preserve">[45:45] </w:t>
      </w:r>
      <w:r>
        <w:t>un se sohbat na ki ho to tum par koi gunah nahin</w:t>
      </w:r>
    </w:p>
    <w:p>
      <w:pPr>
        <w:jc w:val="right"/>
      </w:pPr>
      <w:r>
        <w:t>ان سے صحبت نہ کی ہو تو تم پر کوئی گناہ نہیں</w:t>
      </w:r>
    </w:p>
    <w:p>
      <w:r>
        <w:rPr>
          <w:b/>
        </w:rPr>
        <w:t xml:space="preserve">[45:50] </w:t>
      </w:r>
      <w:r>
        <w:t>aur tumhare</w:t>
      </w:r>
    </w:p>
    <w:p>
      <w:pPr>
        <w:jc w:val="right"/>
      </w:pPr>
      <w:r>
        <w:t>اور تمہارے</w:t>
      </w:r>
    </w:p>
    <w:p>
      <w:r>
        <w:rPr>
          <w:b/>
        </w:rPr>
        <w:t xml:space="preserve">[45:51] </w:t>
      </w:r>
      <w:r>
        <w:t>sulbi beto ki biwiyan aur yeh ke tum ikatha karo do behno ko magar jo pehle ho chuka</w:t>
      </w:r>
    </w:p>
    <w:p>
      <w:pPr>
        <w:jc w:val="right"/>
      </w:pPr>
      <w:r>
        <w:t>سلبی بیٹوں کی بیویاں اور یہ کہ تم اکٹھا کرو دو بہنوں کو مگر جو پہلے ہو چکا</w:t>
      </w:r>
    </w:p>
    <w:p>
      <w:r>
        <w:rPr>
          <w:b/>
        </w:rPr>
        <w:t xml:space="preserve">[46:01] </w:t>
      </w:r>
      <w:r>
        <w:t>beshak Allah bakhshne wala meharban hai aur woh auratein bhi haram hain jo kisi doosre ke nikah</w:t>
      </w:r>
    </w:p>
    <w:p>
      <w:pPr>
        <w:jc w:val="right"/>
      </w:pPr>
      <w:r>
        <w:t>بے شک اللہ بخشنے والا مہربان ہے اور وہ عورتیں بھی حرام ہیں جو کسی دوسرے کے نکاح</w:t>
      </w:r>
    </w:p>
    <w:p>
      <w:r>
        <w:rPr>
          <w:b/>
        </w:rPr>
        <w:t xml:space="preserve">[46:09] </w:t>
      </w:r>
      <w:r>
        <w:t>mein hon magar yeh ke woh jang mein tumhare haath ayen</w:t>
      </w:r>
    </w:p>
    <w:p>
      <w:pPr>
        <w:jc w:val="right"/>
      </w:pPr>
      <w:r>
        <w:t>میں ہوں مگر یہ کہ وہ جنگ میں تمہارے ہاتھ ائیں</w:t>
      </w:r>
    </w:p>
    <w:p>
      <w:r>
        <w:rPr>
          <w:b/>
        </w:rPr>
        <w:t xml:space="preserve">[46:15] </w:t>
      </w:r>
      <w:r>
        <w:t>yeh Allah ka hukum hai tumhare upar</w:t>
      </w:r>
    </w:p>
    <w:p>
      <w:pPr>
        <w:jc w:val="right"/>
      </w:pPr>
      <w:r>
        <w:t>یہ اللہ کا حکم ہے تمہارے اوپر</w:t>
      </w:r>
    </w:p>
    <w:p>
      <w:r>
        <w:rPr>
          <w:b/>
        </w:rPr>
        <w:t xml:space="preserve">[46:19] </w:t>
      </w:r>
      <w:r>
        <w:t>in ke ilawa jo auratein hain woh sab tumhare liye halaal hain bashart ke tum apne maal ke</w:t>
      </w:r>
    </w:p>
    <w:p>
      <w:pPr>
        <w:jc w:val="right"/>
      </w:pPr>
      <w:r>
        <w:t>ان کے علاوہ جو عورتیں ہیں وہ سب تمہارے لیے حلال ہیں بشرط کہ تم اپنے مال کے</w:t>
      </w:r>
    </w:p>
    <w:p>
      <w:r>
        <w:rPr>
          <w:b/>
        </w:rPr>
        <w:t xml:space="preserve">[46:27] </w:t>
      </w:r>
      <w:r>
        <w:t>zariye se un ke talib bano</w:t>
      </w:r>
    </w:p>
    <w:p>
      <w:pPr>
        <w:jc w:val="right"/>
      </w:pPr>
      <w:r>
        <w:t>ذریعے سے ان کے طالب بنو</w:t>
      </w:r>
    </w:p>
    <w:p>
      <w:r>
        <w:rPr>
          <w:b/>
        </w:rPr>
        <w:t xml:space="preserve">[46:31] </w:t>
      </w:r>
      <w:r>
        <w:t>un ko qaid-e-nikah mein le kar na ke badkari ke taur par</w:t>
      </w:r>
    </w:p>
    <w:p>
      <w:pPr>
        <w:jc w:val="right"/>
      </w:pPr>
      <w:r>
        <w:t>ان کو قید نکاح میں لے کر نہ کہ بدکاری کے طور پر</w:t>
      </w:r>
    </w:p>
    <w:p>
      <w:r>
        <w:rPr>
          <w:b/>
        </w:rPr>
        <w:t xml:space="preserve">[46:37] </w:t>
      </w:r>
      <w:r>
        <w:t>phir</w:t>
      </w:r>
    </w:p>
    <w:p>
      <w:pPr>
        <w:jc w:val="right"/>
      </w:pPr>
      <w:r>
        <w:t>پھر</w:t>
      </w:r>
    </w:p>
    <w:p>
      <w:r>
        <w:rPr>
          <w:b/>
        </w:rPr>
        <w:t xml:space="preserve">[46:38] </w:t>
      </w:r>
      <w:r>
        <w:t>un auraton mein se jin ko tum kaam mein laye ho</w:t>
      </w:r>
    </w:p>
    <w:p>
      <w:pPr>
        <w:jc w:val="right"/>
      </w:pPr>
      <w:r>
        <w:t>ان عورتوں میں سے جن کو تم کام میں لائے ہو</w:t>
      </w:r>
    </w:p>
    <w:p>
      <w:r>
        <w:rPr>
          <w:b/>
        </w:rPr>
        <w:t xml:space="preserve">[46:42] </w:t>
      </w:r>
      <w:r>
        <w:t>un ko un ka tay shuda mahr de do aur mahr ke thahranay ke baad jo tum ne</w:t>
      </w:r>
    </w:p>
    <w:p>
      <w:pPr>
        <w:jc w:val="right"/>
      </w:pPr>
      <w:r>
        <w:t>ان کو ان کا طے شدہ مہر دے دو اور مہر کے ٹھہرانے کے بعد جو تم نے</w:t>
      </w:r>
    </w:p>
    <w:p>
      <w:r>
        <w:rPr>
          <w:b/>
        </w:rPr>
        <w:t xml:space="preserve">[46:50] </w:t>
      </w:r>
      <w:r>
        <w:t>apas mein razinamah kiya ho to us mein koi gunah nahi</w:t>
      </w:r>
    </w:p>
    <w:p>
      <w:pPr>
        <w:jc w:val="right"/>
      </w:pPr>
      <w:r>
        <w:t>اپس میں راضی نامہ کیا ہو تو اس میں کوئی گناہ نہیں</w:t>
      </w:r>
    </w:p>
    <w:p>
      <w:r>
        <w:rPr>
          <w:b/>
        </w:rPr>
        <w:t xml:space="preserve">[46:56] </w:t>
      </w:r>
      <w:r>
        <w:t>beshak Allah janne wala hikmat wala hai aur tum mein se jo shakhs muqdorat na rakhta ho</w:t>
      </w:r>
    </w:p>
    <w:p>
      <w:pPr>
        <w:jc w:val="right"/>
      </w:pPr>
      <w:r>
        <w:t>بے شک اللہ جاننے والا حکمت والا ہے اور تم میں سے جو شخص مقدرت نہ رکھتا ہو</w:t>
      </w:r>
    </w:p>
    <w:p>
      <w:r>
        <w:rPr>
          <w:b/>
        </w:rPr>
        <w:t xml:space="preserve">[47:04] </w:t>
      </w:r>
      <w:r>
        <w:t>ke azaad musalman auraton se nikah kar sake to us ko chahiye ke woh tumhari un kanizon mein</w:t>
      </w:r>
    </w:p>
    <w:p>
      <w:pPr>
        <w:jc w:val="right"/>
      </w:pPr>
      <w:r>
        <w:t>کہ ازاد مسلمان عورتوں سے نکاح کر سکے تو اس کو چاہیے کہ وہ تمہاری ان کنیزوں میں</w:t>
      </w:r>
    </w:p>
    <w:p>
      <w:r>
        <w:rPr>
          <w:b/>
        </w:rPr>
        <w:t xml:space="preserve">[47:12] </w:t>
      </w:r>
      <w:r>
        <w:t>se kisi ke sath nikah kar le jo tumhare qabze mein hon aur momina hon</w:t>
      </w:r>
    </w:p>
    <w:p>
      <w:pPr>
        <w:jc w:val="right"/>
      </w:pPr>
      <w:r>
        <w:t>سے کسی کے ساتھ نکاح کر لے جو تمہارے قبضے میں ہوں اور مومنہ ہوں</w:t>
      </w:r>
    </w:p>
    <w:p>
      <w:r>
        <w:rPr>
          <w:b/>
        </w:rPr>
        <w:t xml:space="preserve">[47:21] </w:t>
      </w:r>
      <w:r>
        <w:t>Allah tumhare imaan ko khoob janta hai tum</w:t>
      </w:r>
    </w:p>
    <w:p>
      <w:pPr>
        <w:jc w:val="right"/>
      </w:pPr>
      <w:r>
        <w:t>اللہ تمہارے ایمان کو خوب جانتا ہے تم</w:t>
      </w:r>
    </w:p>
    <w:p>
      <w:r>
        <w:rPr>
          <w:b/>
        </w:rPr>
        <w:t xml:space="preserve">[47:24] </w:t>
      </w:r>
      <w:r>
        <w:t>apas mein aik ho pas un ke malikon ki ijazat se un se nikah kar lo aur ma'roof</w:t>
      </w:r>
    </w:p>
    <w:p>
      <w:pPr>
        <w:jc w:val="right"/>
      </w:pPr>
      <w:r>
        <w:t>اپس میں ایک ہو پس ان کے مالکوں کی اجازت سے ان سے نکاح کر لو اور معروف</w:t>
      </w:r>
    </w:p>
    <w:p>
      <w:r>
        <w:rPr>
          <w:b/>
        </w:rPr>
        <w:t xml:space="preserve">[47:32] </w:t>
      </w:r>
      <w:r>
        <w:t>tareeqe se un ke mahr ada kar do is tarah ke woh qaid-e-nikah mein layi jayen na</w:t>
      </w:r>
    </w:p>
    <w:p>
      <w:pPr>
        <w:jc w:val="right"/>
      </w:pPr>
      <w:r>
        <w:t>طریقے سے ان کے مہر ادا کر دو اس طرح کہ وہ قید نکاح میں لائی جائیں نہ</w:t>
      </w:r>
    </w:p>
    <w:p>
      <w:r>
        <w:rPr>
          <w:b/>
        </w:rPr>
        <w:t xml:space="preserve">[47:39] </w:t>
      </w:r>
      <w:r>
        <w:t>ke azaad shahwat rani karen aur chori chhupe ashnaaiyan karen phir jab woh qaid-e-nikah mein ajayen aur</w:t>
      </w:r>
    </w:p>
    <w:p>
      <w:pPr>
        <w:jc w:val="right"/>
      </w:pPr>
      <w:r>
        <w:t>کہ ازاد شہوت رانی کریں اور چوری چھپے اشنائیاں کریں پھر جب وہ قید نکاح میں اجائیں اور</w:t>
      </w:r>
    </w:p>
    <w:p>
      <w:r>
        <w:rPr>
          <w:b/>
        </w:rPr>
        <w:t xml:space="preserve">[47:49] </w:t>
      </w:r>
      <w:r>
        <w:t>is ke baad woh badkari ki murtakib hon to azaad auraton ke liye jo saza hai us ki</w:t>
      </w:r>
    </w:p>
    <w:p>
      <w:pPr>
        <w:jc w:val="right"/>
      </w:pPr>
      <w:r>
        <w:t>اس کے بعد وہ بدکاری کی مرتکب ہوں تو ازاد عورتوں کے لیے جو سزا ہے اس کی</w:t>
      </w:r>
    </w:p>
    <w:p>
      <w:r>
        <w:rPr>
          <w:b/>
        </w:rPr>
        <w:t xml:space="preserve">[47:56] </w:t>
      </w:r>
      <w:r>
        <w:t>nisf saza un par hai yeh us ke liye hai jo tum mein se badkari ka andesha rakhta</w:t>
      </w:r>
    </w:p>
    <w:p>
      <w:pPr>
        <w:jc w:val="right"/>
      </w:pPr>
      <w:r>
        <w:t>نصف سزا ان پر ہے یہ اس کے لیے ہے جو تم میں سے بدکاری کا اندیشہ رکھتا</w:t>
      </w:r>
    </w:p>
    <w:p>
      <w:r>
        <w:rPr>
          <w:b/>
        </w:rPr>
        <w:t xml:space="preserve">[48:02] </w:t>
      </w:r>
      <w:r>
        <w:t>ho aur agar tum zabt se kaam lo to yeh tumhare liye zyada behtar hai aur Allah bakhshne</w:t>
      </w:r>
    </w:p>
    <w:p>
      <w:pPr>
        <w:jc w:val="right"/>
      </w:pPr>
      <w:r>
        <w:t>ہو اور اگر تم ضبط سے کام لو تو یہ تمہارے لیے زیادہ بہتر ہے اور اللہ بخشنے</w:t>
      </w:r>
    </w:p>
    <w:p>
      <w:r>
        <w:rPr>
          <w:b/>
        </w:rPr>
        <w:t xml:space="preserve">[48:10] </w:t>
      </w:r>
      <w:r>
        <w:t>wala reham karne wala hai</w:t>
      </w:r>
    </w:p>
    <w:p>
      <w:pPr>
        <w:jc w:val="right"/>
      </w:pPr>
      <w:r>
        <w:t>والا رحم کرنے والا ہے</w:t>
      </w:r>
    </w:p>
    <w:p>
      <w:r>
        <w:rPr>
          <w:b/>
        </w:rPr>
        <w:t xml:space="preserve">[48:15] </w:t>
      </w:r>
      <w:r>
        <w:t>tashreeh insaan ke andar bohat si fitri khwahishein hain</w:t>
      </w:r>
    </w:p>
    <w:p>
      <w:pPr>
        <w:jc w:val="right"/>
      </w:pPr>
      <w:r>
        <w:t>تشریح انسان کے اندر بہت سی فطری خواہشیں ہیں</w:t>
      </w:r>
    </w:p>
    <w:p>
      <w:r>
        <w:rPr>
          <w:b/>
        </w:rPr>
        <w:t xml:space="preserve">[48:22] </w:t>
      </w:r>
      <w:r>
        <w:t>inhi mein se aik shahwani khwahish hai jo aurat aur mard ke darmiyan pai jati hai</w:t>
      </w:r>
    </w:p>
    <w:p>
      <w:pPr>
        <w:jc w:val="right"/>
      </w:pPr>
      <w:r>
        <w:t>انہی میں سے ایک شہوانی خواہش ہے جو عورت اور مرد کے درمیان پائی جاتی ہے</w:t>
      </w:r>
    </w:p>
    <w:p>
      <w:r>
        <w:rPr>
          <w:b/>
        </w:rPr>
        <w:t xml:space="preserve">[48:30] </w:t>
      </w:r>
      <w:r>
        <w:t>shariat tamam insani jazbat ki had bandi karti hai isi tarah is ne shahwani jazbat ke liye bhi</w:t>
      </w:r>
    </w:p>
    <w:p>
      <w:pPr>
        <w:jc w:val="right"/>
      </w:pPr>
      <w:r>
        <w:t>شریعت تمام انسانی جذبات کی حد بندی کرتی ہے اسی طرح اس نے شہوانی جذبات کے لیے بھی</w:t>
      </w:r>
    </w:p>
    <w:p>
      <w:r>
        <w:rPr>
          <w:b/>
        </w:rPr>
        <w:t xml:space="preserve">[48:38] </w:t>
      </w:r>
      <w:r>
        <w:t>hudood aur zabte muqarrar kiye hain shariat-e-ilahi ke mutabiq aurat aur mard ke darmiyan sirf wohi shahwani</w:t>
      </w:r>
    </w:p>
    <w:p>
      <w:pPr>
        <w:jc w:val="right"/>
      </w:pPr>
      <w:r>
        <w:t>حدود اور ضابطے مقرر کیے ہیں شریعت الہی کے مطابق عورت اور مرد کے درمیان صرف وہی شہوانی</w:t>
      </w:r>
    </w:p>
    <w:p>
      <w:r>
        <w:rPr>
          <w:b/>
        </w:rPr>
        <w:t xml:space="preserve">[48:47] </w:t>
      </w:r>
      <w:r>
        <w:t>ta'alluq sahih hai jo nikah ki soorat mein aik sanjeeda muasharti mu'ahiday ki hesiyat se qaim ho phir</w:t>
      </w:r>
    </w:p>
    <w:p>
      <w:pPr>
        <w:jc w:val="right"/>
      </w:pPr>
      <w:r>
        <w:t>تعلق صحیح ہے جو نکاح کی صورت میں ایک سنجیدہ معاشرتی معاہدے کی حیثیت سے قائم ہو پھر</w:t>
      </w:r>
    </w:p>
    <w:p>
      <w:r>
        <w:rPr>
          <w:b/>
        </w:rPr>
        <w:t xml:space="preserve">[48:56] </w:t>
      </w:r>
      <w:r>
        <w:t>yeh ke jis tarah fitri jazbat ki taskeen zaroori hai isi tarah yeh</w:t>
      </w:r>
    </w:p>
    <w:p>
      <w:pPr>
        <w:jc w:val="right"/>
      </w:pPr>
      <w:r>
        <w:t>یہ کہ جس طرح فطری جذبات کی تسکین ضروری ہے اسی طرح یہ</w:t>
      </w:r>
    </w:p>
    <w:p>
      <w:r>
        <w:rPr>
          <w:b/>
        </w:rPr>
        <w:t xml:space="preserve">[49:01] </w:t>
      </w:r>
      <w:r>
        <w:t>bhi zaroori hai ke khandani zindagi mein taqaddus ki fiza maujood rahe is maqsad ke liye nasab ya raza'at ya musaharat ke tehat qaim hone wale kuch rishton ko haram qarar de diya gaya ta ke bilkul qareebi rishton ke darmiyan ka ta'alluq shahwani jazbat se bala rahe</w:t>
      </w:r>
    </w:p>
    <w:p>
      <w:pPr>
        <w:jc w:val="right"/>
      </w:pPr>
      <w:r>
        <w:t>بھی ضروری ہے کہ خاندانی زندگی میں تقدس کی فضا موجود رہے اس مقصد کے لیے نسب یا رضاعت یا مصاہرت کے تحت قائم ہونے والے کچھ رشتوں کو حرام قرار دے دیا گیا تاکہ بالکل قریبی رشتوں کے درمیان کا تعلق شہوانی جذبات سے بالا رہے</w:t>
      </w:r>
    </w:p>
    <w:p>
      <w:r>
        <w:rPr>
          <w:b/>
        </w:rPr>
        <w:t xml:space="preserve">[49:27] </w:t>
      </w:r>
      <w:r>
        <w:t>insaan ki izzat o barai ka mayar</w:t>
      </w:r>
    </w:p>
    <w:p>
      <w:pPr>
        <w:jc w:val="right"/>
      </w:pPr>
      <w:r>
        <w:t>انسان کی عزت و بڑائی کا معیار</w:t>
      </w:r>
    </w:p>
    <w:p>
      <w:r>
        <w:rPr>
          <w:b/>
        </w:rPr>
        <w:t xml:space="preserve">[49:30] </w:t>
      </w:r>
      <w:r>
        <w:t>woh dikhai dene wali cheezein nahi hain jin par log aik doosre ki izzat o barai ko napte</w:t>
      </w:r>
    </w:p>
    <w:p>
      <w:pPr>
        <w:jc w:val="right"/>
      </w:pPr>
      <w:r>
        <w:t>وہ دکھائی دینے والی چیزیں نہیں ہیں جن پر لوگ ایک دوسرے کی عزت و بڑائی کو ناپتے</w:t>
      </w:r>
    </w:p>
    <w:p>
      <w:r>
        <w:rPr>
          <w:b/>
        </w:rPr>
        <w:t xml:space="preserve">[49:37] </w:t>
      </w:r>
      <w:r>
        <w:t>hain balkay barhai ka mayar woh na dikhai denay wala imaan hai jo sirf Allah ke ilm mein</w:t>
      </w:r>
    </w:p>
    <w:p>
      <w:pPr>
        <w:jc w:val="right"/>
      </w:pPr>
      <w:r>
        <w:t>ہیں بلکہ بڑائی کا معیار وہ نہ دکھائی دینے والا ایمان ہے جو صرف اللہ کے علم میں</w:t>
      </w:r>
    </w:p>
    <w:p>
      <w:r>
        <w:rPr>
          <w:b/>
        </w:rPr>
        <w:t xml:space="preserve">[49:46] </w:t>
      </w:r>
      <w:r>
        <w:t>hota hai goya kisi ka izzat wala hona ya bay izzat wala hona aisi cheez nahi jo aadmi</w:t>
      </w:r>
    </w:p>
    <w:p>
      <w:pPr>
        <w:jc w:val="right"/>
      </w:pPr>
      <w:r>
        <w:t>ہوتا ہے گویا کسی کا عزت والا ہونا یا بے عزت والا ہونا ایسی چیز نہیں جو ادمی</w:t>
      </w:r>
    </w:p>
    <w:p>
      <w:r>
        <w:rPr>
          <w:b/>
        </w:rPr>
        <w:t xml:space="preserve">[49:54] </w:t>
      </w:r>
      <w:r>
        <w:t>ko maloom ho yeh tamam tar namaloom cheez hai aur is ka faisla akhirat mein Allah ki adalat</w:t>
      </w:r>
    </w:p>
    <w:p>
      <w:pPr>
        <w:jc w:val="right"/>
      </w:pPr>
      <w:r>
        <w:t>کو معلوم ہو یہ تمام تر نامعلوم چیز ہے اور اس کا فیصلہ اخرت میں اللہ کی عدالت</w:t>
      </w:r>
    </w:p>
    <w:p>
      <w:r>
        <w:rPr>
          <w:b/>
        </w:rPr>
        <w:t xml:space="preserve">[50:03] </w:t>
      </w:r>
      <w:r>
        <w:t>mein honay wala hai yeh aik aisa tasawwur hai jo aadmi se bartari ka ehsas cheen leta hai</w:t>
      </w:r>
    </w:p>
    <w:p>
      <w:pPr>
        <w:jc w:val="right"/>
      </w:pPr>
      <w:r>
        <w:t>میں ہونے والا ہے یہ ایک ایسا تصور ہے جو ادمی سے برتری کا احساس چھین لیتا ہے</w:t>
      </w:r>
    </w:p>
    <w:p>
      <w:r>
        <w:rPr>
          <w:b/>
        </w:rPr>
        <w:t xml:space="preserve">[50:11] </w:t>
      </w:r>
      <w:r>
        <w:t>aur bartari ka</w:t>
      </w:r>
    </w:p>
    <w:p>
      <w:pPr>
        <w:jc w:val="right"/>
      </w:pPr>
      <w:r>
        <w:t>اور برتری کا</w:t>
      </w:r>
    </w:p>
    <w:p>
      <w:r>
        <w:rPr>
          <w:b/>
        </w:rPr>
        <w:t xml:space="preserve">[50:12] </w:t>
      </w:r>
      <w:r>
        <w:t>ehsas hi woh cheez hai jo beshtar ma'asharti kharabiyon ki asal jar hai</w:t>
      </w:r>
    </w:p>
    <w:p>
      <w:pPr>
        <w:jc w:val="right"/>
      </w:pPr>
      <w:r>
        <w:t>احساس ہی وہ چیز ہے جو بیشتر معاشرتی خرابیوں کی اصل جڑ ہے</w:t>
      </w:r>
    </w:p>
    <w:p>
      <w:r>
        <w:rPr>
          <w:b/>
        </w:rPr>
        <w:t xml:space="preserve">[50:21] </w:t>
      </w:r>
      <w:r>
        <w:t>allah</w:t>
      </w:r>
    </w:p>
    <w:p>
      <w:pPr>
        <w:jc w:val="right"/>
      </w:pPr>
      <w:r>
        <w:t>اللہ</w:t>
      </w:r>
    </w:p>
    <w:p>
      <w:r>
        <w:rPr>
          <w:b/>
        </w:rPr>
        <w:t xml:space="preserve">[50:29] </w:t>
      </w:r>
      <w:r>
        <w:t>sunan alladhina min qablikum wa yatubu alaikum wallahu 'alimu hakimun wallahu yureedu an yatuba alaikum wa yureedu alladhina yattabi'una al-shahawati an tamilu mailan 'aziman yureedu allahu an yukhaffifa 'ankum</w:t>
      </w:r>
    </w:p>
    <w:p>
      <w:pPr>
        <w:jc w:val="right"/>
      </w:pPr>
      <w:r>
        <w:t>سنن الذین من قبلکم ویتوب علیکم واللہ علیم حکیم واللہ یرید ان یتوب علیکم ویرید الذین یتبعون الشہوات ان تمیلو میلا عظیما یرید اللہ ان یخفف عنکم</w:t>
      </w:r>
    </w:p>
    <w:p>
      <w:r>
        <w:rPr>
          <w:b/>
        </w:rPr>
        <w:t xml:space="preserve">[50:56] </w:t>
      </w:r>
      <w:r>
        <w:t>Allah chahta hai ke tumhare waste bayan kare aur tumhe un logon ke tareeqon ki hidayat de jo</w:t>
      </w:r>
    </w:p>
    <w:p>
      <w:pPr>
        <w:jc w:val="right"/>
      </w:pPr>
      <w:r>
        <w:t>اللہ چاہتا ہے کہ تمہارے واسطے بیان کرے اور تمہیں ان لوگوں کے طریقوں کی ہدایت دے جو</w:t>
      </w:r>
    </w:p>
    <w:p>
      <w:r>
        <w:rPr>
          <w:b/>
        </w:rPr>
        <w:t xml:space="preserve">[51:03] </w:t>
      </w:r>
      <w:r>
        <w:t>tum se pehle guzar chuke hain</w:t>
      </w:r>
    </w:p>
    <w:p>
      <w:pPr>
        <w:jc w:val="right"/>
      </w:pPr>
      <w:r>
        <w:t>تم سے پہلے گزر چکے ہیں</w:t>
      </w:r>
    </w:p>
    <w:p>
      <w:r>
        <w:rPr>
          <w:b/>
        </w:rPr>
        <w:t xml:space="preserve">[51:07] </w:t>
      </w:r>
      <w:r>
        <w:t>aur tum par tawajjuh kare Allah janne wala hikmat wala hai aur Allah chahta hai ke tumhare upar</w:t>
      </w:r>
    </w:p>
    <w:p>
      <w:pPr>
        <w:jc w:val="right"/>
      </w:pPr>
      <w:r>
        <w:t>اور تم پر توجہ کرے اللہ جاننے والا حکمت والا ہے اور اللہ چاہتا ہے کہ تمہارے اوپر</w:t>
      </w:r>
    </w:p>
    <w:p>
      <w:r>
        <w:rPr>
          <w:b/>
        </w:rPr>
        <w:t xml:space="preserve">[51:17] </w:t>
      </w:r>
      <w:r>
        <w:t>tawajjuh kare aur jo log apni khwahishat ki pairwi kar rahe hain woh chahte hain ke tum rah</w:t>
      </w:r>
    </w:p>
    <w:p>
      <w:pPr>
        <w:jc w:val="right"/>
      </w:pPr>
      <w:r>
        <w:t>توجہ کرے اور جو لوگ اپنی خواہشات کی پیروی کر رہے ہیں وہ چاہتے ہیں کہ تم راہ</w:t>
      </w:r>
    </w:p>
    <w:p>
      <w:r>
        <w:rPr>
          <w:b/>
        </w:rPr>
        <w:t xml:space="preserve">[51:24] </w:t>
      </w:r>
      <w:r>
        <w:t>rast se bohat door nikal jao</w:t>
      </w:r>
    </w:p>
    <w:p>
      <w:pPr>
        <w:jc w:val="right"/>
      </w:pPr>
      <w:r>
        <w:t>راست سے بہت دور نکل جاؤ</w:t>
      </w:r>
    </w:p>
    <w:p>
      <w:r>
        <w:rPr>
          <w:b/>
        </w:rPr>
        <w:t xml:space="preserve">[51:28] </w:t>
      </w:r>
      <w:r>
        <w:t>Allah chahta hai ke tum se bojh ko halka kare aur insaan kamzor banaya gaya hai</w:t>
      </w:r>
    </w:p>
    <w:p>
      <w:pPr>
        <w:jc w:val="right"/>
      </w:pPr>
      <w:r>
        <w:t>اللہ چاہتا ہے کہ تم سے بوجھ کو ہلکا کرے اور انسان کمزور بنایا گیا ہے</w:t>
      </w:r>
    </w:p>
    <w:p>
      <w:r>
        <w:rPr>
          <w:b/>
        </w:rPr>
        <w:t xml:space="preserve">[51:38] </w:t>
      </w:r>
      <w:r>
        <w:t>tashreeh zindagi ke tareeqe jo Quran mein bataye gaye hain woh koi naye nahi hain har daur mein</w:t>
      </w:r>
    </w:p>
    <w:p>
      <w:pPr>
        <w:jc w:val="right"/>
      </w:pPr>
      <w:r>
        <w:t>تشریح زندگی کے طریقے جو قران میں بتائے گئے ہیں وہ کوئی نئے نہیں ہیں ہر دور میں</w:t>
      </w:r>
    </w:p>
    <w:p>
      <w:r>
        <w:rPr>
          <w:b/>
        </w:rPr>
        <w:t xml:space="preserve">[51:46] </w:t>
      </w:r>
      <w:r>
        <w:t>Allah apne peghambaron ke zariye in ka ailan karata raha hai har zamanay ke khuda parast logon ka</w:t>
      </w:r>
    </w:p>
    <w:p>
      <w:pPr>
        <w:jc w:val="right"/>
      </w:pPr>
      <w:r>
        <w:t>اللہ اپنے پیغمبروں کے ذریعے ان کا اعلان کراتا رہا ہے ہر زمانے کے خدا پرست لوگوں کا</w:t>
      </w:r>
    </w:p>
    <w:p>
      <w:r>
        <w:rPr>
          <w:b/>
        </w:rPr>
        <w:t xml:space="preserve">[51:55] </w:t>
      </w:r>
      <w:r>
        <w:t>isi par amal tha magar qadeem aasmani kitabon ke mehfooz na rehne ki wajah se yeh tareeqe gum</w:t>
      </w:r>
    </w:p>
    <w:p>
      <w:pPr>
        <w:jc w:val="right"/>
      </w:pPr>
      <w:r>
        <w:t>اسی پر عمل تھا مگر قدیم اسمانی کتابوں کے محفوظ نہ رہنے کی وجہ سے یہ طریقے گم</w:t>
      </w:r>
    </w:p>
    <w:p>
      <w:r>
        <w:rPr>
          <w:b/>
        </w:rPr>
        <w:t xml:space="preserve">[52:03] </w:t>
      </w:r>
      <w:r>
        <w:t>ho gaye ab Allah ne apne aakhri rasool ke zariye in ko arabi zaban mein utara aur in</w:t>
      </w:r>
    </w:p>
    <w:p>
      <w:pPr>
        <w:jc w:val="right"/>
      </w:pPr>
      <w:r>
        <w:t>ہو گئے اب اللہ نے اپنے اخری رسول کے ذریعے ان کو عربی زبان میں اتارا اور ان</w:t>
      </w:r>
    </w:p>
    <w:p>
      <w:r>
        <w:rPr>
          <w:b/>
        </w:rPr>
        <w:t xml:space="preserve">[52:12] </w:t>
      </w:r>
      <w:r>
        <w:t>ko hamesha ke liye mehfooz kar diya aaj jab koi giroh in tareeqon par apni zindagi ko dhalta</w:t>
      </w:r>
    </w:p>
    <w:p>
      <w:pPr>
        <w:jc w:val="right"/>
      </w:pPr>
      <w:r>
        <w:t>کو ہمیشہ کے لیے محفوظ کر دیا اج جب کوئی گروہ ان طریقوں پر اپنی زندگی کو ڈھالتا</w:t>
      </w:r>
    </w:p>
    <w:p>
      <w:r>
        <w:rPr>
          <w:b/>
        </w:rPr>
        <w:t xml:space="preserve">[52:21] </w:t>
      </w:r>
      <w:r>
        <w:t>hai to goya woh saleheen</w:t>
      </w:r>
    </w:p>
    <w:p>
      <w:pPr>
        <w:jc w:val="right"/>
      </w:pPr>
      <w:r>
        <w:t>ہے تو گویا وہ صالحین</w:t>
      </w:r>
    </w:p>
    <w:p>
      <w:r>
        <w:rPr>
          <w:b/>
        </w:rPr>
        <w:t xml:space="preserve">[52:23] </w:t>
      </w:r>
      <w:r>
        <w:t>ke is abadi qafle mein shamil ho jata hai jin ko Allah ki rehmaton mein hissa mila jo har zamane mein Allah ke is rastay par chale jis ko Allah ne apne wafadar bandon ke liye khola tha</w:t>
      </w:r>
    </w:p>
    <w:p>
      <w:pPr>
        <w:jc w:val="right"/>
      </w:pPr>
      <w:r>
        <w:t>کے اس ابدی قافلے میں شامل ہو جاتا ہے جن کو اللہ کی رحمتوں میں حصہ ملا جو ہر زمانے میں اللہ کے اس راستے پر چلے جس کو اللہ نے اپنے وفادار بندوں کے لیے کھولا تھا</w:t>
      </w:r>
    </w:p>
    <w:p>
      <w:r>
        <w:rPr>
          <w:b/>
        </w:rPr>
        <w:t xml:space="preserve">[52:45] </w:t>
      </w:r>
      <w:r>
        <w:t>har insani giroh mein aisa hota hai ke kuch cheezein sadiyon ke riwaj se jarr jama leti hain</w:t>
      </w:r>
    </w:p>
    <w:p>
      <w:pPr>
        <w:jc w:val="right"/>
      </w:pPr>
      <w:r>
        <w:t>ہر انسانی گروہ میں ایسا ہوتا ہے کہ کچھ چیزیں صدیوں کے رواج سے جڑ جما لیتی ہیں</w:t>
      </w:r>
    </w:p>
    <w:p>
      <w:r>
        <w:rPr>
          <w:b/>
        </w:rPr>
        <w:t xml:space="preserve">[52:52] </w:t>
      </w:r>
      <w:r>
        <w:t>woh logon ke zehnon par is tarah chha jati hain ke un ke khilaf sochna mushkil ho jata</w:t>
      </w:r>
    </w:p>
    <w:p>
      <w:pPr>
        <w:jc w:val="right"/>
      </w:pPr>
      <w:r>
        <w:t>وہ لوگوں کے ذہنوں پر اس طرح چھا جاتی ہیں کہ ان کے خلاف سوچنا مشکل ہو جاتا</w:t>
      </w:r>
    </w:p>
    <w:p>
      <w:r>
        <w:rPr>
          <w:b/>
        </w:rPr>
        <w:t xml:space="preserve">[52:58] </w:t>
      </w:r>
      <w:r>
        <w:t>hai jab Allah ka koi banda masharti islah ka kaam shuru karta hai to is qism ke log</w:t>
      </w:r>
    </w:p>
    <w:p>
      <w:pPr>
        <w:jc w:val="right"/>
      </w:pPr>
      <w:r>
        <w:t>ہے جب اللہ کا کوئی بندہ معاشرتی اصلاح کا کام شروع کرتا ہے تو اس قسم کے لوگ</w:t>
      </w:r>
    </w:p>
    <w:p>
      <w:r>
        <w:rPr>
          <w:b/>
        </w:rPr>
        <w:t xml:space="preserve">[53:07] </w:t>
      </w:r>
      <w:r>
        <w:t>cheekh uthte hain</w:t>
      </w:r>
    </w:p>
    <w:p>
      <w:pPr>
        <w:jc w:val="right"/>
      </w:pPr>
      <w:r>
        <w:t>چیخ اٹھتے ہیں</w:t>
      </w:r>
    </w:p>
    <w:p>
      <w:r>
        <w:rPr>
          <w:b/>
        </w:rPr>
        <w:t xml:space="preserve">[53:10] </w:t>
      </w:r>
      <w:r>
        <w:t>apne manoos tareeqon ko chhod kar namanous tareeqon ko ikhtiyar karna un ke liye sakht dushwar ho jata</w:t>
      </w:r>
    </w:p>
    <w:p>
      <w:pPr>
        <w:jc w:val="right"/>
      </w:pPr>
      <w:r>
        <w:t>اپنے مانوس طریقوں کو چھوڑ کر نامانوس طریقوں کو اختیار کرنا ان کے لیے سخت دشوار ہو جاتا</w:t>
      </w:r>
    </w:p>
    <w:p>
      <w:r>
        <w:rPr>
          <w:b/>
        </w:rPr>
        <w:t xml:space="preserve">[53:18] </w:t>
      </w:r>
      <w:r>
        <w:t>hai woh aisi islahi tehreek ke dushman ban jate hain jo un ko un ke baap dada ke</w:t>
      </w:r>
    </w:p>
    <w:p>
      <w:pPr>
        <w:jc w:val="right"/>
      </w:pPr>
      <w:r>
        <w:t>ہے وہ ایسی اصلاحی تحریک کے دشمن بن جاتے ہیں جو ان کو ان کے باپ دادا کے</w:t>
      </w:r>
    </w:p>
    <w:p>
      <w:r>
        <w:rPr>
          <w:b/>
        </w:rPr>
        <w:t xml:space="preserve">[53:25] </w:t>
      </w:r>
      <w:r>
        <w:t>tareeqon se hatana chahti ho is silsile mein mazhabi tabqe</w:t>
      </w:r>
    </w:p>
    <w:p>
      <w:pPr>
        <w:jc w:val="right"/>
      </w:pPr>
      <w:r>
        <w:t>طریقوں سے ہٹانا چاہتی ہو اس سلسلے میں مذہبی طبقے</w:t>
      </w:r>
    </w:p>
    <w:p>
      <w:r>
        <w:rPr>
          <w:b/>
        </w:rPr>
        <w:t xml:space="preserve">[53:30] </w:t>
      </w:r>
      <w:r>
        <w:t>ka rad-e-amal aur bhi ziyada shadeed hota hai</w:t>
      </w:r>
    </w:p>
    <w:p>
      <w:pPr>
        <w:jc w:val="right"/>
      </w:pPr>
      <w:r>
        <w:t>کا ردعمل اور بھی زیادہ شدید ہوتا ہے</w:t>
      </w:r>
    </w:p>
    <w:p>
      <w:r>
        <w:rPr>
          <w:b/>
        </w:rPr>
        <w:t xml:space="preserve">[53:35] </w:t>
      </w:r>
      <w:r>
        <w:t>jab deen ka andarooni pehlu kamzor hota hai to kharji goshgaafiyan janam leti hain ab adaab o qawaid</w:t>
      </w:r>
    </w:p>
    <w:p>
      <w:pPr>
        <w:jc w:val="right"/>
      </w:pPr>
      <w:r>
        <w:t>جب دین کا اندرونی پہلو کمزور ہوتا ہے تو خارجی گوشگافیاں جنم لیتی ہیں اب اداب و قواعد</w:t>
      </w:r>
    </w:p>
    <w:p>
      <w:r>
        <w:rPr>
          <w:b/>
        </w:rPr>
        <w:t xml:space="preserve">[53:43] </w:t>
      </w:r>
      <w:r>
        <w:t>ka aik zahiri dhancha bana liya jata hai log deen ki asal kaifiyat se khaali hote hain aur</w:t>
      </w:r>
    </w:p>
    <w:p>
      <w:pPr>
        <w:jc w:val="right"/>
      </w:pPr>
      <w:r>
        <w:t>کا ایک ظاہری ڈھانچہ بنا لیا جاتا ہے لوگ دین کی اصل کیفیات سے خالی ہوتے ہیں اور</w:t>
      </w:r>
    </w:p>
    <w:p>
      <w:r>
        <w:rPr>
          <w:b/>
        </w:rPr>
        <w:t xml:space="preserve">[53:53] </w:t>
      </w:r>
      <w:r>
        <w:t>zahiri adaab o qawaid ki pabandi kar ke samajhte hain ke woh Khuda ke deen par qaim hai</w:t>
      </w:r>
    </w:p>
    <w:p>
      <w:pPr>
        <w:jc w:val="right"/>
      </w:pPr>
      <w:r>
        <w:t>ظاہری اداب و قواعد کی پابندی کر کے سمجھتے ہیں کہ وہ خدا کے دین پر قائم ہے</w:t>
      </w:r>
    </w:p>
    <w:p>
      <w:r>
        <w:rPr>
          <w:b/>
        </w:rPr>
        <w:t xml:space="preserve">[54:01] </w:t>
      </w:r>
      <w:r>
        <w:t>yeh khud sakhta deen aslaf se mansoob ho kar dheere dheere muqaddas ban jata hai aur nabat yahan</w:t>
      </w:r>
    </w:p>
    <w:p>
      <w:pPr>
        <w:jc w:val="right"/>
      </w:pPr>
      <w:r>
        <w:t>یہ خود ساختہ دین اسلاف سے منسوب ہو کر دھیرے دھیرے مقدس بن جاتا ہے اور نوبت یہاں</w:t>
      </w:r>
    </w:p>
    <w:p>
      <w:r>
        <w:rPr>
          <w:b/>
        </w:rPr>
        <w:t xml:space="preserve">[54:10] </w:t>
      </w:r>
      <w:r>
        <w:t>tak puhanchti hai ke Khuda ka saada aur fitri deen in</w:t>
      </w:r>
    </w:p>
    <w:p>
      <w:pPr>
        <w:jc w:val="right"/>
      </w:pPr>
      <w:r>
        <w:t>تک پہنچتی ہے کہ خدا کا سادہ اور فطری دین ان</w:t>
      </w:r>
    </w:p>
    <w:p>
      <w:r>
        <w:rPr>
          <w:b/>
        </w:rPr>
        <w:t xml:space="preserve">[54:15] </w:t>
      </w:r>
      <w:r>
        <w:t>ko ajnabi maloom hota hai aur apna jakar bandiyon wala deen ayn barhaq nazar aata hai</w:t>
      </w:r>
    </w:p>
    <w:p>
      <w:pPr>
        <w:jc w:val="right"/>
      </w:pPr>
      <w:r>
        <w:t>کو اجنبی معلوم ہوتا ہے اور اپنا جکڑ بندیوں والا دین عین برحق نظر اتا ہے</w:t>
      </w:r>
    </w:p>
    <w:p>
      <w:r>
        <w:rPr>
          <w:b/>
        </w:rPr>
        <w:t xml:space="preserve">[54:25] </w:t>
      </w:r>
      <w:r>
        <w:t>aisi halat mein jo tehreek asli aur ibtidai deen ko zinda karne ke liye uthe woh is ke</w:t>
      </w:r>
    </w:p>
    <w:p>
      <w:pPr>
        <w:jc w:val="right"/>
      </w:pPr>
      <w:r>
        <w:t>ایسی حالت میں جو تحریک اصلی اور ابتدائی دین کو زندہ کرنے کے لیے اٹھے وہ اس کے</w:t>
      </w:r>
    </w:p>
    <w:p>
      <w:r>
        <w:rPr>
          <w:b/>
        </w:rPr>
        <w:t xml:space="preserve">[54:32] </w:t>
      </w:r>
      <w:r>
        <w:t>shadeed mukhalif ho jate hain kyunke is mein un ko apni deendari ki nafi hoti hui nazar aati</w:t>
      </w:r>
    </w:p>
    <w:p>
      <w:pPr>
        <w:jc w:val="right"/>
      </w:pPr>
      <w:r>
        <w:t>شدید مخالف ہو جاتے ہیں کیونکہ اس میں ان کو اپنی دینداری کی نفی ہوتی ہوئی نظر اتی</w:t>
      </w:r>
    </w:p>
    <w:p>
      <w:r>
        <w:rPr>
          <w:b/>
        </w:rPr>
        <w:t xml:space="preserve">[54:40] </w:t>
      </w:r>
      <w:r>
        <w:t>hai mislan Khuda ki shariyat mein haiz ke zamane mein aurat ke sath mubashrat najayez hai is ke</w:t>
      </w:r>
    </w:p>
    <w:p>
      <w:pPr>
        <w:jc w:val="right"/>
      </w:pPr>
      <w:r>
        <w:t>ہے مثلا خدا کی شریعت میں حیض کے زمانے میں عورت کے ساتھ مباشرت ناجائز ہے اس کے</w:t>
      </w:r>
    </w:p>
    <w:p>
      <w:r>
        <w:rPr>
          <w:b/>
        </w:rPr>
        <w:t xml:space="preserve">[54:49] </w:t>
      </w:r>
      <w:r>
        <w:t>alawa doosre taaluqat isi tarah rakhe ja sakte hain jis tarah aam dinon mein hote hain yahudiyon ne</w:t>
      </w:r>
    </w:p>
    <w:p>
      <w:pPr>
        <w:jc w:val="right"/>
      </w:pPr>
      <w:r>
        <w:t>علاوہ دوسرے تعلقات اسی طرح رکھے جا سکتے ہیں جس طرح عام دنوں میں ہوتے ہیں یہودیوں نے</w:t>
      </w:r>
    </w:p>
    <w:p>
      <w:r>
        <w:rPr>
          <w:b/>
        </w:rPr>
        <w:t xml:space="preserve">[54:58] </w:t>
      </w:r>
      <w:r>
        <w:t>is saada hukum par izafa kar ke yeh masla banaya ke</w:t>
      </w:r>
    </w:p>
    <w:p>
      <w:pPr>
        <w:jc w:val="right"/>
      </w:pPr>
      <w:r>
        <w:t>اس سادہ حکم پر اضافہ کر کے یہ مسئلہ بنایا کہ</w:t>
      </w:r>
    </w:p>
    <w:p>
      <w:r>
        <w:rPr>
          <w:b/>
        </w:rPr>
        <w:t xml:space="preserve">[55:01] </w:t>
      </w:r>
      <w:r>
        <w:t>ayyam mahwari mein aurat ki pakai hui cheez ko khana is ke hath ka pani peena is ke</w:t>
      </w:r>
    </w:p>
    <w:p>
      <w:pPr>
        <w:jc w:val="right"/>
      </w:pPr>
      <w:r>
        <w:t>ایام ماہواری میں عورت کی پکائی ہوئی چیز کو کھانا اس کے ہاتھ کا پانی پینا اس کے</w:t>
      </w:r>
    </w:p>
    <w:p>
      <w:r>
        <w:rPr>
          <w:b/>
        </w:rPr>
        <w:t xml:space="preserve">[55:09] </w:t>
      </w:r>
      <w:r>
        <w:t>saath aik jagah baithna</w:t>
      </w:r>
    </w:p>
    <w:p>
      <w:pPr>
        <w:jc w:val="right"/>
      </w:pPr>
      <w:r>
        <w:t>ساتھ ایک جگہ بیٹھنا</w:t>
      </w:r>
    </w:p>
    <w:p>
      <w:r>
        <w:rPr>
          <w:b/>
        </w:rPr>
        <w:t xml:space="preserve">[55:11] </w:t>
      </w:r>
      <w:r>
        <w:t>is ko apne hath se chhoona sab najayez ya kam az kam taqwa ke khilaf hai</w:t>
      </w:r>
    </w:p>
    <w:p>
      <w:pPr>
        <w:jc w:val="right"/>
      </w:pPr>
      <w:r>
        <w:t>اس کو اپنے ہاتھ سے چھونا سب ناجائز یا کم از کم تقوی کے خلاف ہے</w:t>
      </w:r>
    </w:p>
    <w:p>
      <w:r>
        <w:rPr>
          <w:b/>
        </w:rPr>
        <w:t xml:space="preserve">[55:19] </w:t>
      </w:r>
      <w:r>
        <w:t>is tarah haizah aurat se mukammal doori goya parsai ki alamat ban gayi</w:t>
      </w:r>
    </w:p>
    <w:p>
      <w:pPr>
        <w:jc w:val="right"/>
      </w:pPr>
      <w:r>
        <w:t>اس طرح حائضہ عورت سے مکمل دوری گویا پارسائی کی علامت بن گئی</w:t>
      </w:r>
    </w:p>
    <w:p>
      <w:r>
        <w:rPr>
          <w:b/>
        </w:rPr>
        <w:t xml:space="preserve">[55:26] </w:t>
      </w:r>
      <w:r>
        <w:t>Rasool Allah Sal Allah o Alaihe Wasallam ne Madinah mein jab Khuda ki asli shariyat ko zinda kiya to</w:t>
      </w:r>
    </w:p>
    <w:p>
      <w:pPr>
        <w:jc w:val="right"/>
      </w:pPr>
      <w:r>
        <w:t>رسول اللہ صلی اللہ علیہ وسلم نے مدینہ میں جب خدا کی اصل شریعت کو زندہ کیا تو</w:t>
      </w:r>
    </w:p>
    <w:p>
      <w:r>
        <w:rPr>
          <w:b/>
        </w:rPr>
        <w:t xml:space="preserve">[55:32] </w:t>
      </w:r>
      <w:r>
        <w:t>yahudi bigad gaye woh cheez jis par unhon ne apni parsai ki imarat khari kar di thi dafatan marti</w:t>
      </w:r>
    </w:p>
    <w:p>
      <w:pPr>
        <w:jc w:val="right"/>
      </w:pPr>
      <w:r>
        <w:t>یہودی بگڑ گئے وہ چیز جس پر انہوں نے اپنی پارسائی کی عمارت کھڑی کی تھی دفعتا گرتی</w:t>
      </w:r>
    </w:p>
    <w:p>
      <w:r>
        <w:rPr>
          <w:b/>
        </w:rPr>
        <w:t xml:space="preserve">[55:40] </w:t>
      </w:r>
      <w:r>
        <w:t>hui nazar aai</w:t>
      </w:r>
    </w:p>
    <w:p>
      <w:pPr>
        <w:jc w:val="right"/>
      </w:pPr>
      <w:r>
        <w:t>ہوئی نظر ائی</w:t>
      </w:r>
    </w:p>
    <w:p>
      <w:r>
        <w:rPr>
          <w:b/>
        </w:rPr>
        <w:t xml:space="preserve">[55:44] </w:t>
      </w:r>
      <w:r>
        <w:t>Khuda ke saada deen ko jab bhi zinda kiya jaye</w:t>
      </w:r>
    </w:p>
    <w:p>
      <w:pPr>
        <w:jc w:val="right"/>
      </w:pPr>
      <w:r>
        <w:t>خدا کے سادہ دین کو جب بھی زندہ کیا جائے</w:t>
      </w:r>
    </w:p>
    <w:p>
      <w:r>
        <w:rPr>
          <w:b/>
        </w:rPr>
        <w:t xml:space="preserve">[55:48] </w:t>
      </w:r>
      <w:r>
        <w:t>to woh log is ke shadeed mukhalif ho jate hain jo banawat deen ke upar apni deendari ki imarat khadi ki hui hon yeh un se sardari chheen ne ke hamana hota hai aur sardari ka chheen na koi bardasht nahin karta</w:t>
      </w:r>
    </w:p>
    <w:p>
      <w:pPr>
        <w:jc w:val="right"/>
      </w:pPr>
      <w:r>
        <w:t>تو وہ لوگ اس کے سخت مخالف ہو جاتے ہیں جو بناوٹ دین کے اوپر اپنی دینداری کی عمارت کھڑی کی ہوئی ہوں یہ ان سے سرداری چھیننے کے ہمانہ ہوتا ہے اور سرداری کا چھننا کوئی برداشت نہیں کرتا</w:t>
      </w:r>
    </w:p>
    <w:p>
      <w:r>
        <w:rPr>
          <w:b/>
        </w:rPr>
        <w:t xml:space="preserve">[56:09] </w:t>
      </w:r>
      <w:r>
        <w:t>ya ayyuhalladhina amanu la ta'kulu amwalakum baynakum bil-batili illa an takuna tijaratan illa</w:t>
      </w:r>
    </w:p>
    <w:p>
      <w:pPr>
        <w:jc w:val="right"/>
      </w:pPr>
      <w:r>
        <w:t>یا ایہا الذین امنو لا تاکلو اموالکم بینکم بالباطل الا ان تكون تجارہ الا</w:t>
      </w:r>
    </w:p>
    <w:p>
      <w:r>
        <w:rPr>
          <w:b/>
        </w:rPr>
        <w:t xml:space="preserve">[56:29] </w:t>
      </w:r>
      <w:r>
        <w:t>tijaratan an tiradin</w:t>
      </w:r>
    </w:p>
    <w:p>
      <w:pPr>
        <w:jc w:val="right"/>
      </w:pPr>
      <w:r>
        <w:t>ان تكون تجارہ عن تراض</w:t>
      </w:r>
    </w:p>
    <w:p>
      <w:r>
        <w:rPr>
          <w:b/>
        </w:rPr>
        <w:t xml:space="preserve">[56:34] </w:t>
      </w:r>
      <w:r>
        <w:t>minkum wala taqtulu</w:t>
      </w:r>
    </w:p>
    <w:p>
      <w:pPr>
        <w:jc w:val="right"/>
      </w:pPr>
      <w:r>
        <w:t>منکم ولا تقتلو</w:t>
      </w:r>
    </w:p>
    <w:p>
      <w:r>
        <w:rPr>
          <w:b/>
        </w:rPr>
        <w:t xml:space="preserve">[56:39] </w:t>
      </w:r>
      <w:r>
        <w:t>anfusakum innallaha kana bikum rahiman</w:t>
      </w:r>
    </w:p>
    <w:p>
      <w:pPr>
        <w:jc w:val="right"/>
      </w:pPr>
      <w:r>
        <w:t>انفسکم ان اللہ كان بكم رحیما</w:t>
      </w:r>
    </w:p>
    <w:p>
      <w:r>
        <w:rPr>
          <w:b/>
        </w:rPr>
        <w:t xml:space="preserve">[56:47] </w:t>
      </w:r>
      <w:r>
        <w:t>waman yafal zalika udwanan</w:t>
      </w:r>
    </w:p>
    <w:p>
      <w:pPr>
        <w:jc w:val="right"/>
      </w:pPr>
      <w:r>
        <w:t>ومن یفعل ذلك عدوانا</w:t>
      </w:r>
    </w:p>
    <w:p>
      <w:r>
        <w:rPr>
          <w:b/>
        </w:rPr>
        <w:t xml:space="preserve">[56:51] </w:t>
      </w:r>
      <w:r>
        <w:t>wazaliman fasawfa nusallihi naran</w:t>
      </w:r>
    </w:p>
    <w:p>
      <w:pPr>
        <w:jc w:val="right"/>
      </w:pPr>
      <w:r>
        <w:t>وظلما فسوف نصلیه نارا</w:t>
      </w:r>
    </w:p>
    <w:p>
      <w:r>
        <w:rPr>
          <w:b/>
        </w:rPr>
        <w:t xml:space="preserve">[56:56] </w:t>
      </w:r>
      <w:r>
        <w:t>wakana zalika alallahi yasiran</w:t>
      </w:r>
    </w:p>
    <w:p>
      <w:pPr>
        <w:jc w:val="right"/>
      </w:pPr>
      <w:r>
        <w:t>وكان ذلك على اللہ یسیرا</w:t>
      </w:r>
    </w:p>
    <w:p>
      <w:r>
        <w:rPr>
          <w:b/>
        </w:rPr>
        <w:t xml:space="preserve">[57:00] </w:t>
      </w:r>
      <w:r>
        <w:t>an tujtanibo kabaer</w:t>
      </w:r>
    </w:p>
    <w:p>
      <w:pPr>
        <w:jc w:val="right"/>
      </w:pPr>
      <w:r>
        <w:t>ان تجتنبوا کبائر</w:t>
      </w:r>
    </w:p>
    <w:p>
      <w:r>
        <w:rPr>
          <w:b/>
        </w:rPr>
        <w:t xml:space="preserve">[57:05] </w:t>
      </w:r>
      <w:r>
        <w:t>ma tunhawna anhu nukaffir ankum sayyia-tikum wa nudkhilukum</w:t>
      </w:r>
    </w:p>
    <w:p>
      <w:pPr>
        <w:jc w:val="right"/>
      </w:pPr>
      <w:r>
        <w:t>ما تنهون عنه نکفر عنكم سيئاتكم وندخلكم</w:t>
      </w:r>
    </w:p>
    <w:p>
      <w:r>
        <w:rPr>
          <w:b/>
        </w:rPr>
        <w:t xml:space="preserve">[57:12] </w:t>
      </w:r>
      <w:r>
        <w:t>madkhalan karima</w:t>
      </w:r>
    </w:p>
    <w:p>
      <w:pPr>
        <w:jc w:val="right"/>
      </w:pPr>
      <w:r>
        <w:t>مدخلا کریما</w:t>
      </w:r>
    </w:p>
    <w:p>
      <w:r>
        <w:rPr>
          <w:b/>
        </w:rPr>
        <w:t xml:space="preserve">[57:16] </w:t>
      </w:r>
      <w:r>
        <w:t>wa la tatamannaw ma fad-dal-lahu bihi ba'dukum ala ba'd</w:t>
      </w:r>
    </w:p>
    <w:p>
      <w:pPr>
        <w:jc w:val="right"/>
      </w:pPr>
      <w:r>
        <w:t>ولا تتمنوا ما فضل الله به بعضكم على بعض</w:t>
      </w:r>
    </w:p>
    <w:p>
      <w:r>
        <w:rPr>
          <w:b/>
        </w:rPr>
        <w:t xml:space="preserve">[57:24] </w:t>
      </w:r>
      <w:r>
        <w:t>lir-rijali naseebun mimma-ktasabu wa lin-nisaa'</w:t>
      </w:r>
    </w:p>
    <w:p>
      <w:pPr>
        <w:jc w:val="right"/>
      </w:pPr>
      <w:r>
        <w:t>للرجال نصيب مما اكتسبوا وللنساء</w:t>
      </w:r>
    </w:p>
    <w:p>
      <w:r>
        <w:rPr>
          <w:b/>
        </w:rPr>
        <w:t xml:space="preserve">[57:31] </w:t>
      </w:r>
      <w:r>
        <w:t>naseebun mimma-ktasabna</w:t>
      </w:r>
    </w:p>
    <w:p>
      <w:pPr>
        <w:jc w:val="right"/>
      </w:pPr>
      <w:r>
        <w:t>نصيب مما اكتسبن</w:t>
      </w:r>
    </w:p>
    <w:p>
      <w:r>
        <w:rPr>
          <w:b/>
        </w:rPr>
        <w:t xml:space="preserve">[57:36] </w:t>
      </w:r>
      <w:r>
        <w:t>was-alul-laha min fadlih</w:t>
      </w:r>
    </w:p>
    <w:p>
      <w:pPr>
        <w:jc w:val="right"/>
      </w:pPr>
      <w:r>
        <w:t>واسالوا الله من فضله</w:t>
      </w:r>
    </w:p>
    <w:p>
      <w:r>
        <w:rPr>
          <w:b/>
        </w:rPr>
        <w:t xml:space="preserve">[57:40] </w:t>
      </w:r>
      <w:r>
        <w:t>innallaha kana bi kulli shay'in aleema</w:t>
      </w:r>
    </w:p>
    <w:p>
      <w:pPr>
        <w:jc w:val="right"/>
      </w:pPr>
      <w:r>
        <w:t>ان الله كان بكل شيء عليما</w:t>
      </w:r>
    </w:p>
    <w:p>
      <w:r>
        <w:rPr>
          <w:b/>
        </w:rPr>
        <w:t xml:space="preserve">[57:46] </w:t>
      </w:r>
      <w:r>
        <w:t>wa li kullin ja'alna mawali mimma taraka al-walidani wal-aqraboon</w:t>
      </w:r>
    </w:p>
    <w:p>
      <w:pPr>
        <w:jc w:val="right"/>
      </w:pPr>
      <w:r>
        <w:t>ولكل جعلنا موالي مما ترك الوالدان والاقربون</w:t>
      </w:r>
    </w:p>
    <w:p>
      <w:r>
        <w:rPr>
          <w:b/>
        </w:rPr>
        <w:t xml:space="preserve">[57:57] </w:t>
      </w:r>
      <w:r>
        <w:t>walladhina 'aqqadat aymanukum fatuhum nasibahum innallaha kana 'ala kulli shay'in minh shahida</w:t>
      </w:r>
    </w:p>
    <w:p>
      <w:pPr>
        <w:jc w:val="right"/>
      </w:pPr>
      <w:r>
        <w:t>والذين عقدت ايمانكم فاتوهم نصيبهم ان الله كان على كل شيء من شهیدا</w:t>
      </w:r>
    </w:p>
    <w:p>
      <w:r>
        <w:rPr>
          <w:b/>
        </w:rPr>
        <w:t xml:space="preserve">[58:14] </w:t>
      </w:r>
      <w:r>
        <w:t>ae imaan walo apas mein ek doosre ka maal na-haq tor par na khao magar yeh ke tijarat</w:t>
      </w:r>
    </w:p>
    <w:p>
      <w:pPr>
        <w:jc w:val="right"/>
      </w:pPr>
      <w:r>
        <w:t>اے ایمان والو اپس میں ایک دوسرے کا مال ناحق طور پر نہ کھاؤ مگر یہ کہ تجارت</w:t>
      </w:r>
    </w:p>
    <w:p>
      <w:r>
        <w:rPr>
          <w:b/>
        </w:rPr>
        <w:t xml:space="preserve">[58:24] </w:t>
      </w:r>
      <w:r>
        <w:t>ho apas ki khushi se</w:t>
      </w:r>
    </w:p>
    <w:p>
      <w:pPr>
        <w:jc w:val="right"/>
      </w:pPr>
      <w:r>
        <w:t>ہو اپس کی خوشی سے</w:t>
      </w:r>
    </w:p>
    <w:p>
      <w:r>
        <w:rPr>
          <w:b/>
        </w:rPr>
        <w:t xml:space="preserve">[58:28] </w:t>
      </w:r>
      <w:r>
        <w:t>aur khoon na karo apas mein</w:t>
      </w:r>
    </w:p>
    <w:p>
      <w:pPr>
        <w:jc w:val="right"/>
      </w:pPr>
      <w:r>
        <w:t>اور خون نہ کرو اپس میں</w:t>
      </w:r>
    </w:p>
    <w:p>
      <w:r>
        <w:rPr>
          <w:b/>
        </w:rPr>
        <w:t xml:space="preserve">[58:33] </w:t>
      </w:r>
      <w:r>
        <w:t>be-shak Allah tumhare upar bara meherban hai</w:t>
      </w:r>
    </w:p>
    <w:p>
      <w:pPr>
        <w:jc w:val="right"/>
      </w:pPr>
      <w:r>
        <w:t>بے شک اللہ تمہارے اوپر بڑا مہربان ہے</w:t>
      </w:r>
    </w:p>
    <w:p>
      <w:r>
        <w:rPr>
          <w:b/>
        </w:rPr>
        <w:t xml:space="preserve">[58:39] </w:t>
      </w:r>
      <w:r>
        <w:t>aur jo shakhs sarkashi aur zulm se aisa karega us ko hum zaroor aag mein dalenge</w:t>
      </w:r>
    </w:p>
    <w:p>
      <w:pPr>
        <w:jc w:val="right"/>
      </w:pPr>
      <w:r>
        <w:t>اور جو شخص سرکشی اور ظلم سے ایسا کرے گا اس کو ہم ضرور اگ میں ڈالیں گے</w:t>
      </w:r>
    </w:p>
    <w:p>
      <w:r>
        <w:rPr>
          <w:b/>
        </w:rPr>
        <w:t xml:space="preserve">[58:49] </w:t>
      </w:r>
      <w:r>
        <w:t>aur yeh Allah ke liye aasan hai</w:t>
      </w:r>
    </w:p>
    <w:p>
      <w:pPr>
        <w:jc w:val="right"/>
      </w:pPr>
      <w:r>
        <w:t>اور یہ اللہ کے لیے اسان ہے</w:t>
      </w:r>
    </w:p>
    <w:p>
      <w:r>
        <w:rPr>
          <w:b/>
        </w:rPr>
        <w:t xml:space="preserve">[58:55] </w:t>
      </w:r>
      <w:r>
        <w:t>agar tum in bare gunahon se bachte rahe jin</w:t>
      </w:r>
    </w:p>
    <w:p>
      <w:pPr>
        <w:jc w:val="right"/>
      </w:pPr>
      <w:r>
        <w:t>اگر تم ان بڑے گناہوں سے بچتے رہے جن</w:t>
      </w:r>
    </w:p>
    <w:p>
      <w:r>
        <w:rPr>
          <w:b/>
        </w:rPr>
        <w:t xml:space="preserve">[59:00] </w:t>
      </w:r>
      <w:r>
        <w:t>se tum ko mana kiya gaya hai to hum tumhari chhoti buraiyon ko maaf kar denge aur</w:t>
      </w:r>
    </w:p>
    <w:p>
      <w:pPr>
        <w:jc w:val="right"/>
      </w:pPr>
      <w:r>
        <w:t>سے تم کو منع کیا گیا ہے تو ہم تمہاری چھوٹی برائیوں کو معاف کر دیں گے اور</w:t>
      </w:r>
    </w:p>
    <w:p>
      <w:r>
        <w:rPr>
          <w:b/>
        </w:rPr>
        <w:t xml:space="preserve">[59:10] </w:t>
      </w:r>
      <w:r>
        <w:t>tum ko izzat ki jagah dakhil karenge</w:t>
      </w:r>
    </w:p>
    <w:p>
      <w:pPr>
        <w:jc w:val="right"/>
      </w:pPr>
      <w:r>
        <w:t>تم کو عزت کی جگہ داخل کریں گے</w:t>
      </w:r>
    </w:p>
    <w:p>
      <w:r>
        <w:rPr>
          <w:b/>
        </w:rPr>
        <w:t xml:space="preserve">[59:14] </w:t>
      </w:r>
      <w:r>
        <w:t>aur tum aisi cheez ki tamanna na karo jis mein Allah ne tum mein se ek ko doosre</w:t>
      </w:r>
    </w:p>
    <w:p>
      <w:pPr>
        <w:jc w:val="right"/>
      </w:pPr>
      <w:r>
        <w:t>اور تم ایسی چیز کی تمنا نہ کرو جس میں اللہ نے تم میں سے ایک کو دوسرے</w:t>
      </w:r>
    </w:p>
    <w:p>
      <w:r>
        <w:rPr>
          <w:b/>
        </w:rPr>
        <w:t xml:space="preserve">[59:22] </w:t>
      </w:r>
      <w:r>
        <w:t>par barhai di hai</w:t>
      </w:r>
    </w:p>
    <w:p>
      <w:pPr>
        <w:jc w:val="right"/>
      </w:pPr>
      <w:r>
        <w:t>پر بڑائی دی ہے</w:t>
      </w:r>
    </w:p>
    <w:p>
      <w:r>
        <w:rPr>
          <w:b/>
        </w:rPr>
        <w:t xml:space="preserve">[59:27] </w:t>
      </w:r>
      <w:r>
        <w:t>mardon ke liye hissa hai apni kamai ka aur auraton ke liye hissa hai apni kamai ka</w:t>
      </w:r>
    </w:p>
    <w:p>
      <w:pPr>
        <w:jc w:val="right"/>
      </w:pPr>
      <w:r>
        <w:t>مردوں کے لیے حصہ ہے اپنی کمائی کا اور عورتوں کے لیے حصہ ہے اپنی کمائی کا</w:t>
      </w:r>
    </w:p>
    <w:p>
      <w:r>
        <w:rPr>
          <w:b/>
        </w:rPr>
        <w:t xml:space="preserve">[59:36] </w:t>
      </w:r>
      <w:r>
        <w:t>aur Allah se uska fazl mango</w:t>
      </w:r>
    </w:p>
    <w:p>
      <w:pPr>
        <w:jc w:val="right"/>
      </w:pPr>
      <w:r>
        <w:t>اور اللہ سے اس کا فضل مانگو</w:t>
      </w:r>
    </w:p>
    <w:p>
      <w:r>
        <w:rPr>
          <w:b/>
        </w:rPr>
        <w:t xml:space="preserve">[59:41] </w:t>
      </w:r>
      <w:r>
        <w:t>be-shak Allah har cheez ka ilm rakhta hai</w:t>
      </w:r>
    </w:p>
    <w:p>
      <w:pPr>
        <w:jc w:val="right"/>
      </w:pPr>
      <w:r>
        <w:t>بے شک اللہ ہر چیز کا علم رکھتا ہے</w:t>
      </w:r>
    </w:p>
    <w:p>
      <w:r>
        <w:rPr>
          <w:b/>
        </w:rPr>
        <w:t xml:space="preserve">[59:47] </w:t>
      </w:r>
      <w:r>
        <w:t>aur</w:t>
      </w:r>
    </w:p>
    <w:p>
      <w:pPr>
        <w:jc w:val="right"/>
      </w:pPr>
      <w:r>
        <w:t>اور</w:t>
      </w:r>
    </w:p>
    <w:p>
      <w:r>
        <w:rPr>
          <w:b/>
        </w:rPr>
        <w:t xml:space="preserve">[59:47] </w:t>
      </w:r>
      <w:r>
        <w:t>hum ne walidain aur qaraabat bandon ke chhode hue mein se har ek ke liye waris thehra diye hain aur jin se tum ne ahad bandh rakha ho to un ko un ka hissa de do beshak Allah ke roobaroo hai har cheez</w:t>
      </w:r>
    </w:p>
    <w:p>
      <w:pPr>
        <w:jc w:val="right"/>
      </w:pPr>
      <w:r>
        <w:t>ہم نے والدین اور قرابت بندوں کے چھوڑے ہوئے میں سے ہر ایک کے لیے وارث ٹھہرا دیے ہیں اور جن سے تم نے عہد باندھ رکھا ہو تو ان کو ان کا حصہ دے دو بے شک اللہ کے روبرو ہے ہر چیز</w:t>
      </w:r>
    </w:p>
    <w:p>
      <w:r>
        <w:rPr>
          <w:b/>
        </w:rPr>
        <w:t xml:space="preserve">[1:00:13] </w:t>
      </w:r>
      <w:r>
        <w:t>tashreeh ek ka maal doosre tak pohnchne ki ek soorat yeh hai ke ek aadmi doosre ki zaroorat</w:t>
      </w:r>
    </w:p>
    <w:p>
      <w:pPr>
        <w:jc w:val="right"/>
      </w:pPr>
      <w:r>
        <w:t>تشریح ایک کا مال دوسرے تک پہنچنے کی ایک صورت یہ ہے کہ ایک ادمی دوسرے کی ضرورت</w:t>
      </w:r>
    </w:p>
    <w:p>
      <w:r>
        <w:rPr>
          <w:b/>
        </w:rPr>
        <w:t xml:space="preserve">[1:00:23] </w:t>
      </w:r>
      <w:r>
        <w:t>faraham kare aur us se apni mehnat ka muawza le yeh tijarat hai aur shariat ke mutabiq yahi</w:t>
      </w:r>
    </w:p>
    <w:p>
      <w:pPr>
        <w:jc w:val="right"/>
      </w:pPr>
      <w:r>
        <w:t>فراہم کرے اور اس سے اپنی محنت کا معاوضہ لے یہ تجارت ہے اور شریعت کے مطابق یہی</w:t>
      </w:r>
    </w:p>
    <w:p>
      <w:r>
        <w:rPr>
          <w:b/>
        </w:rPr>
        <w:t xml:space="preserve">[1:00:34] </w:t>
      </w:r>
      <w:r>
        <w:t>kasb maash ka sahi tareeqa hai is ke bajaye chori dhoka jhoot rishwat sood jua</w:t>
      </w:r>
    </w:p>
    <w:p>
      <w:pPr>
        <w:jc w:val="right"/>
      </w:pPr>
      <w:r>
        <w:t>کسب معاش کا صحیح طریقہ ہے اس کے بجائے چوری دھوکہ جھوٹ رشوت سود جوا</w:t>
      </w:r>
    </w:p>
    <w:p>
      <w:r>
        <w:rPr>
          <w:b/>
        </w:rPr>
        <w:t xml:space="preserve">[1:00:46] </w:t>
      </w:r>
      <w:r>
        <w:t>khayanat waghera se jo maal kamaya jata hai woh khuda ki nazar mein najayaz tareeqe se kamaya hua</w:t>
      </w:r>
    </w:p>
    <w:p>
      <w:pPr>
        <w:jc w:val="right"/>
      </w:pPr>
      <w:r>
        <w:t>خیانت وغیرہ سے جو مال کمایا جاتا ہے وہ خدا کی نظر میں ناجائز طریقے سے کمایا ہوا</w:t>
      </w:r>
    </w:p>
    <w:p>
      <w:r>
        <w:rPr>
          <w:b/>
        </w:rPr>
        <w:t xml:space="preserve">[1:00:55] </w:t>
      </w:r>
      <w:r>
        <w:t>maal hai yeh loot</w:t>
      </w:r>
    </w:p>
    <w:p>
      <w:pPr>
        <w:jc w:val="right"/>
      </w:pPr>
      <w:r>
        <w:t>مال ہے یہ لوٹ</w:t>
      </w:r>
    </w:p>
    <w:p>
      <w:r>
        <w:rPr>
          <w:b/>
        </w:rPr>
        <w:t xml:space="preserve">[1:00:58] </w:t>
      </w:r>
      <w:r>
        <w:t>ki mukhtalif qismein hain</w:t>
      </w:r>
    </w:p>
    <w:p>
      <w:pPr>
        <w:jc w:val="right"/>
      </w:pPr>
      <w:r>
        <w:t>کی مختلف قسمیں ہیں</w:t>
      </w:r>
    </w:p>
    <w:p>
      <w:r>
        <w:rPr>
          <w:b/>
        </w:rPr>
        <w:t xml:space="preserve">[1:01:01] </w:t>
      </w:r>
      <w:r>
        <w:t>aur jo log tijarat ke bajaye loot ko apna zariye maash banayein</w:t>
      </w:r>
    </w:p>
    <w:p>
      <w:pPr>
        <w:jc w:val="right"/>
      </w:pPr>
      <w:r>
        <w:t>اور جو لوگ تجارت کے بجائے لوٹ کو اپنا ذریعہ معاش بنائیں</w:t>
      </w:r>
    </w:p>
    <w:p>
      <w:r>
        <w:rPr>
          <w:b/>
        </w:rPr>
        <w:t xml:space="preserve">[1:01:10] </w:t>
      </w:r>
      <w:r>
        <w:t>woh dunya mein khwah kamyab rahein magar akhirat mein un ke liye aag ka azaab hai</w:t>
      </w:r>
    </w:p>
    <w:p>
      <w:pPr>
        <w:jc w:val="right"/>
      </w:pPr>
      <w:r>
        <w:t>وہ دنیا میں خواہ کامیاب رہیں مگر اخرت میں ان کے لیے اگ کا عذاب ہے</w:t>
      </w:r>
    </w:p>
    <w:p>
      <w:r>
        <w:rPr>
          <w:b/>
        </w:rPr>
        <w:t xml:space="preserve">[1:01:20] </w:t>
      </w:r>
      <w:r>
        <w:t>aadmi ki jaan ka mamla bhi yahi hai</w:t>
      </w:r>
    </w:p>
    <w:p>
      <w:pPr>
        <w:jc w:val="right"/>
      </w:pPr>
      <w:r>
        <w:t>ادمی کی جان کا معاملہ بھی یہی ہے</w:t>
      </w:r>
    </w:p>
    <w:p>
      <w:r>
        <w:rPr>
          <w:b/>
        </w:rPr>
        <w:t xml:space="preserve">[1:01:23] </w:t>
      </w:r>
      <w:r>
        <w:t>aadmi ko marne ka haq sirf ek qaim shuda hukumat ko hai jo khuda ke qanoon ke tehat</w:t>
      </w:r>
    </w:p>
    <w:p>
      <w:pPr>
        <w:jc w:val="right"/>
      </w:pPr>
      <w:r>
        <w:t>ادمی کو مارنے کا حق صرف ایک قائم شدہ حکومت کو ہے جو خدا کے قانون کے تحت</w:t>
      </w:r>
    </w:p>
    <w:p>
      <w:r>
        <w:rPr>
          <w:b/>
        </w:rPr>
        <w:t xml:space="preserve">[1:01:32] </w:t>
      </w:r>
      <w:r>
        <w:t>baqayda ilzaam sabit hone ke baad is ke khilaf karwai kare</w:t>
      </w:r>
    </w:p>
    <w:p>
      <w:pPr>
        <w:jc w:val="right"/>
      </w:pPr>
      <w:r>
        <w:t>باقاعدہ الزام ثابت ہونے کے بعد اس کے خلاف کاروائی کرے</w:t>
      </w:r>
    </w:p>
    <w:p>
      <w:r>
        <w:rPr>
          <w:b/>
        </w:rPr>
        <w:t xml:space="preserve">[1:01:39] </w:t>
      </w:r>
      <w:r>
        <w:t>is ke siwa jo shakhs kisi ko us ki zindagi se</w:t>
      </w:r>
    </w:p>
    <w:p>
      <w:pPr>
        <w:jc w:val="right"/>
      </w:pPr>
      <w:r>
        <w:t>اس کے سوا جو شخص کسی کو اس کی زندگی سے</w:t>
      </w:r>
    </w:p>
    <w:p>
      <w:r>
        <w:rPr>
          <w:b/>
        </w:rPr>
        <w:t xml:space="preserve">[1:01:43] </w:t>
      </w:r>
      <w:r>
        <w:t>mehroom karne ki koshish karta hai woh feal haram ka irtikab karta hai jis ke liye Allah ke</w:t>
      </w:r>
    </w:p>
    <w:p>
      <w:pPr>
        <w:jc w:val="right"/>
      </w:pPr>
      <w:r>
        <w:t>محروم کرنے کی کوشش کرتا ہے وہ فعل حرام کا ارتکاب کرتا ہے جس کے لیے اللہ کے</w:t>
      </w:r>
    </w:p>
    <w:p>
      <w:r>
        <w:rPr>
          <w:b/>
        </w:rPr>
        <w:t xml:space="preserve">[1:01:52] </w:t>
      </w:r>
      <w:r>
        <w:t>yahan sakht saza hai</w:t>
      </w:r>
    </w:p>
    <w:p>
      <w:pPr>
        <w:jc w:val="right"/>
      </w:pPr>
      <w:r>
        <w:t>یہاں سخت سزا ہے</w:t>
      </w:r>
    </w:p>
    <w:p>
      <w:r>
        <w:rPr>
          <w:b/>
        </w:rPr>
        <w:t xml:space="preserve">[1:01:57] </w:t>
      </w:r>
      <w:r>
        <w:t>Allah ke nazdeek sab se bada jirm adwaan aur sarsari hai yani had se nikalna aur nahq kisi</w:t>
      </w:r>
    </w:p>
    <w:p>
      <w:pPr>
        <w:jc w:val="right"/>
      </w:pPr>
      <w:r>
        <w:t>اللہ کے نزدیک سب سے بڑا جرم عدوان اور سرکشی ہے یعنی حد سے نکلنا اور ناحق کسی</w:t>
      </w:r>
    </w:p>
    <w:p>
      <w:r>
        <w:rPr>
          <w:b/>
        </w:rPr>
        <w:t xml:space="preserve">[1:02:06] </w:t>
      </w:r>
      <w:r>
        <w:t>ko satana jo log adwaan aur zulm se apne ko bachayein un ke sath Allah yeh khusoosi mamla</w:t>
      </w:r>
    </w:p>
    <w:p>
      <w:pPr>
        <w:jc w:val="right"/>
      </w:pPr>
      <w:r>
        <w:t>کو ستانا جو لوگ عدوان اور ظلم سے اپنے کو بچائیں ان کے ساتھ اللہ یہ خصوصی معاملہ</w:t>
      </w:r>
    </w:p>
    <w:p>
      <w:r>
        <w:rPr>
          <w:b/>
        </w:rPr>
        <w:t xml:space="preserve">[1:02:17] </w:t>
      </w:r>
      <w:r>
        <w:t>farmaye ga ke woh akhirat ki dunya mein is tarah dakhil honge ke un ki maamooli kotahiyan</w:t>
      </w:r>
    </w:p>
    <w:p>
      <w:pPr>
        <w:jc w:val="right"/>
      </w:pPr>
      <w:r>
        <w:t>فرمائے گا کہ وہ اخرت کی دنیا میں اس طرح داخل ہوں گے کہ ان کی معمولی کوتاہیاں</w:t>
      </w:r>
    </w:p>
    <w:p>
      <w:r>
        <w:rPr>
          <w:b/>
        </w:rPr>
        <w:t xml:space="preserve">[1:02:25] </w:t>
      </w:r>
      <w:r>
        <w:t>aur lagzishain un se door ki ja chuki hon</w:t>
      </w:r>
    </w:p>
    <w:p>
      <w:pPr>
        <w:jc w:val="right"/>
      </w:pPr>
      <w:r>
        <w:t>اور لغزشیں ان سے دور کی جا چکی ہوں</w:t>
      </w:r>
    </w:p>
    <w:p>
      <w:r>
        <w:rPr>
          <w:b/>
        </w:rPr>
        <w:t xml:space="preserve">[1:02:28] </w:t>
      </w:r>
      <w:r>
        <w:t>gi</w:t>
      </w:r>
    </w:p>
    <w:p>
      <w:pPr>
        <w:jc w:val="right"/>
      </w:pPr>
      <w:r>
        <w:t>گی</w:t>
      </w:r>
    </w:p>
    <w:p>
      <w:r>
        <w:rPr>
          <w:b/>
        </w:rPr>
        <w:t xml:space="preserve">[1:02:32] </w:t>
      </w:r>
      <w:r>
        <w:t>dunya mein ek aadmi aur doosre aadmi ke darmiyan farq rakha gaya hai kisi ko jismani aur zehni</w:t>
      </w:r>
    </w:p>
    <w:p>
      <w:pPr>
        <w:jc w:val="right"/>
      </w:pPr>
      <w:r>
        <w:t>دنیا میں ایک ادمی اور دوسرے ادمی کے درمیان فرق رکھا گیا ہے کسی کو جسمانی اور ذہنی</w:t>
      </w:r>
    </w:p>
    <w:p>
      <w:r>
        <w:rPr>
          <w:b/>
        </w:rPr>
        <w:t xml:space="preserve">[1:02:40] </w:t>
      </w:r>
      <w:r>
        <w:t>qovaton mein kam hissa mila hai aur kisi ko zyada</w:t>
      </w:r>
    </w:p>
    <w:p>
      <w:pPr>
        <w:jc w:val="right"/>
      </w:pPr>
      <w:r>
        <w:t>قوتوں میں کم حصہ ملا ہے اور کسی کو زیادہ</w:t>
      </w:r>
    </w:p>
    <w:p>
      <w:r>
        <w:rPr>
          <w:b/>
        </w:rPr>
        <w:t xml:space="preserve">[1:02:45] </w:t>
      </w:r>
      <w:r>
        <w:t>ko achhe halaat mein paida hota hai aur koi bure halaat mein</w:t>
      </w:r>
    </w:p>
    <w:p>
      <w:pPr>
        <w:jc w:val="right"/>
      </w:pPr>
      <w:r>
        <w:t>کوئی اچھے حالات میں پیدا ہوتا ہے اور کوئی برے حالات میں</w:t>
      </w:r>
    </w:p>
    <w:p>
      <w:r>
        <w:rPr>
          <w:b/>
        </w:rPr>
        <w:t xml:space="preserve">[1:02:52] </w:t>
      </w:r>
      <w:r>
        <w:t>kisi ke paas bade zariye hain aur kisi ke paas maamooli zariye</w:t>
      </w:r>
    </w:p>
    <w:p>
      <w:pPr>
        <w:jc w:val="right"/>
      </w:pPr>
      <w:r>
        <w:t>کسی کے پاس بڑے ذرائع ہیں اور کسی کے پاس معمولی ذرائع</w:t>
      </w:r>
    </w:p>
    <w:p>
      <w:r>
        <w:rPr>
          <w:b/>
        </w:rPr>
        <w:t xml:space="preserve">[1:02:59] </w:t>
      </w:r>
      <w:r>
        <w:t>aadmi jab kisi doosre ko apne se barha hua dekhta hai to us ke andar foran us ke</w:t>
      </w:r>
    </w:p>
    <w:p>
      <w:pPr>
        <w:jc w:val="right"/>
      </w:pPr>
      <w:r>
        <w:t>ادمی جب کسی دوسرے کو اپنے سے بڑھا ہوا دیکھتا ہے تو اس کے اندر فورا اس کے</w:t>
      </w:r>
    </w:p>
    <w:p>
      <w:r>
        <w:rPr>
          <w:b/>
        </w:rPr>
        <w:t xml:space="preserve">[1:03:05] </w:t>
      </w:r>
      <w:r>
        <w:t>khilaf jalan paida ho jati hai</w:t>
      </w:r>
    </w:p>
    <w:p>
      <w:pPr>
        <w:jc w:val="right"/>
      </w:pPr>
      <w:r>
        <w:t>خلاف جلن پیدا ہو جاتی ہے</w:t>
      </w:r>
    </w:p>
    <w:p>
      <w:r>
        <w:rPr>
          <w:b/>
        </w:rPr>
        <w:t xml:space="preserve">[1:03:09] </w:t>
      </w:r>
      <w:r>
        <w:t>is se ijtamai zindagi mein hasad adawat aur bahmi kashmakash paida hoti hai</w:t>
      </w:r>
    </w:p>
    <w:p>
      <w:pPr>
        <w:jc w:val="right"/>
      </w:pPr>
      <w:r>
        <w:t>اس سے اجتماعی زندگی میں حسد عداوت اور باہمی کشمکش پیدا ہوتی ہے</w:t>
      </w:r>
    </w:p>
    <w:p>
      <w:r>
        <w:rPr>
          <w:b/>
        </w:rPr>
        <w:t xml:space="preserve">[1:03:17] </w:t>
      </w:r>
      <w:r>
        <w:t>magar</w:t>
      </w:r>
    </w:p>
    <w:p>
      <w:pPr>
        <w:jc w:val="right"/>
      </w:pPr>
      <w:r>
        <w:t>مگر</w:t>
      </w:r>
    </w:p>
    <w:p>
      <w:r>
        <w:rPr>
          <w:b/>
        </w:rPr>
        <w:t xml:space="preserve">[1:03:18] </w:t>
      </w:r>
      <w:r>
        <w:t>in cheezon ke aitbar se apne ya doosre ko tolna nadani hai</w:t>
      </w:r>
    </w:p>
    <w:p>
      <w:pPr>
        <w:jc w:val="right"/>
      </w:pPr>
      <w:r>
        <w:t>ان چیزوں کے اعتبار سے اپنے یا دوسرے کو تولنا نادانی ہے</w:t>
      </w:r>
    </w:p>
    <w:p>
      <w:r>
        <w:rPr>
          <w:b/>
        </w:rPr>
        <w:t xml:space="preserve">[1:03:26] </w:t>
      </w:r>
      <w:r>
        <w:t>arrijalu qawmun 'ala nisa'i bima faddalallahu ba'dahum 'ala ba'din wabima anfaqoo min amwalihim fissalihaitu qanitatun hafizatun lilghaybi bima hifazallahu</w:t>
      </w:r>
    </w:p>
    <w:p>
      <w:pPr>
        <w:jc w:val="right"/>
      </w:pPr>
      <w:r>
        <w:t>الرجال قوامون علی النساء بما فضل اللہ بعضہم علی بعض وبما انفقوا من اموالهم فالصالحات قانتات حافظات للغیب بما حفظ اللہ</w:t>
      </w:r>
    </w:p>
    <w:p>
      <w:r>
        <w:rPr>
          <w:b/>
        </w:rPr>
        <w:t xml:space="preserve">[1:03:51] </w:t>
      </w:r>
      <w:r>
        <w:t>wallati takhafoona nushuzahunna</w:t>
      </w:r>
    </w:p>
    <w:p>
      <w:pPr>
        <w:jc w:val="right"/>
      </w:pPr>
      <w:r>
        <w:t>واللاتی تخافون نشوزهن</w:t>
      </w:r>
    </w:p>
    <w:p>
      <w:r>
        <w:rPr>
          <w:b/>
        </w:rPr>
        <w:t xml:space="preserve">[1:03:55] </w:t>
      </w:r>
      <w:r>
        <w:t>fa'izuhunna wahjuroohunna filmadaji'i wadriboohunna</w:t>
      </w:r>
    </w:p>
    <w:p>
      <w:pPr>
        <w:jc w:val="right"/>
      </w:pPr>
      <w:r>
        <w:t>فعظوهن واهجروهن فی المضاجع واضربوهن</w:t>
      </w:r>
    </w:p>
    <w:p>
      <w:r>
        <w:rPr>
          <w:b/>
        </w:rPr>
        <w:t xml:space="preserve">[1:04:03] </w:t>
      </w:r>
      <w:r>
        <w:t>fa'in ataa'unnakum fala tabghoo 'alayhinna</w:t>
      </w:r>
    </w:p>
    <w:p>
      <w:pPr>
        <w:jc w:val="right"/>
      </w:pPr>
      <w:r>
        <w:t>فان اطعنکم فلا تبغوا علیہن</w:t>
      </w:r>
    </w:p>
    <w:p>
      <w:r>
        <w:rPr>
          <w:b/>
        </w:rPr>
        <w:t xml:space="preserve">[1:04:08] </w:t>
      </w:r>
      <w:r>
        <w:t>sabeelan innallaha kaana 'aliyan kabeera</w:t>
      </w:r>
    </w:p>
    <w:p>
      <w:pPr>
        <w:jc w:val="right"/>
      </w:pPr>
      <w:r>
        <w:t>سبیلا ان اللہ كان علیا کبیرا</w:t>
      </w:r>
    </w:p>
    <w:p>
      <w:r>
        <w:rPr>
          <w:b/>
        </w:rPr>
        <w:t xml:space="preserve">[1:04:17] </w:t>
      </w:r>
      <w:r>
        <w:t>wa in khiftum shiqāqa bainahuma faba'athoo hakamā</w:t>
      </w:r>
    </w:p>
    <w:p>
      <w:pPr>
        <w:jc w:val="right"/>
      </w:pPr>
      <w:r>
        <w:t>وان خفتم شقاق بینهما فابعثوا حكما</w:t>
      </w:r>
    </w:p>
    <w:p>
      <w:r>
        <w:rPr>
          <w:b/>
        </w:rPr>
        <w:t xml:space="preserve">[1:04:22] </w:t>
      </w:r>
      <w:r>
        <w:t>min ahlihi wahakamā min ahliha</w:t>
      </w:r>
    </w:p>
    <w:p>
      <w:pPr>
        <w:jc w:val="right"/>
      </w:pPr>
      <w:r>
        <w:t>من اهله وحكما من اهلها</w:t>
      </w:r>
    </w:p>
    <w:p>
      <w:r>
        <w:rPr>
          <w:b/>
        </w:rPr>
        <w:t xml:space="preserve">[1:04:28] </w:t>
      </w:r>
      <w:r>
        <w:t>in yureedā islāhā</w:t>
      </w:r>
    </w:p>
    <w:p>
      <w:pPr>
        <w:jc w:val="right"/>
      </w:pPr>
      <w:r>
        <w:t>ان یریدا اصلاحا</w:t>
      </w:r>
    </w:p>
    <w:p>
      <w:r>
        <w:rPr>
          <w:b/>
        </w:rPr>
        <w:t xml:space="preserve">[1:04:33] </w:t>
      </w:r>
      <w:r>
        <w:t>in yureedā islāhā</w:t>
      </w:r>
    </w:p>
    <w:p>
      <w:pPr>
        <w:jc w:val="right"/>
      </w:pPr>
      <w:r>
        <w:t>ان یریدا اصلاحا</w:t>
      </w:r>
    </w:p>
    <w:p>
      <w:r>
        <w:rPr>
          <w:b/>
        </w:rPr>
        <w:t xml:space="preserve">[1:04:37] </w:t>
      </w:r>
      <w:r>
        <w:t>yuwaffiq</w:t>
      </w:r>
    </w:p>
    <w:p>
      <w:pPr>
        <w:jc w:val="right"/>
      </w:pPr>
      <w:r>
        <w:t>یوفق</w:t>
      </w:r>
    </w:p>
    <w:p>
      <w:r>
        <w:rPr>
          <w:b/>
        </w:rPr>
        <w:t xml:space="preserve">[1:04:38] </w:t>
      </w:r>
      <w:r>
        <w:t>allahu baynahuma innallaha kana 'aliman khabira</w:t>
      </w:r>
    </w:p>
    <w:p>
      <w:pPr>
        <w:jc w:val="right"/>
      </w:pPr>
      <w:r>
        <w:t>اللہ بینہما ان اللہ كان علیما خبیرا</w:t>
      </w:r>
    </w:p>
    <w:p>
      <w:r>
        <w:rPr>
          <w:b/>
        </w:rPr>
        <w:t xml:space="preserve">[1:04:49] </w:t>
      </w:r>
      <w:r>
        <w:t>mard auraton ke upar qawwam hain is bina par ke Allah ne ek ko doosre par barhai di</w:t>
      </w:r>
    </w:p>
    <w:p>
      <w:pPr>
        <w:jc w:val="right"/>
      </w:pPr>
      <w:r>
        <w:t>مرد عورتوں کے اوپر قوام ہیں اس بنا پر کہ اللہ نے ایک کو دوسرے پر بڑائی دی</w:t>
      </w:r>
    </w:p>
    <w:p>
      <w:r>
        <w:rPr>
          <w:b/>
        </w:rPr>
        <w:t xml:space="preserve">[1:04:57] </w:t>
      </w:r>
      <w:r>
        <w:t>hai aur is bina par ke mard ne apne maal kharch kiye</w:t>
      </w:r>
    </w:p>
    <w:p>
      <w:pPr>
        <w:jc w:val="right"/>
      </w:pPr>
      <w:r>
        <w:t>ہے اور اس بنا پر کہ مرد نے اپنے مال خرچ کیے</w:t>
      </w:r>
    </w:p>
    <w:p>
      <w:r>
        <w:rPr>
          <w:b/>
        </w:rPr>
        <w:t xml:space="preserve">[1:05:04] </w:t>
      </w:r>
      <w:r>
        <w:t>pas jo nek auraten hain woh farmanbardari karne wali</w:t>
      </w:r>
    </w:p>
    <w:p>
      <w:pPr>
        <w:jc w:val="right"/>
      </w:pPr>
      <w:r>
        <w:t>پس جو نیک عورتیں ہیں وہ فرمانبرداری کرنے والی</w:t>
      </w:r>
    </w:p>
    <w:p>
      <w:r>
        <w:rPr>
          <w:b/>
        </w:rPr>
        <w:t xml:space="preserve">[1:05:10] </w:t>
      </w:r>
      <w:r>
        <w:t>peeth peeche nigahbani karti hain Allah ki hifazat se aur jin auraton se tum ko sarkashi ka andesha</w:t>
      </w:r>
    </w:p>
    <w:p>
      <w:pPr>
        <w:jc w:val="right"/>
      </w:pPr>
      <w:r>
        <w:t>پیٹھ پیچھے نگہبانی کرتی ہیں اللہ کی حفاظت سے اور جن عورتوں سے تم کو سرکشی کا اندیشہ</w:t>
      </w:r>
    </w:p>
    <w:p>
      <w:r>
        <w:rPr>
          <w:b/>
        </w:rPr>
        <w:t xml:space="preserve">[1:05:20] </w:t>
      </w:r>
      <w:r>
        <w:t>ho un ko samjhao</w:t>
      </w:r>
    </w:p>
    <w:p>
      <w:pPr>
        <w:jc w:val="right"/>
      </w:pPr>
      <w:r>
        <w:t>ہو ان کو سمجھاؤ</w:t>
      </w:r>
    </w:p>
    <w:p>
      <w:r>
        <w:rPr>
          <w:b/>
        </w:rPr>
        <w:t xml:space="preserve">[1:05:23] </w:t>
      </w:r>
      <w:r>
        <w:t>aur un ko un ke bistaron mein tanha chhod do aur un ko saza do pas agar woh</w:t>
      </w:r>
    </w:p>
    <w:p>
      <w:pPr>
        <w:jc w:val="right"/>
      </w:pPr>
      <w:r>
        <w:t>اور ان کو ان کے بستروں میں تنہا چھوڑ دو اور ان کو سزا دو پس اگر وہ</w:t>
      </w:r>
    </w:p>
    <w:p>
      <w:r>
        <w:rPr>
          <w:b/>
        </w:rPr>
        <w:t xml:space="preserve">[1:05:32] </w:t>
      </w:r>
      <w:r>
        <w:t>tumhari itaat karen to</w:t>
      </w:r>
    </w:p>
    <w:p>
      <w:pPr>
        <w:jc w:val="right"/>
      </w:pPr>
      <w:r>
        <w:t>تمہاری اطاعت کریں تو</w:t>
      </w:r>
    </w:p>
    <w:p>
      <w:r>
        <w:rPr>
          <w:b/>
        </w:rPr>
        <w:t xml:space="preserve">[1:05:34] </w:t>
      </w:r>
      <w:r>
        <w:t>un ke khilaf ilzam ki rah na talash karo</w:t>
      </w:r>
    </w:p>
    <w:p>
      <w:pPr>
        <w:jc w:val="right"/>
      </w:pPr>
      <w:r>
        <w:t>ان کے خلاف الزام کی راہ نہ تلاش کرو</w:t>
      </w:r>
    </w:p>
    <w:p>
      <w:r>
        <w:rPr>
          <w:b/>
        </w:rPr>
        <w:t xml:space="preserve">[1:05:39] </w:t>
      </w:r>
      <w:r>
        <w:t>beshak Allah sab se upar hai bahut bada hai</w:t>
      </w:r>
    </w:p>
    <w:p>
      <w:pPr>
        <w:jc w:val="right"/>
      </w:pPr>
      <w:r>
        <w:t>بے شک اللہ سب سے اوپر ہے بہت بڑا ہے</w:t>
      </w:r>
    </w:p>
    <w:p>
      <w:r>
        <w:rPr>
          <w:b/>
        </w:rPr>
        <w:t xml:space="preserve">[1:05:45] </w:t>
      </w:r>
      <w:r>
        <w:t>aur agar tumhein miyan biwi ke darmiyan taluqat bigadne ka andesha ho</w:t>
      </w:r>
    </w:p>
    <w:p>
      <w:pPr>
        <w:jc w:val="right"/>
      </w:pPr>
      <w:r>
        <w:t>اور اگر تمہیں میاں بیوی کے درمیان تعلقات بگڑنے کا اندیشہ ہو</w:t>
      </w:r>
    </w:p>
    <w:p>
      <w:r>
        <w:rPr>
          <w:b/>
        </w:rPr>
        <w:t xml:space="preserve">[1:05:52] </w:t>
      </w:r>
      <w:r>
        <w:t>to ek munsif</w:t>
      </w:r>
    </w:p>
    <w:p>
      <w:pPr>
        <w:jc w:val="right"/>
      </w:pPr>
      <w:r>
        <w:t>تو ایک منصف</w:t>
      </w:r>
    </w:p>
    <w:p>
      <w:r>
        <w:rPr>
          <w:b/>
        </w:rPr>
        <w:t xml:space="preserve">[1:05:55] </w:t>
      </w:r>
      <w:r>
        <w:t>mard ke rishtedaron mein se khada karo aur ek munsif aurat ke rishtedaron mein se khada</w:t>
      </w:r>
    </w:p>
    <w:p>
      <w:pPr>
        <w:jc w:val="right"/>
      </w:pPr>
      <w:r>
        <w:t>مرد کے رشتہ داروں میں سے کھڑا کرو اور ایک منصف عورت کے رشتہ داروں میں سے کھڑا</w:t>
      </w:r>
    </w:p>
    <w:p>
      <w:r>
        <w:rPr>
          <w:b/>
        </w:rPr>
        <w:t xml:space="preserve">[1:06:02] </w:t>
      </w:r>
      <w:r>
        <w:t>karo agar dono islaah chahenge to Allah un ke darmiyan muwafqat kar dega beshak Allah</w:t>
      </w:r>
    </w:p>
    <w:p>
      <w:pPr>
        <w:jc w:val="right"/>
      </w:pPr>
      <w:r>
        <w:t>کرو اگر دونوں اصلاح چاہیں گے تو اللہ ان کے درمیان موافقت کر دے گا بے شک اللہ</w:t>
      </w:r>
    </w:p>
    <w:p>
      <w:r>
        <w:rPr>
          <w:b/>
        </w:rPr>
        <w:t xml:space="preserve">[1:06:12] </w:t>
      </w:r>
      <w:r>
        <w:t>sab kuch jannne wala khabardar hai</w:t>
      </w:r>
    </w:p>
    <w:p>
      <w:pPr>
        <w:jc w:val="right"/>
      </w:pPr>
      <w:r>
        <w:t>سب کچھ جاننے والا خبردار ہے</w:t>
      </w:r>
    </w:p>
    <w:p>
      <w:r>
        <w:rPr>
          <w:b/>
        </w:rPr>
        <w:t xml:space="preserve">[1:06:19] </w:t>
      </w:r>
      <w:r>
        <w:t>tashreeh jahan bhi aadmiyon ka koi majmooa ho khwah woh khandan ki surat mein ho ya mamlikat ki</w:t>
      </w:r>
    </w:p>
    <w:p>
      <w:pPr>
        <w:jc w:val="right"/>
      </w:pPr>
      <w:r>
        <w:t>تشریح جہاں بھی ادمیوں کا کوئی مجموعہ ہو خواہ وہ خاندان کی صورت میں ہو یا مملکت کی</w:t>
      </w:r>
    </w:p>
    <w:p>
      <w:r>
        <w:rPr>
          <w:b/>
        </w:rPr>
        <w:t xml:space="preserve">[1:06:29] </w:t>
      </w:r>
      <w:r>
        <w:t>surat mein zaroori hai ke is ke upar sardar aur sarbarah ho aur yeh sarbarah lazman ek hi</w:t>
      </w:r>
    </w:p>
    <w:p>
      <w:pPr>
        <w:jc w:val="right"/>
      </w:pPr>
      <w:r>
        <w:t>صورت میں ضروری ہے کہ اس کے اوپر سردار اور سربراہ ہو اور یہ سربراہ لازما ایک ہی</w:t>
      </w:r>
    </w:p>
    <w:p>
      <w:r>
        <w:rPr>
          <w:b/>
        </w:rPr>
        <w:t xml:space="preserve">[1:06:38] </w:t>
      </w:r>
      <w:r>
        <w:t>ho sakta hai</w:t>
      </w:r>
    </w:p>
    <w:p>
      <w:pPr>
        <w:jc w:val="right"/>
      </w:pPr>
      <w:r>
        <w:t>ہو سکتا ہے</w:t>
      </w:r>
    </w:p>
    <w:p>
      <w:r>
        <w:rPr>
          <w:b/>
        </w:rPr>
        <w:t xml:space="preserve">[1:06:41] </w:t>
      </w:r>
      <w:r>
        <w:t>dunya ke bare mein Allah ka banaya hua jo mansooba hai us mein khandan ki sarbrahi ke liye</w:t>
      </w:r>
    </w:p>
    <w:p>
      <w:pPr>
        <w:jc w:val="right"/>
      </w:pPr>
      <w:r>
        <w:t>دنیا کے بارے میں اللہ کا بنایا ہوا جو منصوبہ ہے اس میں خاندان کی سربراہی کے لیے</w:t>
      </w:r>
    </w:p>
    <w:p>
      <w:r>
        <w:rPr>
          <w:b/>
        </w:rPr>
        <w:t xml:space="preserve">[1:06:49] </w:t>
      </w:r>
      <w:r>
        <w:t>mard ko mutayyan kiya gaya hai aur isi ke lihaz se us ki takhleeq hui hai mard ki</w:t>
      </w:r>
    </w:p>
    <w:p>
      <w:pPr>
        <w:jc w:val="right"/>
      </w:pPr>
      <w:r>
        <w:t>مرد کو متعین کیا گیا ہے اور اسی کے لحاظ سے اس کی تخلیق ہوئی ہے مرد کی</w:t>
      </w:r>
    </w:p>
    <w:p>
      <w:r>
        <w:rPr>
          <w:b/>
        </w:rPr>
        <w:t xml:space="preserve">[1:06:58] </w:t>
      </w:r>
      <w:r>
        <w:t>banawat aur aurat ki banawat mein jo hayatiyati aur nafsiati farq</w:t>
      </w:r>
    </w:p>
    <w:p>
      <w:pPr>
        <w:jc w:val="right"/>
      </w:pPr>
      <w:r>
        <w:t>بناوٹ اور عورت کی بناوٹ میں جو حیاتیاتی اور نفسیاتی فرق</w:t>
      </w:r>
    </w:p>
    <w:p>
      <w:r>
        <w:rPr>
          <w:b/>
        </w:rPr>
        <w:t xml:space="preserve">[1:07:04] </w:t>
      </w:r>
      <w:r>
        <w:t>hai woh Allah ke isi takhleeqi mansoobe ki mutabiqat mein hai ab agar kuch log Allah ke mansoobe</w:t>
      </w:r>
    </w:p>
    <w:p>
      <w:pPr>
        <w:jc w:val="right"/>
      </w:pPr>
      <w:r>
        <w:t>ہے وہ اللہ کے اسی تخلیقی منصوبہ کی مطابقت میں ہے اب اگر کچھ لوگ اللہ کے منصوبہ</w:t>
      </w:r>
    </w:p>
    <w:p>
      <w:r>
        <w:rPr>
          <w:b/>
        </w:rPr>
        <w:t xml:space="preserve">[1:07:14] </w:t>
      </w:r>
      <w:r>
        <w:t>ke khilaf chalen to woh sirf bigaad paida karne ka sabab banenge kyunke Khuda ka karkhana to</w:t>
      </w:r>
    </w:p>
    <w:p>
      <w:pPr>
        <w:jc w:val="right"/>
      </w:pPr>
      <w:r>
        <w:t>کے خلاف چلیں تو وہ صرف بگاڑ پیدا کرنے کا سبب بنیں گے کیونکہ خدا کا کارخانہ تو</w:t>
      </w:r>
    </w:p>
    <w:p>
      <w:r>
        <w:rPr>
          <w:b/>
        </w:rPr>
        <w:t xml:space="preserve">[1:07:22] </w:t>
      </w:r>
      <w:r>
        <w:t>mard aur aurat ko badastoor apne mansoobe ke mutabiq banata rahega jis mein awamiat ki salahiyaten mard</w:t>
      </w:r>
    </w:p>
    <w:p>
      <w:pPr>
        <w:jc w:val="right"/>
      </w:pPr>
      <w:r>
        <w:t>مرد اور عورت کو بدستور اپنے منصوبے کے مطابق بناتا رہے گا جس میں عوامیت کی صلاحیتیں مرد</w:t>
      </w:r>
    </w:p>
    <w:p>
      <w:r>
        <w:rPr>
          <w:b/>
        </w:rPr>
        <w:t xml:space="preserve">[1:07:31] </w:t>
      </w:r>
      <w:r>
        <w:t>ko di gayi hongi aur itaat ki salahiyaten aurat ko jabke un ke masharti istemal mein Khudaai</w:t>
      </w:r>
    </w:p>
    <w:p>
      <w:pPr>
        <w:jc w:val="right"/>
      </w:pPr>
      <w:r>
        <w:t>کو دی گئی ہوں گی اور اطاعت کی صلاحیتیں عورت کو جبکہ ان کے معاشرتی استعمال میں خدائی</w:t>
      </w:r>
    </w:p>
    <w:p>
      <w:r>
        <w:rPr>
          <w:b/>
        </w:rPr>
        <w:t xml:space="preserve">[1:07:40] </w:t>
      </w:r>
      <w:r>
        <w:t>takhleeq ki riayat na ho rahi hogi aise har tazad ka nateeja is dunya mein sirf bigaad hai</w:t>
      </w:r>
    </w:p>
    <w:p>
      <w:pPr>
        <w:jc w:val="right"/>
      </w:pPr>
      <w:r>
        <w:t>تخلیق کی رعایت نہ ہو رہی ہوگی ایسے ہر تضاد کا نتیجہ اس دنیا میں صرف بگاڑ ہے</w:t>
      </w:r>
    </w:p>
    <w:p>
      <w:r>
        <w:rPr>
          <w:b/>
        </w:rPr>
        <w:t xml:space="preserve">[1:07:50] </w:t>
      </w:r>
      <w:r>
        <w:t>behtareen aurat woh hai jo Allah ke takhleeqi mansoobe mein apne ko shamil karte hue mard ki bartari</w:t>
      </w:r>
    </w:p>
    <w:p>
      <w:pPr>
        <w:jc w:val="right"/>
      </w:pPr>
      <w:r>
        <w:t>بہترین عورت وہ ہے جو اللہ کے تخلیقی منصوبے میں اپنے کو شامل کرتے ہوئے مرد کی برتری</w:t>
      </w:r>
    </w:p>
    <w:p>
      <w:r>
        <w:rPr>
          <w:b/>
        </w:rPr>
        <w:t xml:space="preserve">[1:07:58] </w:t>
      </w:r>
      <w:r>
        <w:t>tasleem kar le isi tarah behtareen mard woh hai jo apni bartar hesiyat ki bina par is haqeeqat</w:t>
      </w:r>
    </w:p>
    <w:p>
      <w:pPr>
        <w:jc w:val="right"/>
      </w:pPr>
      <w:r>
        <w:t>تسلیم کر لے اسی طرح بہترین مرد وہ ہے جو اپنی برتر حیثیت کی بنا پر اس حقیقت</w:t>
      </w:r>
    </w:p>
    <w:p>
      <w:r>
        <w:rPr>
          <w:b/>
        </w:rPr>
        <w:t xml:space="preserve">[1:08:06] </w:t>
      </w:r>
      <w:r>
        <w:t>ko bhool na jaye ke Khuda is se bhi zyada bartar hai Khuda ki adalat mein aurat mard</w:t>
      </w:r>
    </w:p>
    <w:p>
      <w:pPr>
        <w:jc w:val="right"/>
      </w:pPr>
      <w:r>
        <w:t>کو بھول نہ جائے کہ خدا اس سے بھی زیادہ برتر ہے خدا کی عدالت میں عورت مرد</w:t>
      </w:r>
    </w:p>
    <w:p>
      <w:r>
        <w:rPr>
          <w:b/>
        </w:rPr>
        <w:t xml:space="preserve">[1:08:15] </w:t>
      </w:r>
      <w:r>
        <w:t>ka koi farq nahi yeh farq tamam tar sirf intezam dunya ke aitbar se hai na ke akhirat</w:t>
      </w:r>
    </w:p>
    <w:p>
      <w:pPr>
        <w:jc w:val="right"/>
      </w:pPr>
      <w:r>
        <w:t>کا کوئی فرق نہیں یہ فرق تمام تر صرف انتظام دنیا کے اعتبار سے ہے نہ کہ اخرت</w:t>
      </w:r>
    </w:p>
    <w:p>
      <w:r>
        <w:rPr>
          <w:b/>
        </w:rPr>
        <w:t xml:space="preserve">[1:08:23] </w:t>
      </w:r>
      <w:r>
        <w:t>mein taqseem an'aam ke aitbar se</w:t>
      </w:r>
    </w:p>
    <w:p>
      <w:pPr>
        <w:jc w:val="right"/>
      </w:pPr>
      <w:r>
        <w:t>میں تقسیم انعامات کے اعتبار سے</w:t>
      </w:r>
    </w:p>
    <w:p>
      <w:r>
        <w:rPr>
          <w:b/>
        </w:rPr>
        <w:t xml:space="preserve">[1:08:28] </w:t>
      </w:r>
      <w:r>
        <w:t>mard ko chahiye ke woh aurat ke haq mein apni zimmedariyon ko ada karne ka poora ah'timaam</w:t>
      </w:r>
    </w:p>
    <w:p>
      <w:pPr>
        <w:jc w:val="right"/>
      </w:pPr>
      <w:r>
        <w:t>مرد کو چاہیے کہ وہ عورت کے حق میں اپنی ذمہ داریوں کو ادا کرنے کا پورا اہتمام</w:t>
      </w:r>
    </w:p>
    <w:p>
      <w:r>
        <w:rPr>
          <w:b/>
        </w:rPr>
        <w:t xml:space="preserve">[1:08:34] </w:t>
      </w:r>
      <w:r>
        <w:t>kare koi aurat agar</w:t>
      </w:r>
    </w:p>
    <w:p>
      <w:pPr>
        <w:jc w:val="right"/>
      </w:pPr>
      <w:r>
        <w:t>کرے کوئی عورت اگر</w:t>
      </w:r>
    </w:p>
    <w:p>
      <w:r>
        <w:rPr>
          <w:b/>
        </w:rPr>
        <w:t xml:space="preserve">[1:08:36] </w:t>
      </w:r>
      <w:r>
        <w:t>aisi ho jo mard ki intezami bartari ko na maane to aisa hargiz na hona chahiye ke mard</w:t>
      </w:r>
    </w:p>
    <w:p>
      <w:pPr>
        <w:jc w:val="right"/>
      </w:pPr>
      <w:r>
        <w:t>ایسی ہو جو مرد کی انتظامی بڑائی کو نہ مانے تو ایسا ہرگز نہ ہونا چاہیے کہ مرد</w:t>
      </w:r>
    </w:p>
    <w:p>
      <w:r>
        <w:rPr>
          <w:b/>
        </w:rPr>
        <w:t xml:space="preserve">[1:08:43] </w:t>
      </w:r>
      <w:r>
        <w:t>ke andar intiqam ka jazba ubhare ya woh ilzamat laga kar aurat ko badnaam kare</w:t>
      </w:r>
    </w:p>
    <w:p>
      <w:pPr>
        <w:jc w:val="right"/>
      </w:pPr>
      <w:r>
        <w:t>کے اندر انتقام کا جذبہ ابھرائے یا وہ الزامات لگا کر عورت کو بدنام کرے</w:t>
      </w:r>
    </w:p>
    <w:p>
      <w:r>
        <w:rPr>
          <w:b/>
        </w:rPr>
        <w:t xml:space="preserve">[1:08:52] </w:t>
      </w:r>
      <w:r>
        <w:t>koi bhi bartari kisi ko insaaf ki pabandi se bari-uz-zimma nahi karti albattah khusoosi halaat mein mard</w:t>
      </w:r>
    </w:p>
    <w:p>
      <w:pPr>
        <w:jc w:val="right"/>
      </w:pPr>
      <w:r>
        <w:t>کوئی بھی برتری کسی کو انصاف کی پابندی سے بری الذمہ نہیں کرتی البتہ خصوصی حالات میں مرد</w:t>
      </w:r>
    </w:p>
    <w:p>
      <w:r>
        <w:rPr>
          <w:b/>
        </w:rPr>
        <w:t xml:space="preserve">[1:09:01] </w:t>
      </w:r>
      <w:r>
        <w:t>ko yeh haq hai ke kisi aurat ke andar agar woh sarkashi dekhe to us ki islaah ki</w:t>
      </w:r>
    </w:p>
    <w:p>
      <w:pPr>
        <w:jc w:val="right"/>
      </w:pPr>
      <w:r>
        <w:t>کو یہ حق ہے کہ کسی عورت کے اندر اگر وہ سرتابی دیکھے تو اس کی اصلاح کی</w:t>
      </w:r>
    </w:p>
    <w:p>
      <w:r>
        <w:rPr>
          <w:b/>
        </w:rPr>
        <w:t xml:space="preserve">[1:09:08] </w:t>
      </w:r>
      <w:r>
        <w:t>koshish kare yeh islaah awalan samjhane bujhane se shuru hogi phir dabao dalne ke liye tark-e-kalam aur</w:t>
      </w:r>
    </w:p>
    <w:p>
      <w:pPr>
        <w:jc w:val="right"/>
      </w:pPr>
      <w:r>
        <w:t>کوشش کرے یہ اصلاح اولا سمجھانے بجھانے سے شروع ہوگی پھر دباؤ ڈالنے کے لیے ترک کلام اور</w:t>
      </w:r>
    </w:p>
    <w:p>
      <w:r>
        <w:rPr>
          <w:b/>
        </w:rPr>
        <w:t xml:space="preserve">[1:09:19] </w:t>
      </w:r>
      <w:r>
        <w:t>tark-e-ta'alluq kiya ja sakta hai</w:t>
      </w:r>
    </w:p>
    <w:p>
      <w:pPr>
        <w:jc w:val="right"/>
      </w:pPr>
      <w:r>
        <w:t>ترک تعلق کیا جا سکتا ہے</w:t>
      </w:r>
    </w:p>
    <w:p>
      <w:r>
        <w:rPr>
          <w:b/>
        </w:rPr>
        <w:t xml:space="preserve">[1:09:23] </w:t>
      </w:r>
      <w:r>
        <w:t>aakhri</w:t>
      </w:r>
    </w:p>
    <w:p>
      <w:pPr>
        <w:jc w:val="right"/>
      </w:pPr>
      <w:r>
        <w:t>اخری</w:t>
      </w:r>
    </w:p>
    <w:p>
      <w:r>
        <w:rPr>
          <w:b/>
        </w:rPr>
        <w:t xml:space="preserve">[1:09:23] </w:t>
      </w:r>
      <w:r>
        <w:t>darje mein mard usko halki saza de sakta hai jaise miswak se marna</w:t>
      </w:r>
    </w:p>
    <w:p>
      <w:pPr>
        <w:jc w:val="right"/>
      </w:pPr>
      <w:r>
        <w:t>درجے میں مرد اس کو ہلکی سزا دے سکتا ہے جیسے مسواک سے مارنا</w:t>
      </w:r>
    </w:p>
    <w:p>
      <w:r>
        <w:rPr>
          <w:b/>
        </w:rPr>
        <w:t xml:space="preserve">[1:09:31] </w:t>
      </w:r>
      <w:r>
        <w:t>do aadmiyon mein jab bahami ikhtilaf ho to dono ka zehn ek doosre ke bare mein mutasir zehn</w:t>
      </w:r>
    </w:p>
    <w:p>
      <w:pPr>
        <w:jc w:val="right"/>
      </w:pPr>
      <w:r>
        <w:t>دو ادمیوں میں جب باہمی اختلاف ہو تو دونوں کا ذہن ایک دوسرے کے بارے میں متاثر ذہن</w:t>
      </w:r>
    </w:p>
    <w:p>
      <w:r>
        <w:rPr>
          <w:b/>
        </w:rPr>
        <w:t xml:space="preserve">[1:09:38] </w:t>
      </w:r>
      <w:r>
        <w:t>ban jata hai</w:t>
      </w:r>
    </w:p>
    <w:p>
      <w:pPr>
        <w:jc w:val="right"/>
      </w:pPr>
      <w:r>
        <w:t>بن جاتا ہے</w:t>
      </w:r>
    </w:p>
    <w:p>
      <w:r>
        <w:rPr>
          <w:b/>
        </w:rPr>
        <w:t xml:space="preserve">[1:09:40] </w:t>
      </w:r>
      <w:r>
        <w:t>donon ek doosre ke baare mein khalis waqeati andaaz se soch nahin paate aisi haalat mein maamle ko</w:t>
      </w:r>
    </w:p>
    <w:p>
      <w:pPr>
        <w:jc w:val="right"/>
      </w:pPr>
      <w:r>
        <w:t>دونوں ایک دوسرے کے بارے میں خالص واقعاتی انداز سے سوچ نہیں پاتے ایسی حالت میں معاملے کو</w:t>
      </w:r>
    </w:p>
    <w:p>
      <w:r>
        <w:rPr>
          <w:b/>
        </w:rPr>
        <w:t xml:space="preserve">[1:09:48] </w:t>
      </w:r>
      <w:r>
        <w:t>tay karne ki behtareen soorat yeh hai ke donon apne siwa kisi doosre ko hukum banane par raazi</w:t>
      </w:r>
    </w:p>
    <w:p>
      <w:pPr>
        <w:jc w:val="right"/>
      </w:pPr>
      <w:r>
        <w:t>طے کرنے کی بہترین صورت یہ ہے کہ دونوں اپنے سوا کسی دوسرے کو حکم بنانے پر راضی</w:t>
      </w:r>
    </w:p>
    <w:p>
      <w:r>
        <w:rPr>
          <w:b/>
        </w:rPr>
        <w:t xml:space="preserve">[1:09:57] </w:t>
      </w:r>
      <w:r>
        <w:t>ho jayen doosra shakhs maamle se zaati taur par wabasta na hone ki wajah se ghair mutaasir zehn</w:t>
      </w:r>
    </w:p>
    <w:p>
      <w:pPr>
        <w:jc w:val="right"/>
      </w:pPr>
      <w:r>
        <w:t>ہو جائیں دوسرا شخص معاملے سے ذاتی طور پر وابستہ نہ ہونے کی وجہ سے غیر متاثر ذہن</w:t>
      </w:r>
    </w:p>
    <w:p>
      <w:r>
        <w:rPr>
          <w:b/>
        </w:rPr>
        <w:t xml:space="preserve">[1:10:05] </w:t>
      </w:r>
      <w:r>
        <w:t>ke tehat sochega aur aise faisle tak pahunchne mein kaamyaab ho jayega jo haqeeqat waqe ke</w:t>
      </w:r>
    </w:p>
    <w:p>
      <w:pPr>
        <w:jc w:val="right"/>
      </w:pPr>
      <w:r>
        <w:t>کے تحت سوچے گا اور ایسے فیصلے تک پہنچنے میں کامیاب ہو جائے گا جو حقیقت واقعہ کے</w:t>
      </w:r>
    </w:p>
    <w:p>
      <w:r>
        <w:rPr>
          <w:b/>
        </w:rPr>
        <w:t xml:space="preserve">[1:10:14] </w:t>
      </w:r>
      <w:r>
        <w:t>mutabiq ho Allah</w:t>
      </w:r>
    </w:p>
    <w:p>
      <w:pPr>
        <w:jc w:val="right"/>
      </w:pPr>
      <w:r>
        <w:t>مطابق ہو اللہ</w:t>
      </w:r>
    </w:p>
    <w:p>
      <w:r>
        <w:rPr>
          <w:b/>
        </w:rPr>
        <w:t xml:space="preserve">[1:10:18] </w:t>
      </w:r>
      <w:r>
        <w:t>wala tushriku shai'an</w:t>
      </w:r>
    </w:p>
    <w:p>
      <w:pPr>
        <w:jc w:val="right"/>
      </w:pPr>
      <w:r>
        <w:t>ولا تشرکوا شیئا</w:t>
      </w:r>
    </w:p>
    <w:p>
      <w:r>
        <w:rPr>
          <w:b/>
        </w:rPr>
        <w:t xml:space="preserve">[1:10:21] </w:t>
      </w:r>
      <w:r>
        <w:t>wabil walidayni ihsana wabil qurba wal yatama wal masakeen</w:t>
      </w:r>
    </w:p>
    <w:p>
      <w:pPr>
        <w:jc w:val="right"/>
      </w:pPr>
      <w:r>
        <w:t>وبالوالدین احسانا وبالقربى والیتامى والمساكین</w:t>
      </w:r>
    </w:p>
    <w:p>
      <w:r>
        <w:rPr>
          <w:b/>
        </w:rPr>
        <w:t xml:space="preserve">[1:10:30] </w:t>
      </w:r>
      <w:r>
        <w:t>wal masakeen wal jar dhil qurba wal jar al janbi was saahib bil janbi</w:t>
      </w:r>
    </w:p>
    <w:p>
      <w:pPr>
        <w:jc w:val="right"/>
      </w:pPr>
      <w:r>
        <w:t>والمساكین والجار ذی القربى والجار الجنب والصاحب بالجنب</w:t>
      </w:r>
    </w:p>
    <w:p>
      <w:r>
        <w:rPr>
          <w:b/>
        </w:rPr>
        <w:t xml:space="preserve">[1:10:38] </w:t>
      </w:r>
      <w:r>
        <w:t>wabin as sabeeli wama malakat aymanukum</w:t>
      </w:r>
    </w:p>
    <w:p>
      <w:pPr>
        <w:jc w:val="right"/>
      </w:pPr>
      <w:r>
        <w:t>وابن السبیل وما ملكت ايمانكم</w:t>
      </w:r>
    </w:p>
    <w:p>
      <w:r>
        <w:rPr>
          <w:b/>
        </w:rPr>
        <w:t xml:space="preserve">[1:10:43] </w:t>
      </w:r>
      <w:r>
        <w:t>innallaha la yuhibbu man kana mukhtalan fakhura</w:t>
      </w:r>
    </w:p>
    <w:p>
      <w:pPr>
        <w:jc w:val="right"/>
      </w:pPr>
      <w:r>
        <w:t>ان اللہ لا یحب من كان مختالا فخورا</w:t>
      </w:r>
    </w:p>
    <w:p>
      <w:r>
        <w:rPr>
          <w:b/>
        </w:rPr>
        <w:t xml:space="preserve">[1:10:51] </w:t>
      </w:r>
      <w:r>
        <w:t>allazeena yabhaleena wa ya'muroona</w:t>
      </w:r>
    </w:p>
    <w:p>
      <w:pPr>
        <w:jc w:val="right"/>
      </w:pPr>
      <w:r>
        <w:t>الذین یبخلون ویامرون</w:t>
      </w:r>
    </w:p>
    <w:p>
      <w:r>
        <w:rPr>
          <w:b/>
        </w:rPr>
        <w:t xml:space="preserve">[1:10:55] </w:t>
      </w:r>
      <w:r>
        <w:t>annasa bil bukhli wa yaktumoona ma atahumullahu min fadlihi</w:t>
      </w:r>
    </w:p>
    <w:p>
      <w:pPr>
        <w:jc w:val="right"/>
      </w:pPr>
      <w:r>
        <w:t>الناس بالبخل ویکتمون ما اتاهم اللہ من فضله</w:t>
      </w:r>
    </w:p>
    <w:p>
      <w:r>
        <w:rPr>
          <w:b/>
        </w:rPr>
        <w:t xml:space="preserve">[1:11:04] </w:t>
      </w:r>
      <w:r>
        <w:t>wa a'tadna</w:t>
      </w:r>
    </w:p>
    <w:p>
      <w:pPr>
        <w:jc w:val="right"/>
      </w:pPr>
      <w:r>
        <w:t>واعتدنا</w:t>
      </w:r>
    </w:p>
    <w:p>
      <w:r>
        <w:rPr>
          <w:b/>
        </w:rPr>
        <w:t xml:space="preserve">[1:11:05] </w:t>
      </w:r>
      <w:r>
        <w:t>lil kafireena azaban muheena</w:t>
      </w:r>
    </w:p>
    <w:p>
      <w:pPr>
        <w:jc w:val="right"/>
      </w:pPr>
      <w:r>
        <w:t>للكافرین عذابا مهینا</w:t>
      </w:r>
    </w:p>
    <w:p>
      <w:r>
        <w:rPr>
          <w:b/>
        </w:rPr>
        <w:t xml:space="preserve">[1:11:10] </w:t>
      </w:r>
      <w:r>
        <w:t>wallazeena yunfiqoona amwalahum riyaa'</w:t>
      </w:r>
    </w:p>
    <w:p>
      <w:pPr>
        <w:jc w:val="right"/>
      </w:pPr>
      <w:r>
        <w:t>والذین ينفقون اموالهم رئاء</w:t>
      </w:r>
    </w:p>
    <w:p>
      <w:r>
        <w:rPr>
          <w:b/>
        </w:rPr>
        <w:t xml:space="preserve">[1:11:17] </w:t>
      </w:r>
      <w:r>
        <w:t>annasa wala yu'minoona billahi wala bil yawmi al aakhir</w:t>
      </w:r>
    </w:p>
    <w:p>
      <w:pPr>
        <w:jc w:val="right"/>
      </w:pPr>
      <w:r>
        <w:t>الناس ولا یؤمنون باللہ ولا بالیوم الاخر</w:t>
      </w:r>
    </w:p>
    <w:p>
      <w:r>
        <w:rPr>
          <w:b/>
        </w:rPr>
        <w:t xml:space="preserve">[1:11:23] </w:t>
      </w:r>
      <w:r>
        <w:t>waman yakun ash shaytanu lahu qareena</w:t>
      </w:r>
    </w:p>
    <w:p>
      <w:pPr>
        <w:jc w:val="right"/>
      </w:pPr>
      <w:r>
        <w:t>ومن یکن الشیطان له قرینا</w:t>
      </w:r>
    </w:p>
    <w:p>
      <w:r>
        <w:rPr>
          <w:b/>
        </w:rPr>
        <w:t xml:space="preserve">[1:11:28] </w:t>
      </w:r>
      <w:r>
        <w:t>fas aa qareena wamadh a alayhim law amano billahi wal yawmi al aakhira wa anfaqoo</w:t>
      </w:r>
    </w:p>
    <w:p>
      <w:pPr>
        <w:jc w:val="right"/>
      </w:pPr>
      <w:r>
        <w:t>فساء قرینا وماذا عليهم لو امنوا باللہ والیوم الاخر وانفقوا</w:t>
      </w:r>
    </w:p>
    <w:p>
      <w:r>
        <w:rPr>
          <w:b/>
        </w:rPr>
        <w:t xml:space="preserve">[1:11:40] </w:t>
      </w:r>
      <w:r>
        <w:t>mimma razaqahumullahu</w:t>
      </w:r>
    </w:p>
    <w:p>
      <w:pPr>
        <w:jc w:val="right"/>
      </w:pPr>
      <w:r>
        <w:t>مما رزقهم الله</w:t>
      </w:r>
    </w:p>
    <w:p>
      <w:r>
        <w:rPr>
          <w:b/>
        </w:rPr>
        <w:t xml:space="preserve">[1:11:45] </w:t>
      </w:r>
      <w:r>
        <w:t>wakana allahu bihim aleema</w:t>
      </w:r>
    </w:p>
    <w:p>
      <w:pPr>
        <w:jc w:val="right"/>
      </w:pPr>
      <w:r>
        <w:t>وكان الله بهم عليما</w:t>
      </w:r>
    </w:p>
    <w:p>
      <w:r>
        <w:rPr>
          <w:b/>
        </w:rPr>
        <w:t xml:space="preserve">[1:11:49] </w:t>
      </w:r>
      <w:r>
        <w:t>innallaha</w:t>
      </w:r>
    </w:p>
    <w:p>
      <w:pPr>
        <w:jc w:val="right"/>
      </w:pPr>
      <w:r>
        <w:t>ان اللہ</w:t>
      </w:r>
    </w:p>
    <w:p>
      <w:r>
        <w:rPr>
          <w:b/>
        </w:rPr>
        <w:t xml:space="preserve">[1:11:51] </w:t>
      </w:r>
      <w:r>
        <w:t>la yazlimu mithqala dharratin</w:t>
      </w:r>
    </w:p>
    <w:p>
      <w:pPr>
        <w:jc w:val="right"/>
      </w:pPr>
      <w:r>
        <w:t>لا یظلم مثقال ذره</w:t>
      </w:r>
    </w:p>
    <w:p>
      <w:r>
        <w:rPr>
          <w:b/>
        </w:rPr>
        <w:t xml:space="preserve">[1:11:56] </w:t>
      </w:r>
      <w:r>
        <w:t>wa in tak hasanatan yudaa'ifha wa yu'ti min ladunhu ajran azeema</w:t>
      </w:r>
    </w:p>
    <w:p>
      <w:pPr>
        <w:jc w:val="right"/>
      </w:pPr>
      <w:r>
        <w:t>وان تك حسنتا یضاعفها ويؤتمن لدنه اجرا عظیما</w:t>
      </w:r>
    </w:p>
    <w:p>
      <w:r>
        <w:rPr>
          <w:b/>
        </w:rPr>
        <w:t xml:space="preserve">[1:12:05] </w:t>
      </w:r>
      <w:r>
        <w:t>aur Allah ki ibaadat karo aur kisi cheez ko uska shareek na banao aur achha sulook karo</w:t>
      </w:r>
    </w:p>
    <w:p>
      <w:pPr>
        <w:jc w:val="right"/>
      </w:pPr>
      <w:r>
        <w:t>اور اللہ کی عبادت کرو اور کسی چیز کو اس کا شریک نہ بناؤ اور اچھا سلوک کرو</w:t>
      </w:r>
    </w:p>
    <w:p>
      <w:r>
        <w:rPr>
          <w:b/>
        </w:rPr>
        <w:t xml:space="preserve">[1:12:13] </w:t>
      </w:r>
      <w:r>
        <w:t>maa baap ke saath aur qaraabat daaron ke saath aur yateemon aur miskeenon aur qaraabat daar parosi aur</w:t>
      </w:r>
    </w:p>
    <w:p>
      <w:pPr>
        <w:jc w:val="right"/>
      </w:pPr>
      <w:r>
        <w:t>ماں باپ کے ساتھ اور قرابت داروں کے ساتھ اور یتیموں اور مسکینوں اور قرابت دار پڑوسی اور</w:t>
      </w:r>
    </w:p>
    <w:p>
      <w:r>
        <w:rPr>
          <w:b/>
        </w:rPr>
        <w:t xml:space="preserve">[1:12:24] </w:t>
      </w:r>
      <w:r>
        <w:t>ajnabi parosi aur paas baithne wale musafir ke sath aur mooluk ke sath</w:t>
      </w:r>
    </w:p>
    <w:p>
      <w:pPr>
        <w:jc w:val="right"/>
      </w:pPr>
      <w:r>
        <w:t>اجنبی پڑوسی اور پاس بیٹھنے والے مسافر کے ساتھ اور مملوک کے ساتھ</w:t>
      </w:r>
    </w:p>
    <w:p>
      <w:r>
        <w:rPr>
          <w:b/>
        </w:rPr>
        <w:t xml:space="preserve">[1:12:32] </w:t>
      </w:r>
      <w:r>
        <w:t>beshak Allah pasand nahi karta utraane wale burai</w:t>
      </w:r>
    </w:p>
    <w:p>
      <w:pPr>
        <w:jc w:val="right"/>
      </w:pPr>
      <w:r>
        <w:t>بے شک اللہ پسند نہیں کرتا اترانے والے برائی</w:t>
      </w:r>
    </w:p>
    <w:p>
      <w:r>
        <w:rPr>
          <w:b/>
        </w:rPr>
        <w:t xml:space="preserve">[1:12:37] </w:t>
      </w:r>
      <w:r>
        <w:t>karne wale ko jo ke bakhil karte hain aur doosron ko bhi bakhil sikhate hain aur jo kuch</w:t>
      </w:r>
    </w:p>
    <w:p>
      <w:pPr>
        <w:jc w:val="right"/>
      </w:pPr>
      <w:r>
        <w:t>کرنے والے کو جو کہ بخل کرتے ہیں اور دوسروں کو بھی بخل سکھاتے ہیں اور جو کچھ</w:t>
      </w:r>
    </w:p>
    <w:p>
      <w:r>
        <w:rPr>
          <w:b/>
        </w:rPr>
        <w:t xml:space="preserve">[1:12:45] </w:t>
      </w:r>
      <w:r>
        <w:t>unhe Allah ne apne fazl se de rakha hai us ko chupate hain aur hum ne munkiron ke</w:t>
      </w:r>
    </w:p>
    <w:p>
      <w:pPr>
        <w:jc w:val="right"/>
      </w:pPr>
      <w:r>
        <w:t>انہیں اللہ نے اپنے فضل سے دے رکھا ہے اس کو چھپاتے ہیں اور ہم نے منکروں کے</w:t>
      </w:r>
    </w:p>
    <w:p>
      <w:r>
        <w:rPr>
          <w:b/>
        </w:rPr>
        <w:t xml:space="preserve">[1:12:53] </w:t>
      </w:r>
      <w:r>
        <w:t>liye zillat ka azab tayar kar rakha hai aur jo log apna maal logon ko dikhane ke liye</w:t>
      </w:r>
    </w:p>
    <w:p>
      <w:pPr>
        <w:jc w:val="right"/>
      </w:pPr>
      <w:r>
        <w:t>لیے ذلت کا عذاب تیار کر رکھا ہے اور جو لوگ اپنا مال لوگوں کو دکھانے کے لیے</w:t>
      </w:r>
    </w:p>
    <w:p>
      <w:r>
        <w:rPr>
          <w:b/>
        </w:rPr>
        <w:t xml:space="preserve">[1:13:00] </w:t>
      </w:r>
      <w:r>
        <w:t>kharch karte hain aur Allah par aur aakhirat ke din par iman nahi rakhte aur jis ka saathi</w:t>
      </w:r>
    </w:p>
    <w:p>
      <w:pPr>
        <w:jc w:val="right"/>
      </w:pPr>
      <w:r>
        <w:t>خرچ کرتے ہیں اور اللہ پر اور اخرت کے دن پر ایمان نہیں رکھتے اور جس کا ساتھی</w:t>
      </w:r>
    </w:p>
    <w:p>
      <w:r>
        <w:rPr>
          <w:b/>
        </w:rPr>
        <w:t xml:space="preserve">[1:13:08] </w:t>
      </w:r>
      <w:r>
        <w:t>shaitan ban jaye to wo bohat bura saathi hai</w:t>
      </w:r>
    </w:p>
    <w:p>
      <w:pPr>
        <w:jc w:val="right"/>
      </w:pPr>
      <w:r>
        <w:t>شیطان بن جائے تو وہ بہت برا ساتھی ہے</w:t>
      </w:r>
    </w:p>
    <w:p>
      <w:r>
        <w:rPr>
          <w:b/>
        </w:rPr>
        <w:t xml:space="preserve">[1:13:13] </w:t>
      </w:r>
      <w:r>
        <w:t>un ka kya nuksan tha agar wo Allah par aur aakhirat ke din par iman laate aur Allah</w:t>
      </w:r>
    </w:p>
    <w:p>
      <w:pPr>
        <w:jc w:val="right"/>
      </w:pPr>
      <w:r>
        <w:t>ان کا کیا نقصان تھا اگر وہ اللہ پر اور اخرت کے دن پر ایمان لاتے اور اللہ</w:t>
      </w:r>
    </w:p>
    <w:p>
      <w:r>
        <w:rPr>
          <w:b/>
        </w:rPr>
        <w:t xml:space="preserve">[1:13:20] </w:t>
      </w:r>
      <w:r>
        <w:t>ne jo kuch unhe de rakha hai us</w:t>
      </w:r>
    </w:p>
    <w:p>
      <w:pPr>
        <w:jc w:val="right"/>
      </w:pPr>
      <w:r>
        <w:t>نے جو کچھ انہیں دے رکھا ہے اس</w:t>
      </w:r>
    </w:p>
    <w:p>
      <w:r>
        <w:rPr>
          <w:b/>
        </w:rPr>
        <w:t xml:space="preserve">[1:13:22] </w:t>
      </w:r>
      <w:r>
        <w:t>mein se kharch karte aur Allah un se achhi tarah ba khabar hai beshak Allah zara bhi kisi ki haq talfi nahin karega agar neki ho to woh us ko dugna badha deta hai aur apne paas se bohat bara sawab deta hai</w:t>
      </w:r>
    </w:p>
    <w:p>
      <w:pPr>
        <w:jc w:val="right"/>
      </w:pPr>
      <w:r>
        <w:t>میں سے خرچ کرتے اور اللہ ان سے اچھی طرح باخبر ہے بے شک اللہ ذرا بھی کسی کی حق تلفی نہیں کرے گا اگر نیکی ہو تو وہ اس کو دگنا بڑھا دیتا ہے اور اپنے پاس سے بہت بڑا ثواب دیتا ہے</w:t>
      </w:r>
    </w:p>
    <w:p>
      <w:r>
        <w:rPr>
          <w:b/>
        </w:rPr>
        <w:t xml:space="preserve">[1:13:45] </w:t>
      </w:r>
      <w:r>
        <w:t>tashreeh insan ke paas jo kuch hai sab Allah ka diya hua hai</w:t>
      </w:r>
    </w:p>
    <w:p>
      <w:pPr>
        <w:jc w:val="right"/>
      </w:pPr>
      <w:r>
        <w:t>تشریح انسان کے پاس جو کچھ ہے سب اللہ کا دیا ہوا ہے</w:t>
      </w:r>
    </w:p>
    <w:p>
      <w:r>
        <w:rPr>
          <w:b/>
        </w:rPr>
        <w:t xml:space="preserve">[1:13:53] </w:t>
      </w:r>
      <w:r>
        <w:t>us ka taqaza hai ke insan apne aap ko Allah ke hawale kar de</w:t>
      </w:r>
    </w:p>
    <w:p>
      <w:pPr>
        <w:jc w:val="right"/>
      </w:pPr>
      <w:r>
        <w:t>اس کا تقاضا ہے کہ انسان اپنے اپ کو اللہ کے حوالے کر دے</w:t>
      </w:r>
    </w:p>
    <w:p>
      <w:r>
        <w:rPr>
          <w:b/>
        </w:rPr>
        <w:t xml:space="preserve">[1:13:59] </w:t>
      </w:r>
      <w:r>
        <w:t>wo is ka ibadat guzar ban jaye</w:t>
      </w:r>
    </w:p>
    <w:p>
      <w:pPr>
        <w:jc w:val="right"/>
      </w:pPr>
      <w:r>
        <w:t>وہ اس کا عبادت گزار بن جائے</w:t>
      </w:r>
    </w:p>
    <w:p>
      <w:r>
        <w:rPr>
          <w:b/>
        </w:rPr>
        <w:t xml:space="preserve">[1:14:03] </w:t>
      </w:r>
      <w:r>
        <w:t>jab aadmi is tarah Allah wala banta hai to us ke andar fitri taur par tawazu ka mizaj</w:t>
      </w:r>
    </w:p>
    <w:p>
      <w:pPr>
        <w:jc w:val="right"/>
      </w:pPr>
      <w:r>
        <w:t>جب ادمی اس طرح اللہ والا بنتا ہے تو اس کے اندر فطری طور پر تواضع کا مزاج</w:t>
      </w:r>
    </w:p>
    <w:p>
      <w:r>
        <w:rPr>
          <w:b/>
        </w:rPr>
        <w:t xml:space="preserve">[1:14:11] </w:t>
      </w:r>
      <w:r>
        <w:t>paida ho jata hai</w:t>
      </w:r>
    </w:p>
    <w:p>
      <w:pPr>
        <w:jc w:val="right"/>
      </w:pPr>
      <w:r>
        <w:t>پیدا ہو جاتا ہے</w:t>
      </w:r>
    </w:p>
    <w:p>
      <w:r>
        <w:rPr>
          <w:b/>
        </w:rPr>
        <w:t xml:space="preserve">[1:14:13] </w:t>
      </w:r>
      <w:r>
        <w:t>us ka yeh mizaj un insanon se taluqat mein zahir hota hai jin ke darmiyan wo zindagi guzar</w:t>
      </w:r>
    </w:p>
    <w:p>
      <w:pPr>
        <w:jc w:val="right"/>
      </w:pPr>
      <w:r>
        <w:t>اس کا یہ مزاج ان انسانوں سے تعلقات میں ظاہر ہوتا ہے جن کے درمیان وہ زندگی گزار</w:t>
      </w:r>
    </w:p>
    <w:p>
      <w:r>
        <w:rPr>
          <w:b/>
        </w:rPr>
        <w:t xml:space="preserve">[1:14:22] </w:t>
      </w:r>
      <w:r>
        <w:t>raha ho us ka yeh mizaj maan baap ke muamle mein husn sulook ki surat ikhtiyar kar leta</w:t>
      </w:r>
    </w:p>
    <w:p>
      <w:pPr>
        <w:jc w:val="right"/>
      </w:pPr>
      <w:r>
        <w:t>رہا ہو اس کا یہ مزاج ماں باپ کے معاملے میں حسن سلوک کی صورت اختیار کر لیتا</w:t>
      </w:r>
    </w:p>
    <w:p>
      <w:r>
        <w:rPr>
          <w:b/>
        </w:rPr>
        <w:t xml:space="preserve">[1:14:29] </w:t>
      </w:r>
      <w:r>
        <w:t>hai har</w:t>
      </w:r>
    </w:p>
    <w:p>
      <w:pPr>
        <w:jc w:val="right"/>
      </w:pPr>
      <w:r>
        <w:t>ہے ہر</w:t>
      </w:r>
    </w:p>
    <w:p>
      <w:r>
        <w:rPr>
          <w:b/>
        </w:rPr>
        <w:t xml:space="preserve">[1:14:31] </w:t>
      </w:r>
      <w:r>
        <w:t>shakhs jis se is ka wasta parta hai wo is ko aisa insan pata hai jaise wo Allah</w:t>
      </w:r>
    </w:p>
    <w:p>
      <w:pPr>
        <w:jc w:val="right"/>
      </w:pPr>
      <w:r>
        <w:t>شخص جس سے اس کا واسطہ پڑتا ہے وہ اس کو ایسا انسان پاتا ہے جیسے وہ اللہ</w:t>
      </w:r>
    </w:p>
    <w:p>
      <w:r>
        <w:rPr>
          <w:b/>
        </w:rPr>
        <w:t xml:space="preserve">[1:14:39] </w:t>
      </w:r>
      <w:r>
        <w:t>ko apne upar khara hua dekh raha ho</w:t>
      </w:r>
    </w:p>
    <w:p>
      <w:pPr>
        <w:jc w:val="right"/>
      </w:pPr>
      <w:r>
        <w:t>کو اپنے اوپر کھڑا ہوا دیکھ رہا ہو</w:t>
      </w:r>
    </w:p>
    <w:p>
      <w:r>
        <w:rPr>
          <w:b/>
        </w:rPr>
        <w:t xml:space="preserve">[1:14:43] </w:t>
      </w:r>
      <w:r>
        <w:t>wo har ek ka haq us ke taluq ke muwafiq aur us ki hajat mandi ke munasib ada</w:t>
      </w:r>
    </w:p>
    <w:p>
      <w:pPr>
        <w:jc w:val="right"/>
      </w:pPr>
      <w:r>
        <w:t>وہ ہر ایک کا حق اس کے تعلق کے موافق اور اس کی حاجت مندی کے مناسب ادا</w:t>
      </w:r>
    </w:p>
    <w:p>
      <w:r>
        <w:rPr>
          <w:b/>
        </w:rPr>
        <w:t xml:space="preserve">[1:14:51] </w:t>
      </w:r>
      <w:r>
        <w:t>karne wala ban jata hai</w:t>
      </w:r>
    </w:p>
    <w:p>
      <w:pPr>
        <w:jc w:val="right"/>
      </w:pPr>
      <w:r>
        <w:t>کرنے والا بن جاتا ہے</w:t>
      </w:r>
    </w:p>
    <w:p>
      <w:r>
        <w:rPr>
          <w:b/>
        </w:rPr>
        <w:t xml:space="preserve">[1:14:54] </w:t>
      </w:r>
      <w:r>
        <w:t>jo shakhs bhi kisi hesiyat se is ke rabt mein aata hai us ko nazar andaz karna is</w:t>
      </w:r>
    </w:p>
    <w:p>
      <w:pPr>
        <w:jc w:val="right"/>
      </w:pPr>
      <w:r>
        <w:t>جو شخص بھی کسی حیثیت سے اس کے ربط میں اتا ہے اس کو نظر انداز کرنا اس</w:t>
      </w:r>
    </w:p>
    <w:p>
      <w:r>
        <w:rPr>
          <w:b/>
        </w:rPr>
        <w:t xml:space="preserve">[1:15:00] </w:t>
      </w:r>
      <w:r>
        <w:t>ko aisa lagta hai jaise wo khud apne ko Allah Allah ke yahan nazar andaz kiye jaane ka</w:t>
      </w:r>
    </w:p>
    <w:p>
      <w:pPr>
        <w:jc w:val="right"/>
      </w:pPr>
      <w:r>
        <w:t>کو ایسا لگتا ہے جیسے وہ خود اپنے کو اللہ اللہ کے یہاں نظر انداز کیے جانے کا</w:t>
      </w:r>
    </w:p>
    <w:p>
      <w:r>
        <w:rPr>
          <w:b/>
        </w:rPr>
        <w:t xml:space="preserve">[1:15:10] </w:t>
      </w:r>
      <w:r>
        <w:t>khatra mol le raha hai</w:t>
      </w:r>
    </w:p>
    <w:p>
      <w:pPr>
        <w:jc w:val="right"/>
      </w:pPr>
      <w:r>
        <w:t>خطرہ مول لے رہا ہے</w:t>
      </w:r>
    </w:p>
    <w:p>
      <w:r>
        <w:rPr>
          <w:b/>
        </w:rPr>
        <w:t xml:space="preserve">[1:15:16] </w:t>
      </w:r>
      <w:r>
        <w:t>jo shakhs apne aap ko Allah ke hawale na kare us ke andar fakhr ki nafsiyat ubharti hai</w:t>
      </w:r>
    </w:p>
    <w:p>
      <w:pPr>
        <w:jc w:val="right"/>
      </w:pPr>
      <w:r>
        <w:t>جو شخص اپنے اپ کو اللہ کے حوالے نہ کرے اس کے اندر فخر کی نفسیات ابھرتی ہے</w:t>
      </w:r>
    </w:p>
    <w:p>
      <w:r>
        <w:rPr>
          <w:b/>
        </w:rPr>
        <w:t xml:space="preserve">[1:15:26] </w:t>
      </w:r>
      <w:r>
        <w:t>is ke paas jo kuch hai us ko woh apni mehnat o qabliyat ka karishma samajhta hai</w:t>
      </w:r>
    </w:p>
    <w:p>
      <w:pPr>
        <w:jc w:val="right"/>
      </w:pPr>
      <w:r>
        <w:t>اس کے پاس جو کچھ ہے اس کو وہ اپنی محنت و قابلیت کا کرشمہ سمجھتا ہے</w:t>
      </w:r>
    </w:p>
    <w:p>
      <w:r>
        <w:rPr>
          <w:b/>
        </w:rPr>
        <w:t xml:space="preserve">[1:15:36] </w:t>
      </w:r>
      <w:r>
        <w:t>is ka nateeja yeh hota hai ke woh apni kamai ko sirf apna haq samajhta hai kamzor rishta</w:t>
      </w:r>
    </w:p>
    <w:p>
      <w:pPr>
        <w:jc w:val="right"/>
      </w:pPr>
      <w:r>
        <w:t>اس کا نتیجہ یہ ہوتا ہے کہ وہ اپنی کمائی کو صرف اپنا حق سمجھتا ہے کمزور رشتہ</w:t>
      </w:r>
    </w:p>
    <w:p>
      <w:r>
        <w:rPr>
          <w:b/>
        </w:rPr>
        <w:t xml:space="preserve">[1:15:45] </w:t>
      </w:r>
      <w:r>
        <w:t>daron ya muhtajon se talluq jodna is ko apne maqam se neeche darje ki cheez maloom hoti hai</w:t>
      </w:r>
    </w:p>
    <w:p>
      <w:pPr>
        <w:jc w:val="right"/>
      </w:pPr>
      <w:r>
        <w:t>داروں یا محتاجوں سے تعلق جوڑنا اس کو اپنے مقام سے نیچے درجے کی چیز معلوم ہوتی ہے</w:t>
      </w:r>
    </w:p>
    <w:p>
      <w:r>
        <w:rPr>
          <w:b/>
        </w:rPr>
        <w:t xml:space="preserve">[1:15:57] </w:t>
      </w:r>
      <w:r>
        <w:t>woh apni maslehaton ya khwahishon ki taskeen</w:t>
      </w:r>
    </w:p>
    <w:p>
      <w:pPr>
        <w:jc w:val="right"/>
      </w:pPr>
      <w:r>
        <w:t>وہ اپنی مصلحتوں یا خواہشوں کی تسکین</w:t>
      </w:r>
    </w:p>
    <w:p>
      <w:r>
        <w:rPr>
          <w:b/>
        </w:rPr>
        <w:t xml:space="preserve">[1:16:01] </w:t>
      </w:r>
      <w:r>
        <w:t>mein khoob maal kharch karta hai magar woh maddein jin mein kharch karna us ki ana ko ghiza</w:t>
      </w:r>
    </w:p>
    <w:p>
      <w:pPr>
        <w:jc w:val="right"/>
      </w:pPr>
      <w:r>
        <w:t>میں خوب مال خرچ کرتا ہے مگر وہ مدیں جن میں خرچ کرنا اس کی انا کو غذا</w:t>
      </w:r>
    </w:p>
    <w:p>
      <w:r>
        <w:rPr>
          <w:b/>
        </w:rPr>
        <w:t xml:space="preserve">[1:16:11] </w:t>
      </w:r>
      <w:r>
        <w:t>dene wala na ho wahan kharch karne mein dil tang hota hai</w:t>
      </w:r>
    </w:p>
    <w:p>
      <w:pPr>
        <w:jc w:val="right"/>
      </w:pPr>
      <w:r>
        <w:t>دینے والا نہ ہو وہاں خرچ کرنے میں دل تنگ ہوتا ہے</w:t>
      </w:r>
    </w:p>
    <w:p>
      <w:r>
        <w:rPr>
          <w:b/>
        </w:rPr>
        <w:t xml:space="preserve">[1:16:18] </w:t>
      </w:r>
      <w:r>
        <w:t>numaish ke mawqe par kharch karne mein woh fiyaz hota hai aur khamosh deeni mawqe par kharch karne</w:t>
      </w:r>
    </w:p>
    <w:p>
      <w:pPr>
        <w:jc w:val="right"/>
      </w:pPr>
      <w:r>
        <w:t>نمائش کے مواقع پر خرچ کرنے میں وہ فیاض ہوتا ہے اور خاموش دینی مواقع پر خرچ کرنے</w:t>
      </w:r>
    </w:p>
    <w:p>
      <w:r>
        <w:rPr>
          <w:b/>
        </w:rPr>
        <w:t xml:space="preserve">[1:16:27] </w:t>
      </w:r>
      <w:r>
        <w:t>mein bakheel jo log khuda ki nemmat se tawazu ke bajaye fakhr ki ghiza lein jo khuda ke</w:t>
      </w:r>
    </w:p>
    <w:p>
      <w:pPr>
        <w:jc w:val="right"/>
      </w:pPr>
      <w:r>
        <w:t>میں بخیل جو لوگ خدا کی نعمت سے تواضع کے بجائے فخر کی غذا لیں جو خدا کے</w:t>
      </w:r>
    </w:p>
    <w:p>
      <w:r>
        <w:rPr>
          <w:b/>
        </w:rPr>
        <w:t xml:space="preserve">[1:16:39] </w:t>
      </w:r>
      <w:r>
        <w:t>diye hue maal ko khuda ki batai hui madon mein kharch na karein albattah apne</w:t>
      </w:r>
    </w:p>
    <w:p>
      <w:pPr>
        <w:jc w:val="right"/>
      </w:pPr>
      <w:r>
        <w:t>دیے ہوئے مال کو خدا کی بتائی ہوئی مدوں میں خرچ نہ کریں البتہ اپنے</w:t>
      </w:r>
    </w:p>
    <w:p>
      <w:r>
        <w:rPr>
          <w:b/>
        </w:rPr>
        <w:t xml:space="preserve">[1:16:47] </w:t>
      </w:r>
      <w:r>
        <w:t>nafs ke taqazon par kharch karne ke liye fiyaz hon aise log shaitan ke saathi hain shaitan ne</w:t>
      </w:r>
    </w:p>
    <w:p>
      <w:pPr>
        <w:jc w:val="right"/>
      </w:pPr>
      <w:r>
        <w:t>نفس کے تقاضوں پر خرچ کرنے کے لیے فیاض ہوں ایسے لوگ شیطان کے ساتھی ہیں شیطان نے</w:t>
      </w:r>
    </w:p>
    <w:p>
      <w:r>
        <w:rPr>
          <w:b/>
        </w:rPr>
        <w:t xml:space="preserve">[1:16:56] </w:t>
      </w:r>
      <w:r>
        <w:t>in ko kuch samne ka nafa dikhaya</w:t>
      </w:r>
    </w:p>
    <w:p>
      <w:pPr>
        <w:jc w:val="right"/>
      </w:pPr>
      <w:r>
        <w:t>ان کو کچھ سامنے کا نفع دکھایا</w:t>
      </w:r>
    </w:p>
    <w:p>
      <w:r>
        <w:rPr>
          <w:b/>
        </w:rPr>
        <w:t xml:space="preserve">[1:17:00] </w:t>
      </w:r>
      <w:r>
        <w:t>to woh us ki taraf daud pade aur khuda jis abdi nafe ka wada kar raha tha us</w:t>
      </w:r>
    </w:p>
    <w:p>
      <w:pPr>
        <w:jc w:val="right"/>
      </w:pPr>
      <w:r>
        <w:t>تو وہ اس کی طرف دوڑ پڑے اور خدا جس ابدی نفع کا وعدہ کر رہا تھا اس</w:t>
      </w:r>
    </w:p>
    <w:p>
      <w:r>
        <w:rPr>
          <w:b/>
        </w:rPr>
        <w:t xml:space="preserve">[1:17:08] </w:t>
      </w:r>
      <w:r>
        <w:t>se in ko dilchaspi na ho saki in ke liye khuda ke yahan sakht azab ke siwa aur</w:t>
      </w:r>
    </w:p>
    <w:p>
      <w:pPr>
        <w:jc w:val="right"/>
      </w:pPr>
      <w:r>
        <w:t>سے ان کو دلچسپی نہ ہو سکی ان کے لیے خدا کے یہاں سخت عذاب کے سوا اور</w:t>
      </w:r>
    </w:p>
    <w:p>
      <w:r>
        <w:rPr>
          <w:b/>
        </w:rPr>
        <w:t xml:space="preserve">[1:17:17] </w:t>
      </w:r>
      <w:r>
        <w:t>kuch nahi aadmi khud jo kaam na kare us ko woh ghair aham batata hai</w:t>
      </w:r>
    </w:p>
    <w:p>
      <w:pPr>
        <w:jc w:val="right"/>
      </w:pPr>
      <w:r>
        <w:t>کچھ نہیں ادمی خود جو کام نہ کرے اس کو وہ غیر اہم بتاتا ہے</w:t>
      </w:r>
    </w:p>
    <w:p>
      <w:r>
        <w:rPr>
          <w:b/>
        </w:rPr>
        <w:t xml:space="preserve">[1:17:27] </w:t>
      </w:r>
      <w:r>
        <w:t>yeh apne mamle ko nazariyati mamla banana hai yeh</w:t>
      </w:r>
    </w:p>
    <w:p>
      <w:pPr>
        <w:jc w:val="right"/>
      </w:pPr>
      <w:r>
        <w:t>یہ اپنے معاملے کو نظریاتی معاملہ بنانا ہے یہ</w:t>
      </w:r>
    </w:p>
    <w:p>
      <w:r>
        <w:rPr>
          <w:b/>
        </w:rPr>
        <w:t xml:space="preserve">[1:17:32] </w:t>
      </w:r>
      <w:r>
        <w:t>apne ko haq bajانب sabit karne ki koshish hai magar is qism ki koi bhi koshish Allah ke</w:t>
      </w:r>
    </w:p>
    <w:p>
      <w:pPr>
        <w:jc w:val="right"/>
      </w:pPr>
      <w:r>
        <w:t>اپنے کو حق بجانب ثابت کرنے کی کوشش ہے مگر اس قسم کی کوئی بھی کوشش اللہ کے</w:t>
      </w:r>
    </w:p>
    <w:p>
      <w:r>
        <w:rPr>
          <w:b/>
        </w:rPr>
        <w:t xml:space="preserve">[1:17:40] </w:t>
      </w:r>
      <w:r>
        <w:t>yahan kisi ke kaam ane wali nahi</w:t>
      </w:r>
    </w:p>
    <w:p>
      <w:pPr>
        <w:jc w:val="right"/>
      </w:pPr>
      <w:r>
        <w:t>یہاں کسی کے کام انے والی نہیں</w:t>
      </w:r>
    </w:p>
    <w:p>
      <w:r>
        <w:rPr>
          <w:b/>
        </w:rPr>
        <w:t xml:space="preserve">[1:18:57] </w:t>
      </w:r>
      <w:r>
        <w:t>fal tajidu ma fatiyamamu fatimamu saeedan tayyiban famsahu bijuhikum wa aydikum innallaha kana afuwwan ghafoora</w:t>
      </w:r>
    </w:p>
    <w:p>
      <w:pPr>
        <w:jc w:val="right"/>
      </w:pPr>
      <w:r>
        <w:t>فلم تجدوا ماء فتيمموا فتيمموا صعيدا طيبا فامسحوا بوجوهكم وايديكم ان الله كان عفوا غفورا</w:t>
      </w:r>
    </w:p>
    <w:p>
      <w:r>
        <w:rPr>
          <w:b/>
        </w:rPr>
        <w:t xml:space="preserve">[1:19:23] </w:t>
      </w:r>
      <w:r>
        <w:t>phir us waqt ka kya haal hoga jab hum har ummat mein se ek gawah layenge aur</w:t>
      </w:r>
    </w:p>
    <w:p>
      <w:pPr>
        <w:jc w:val="right"/>
      </w:pPr>
      <w:r>
        <w:t>پھر اس وقت کا کیا حال ہوگا جب ہم ہر امت میں سے ایک گواہ لائیں گے اور</w:t>
      </w:r>
    </w:p>
    <w:p>
      <w:r>
        <w:rPr>
          <w:b/>
        </w:rPr>
        <w:t xml:space="preserve">[1:19:30] </w:t>
      </w:r>
      <w:r>
        <w:t>tum ko in logon ke upar gawah bana kar khada karenge</w:t>
      </w:r>
    </w:p>
    <w:p>
      <w:pPr>
        <w:jc w:val="right"/>
      </w:pPr>
      <w:r>
        <w:t>تم کو ان لوگوں کے اوپر گواہ بنا کر کھڑا کریں گے</w:t>
      </w:r>
    </w:p>
    <w:p>
      <w:r>
        <w:rPr>
          <w:b/>
        </w:rPr>
        <w:t xml:space="preserve">[1:19:36] </w:t>
      </w:r>
      <w:r>
        <w:t>woh log jinhon ne inkar kiya aur peghambar ki nafarmani ki is roz tamanna karenge ke kaash</w:t>
      </w:r>
    </w:p>
    <w:p>
      <w:pPr>
        <w:jc w:val="right"/>
      </w:pPr>
      <w:r>
        <w:t>وہ لوگ جنہوں نے انکار کیا اور پیغمبر کی نافرمانی کی اس روز تمنا کریں گے کہ کاش</w:t>
      </w:r>
    </w:p>
    <w:p>
      <w:r>
        <w:rPr>
          <w:b/>
        </w:rPr>
        <w:t xml:space="preserve">[1:19:46] </w:t>
      </w:r>
      <w:r>
        <w:t>zameen un par barabar kar di jaye</w:t>
      </w:r>
    </w:p>
    <w:p>
      <w:pPr>
        <w:jc w:val="right"/>
      </w:pPr>
      <w:r>
        <w:t>زمین ان پر برابر کر دی جائے</w:t>
      </w:r>
    </w:p>
    <w:p>
      <w:r>
        <w:rPr>
          <w:b/>
        </w:rPr>
        <w:t xml:space="preserve">[1:19:50] </w:t>
      </w:r>
      <w:r>
        <w:t>aur woh Allah se koi baat na chhupa sakenge</w:t>
      </w:r>
    </w:p>
    <w:p>
      <w:pPr>
        <w:jc w:val="right"/>
      </w:pPr>
      <w:r>
        <w:t>اور وہ اللہ سے کوئی بات نہ چھپا سکیں گے</w:t>
      </w:r>
    </w:p>
    <w:p>
      <w:r>
        <w:rPr>
          <w:b/>
        </w:rPr>
        <w:t xml:space="preserve">[1:19:56] </w:t>
      </w:r>
      <w:r>
        <w:t>ae iman walo nazdeek na jao namaz ke jis waqt ke tum nasha mein ho yahan tak ke</w:t>
      </w:r>
    </w:p>
    <w:p>
      <w:pPr>
        <w:jc w:val="right"/>
      </w:pPr>
      <w:r>
        <w:t>اے ایمان والو نزدیک نہ جاؤ نماز کے جس وقت کہ تم نشہ میں ہو یہاں تک کہ</w:t>
      </w:r>
    </w:p>
    <w:p>
      <w:r>
        <w:rPr>
          <w:b/>
        </w:rPr>
        <w:t xml:space="preserve">[1:20:04] </w:t>
      </w:r>
      <w:r>
        <w:t>samajhne lago jo tum kehte ho aur na</w:t>
      </w:r>
    </w:p>
    <w:p>
      <w:pPr>
        <w:jc w:val="right"/>
      </w:pPr>
      <w:r>
        <w:t>سمجھنے لگو جو تم کہتے ہو اور نہ</w:t>
      </w:r>
    </w:p>
    <w:p>
      <w:r>
        <w:rPr>
          <w:b/>
        </w:rPr>
        <w:t xml:space="preserve">[1:20:08] </w:t>
      </w:r>
      <w:r>
        <w:t>us waqt ke ghusl ki hajat ho magar rah chalte hue yahan tak ke ghusl kar lo aur</w:t>
      </w:r>
    </w:p>
    <w:p>
      <w:pPr>
        <w:jc w:val="right"/>
      </w:pPr>
      <w:r>
        <w:t>اس وقت کہ غسل کی حاجت ہو مگر راہ چلتے ہوئے یہاں تک کہ غسل کر لو اور</w:t>
      </w:r>
    </w:p>
    <w:p>
      <w:r>
        <w:rPr>
          <w:b/>
        </w:rPr>
        <w:t xml:space="preserve">[1:20:17] </w:t>
      </w:r>
      <w:r>
        <w:t>agar tum mareez ho ya safar mein ho ya tum mein se koi jaay zaroor se aaye ya</w:t>
      </w:r>
    </w:p>
    <w:p>
      <w:pPr>
        <w:jc w:val="right"/>
      </w:pPr>
      <w:r>
        <w:t>اگر تم مریض ہو یا سفر میں ہو یا تم میں سے کوئی جائے ضرور سے ائے یا</w:t>
      </w:r>
    </w:p>
    <w:p>
      <w:r>
        <w:rPr>
          <w:b/>
        </w:rPr>
        <w:t xml:space="preserve">[1:20:26] </w:t>
      </w:r>
      <w:r>
        <w:t>tum auraton ke paas gaye ho phir tum ko paani na mile to tum paak mitti se tayammum</w:t>
      </w:r>
    </w:p>
    <w:p>
      <w:pPr>
        <w:jc w:val="right"/>
      </w:pPr>
      <w:r>
        <w:t>تم عورتوں کے پاس گئے ہو پھر تم کو پانی نہ ملے تو تم پاک مٹی سے تیمم</w:t>
      </w:r>
    </w:p>
    <w:p>
      <w:r>
        <w:rPr>
          <w:b/>
        </w:rPr>
        <w:t xml:space="preserve">[1:20:35] </w:t>
      </w:r>
      <w:r>
        <w:t>kar lo aur apne chehra aur hathon ka masah kar lo beshak Allah maaf karne wala bakhshne</w:t>
      </w:r>
    </w:p>
    <w:p>
      <w:pPr>
        <w:jc w:val="right"/>
      </w:pPr>
      <w:r>
        <w:t>کر لو اور اپنے چہرہ اور ہاتھوں کا مسح کر لو بے شک اللہ معاف کرنے والا بخشنے</w:t>
      </w:r>
    </w:p>
    <w:p>
      <w:r>
        <w:rPr>
          <w:b/>
        </w:rPr>
        <w:t xml:space="preserve">[1:20:44] </w:t>
      </w:r>
      <w:r>
        <w:t>wala hai</w:t>
      </w:r>
    </w:p>
    <w:p>
      <w:pPr>
        <w:jc w:val="right"/>
      </w:pPr>
      <w:r>
        <w:t>والا ہے</w:t>
      </w:r>
    </w:p>
    <w:p>
      <w:r>
        <w:rPr>
          <w:b/>
        </w:rPr>
        <w:t xml:space="preserve">[1:20:48] </w:t>
      </w:r>
      <w:r>
        <w:t>tashreeh</w:t>
      </w:r>
    </w:p>
    <w:p>
      <w:pPr>
        <w:jc w:val="right"/>
      </w:pPr>
      <w:r>
        <w:t>تشریح</w:t>
      </w:r>
    </w:p>
    <w:p>
      <w:r>
        <w:rPr>
          <w:b/>
        </w:rPr>
        <w:t xml:space="preserve">[1:20:52] </w:t>
      </w:r>
      <w:r>
        <w:t>haq ka daai jab aata hai to woh ek maamooli insaan ki soorat mein hota hai us ke</w:t>
      </w:r>
    </w:p>
    <w:p>
      <w:pPr>
        <w:jc w:val="right"/>
      </w:pPr>
      <w:r>
        <w:t>حق کا داعی جب اتا ہے تو وہ ایک معمولی انسان کی صورت میں ہوتا ہے اس کے</w:t>
      </w:r>
    </w:p>
    <w:p>
      <w:r>
        <w:rPr>
          <w:b/>
        </w:rPr>
        <w:t xml:space="preserve">[1:20:58] </w:t>
      </w:r>
      <w:r>
        <w:t>gird zahiri barhaiyan aur raunaqen jama nahi hoti is liye waqt ke bare us ko haqeer samajh kar</w:t>
      </w:r>
    </w:p>
    <w:p>
      <w:pPr>
        <w:jc w:val="right"/>
      </w:pPr>
      <w:r>
        <w:t>گرد ظاہری بڑائیاں اور رونقیں جمع نہیں ہوتی اس لیے وقت کے بڑے اس کو حقیر سمجھ کر</w:t>
      </w:r>
    </w:p>
    <w:p>
      <w:r>
        <w:rPr>
          <w:b/>
        </w:rPr>
        <w:t xml:space="preserve">[1:21:07] </w:t>
      </w:r>
      <w:r>
        <w:t>nazar andaaz kar dete hain</w:t>
      </w:r>
    </w:p>
    <w:p>
      <w:pPr>
        <w:jc w:val="right"/>
      </w:pPr>
      <w:r>
        <w:t>نظر انداز کر دیتے ہیں</w:t>
      </w:r>
    </w:p>
    <w:p>
      <w:r>
        <w:rPr>
          <w:b/>
        </w:rPr>
        <w:t xml:space="preserve">[1:21:10] </w:t>
      </w:r>
      <w:r>
        <w:t>un ko yaqeen nahi aata ke ek aisa shakhs bhi un se zyada haq o sadaqat wala ho</w:t>
      </w:r>
    </w:p>
    <w:p>
      <w:pPr>
        <w:jc w:val="right"/>
      </w:pPr>
      <w:r>
        <w:t>ان کو یقین نہیں اتا کہ ایک ایسا شخص بھی ان سے زیادہ حق و صداقت والا ہو</w:t>
      </w:r>
    </w:p>
    <w:p>
      <w:r>
        <w:rPr>
          <w:b/>
        </w:rPr>
        <w:t xml:space="preserve">[1:21:16] </w:t>
      </w:r>
      <w:r>
        <w:t>sakta hai jo duniyavi shan o shaukat mein un se kam ho magar jab qayamat aaye gi aur</w:t>
      </w:r>
    </w:p>
    <w:p>
      <w:pPr>
        <w:jc w:val="right"/>
      </w:pPr>
      <w:r>
        <w:t>سکتا ہے جو دنیاوی شان و شوکت میں ان سے کم ہو مگر جب قیامت ائے گی اور</w:t>
      </w:r>
    </w:p>
    <w:p>
      <w:r>
        <w:rPr>
          <w:b/>
        </w:rPr>
        <w:t xml:space="preserve">[1:21:27] </w:t>
      </w:r>
      <w:r>
        <w:t>Khuda ki adalat qaim hogi to woh hairat ke sath dekhenge ke wahi shakhs jis ko unhon</w:t>
      </w:r>
    </w:p>
    <w:p>
      <w:pPr>
        <w:jc w:val="right"/>
      </w:pPr>
      <w:r>
        <w:t>خدا کی عدالت قائم ہوگی تو وہ حیرت کے ساتھ دیکھیں گے کہ وہی شخص جس کو انہوں</w:t>
      </w:r>
    </w:p>
    <w:p>
      <w:r>
        <w:rPr>
          <w:b/>
        </w:rPr>
        <w:t xml:space="preserve">[1:21:34] </w:t>
      </w:r>
      <w:r>
        <w:t>ne be qeemat samajh kar thukra diya</w:t>
      </w:r>
    </w:p>
    <w:p>
      <w:pPr>
        <w:jc w:val="right"/>
      </w:pPr>
      <w:r>
        <w:t>نے بے قیمت سمجھ کر ٹھکرا دیا</w:t>
      </w:r>
    </w:p>
    <w:p>
      <w:r>
        <w:rPr>
          <w:b/>
        </w:rPr>
        <w:t xml:space="preserve">[1:21:37] </w:t>
      </w:r>
      <w:r>
        <w:t>tha woh aakhirat ki adalat mein khudai gawah bana diya gaya hai</w:t>
      </w:r>
    </w:p>
    <w:p>
      <w:pPr>
        <w:jc w:val="right"/>
      </w:pPr>
      <w:r>
        <w:t>تھا وہ اخرت کی عدالت میں خدائی گواہ بنا دیا گیا ہے</w:t>
      </w:r>
    </w:p>
    <w:p>
      <w:r>
        <w:rPr>
          <w:b/>
        </w:rPr>
        <w:t xml:space="preserve">[1:21:44] </w:t>
      </w:r>
      <w:r>
        <w:t>wahi woh shakhs hai jis ke bayan par logon ke liye jannat aur jahannum ke faisle hon yeh</w:t>
      </w:r>
    </w:p>
    <w:p>
      <w:pPr>
        <w:jc w:val="right"/>
      </w:pPr>
      <w:r>
        <w:t>وہی وہ شخص ہے جس کے بیان پر لوگوں کے لیے جنت اور جہنم کے فیصلے ہوں یہ</w:t>
      </w:r>
    </w:p>
    <w:p>
      <w:r>
        <w:rPr>
          <w:b/>
        </w:rPr>
        <w:t xml:space="preserve">[1:21:52] </w:t>
      </w:r>
      <w:r>
        <w:t>wahan mujrim ke maqam par khare hon ge aur woh Khuda ki taraf se bolne wale ke maqam</w:t>
      </w:r>
    </w:p>
    <w:p>
      <w:pPr>
        <w:jc w:val="right"/>
      </w:pPr>
      <w:r>
        <w:t>وہاں مجرم کے مقام پر کھڑے ہوں گے اور وہ خدا کی طرف سے بولنے والے کے مقام</w:t>
      </w:r>
    </w:p>
    <w:p>
      <w:r>
        <w:rPr>
          <w:b/>
        </w:rPr>
        <w:t xml:space="preserve">[1:21:59] </w:t>
      </w:r>
      <w:r>
        <w:t>par yeh aisa sakht aur holnak lamha hoga ke log chahenge ke zameen phat jaye aur woh</w:t>
      </w:r>
    </w:p>
    <w:p>
      <w:pPr>
        <w:jc w:val="right"/>
      </w:pPr>
      <w:r>
        <w:t>پر یہ ایسا سخت اور ہولناک لمحہ ہوگا کہ لوگ چاہیں گے کہ زمین پھٹ جائے اور وہ</w:t>
      </w:r>
    </w:p>
    <w:p>
      <w:r>
        <w:rPr>
          <w:b/>
        </w:rPr>
        <w:t xml:space="preserve">[1:22:08] </w:t>
      </w:r>
      <w:r>
        <w:t>is ke andar sama jayen magar un ki yeh sharmindagi un ke kaam na aaye gi Khuda ke</w:t>
      </w:r>
    </w:p>
    <w:p>
      <w:pPr>
        <w:jc w:val="right"/>
      </w:pPr>
      <w:r>
        <w:t>اس کے اندر سما جائیں مگر ان کی یہ شرمندگی ان کے کام نہ ائے گی خدا کے</w:t>
      </w:r>
    </w:p>
    <w:p>
      <w:r>
        <w:rPr>
          <w:b/>
        </w:rPr>
        <w:t xml:space="preserve">[1:22:15] </w:t>
      </w:r>
      <w:r>
        <w:t>yahan un ke qaul o amal se le kar un ki soch tak ka record maujood hoga aur</w:t>
      </w:r>
    </w:p>
    <w:p>
      <w:pPr>
        <w:jc w:val="right"/>
      </w:pPr>
      <w:r>
        <w:t>یہاں ان کے قول و عمل سے لے کر ان کی سوچ تک کا ریکارڈ موجود ہوگا اور</w:t>
      </w:r>
    </w:p>
    <w:p>
      <w:r>
        <w:rPr>
          <w:b/>
        </w:rPr>
        <w:t xml:space="preserve">[1:22:22] </w:t>
      </w:r>
      <w:r>
        <w:t>Khuda</w:t>
      </w:r>
    </w:p>
    <w:p>
      <w:pPr>
        <w:jc w:val="right"/>
      </w:pPr>
      <w:r>
        <w:t>خدا</w:t>
      </w:r>
    </w:p>
    <w:p>
      <w:r>
        <w:rPr>
          <w:b/>
        </w:rPr>
        <w:t xml:space="preserve">[1:22:22] </w:t>
      </w:r>
      <w:r>
        <w:t>unhein dikha de ga ke haq ke daai ka inkar jo unhon ne kiya woh be khabari ke</w:t>
      </w:r>
    </w:p>
    <w:p>
      <w:pPr>
        <w:jc w:val="right"/>
      </w:pPr>
      <w:r>
        <w:t>انہیں دکھا دے گا کہ حق کے داعی کا انکار جو انہوں نے کیا وہ بے خبری کے</w:t>
      </w:r>
    </w:p>
    <w:p>
      <w:r>
        <w:rPr>
          <w:b/>
        </w:rPr>
        <w:t xml:space="preserve">[1:22:30] </w:t>
      </w:r>
      <w:r>
        <w:t>sabab se na tha balke ghamand ke sabab se tha</w:t>
      </w:r>
    </w:p>
    <w:p>
      <w:pPr>
        <w:jc w:val="right"/>
      </w:pPr>
      <w:r>
        <w:t>سبب سے نہ تھا بلکہ گھمنڈ کے سبب سے تھا</w:t>
      </w:r>
    </w:p>
    <w:p>
      <w:r>
        <w:rPr>
          <w:b/>
        </w:rPr>
        <w:t xml:space="preserve">[1:22:36] </w:t>
      </w:r>
      <w:r>
        <w:t>unhon ne apne ko bara samjha aur daai haq ko chhota jaana haqeeqat ko us ki barhana soorat</w:t>
      </w:r>
    </w:p>
    <w:p>
      <w:pPr>
        <w:jc w:val="right"/>
      </w:pPr>
      <w:r>
        <w:t>انہوں نے اپنے کو بڑا سمجھا اور داعی حق کو چھوٹا جانا حقیقت کو اس کی بڑھانا صورت</w:t>
      </w:r>
    </w:p>
    <w:p>
      <w:r>
        <w:rPr>
          <w:b/>
        </w:rPr>
        <w:t xml:space="preserve">[1:22:44] </w:t>
      </w:r>
      <w:r>
        <w:t>mein dekhne aur janne ke bawajood</w:t>
      </w:r>
    </w:p>
    <w:p>
      <w:pPr>
        <w:jc w:val="right"/>
      </w:pPr>
      <w:r>
        <w:t>میں دیکھنے اور جاننے کے باوجود</w:t>
      </w:r>
    </w:p>
    <w:p>
      <w:r>
        <w:rPr>
          <w:b/>
        </w:rPr>
        <w:t xml:space="preserve">[1:22:49] </w:t>
      </w:r>
      <w:r>
        <w:t>woh mahaz is liye us ke munkir ho gaye ke us ko manane mein un ki apni barhai</w:t>
      </w:r>
    </w:p>
    <w:p>
      <w:pPr>
        <w:jc w:val="right"/>
      </w:pPr>
      <w:r>
        <w:t>وہ محض اس لیے اس کے منکر ہو گئے کہ اس کو ماننے میں ان کی اپنی بڑائی</w:t>
      </w:r>
    </w:p>
    <w:p>
      <w:r>
        <w:rPr>
          <w:b/>
        </w:rPr>
        <w:t xml:space="preserve">[1:22:55] </w:t>
      </w:r>
      <w:r>
        <w:t>khatm hoti hui nazar aati thi</w:t>
      </w:r>
    </w:p>
    <w:p>
      <w:pPr>
        <w:jc w:val="right"/>
      </w:pPr>
      <w:r>
        <w:t>ختم ہوتی ہوئی نظر اتی تھی</w:t>
      </w:r>
    </w:p>
    <w:p>
      <w:r>
        <w:rPr>
          <w:b/>
        </w:rPr>
        <w:t xml:space="preserve">[1:23:00] </w:t>
      </w:r>
      <w:r>
        <w:t>shariat mein ghair maamooli halaat mein ghair maamooli rukhsat di gayi hai</w:t>
      </w:r>
    </w:p>
    <w:p>
      <w:pPr>
        <w:jc w:val="right"/>
      </w:pPr>
      <w:r>
        <w:t>شریعت میں غیر معمولی حالات میں غیر معمولی رخصت دی گئی ہے</w:t>
      </w:r>
    </w:p>
    <w:p>
      <w:r>
        <w:rPr>
          <w:b/>
        </w:rPr>
        <w:t xml:space="preserve">[1:23:07] </w:t>
      </w:r>
      <w:r>
        <w:t>marz ya safar ya pani ka na hona yeh teeno admi ke liye ghair maamooli halaten hain is</w:t>
      </w:r>
    </w:p>
    <w:p>
      <w:pPr>
        <w:jc w:val="right"/>
      </w:pPr>
      <w:r>
        <w:t>مرض یا سفر یا پانی کا نہ ہونا یہ تینوں ادمی کے لیے غیر معمولی حالتیں ہیں اس</w:t>
      </w:r>
    </w:p>
    <w:p>
      <w:r>
        <w:rPr>
          <w:b/>
        </w:rPr>
        <w:t xml:space="preserve">[1:23:16] </w:t>
      </w:r>
      <w:r>
        <w:t>liye in mawaqe par yeh rukhsat di gayi ke agar nuqsan ka andesha ho to wuzu ya ghusal</w:t>
      </w:r>
    </w:p>
    <w:p>
      <w:pPr>
        <w:jc w:val="right"/>
      </w:pPr>
      <w:r>
        <w:t>لیے ان مواقع پر یہ رخصت دی گئی کہ اگر نقصان کا اندیشہ ہو تو وضو یا غسل</w:t>
      </w:r>
    </w:p>
    <w:p>
      <w:r>
        <w:rPr>
          <w:b/>
        </w:rPr>
        <w:t xml:space="preserve">[1:23:24] </w:t>
      </w:r>
      <w:r>
        <w:t>ke bajaye tayammum ka tareeqa ikhtiyar kiya jaye</w:t>
      </w:r>
    </w:p>
    <w:p>
      <w:pPr>
        <w:jc w:val="right"/>
      </w:pPr>
      <w:r>
        <w:t>کے بجائے تیمم کا طریقہ اختیار کیا جائے</w:t>
      </w:r>
    </w:p>
    <w:p>
      <w:r>
        <w:rPr>
          <w:b/>
        </w:rPr>
        <w:t xml:space="preserve">[1:23:29] </w:t>
      </w:r>
      <w:r>
        <w:t>aam wuzu pani se hota hai</w:t>
      </w:r>
    </w:p>
    <w:p>
      <w:pPr>
        <w:jc w:val="right"/>
      </w:pPr>
      <w:r>
        <w:t>عام وضو پانی سے ہوتا ہے</w:t>
      </w:r>
    </w:p>
    <w:p>
      <w:r>
        <w:rPr>
          <w:b/>
        </w:rPr>
        <w:t xml:space="preserve">[1:23:33] </w:t>
      </w:r>
      <w:r>
        <w:t>tayammum goya mitti se wuzu karna hai wuzu ka maqsad admi ke andar pakki ki nafsiyat paida karna</w:t>
      </w:r>
    </w:p>
    <w:p>
      <w:pPr>
        <w:jc w:val="right"/>
      </w:pPr>
      <w:r>
        <w:t>تیمم گویا مٹی سے وضو کرنا ہے وضو کا مقصد ادمی کے اندر پاکی کی نفسیات پیدا کرنا</w:t>
      </w:r>
    </w:p>
    <w:p>
      <w:r>
        <w:rPr>
          <w:b/>
        </w:rPr>
        <w:t xml:space="preserve">[1:23:41] </w:t>
      </w:r>
      <w:r>
        <w:t>hai wuzu na kar sakne ki soorat mein</w:t>
      </w:r>
    </w:p>
    <w:p>
      <w:pPr>
        <w:jc w:val="right"/>
      </w:pPr>
      <w:r>
        <w:t>ہے وضو نہ کر سکنے کی صورت میں</w:t>
      </w:r>
    </w:p>
    <w:p>
      <w:r>
        <w:rPr>
          <w:b/>
        </w:rPr>
        <w:t xml:space="preserve">[1:23:47] </w:t>
      </w:r>
      <w:r>
        <w:t>us pakki ki nafsiyat ko baqi rakhne ki ek madi tadbeer hai</w:t>
      </w:r>
    </w:p>
    <w:p>
      <w:pPr>
        <w:jc w:val="right"/>
      </w:pPr>
      <w:r>
        <w:t>اس پاکی کی نفسیات کو باقی رکھنے کی ایک مادی تدبیر ہے</w:t>
      </w:r>
    </w:p>
    <w:p>
      <w:r>
        <w:rPr>
          <w:b/>
        </w:rPr>
        <w:t xml:space="preserve">[1:23:57] </w:t>
      </w:r>
      <w:r>
        <w:t>namaz us waqt parho jab ke tum jano ke tum kya keh rahe ho</w:t>
      </w:r>
    </w:p>
    <w:p>
      <w:pPr>
        <w:jc w:val="right"/>
      </w:pPr>
      <w:r>
        <w:t>نماز اس وقت پڑھو جب کہ تم جانو کہ تم کیا کہہ رہے ہو</w:t>
      </w:r>
    </w:p>
    <w:p>
      <w:r>
        <w:rPr>
          <w:b/>
        </w:rPr>
        <w:t xml:space="preserve">[1:24:03] </w:t>
      </w:r>
      <w:r>
        <w:t>yahan yeh ayat sharab ka ibtidai hukum batane ke liye aayi hai magar isi ke sath woh namaz</w:t>
      </w:r>
    </w:p>
    <w:p>
      <w:pPr>
        <w:jc w:val="right"/>
      </w:pPr>
      <w:r>
        <w:t>یہاں یہ ایت شراب کا ابتدائی حکم بتانے کے لیے ائی ہے مگر اسی کے ساتھ وہ نماز</w:t>
      </w:r>
    </w:p>
    <w:p>
      <w:r>
        <w:rPr>
          <w:b/>
        </w:rPr>
        <w:t xml:space="preserve">[1:24:10] </w:t>
      </w:r>
      <w:r>
        <w:t>ke bare mein ek aham haqeeqat ko bhi bata rahi hai</w:t>
      </w:r>
    </w:p>
    <w:p>
      <w:pPr>
        <w:jc w:val="right"/>
      </w:pPr>
      <w:r>
        <w:t>کے بارے میں ایک اہم حقیقت کو بھی بتا رہی ہے</w:t>
      </w:r>
    </w:p>
    <w:p>
      <w:r>
        <w:rPr>
          <w:b/>
        </w:rPr>
        <w:t xml:space="preserve">[1:24:16] </w:t>
      </w:r>
      <w:r>
        <w:t>is se maloom hota hai ke namaz ek aisi ibadat hai jo fehm o shaoor ke tehat ada</w:t>
      </w:r>
    </w:p>
    <w:p>
      <w:pPr>
        <w:jc w:val="right"/>
      </w:pPr>
      <w:r>
        <w:t>اس سے معلوم ہوتا ہے کہ نماز ایک ایسی عبادت ہے جو فہم و شعور کے تحت ادا</w:t>
      </w:r>
    </w:p>
    <w:p>
      <w:r>
        <w:rPr>
          <w:b/>
        </w:rPr>
        <w:t xml:space="preserve">[1:24:22] </w:t>
      </w:r>
      <w:r>
        <w:t>ki jati hai namaz mehaz is ka naam nahi hai ke kuch alfaaz aur kuch harkat ko sehat</w:t>
      </w:r>
    </w:p>
    <w:p>
      <w:pPr>
        <w:jc w:val="right"/>
      </w:pPr>
      <w:r>
        <w:t>کی جاتی ہے نماز محض اس کا نام نہیں ہے کہ کچھ الفاظ اور کچھ حرکات کو صحت</w:t>
      </w:r>
    </w:p>
    <w:p>
      <w:r>
        <w:rPr>
          <w:b/>
        </w:rPr>
        <w:t xml:space="preserve">[1:24:30] </w:t>
      </w:r>
      <w:r>
        <w:t>ada ke sath dohra diya jaye</w:t>
      </w:r>
    </w:p>
    <w:p>
      <w:pPr>
        <w:jc w:val="right"/>
      </w:pPr>
      <w:r>
        <w:t>ادا کے ساتھ دہرا دیا جائے</w:t>
      </w:r>
    </w:p>
    <w:p>
      <w:r>
        <w:rPr>
          <w:b/>
        </w:rPr>
        <w:t xml:space="preserve">[1:24:33] </w:t>
      </w:r>
      <w:r>
        <w:t>isi ke sath namaz mein admi ke zehan ka hazir rehna bhi zaroori hai woh namaz ko jaan</w:t>
      </w:r>
    </w:p>
    <w:p>
      <w:pPr>
        <w:jc w:val="right"/>
      </w:pPr>
      <w:r>
        <w:t>اسی کے ساتھ نماز میں ادمی کے ذہن کا حاضر رہنا بھی ضروری ہے وہ نماز کو جان</w:t>
      </w:r>
    </w:p>
    <w:p>
      <w:r>
        <w:rPr>
          <w:b/>
        </w:rPr>
        <w:t xml:space="preserve">[1:24:41] </w:t>
      </w:r>
      <w:r>
        <w:t>kar namaz parhe</w:t>
      </w:r>
    </w:p>
    <w:p>
      <w:pPr>
        <w:jc w:val="right"/>
      </w:pPr>
      <w:r>
        <w:t>کر نماز پڑھے</w:t>
      </w:r>
    </w:p>
    <w:p>
      <w:r>
        <w:rPr>
          <w:b/>
        </w:rPr>
        <w:t xml:space="preserve">[1:24:43] </w:t>
      </w:r>
      <w:r>
        <w:t>apni zaban aur apne jism se woh jis khuda ke samne jhukne ka izhar kar raha hai usi</w:t>
      </w:r>
    </w:p>
    <w:p>
      <w:pPr>
        <w:jc w:val="right"/>
      </w:pPr>
      <w:r>
        <w:t>اپنی زبان اور اپنے جسم سے وہ جس خدا کے سامنے جھکنے کا اظہار کر رہا ہے اسی</w:t>
      </w:r>
    </w:p>
    <w:p>
      <w:r>
        <w:rPr>
          <w:b/>
        </w:rPr>
        <w:t xml:space="preserve">[1:24:51] </w:t>
      </w:r>
      <w:r>
        <w:t>khuda ke samne</w:t>
      </w:r>
    </w:p>
    <w:p>
      <w:pPr>
        <w:jc w:val="right"/>
      </w:pPr>
      <w:r>
        <w:t>خدا کے سامنے</w:t>
      </w:r>
    </w:p>
    <w:p>
      <w:r>
        <w:rPr>
          <w:b/>
        </w:rPr>
        <w:t xml:space="preserve">[1:24:53] </w:t>
      </w:r>
      <w:r>
        <w:t>uski soch aur uska irada bhi jhuk gaya ho uska jism jis khuda ki ibadat</w:t>
      </w:r>
    </w:p>
    <w:p>
      <w:pPr>
        <w:jc w:val="right"/>
      </w:pPr>
      <w:r>
        <w:t>اس کی سوچ اور اس کا ارادہ بھی جھک گیا ہو اس کا جسم جس خدا کی عبادت</w:t>
      </w:r>
    </w:p>
    <w:p>
      <w:r>
        <w:rPr>
          <w:b/>
        </w:rPr>
        <w:t xml:space="preserve">[1:24:59] </w:t>
      </w:r>
      <w:r>
        <w:t>kar raha hai uska shaoor bhi usi khuda ka ibadat guzar ban jaye</w:t>
      </w:r>
    </w:p>
    <w:p>
      <w:pPr>
        <w:jc w:val="right"/>
      </w:pPr>
      <w:r>
        <w:t>کر رہا ہے اس کا شعور بھی اسی خدا کا عبادت گزار بن جائے</w:t>
      </w:r>
    </w:p>
    <w:p>
      <w:r>
        <w:rPr>
          <w:b/>
        </w:rPr>
        <w:t xml:space="preserve">[1:25:07] </w:t>
      </w:r>
      <w:r>
        <w:t>allazina ootu naseeban</w:t>
      </w:r>
    </w:p>
    <w:p>
      <w:pPr>
        <w:jc w:val="right"/>
      </w:pPr>
      <w:r>
        <w:t>الذین اوتو نصیبا</w:t>
      </w:r>
    </w:p>
    <w:p>
      <w:r>
        <w:rPr>
          <w:b/>
        </w:rPr>
        <w:t xml:space="preserve">[1:25:11] </w:t>
      </w:r>
      <w:r>
        <w:t>min alkitab yashtaroon aldalalata wa yureedoon</w:t>
      </w:r>
    </w:p>
    <w:p>
      <w:pPr>
        <w:jc w:val="right"/>
      </w:pPr>
      <w:r>
        <w:t>من الکتاب یشترون الضلالۃ ویریدون</w:t>
      </w:r>
    </w:p>
    <w:p>
      <w:r>
        <w:rPr>
          <w:b/>
        </w:rPr>
        <w:t xml:space="preserve">[1:25:16] </w:t>
      </w:r>
      <w:r>
        <w:t>an tadal alsabeel</w:t>
      </w:r>
    </w:p>
    <w:p>
      <w:pPr>
        <w:jc w:val="right"/>
      </w:pPr>
      <w:r>
        <w:t>ان تضل السبیل</w:t>
      </w:r>
    </w:p>
    <w:p>
      <w:r>
        <w:rPr>
          <w:b/>
        </w:rPr>
        <w:t xml:space="preserve">[1:25:21] </w:t>
      </w:r>
      <w:r>
        <w:t>wallahu aalam bidaa'ikum</w:t>
      </w:r>
    </w:p>
    <w:p>
      <w:pPr>
        <w:jc w:val="right"/>
      </w:pPr>
      <w:r>
        <w:t>واللہ اعلم باعدائکم</w:t>
      </w:r>
    </w:p>
    <w:p>
      <w:r>
        <w:rPr>
          <w:b/>
        </w:rPr>
        <w:t xml:space="preserve">[1:25:27] </w:t>
      </w:r>
      <w:r>
        <w:t>wakafa billahi waliyan</w:t>
      </w:r>
    </w:p>
    <w:p>
      <w:pPr>
        <w:jc w:val="right"/>
      </w:pPr>
      <w:r>
        <w:t>وكفى باللہ ولیا</w:t>
      </w:r>
    </w:p>
    <w:p>
      <w:r>
        <w:rPr>
          <w:b/>
        </w:rPr>
        <w:t xml:space="preserve">[1:25:30] </w:t>
      </w:r>
      <w:r>
        <w:t>wakafa billahi naseeran</w:t>
      </w:r>
    </w:p>
    <w:p>
      <w:pPr>
        <w:jc w:val="right"/>
      </w:pPr>
      <w:r>
        <w:t>وكفى باللہ نصیرا</w:t>
      </w:r>
    </w:p>
    <w:p>
      <w:r>
        <w:rPr>
          <w:b/>
        </w:rPr>
        <w:t xml:space="preserve">[1:25:33] </w:t>
      </w:r>
      <w:r>
        <w:t>min allazina hadoo yuharrifoon alkalim an mawadi'ihi wa yaqooloon sami'na wa asayna wasma' ghair masma'</w:t>
      </w:r>
    </w:p>
    <w:p>
      <w:pPr>
        <w:jc w:val="right"/>
      </w:pPr>
      <w:r>
        <w:t>من الذین ہادو یحرفون الكلم عن مواضعه ويقولون سمعنا وعصينا واسمع غير مسمع</w:t>
      </w:r>
    </w:p>
    <w:p>
      <w:r>
        <w:rPr>
          <w:b/>
        </w:rPr>
        <w:t xml:space="preserve">[1:25:46] </w:t>
      </w:r>
      <w:r>
        <w:t>waraa'na liya bisilatinahum</w:t>
      </w:r>
    </w:p>
    <w:p>
      <w:pPr>
        <w:jc w:val="right"/>
      </w:pPr>
      <w:r>
        <w:t>وراعنا ليا بالسنتهم</w:t>
      </w:r>
    </w:p>
    <w:p>
      <w:r>
        <w:rPr>
          <w:b/>
        </w:rPr>
        <w:t xml:space="preserve">[1:25:51] </w:t>
      </w:r>
      <w:r>
        <w:t>waraa'na liya bisilatinahum wa ta'nan</w:t>
      </w:r>
    </w:p>
    <w:p>
      <w:pPr>
        <w:jc w:val="right"/>
      </w:pPr>
      <w:r>
        <w:t>وراعنا ليا بالسنتهم وطعنا</w:t>
      </w:r>
    </w:p>
    <w:p>
      <w:r>
        <w:rPr>
          <w:b/>
        </w:rPr>
        <w:t xml:space="preserve">[1:25:56] </w:t>
      </w:r>
      <w:r>
        <w:t>fiddeeni walaw annahum qaaloo sami'naa wa atanaa wasma' wanzurnaa lakaana khayran lahum wa aquma walakin la'anahumullaahu</w:t>
      </w:r>
    </w:p>
    <w:p>
      <w:pPr>
        <w:jc w:val="right"/>
      </w:pPr>
      <w:r>
        <w:t>في الدین ولو انهم قالوا سمعنا واطعنا واسمع وانظرنا لكان خيرا لهم واقوم ولكن لعنهم الله</w:t>
      </w:r>
    </w:p>
    <w:p>
      <w:r>
        <w:rPr>
          <w:b/>
        </w:rPr>
        <w:t xml:space="preserve">[1:26:15] </w:t>
      </w:r>
      <w:r>
        <w:t>walakin</w:t>
      </w:r>
    </w:p>
    <w:p>
      <w:pPr>
        <w:jc w:val="right"/>
      </w:pPr>
      <w:r>
        <w:t>ولكن</w:t>
      </w:r>
    </w:p>
    <w:p>
      <w:r>
        <w:rPr>
          <w:b/>
        </w:rPr>
        <w:t xml:space="preserve">[1:26:16] </w:t>
      </w:r>
      <w:r>
        <w:t>la'anahumullaahu bikufrihim falaa yu'minoona illaa qaleelaa</w:t>
      </w:r>
    </w:p>
    <w:p>
      <w:pPr>
        <w:jc w:val="right"/>
      </w:pPr>
      <w:r>
        <w:t>لعنهم الله بكفرهم فلا یؤمنون الا قليلا</w:t>
      </w:r>
    </w:p>
    <w:p>
      <w:r>
        <w:rPr>
          <w:b/>
        </w:rPr>
        <w:t xml:space="preserve">[1:26:24] </w:t>
      </w:r>
      <w:r>
        <w:t>kya tum ne un logon ko nahin dekha jin ko kitaab se hissa mila tha</w:t>
      </w:r>
    </w:p>
    <w:p>
      <w:pPr>
        <w:jc w:val="right"/>
      </w:pPr>
      <w:r>
        <w:t>کیا تم نے ان لوگوں کو نہیں دیکھا جن کو کتاب سے حصہ ملا تھا</w:t>
      </w:r>
    </w:p>
    <w:p>
      <w:r>
        <w:rPr>
          <w:b/>
        </w:rPr>
        <w:t xml:space="preserve">[1:26:30] </w:t>
      </w:r>
      <w:r>
        <w:t>woh gumraahi ko mol le rahe hain aur chahte hain ke tum bhi raah se bhatak jao</w:t>
      </w:r>
    </w:p>
    <w:p>
      <w:pPr>
        <w:jc w:val="right"/>
      </w:pPr>
      <w:r>
        <w:t>وہ گمراہی کو مول لے رہے ہیں اور چاہتے ہیں کہ تم بھی راہ سے بھٹک جاؤ</w:t>
      </w:r>
    </w:p>
    <w:p>
      <w:r>
        <w:rPr>
          <w:b/>
        </w:rPr>
        <w:t xml:space="preserve">[1:26:38] </w:t>
      </w:r>
      <w:r>
        <w:t>allah tumhare dushmanon ko khoob jaanta hai aur allah kaafi hai himaayat ke liye aur allah kaafi hai</w:t>
      </w:r>
    </w:p>
    <w:p>
      <w:pPr>
        <w:jc w:val="right"/>
      </w:pPr>
      <w:r>
        <w:t>اللہ تمہارے دشمنوں کو خوب جانتا ہے اور اللہ کافی ہے حمایت کے لیے اور اللہ کافی ہے</w:t>
      </w:r>
    </w:p>
    <w:p>
      <w:r>
        <w:rPr>
          <w:b/>
        </w:rPr>
        <w:t xml:space="preserve">[1:26:48] </w:t>
      </w:r>
      <w:r>
        <w:t>madad ke liye</w:t>
      </w:r>
    </w:p>
    <w:p>
      <w:pPr>
        <w:jc w:val="right"/>
      </w:pPr>
      <w:r>
        <w:t>مدد کے لیے</w:t>
      </w:r>
    </w:p>
    <w:p>
      <w:r>
        <w:rPr>
          <w:b/>
        </w:rPr>
        <w:t xml:space="preserve">[1:26:52] </w:t>
      </w:r>
      <w:r>
        <w:t>yahood mein se ek garoh baat ko is ke thikaane se hata deta hai aur kehta hai ke</w:t>
      </w:r>
    </w:p>
    <w:p>
      <w:pPr>
        <w:jc w:val="right"/>
      </w:pPr>
      <w:r>
        <w:t>یہود میں سے ایک گروہ بات کو اس کے ٹھکانے سے ہٹا دیتا ہے اور کہتا ہے کہ</w:t>
      </w:r>
    </w:p>
    <w:p>
      <w:r>
        <w:rPr>
          <w:b/>
        </w:rPr>
        <w:t xml:space="preserve">[1:26:59] </w:t>
      </w:r>
      <w:r>
        <w:t>hum ne suna aur maana aur kehte hain ke suno aur tumhein sunwaaya na jaaye</w:t>
      </w:r>
    </w:p>
    <w:p>
      <w:pPr>
        <w:jc w:val="right"/>
      </w:pPr>
      <w:r>
        <w:t>ہم نے سنا اور مانا اور کہتے ہیں کہ سنو اور تمہیں سنوایا نہ جائے</w:t>
      </w:r>
    </w:p>
    <w:p>
      <w:r>
        <w:rPr>
          <w:b/>
        </w:rPr>
        <w:t xml:space="preserve">[1:27:06] </w:t>
      </w:r>
      <w:r>
        <w:t>woh apni zabaan ko mor kar kehte hain raaye na deen mein aib lagaane ke liye aur agar</w:t>
      </w:r>
    </w:p>
    <w:p>
      <w:pPr>
        <w:jc w:val="right"/>
      </w:pPr>
      <w:r>
        <w:t>وہ اپنی زبان کو موڑ کر کہتے ہیں رائے نہ دین میں عیب لگانے کے لیے اور اگر</w:t>
      </w:r>
    </w:p>
    <w:p>
      <w:r>
        <w:rPr>
          <w:b/>
        </w:rPr>
        <w:t xml:space="preserve">[1:27:14] </w:t>
      </w:r>
      <w:r>
        <w:t>woh kehte ke hum ne suna aur maana aur suno aur hum par nazar karo to yeh un</w:t>
      </w:r>
    </w:p>
    <w:p>
      <w:pPr>
        <w:jc w:val="right"/>
      </w:pPr>
      <w:r>
        <w:t>وہ کہتے کہ ہم نے سنا اور مانا اور سنو اور ہم پر نظر کرو تو یہ ان</w:t>
      </w:r>
    </w:p>
    <w:p>
      <w:r>
        <w:rPr>
          <w:b/>
        </w:rPr>
        <w:t xml:space="preserve">[1:27:20] </w:t>
      </w:r>
      <w:r>
        <w:t>ke haq mein ziyaada behtar aur durust hota</w:t>
      </w:r>
    </w:p>
    <w:p>
      <w:pPr>
        <w:jc w:val="right"/>
      </w:pPr>
      <w:r>
        <w:t>کے حق میں زیادہ بہتر اور درست ہوتا</w:t>
      </w:r>
    </w:p>
    <w:p>
      <w:r>
        <w:rPr>
          <w:b/>
        </w:rPr>
        <w:t xml:space="preserve">[1:27:24] </w:t>
      </w:r>
      <w:r>
        <w:t>magar allah ne un ke inkaar ke sabab se un par la'nat kar di hai pas woh imaan</w:t>
      </w:r>
    </w:p>
    <w:p>
      <w:pPr>
        <w:jc w:val="right"/>
      </w:pPr>
      <w:r>
        <w:t>مگر اللہ نے ان کے انکار کے سبب سے ان پر لعنت کر دی ہے پس وہ ایمان</w:t>
      </w:r>
    </w:p>
    <w:p>
      <w:r>
        <w:rPr>
          <w:b/>
        </w:rPr>
        <w:t xml:space="preserve">[1:27:31] </w:t>
      </w:r>
      <w:r>
        <w:t>na laayenge magar bahut kam</w:t>
      </w:r>
    </w:p>
    <w:p>
      <w:pPr>
        <w:jc w:val="right"/>
      </w:pPr>
      <w:r>
        <w:t>نہ لائیں گے مگر بہت کم</w:t>
      </w:r>
    </w:p>
    <w:p>
      <w:r>
        <w:rPr>
          <w:b/>
        </w:rPr>
        <w:t xml:space="preserve">[1:27:37] </w:t>
      </w:r>
      <w:r>
        <w:t>tasreeh allah ki kitaab kisi garoh ko is liye di jaati hai ke woh is se apni soch</w:t>
      </w:r>
    </w:p>
    <w:p>
      <w:pPr>
        <w:jc w:val="right"/>
      </w:pPr>
      <w:r>
        <w:t>تشریح اللہ کی کتاب کسی گروہ کو اس لیے دی جاتی ہے کہ وہ اس سے اپنی سوچ</w:t>
      </w:r>
    </w:p>
    <w:p>
      <w:r>
        <w:rPr>
          <w:b/>
        </w:rPr>
        <w:t xml:space="preserve">[1:27:46] </w:t>
      </w:r>
      <w:r>
        <w:t>aur apne amal ko durust kare</w:t>
      </w:r>
    </w:p>
    <w:p>
      <w:pPr>
        <w:jc w:val="right"/>
      </w:pPr>
      <w:r>
        <w:t>اور اپنے عمل کو درست کرے</w:t>
      </w:r>
    </w:p>
    <w:p>
      <w:r>
        <w:rPr>
          <w:b/>
        </w:rPr>
        <w:t xml:space="preserve">[1:27:49] </w:t>
      </w:r>
      <w:r>
        <w:t>magar jab asmaani kitaab ki haamil koi qaum zawaal ka shikaar hoti hai jaisa ke yahood hue to</w:t>
      </w:r>
    </w:p>
    <w:p>
      <w:pPr>
        <w:jc w:val="right"/>
      </w:pPr>
      <w:r>
        <w:t>مگر جب اسمانی کتاب کی حامل کوئی قوم زوال کا شکار ہوتی ہے جیسا کہ یہود ہوئے تو</w:t>
      </w:r>
    </w:p>
    <w:p>
      <w:r>
        <w:rPr>
          <w:b/>
        </w:rPr>
        <w:t xml:space="preserve">[1:27:57] </w:t>
      </w:r>
      <w:r>
        <w:t>khuda ki kitaab se woh hidaayat ke bajaaye gumraahi ki ghiza lene lagti hai</w:t>
      </w:r>
    </w:p>
    <w:p>
      <w:pPr>
        <w:jc w:val="right"/>
      </w:pPr>
      <w:r>
        <w:t>خدا کی کتاب سے وہ ہدایت کے بجائے گمراہی کی غذا لینے لگتی ہے</w:t>
      </w:r>
    </w:p>
    <w:p>
      <w:r>
        <w:rPr>
          <w:b/>
        </w:rPr>
        <w:t xml:space="preserve">[1:28:06] </w:t>
      </w:r>
      <w:r>
        <w:t>khuda ke ahkaam is ke liye khushk juz'iyaati bahason ka mauzu ban jaate hain</w:t>
      </w:r>
    </w:p>
    <w:p>
      <w:pPr>
        <w:jc w:val="right"/>
      </w:pPr>
      <w:r>
        <w:t>خدا کے احکام اس کے لیے خشک جزئیاتی بحثوں کا موضوع بن جاتے ہیں</w:t>
      </w:r>
    </w:p>
    <w:p>
      <w:r>
        <w:rPr>
          <w:b/>
        </w:rPr>
        <w:t xml:space="preserve">[1:28:14] </w:t>
      </w:r>
      <w:r>
        <w:t>ab is ke yahaan aitiqaadiyaat ke naam par falsafiyaana qism ki mashghafiyaan janam leti hain</w:t>
      </w:r>
    </w:p>
    <w:p>
      <w:pPr>
        <w:jc w:val="right"/>
      </w:pPr>
      <w:r>
        <w:t>اب اس کے یہاں اعتقادیات کے نام پر فلسفیانہ قسم کی مشغافیاں جنم لیتی ہیں</w:t>
      </w:r>
    </w:p>
    <w:p>
      <w:r>
        <w:rPr>
          <w:b/>
        </w:rPr>
        <w:t xml:space="preserve">[1:28:24] </w:t>
      </w:r>
      <w:r>
        <w:t>woh</w:t>
      </w:r>
    </w:p>
    <w:p>
      <w:pPr>
        <w:jc w:val="right"/>
      </w:pPr>
      <w:r>
        <w:t>وہ</w:t>
      </w:r>
    </w:p>
    <w:p>
      <w:r>
        <w:rPr>
          <w:b/>
        </w:rPr>
        <w:t xml:space="preserve">[1:28:24] </w:t>
      </w:r>
      <w:r>
        <w:t>is ke liye aisi sar'garmion ki taleem dene waali kitaab ban jaati hai jis ka aakhirat ke mas'ale</w:t>
      </w:r>
    </w:p>
    <w:p>
      <w:pPr>
        <w:jc w:val="right"/>
      </w:pPr>
      <w:r>
        <w:t>اس کے لیے ایسی سرگرمیوں کی تعلیم دینے والی کتاب بن جاتی ہے جس کا اخرت کے مسئلے</w:t>
      </w:r>
    </w:p>
    <w:p>
      <w:r>
        <w:rPr>
          <w:b/>
        </w:rPr>
        <w:t xml:space="preserve">[1:28:31] </w:t>
      </w:r>
      <w:r>
        <w:t>se koi ta'alluq na ho aise log apni riwaayati nafsiyaat ki wajah se zaroori samajhte hain ke woh</w:t>
      </w:r>
    </w:p>
    <w:p>
      <w:pPr>
        <w:jc w:val="right"/>
      </w:pPr>
      <w:r>
        <w:t>سے کوئی تعلق نہ ہو ایسے لوگ اپنی روایتی نفسیات کی وجہ سے ضروری سمجھتے ہیں کہ وہ</w:t>
      </w:r>
    </w:p>
    <w:p>
      <w:r>
        <w:rPr>
          <w:b/>
        </w:rPr>
        <w:t xml:space="preserve">[1:28:42] </w:t>
      </w:r>
      <w:r>
        <w:t>apni har baat ko khuda ki baat sabit karen</w:t>
      </w:r>
    </w:p>
    <w:p>
      <w:pPr>
        <w:jc w:val="right"/>
      </w:pPr>
      <w:r>
        <w:t>اپنی ہر بات کو خدا کی بات ثابت کریں</w:t>
      </w:r>
    </w:p>
    <w:p>
      <w:r>
        <w:rPr>
          <w:b/>
        </w:rPr>
        <w:t xml:space="preserve">[1:28:46] </w:t>
      </w:r>
      <w:r>
        <w:t>woh apne amal ka deeni jawaz faraham karne ke liye khuda ki kitab ko badal dete hain khuda</w:t>
      </w:r>
    </w:p>
    <w:p>
      <w:pPr>
        <w:jc w:val="right"/>
      </w:pPr>
      <w:r>
        <w:t>وہ اپنے عمل کا دینی جواز فراہم کرنے کے لیے خدا کی کتاب کو بدل دیتے ہیں خدا</w:t>
      </w:r>
    </w:p>
    <w:p>
      <w:r>
        <w:rPr>
          <w:b/>
        </w:rPr>
        <w:t xml:space="preserve">[1:28:54] </w:t>
      </w:r>
      <w:r>
        <w:t>ke kalmaat ko us ke mauqa o mahal se hata kar woh us ki khud sakhta tashreeh karte</w:t>
      </w:r>
    </w:p>
    <w:p>
      <w:pPr>
        <w:jc w:val="right"/>
      </w:pPr>
      <w:r>
        <w:t>کے کلمات کو اس کے موقع و محل سے ہٹا کر وہ اس کی خود ساختہ تشریح کرتے</w:t>
      </w:r>
    </w:p>
    <w:p>
      <w:r>
        <w:rPr>
          <w:b/>
        </w:rPr>
        <w:t xml:space="preserve">[1:29:01] </w:t>
      </w:r>
      <w:r>
        <w:t>hain woh alfaaz mein ult pher kar ke us se aisa mafhoom nikalte hain jis ka asal khudai</w:t>
      </w:r>
    </w:p>
    <w:p>
      <w:pPr>
        <w:jc w:val="right"/>
      </w:pPr>
      <w:r>
        <w:t>ہیں وہ الفاظ میں الٹ پھیر کر کے اس سے ایسا مفہوم نکالتے ہیں جس کا اصل خدائی</w:t>
      </w:r>
    </w:p>
    <w:p>
      <w:r>
        <w:rPr>
          <w:b/>
        </w:rPr>
        <w:t xml:space="preserve">[1:29:10] </w:t>
      </w:r>
      <w:r>
        <w:t>taleemat se koi ta'alluq nahin hota</w:t>
      </w:r>
    </w:p>
    <w:p>
      <w:pPr>
        <w:jc w:val="right"/>
      </w:pPr>
      <w:r>
        <w:t>تعلیمات سے کوئی تعلق نہیں ہوتا</w:t>
      </w:r>
    </w:p>
    <w:p>
      <w:r>
        <w:rPr>
          <w:b/>
        </w:rPr>
        <w:t xml:space="preserve">[1:29:16] </w:t>
      </w:r>
      <w:r>
        <w:t>yehud ko kitab ka kuch hissa mila tha is ka matlab yeh hai ke un ko khuda ki</w:t>
      </w:r>
    </w:p>
    <w:p>
      <w:pPr>
        <w:jc w:val="right"/>
      </w:pPr>
      <w:r>
        <w:t>یہود کو کتاب کا کچھ حصہ ملا تھا اس کا مطلب یہ ہے کہ ان کو خدا کی</w:t>
      </w:r>
    </w:p>
    <w:p>
      <w:r>
        <w:rPr>
          <w:b/>
        </w:rPr>
        <w:t xml:space="preserve">[1:29:22] </w:t>
      </w:r>
      <w:r>
        <w:t>kitab ke alfaaz toh parhne ko mile magar khuda ki kitab par amal karna jo asal maqsood tha</w:t>
      </w:r>
    </w:p>
    <w:p>
      <w:pPr>
        <w:jc w:val="right"/>
      </w:pPr>
      <w:r>
        <w:t>کتاب کے الفاظ تو پڑھنے کو ملے مگر خدا کی کتاب پر عمل کرنا جو اصل مقصود تھا</w:t>
      </w:r>
    </w:p>
    <w:p>
      <w:r>
        <w:rPr>
          <w:b/>
        </w:rPr>
        <w:t xml:space="preserve">[1:29:31] </w:t>
      </w:r>
      <w:r>
        <w:t>us se woh door rahe lafz ke muamle mein woh hamila kitab bane rahe magar amal ke muamle</w:t>
      </w:r>
    </w:p>
    <w:p>
      <w:pPr>
        <w:jc w:val="right"/>
      </w:pPr>
      <w:r>
        <w:t>اس سے وہ دور رہے لفظ کے معاملے میں وہ حامل کتاب بنے رہے مگر عمل کے معاملے</w:t>
      </w:r>
    </w:p>
    <w:p>
      <w:r>
        <w:rPr>
          <w:b/>
        </w:rPr>
        <w:t xml:space="preserve">[1:29:37] </w:t>
      </w:r>
      <w:r>
        <w:t>mein unhon ne aam duniya daarana qaumon ka rasta ikhtiyar kar liya</w:t>
      </w:r>
    </w:p>
    <w:p>
      <w:pPr>
        <w:jc w:val="right"/>
      </w:pPr>
      <w:r>
        <w:t>میں انہوں نے عام دنیا دارانہ قوموں کا راستہ اختیار کر لیا</w:t>
      </w:r>
    </w:p>
    <w:p>
      <w:r>
        <w:rPr>
          <w:b/>
        </w:rPr>
        <w:t xml:space="preserve">[1:29:44] </w:t>
      </w:r>
      <w:r>
        <w:t>mazeed yeh ke aam log duniya daari ko duniya daari ke naam par karte hain aur unhon ne</w:t>
      </w:r>
    </w:p>
    <w:p>
      <w:pPr>
        <w:jc w:val="right"/>
      </w:pPr>
      <w:r>
        <w:t>مزید یہ کہ عام لوگ دنیا داری کو دنیا داری کے نام پر کرتے ہیں اور انہوں نے</w:t>
      </w:r>
    </w:p>
    <w:p>
      <w:r>
        <w:rPr>
          <w:b/>
        </w:rPr>
        <w:t xml:space="preserve">[1:29:52] </w:t>
      </w:r>
      <w:r>
        <w:t>yeh dhattayi ki ke apni duniya daari ke liye khuda ki kitab se sand pesh karne lage</w:t>
      </w:r>
    </w:p>
    <w:p>
      <w:pPr>
        <w:jc w:val="right"/>
      </w:pPr>
      <w:r>
        <w:t>یہ ڈھٹائی کی کہ اپنی دنیا داری کے لیے خدا کی کتاب سے سند پیش کرنے لگے</w:t>
      </w:r>
    </w:p>
    <w:p>
      <w:r>
        <w:rPr>
          <w:b/>
        </w:rPr>
        <w:t xml:space="preserve">[1:30:00] </w:t>
      </w:r>
      <w:r>
        <w:t>phir un logon</w:t>
      </w:r>
    </w:p>
    <w:p>
      <w:pPr>
        <w:jc w:val="right"/>
      </w:pPr>
      <w:r>
        <w:t>پھر ان لوگوں</w:t>
      </w:r>
    </w:p>
    <w:p>
      <w:r>
        <w:rPr>
          <w:b/>
        </w:rPr>
        <w:t xml:space="preserve">[1:30:01] </w:t>
      </w:r>
      <w:r>
        <w:t>ki gumrahi apni zaat tak nahi ruki woh apne ko khuda ke deen ka numainda samajhte the is</w:t>
      </w:r>
    </w:p>
    <w:p>
      <w:pPr>
        <w:jc w:val="right"/>
      </w:pPr>
      <w:r>
        <w:t>کی گمراہی اپنی ذات تک نہیں رکی وہ اپنے کو خدا کے دین کا نمائندہ سمجھتے تھے اس</w:t>
      </w:r>
    </w:p>
    <w:p>
      <w:r>
        <w:rPr>
          <w:b/>
        </w:rPr>
        <w:t xml:space="preserve">[1:30:09] </w:t>
      </w:r>
      <w:r>
        <w:t>liye jab ghair yahudi arabon ne peghambar akhar uz zaman ka saath dena shuru kiya toh yahud apni deendari</w:t>
      </w:r>
    </w:p>
    <w:p>
      <w:pPr>
        <w:jc w:val="right"/>
      </w:pPr>
      <w:r>
        <w:t>لیے جب غیر یہودی عربوں نے پیغمبر اخر الزماں کا ساتھ دینا شروع کیا تو یہود اپنی دینداری</w:t>
      </w:r>
    </w:p>
    <w:p>
      <w:r>
        <w:rPr>
          <w:b/>
        </w:rPr>
        <w:t xml:space="preserve">[1:30:17] </w:t>
      </w:r>
      <w:r>
        <w:t>ka bharaam qaim rakhne ke liye khud peghambar ke mukhalif ho gaye unhon ne aap ki zindagi aur</w:t>
      </w:r>
    </w:p>
    <w:p>
      <w:pPr>
        <w:jc w:val="right"/>
      </w:pPr>
      <w:r>
        <w:t>کا بھرم قائم رکھنے کے لیے خود پیغمبر کے مخالف ہو گئے انہوں نے اپ کی زندگی اور</w:t>
      </w:r>
    </w:p>
    <w:p>
      <w:r>
        <w:rPr>
          <w:b/>
        </w:rPr>
        <w:t xml:space="preserve">[1:30:25] </w:t>
      </w:r>
      <w:r>
        <w:t>aap ki taleemat mein tarah tarah ke shoshe nikaal kar logon ko is shubha mein mubtala karna shuru</w:t>
      </w:r>
    </w:p>
    <w:p>
      <w:pPr>
        <w:jc w:val="right"/>
      </w:pPr>
      <w:r>
        <w:t>اپ کی تعلیمات میں طرح طرح کے شوشے نکال کر لوگوں کو اس شبہے میں مبتلا کرنا شروع</w:t>
      </w:r>
    </w:p>
    <w:p>
      <w:r>
        <w:rPr>
          <w:b/>
        </w:rPr>
        <w:t xml:space="preserve">[1:30:31] </w:t>
      </w:r>
      <w:r>
        <w:t>kiya ke yeh khuda ke bheje hue nahi hain balkeh mahaz zaati hausle ke tehat deen khuda ke</w:t>
      </w:r>
    </w:p>
    <w:p>
      <w:pPr>
        <w:jc w:val="right"/>
      </w:pPr>
      <w:r>
        <w:t>کیا کہ یہ خدا کے بھیجے ہوئے نہیں ہیں بلکہ محض ذاتی حوصلے کے تحت دین خدا کے</w:t>
      </w:r>
    </w:p>
    <w:p>
      <w:r>
        <w:rPr>
          <w:b/>
        </w:rPr>
        <w:t xml:space="preserve">[1:30:41] </w:t>
      </w:r>
      <w:r>
        <w:t>ilambardar ban kar khare hogaye hain magar is muareke mein Allah</w:t>
      </w:r>
    </w:p>
    <w:p>
      <w:pPr>
        <w:jc w:val="right"/>
      </w:pPr>
      <w:r>
        <w:t>علمبردار بن کر کھڑے ہوگئے ہیں مگر اس معرکے میں اللہ</w:t>
      </w:r>
    </w:p>
    <w:p>
      <w:r>
        <w:rPr>
          <w:b/>
        </w:rPr>
        <w:t xml:space="preserve">[1:30:47] </w:t>
      </w:r>
      <w:r>
        <w:t>ghair janabdaar nahi hai woh apne dushmanon ke muqable mein apne wafadaron ka saath dega aur unhein kamyab kar ke rahega</w:t>
      </w:r>
    </w:p>
    <w:p>
      <w:pPr>
        <w:jc w:val="right"/>
      </w:pPr>
      <w:r>
        <w:t>غیر جانبدار نہیں ہے وہ اپنے دشمنوں کے مقابلے میں اپنے وفاداروں کا ساتھ دے گا اور انہیں کامیاب کر کے رہے گا</w:t>
      </w:r>
    </w:p>
    <w:p>
      <w:r>
        <w:rPr>
          <w:b/>
        </w:rPr>
        <w:t xml:space="preserve">[1:31:03] </w:t>
      </w:r>
      <w:r>
        <w:t>lanat darasal besisi ki aakhri soorat hai aadmi ki besisi jab is nabat ko pohanch jaye ke us ko haq aur na haq ki koi tameez na rahe to isi ko lanat kehte hain</w:t>
      </w:r>
    </w:p>
    <w:p>
      <w:pPr>
        <w:jc w:val="right"/>
      </w:pPr>
      <w:r>
        <w:t>لعنت دراصل بے حسی کی اخری صورت ہے ادمی کی بے حسی جب اس نوبت کو پہنچ جائے کہ اس کو حق اور ناحق کی کوئی تمیز نہ رہے تو اسی کو لعنت کہتے ہیں</w:t>
      </w:r>
    </w:p>
    <w:p>
      <w:r>
        <w:rPr>
          <w:b/>
        </w:rPr>
        <w:t xml:space="preserve">[1:31:21] </w:t>
      </w:r>
      <w:r>
        <w:t>ya allazina utul kitaba amino bima nazalna musaddiqan lima ma'akum</w:t>
      </w:r>
    </w:p>
    <w:p>
      <w:pPr>
        <w:jc w:val="right"/>
      </w:pPr>
      <w:r>
        <w:t>یا الذین اوتو الکتاب امنوا بما نزلنا مصدقا لما معكم</w:t>
      </w:r>
    </w:p>
    <w:p>
      <w:r>
        <w:rPr>
          <w:b/>
        </w:rPr>
        <w:t xml:space="preserve">[1:31:30] </w:t>
      </w:r>
      <w:r>
        <w:t>amino bima nazalna musaddiqan lima ma'akum</w:t>
      </w:r>
    </w:p>
    <w:p>
      <w:pPr>
        <w:jc w:val="right"/>
      </w:pPr>
      <w:r>
        <w:t>امنوا بما نزلنا مصدقا لما معكم</w:t>
      </w:r>
    </w:p>
    <w:p>
      <w:r>
        <w:rPr>
          <w:b/>
        </w:rPr>
        <w:t xml:space="preserve">[1:31:36] </w:t>
      </w:r>
      <w:r>
        <w:t>min qablu an natmisa wujoohan fanarudaha ala</w:t>
      </w:r>
    </w:p>
    <w:p>
      <w:pPr>
        <w:jc w:val="right"/>
      </w:pPr>
      <w:r>
        <w:t>من قبل ان نطمس وجوها فنردها على</w:t>
      </w:r>
    </w:p>
    <w:p>
      <w:r>
        <w:rPr>
          <w:b/>
        </w:rPr>
        <w:t xml:space="preserve">[1:31:44] </w:t>
      </w:r>
      <w:r>
        <w:t>adbariha fanarudaha ala</w:t>
      </w:r>
    </w:p>
    <w:p>
      <w:pPr>
        <w:jc w:val="right"/>
      </w:pPr>
      <w:r>
        <w:t>ادبارها فنردها على</w:t>
      </w:r>
    </w:p>
    <w:p>
      <w:r>
        <w:rPr>
          <w:b/>
        </w:rPr>
        <w:t xml:space="preserve">[1:31:50] </w:t>
      </w:r>
      <w:r>
        <w:t>adbariha aw nalanhum kama lana</w:t>
      </w:r>
    </w:p>
    <w:p>
      <w:pPr>
        <w:jc w:val="right"/>
      </w:pPr>
      <w:r>
        <w:t>ادبارها او نلعنهم كما لعنا</w:t>
      </w:r>
    </w:p>
    <w:p>
      <w:r>
        <w:rPr>
          <w:b/>
        </w:rPr>
        <w:t xml:space="preserve">[1:31:56] </w:t>
      </w:r>
      <w:r>
        <w:t>ashab as sabti wa kana amrullahi maf'oola</w:t>
      </w:r>
    </w:p>
    <w:p>
      <w:pPr>
        <w:jc w:val="right"/>
      </w:pPr>
      <w:r>
        <w:t>اصحاب السبت وكان امر الله مفعولا</w:t>
      </w:r>
    </w:p>
    <w:p>
      <w:r>
        <w:rPr>
          <w:b/>
        </w:rPr>
        <w:t xml:space="preserve">[1:32:03] </w:t>
      </w:r>
      <w:r>
        <w:t>innallaha la yaghfiru an</w:t>
      </w:r>
    </w:p>
    <w:p>
      <w:pPr>
        <w:jc w:val="right"/>
      </w:pPr>
      <w:r>
        <w:t>ان الله لا يغفر ان</w:t>
      </w:r>
    </w:p>
    <w:p>
      <w:r>
        <w:rPr>
          <w:b/>
        </w:rPr>
        <w:t xml:space="preserve">[1:32:07] </w:t>
      </w:r>
      <w:r>
        <w:t>yushrika bihi wa yaghfiru ma duna zalika liman yashaa</w:t>
      </w:r>
    </w:p>
    <w:p>
      <w:pPr>
        <w:jc w:val="right"/>
      </w:pPr>
      <w:r>
        <w:t>يشرك به ويغفر ما دون ذلك لمن يشاء</w:t>
      </w:r>
    </w:p>
    <w:p>
      <w:r>
        <w:rPr>
          <w:b/>
        </w:rPr>
        <w:t xml:space="preserve">[1:32:15] </w:t>
      </w:r>
      <w:r>
        <w:t>wa man yushrik billahi faqad iftara</w:t>
      </w:r>
    </w:p>
    <w:p>
      <w:pPr>
        <w:jc w:val="right"/>
      </w:pPr>
      <w:r>
        <w:t>ومن يشرك بالله فقد افترى</w:t>
      </w:r>
    </w:p>
    <w:p>
      <w:r>
        <w:rPr>
          <w:b/>
        </w:rPr>
        <w:t xml:space="preserve">[1:32:21] </w:t>
      </w:r>
      <w:r>
        <w:t>ithman atheeman alam tara ila allatheena yuzakkoon</w:t>
      </w:r>
    </w:p>
    <w:p>
      <w:pPr>
        <w:jc w:val="right"/>
      </w:pPr>
      <w:r>
        <w:t>اثما عظيما الم تر الى الذين يزكون</w:t>
      </w:r>
    </w:p>
    <w:p>
      <w:r>
        <w:rPr>
          <w:b/>
        </w:rPr>
        <w:t xml:space="preserve">[1:32:27] </w:t>
      </w:r>
      <w:r>
        <w:t>anfusahum bal allahu yuzakkee man yashaa</w:t>
      </w:r>
    </w:p>
    <w:p>
      <w:pPr>
        <w:jc w:val="right"/>
      </w:pPr>
      <w:r>
        <w:t>انفسهم بل الله يزكي من يشاء</w:t>
      </w:r>
    </w:p>
    <w:p>
      <w:r>
        <w:rPr>
          <w:b/>
        </w:rPr>
        <w:t xml:space="preserve">[1:32:35] </w:t>
      </w:r>
      <w:r>
        <w:t>wala yuzhlamoona fateela</w:t>
      </w:r>
    </w:p>
    <w:p>
      <w:pPr>
        <w:jc w:val="right"/>
      </w:pPr>
      <w:r>
        <w:t>ولا يظلمون فتيلا</w:t>
      </w:r>
    </w:p>
    <w:p>
      <w:r>
        <w:rPr>
          <w:b/>
        </w:rPr>
        <w:t xml:space="preserve">[1:32:39] </w:t>
      </w:r>
      <w:r>
        <w:t>unzur kayfa yaftaroona allallahi al-kadhiba wa kafa bihi</w:t>
      </w:r>
    </w:p>
    <w:p>
      <w:pPr>
        <w:jc w:val="right"/>
      </w:pPr>
      <w:r>
        <w:t>انظر كيف يفترون على الله الكذب وكفى به</w:t>
      </w:r>
    </w:p>
    <w:p>
      <w:r>
        <w:rPr>
          <w:b/>
        </w:rPr>
        <w:t xml:space="preserve">[1:32:47] </w:t>
      </w:r>
      <w:r>
        <w:t>ithman mubeena</w:t>
      </w:r>
    </w:p>
    <w:p>
      <w:pPr>
        <w:jc w:val="right"/>
      </w:pPr>
      <w:r>
        <w:t>اثما مبينا</w:t>
      </w:r>
    </w:p>
    <w:p>
      <w:r>
        <w:rPr>
          <w:b/>
        </w:rPr>
        <w:t xml:space="preserve">[1:32:52] </w:t>
      </w:r>
      <w:r>
        <w:t>ae woh logon jin ko kitab di gayi is par iman lao jo hum ne utara hai</w:t>
      </w:r>
    </w:p>
    <w:p>
      <w:pPr>
        <w:jc w:val="right"/>
      </w:pPr>
      <w:r>
        <w:t>اے وہ لوگوں جن کو کتاب دی گئی اس پر ایمان لاؤ جو ہم نے اتارا ہے</w:t>
      </w:r>
    </w:p>
    <w:p>
      <w:r>
        <w:rPr>
          <w:b/>
        </w:rPr>
        <w:t xml:space="preserve">[1:33:00] </w:t>
      </w:r>
      <w:r>
        <w:t>tasdeeq karne wali is kitab ki jo tumhare paas hai is se pehle ke hum chehron ko mita</w:t>
      </w:r>
    </w:p>
    <w:p>
      <w:pPr>
        <w:jc w:val="right"/>
      </w:pPr>
      <w:r>
        <w:t>تصدیق کرنے والی اس کتاب کی جو تمہارے پاس ہے اس سے پہلے کہ ہم چہروں کو مٹا</w:t>
      </w:r>
    </w:p>
    <w:p>
      <w:r>
        <w:rPr>
          <w:b/>
        </w:rPr>
        <w:t xml:space="preserve">[1:33:07] </w:t>
      </w:r>
      <w:r>
        <w:t>deen phir un ko ult dein peeth ki taraf ya un par laanat karein jaise hum ne laanat</w:t>
      </w:r>
    </w:p>
    <w:p>
      <w:pPr>
        <w:jc w:val="right"/>
      </w:pPr>
      <w:r>
        <w:t>دیں پھر ان کو الٹ دیں پیٹھ کی طرف یا ان پر لعنت کریں جیسے ہم نے لعنت</w:t>
      </w:r>
    </w:p>
    <w:p>
      <w:r>
        <w:rPr>
          <w:b/>
        </w:rPr>
        <w:t xml:space="preserve">[1:33:14] </w:t>
      </w:r>
      <w:r>
        <w:t>ki sakht walon par aur Allah ka hukum poora ho kar rehta hai</w:t>
      </w:r>
    </w:p>
    <w:p>
      <w:pPr>
        <w:jc w:val="right"/>
      </w:pPr>
      <w:r>
        <w:t>کی سخت والوں پر اور اللہ کا حکم پورا ہو کر رہتا ہے</w:t>
      </w:r>
    </w:p>
    <w:p>
      <w:r>
        <w:rPr>
          <w:b/>
        </w:rPr>
        <w:t xml:space="preserve">[1:33:21] </w:t>
      </w:r>
      <w:r>
        <w:t>beshak Allah is ko nahi bakhshega ke is ke sath shirk kiya jaye lekin is ke</w:t>
      </w:r>
    </w:p>
    <w:p>
      <w:pPr>
        <w:jc w:val="right"/>
      </w:pPr>
      <w:r>
        <w:t>بے شک اللہ اس کو نہیں بخشے گا کہ اس کے ساتھ شرک کیا جائے لیکن اس کے</w:t>
      </w:r>
    </w:p>
    <w:p>
      <w:r>
        <w:rPr>
          <w:b/>
        </w:rPr>
        <w:t xml:space="preserve">[1:33:31] </w:t>
      </w:r>
      <w:r>
        <w:t>alawa jo kuch hai is ko jis ke liye chahega bakhsh dega</w:t>
      </w:r>
    </w:p>
    <w:p>
      <w:pPr>
        <w:jc w:val="right"/>
      </w:pPr>
      <w:r>
        <w:t>علاوہ جو کچھ ہے اس کو جس کے لیے چاہے گا بخش دے گا</w:t>
      </w:r>
    </w:p>
    <w:p>
      <w:r>
        <w:rPr>
          <w:b/>
        </w:rPr>
        <w:t xml:space="preserve">[1:33:38] </w:t>
      </w:r>
      <w:r>
        <w:t>aur</w:t>
      </w:r>
    </w:p>
    <w:p>
      <w:pPr>
        <w:jc w:val="right"/>
      </w:pPr>
      <w:r>
        <w:t>اور</w:t>
      </w:r>
    </w:p>
    <w:p>
      <w:r>
        <w:rPr>
          <w:b/>
        </w:rPr>
        <w:t xml:space="preserve">[1:33:38] </w:t>
      </w:r>
      <w:r>
        <w:t>jis ne Allah ka shareek thehraya us ne bara toofan bandha</w:t>
      </w:r>
    </w:p>
    <w:p>
      <w:pPr>
        <w:jc w:val="right"/>
      </w:pPr>
      <w:r>
        <w:t>جس نے اللہ کا شریک ٹھہرایا اس نے بڑا طوفان باندھا</w:t>
      </w:r>
    </w:p>
    <w:p>
      <w:r>
        <w:rPr>
          <w:b/>
        </w:rPr>
        <w:t xml:space="preserve">[1:33:44] </w:t>
      </w:r>
      <w:r>
        <w:t>kya tum ne dekha un ko jo apne aap ko pakeezah kehte hain balkay Allah hi pak karta</w:t>
      </w:r>
    </w:p>
    <w:p>
      <w:pPr>
        <w:jc w:val="right"/>
      </w:pPr>
      <w:r>
        <w:t>کیا تم نے دیکھا ان کو جو اپنے اپ کو پاکیزہ کہتے ہیں بلکہ اللہ ہی پاک کرتا</w:t>
      </w:r>
    </w:p>
    <w:p>
      <w:r>
        <w:rPr>
          <w:b/>
        </w:rPr>
        <w:t xml:space="preserve">[1:33:51] </w:t>
      </w:r>
      <w:r>
        <w:t>hai jis ko chahta hai aur un par zara bhi zulm na hoga</w:t>
      </w:r>
    </w:p>
    <w:p>
      <w:pPr>
        <w:jc w:val="right"/>
      </w:pPr>
      <w:r>
        <w:t>ہے جس کو چاہتا ہے اور ان پر ذرا بھی ظلم نہ ہوگا</w:t>
      </w:r>
    </w:p>
    <w:p>
      <w:r>
        <w:rPr>
          <w:b/>
        </w:rPr>
        <w:t xml:space="preserve">[1:33:58] </w:t>
      </w:r>
      <w:r>
        <w:t>dekho yeh Allah par kaisa jhoot bandh rahe hain aur sareeh gunah hone ke liye yahi kafi hai</w:t>
      </w:r>
    </w:p>
    <w:p>
      <w:pPr>
        <w:jc w:val="right"/>
      </w:pPr>
      <w:r>
        <w:t>دیکھو یہ اللہ پر کیسا جھوٹ باندھ رہے ہیں اور صریح گناہ ہونے کے لیے یہی کافی ہے</w:t>
      </w:r>
    </w:p>
    <w:p>
      <w:r>
        <w:rPr>
          <w:b/>
        </w:rPr>
        <w:t xml:space="preserve">[1:34:08] </w:t>
      </w:r>
      <w:r>
        <w:t>tashreeh kabhi aisa hota hai ke aadmi ek baat ko sunta hai magar woh haqeeqatan nahi sunta</w:t>
      </w:r>
    </w:p>
    <w:p>
      <w:pPr>
        <w:jc w:val="right"/>
      </w:pPr>
      <w:r>
        <w:t>تشریح کبھی ایسا ہوتا ہے کہ ادمی ایک بات کو سنتا ہے مگر وہ حقیقتا نہیں سنتا</w:t>
      </w:r>
    </w:p>
    <w:p>
      <w:r>
        <w:rPr>
          <w:b/>
        </w:rPr>
        <w:t xml:space="preserve">[1:34:20] </w:t>
      </w:r>
      <w:r>
        <w:t>yeh us waqt hota hai jab ke aadmi</w:t>
      </w:r>
    </w:p>
    <w:p>
      <w:pPr>
        <w:jc w:val="right"/>
      </w:pPr>
      <w:r>
        <w:t>یہ اس وقت ہوتا ہے جب کہ ادمی</w:t>
      </w:r>
    </w:p>
    <w:p>
      <w:r>
        <w:rPr>
          <w:b/>
        </w:rPr>
        <w:t xml:space="preserve">[1:34:24] </w:t>
      </w:r>
      <w:r>
        <w:t>is</w:t>
      </w:r>
    </w:p>
    <w:p>
      <w:pPr>
        <w:jc w:val="right"/>
      </w:pPr>
      <w:r>
        <w:t>اس</w:t>
      </w:r>
    </w:p>
    <w:p>
      <w:r>
        <w:rPr>
          <w:b/>
        </w:rPr>
        <w:t xml:space="preserve">[1:34:24] </w:t>
      </w:r>
      <w:r>
        <w:t>baat ko samajhne ke silsilay mein sanjeeda na ho aur is par amal karne se is ko koi</w:t>
      </w:r>
    </w:p>
    <w:p>
      <w:pPr>
        <w:jc w:val="right"/>
      </w:pPr>
      <w:r>
        <w:t>بات کو سمجھنے کے سلسلے میں سنجیدہ نہ ہو اور اس پر عمل کرنے سے اس کو کوئی</w:t>
      </w:r>
    </w:p>
    <w:p>
      <w:r>
        <w:rPr>
          <w:b/>
        </w:rPr>
        <w:t xml:space="preserve">[1:34:31] </w:t>
      </w:r>
      <w:r>
        <w:t>dilchaspi na ho</w:t>
      </w:r>
    </w:p>
    <w:p>
      <w:pPr>
        <w:jc w:val="right"/>
      </w:pPr>
      <w:r>
        <w:t>دلچسپی نہ ہو</w:t>
      </w:r>
    </w:p>
    <w:p>
      <w:r>
        <w:rPr>
          <w:b/>
        </w:rPr>
        <w:t xml:space="preserve">[1:34:34] </w:t>
      </w:r>
      <w:r>
        <w:t>yeh mizaj jab apne aakhri darjay mein pohanchta hai to aadmi ki nasamjhi ka haal aisa ho jata</w:t>
      </w:r>
    </w:p>
    <w:p>
      <w:pPr>
        <w:jc w:val="right"/>
      </w:pPr>
      <w:r>
        <w:t>یہ مزاج جب اپنے اخری درجے میں پہنچتا ہے تو ادمی کی ناسمجھی کا حال ایسا ہو جاتا</w:t>
      </w:r>
    </w:p>
    <w:p>
      <w:r>
        <w:rPr>
          <w:b/>
        </w:rPr>
        <w:t xml:space="preserve">[1:34:41] </w:t>
      </w:r>
      <w:r>
        <w:t>hai jaise is ke chehray ke nishanat mita diye gaye hon aur ab woh cheezon ko is tarah</w:t>
      </w:r>
    </w:p>
    <w:p>
      <w:pPr>
        <w:jc w:val="right"/>
      </w:pPr>
      <w:r>
        <w:t>ہے جیسے اس کے چہرے کے نشانات مٹا دیے گئے ہوں اور اب وہ چیزوں کو اس طرح</w:t>
      </w:r>
    </w:p>
    <w:p>
      <w:r>
        <w:rPr>
          <w:b/>
        </w:rPr>
        <w:t xml:space="preserve">[1:34:49] </w:t>
      </w:r>
      <w:r>
        <w:t>dekh aur sun raha ho jaise koi shakhs sar ke pichlay hissay ki taraf se cheezon ko dekhe</w:t>
      </w:r>
    </w:p>
    <w:p>
      <w:pPr>
        <w:jc w:val="right"/>
      </w:pPr>
      <w:r>
        <w:t>دیکھ اور سن رہا ہو جیسے کوئی شخص سر کے پچھلے حصے کی طرف سے چیزوں کو دیکھے</w:t>
      </w:r>
    </w:p>
    <w:p>
      <w:r>
        <w:rPr>
          <w:b/>
        </w:rPr>
        <w:t xml:space="preserve">[1:34:57] </w:t>
      </w:r>
      <w:r>
        <w:t>aur sune jahan na dekhne ke liye aankh hai aur na sunne ke liye kaan</w:t>
      </w:r>
    </w:p>
    <w:p>
      <w:pPr>
        <w:jc w:val="right"/>
      </w:pPr>
      <w:r>
        <w:t>اور سنے جہاں نہ دیکھنے کے لیے انکھ ہے اور نہ سننے کے لیے کان</w:t>
      </w:r>
    </w:p>
    <w:p>
      <w:r>
        <w:rPr>
          <w:b/>
        </w:rPr>
        <w:t xml:space="preserve">[1:35:04] </w:t>
      </w:r>
      <w:r>
        <w:t>haq baat ko samajhne ke liye aadmi ka is tarah andha bahra ho jana is</w:t>
      </w:r>
    </w:p>
    <w:p>
      <w:pPr>
        <w:jc w:val="right"/>
      </w:pPr>
      <w:r>
        <w:t>حق بات کو سمجھنے کے لیے ادمی کا اس طرح اندھا بہرہ ہو جانا اس</w:t>
      </w:r>
    </w:p>
    <w:p>
      <w:r>
        <w:rPr>
          <w:b/>
        </w:rPr>
        <w:t xml:space="preserve">[1:35:10] </w:t>
      </w:r>
      <w:r>
        <w:t>baat ki alamat hai ke haq ke sath musalsal be parwahi ki bina par khuda ne us ko apni tofeeq se mahroom kar diya hai khuda ne us ko kaan diya magar us ne nahi suna khuda ne us ko aankh di magar us ne nahi dekha to ab khuda ne bhi us ko waisa hi bana diya jaisa us ne khud se apne ko bana rakha tha</w:t>
      </w:r>
    </w:p>
    <w:p>
      <w:pPr>
        <w:jc w:val="right"/>
      </w:pPr>
      <w:r>
        <w:t>بات کی علامت ہے کہ حق کے ساتھ مسلسل بے پرواہی کی بنا پر خدا نے اس کو اپنی توفیق سے محروم کر دیا ہے خدا نے اس کو کان دیا مگر اس نے نہیں سنا خدا نے اس کو انکھ دی مگر اس نے نہیں دیکھا تو اب خدا نے بھی اس کو ویسا ہی بنا دیا جیسا اس نے خود سے اپنے کو بنا رکھا تھا</w:t>
      </w:r>
    </w:p>
    <w:p>
      <w:r>
        <w:rPr>
          <w:b/>
        </w:rPr>
        <w:t xml:space="preserve">[1:35:40] </w:t>
      </w:r>
      <w:r>
        <w:t>besisi jab apne aakhri darje mein pohanchti hai to woh maskh ki soorat ikhtiyar kar leti hai</w:t>
      </w:r>
    </w:p>
    <w:p>
      <w:pPr>
        <w:jc w:val="right"/>
      </w:pPr>
      <w:r>
        <w:t>بے حسی جب اپنے اخری درجے میں پہنچتی ہے تو وہ مسخ کی صورت اختیار کر لیتی ہے</w:t>
      </w:r>
    </w:p>
    <w:p>
      <w:r>
        <w:rPr>
          <w:b/>
        </w:rPr>
        <w:t xml:space="preserve">[1:35:49] </w:t>
      </w:r>
      <w:r>
        <w:t>yahood ka yeh khayal tha ke hum paighambaron ki nasal se hain is bina par hamara giroh muqaddas</w:t>
      </w:r>
    </w:p>
    <w:p>
      <w:pPr>
        <w:jc w:val="right"/>
      </w:pPr>
      <w:r>
        <w:t>یہود کا یہ خیال تھا کہ ہم پیغمبروں کی نسل سے ہیں اس بنا پر ہمارا گروہ مقدس</w:t>
      </w:r>
    </w:p>
    <w:p>
      <w:r>
        <w:rPr>
          <w:b/>
        </w:rPr>
        <w:t xml:space="preserve">[1:35:55] </w:t>
      </w:r>
      <w:r>
        <w:t>giroh hai unhon ne beshumar riwayaten aur kahaniyan ghar rakhi theen</w:t>
      </w:r>
    </w:p>
    <w:p>
      <w:pPr>
        <w:jc w:val="right"/>
      </w:pPr>
      <w:r>
        <w:t>گروہ ہے انہوں نے بے شمار روایتیں اور کہانیاں گھر رکھی تھیں</w:t>
      </w:r>
    </w:p>
    <w:p>
      <w:r>
        <w:rPr>
          <w:b/>
        </w:rPr>
        <w:t xml:space="preserve">[1:36:02] </w:t>
      </w:r>
      <w:r>
        <w:t>jo un ke nasli sharaf aur girohi fazilat ki tasdeeq karti theen</w:t>
      </w:r>
    </w:p>
    <w:p>
      <w:pPr>
        <w:jc w:val="right"/>
      </w:pPr>
      <w:r>
        <w:t>جو ان کے نسلی شرف اور گروہی فضیلت کی تصدیق کرتی تھیں</w:t>
      </w:r>
    </w:p>
    <w:p>
      <w:r>
        <w:rPr>
          <w:b/>
        </w:rPr>
        <w:t xml:space="preserve">[1:36:08] </w:t>
      </w:r>
      <w:r>
        <w:t>woh unhi khush khayaliyon mein jee rahe thay</w:t>
      </w:r>
    </w:p>
    <w:p>
      <w:pPr>
        <w:jc w:val="right"/>
      </w:pPr>
      <w:r>
        <w:t>وہ انہی خوش خیالیوں میں جی رہے تھے</w:t>
      </w:r>
    </w:p>
    <w:p>
      <w:r>
        <w:rPr>
          <w:b/>
        </w:rPr>
        <w:t xml:space="preserve">[1:36:13] </w:t>
      </w:r>
      <w:r>
        <w:t>unhon ne bashar-e-khud yeh aqeedah qaim kar liya tha ke har woh shakhs jo yahoodi hai is</w:t>
      </w:r>
    </w:p>
    <w:p>
      <w:pPr>
        <w:jc w:val="right"/>
      </w:pPr>
      <w:r>
        <w:t>انہوں نے بطور خود یہ عقیدہ قائم کر لیا تھا کہ ہر وہ شخص جو یہودی ہے اس</w:t>
      </w:r>
    </w:p>
    <w:p>
      <w:r>
        <w:rPr>
          <w:b/>
        </w:rPr>
        <w:t xml:space="preserve">[1:36:19] </w:t>
      </w:r>
      <w:r>
        <w:t>ki nijat yaqini hai koi yahoodi kabhi jahannum ki aag mein nahi dala jayega</w:t>
      </w:r>
    </w:p>
    <w:p>
      <w:pPr>
        <w:jc w:val="right"/>
      </w:pPr>
      <w:r>
        <w:t>کی نجات یقینی ہے کوئی یہودی کبھی جہنم کی اگ میں نہیں ڈالا جائے گا</w:t>
      </w:r>
    </w:p>
    <w:p>
      <w:r>
        <w:rPr>
          <w:b/>
        </w:rPr>
        <w:t xml:space="preserve">[1:36:29] </w:t>
      </w:r>
      <w:r>
        <w:t>woh apne ko pakiza thahrate hain halankeh Allah jis ko chahe pakiza thahraye</w:t>
      </w:r>
    </w:p>
    <w:p>
      <w:pPr>
        <w:jc w:val="right"/>
      </w:pPr>
      <w:r>
        <w:t>وہ اپنے کو پاکیزہ ٹھہراتے ہیں حالانکہ اللہ جس کو چاہے پاکیزہ ٹھہرائے</w:t>
      </w:r>
    </w:p>
    <w:p>
      <w:r>
        <w:rPr>
          <w:b/>
        </w:rPr>
        <w:t xml:space="preserve">[1:36:39] </w:t>
      </w:r>
      <w:r>
        <w:t>yeh faqra is khayal ki tardeed hai matlab yeh hai ke kisi nasal ya giroh se wabastagi ki</w:t>
      </w:r>
    </w:p>
    <w:p>
      <w:pPr>
        <w:jc w:val="right"/>
      </w:pPr>
      <w:r>
        <w:t>یہ فقرہ اس خیال کی تردید ہے مطلب یہ ہے کہ کسی نسل یا گروہ سے وابستگی کی</w:t>
      </w:r>
    </w:p>
    <w:p>
      <w:r>
        <w:rPr>
          <w:b/>
        </w:rPr>
        <w:t xml:space="preserve">[1:36:45] </w:t>
      </w:r>
      <w:r>
        <w:t>bina par kisi ko fazilat ya sharaf nahi mil jata balkeh is ka taalluq Khuda ke qanoon-e-adl</w:t>
      </w:r>
    </w:p>
    <w:p>
      <w:pPr>
        <w:jc w:val="right"/>
      </w:pPr>
      <w:r>
        <w:t>بنا پر کسی کو فضیلت یا شرف نہیں مل جاتا بلکہ اس کا تعلق خدا کے قانون عدل</w:t>
      </w:r>
    </w:p>
    <w:p>
      <w:r>
        <w:rPr>
          <w:b/>
        </w:rPr>
        <w:t xml:space="preserve">[1:36:54] </w:t>
      </w:r>
      <w:r>
        <w:t>se hai jo shakhs khodai qanoon ke mutabiq apne ko sharaf ka mustahiq sabit kar de woh sharaf</w:t>
      </w:r>
    </w:p>
    <w:p>
      <w:pPr>
        <w:jc w:val="right"/>
      </w:pPr>
      <w:r>
        <w:t>سے ہے جو شخص خدائی قانون کے مطابق اپنے کو شرف کا مستحق ثابت کر دے وہ شرف</w:t>
      </w:r>
    </w:p>
    <w:p>
      <w:r>
        <w:rPr>
          <w:b/>
        </w:rPr>
        <w:t xml:space="preserve">[1:37:03] </w:t>
      </w:r>
      <w:r>
        <w:t>wala hai aur jo shakhs apne amal se apne ko mustahiq sabit na kar sake woh mahaz kisi</w:t>
      </w:r>
    </w:p>
    <w:p>
      <w:pPr>
        <w:jc w:val="right"/>
      </w:pPr>
      <w:r>
        <w:t>والا ہے اور جو شخص اپنے عمل سے اپنے کو مستحق ثابت نہ کر سکے وہ محض کسی</w:t>
      </w:r>
    </w:p>
    <w:p>
      <w:r>
        <w:rPr>
          <w:b/>
        </w:rPr>
        <w:t xml:space="preserve">[1:37:12] </w:t>
      </w:r>
      <w:r>
        <w:t>giroh se wabastagi ki bina par sharaf ka malik nahi ban jayega</w:t>
      </w:r>
    </w:p>
    <w:p>
      <w:pPr>
        <w:jc w:val="right"/>
      </w:pPr>
      <w:r>
        <w:t>گروہ سے وابستگی کی بنا پر شرف کا مالک نہیں بن جائے گا</w:t>
      </w:r>
    </w:p>
    <w:p>
      <w:r>
        <w:rPr>
          <w:b/>
        </w:rPr>
        <w:t xml:space="preserve">[1:37:19] </w:t>
      </w:r>
      <w:r>
        <w:t>girohi nijat ka aqeedah khwah yahoodi qaim karein</w:t>
      </w:r>
    </w:p>
    <w:p>
      <w:pPr>
        <w:jc w:val="right"/>
      </w:pPr>
      <w:r>
        <w:t>گروہی نجات کا عقیدہ خواہ یہودی قائم کریں</w:t>
      </w:r>
    </w:p>
    <w:p>
      <w:r>
        <w:rPr>
          <w:b/>
        </w:rPr>
        <w:t xml:space="preserve">[1:37:24] </w:t>
      </w:r>
      <w:r>
        <w:t>ya koi aur aisa aqeedah bana le</w:t>
      </w:r>
    </w:p>
    <w:p>
      <w:pPr>
        <w:jc w:val="right"/>
      </w:pPr>
      <w:r>
        <w:t>یا کوئی اور ایسا عقیدہ بنا لے</w:t>
      </w:r>
    </w:p>
    <w:p>
      <w:r>
        <w:rPr>
          <w:b/>
        </w:rPr>
        <w:t xml:space="preserve">[1:37:30] </w:t>
      </w:r>
      <w:r>
        <w:t>woh sarasar batil hai jo log aisa aqeedah banate hain woh is ko Khuda ki taraf mansoob karte</w:t>
      </w:r>
    </w:p>
    <w:p>
      <w:pPr>
        <w:jc w:val="right"/>
      </w:pPr>
      <w:r>
        <w:t>وہ سراسر باطل ہے جو لوگ ایسا عقیدہ بناتے ہیں وہ اس کو خدا کی طرف منسوب کرتے</w:t>
      </w:r>
    </w:p>
    <w:p>
      <w:r>
        <w:rPr>
          <w:b/>
        </w:rPr>
        <w:t xml:space="preserve">[1:37:38] </w:t>
      </w:r>
      <w:r>
        <w:t>hain magar yeh Khuda par jhoot lagana hai kyunke Khuda ne kabhi aisi taleem nahi di</w:t>
      </w:r>
    </w:p>
    <w:p>
      <w:pPr>
        <w:jc w:val="right"/>
      </w:pPr>
      <w:r>
        <w:t>ہیں مگر یہ خدا پر جھوٹ لگانا ہے کیونکہ خدا نے کبھی ایسی تعلیم نہیں دی</w:t>
      </w:r>
    </w:p>
    <w:p>
      <w:r>
        <w:rPr>
          <w:b/>
        </w:rPr>
        <w:t xml:space="preserve">[1:37:49] </w:t>
      </w:r>
      <w:r>
        <w:t>Khuda agar aik insaan aur doosre insaan mein girohi taalluq ki bina par farq karne lage to yeh</w:t>
      </w:r>
    </w:p>
    <w:p>
      <w:pPr>
        <w:jc w:val="right"/>
      </w:pPr>
      <w:r>
        <w:t>خدا اگر ایک انسان اور دوسرے انسان میں گروہی تعلق کی بنا پر فرق کرنے لگے تو یہ</w:t>
      </w:r>
    </w:p>
    <w:p>
      <w:r>
        <w:rPr>
          <w:b/>
        </w:rPr>
        <w:t xml:space="preserve">[1:37:56] </w:t>
      </w:r>
      <w:r>
        <w:t>zulm hoga aur Khuda sarasar adil hai woh kabhi kisi ke sath zulm karne wala nahi</w:t>
      </w:r>
    </w:p>
    <w:p>
      <w:pPr>
        <w:jc w:val="right"/>
      </w:pPr>
      <w:r>
        <w:t>ظلم ہوگا اور خدا سراسر عدل ہے وہ کبھی کسی کے ساتھ ظلم کرنے والا نہیں</w:t>
      </w:r>
    </w:p>
    <w:p>
      <w:r>
        <w:rPr>
          <w:b/>
        </w:rPr>
        <w:t xml:space="preserve">[1:38:07] </w:t>
      </w:r>
      <w:r>
        <w:t>alm</w:t>
      </w:r>
    </w:p>
    <w:p>
      <w:pPr>
        <w:jc w:val="right"/>
      </w:pPr>
      <w:r>
        <w:t>الم</w:t>
      </w:r>
    </w:p>
    <w:p>
      <w:r>
        <w:rPr>
          <w:b/>
        </w:rPr>
        <w:t xml:space="preserve">[1:38:07] </w:t>
      </w:r>
      <w:r>
        <w:t>tarrallazeena ootoo naseeban minal kitabi yoominoon bil jibti wata ghoti wa yaqooloon lillazeena kafaroo</w:t>
      </w:r>
    </w:p>
    <w:p>
      <w:pPr>
        <w:jc w:val="right"/>
      </w:pPr>
      <w:r>
        <w:t>تر الذین اوتو نصیبا من الکتاب یومنون بالجبت والطاغوت ويقولون للذین کفروا</w:t>
      </w:r>
    </w:p>
    <w:p>
      <w:r>
        <w:rPr>
          <w:b/>
        </w:rPr>
        <w:t xml:space="preserve">[1:38:20] </w:t>
      </w:r>
      <w:r>
        <w:t>wa yaqooloon lillazeena kafaroo haolaa</w:t>
      </w:r>
    </w:p>
    <w:p>
      <w:pPr>
        <w:jc w:val="right"/>
      </w:pPr>
      <w:r>
        <w:t>ويقولون للذین کفروا هؤلاء</w:t>
      </w:r>
    </w:p>
    <w:p>
      <w:r>
        <w:rPr>
          <w:b/>
        </w:rPr>
        <w:t xml:space="preserve">[1:38:27] </w:t>
      </w:r>
      <w:r>
        <w:t>ahda minal lazeena amanoo sabeela</w:t>
      </w:r>
    </w:p>
    <w:p>
      <w:pPr>
        <w:jc w:val="right"/>
      </w:pPr>
      <w:r>
        <w:t>اهدى من الذین امنوا سبیلا</w:t>
      </w:r>
    </w:p>
    <w:p>
      <w:r>
        <w:rPr>
          <w:b/>
        </w:rPr>
        <w:t xml:space="preserve">[1:38:32] </w:t>
      </w:r>
      <w:r>
        <w:t>olaaika allazeena laan humullah</w:t>
      </w:r>
    </w:p>
    <w:p>
      <w:pPr>
        <w:jc w:val="right"/>
      </w:pPr>
      <w:r>
        <w:t>اولئک الذین لعنہم اللہ</w:t>
      </w:r>
    </w:p>
    <w:p>
      <w:r>
        <w:rPr>
          <w:b/>
        </w:rPr>
        <w:t xml:space="preserve">[1:38:40] </w:t>
      </w:r>
      <w:r>
        <w:t>waman yal anullaha falana tajid laho naseera</w:t>
      </w:r>
    </w:p>
    <w:p>
      <w:pPr>
        <w:jc w:val="right"/>
      </w:pPr>
      <w:r>
        <w:t>ومنیلعن اللہ فلن تجد له نصیرا</w:t>
      </w:r>
    </w:p>
    <w:p>
      <w:r>
        <w:rPr>
          <w:b/>
        </w:rPr>
        <w:t xml:space="preserve">[1:38:47] </w:t>
      </w:r>
      <w:r>
        <w:t>am laihim naseeb</w:t>
      </w:r>
    </w:p>
    <w:p>
      <w:pPr>
        <w:jc w:val="right"/>
      </w:pPr>
      <w:r>
        <w:t>ام لهم نصيب</w:t>
      </w:r>
    </w:p>
    <w:p>
      <w:r>
        <w:rPr>
          <w:b/>
        </w:rPr>
        <w:t xml:space="preserve">[1:38:49] </w:t>
      </w:r>
      <w:r>
        <w:t>min al mulk faiza la yutoon</w:t>
      </w:r>
    </w:p>
    <w:p>
      <w:pPr>
        <w:jc w:val="right"/>
      </w:pPr>
      <w:r>
        <w:t>من الملك فاذا لا یؤتون</w:t>
      </w:r>
    </w:p>
    <w:p>
      <w:r>
        <w:rPr>
          <w:b/>
        </w:rPr>
        <w:t xml:space="preserve">[1:38:53] </w:t>
      </w:r>
      <w:r>
        <w:t>al naas naqeera am yahsadoon</w:t>
      </w:r>
    </w:p>
    <w:p>
      <w:pPr>
        <w:jc w:val="right"/>
      </w:pPr>
      <w:r>
        <w:t>الناس نقیرا ام یحسدون</w:t>
      </w:r>
    </w:p>
    <w:p>
      <w:r>
        <w:rPr>
          <w:b/>
        </w:rPr>
        <w:t xml:space="preserve">[1:38:58] </w:t>
      </w:r>
      <w:r>
        <w:t>al naas ala ma</w:t>
      </w:r>
    </w:p>
    <w:p>
      <w:pPr>
        <w:jc w:val="right"/>
      </w:pPr>
      <w:r>
        <w:t>الناس على ما</w:t>
      </w:r>
    </w:p>
    <w:p>
      <w:r>
        <w:rPr>
          <w:b/>
        </w:rPr>
        <w:t xml:space="preserve">[1:39:01] </w:t>
      </w:r>
      <w:r>
        <w:t>atahumu allahu min fadlihi</w:t>
      </w:r>
    </w:p>
    <w:p>
      <w:pPr>
        <w:jc w:val="right"/>
      </w:pPr>
      <w:r>
        <w:t>اتاهم الله من فضله</w:t>
      </w:r>
    </w:p>
    <w:p>
      <w:r>
        <w:rPr>
          <w:b/>
        </w:rPr>
        <w:t xml:space="preserve">[1:39:05] </w:t>
      </w:r>
      <w:r>
        <w:t>faqad atayna al ibraheem al kitab wal hikmata wa ataynahum</w:t>
      </w:r>
    </w:p>
    <w:p>
      <w:pPr>
        <w:jc w:val="right"/>
      </w:pPr>
      <w:r>
        <w:t>فقد اتينا ال ابراهيم الكتاب والحكمه واتيناهم</w:t>
      </w:r>
    </w:p>
    <w:p>
      <w:r>
        <w:rPr>
          <w:b/>
        </w:rPr>
        <w:t xml:space="preserve">[1:39:15] </w:t>
      </w:r>
      <w:r>
        <w:t>mulkan azeema faminhum</w:t>
      </w:r>
    </w:p>
    <w:p>
      <w:pPr>
        <w:jc w:val="right"/>
      </w:pPr>
      <w:r>
        <w:t>ملكا عظيما فمنهم</w:t>
      </w:r>
    </w:p>
    <w:p>
      <w:r>
        <w:rPr>
          <w:b/>
        </w:rPr>
        <w:t xml:space="preserve">[1:39:20] </w:t>
      </w:r>
      <w:r>
        <w:t>man amana bihi waminhum</w:t>
      </w:r>
    </w:p>
    <w:p>
      <w:pPr>
        <w:jc w:val="right"/>
      </w:pPr>
      <w:r>
        <w:t>من امن به ومنهم</w:t>
      </w:r>
    </w:p>
    <w:p>
      <w:r>
        <w:rPr>
          <w:b/>
        </w:rPr>
        <w:t xml:space="preserve">[1:39:23] </w:t>
      </w:r>
      <w:r>
        <w:t>man sadda anhu</w:t>
      </w:r>
    </w:p>
    <w:p>
      <w:pPr>
        <w:jc w:val="right"/>
      </w:pPr>
      <w:r>
        <w:t>من صد عنه</w:t>
      </w:r>
    </w:p>
    <w:p>
      <w:r>
        <w:rPr>
          <w:b/>
        </w:rPr>
        <w:t xml:space="preserve">[1:39:26] </w:t>
      </w:r>
      <w:r>
        <w:t>wa kafa</w:t>
      </w:r>
    </w:p>
    <w:p>
      <w:pPr>
        <w:jc w:val="right"/>
      </w:pPr>
      <w:r>
        <w:t>وكفى</w:t>
      </w:r>
    </w:p>
    <w:p>
      <w:r>
        <w:rPr>
          <w:b/>
        </w:rPr>
        <w:t xml:space="preserve">[1:39:27] </w:t>
      </w:r>
      <w:r>
        <w:t>bijahannama saeera inna allazeena kafaroo bi ayatina sawfa nuṣleehim narā</w:t>
      </w:r>
    </w:p>
    <w:p>
      <w:pPr>
        <w:jc w:val="right"/>
      </w:pPr>
      <w:r>
        <w:t>بجهنم سعيرا ان الذين كفروا باياتنا سوف نصليهم نارا</w:t>
      </w:r>
    </w:p>
    <w:p>
      <w:r>
        <w:rPr>
          <w:b/>
        </w:rPr>
        <w:t xml:space="preserve">[1:39:40] </w:t>
      </w:r>
      <w:r>
        <w:t>kullama naḍijat julooduhum</w:t>
      </w:r>
    </w:p>
    <w:p>
      <w:pPr>
        <w:jc w:val="right"/>
      </w:pPr>
      <w:r>
        <w:t>كلما نضجت جلودهم</w:t>
      </w:r>
    </w:p>
    <w:p>
      <w:r>
        <w:rPr>
          <w:b/>
        </w:rPr>
        <w:t xml:space="preserve">[1:39:43] </w:t>
      </w:r>
      <w:r>
        <w:t>baddalnahum juloodan baddalnahum juloodan ghayra liyaḍooqoo al azaab</w:t>
      </w:r>
    </w:p>
    <w:p>
      <w:pPr>
        <w:jc w:val="right"/>
      </w:pPr>
      <w:r>
        <w:t>بدلناهم جلودا بدلناهم جلودا غيرها ليذوقوا العذاب</w:t>
      </w:r>
    </w:p>
    <w:p>
      <w:r>
        <w:rPr>
          <w:b/>
        </w:rPr>
        <w:t xml:space="preserve">[1:39:54] </w:t>
      </w:r>
      <w:r>
        <w:t>inna allaha kana azeezan hakeema</w:t>
      </w:r>
    </w:p>
    <w:p>
      <w:pPr>
        <w:jc w:val="right"/>
      </w:pPr>
      <w:r>
        <w:t>ان الله كان عزيزا حكيما</w:t>
      </w:r>
    </w:p>
    <w:p>
      <w:r>
        <w:rPr>
          <w:b/>
        </w:rPr>
        <w:t xml:space="preserve">[1:40:01] </w:t>
      </w:r>
      <w:r>
        <w:t>wallazeena amanoo wa amiloo al ṣaliḥati sanudkhiluhum jannatin</w:t>
      </w:r>
    </w:p>
    <w:p>
      <w:pPr>
        <w:jc w:val="right"/>
      </w:pPr>
      <w:r>
        <w:t>والذين امنوا وعملوا الصالحات سندخلهم جنات</w:t>
      </w:r>
    </w:p>
    <w:p>
      <w:r>
        <w:rPr>
          <w:b/>
        </w:rPr>
        <w:t xml:space="preserve">[1:40:08] </w:t>
      </w:r>
      <w:r>
        <w:t>tajree min taḥtiha al anhāru khalideena</w:t>
      </w:r>
    </w:p>
    <w:p>
      <w:pPr>
        <w:jc w:val="right"/>
      </w:pPr>
      <w:r>
        <w:t>تجري من تحتها الانهار خالدين</w:t>
      </w:r>
    </w:p>
    <w:p>
      <w:r>
        <w:rPr>
          <w:b/>
        </w:rPr>
        <w:t xml:space="preserve">[1:40:13] </w:t>
      </w:r>
      <w:r>
        <w:t>fiha khaleena fiha abada lahum fiha azwajun mutahharatun wanudkhiluhum zillan zaleela</w:t>
      </w:r>
    </w:p>
    <w:p>
      <w:pPr>
        <w:jc w:val="right"/>
      </w:pPr>
      <w:r>
        <w:t>فيها خالدين فيها ابدا لهم فيها ازواج مطهره وندخلهم ظلا ظليلا</w:t>
      </w:r>
    </w:p>
    <w:p>
      <w:r>
        <w:rPr>
          <w:b/>
        </w:rPr>
        <w:t xml:space="preserve">[1:40:32] </w:t>
      </w:r>
      <w:r>
        <w:t>kya tum ne un logon ko nahi dekha jinhein kitab se hissa mila tha woh jibt aur taghoot ko mante hain aur kafiron ke mutaliq kehte hain ke woh musalmanon se zyada sahih raste par hain yahi log hain jin par Allah ne lanat ki hai aur jis par Allah lanat kare tum us ka koi madadgar na paoge</w:t>
      </w:r>
    </w:p>
    <w:p>
      <w:pPr>
        <w:jc w:val="right"/>
      </w:pPr>
      <w:r>
        <w:t>کیا تم نے ان لوگوں کو نہیں دیکھا جنہیں کتاب سے حصہ ملا تھا وہ جبت اور طاغوت کو مانتے ہیں اور کافروں کے متعلق کہتے ہیں کہ وہ مسلمانوں سے زیادہ صحیح راستے پر ہیں یہی لوگ ہیں جن پر اللہ نے لعنت کی ہے اور جس پر اللہ لعنت کرے تم اس کا کوئی مددگار نہ پاؤ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