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3 Al-‘Imran (The Family of ‘Imran) verses 144-200</w:t>
      </w:r>
    </w:p>
    <w:p>
      <w:r>
        <w:t>https://www.youtube.com/watch?v=DKOVuasll_Q</w:t>
      </w:r>
    </w:p>
    <w:p>
      <w:r>
        <w:rPr>
          <w:b/>
        </w:rPr>
        <w:t xml:space="preserve">[00:02] </w:t>
      </w:r>
      <w:r>
        <w:t>wa ma muhammadun illa rasoolun qad khalat min qablihi ar rusul, afain mata au qutila inqalabtum ala a qabikum?</w:t>
      </w:r>
    </w:p>
    <w:p>
      <w:pPr>
        <w:jc w:val="right"/>
      </w:pPr>
      <w:r>
        <w:t>وما محمد إلا رسول قد خلت من قبله الرسل، أفإن مات أو قتل انقلبتم على أعقابكم؟</w:t>
      </w:r>
    </w:p>
    <w:p>
      <w:r>
        <w:rPr>
          <w:b/>
        </w:rPr>
        <w:t xml:space="preserve">[00:22] </w:t>
      </w:r>
      <w:r>
        <w:t>wa may yanqalib ala aqbayhi falan yadurrallaha shay an, wa sayajzee Allahu ash shakireen.</w:t>
      </w:r>
    </w:p>
    <w:p>
      <w:pPr>
        <w:jc w:val="right"/>
      </w:pPr>
      <w:r>
        <w:t>ومن ينقلب على عقبيه فلن يضر الله شيئًا، وسيجزي الله الشاكرين.</w:t>
      </w:r>
    </w:p>
    <w:p>
      <w:r>
        <w:rPr>
          <w:b/>
        </w:rPr>
        <w:t xml:space="preserve">[00:37] </w:t>
      </w:r>
      <w:r>
        <w:t>wa ma kana li nafs in tamoot illa bi izn allahi kitaban mujjala, wa man yurid thawab ad dunya nu'tihi minha, wa man yurid thawab al akhirah nu'tihi minha,</w:t>
      </w:r>
    </w:p>
    <w:p>
      <w:pPr>
        <w:jc w:val="right"/>
      </w:pPr>
      <w:r>
        <w:t>وما كان لنفس أن تموت إلا بإذن الله كتابًا مؤجلًا، ومن يرد ثواب الدنيا نؤته منها، ومن يرد ثواب الآخرة نؤته منها،</w:t>
      </w:r>
    </w:p>
    <w:p>
      <w:r>
        <w:rPr>
          <w:b/>
        </w:rPr>
        <w:t xml:space="preserve">[00:59] </w:t>
      </w:r>
      <w:r>
        <w:t>wa sanajzi ash shakireen.</w:t>
      </w:r>
    </w:p>
    <w:p>
      <w:pPr>
        <w:jc w:val="right"/>
      </w:pPr>
      <w:r>
        <w:t>وسنجزي الشاكرين.</w:t>
      </w:r>
    </w:p>
    <w:p>
      <w:r>
        <w:rPr>
          <w:b/>
        </w:rPr>
        <w:t xml:space="preserve">[01:05] </w:t>
      </w:r>
      <w:r>
        <w:t>wa ka ay min nabiy qatala ma'ahu rabiyyun kathirun fa ma wahanu lima asabuhum, fa ma wahanu lima asabuhum fi sabil allahi wa ma da'ufu wa ma istakanu,</w:t>
      </w:r>
    </w:p>
    <w:p>
      <w:pPr>
        <w:jc w:val="right"/>
      </w:pPr>
      <w:r>
        <w:t>وكأي من نبي قاتل معه ربيون كثير فما وهنوا لما أصابهم، فما وهنوا لما أصابهم في سبيل الله وما ضعفوا وما استكانوا،</w:t>
      </w:r>
    </w:p>
    <w:p>
      <w:r>
        <w:rPr>
          <w:b/>
        </w:rPr>
        <w:t xml:space="preserve">[01:30] </w:t>
      </w:r>
      <w:r>
        <w:t>wallahu yuhibbu as sabireen. wa ma kana qauluhum illa</w:t>
      </w:r>
    </w:p>
    <w:p>
      <w:pPr>
        <w:jc w:val="right"/>
      </w:pPr>
      <w:r>
        <w:t>والله يحب الصابرين. وما كان قولهم إلا</w:t>
      </w:r>
    </w:p>
    <w:p>
      <w:r>
        <w:rPr>
          <w:b/>
        </w:rPr>
        <w:t xml:space="preserve">[01:41] </w:t>
      </w:r>
      <w:r>
        <w:t>an qalu: rabbana ighfir lana thunubana wa israfana fi amrina, wa thabbit aqdamana, wa thabbit aqdamana, wan surna 'ala al qaum al kafireen.</w:t>
      </w:r>
    </w:p>
    <w:p>
      <w:pPr>
        <w:jc w:val="right"/>
      </w:pPr>
      <w:r>
        <w:t>أن قالوا: ربنا اغفر لنا ذنوبنا وإسرافنا في أمرنا، وثبت أقدامنا، وثبت أقدامنا، وانصرنا على القوم الكافرين.</w:t>
      </w:r>
    </w:p>
    <w:p>
      <w:r>
        <w:rPr>
          <w:b/>
        </w:rPr>
        <w:t xml:space="preserve">[02:02] </w:t>
      </w:r>
      <w:r>
        <w:t>fa atahum allahu thawab ad dunya wa husna thawab al akhirah, wallahu yuhibbu al muhsineen.</w:t>
      </w:r>
    </w:p>
    <w:p>
      <w:pPr>
        <w:jc w:val="right"/>
      </w:pPr>
      <w:r>
        <w:t>فآتاهم الله ثواب الدنيا وحسن ثواب الآخرة، والله يحب المحسنين.</w:t>
      </w:r>
    </w:p>
    <w:p>
      <w:r>
        <w:rPr>
          <w:b/>
        </w:rPr>
        <w:t xml:space="preserve">[02:16] </w:t>
      </w:r>
      <w:r>
        <w:t>muhammad bas aik rasool hain, un se pehle bhi rasool guzar chuke hain, phir kya? agar woh mar jayen ya qatl kar diye jayen to tum ulte paon phir jaoge, aur jo shakhs phir jaye woh Allah ka kuch nahi bigarega, aur Allah shukr guzaroon ko badla dega.</w:t>
      </w:r>
    </w:p>
    <w:p>
      <w:pPr>
        <w:jc w:val="right"/>
      </w:pPr>
      <w:r>
        <w:t>محمد بس ایک رسول ہیں، ان سے پہلے بھی رسول گزر چکے ہیں، پھر کیا؟ اگر وہ مر جائیں یا قتل کر دیے جائیں تو تم الٹے پاؤں پھر جاؤ گے، اور جو شخص پھر جائے وہ اللہ کا کچھ نہیں بگاڑے گا، اور اللہ شکر گزاروں کو بدلہ دے گا۔</w:t>
      </w:r>
    </w:p>
    <w:p>
      <w:r>
        <w:rPr>
          <w:b/>
        </w:rPr>
        <w:t xml:space="preserve">[02:37] </w:t>
      </w:r>
      <w:r>
        <w:t>aur koi jaan mar nahi sakti baghair Allah ke hukum ke, Allah ka likha hua wa'da hai, aur jo shakhs dunya ka faida chahta hai us ko hum dunya mein se de dete hain, aur jo akhirat ka faida chahta hai us ko hum akhirat mein se de dete hain,</w:t>
      </w:r>
    </w:p>
    <w:p>
      <w:pPr>
        <w:jc w:val="right"/>
      </w:pPr>
      <w:r>
        <w:t>اور کوئی جان مر نہیں سکتی بغیر اللہ کے حکم کے، اللہ کا لکھا ہوا وعدہ ہے، اور جو شخص دنیا کا فائدہ چاہتا ہے اس کو ہم دنیا میں سے دے دیتے ہیں، اور جو آخرت کا فائدہ چاہتا ہے اس کو ہم آخرت میں سے دے دیتے ہیں،</w:t>
      </w:r>
    </w:p>
    <w:p>
      <w:r>
        <w:rPr>
          <w:b/>
        </w:rPr>
        <w:t xml:space="preserve">[03:03] </w:t>
      </w:r>
      <w:r>
        <w:t>aur shukr karne walon ko hum un ka badla zaroor ata karenge. aur kitne nabi hain jin ke sath ho kar bohat se Allah walon ne jang ki, Allah ki rah mein jo musibatein un par padin un se na woh past himmat hue, na unhon ne kamzori dikhai,</w:t>
      </w:r>
    </w:p>
    <w:p>
      <w:pPr>
        <w:jc w:val="right"/>
      </w:pPr>
      <w:r>
        <w:t>اور شکر کرنے والوں کو ہم ان کا بدلہ ضرور عطا کریں گے۔ اور کتنے نبی ہیں جن کے ساتھ ہو کر بہت سے اللہ والوں نے جنگ کی، اللہ کی راہ میں جو مصیبتیں ان پر پڑیں ان سے نہ وہ پست ہمت ہوئے، نہ انہوں نے کمزوری دکھائی،</w:t>
      </w:r>
    </w:p>
    <w:p>
      <w:r>
        <w:rPr>
          <w:b/>
        </w:rPr>
        <w:t xml:space="preserve">[03:25] </w:t>
      </w:r>
      <w:r>
        <w:t>aur na woh dabe, aur Allah sabr karne walon ko dost rakhta hai. un ki zaban se is ke siwa kuch aur na nikla ke: aey</w:t>
      </w:r>
    </w:p>
    <w:p>
      <w:pPr>
        <w:jc w:val="right"/>
      </w:pPr>
      <w:r>
        <w:t>اور نہ وہ دبے، اور اللہ صبر کرنے والوں کو دوست رکھتا ہے۔ ان کی زبان سے اس کے سوا کچھ اور نہ نکلا کہ: اے</w:t>
      </w:r>
    </w:p>
    <w:p>
      <w:r>
        <w:rPr>
          <w:b/>
        </w:rPr>
        <w:t xml:space="preserve">[03:36] </w:t>
      </w:r>
      <w:r>
        <w:t>hamare rab! hamare gunahon ko bakhsh de, aur hamare kaam mein hum se jo ziyadati hui us ko maaf farma, aur hum ko sabit qadam rakh, aur munkir qaum ke muqable mein hamari madad farma.</w:t>
      </w:r>
    </w:p>
    <w:p>
      <w:pPr>
        <w:jc w:val="right"/>
      </w:pPr>
      <w:r>
        <w:t>ہمارے رب! ہمارے گناہوں کو بخش دے، اور ہمارے کام میں ہم سے جو زیادتی ہوئی اس کو معاف فرما، اور ہم کو ثابت قدم رکھ، اور منکر قوم کے مقابلے میں ہماری مدد فرما۔</w:t>
      </w:r>
    </w:p>
    <w:p>
      <w:r>
        <w:rPr>
          <w:b/>
        </w:rPr>
        <w:t xml:space="preserve">[03:51] </w:t>
      </w:r>
      <w:r>
        <w:t>pas Allah ne un ko dunya ka badla bhi diya, aur akhirat ka acha badla bhi, aur Allah neki karne walon ko dost rakhta hai.</w:t>
      </w:r>
    </w:p>
    <w:p>
      <w:pPr>
        <w:jc w:val="right"/>
      </w:pPr>
      <w:r>
        <w:t>پس اللہ نے ان کو دنیا کا بدلہ بھی دیا، اور آخرت کا اچھا بدلہ بھی، اور اللہ نیکی کرنے والوں کو دوست رکھتا ہے۔</w:t>
      </w:r>
    </w:p>
    <w:p>
      <w:r>
        <w:rPr>
          <w:b/>
        </w:rPr>
        <w:t xml:space="preserve">[04:08] </w:t>
      </w:r>
      <w:r>
        <w:t>tashreeh: uhud ki jang mein yeh khabar mashhoor hui ke rasool Allah sal Allah alaihi wasallam shaheed ho gaye.</w:t>
      </w:r>
    </w:p>
    <w:p>
      <w:pPr>
        <w:jc w:val="right"/>
      </w:pPr>
      <w:r>
        <w:t>تشریح: احد کی جنگ میں یہ خبر مشہور ہوئی کہ رسول اللہ صلی اللہ علیہ وسلم شہید ہو گئے۔</w:t>
      </w:r>
    </w:p>
    <w:p>
      <w:r>
        <w:rPr>
          <w:b/>
        </w:rPr>
        <w:t xml:space="preserve">[04:18] </w:t>
      </w:r>
      <w:r>
        <w:t>us waqt kuch musalmanon mein past himmati paida hui, magar Allah ke haqeeqi bande woh hain jin ki deendari kisi shakhsiyat ke upar qaim na ho.</w:t>
      </w:r>
    </w:p>
    <w:p>
      <w:pPr>
        <w:jc w:val="right"/>
      </w:pPr>
      <w:r>
        <w:t>اس وقت کچھ مسلمانوں میں پست ہمتی پیدا ہوئی، مگر اللہ کے حقیقی بندے وہ ہیں جن کی دینداری کسی شخصیت کے اوپر قائم نہ ہو۔</w:t>
      </w:r>
    </w:p>
    <w:p>
      <w:r>
        <w:rPr>
          <w:b/>
        </w:rPr>
        <w:t xml:space="preserve">[04:30] </w:t>
      </w:r>
      <w:r>
        <w:t>Allah ko woh deendari matloob hai jabke banda apni sari rooh aur sari jaan ke sath sirf aik Allah ke sath jud jaye.</w:t>
      </w:r>
    </w:p>
    <w:p>
      <w:pPr>
        <w:jc w:val="right"/>
      </w:pPr>
      <w:r>
        <w:t>اللہ کو وہ دینداری مطلوب ہے جبکہ بندہ اپنی ساری روح اور ساری جان کے ساتھ صرف ایک اللہ کے ساتھ جڑ جائے۔</w:t>
      </w:r>
    </w:p>
    <w:p>
      <w:r>
        <w:rPr>
          <w:b/>
        </w:rPr>
        <w:t xml:space="preserve">[04:42] </w:t>
      </w:r>
      <w:r>
        <w:t>momin woh hai jo Islam ko is ki usooli sadaqat ki bina par pakde, na ke kisi shakhsiyat ke sahare ki bina par.</w:t>
      </w:r>
    </w:p>
    <w:p>
      <w:pPr>
        <w:jc w:val="right"/>
      </w:pPr>
      <w:r>
        <w:t>مومن وہ ہے جو اسلام کو اس کی اصولی صداقت کی بنا پر پکڑے، نہ کہ کسی شخصیت کے سہارے کی بنا پر۔</w:t>
      </w:r>
    </w:p>
    <w:p>
      <w:r>
        <w:rPr>
          <w:b/>
        </w:rPr>
        <w:t xml:space="preserve">[04:53] </w:t>
      </w:r>
      <w:r>
        <w:t>jo shakhs is tarah Islam ko pata hai us ke liye Islam aik aisi nemat ban jata hai jis ke liye us ki rooh ke andar shukr ka darya moajzan ho jaye.</w:t>
      </w:r>
    </w:p>
    <w:p>
      <w:pPr>
        <w:jc w:val="right"/>
      </w:pPr>
      <w:r>
        <w:t>جو شخص اس طرح اسلام کو پاتا ہے اس کے لیے اسلام ایک ایسی نعمت بن جاتا ہے جس کے لیے اس کی روح کے اندر شکر کا دریا موجزن ہو جائے۔</w:t>
      </w:r>
    </w:p>
    <w:p>
      <w:r>
        <w:rPr>
          <w:b/>
        </w:rPr>
        <w:t xml:space="preserve">[05:07] </w:t>
      </w:r>
      <w:r>
        <w:t>woh dunya ke bajaye akhirat ko sab kuch samajhne lagta hai. zindagi is ke liye aik aisi napayedar cheez ban jati hai jo kisi bhi lamha maut se dochar hone wali ho.</w:t>
      </w:r>
    </w:p>
    <w:p>
      <w:pPr>
        <w:jc w:val="right"/>
      </w:pPr>
      <w:r>
        <w:t>وہ دنیا کے بجائے آخرت کو سب کچھ سمجھنے لگتا ہے۔ زندگی اس کے لیے ایک ایسی ناپائیدار چیز بن جاتی ہے جو کسی بھی لمحہ موت سے دوچار ہونے والی ہو۔</w:t>
      </w:r>
    </w:p>
    <w:p>
      <w:r>
        <w:rPr>
          <w:b/>
        </w:rPr>
        <w:t xml:space="preserve">[05:23] </w:t>
      </w:r>
      <w:r>
        <w:t>woh kainat ko aik aese khudaai karkhane ki hesiyat se dekhta hai jahan har waqea Khuda ke izn ke tehat ho raha hai, jahan dene wala bhi wohi hai aur chheen ne wala bhi wohi.</w:t>
      </w:r>
    </w:p>
    <w:p>
      <w:pPr>
        <w:jc w:val="right"/>
      </w:pPr>
      <w:r>
        <w:t>وہ کائنات کو ایک ایسے خدائی کارخانے کی حیثیت سے دیکھتا ہے جہاں ہر واقعہ خدا کے اذن کے تحت ہو رہا ہے، جہاں دینے والا بھی وہی ہے اور چھیننے والا بھی وہی۔</w:t>
      </w:r>
    </w:p>
    <w:p>
      <w:r>
        <w:rPr>
          <w:b/>
        </w:rPr>
        <w:t xml:space="preserve">[05:39] </w:t>
      </w:r>
      <w:r>
        <w:t>aise hi log Allah ki rah ke sachche musafir hain. Allah agar chahta hai to dunya ka izzat o iqtadar bhi us ko de deta hai, aur akhirat ke azeem aur abadi in'amat to sirf inhi ke liye hain.</w:t>
      </w:r>
    </w:p>
    <w:p>
      <w:pPr>
        <w:jc w:val="right"/>
      </w:pPr>
      <w:r>
        <w:t>ایسے ہی لوگ اللہ کی راہ کے سچے مسافر ہیں۔ اللہ اگر چاہتا ہے تو دنیا کا عزت و اقتدار بھی اس کو دے دیتا ہے، اور آخرت کے عظیم اور ابدی انعامات تو صرف انہی کے لیے ہیں۔</w:t>
      </w:r>
    </w:p>
    <w:p>
      <w:r>
        <w:rPr>
          <w:b/>
        </w:rPr>
        <w:t xml:space="preserve">[05:58] </w:t>
      </w:r>
      <w:r>
        <w:t>taham yeh darja kisi ko sirf is waqt milta hai jabke woh har qism ke imtehan mein poora utre. is ke zahiri sahare kho jayen tab bhi woh Allah par apni nazrein jamaye rahe, jaan ka khatra bhi us ko past himmat na kar sake.</w:t>
      </w:r>
    </w:p>
    <w:p>
      <w:pPr>
        <w:jc w:val="right"/>
      </w:pPr>
      <w:r>
        <w:t>تاہم یہ درجہ کسی کو صرف اس وقت ملتا ہے جبکہ وہ ہر قسم کے امتحان میں پورا اترے۔ اس کے ظاہری سہارے کھو جائیں تب بھی وہ اللہ پر اپنی نظریں جمائے رہے، جان کا خطرہ بھی اس کو پست ہمت نہ کر سکے۔</w:t>
      </w:r>
    </w:p>
    <w:p>
      <w:r>
        <w:rPr>
          <w:b/>
        </w:rPr>
        <w:t xml:space="preserve">[06:17] </w:t>
      </w:r>
      <w:r>
        <w:t>dunya barbad ho rahi ho tab bhi woh peechhe na hate. is ke samne koi nuqsan aaye to us ko woh apni kotahi ka nateeja samajh kar Allah se maafi mange.</w:t>
      </w:r>
    </w:p>
    <w:p>
      <w:pPr>
        <w:jc w:val="right"/>
      </w:pPr>
      <w:r>
        <w:t>دنیا برباد ہو رہی ہو تب بھی وہ پیچھے نہ ہٹے۔ اس کے سامنے کوئی نقصان آئے تو اس کو وہ اپنی کوتاہی کا نتیجہ سمجھ کر اللہ سے معافی مانگے۔</w:t>
      </w:r>
    </w:p>
    <w:p>
      <w:r>
        <w:rPr>
          <w:b/>
        </w:rPr>
        <w:t xml:space="preserve">[06:31] </w:t>
      </w:r>
      <w:r>
        <w:t>koi faida mile to us ko Khuda ka in'am samajh kar shukr ada kare. momin ka yeh imtehan jo har roz liya ja raha hai kabhi in hila dene wale maqamat tak bhi pahunch jata hai jahan zindagi ki bazi lagi hui ho.</w:t>
      </w:r>
    </w:p>
    <w:p>
      <w:pPr>
        <w:jc w:val="right"/>
      </w:pPr>
      <w:r>
        <w:t>کوئی فائدہ ملے تو اس کو خدا کا انعام سمجھ کر شکر ادا کرے۔ مومن کا یہ امتحان جو ہر روز لیا جا رہا ہے کبھی ان ہلا دینے والے مقامات تک بھی پہنچ جاتا ہے جہاں زندگی کی بازی لگی ہوئی ہو۔</w:t>
      </w:r>
    </w:p>
    <w:p>
      <w:r>
        <w:rPr>
          <w:b/>
        </w:rPr>
        <w:t xml:space="preserve">[06:50] </w:t>
      </w:r>
      <w:r>
        <w:t>aise mauqe par bhi jab aadmi bazdili na dikhaye, na woh be yaqeeni mein mubtala ho, aur na kisi haal mein deen ke dushmanon ke samne haar man'ne ke liye tayyar ho to goya woh imtehan ki aakhri janch mein bhi poora utra.</w:t>
      </w:r>
    </w:p>
    <w:p>
      <w:pPr>
        <w:jc w:val="right"/>
      </w:pPr>
      <w:r>
        <w:t>ایسے مواقع پر بھی جب آدمی بزدلی نہ دکھائے، نہ وہ بے یقینی میں مبتلا ہو، اور نہ کسی حال میں دین کے دشمنوں کے سامنے ہار ماننے کے لیے تیار ہو تو گویا وہ امتحان کی آخری جانچ میں بھی پورا اترا۔</w:t>
      </w:r>
    </w:p>
    <w:p>
      <w:r>
        <w:rPr>
          <w:b/>
        </w:rPr>
        <w:t xml:space="preserve">[07:11] </w:t>
      </w:r>
      <w:r>
        <w:t>aise hi logon ke liye har qism ki sarfaraziyan hain. tareekh mein wohi log sab se zyada qeemti hain jinhon ne is tarah Allah ko paya ho aur apne aap ko is tarah Allah ke mansoobe mein shamil kar diya ho.</w:t>
      </w:r>
    </w:p>
    <w:p>
      <w:pPr>
        <w:jc w:val="right"/>
      </w:pPr>
      <w:r>
        <w:t>ایسے ہی لوگوں کے لیے ہر قسم کی سرفرازیاں ہیں۔ تاریخ میں وہی لوگ سب سے زیادہ قیمتی ہیں جنہوں نے اس طرح اللہ کو پایا ہو اور اپنے آپ کو اس طرح اللہ کے منصوبے میں شامل کر دیا ہو۔</w:t>
      </w:r>
    </w:p>
    <w:p>
      <w:r>
        <w:rPr>
          <w:b/>
        </w:rPr>
        <w:t xml:space="preserve">[07:30] </w:t>
      </w:r>
      <w:r>
        <w:t>nazuk mawāqe par ahl-e-īmān kā bāham muttaḥid rahnā aur sabr ke sāth ḥaq par jamē rahnā woh chīzē hain jo ahl-e-īmān ko Allāh kī naṣrat kā mustaḥiq banātī hain.</w:t>
      </w:r>
    </w:p>
    <w:p>
      <w:pPr>
        <w:jc w:val="right"/>
      </w:pPr>
      <w:r>
        <w:t>نازک مواقع پر اہل ایمان کا باہم متحد رہنا اور صبر کے ساتھ حق پر جمے رہنا وہ چیزیں ہیں جو اہل ایمان کو اللہ کی نصرت کا مستحق بناتی ہیں۔</w:t>
      </w:r>
    </w:p>
    <w:p>
      <w:r>
        <w:rPr>
          <w:b/>
        </w:rPr>
        <w:t xml:space="preserve">[07:48] </w:t>
      </w:r>
      <w:r>
        <w:t>ya ayyuha allazeena amanoo</w:t>
      </w:r>
    </w:p>
    <w:p>
      <w:pPr>
        <w:jc w:val="right"/>
      </w:pPr>
      <w:r>
        <w:t>يا أيها الذين آمنوا</w:t>
      </w:r>
    </w:p>
    <w:p>
      <w:r>
        <w:rPr>
          <w:b/>
        </w:rPr>
        <w:t xml:space="preserve">[07:55] </w:t>
      </w:r>
      <w:r>
        <w:t>in tuṭeeʻoo allazeena kafaroo yaruddoookum ala</w:t>
      </w:r>
    </w:p>
    <w:p>
      <w:pPr>
        <w:jc w:val="right"/>
      </w:pPr>
      <w:r>
        <w:t>إن تطعوا الذين كفروا يردوكم على</w:t>
      </w:r>
    </w:p>
    <w:p>
      <w:r>
        <w:rPr>
          <w:b/>
        </w:rPr>
        <w:t xml:space="preserve">[08:02] </w:t>
      </w:r>
      <w:r>
        <w:t>aʻqabikum fatanqaliboo khāsireen</w:t>
      </w:r>
    </w:p>
    <w:p>
      <w:pPr>
        <w:jc w:val="right"/>
      </w:pPr>
      <w:r>
        <w:t>أعقابكم فتنقلبوا خاسرين</w:t>
      </w:r>
    </w:p>
    <w:p>
      <w:r>
        <w:rPr>
          <w:b/>
        </w:rPr>
        <w:t xml:space="preserve">[08:09] </w:t>
      </w:r>
      <w:r>
        <w:t>bal allahu mawlakum wa huwa khayru</w:t>
      </w:r>
    </w:p>
    <w:p>
      <w:pPr>
        <w:jc w:val="right"/>
      </w:pPr>
      <w:r>
        <w:t>بل الله مولاكم وهو خير</w:t>
      </w:r>
    </w:p>
    <w:p>
      <w:r>
        <w:rPr>
          <w:b/>
        </w:rPr>
        <w:t xml:space="preserve">[08:14] </w:t>
      </w:r>
      <w:r>
        <w:t>al naṣireen sanulqee fee quloobi allazeena kafaroo al ruʻba bima</w:t>
      </w:r>
    </w:p>
    <w:p>
      <w:pPr>
        <w:jc w:val="right"/>
      </w:pPr>
      <w:r>
        <w:t>الناصرين سنلقي في قلوب الذين كفروا الرعب بما</w:t>
      </w:r>
    </w:p>
    <w:p>
      <w:r>
        <w:rPr>
          <w:b/>
        </w:rPr>
        <w:t xml:space="preserve">[08:24] </w:t>
      </w:r>
      <w:r>
        <w:t>ashrakoo billahi ma lam yunzil bihi sulṭānan</w:t>
      </w:r>
    </w:p>
    <w:p>
      <w:pPr>
        <w:jc w:val="right"/>
      </w:pPr>
      <w:r>
        <w:t>أشركوا بالله ما لم ينزل به سلطانا</w:t>
      </w:r>
    </w:p>
    <w:p>
      <w:r>
        <w:rPr>
          <w:b/>
        </w:rPr>
        <w:t xml:space="preserve">[08:31] </w:t>
      </w:r>
      <w:r>
        <w:t>wa mawāhumu al nāru wa bi'sa</w:t>
      </w:r>
    </w:p>
    <w:p>
      <w:pPr>
        <w:jc w:val="right"/>
      </w:pPr>
      <w:r>
        <w:t>وماواهم النار وبئس</w:t>
      </w:r>
    </w:p>
    <w:p>
      <w:r>
        <w:rPr>
          <w:b/>
        </w:rPr>
        <w:t xml:space="preserve">[08:34] </w:t>
      </w:r>
      <w:r>
        <w:t>mathwā al ẓālimeen wa laqad ṣadaqakum allahu waʻdahu</w:t>
      </w:r>
    </w:p>
    <w:p>
      <w:pPr>
        <w:jc w:val="right"/>
      </w:pPr>
      <w:r>
        <w:t>مثوى الظالمين ولقد صدقكم الله وعده</w:t>
      </w:r>
    </w:p>
    <w:p>
      <w:r>
        <w:rPr>
          <w:b/>
        </w:rPr>
        <w:t xml:space="preserve">[08:44] </w:t>
      </w:r>
      <w:r>
        <w:t>idh taḥussoonahu bi idhnihi ḥatta</w:t>
      </w:r>
    </w:p>
    <w:p>
      <w:pPr>
        <w:jc w:val="right"/>
      </w:pPr>
      <w:r>
        <w:t>إذ تحسونه بإذنه حتى</w:t>
      </w:r>
    </w:p>
    <w:p>
      <w:r>
        <w:rPr>
          <w:b/>
        </w:rPr>
        <w:t xml:space="preserve">[08:51] </w:t>
      </w:r>
      <w:r>
        <w:t>jab tum naakaam ho jao aur</w:t>
      </w:r>
    </w:p>
    <w:p>
      <w:pPr>
        <w:jc w:val="right"/>
      </w:pPr>
      <w:r>
        <w:t>إذا فشلتم حتى</w:t>
      </w:r>
    </w:p>
    <w:p>
      <w:r>
        <w:rPr>
          <w:b/>
        </w:rPr>
        <w:t xml:space="preserve">[08:56] </w:t>
      </w:r>
      <w:r>
        <w:t>jab tum naakaam ho jao aur aapas mein ikhtilaaf karne lago aur Allah ki naafarmani karo</w:t>
      </w:r>
    </w:p>
    <w:p>
      <w:pPr>
        <w:jc w:val="right"/>
      </w:pPr>
      <w:r>
        <w:t>إذا فشلتم وتنازعتم في الأمر وعصيتم</w:t>
      </w:r>
    </w:p>
    <w:p>
      <w:r>
        <w:rPr>
          <w:b/>
        </w:rPr>
        <w:t xml:space="preserve">[09:02] </w:t>
      </w:r>
      <w:r>
        <w:t>us ke baad ke</w:t>
      </w:r>
    </w:p>
    <w:p>
      <w:pPr>
        <w:jc w:val="right"/>
      </w:pPr>
      <w:r>
        <w:t>من بعد ما</w:t>
      </w:r>
    </w:p>
    <w:p>
      <w:r>
        <w:rPr>
          <w:b/>
        </w:rPr>
        <w:t xml:space="preserve">[09:07] </w:t>
      </w:r>
      <w:r>
        <w:t>tum ko woh cheez dikhaaye jo tum ko pasand hai</w:t>
      </w:r>
    </w:p>
    <w:p>
      <w:pPr>
        <w:jc w:val="right"/>
      </w:pPr>
      <w:r>
        <w:t>أراكم ما تحبون</w:t>
      </w:r>
    </w:p>
    <w:p>
      <w:r>
        <w:rPr>
          <w:b/>
        </w:rPr>
        <w:t xml:space="preserve">[09:12] </w:t>
      </w:r>
      <w:r>
        <w:t>tum mein se kuch woh hain jo dunya chahte hain aur tum mein se</w:t>
      </w:r>
    </w:p>
    <w:p>
      <w:pPr>
        <w:jc w:val="right"/>
      </w:pPr>
      <w:r>
        <w:t>منكم من يريد الدنيا ومنكم</w:t>
      </w:r>
    </w:p>
    <w:p>
      <w:r>
        <w:rPr>
          <w:b/>
        </w:rPr>
        <w:t xml:space="preserve">[09:20] </w:t>
      </w:r>
      <w:r>
        <w:t>kuch woh hain jo aakhirat chahte hain</w:t>
      </w:r>
    </w:p>
    <w:p>
      <w:pPr>
        <w:jc w:val="right"/>
      </w:pPr>
      <w:r>
        <w:t>من يريد الآخرة</w:t>
      </w:r>
    </w:p>
    <w:p>
      <w:r>
        <w:rPr>
          <w:b/>
        </w:rPr>
        <w:t xml:space="preserve">[09:23] </w:t>
      </w:r>
      <w:r>
        <w:t>phir Allah ne tum ko un se pher diya taake tum ko aazmaaye</w:t>
      </w:r>
    </w:p>
    <w:p>
      <w:pPr>
        <w:jc w:val="right"/>
      </w:pPr>
      <w:r>
        <w:t>ثم صرفكم عنهم ليبتليكم</w:t>
      </w:r>
    </w:p>
    <w:p>
      <w:r>
        <w:rPr>
          <w:b/>
        </w:rPr>
        <w:t xml:space="preserve">[09:28] </w:t>
      </w:r>
      <w:r>
        <w:t>aur Allah ne tum ko maaf kar diya</w:t>
      </w:r>
    </w:p>
    <w:p>
      <w:pPr>
        <w:jc w:val="right"/>
      </w:pPr>
      <w:r>
        <w:t>ولقد عفا عنكم</w:t>
      </w:r>
    </w:p>
    <w:p>
      <w:r>
        <w:rPr>
          <w:b/>
        </w:rPr>
        <w:t xml:space="preserve">[09:33] </w:t>
      </w:r>
      <w:r>
        <w:t>aur Allah ba-reham hai momineen par</w:t>
      </w:r>
    </w:p>
    <w:p>
      <w:pPr>
        <w:jc w:val="right"/>
      </w:pPr>
      <w:r>
        <w:t>والله ذو فضل على المؤمنين</w:t>
      </w:r>
    </w:p>
    <w:p>
      <w:r>
        <w:rPr>
          <w:b/>
        </w:rPr>
        <w:t xml:space="preserve">[09:39] </w:t>
      </w:r>
      <w:r>
        <w:t>jab tum charh rahe the aur kisi ki taraf</w:t>
      </w:r>
    </w:p>
    <w:p>
      <w:pPr>
        <w:jc w:val="right"/>
      </w:pPr>
      <w:r>
        <w:t>إذ تصعدون ولا تلوون على</w:t>
      </w:r>
    </w:p>
    <w:p>
      <w:r>
        <w:rPr>
          <w:b/>
        </w:rPr>
        <w:t xml:space="preserve">[09:46] </w:t>
      </w:r>
      <w:r>
        <w:t>parwaah nahi karte the aur Rasool tum ko pukaar raha tha tum mein</w:t>
      </w:r>
    </w:p>
    <w:p>
      <w:pPr>
        <w:jc w:val="right"/>
      </w:pPr>
      <w:r>
        <w:t>أحد والرسول يدعوكم في</w:t>
      </w:r>
    </w:p>
    <w:p>
      <w:r>
        <w:rPr>
          <w:b/>
        </w:rPr>
        <w:t xml:space="preserve">[09:51] </w:t>
      </w:r>
      <w:r>
        <w:t>peechay se to Allah ne tum ko gham par gham diya taake tum ghamgeen na ho</w:t>
      </w:r>
    </w:p>
    <w:p>
      <w:pPr>
        <w:jc w:val="right"/>
      </w:pPr>
      <w:r>
        <w:t>أخراكم فأثابكم فأثابكم</w:t>
      </w:r>
    </w:p>
    <w:p>
      <w:r>
        <w:rPr>
          <w:b/>
        </w:rPr>
        <w:t xml:space="preserve">[09:56] </w:t>
      </w:r>
      <w:r>
        <w:t>jo tumhaare haath se nikal gaya aur na us par jo tum par</w:t>
      </w:r>
    </w:p>
    <w:p>
      <w:pPr>
        <w:jc w:val="right"/>
      </w:pPr>
      <w:r>
        <w:t>غما بغم لكي لا تحزنوا على ما فاتكم ولا ما</w:t>
      </w:r>
    </w:p>
    <w:p>
      <w:r>
        <w:rPr>
          <w:b/>
        </w:rPr>
        <w:t xml:space="preserve">[10:07] </w:t>
      </w:r>
      <w:r>
        <w:t>waaqe hua aur Allah ba-khabar hai</w:t>
      </w:r>
    </w:p>
    <w:p>
      <w:pPr>
        <w:jc w:val="right"/>
      </w:pPr>
      <w:r>
        <w:t>أصابكم والله خبير</w:t>
      </w:r>
    </w:p>
    <w:p>
      <w:r>
        <w:rPr>
          <w:b/>
        </w:rPr>
        <w:t xml:space="preserve">[10:12] </w:t>
      </w:r>
      <w:r>
        <w:t>us se jo tum karte ho</w:t>
      </w:r>
    </w:p>
    <w:p>
      <w:pPr>
        <w:jc w:val="right"/>
      </w:pPr>
      <w:r>
        <w:t>بما تعملون</w:t>
      </w:r>
    </w:p>
    <w:p>
      <w:r>
        <w:rPr>
          <w:b/>
        </w:rPr>
        <w:t xml:space="preserve">[10:19] </w:t>
      </w:r>
      <w:r>
        <w:t>ae imaan waalo!</w:t>
      </w:r>
    </w:p>
    <w:p>
      <w:pPr>
        <w:jc w:val="right"/>
      </w:pPr>
      <w:r>
        <w:t>اے ایمان والو!</w:t>
      </w:r>
    </w:p>
    <w:p>
      <w:r>
        <w:rPr>
          <w:b/>
        </w:rPr>
        <w:t xml:space="preserve">[10:20] </w:t>
      </w:r>
      <w:r>
        <w:t>agar tum munkiron ki baat maano ge to woh tum ko ulte paon pher dein ge phir tum</w:t>
      </w:r>
    </w:p>
    <w:p>
      <w:pPr>
        <w:jc w:val="right"/>
      </w:pPr>
      <w:r>
        <w:t>اگر تم منکروں کی بات مانو گے تو وہ تم کو الٹے پاؤں پھیر دیں گے پھر تم</w:t>
      </w:r>
    </w:p>
    <w:p>
      <w:r>
        <w:rPr>
          <w:b/>
        </w:rPr>
        <w:t xml:space="preserve">[10:29] </w:t>
      </w:r>
      <w:r>
        <w:t>naakaam ho kar reh jaao ge balkeh Allah tumhaara madadgaar hai aur woh sab se behtar madad karne</w:t>
      </w:r>
    </w:p>
    <w:p>
      <w:pPr>
        <w:jc w:val="right"/>
      </w:pPr>
      <w:r>
        <w:t>ناکام ہو کر رہ جاؤ گے بلکہ اللہ تمہارا مددگار ہے اور وہ سب سے بہتر مدد کرنے</w:t>
      </w:r>
    </w:p>
    <w:p>
      <w:r>
        <w:rPr>
          <w:b/>
        </w:rPr>
        <w:t xml:space="preserve">[10:36] </w:t>
      </w:r>
      <w:r>
        <w:t>waala hai hum munkiron ke dilon mein tumhaara roab daal dein ge kyunke unhone aisi cheez ko</w:t>
      </w:r>
    </w:p>
    <w:p>
      <w:pPr>
        <w:jc w:val="right"/>
      </w:pPr>
      <w:r>
        <w:t>والا ہے ہم منکروں کے دلوں میں تمہارا رعب ڈال دیں گے کیونکہ انہوں نے ایسی چیز کو</w:t>
      </w:r>
    </w:p>
    <w:p>
      <w:r>
        <w:rPr>
          <w:b/>
        </w:rPr>
        <w:t xml:space="preserve">[10:44] </w:t>
      </w:r>
      <w:r>
        <w:t>Allah ka shareek thehraaya</w:t>
      </w:r>
    </w:p>
    <w:p>
      <w:pPr>
        <w:jc w:val="right"/>
      </w:pPr>
      <w:r>
        <w:t>اللہ کا شریک ٹھہرایا</w:t>
      </w:r>
    </w:p>
    <w:p>
      <w:r>
        <w:rPr>
          <w:b/>
        </w:rPr>
        <w:t xml:space="preserve">[10:47] </w:t>
      </w:r>
      <w:r>
        <w:t>jis ke haq mein Allah ne koi daleel nahi utaari</w:t>
      </w:r>
    </w:p>
    <w:p>
      <w:pPr>
        <w:jc w:val="right"/>
      </w:pPr>
      <w:r>
        <w:t>جس کے حق میں اللہ نے کوئی دلیل نہیں اتاری</w:t>
      </w:r>
    </w:p>
    <w:p>
      <w:r>
        <w:rPr>
          <w:b/>
        </w:rPr>
        <w:t xml:space="preserve">[10:52] </w:t>
      </w:r>
      <w:r>
        <w:t>un ka thikaana jahannum hai aur woh buri jagah hai zalimon ke liye aur Allah ne tum se</w:t>
      </w:r>
    </w:p>
    <w:p>
      <w:pPr>
        <w:jc w:val="right"/>
      </w:pPr>
      <w:r>
        <w:t>ان کا ٹھکانہ جہنم ہے اور وہ بری جگہ ہے ظالموں کے لیے اور اللہ نے تم سے</w:t>
      </w:r>
    </w:p>
    <w:p>
      <w:r>
        <w:rPr>
          <w:b/>
        </w:rPr>
        <w:t xml:space="preserve">[10:59] </w:t>
      </w:r>
      <w:r>
        <w:t>apne waade ko sachha kar dikhaaya jabke tum un ko Allah</w:t>
      </w:r>
    </w:p>
    <w:p>
      <w:pPr>
        <w:jc w:val="right"/>
      </w:pPr>
      <w:r>
        <w:t>اپنے وعدے کو سچا کر دکھایا جبکہ تم ان کو اللہ</w:t>
      </w:r>
    </w:p>
    <w:p>
      <w:r>
        <w:rPr>
          <w:b/>
        </w:rPr>
        <w:t xml:space="preserve">[11:04] </w:t>
      </w:r>
      <w:r>
        <w:t>ke hukum se qatal kar rahe the yahaan tak ke jab tum khud kamzor par gaye aur tum</w:t>
      </w:r>
    </w:p>
    <w:p>
      <w:pPr>
        <w:jc w:val="right"/>
      </w:pPr>
      <w:r>
        <w:t>کے حکم سے قتل کر رہے تھے یہاں تک کہ جب تم خود کمزور پڑ گئے اور تم</w:t>
      </w:r>
    </w:p>
    <w:p>
      <w:r>
        <w:rPr>
          <w:b/>
        </w:rPr>
        <w:t xml:space="preserve">[11:11] </w:t>
      </w:r>
      <w:r>
        <w:t>ne kaam mein jhagda kiya aur tum kehne par na chale jabke Allah ne tum ko woh cheez</w:t>
      </w:r>
    </w:p>
    <w:p>
      <w:pPr>
        <w:jc w:val="right"/>
      </w:pPr>
      <w:r>
        <w:t>نے کام میں جھگڑا کیا اور تم کہنے پر نہ چلے جبکہ اللہ نے تم کو وہ چیز</w:t>
      </w:r>
    </w:p>
    <w:p>
      <w:r>
        <w:rPr>
          <w:b/>
        </w:rPr>
        <w:t xml:space="preserve">[11:19] </w:t>
      </w:r>
      <w:r>
        <w:t>dikha di thi jo ke tum chahte the tum mein se baaz dunya chahte the aur tum mein</w:t>
      </w:r>
    </w:p>
    <w:p>
      <w:pPr>
        <w:jc w:val="right"/>
      </w:pPr>
      <w:r>
        <w:t>دکھا دی تھی جو کہ تم چاہتے تھے تم میں سے بعض دنیا چاہتے تھے اور تم میں</w:t>
      </w:r>
    </w:p>
    <w:p>
      <w:r>
        <w:rPr>
          <w:b/>
        </w:rPr>
        <w:t xml:space="preserve">[11:27] </w:t>
      </w:r>
      <w:r>
        <w:t>se baaz akhirat chahte the phir Allah ne tumhara rukh un se pher diya taake tumhari azmaish kare</w:t>
      </w:r>
    </w:p>
    <w:p>
      <w:pPr>
        <w:jc w:val="right"/>
      </w:pPr>
      <w:r>
        <w:t>سے بعض آخرت چاہتے تھے پھر اللہ نے تمہارا رخ ان سے پھیر دیا تاکہ تمہاری ازمائش کرے</w:t>
      </w:r>
    </w:p>
    <w:p>
      <w:r>
        <w:rPr>
          <w:b/>
        </w:rPr>
        <w:t xml:space="preserve">[11:36] </w:t>
      </w:r>
      <w:r>
        <w:t>aur Allah ne tum ko maaf kar diya aur Allah iman walon ke haq mein bara fazl wala</w:t>
      </w:r>
    </w:p>
    <w:p>
      <w:pPr>
        <w:jc w:val="right"/>
      </w:pPr>
      <w:r>
        <w:t>اور اللہ نے تم کو معاف کر دیا اور اللہ ایمان والوں کے حق میں بڑا فضل والا</w:t>
      </w:r>
    </w:p>
    <w:p>
      <w:r>
        <w:rPr>
          <w:b/>
        </w:rPr>
        <w:t xml:space="preserve">[11:42] </w:t>
      </w:r>
      <w:r>
        <w:t>hai jab tum charhe ja rahe the aur mud kar bhi kisi ko na dekhte the aur rasool</w:t>
      </w:r>
    </w:p>
    <w:p>
      <w:pPr>
        <w:jc w:val="right"/>
      </w:pPr>
      <w:r>
        <w:t>ہے جب تم چڑھے جا رہے تھے اور مڑ کر بھی کسی کو نہ دیکھتے تھے اور رسول</w:t>
      </w:r>
    </w:p>
    <w:p>
      <w:r>
        <w:rPr>
          <w:b/>
        </w:rPr>
        <w:t xml:space="preserve">[11:50] </w:t>
      </w:r>
      <w:r>
        <w:t>tum kō tumhārē pīchē sē pukār rahā thā phir Allāh nē tum kō gham par gham diyā tāki tum ranjīdah na hō is chīz par jo tumhārē hāth sē chūk gaī aur na is musībat par jo tum par paṛē aur Allāh khabardar hai jo kuch tum kartē hō</w:t>
      </w:r>
    </w:p>
    <w:p>
      <w:pPr>
        <w:jc w:val="right"/>
      </w:pPr>
      <w:r>
        <w:t>تم کو تمہارے پیچھے سے پکار رہا تھا پھر اللہ نے تم کو غم پر غم دیا تاکہ تم رنجیدہ نہ ہو اس چیز پر جو تمہارے ہاتھ سے چوک گئی اور نہ اس مصیبت پر جو تم پر پڑے اور اللہ خبردار ہے جو کچھ تم کرتے ہو</w:t>
      </w:r>
    </w:p>
    <w:p>
      <w:r>
        <w:rPr>
          <w:b/>
        </w:rPr>
        <w:t xml:space="preserve">[12:13] </w:t>
      </w:r>
      <w:r>
        <w:t>tashreeh jang e uhad mein waqti shikast se mukhalifon ko moqa mila unhon ne kehna shuru kiya ke peghambar</w:t>
      </w:r>
    </w:p>
    <w:p>
      <w:pPr>
        <w:jc w:val="right"/>
      </w:pPr>
      <w:r>
        <w:t>تشریح جنگ احد میں وقتی شکست سے مخالفوں کو موقع ملا انہوں نے کہنا شروع کیا کہ پیغمبر</w:t>
      </w:r>
    </w:p>
    <w:p>
      <w:r>
        <w:rPr>
          <w:b/>
        </w:rPr>
        <w:t xml:space="preserve">[12:25] </w:t>
      </w:r>
      <w:r>
        <w:t>aur un ke sathiyon ka muamla koi khodai muamla nahi hai kuch log mahaz tiflana josh ke tehat</w:t>
      </w:r>
    </w:p>
    <w:p>
      <w:pPr>
        <w:jc w:val="right"/>
      </w:pPr>
      <w:r>
        <w:t>اور ان کے ساتھیوں کا معاملہ کوئی خدائی معاملہ نہیں ہے کچھ لوگ محض طفلانہ جوش کے تحت</w:t>
      </w:r>
    </w:p>
    <w:p>
      <w:r>
        <w:rPr>
          <w:b/>
        </w:rPr>
        <w:t xml:space="preserve">[12:33] </w:t>
      </w:r>
      <w:r>
        <w:t>uth khare hue hain aur apne josh ki saza bhugat rahe hain agar yeh khodai muamla hota to</w:t>
      </w:r>
    </w:p>
    <w:p>
      <w:pPr>
        <w:jc w:val="right"/>
      </w:pPr>
      <w:r>
        <w:t>اٹھ کھڑے ہوئے ہیں اور اپنے جوش کی سزا بھگت رہے ہیں اگر یہ خدائی معاملہ ہوتا تو</w:t>
      </w:r>
    </w:p>
    <w:p>
      <w:r>
        <w:rPr>
          <w:b/>
        </w:rPr>
        <w:t xml:space="preserve">[12:40] </w:t>
      </w:r>
      <w:r>
        <w:t>un ko apne dushmanon ke muqable mein shikast kyun hoti magar is tarah ke waqeat khwah bazahir musalmanon</w:t>
      </w:r>
    </w:p>
    <w:p>
      <w:pPr>
        <w:jc w:val="right"/>
      </w:pPr>
      <w:r>
        <w:t>ان کو اپنے دشمنوں کے مقابلے میں شکست کیوں ہوتی مگر اس طرح کے واقعات خواہ بظاہر مسلمانوں</w:t>
      </w:r>
    </w:p>
    <w:p>
      <w:r>
        <w:rPr>
          <w:b/>
        </w:rPr>
        <w:t xml:space="preserve">[12:49] </w:t>
      </w:r>
      <w:r>
        <w:t>ki ghalati se paish ayen woh har haal mein Khuda ka imtehan hote hain</w:t>
      </w:r>
    </w:p>
    <w:p>
      <w:pPr>
        <w:jc w:val="right"/>
      </w:pPr>
      <w:r>
        <w:t>کی غلطی سے پیش آئیں وہ ہر حال میں خدا کا امتحان ہوتے ہیں</w:t>
      </w:r>
    </w:p>
    <w:p>
      <w:r>
        <w:rPr>
          <w:b/>
        </w:rPr>
        <w:t xml:space="preserve">[12:55] </w:t>
      </w:r>
      <w:r>
        <w:t>dunya ki zindagi mein hadsa paish aana zarori</w:t>
      </w:r>
    </w:p>
    <w:p>
      <w:pPr>
        <w:jc w:val="right"/>
      </w:pPr>
      <w:r>
        <w:t>دنیا کی زندگی میں حادثہ پیش آنا ضروری</w:t>
      </w:r>
    </w:p>
    <w:p>
      <w:r>
        <w:rPr>
          <w:b/>
        </w:rPr>
        <w:t xml:space="preserve">[12:59] </w:t>
      </w:r>
      <w:r>
        <w:t>hai taake yeh khul jaye ke kaun Allah par aitmad karne wala tha aur kaun phisal jaane wala</w:t>
      </w:r>
    </w:p>
    <w:p>
      <w:pPr>
        <w:jc w:val="right"/>
      </w:pPr>
      <w:r>
        <w:t>ہے تاکہ یہ کھل جائے کہ کون اللہ پر اعتماد کرنے والا تھا اور کون پھسل جانے والا</w:t>
      </w:r>
    </w:p>
    <w:p>
      <w:r>
        <w:rPr>
          <w:b/>
        </w:rPr>
        <w:t xml:space="preserve">[13:07] </w:t>
      </w:r>
      <w:r>
        <w:t>is qism ke waqeat momin ke liye do tarafah azmaish hote hain ek yeh ke woh logon ki</w:t>
      </w:r>
    </w:p>
    <w:p>
      <w:pPr>
        <w:jc w:val="right"/>
      </w:pPr>
      <w:r>
        <w:t>اس قسم کے واقعات مومن کے لیے دو طرفہ ازمائش ہوتے ہیں ایک یہ کہ وہ لوگوں کی</w:t>
      </w:r>
    </w:p>
    <w:p>
      <w:r>
        <w:rPr>
          <w:b/>
        </w:rPr>
        <w:t xml:space="preserve">[13:16] </w:t>
      </w:r>
      <w:r>
        <w:t>mukhalifana baton se mutasir na ho dosre yeh ke woh waqti takleef se ghabra na jaye aur har</w:t>
      </w:r>
    </w:p>
    <w:p>
      <w:pPr>
        <w:jc w:val="right"/>
      </w:pPr>
      <w:r>
        <w:t>مخالفانہ باتوں سے متاثر نہ ہو دوسرے یہ کہ وہ وقتی تکلیف سے گھبرا نہ جائے اور ہر</w:t>
      </w:r>
    </w:p>
    <w:p>
      <w:r>
        <w:rPr>
          <w:b/>
        </w:rPr>
        <w:t xml:space="preserve">[13:25] </w:t>
      </w:r>
      <w:r>
        <w:t>haal mein sabit qadam rahe</w:t>
      </w:r>
    </w:p>
    <w:p>
      <w:pPr>
        <w:jc w:val="right"/>
      </w:pPr>
      <w:r>
        <w:t>حال میں ثابت قدم رہے</w:t>
      </w:r>
    </w:p>
    <w:p>
      <w:r>
        <w:rPr>
          <w:b/>
        </w:rPr>
        <w:t xml:space="preserve">[13:30] </w:t>
      </w:r>
      <w:r>
        <w:t>mushkil mawaqe par ahl e iman agar jame reh jayen to bohat jald aisa hota hai ke Khuda ki</w:t>
      </w:r>
    </w:p>
    <w:p>
      <w:pPr>
        <w:jc w:val="right"/>
      </w:pPr>
      <w:r>
        <w:t>مشکل مواقع پر اہل ایمان اگر جمے رہ جائیں تو بہت جلد ایسا ہوتا ہے کہ خدا کی</w:t>
      </w:r>
    </w:p>
    <w:p>
      <w:r>
        <w:rPr>
          <w:b/>
        </w:rPr>
        <w:t xml:space="preserve">[13:37] </w:t>
      </w:r>
      <w:r>
        <w:t>nasrat roab nazil hoti hai jo shakhs ya giroh Allah ke sachche deen ke siwa kisi aur cheez</w:t>
      </w:r>
    </w:p>
    <w:p>
      <w:pPr>
        <w:jc w:val="right"/>
      </w:pPr>
      <w:r>
        <w:t>نصرت رعب نازل ہوتی ہے جو شخص یا گروہ اللہ کے سچے دین کے سوا کسی اور چیز</w:t>
      </w:r>
    </w:p>
    <w:p>
      <w:r>
        <w:rPr>
          <w:b/>
        </w:rPr>
        <w:t xml:space="preserve">[13:45] </w:t>
      </w:r>
      <w:r>
        <w:t>ke upar khara hua hai woh haqiqatan be bunyad zameen par khara hua hai kyunke Allah ki utari</w:t>
      </w:r>
    </w:p>
    <w:p>
      <w:pPr>
        <w:jc w:val="right"/>
      </w:pPr>
      <w:r>
        <w:t>کے اوپر کھڑا ہوا ہے وہ حقیقتا بے بنیاد زمین پر کھڑا ہوا ہے کیونکہ اللہ کی اتاری</w:t>
      </w:r>
    </w:p>
    <w:p>
      <w:r>
        <w:rPr>
          <w:b/>
        </w:rPr>
        <w:t xml:space="preserve">[13:53] </w:t>
      </w:r>
      <w:r>
        <w:t>hui sachai ke siwa is dunya mein koi aur haqiqi bunyad nahi</w:t>
      </w:r>
    </w:p>
    <w:p>
      <w:pPr>
        <w:jc w:val="right"/>
      </w:pPr>
      <w:r>
        <w:t>ہوئی سچائی کے سوا اس دنیا میں کوئی اور حقیقی بنیاد نہیں</w:t>
      </w:r>
    </w:p>
    <w:p>
      <w:r>
        <w:rPr>
          <w:b/>
        </w:rPr>
        <w:t xml:space="preserve">[13:59] </w:t>
      </w:r>
      <w:r>
        <w:t>is liye jab koi shakhs deen e khodawandi ke upar khara ho aur jamao ka saboot de to jald</w:t>
      </w:r>
    </w:p>
    <w:p>
      <w:pPr>
        <w:jc w:val="right"/>
      </w:pPr>
      <w:r>
        <w:t>اس لیے جب کوئی شخص دین خداوندی کے اوپر کھڑا ہو اور جماؤ کا ثبوت دے تو جلد</w:t>
      </w:r>
    </w:p>
    <w:p>
      <w:r>
        <w:rPr>
          <w:b/>
        </w:rPr>
        <w:t xml:space="preserve">[14:08] </w:t>
      </w:r>
      <w:r>
        <w:t>hi aisa hota hai ke ahl e batil ke safon mein intashar shuru ho jata hai</w:t>
      </w:r>
    </w:p>
    <w:p>
      <w:pPr>
        <w:jc w:val="right"/>
      </w:pPr>
      <w:r>
        <w:t>ہی ایسا ہوتا ہے کہ اہل باطل کے صفوں میں انتشار شروع ہو جاتا ہے</w:t>
      </w:r>
    </w:p>
    <w:p>
      <w:r>
        <w:rPr>
          <w:b/>
        </w:rPr>
        <w:t xml:space="preserve">[14:14] </w:t>
      </w:r>
      <w:r>
        <w:t>dalail ke aitbar se in</w:t>
      </w:r>
    </w:p>
    <w:p>
      <w:pPr>
        <w:jc w:val="right"/>
      </w:pPr>
      <w:r>
        <w:t>دلائل کے اعتبار سے ان</w:t>
      </w:r>
    </w:p>
    <w:p>
      <w:r>
        <w:rPr>
          <w:b/>
        </w:rPr>
        <w:t xml:space="preserve">[14:16] </w:t>
      </w:r>
      <w:r>
        <w:t>kā bē buniyād hōnā un ke afrād mein bē yaqīnī kī kaifiyat paidā kar dētā hai woh apnē kō kam aur ahl-e-īmān kō ziyādah dēkhnē lagtē hain un kī zehnī shikast ālā’khir ʿamalī shikast tak pahuṅchtī hai woh ahl-e-ḥaq ke muqābilē mein nākām w nāmurād hō kar rah jātē hain</w:t>
      </w:r>
    </w:p>
    <w:p>
      <w:pPr>
        <w:jc w:val="right"/>
      </w:pPr>
      <w:r>
        <w:t>کا بے بنیاد ہونا ان کے افراد میں بے یقینی کی کیفیت پیدا کر دیتا ہے وہ اپنے کو کم اور اہل ایمان کو زیادہ دیکھنے لگتے ہیں ان کی ذہنی شکست بالاخر عملی شکست تک پہنچتی ہے وہ اہل حق کے مقابلے میں ناکام و نامراد ہو کر رہ جاتے ہیں</w:t>
      </w:r>
    </w:p>
    <w:p>
      <w:r>
        <w:rPr>
          <w:b/>
        </w:rPr>
        <w:t xml:space="preserve">[14:41] </w:t>
      </w:r>
      <w:r>
        <w:t>musalmanon ke liye shikast aur kamzori ka sabab hamesha ek hota hai aur woh hai tanaza fi al-amr</w:t>
      </w:r>
    </w:p>
    <w:p>
      <w:pPr>
        <w:jc w:val="right"/>
      </w:pPr>
      <w:r>
        <w:t>مسلمانوں کے لیے شکست اور کمزوری کا سبب ہمیشہ ایک ہوتا ہے اور وہ ہے تنازع فی الامر</w:t>
      </w:r>
    </w:p>
    <w:p>
      <w:r>
        <w:rPr>
          <w:b/>
        </w:rPr>
        <w:t xml:space="preserve">[14:49] </w:t>
      </w:r>
      <w:r>
        <w:t>yani rai ke ikhtilaf ki bina par alag alag ho jana</w:t>
      </w:r>
    </w:p>
    <w:p>
      <w:pPr>
        <w:jc w:val="right"/>
      </w:pPr>
      <w:r>
        <w:t>یعنی رائے کے اختلاف کی بنا پر الگ الگ ہو جانا</w:t>
      </w:r>
    </w:p>
    <w:p>
      <w:r>
        <w:rPr>
          <w:b/>
        </w:rPr>
        <w:t xml:space="preserve">[14:55] </w:t>
      </w:r>
      <w:r>
        <w:t>insanon ke darmiyan ittefaq kabhi is mani mein nahi ho sakta ke sab ki rayen bilkul ek ho</w:t>
      </w:r>
    </w:p>
    <w:p>
      <w:pPr>
        <w:jc w:val="right"/>
      </w:pPr>
      <w:r>
        <w:t>انسانوں کے درمیان اتفاق کبھی اس معنی میں نہیں ہو سکتا کہ سب کی رائیں بالکل ایک ہو</w:t>
      </w:r>
    </w:p>
    <w:p>
      <w:r>
        <w:rPr>
          <w:b/>
        </w:rPr>
        <w:t xml:space="preserve">[15:01] </w:t>
      </w:r>
      <w:r>
        <w:t>jayen is liye kisi giroh mein ittehad ki surat sirf yeh hai ke rai mein ikhtilaf ke bawajood</w:t>
      </w:r>
    </w:p>
    <w:p>
      <w:pPr>
        <w:jc w:val="right"/>
      </w:pPr>
      <w:r>
        <w:t>جائیں اس لیے کسی گروہ میں اتحاد کی صورت صرف یہ ہے کہ رائے میں اختلاف کے باوجود</w:t>
      </w:r>
    </w:p>
    <w:p>
      <w:r>
        <w:rPr>
          <w:b/>
        </w:rPr>
        <w:t xml:space="preserve">[15:10] </w:t>
      </w:r>
      <w:r>
        <w:t>amal mein ikhtilaf na kiya jaye jab tak kisi giroh mein yeh buland nazri payi jaye gi woh</w:t>
      </w:r>
    </w:p>
    <w:p>
      <w:pPr>
        <w:jc w:val="right"/>
      </w:pPr>
      <w:r>
        <w:t>عمل میں اختلاف نہ کیا جائے جب تک کسی گروہ میں یہ بلند نظری پائی جائے گی وہ</w:t>
      </w:r>
    </w:p>
    <w:p>
      <w:r>
        <w:rPr>
          <w:b/>
        </w:rPr>
        <w:t xml:space="preserve">[15:19] </w:t>
      </w:r>
      <w:r>
        <w:t>mutahid aur nateejtan taqatwar rahega aur jab rai ka ikhtilaf kar ke log alag</w:t>
      </w:r>
    </w:p>
    <w:p>
      <w:pPr>
        <w:jc w:val="right"/>
      </w:pPr>
      <w:r>
        <w:t>متحد اور نتیجتا طاقتور رہے گا اور جب رائے کا اختلاف کر کے لوگ الگ</w:t>
      </w:r>
    </w:p>
    <w:p>
      <w:r>
        <w:rPr>
          <w:b/>
        </w:rPr>
        <w:t xml:space="preserve">[15:27] </w:t>
      </w:r>
      <w:r>
        <w:t>alag hōnē lagēṅ to is ke baʿd lāzimā kamzōrī aur us ke natījat mein shikast wāqiʿ hōgī</w:t>
      </w:r>
    </w:p>
    <w:p>
      <w:pPr>
        <w:jc w:val="right"/>
      </w:pPr>
      <w:r>
        <w:t>الگ ہونے لگیں تو اس کے بعد لازما کمزوری اور اس کے نتیجے میں شکست واقع ہوگی</w:t>
      </w:r>
    </w:p>
    <w:p>
      <w:r>
        <w:rPr>
          <w:b/>
        </w:rPr>
        <w:t xml:space="preserve">[15:37] </w:t>
      </w:r>
      <w:r>
        <w:t>thumma anzala alaikum</w:t>
      </w:r>
    </w:p>
    <w:p>
      <w:pPr>
        <w:jc w:val="right"/>
      </w:pPr>
      <w:r>
        <w:t>ثم انزل علیکم</w:t>
      </w:r>
    </w:p>
    <w:p>
      <w:r>
        <w:rPr>
          <w:b/>
        </w:rPr>
        <w:t xml:space="preserve">[15:42] </w:t>
      </w:r>
      <w:r>
        <w:t>min ba'd al-ghamm amnatann</w:t>
      </w:r>
    </w:p>
    <w:p>
      <w:pPr>
        <w:jc w:val="right"/>
      </w:pPr>
      <w:r>
        <w:t>من بعد الغم امنۃ</w:t>
      </w:r>
    </w:p>
    <w:p>
      <w:r>
        <w:rPr>
          <w:b/>
        </w:rPr>
        <w:t xml:space="preserve">[15:46] </w:t>
      </w:r>
      <w:r>
        <w:t>nu'asann yaghsha ta'ifatann</w:t>
      </w:r>
    </w:p>
    <w:p>
      <w:pPr>
        <w:jc w:val="right"/>
      </w:pPr>
      <w:r>
        <w:t>نعاسا یغشى طائفه</w:t>
      </w:r>
    </w:p>
    <w:p>
      <w:r>
        <w:rPr>
          <w:b/>
        </w:rPr>
        <w:t xml:space="preserve">[15:52] </w:t>
      </w:r>
      <w:r>
        <w:t>minkum wa ta'ifatunn qad ahammathum</w:t>
      </w:r>
    </w:p>
    <w:p>
      <w:pPr>
        <w:jc w:val="right"/>
      </w:pPr>
      <w:r>
        <w:t>منكم وطائفه قد اهمتهم</w:t>
      </w:r>
    </w:p>
    <w:p>
      <w:r>
        <w:rPr>
          <w:b/>
        </w:rPr>
        <w:t xml:space="preserve">[16:02] </w:t>
      </w:r>
      <w:r>
        <w:t>anfusuhum yazunnuna billahi ghayr al-haqq zann al-jahiliyyah</w:t>
      </w:r>
    </w:p>
    <w:p>
      <w:pPr>
        <w:jc w:val="right"/>
      </w:pPr>
      <w:r>
        <w:t>انفسهم يظنون بالله غير الحق ظن الجاهليه</w:t>
      </w:r>
    </w:p>
    <w:p>
      <w:r>
        <w:rPr>
          <w:b/>
        </w:rPr>
        <w:t xml:space="preserve">[16:11] </w:t>
      </w:r>
      <w:r>
        <w:t>yaquluna hal lana min al-amri min shay'</w:t>
      </w:r>
    </w:p>
    <w:p>
      <w:pPr>
        <w:jc w:val="right"/>
      </w:pPr>
      <w:r>
        <w:t>يقولون هل لنا من الامر من شيء</w:t>
      </w:r>
    </w:p>
    <w:p>
      <w:r>
        <w:rPr>
          <w:b/>
        </w:rPr>
        <w:t xml:space="preserve">[16:18] </w:t>
      </w:r>
      <w:r>
        <w:t>qul inn al-amra kullahu lillah</w:t>
      </w:r>
    </w:p>
    <w:p>
      <w:pPr>
        <w:jc w:val="right"/>
      </w:pPr>
      <w:r>
        <w:t>قل ان الامر كله لله</w:t>
      </w:r>
    </w:p>
    <w:p>
      <w:r>
        <w:rPr>
          <w:b/>
        </w:rPr>
        <w:t xml:space="preserve">[16:25] </w:t>
      </w:r>
      <w:r>
        <w:t>yukhfūna fī</w:t>
      </w:r>
    </w:p>
    <w:p>
      <w:pPr>
        <w:jc w:val="right"/>
      </w:pPr>
      <w:r>
        <w:t>يخفون في</w:t>
      </w:r>
    </w:p>
    <w:p>
      <w:r>
        <w:rPr>
          <w:b/>
        </w:rPr>
        <w:t xml:space="preserve">[16:29] </w:t>
      </w:r>
      <w:r>
        <w:t>anfusahum ma la yubdoona laka yaquluna law kana lana min al-amri shay'</w:t>
      </w:r>
    </w:p>
    <w:p>
      <w:pPr>
        <w:jc w:val="right"/>
      </w:pPr>
      <w:r>
        <w:t>انفسهم ما لا يبدون لك يقولون لو كان لنا من الامر شيء</w:t>
      </w:r>
    </w:p>
    <w:p>
      <w:r>
        <w:rPr>
          <w:b/>
        </w:rPr>
        <w:t xml:space="preserve">[16:38] </w:t>
      </w:r>
      <w:r>
        <w:t>ma qutilna hahuna</w:t>
      </w:r>
    </w:p>
    <w:p>
      <w:pPr>
        <w:jc w:val="right"/>
      </w:pPr>
      <w:r>
        <w:t>ما قتلنا هاهنا</w:t>
      </w:r>
    </w:p>
    <w:p>
      <w:r>
        <w:rPr>
          <w:b/>
        </w:rPr>
        <w:t xml:space="preserve">[16:42] </w:t>
      </w:r>
      <w:r>
        <w:t>qul law kuntum fi buyutikum la baraza alladhina kutiba alayhim al-qatlu ila madaji'ihim</w:t>
      </w:r>
    </w:p>
    <w:p>
      <w:pPr>
        <w:jc w:val="right"/>
      </w:pPr>
      <w:r>
        <w:t>قل لو كنتم في بيوتكم لبرز الذين كتب عليهم القتل الى مضاجعهم</w:t>
      </w:r>
    </w:p>
    <w:p>
      <w:r>
        <w:rPr>
          <w:b/>
        </w:rPr>
        <w:t xml:space="preserve">[16:52] </w:t>
      </w:r>
      <w:r>
        <w:t>wa li yabtaliya Allahu ma fi sudurikum wa li yumahhis ma fi qulubikum</w:t>
      </w:r>
    </w:p>
    <w:p>
      <w:pPr>
        <w:jc w:val="right"/>
      </w:pPr>
      <w:r>
        <w:t>وليبتلي الله ما في صدوركم وليمحص ما في قلوبكم</w:t>
      </w:r>
    </w:p>
    <w:p>
      <w:r>
        <w:rPr>
          <w:b/>
        </w:rPr>
        <w:t xml:space="preserve">[17:00] </w:t>
      </w:r>
      <w:r>
        <w:t>wallahu 'aleemun bi dhat al-sudur</w:t>
      </w:r>
    </w:p>
    <w:p>
      <w:pPr>
        <w:jc w:val="right"/>
      </w:pPr>
      <w:r>
        <w:t>والله عليم بذات الصدور</w:t>
      </w:r>
    </w:p>
    <w:p>
      <w:r>
        <w:rPr>
          <w:b/>
        </w:rPr>
        <w:t xml:space="preserve">[17:07] </w:t>
      </w:r>
      <w:r>
        <w:t>inn alladhina tawallaw minkum yawm iltaqa al-jam'ani innama</w:t>
      </w:r>
    </w:p>
    <w:p>
      <w:pPr>
        <w:jc w:val="right"/>
      </w:pPr>
      <w:r>
        <w:t>ان الذين تولوا منكم يوم التقى الجمعان انما</w:t>
      </w:r>
    </w:p>
    <w:p>
      <w:r>
        <w:rPr>
          <w:b/>
        </w:rPr>
        <w:t xml:space="preserve">[17:16] </w:t>
      </w:r>
      <w:r>
        <w:t>istażallahumush-shayṭānu</w:t>
      </w:r>
    </w:p>
    <w:p>
      <w:pPr>
        <w:jc w:val="right"/>
      </w:pPr>
      <w:r>
        <w:t>استزلهم الشيطان</w:t>
      </w:r>
    </w:p>
    <w:p>
      <w:r>
        <w:rPr>
          <w:b/>
        </w:rPr>
        <w:t xml:space="preserve">[17:20] </w:t>
      </w:r>
      <w:r>
        <w:t>innamā istażallahumush-shayṭānu bibaʿḍim mā kasabū wa laqad ʿafallāhu ʿanhum innal-lāha ghafūrun ḥalīm</w:t>
      </w:r>
    </w:p>
    <w:p>
      <w:pPr>
        <w:jc w:val="right"/>
      </w:pPr>
      <w:r>
        <w:t>انما استزلهم الشيطان ببعض ما كسبوا ولقد عفى الله عنهم ان الله غفور حليم</w:t>
      </w:r>
    </w:p>
    <w:p>
      <w:r>
        <w:rPr>
          <w:b/>
        </w:rPr>
        <w:t xml:space="preserve">[17:37] </w:t>
      </w:r>
      <w:r>
        <w:t>phir Allah ne tumhare upar gham ke baad itminan utara yani oont ke is ka tum mein se</w:t>
      </w:r>
    </w:p>
    <w:p>
      <w:pPr>
        <w:jc w:val="right"/>
      </w:pPr>
      <w:r>
        <w:t>پھر اللہ نے تمہارے اوپر غم کے بعد اطمینان اتارا یعنی اونٹ کہ اس کا تم میں سے</w:t>
      </w:r>
    </w:p>
    <w:p>
      <w:r>
        <w:rPr>
          <w:b/>
        </w:rPr>
        <w:t xml:space="preserve">[17:44] </w:t>
      </w:r>
      <w:r>
        <w:t>ek jama'at par ghalba ho raha tha aur ek jama'at woh thi ke is ko apni janon ki</w:t>
      </w:r>
    </w:p>
    <w:p>
      <w:pPr>
        <w:jc w:val="right"/>
      </w:pPr>
      <w:r>
        <w:t>ایک جماعت پر غلبہ ہو رہا تھا اور ایک جماعت وہ تھی کہ اس کو اپنی جانوں کی</w:t>
      </w:r>
    </w:p>
    <w:p>
      <w:r>
        <w:rPr>
          <w:b/>
        </w:rPr>
        <w:t xml:space="preserve">[17:51] </w:t>
      </w:r>
      <w:r>
        <w:t>fikr pari hui thi woh Allah ke bare mein khilaf haqeeqat khayalat jahiliyat ke khayalat qaim kar rahe</w:t>
      </w:r>
    </w:p>
    <w:p>
      <w:pPr>
        <w:jc w:val="right"/>
      </w:pPr>
      <w:r>
        <w:t>فکر پڑی ہوئی تھی وہ اللہ کے بارے میں خلاف حقیقت خیالات جاہلیت کے خیالات قائم کر رہے</w:t>
      </w:r>
    </w:p>
    <w:p>
      <w:r>
        <w:rPr>
          <w:b/>
        </w:rPr>
        <w:t xml:space="preserve">[17:59] </w:t>
      </w:r>
      <w:r>
        <w:t>the woh kehte the kya hamara bhi kuch ikhtiyar hai kaho sara muamla Allah ke ikhtiyar mein hai</w:t>
      </w:r>
    </w:p>
    <w:p>
      <w:pPr>
        <w:jc w:val="right"/>
      </w:pPr>
      <w:r>
        <w:t>تھے وہ کہتے تھے کیا ہمارا بھی کچھ اختیار ہے کہو سارا معاملہ اللہ کے اختیار میں ہے</w:t>
      </w:r>
    </w:p>
    <w:p>
      <w:r>
        <w:rPr>
          <w:b/>
        </w:rPr>
        <w:t xml:space="preserve">[18:08] </w:t>
      </w:r>
      <w:r>
        <w:t>woh apne dilon mein aisi baat chupaye hue hain jo tum par zahir nahi karte woh kehte hain</w:t>
      </w:r>
    </w:p>
    <w:p>
      <w:pPr>
        <w:jc w:val="right"/>
      </w:pPr>
      <w:r>
        <w:t>وہ اپنے دلوں میں ایسی بات چھپائے ہوئے ہیں جو تم پر ظاہر نہیں کرتے وہ کہتے ہیں</w:t>
      </w:r>
    </w:p>
    <w:p>
      <w:r>
        <w:rPr>
          <w:b/>
        </w:rPr>
        <w:t xml:space="preserve">[18:16] </w:t>
      </w:r>
      <w:r>
        <w:t>ke agar is muamle mein kuch hamara bhi dakhal hota to hum yahan na</w:t>
      </w:r>
    </w:p>
    <w:p>
      <w:pPr>
        <w:jc w:val="right"/>
      </w:pPr>
      <w:r>
        <w:t>کہ اگر اس معاملے میں کچھ ہمارا بھی دخل ہوتا تو ہم یہاں نہ</w:t>
      </w:r>
    </w:p>
    <w:p>
      <w:r>
        <w:rPr>
          <w:b/>
        </w:rPr>
        <w:t xml:space="preserve">[18:22] </w:t>
      </w:r>
      <w:r>
        <w:t>mare jatay kaho agar tum apne gharon mein hotay tab bhi jin ka qatl hona likh gaya tha</w:t>
      </w:r>
    </w:p>
    <w:p>
      <w:pPr>
        <w:jc w:val="right"/>
      </w:pPr>
      <w:r>
        <w:t>مارے جاتے کہو اگر تم اپنے گھروں میں ہوتے تب بھی جن کا قتل ہونا لکھ گیا تھا</w:t>
      </w:r>
    </w:p>
    <w:p>
      <w:r>
        <w:rPr>
          <w:b/>
        </w:rPr>
        <w:t xml:space="preserve">[18:31] </w:t>
      </w:r>
      <w:r>
        <w:t>woh apni qatlgahon ki taraf nikal padte yeh is liye hua ke Allah ko azmana tha jo</w:t>
      </w:r>
    </w:p>
    <w:p>
      <w:pPr>
        <w:jc w:val="right"/>
      </w:pPr>
      <w:r>
        <w:t>وہ اپنی قتل گاہوں کی طرف نکل پڑتے یہ اس لیے ہوا کہ اللہ کو ازمانا تھا جو</w:t>
      </w:r>
    </w:p>
    <w:p>
      <w:r>
        <w:rPr>
          <w:b/>
        </w:rPr>
        <w:t xml:space="preserve">[18:39] </w:t>
      </w:r>
      <w:r>
        <w:t>kuch tumhare seenon mein hai aur nikharna tha jo kuch tumhare dilon mein hai aur Allah janta hai</w:t>
      </w:r>
    </w:p>
    <w:p>
      <w:pPr>
        <w:jc w:val="right"/>
      </w:pPr>
      <w:r>
        <w:t>کچھ تمہارے سینوں میں ہے اور نکھارنا تھا جو کچھ تمہارے دلوں میں ہے اور اللہ جانتا ہے</w:t>
      </w:r>
    </w:p>
    <w:p>
      <w:r>
        <w:rPr>
          <w:b/>
        </w:rPr>
        <w:t xml:space="preserve">[18:48] </w:t>
      </w:r>
      <w:r>
        <w:t>seenon wali baat ko tum mein se jo log phir gaye the us din ke dono girohon mein</w:t>
      </w:r>
    </w:p>
    <w:p>
      <w:pPr>
        <w:jc w:val="right"/>
      </w:pPr>
      <w:r>
        <w:t>سینوں والی بات کو تم میں سے جو لوگ پھر گئے تھے اس دن کہ دونوں گروہوں میں</w:t>
      </w:r>
    </w:p>
    <w:p>
      <w:r>
        <w:rPr>
          <w:b/>
        </w:rPr>
        <w:t xml:space="preserve">[18:55] </w:t>
      </w:r>
      <w:r>
        <w:t>mitt bheet hui un ko shaitan ne un ke baaz aamaal ke sabab se phusla diya tha Allah</w:t>
      </w:r>
    </w:p>
    <w:p>
      <w:pPr>
        <w:jc w:val="right"/>
      </w:pPr>
      <w:r>
        <w:t>مٹ بھیڑ ہوئی ان کو شیطان نے ان کے بعض اعمال کے سبب سے پھسلا دیا تھا اللہ</w:t>
      </w:r>
    </w:p>
    <w:p>
      <w:r>
        <w:rPr>
          <w:b/>
        </w:rPr>
        <w:t xml:space="preserve">[19:03] </w:t>
      </w:r>
      <w:r>
        <w:t>ne un ko maaf kar diya be shak Allah bakhshne wala meherban</w:t>
      </w:r>
    </w:p>
    <w:p>
      <w:pPr>
        <w:jc w:val="right"/>
      </w:pPr>
      <w:r>
        <w:t>نے ان کو معاف کر دیا بے شک اللہ بخشنے والا مہربان</w:t>
      </w:r>
    </w:p>
    <w:p>
      <w:r>
        <w:rPr>
          <w:b/>
        </w:rPr>
        <w:t xml:space="preserve">[19:08] </w:t>
      </w:r>
      <w:r>
        <w:t>hai</w:t>
      </w:r>
    </w:p>
    <w:p>
      <w:pPr>
        <w:jc w:val="right"/>
      </w:pPr>
      <w:r>
        <w:t>ہے</w:t>
      </w:r>
    </w:p>
    <w:p>
      <w:r>
        <w:rPr>
          <w:b/>
        </w:rPr>
        <w:t xml:space="preserve">[19:11] </w:t>
      </w:r>
      <w:r>
        <w:t>tashreeh zindagi ke maarke mein sab se zyada ahmiyat is baat ki hoti hai ke aadmi ka chain</w:t>
      </w:r>
    </w:p>
    <w:p>
      <w:pPr>
        <w:jc w:val="right"/>
      </w:pPr>
      <w:r>
        <w:t>تشریح زندگی کے معرکے میں سب سے زیادہ اہمیت اس بات کی ہوتی ہے کہ ادمی کا چین</w:t>
      </w:r>
    </w:p>
    <w:p>
      <w:r>
        <w:rPr>
          <w:b/>
        </w:rPr>
        <w:t xml:space="preserve">[19:20] </w:t>
      </w:r>
      <w:r>
        <w:t>is se rokhsat na ho woh poori yaksooi ke sath apna mansooba banane ke qabil rahe</w:t>
      </w:r>
    </w:p>
    <w:p>
      <w:pPr>
        <w:jc w:val="right"/>
      </w:pPr>
      <w:r>
        <w:t>اس سے رخصت نہ ہو وہ پوری یکسوئی کے ساتھ اپنا منصوبہ بنانے کے قابل رہے</w:t>
      </w:r>
    </w:p>
    <w:p>
      <w:r>
        <w:rPr>
          <w:b/>
        </w:rPr>
        <w:t xml:space="preserve">[19:28] </w:t>
      </w:r>
      <w:r>
        <w:t>Allah par bharose ki wajah se ahle iman ko yeh cheez kamaal darje mein hasil hoti hai</w:t>
      </w:r>
    </w:p>
    <w:p>
      <w:pPr>
        <w:jc w:val="right"/>
      </w:pPr>
      <w:r>
        <w:t>اللہ پر بھروسے کی وجہ سے اہل ایمان کو یہ چیز کمال درجے میں حاصل ہوتی ہے</w:t>
      </w:r>
    </w:p>
    <w:p>
      <w:r>
        <w:rPr>
          <w:b/>
        </w:rPr>
        <w:t xml:space="preserve">[19:35] </w:t>
      </w:r>
      <w:r>
        <w:t>hata ke hila dene wale mawaqe par jab ke logon ki neenden ur jati hain us waqt bhi</w:t>
      </w:r>
    </w:p>
    <w:p>
      <w:pPr>
        <w:jc w:val="right"/>
      </w:pPr>
      <w:r>
        <w:t>حتی کہ ہلا دینے والے مواقع پر جب کہ لوگوں کی نیندیں اڑ جاتی ہیں اس وقت بھی</w:t>
      </w:r>
    </w:p>
    <w:p>
      <w:r>
        <w:rPr>
          <w:b/>
        </w:rPr>
        <w:t xml:space="preserve">[19:43] </w:t>
      </w:r>
      <w:r>
        <w:t>woh is qabil rehte hain ke ek neend le kar dobara taza dam ho saken</w:t>
      </w:r>
    </w:p>
    <w:p>
      <w:pPr>
        <w:jc w:val="right"/>
      </w:pPr>
      <w:r>
        <w:t>وہ اس قابل رہتے ہیں کہ ایک نیند لے کر دوبارہ تازہ دم ہو سکیں</w:t>
      </w:r>
    </w:p>
    <w:p>
      <w:r>
        <w:rPr>
          <w:b/>
        </w:rPr>
        <w:t xml:space="preserve">[19:51] </w:t>
      </w:r>
      <w:r>
        <w:t>uhud ke mauqe par is ka ek muzahira is tarah hua ke shikast ke baad sakht</w:t>
      </w:r>
    </w:p>
    <w:p>
      <w:pPr>
        <w:jc w:val="right"/>
      </w:pPr>
      <w:r>
        <w:t>احد کے موقع پر اس کا ایک مظاہرہ اس طرح ہوا کہ شکست کے بعد سخت</w:t>
      </w:r>
    </w:p>
    <w:p>
      <w:r>
        <w:rPr>
          <w:b/>
        </w:rPr>
        <w:t xml:space="preserve">[19:56] </w:t>
      </w:r>
      <w:r>
        <w:t>tareen halaat ke bawajood woh so sake aur agle din hamrah al asad tak dushman ka peecha kiya jo</w:t>
      </w:r>
    </w:p>
    <w:p>
      <w:pPr>
        <w:jc w:val="right"/>
      </w:pPr>
      <w:r>
        <w:t>ترین حالات کے باوجود وہ سو سکے اور اگلے دن ہمراہ الاسد تک دشمن کا پیچھا کیا جو</w:t>
      </w:r>
    </w:p>
    <w:p>
      <w:r>
        <w:rPr>
          <w:b/>
        </w:rPr>
        <w:t xml:space="preserve">[20:05] </w:t>
      </w:r>
      <w:r>
        <w:t>madina se aath meel ke faasle par hai is ke nateeje mein fateh dushman maroob ho kar makkah</w:t>
      </w:r>
    </w:p>
    <w:p>
      <w:pPr>
        <w:jc w:val="right"/>
      </w:pPr>
      <w:r>
        <w:t>مدینہ سے اٹھ میل کے فاصلے پر ہے اس کے نتیجے میں فاتح دشمن مرعوب ہو کر مکہ</w:t>
      </w:r>
    </w:p>
    <w:p>
      <w:r>
        <w:rPr>
          <w:b/>
        </w:rPr>
        <w:t xml:space="preserve">[20:12] </w:t>
      </w:r>
      <w:r>
        <w:t>wapas chala gaya yeh sache ahle iman ka haal hai magar jo log poore maanon mein Allah ko</w:t>
      </w:r>
    </w:p>
    <w:p>
      <w:pPr>
        <w:jc w:val="right"/>
      </w:pPr>
      <w:r>
        <w:t>واپس چلا گیا یہ سچے اہل ایمان کا حال ہے مگر جو لوگ پورے معنوں میں اللہ کو</w:t>
      </w:r>
    </w:p>
    <w:p>
      <w:r>
        <w:rPr>
          <w:b/>
        </w:rPr>
        <w:t xml:space="preserve">[20:21] </w:t>
      </w:r>
      <w:r>
        <w:t>apna wali o sarparast banaye hue na hon un ko har taraf bas apni jaan ka khatra nazar</w:t>
      </w:r>
    </w:p>
    <w:p>
      <w:pPr>
        <w:jc w:val="right"/>
      </w:pPr>
      <w:r>
        <w:t>اپنا ولی و سرپرست بنائے ہوئے نہ ہوں ان کو ہر طرف بس اپنی جان کا خطرہ نظر</w:t>
      </w:r>
    </w:p>
    <w:p>
      <w:r>
        <w:rPr>
          <w:b/>
        </w:rPr>
        <w:t xml:space="preserve">[20:28] </w:t>
      </w:r>
      <w:r>
        <w:t>ata hai deen ki fikr se khali log apni zaat ki fikr mein pade rehte hain woh Allah</w:t>
      </w:r>
    </w:p>
    <w:p>
      <w:pPr>
        <w:jc w:val="right"/>
      </w:pPr>
      <w:r>
        <w:t>اتا ہے دین کی فکر سے خالی لوگ اپنی ذات کی فکر میں پڑے رہتے ہیں وہ اللہ</w:t>
      </w:r>
    </w:p>
    <w:p>
      <w:r>
        <w:rPr>
          <w:b/>
        </w:rPr>
        <w:t xml:space="preserve">[20:36] </w:t>
      </w:r>
      <w:r>
        <w:t>ki nasrat itminan mein se apna hissa nahi paate</w:t>
      </w:r>
    </w:p>
    <w:p>
      <w:pPr>
        <w:jc w:val="right"/>
      </w:pPr>
      <w:r>
        <w:t>کی نصرت اطمینان میں سے اپنا حصہ نہیں پاتے</w:t>
      </w:r>
    </w:p>
    <w:p>
      <w:r>
        <w:rPr>
          <w:b/>
        </w:rPr>
        <w:t xml:space="preserve">[20:44] </w:t>
      </w:r>
      <w:r>
        <w:t>uhud ke mauqe par abdullah ibn abi ki rai thi ke madine mein reh kar jang ki jaye</w:t>
      </w:r>
    </w:p>
    <w:p>
      <w:pPr>
        <w:jc w:val="right"/>
      </w:pPr>
      <w:r>
        <w:t>احد کے موقع پر عبداللہ ابن ابی کی رائے تھی کہ مدینے میں رہ کر جنگ کی جائے</w:t>
      </w:r>
    </w:p>
    <w:p>
      <w:r>
        <w:rPr>
          <w:b/>
        </w:rPr>
        <w:t xml:space="preserve">[20:50] </w:t>
      </w:r>
      <w:r>
        <w:t>magar rasool Allah sal Allah aleh wasallam mukhles musalmanon ke mashware par bahar nikle aur uhud pahaad ke</w:t>
      </w:r>
    </w:p>
    <w:p>
      <w:pPr>
        <w:jc w:val="right"/>
      </w:pPr>
      <w:r>
        <w:t>مگر رسول اللہ صلی اللہ علیہ وسلم مخلص مسلمانوں کے مشورے پر باہر نکلے اور احد پہاڑ کے</w:t>
      </w:r>
    </w:p>
    <w:p>
      <w:r>
        <w:rPr>
          <w:b/>
        </w:rPr>
        <w:t xml:space="preserve">[21:00] </w:t>
      </w:r>
      <w:r>
        <w:t>daaman mein muqabla kiya</w:t>
      </w:r>
    </w:p>
    <w:p>
      <w:pPr>
        <w:jc w:val="right"/>
      </w:pPr>
      <w:r>
        <w:t>دامن میں مقابلہ کیا</w:t>
      </w:r>
    </w:p>
    <w:p>
      <w:r>
        <w:rPr>
          <w:b/>
        </w:rPr>
        <w:t xml:space="preserve">[21:03] </w:t>
      </w:r>
      <w:r>
        <w:t>darre par mutayyan daste ki ghalti se jab shikast hui to un logon ko mauqa mila unhon ne</w:t>
      </w:r>
    </w:p>
    <w:p>
      <w:pPr>
        <w:jc w:val="right"/>
      </w:pPr>
      <w:r>
        <w:t>درے پر متعین دستے کی غلطی سے جب شکست ہوئی تو ان لوگوں کو موقع ملا انہوں نے</w:t>
      </w:r>
    </w:p>
    <w:p>
      <w:r>
        <w:rPr>
          <w:b/>
        </w:rPr>
        <w:t xml:space="preserve">[21:10] </w:t>
      </w:r>
      <w:r>
        <w:t>kehna shuru kiya ke agar hamari baat mani gayi hoti aur madine mein reh kar ladte to is</w:t>
      </w:r>
    </w:p>
    <w:p>
      <w:pPr>
        <w:jc w:val="right"/>
      </w:pPr>
      <w:r>
        <w:t>کہنا شروع کیا کہ اگر ہماری بات مانی گئی ہوتی اور مدینے میں رہ کر لڑتے تو اس</w:t>
      </w:r>
    </w:p>
    <w:p>
      <w:r>
        <w:rPr>
          <w:b/>
        </w:rPr>
        <w:t xml:space="preserve">[21:18] </w:t>
      </w:r>
      <w:r>
        <w:t>barbadi ki nabat na aati magar maut Khuda ki taraf se hai aur wahin aa kar rehti hai</w:t>
      </w:r>
    </w:p>
    <w:p>
      <w:pPr>
        <w:jc w:val="right"/>
      </w:pPr>
      <w:r>
        <w:t>بربادی کی نوبت نہ اتی مگر موت خدا کی طرف سے ہے اور وہیں ا کر رہتی ہے</w:t>
      </w:r>
    </w:p>
    <w:p>
      <w:r>
        <w:rPr>
          <w:b/>
        </w:rPr>
        <w:t xml:space="preserve">[21:26] </w:t>
      </w:r>
      <w:r>
        <w:t>jahan woh kisi ke liye likhi hui hai</w:t>
      </w:r>
    </w:p>
    <w:p>
      <w:pPr>
        <w:jc w:val="right"/>
      </w:pPr>
      <w:r>
        <w:t>جہاں وہ کسی کے لیے لکھی ہوئی ہے</w:t>
      </w:r>
    </w:p>
    <w:p>
      <w:r>
        <w:rPr>
          <w:b/>
        </w:rPr>
        <w:t xml:space="preserve">[21:30] </w:t>
      </w:r>
      <w:r>
        <w:t>ehtiyati</w:t>
      </w:r>
    </w:p>
    <w:p>
      <w:pPr>
        <w:jc w:val="right"/>
      </w:pPr>
      <w:r>
        <w:t>احتیاطی</w:t>
      </w:r>
    </w:p>
    <w:p>
      <w:r>
        <w:rPr>
          <w:b/>
        </w:rPr>
        <w:t xml:space="preserve">[21:31] </w:t>
      </w:r>
      <w:r>
        <w:t>tadabeer kisi ko maut se bacha nahi sakteen is tarah ke waqeyat khwah bazahir un ka jo sabab</w:t>
      </w:r>
    </w:p>
    <w:p>
      <w:pPr>
        <w:jc w:val="right"/>
      </w:pPr>
      <w:r>
        <w:t>تدبیریں کسی کو موت سے بچا نہیں سکتیں اس طرح کے واقعات خواہ بظاہر ان کا جو سبب</w:t>
      </w:r>
    </w:p>
    <w:p>
      <w:r>
        <w:rPr>
          <w:b/>
        </w:rPr>
        <w:t xml:space="preserve">[21:40] </w:t>
      </w:r>
      <w:r>
        <w:t>bhi nazar aaye woh Allah ki taraf se hote hain taake Allah ke sache bande Allah ki taraf</w:t>
      </w:r>
    </w:p>
    <w:p>
      <w:pPr>
        <w:jc w:val="right"/>
      </w:pPr>
      <w:r>
        <w:t>بھی نظر ائے وہ اللہ کی طرف سے ہوتے ہیں تاکہ اللہ کے سچے بندے اللہ کی طرف</w:t>
      </w:r>
    </w:p>
    <w:p>
      <w:r>
        <w:rPr>
          <w:b/>
        </w:rPr>
        <w:t xml:space="preserve">[21:48] </w:t>
      </w:r>
      <w:r>
        <w:t>ruju kar ke mazeed rehmaton ke mustahiq banen aur jo sache nahi hain un ki haqeeqat bhi khul</w:t>
      </w:r>
    </w:p>
    <w:p>
      <w:pPr>
        <w:jc w:val="right"/>
      </w:pPr>
      <w:r>
        <w:t>رجوع کر کے مزید رحمتوں کے مستحق بنیں اور جو سچے نہیں ہیں ان کی حقیقت بھی کھل</w:t>
      </w:r>
    </w:p>
    <w:p>
      <w:r>
        <w:rPr>
          <w:b/>
        </w:rPr>
        <w:t xml:space="preserve">[21:56] </w:t>
      </w:r>
      <w:r>
        <w:t>kar saamne aajaye</w:t>
      </w:r>
    </w:p>
    <w:p>
      <w:pPr>
        <w:jc w:val="right"/>
      </w:pPr>
      <w:r>
        <w:t>کر سامنے اجائے</w:t>
      </w:r>
    </w:p>
    <w:p>
      <w:r>
        <w:rPr>
          <w:b/>
        </w:rPr>
        <w:t xml:space="preserve">[22:02] </w:t>
      </w:r>
      <w:r>
        <w:t>ahad ke darre par jo pachas teer andaz mutayyan thay jab unhon ne dekha ke musalmanon ko fateh</w:t>
      </w:r>
    </w:p>
    <w:p>
      <w:pPr>
        <w:jc w:val="right"/>
      </w:pPr>
      <w:r>
        <w:t>احد کے درے پر جو پچاس تیر انداز متعین تھے جب انہوں نے دیکھا کہ مسلمانوں کو فتح</w:t>
      </w:r>
    </w:p>
    <w:p>
      <w:r>
        <w:rPr>
          <w:b/>
        </w:rPr>
        <w:t xml:space="preserve">[22:09] </w:t>
      </w:r>
      <w:r>
        <w:t>hogayi hai to un mein se kuch logon ne israr kiya ke chal kar maal e ghanimat loten magar</w:t>
      </w:r>
    </w:p>
    <w:p>
      <w:pPr>
        <w:jc w:val="right"/>
      </w:pPr>
      <w:r>
        <w:t>ہوگئی ہے تو ان میں سے کچھ لوگوں نے اصرار کیا کہ چل کر مال غنیمت لوٹیں مگر</w:t>
      </w:r>
    </w:p>
    <w:p>
      <w:r>
        <w:rPr>
          <w:b/>
        </w:rPr>
        <w:t xml:space="preserve">[22:17] </w:t>
      </w:r>
      <w:r>
        <w:t>abdullah ibn jubair aur un ke satthiyon ne kaha ke nahi hum ko har haal mein yahin rehna</w:t>
      </w:r>
    </w:p>
    <w:p>
      <w:pPr>
        <w:jc w:val="right"/>
      </w:pPr>
      <w:r>
        <w:t>عبداللہ ابن جبیر اور ان کے ساتھیوں نے کہا کہ نہیں ہم کو ہر حال میں یہیں رہنا</w:t>
      </w:r>
    </w:p>
    <w:p>
      <w:r>
        <w:rPr>
          <w:b/>
        </w:rPr>
        <w:t xml:space="preserve">[22:25] </w:t>
      </w:r>
      <w:r>
        <w:t>hai kyunke yahi rasool Allah ka hukum hai bilakhir gyarah ko chhod kar baqi log chale gaye bahami</w:t>
      </w:r>
    </w:p>
    <w:p>
      <w:pPr>
        <w:jc w:val="right"/>
      </w:pPr>
      <w:r>
        <w:t>ہے کیونکہ یہی رسول اللہ کا حکم ہے بالاخر گیارہ کو چھوڑ کر بقیہ لوگ چلے گئے باہمی</w:t>
      </w:r>
    </w:p>
    <w:p>
      <w:r>
        <w:rPr>
          <w:b/>
        </w:rPr>
        <w:t xml:space="preserve">[22:34] </w:t>
      </w:r>
      <w:r>
        <w:t>ikhtilaf ki is kamzori se shaitan ne andar dakhil hone ka rasta pa liya taham unhon ne jab</w:t>
      </w:r>
    </w:p>
    <w:p>
      <w:pPr>
        <w:jc w:val="right"/>
      </w:pPr>
      <w:r>
        <w:t>اختلاف کی اس کمزوری سے شیطان نے اندر داخل ہونے کا راستہ پا لیا تاہم انہوں نے جب</w:t>
      </w:r>
    </w:p>
    <w:p>
      <w:r>
        <w:rPr>
          <w:b/>
        </w:rPr>
        <w:t xml:space="preserve">[22:42] </w:t>
      </w:r>
      <w:r>
        <w:t>apni ghalati ka etraf kiya to Allah ne un ko maaf kar diya aur ibtidai</w:t>
      </w:r>
    </w:p>
    <w:p>
      <w:pPr>
        <w:jc w:val="right"/>
      </w:pPr>
      <w:r>
        <w:t>اپنی غلطی کا اعتراف کیا تو اللہ نے ان کو معاف کر دیا اور ابتدائی</w:t>
      </w:r>
    </w:p>
    <w:p>
      <w:r>
        <w:rPr>
          <w:b/>
        </w:rPr>
        <w:t xml:space="preserve">[22:49] </w:t>
      </w:r>
      <w:r>
        <w:t>nuqsan ke baad un ki madad is tarah ki ke dushmanon ke dil mein roab daal kar un ko wapas kar diya halanke us waqt woh madina se sirf chand mil ke faslay par reh gaye thay</w:t>
      </w:r>
    </w:p>
    <w:p>
      <w:pPr>
        <w:jc w:val="right"/>
      </w:pPr>
      <w:r>
        <w:t>نقصان کے بعد ان کی مدد اس طرح کی کہ دشمنوں کے دل میں رعب ڈال کر ان کو واپس کر دیا حالانکہ اس وقت وہ مدینہ سے صرف چند میل کے فاصلے پر رہ گئے تھے</w:t>
      </w:r>
    </w:p>
    <w:p>
      <w:r>
        <w:rPr>
          <w:b/>
        </w:rPr>
        <w:t xml:space="preserve">[23:06] </w:t>
      </w:r>
      <w:r>
        <w:t>ya ayyuhal ladheena amanu la takunu kal ladheena kafaroo wa qalo li ikhwanihim idha daraboo fil ardi aw kano ghuzza</w:t>
      </w:r>
    </w:p>
    <w:p>
      <w:pPr>
        <w:jc w:val="right"/>
      </w:pPr>
      <w:r>
        <w:t>یا ایہا الذین امنو لا تكونوا كالذين كفروا وقالوا لاخوانهم اذا ضربوا فی الارض او کانو غزا</w:t>
      </w:r>
    </w:p>
    <w:p>
      <w:r>
        <w:rPr>
          <w:b/>
        </w:rPr>
        <w:t xml:space="preserve">[23:21] </w:t>
      </w:r>
      <w:r>
        <w:t>aw kano ghuzza law kano andana ma matoo wa ma qutiloo lij'alallahu thalika hasrata</w:t>
      </w:r>
    </w:p>
    <w:p>
      <w:pPr>
        <w:jc w:val="right"/>
      </w:pPr>
      <w:r>
        <w:t>او کانو غزا لو کانو عندنا ما ماتو وما قتلوا ليجعل اللہ ذلك حسره</w:t>
      </w:r>
    </w:p>
    <w:p>
      <w:r>
        <w:rPr>
          <w:b/>
        </w:rPr>
        <w:t xml:space="preserve">[23:32] </w:t>
      </w:r>
      <w:r>
        <w:t>fi quloobihim wallahu yahyi wa yumeet</w:t>
      </w:r>
    </w:p>
    <w:p>
      <w:pPr>
        <w:jc w:val="right"/>
      </w:pPr>
      <w:r>
        <w:t>فی قلوبهم واللہ یحیی ویمیت</w:t>
      </w:r>
    </w:p>
    <w:p>
      <w:r>
        <w:rPr>
          <w:b/>
        </w:rPr>
        <w:t xml:space="preserve">[23:40] </w:t>
      </w:r>
      <w:r>
        <w:t>wallahu bima ta'maloona baseer</w:t>
      </w:r>
    </w:p>
    <w:p>
      <w:pPr>
        <w:jc w:val="right"/>
      </w:pPr>
      <w:r>
        <w:t>واللہ بما تعملون بصیر</w:t>
      </w:r>
    </w:p>
    <w:p>
      <w:r>
        <w:rPr>
          <w:b/>
        </w:rPr>
        <w:t xml:space="preserve">[23:45] </w:t>
      </w:r>
      <w:r>
        <w:t>wa lain qutiltum fi sabeelillahi aw mottom la maghfiratun</w:t>
      </w:r>
    </w:p>
    <w:p>
      <w:pPr>
        <w:jc w:val="right"/>
      </w:pPr>
      <w:r>
        <w:t>ولئن قتلتم فی سبیل اللہ او متم لمغفرۃ</w:t>
      </w:r>
    </w:p>
    <w:p>
      <w:r>
        <w:rPr>
          <w:b/>
        </w:rPr>
        <w:t xml:space="preserve">[23:53] </w:t>
      </w:r>
      <w:r>
        <w:t>min</w:t>
      </w:r>
    </w:p>
    <w:p>
      <w:pPr>
        <w:jc w:val="right"/>
      </w:pPr>
      <w:r>
        <w:t>من</w:t>
      </w:r>
    </w:p>
    <w:p>
      <w:r>
        <w:rPr>
          <w:b/>
        </w:rPr>
        <w:t xml:space="preserve">[23:53] </w:t>
      </w:r>
      <w:r>
        <w:t>allahi wa rahmahtun khayrum mimma yajma'oon wa lain mottom aw qutiltum la ilallahi tuhshuroon</w:t>
      </w:r>
    </w:p>
    <w:p>
      <w:pPr>
        <w:jc w:val="right"/>
      </w:pPr>
      <w:r>
        <w:t>اللہ ورحمۃ خير مما يجمعون ولئن متم او قتلتم لالى الله تحشرون</w:t>
      </w:r>
    </w:p>
    <w:p>
      <w:r>
        <w:rPr>
          <w:b/>
        </w:rPr>
        <w:t xml:space="preserve">[24:10] </w:t>
      </w:r>
      <w:r>
        <w:t>fabi ma rahmati minallahi lunta lahum wa law kunta fazzan ghaleezal qalbi lanfaddoo min hawlik f'afu 'anhum wastaghfir lahum wa shawirhum fil amri itha 'azamta fatawakkal 'alallahi</w:t>
      </w:r>
    </w:p>
    <w:p>
      <w:pPr>
        <w:jc w:val="right"/>
      </w:pPr>
      <w:r>
        <w:t>فبما رحمه من الله لنت لهم ولو كنت فضا غليظ القلب لانفضوا من حولك فاعف عنهم واستغفر لهم وشاورهم في الامر فاذا عزمت فتوكل على الله</w:t>
      </w:r>
    </w:p>
    <w:p>
      <w:r>
        <w:rPr>
          <w:b/>
        </w:rPr>
        <w:t xml:space="preserve">[24:37] </w:t>
      </w:r>
      <w:r>
        <w:t>innallaha yuhibbul mutawakkileen</w:t>
      </w:r>
    </w:p>
    <w:p>
      <w:pPr>
        <w:jc w:val="right"/>
      </w:pPr>
      <w:r>
        <w:t>ان الله يحب المتوكلين</w:t>
      </w:r>
    </w:p>
    <w:p>
      <w:r>
        <w:rPr>
          <w:b/>
        </w:rPr>
        <w:t xml:space="preserve">[24:45] </w:t>
      </w:r>
      <w:r>
        <w:t>inn yansurukumullahu fala ghaliba lakum wa in yakhthulkum faman thal lazee yansurukum min ba'dihi wa 'alallahi falyatawakkalil mu'minoon aye iman walo</w:t>
      </w:r>
    </w:p>
    <w:p>
      <w:pPr>
        <w:jc w:val="right"/>
      </w:pPr>
      <w:r>
        <w:t>ان ينصركم الله فلا غالب لكم وان يخذلكم فمن ذا الذي ينصركم من بعده وعلى الله فليتوكل المؤمنون اے ایمان والو</w:t>
      </w:r>
    </w:p>
    <w:p>
      <w:r>
        <w:rPr>
          <w:b/>
        </w:rPr>
        <w:t xml:space="preserve">[25:09] </w:t>
      </w:r>
      <w:r>
        <w:t>tum un logon ki manind na ho jana jinhon ne inkar kiya woh apne bhaiyon ki nisbat kehte</w:t>
      </w:r>
    </w:p>
    <w:p>
      <w:pPr>
        <w:jc w:val="right"/>
      </w:pPr>
      <w:r>
        <w:t>تم ان لوگوں کی مانند نہ ہو جانا جنہوں نے انکار کیا وہ اپنے بھائیوں کی نسبت کہتے</w:t>
      </w:r>
    </w:p>
    <w:p>
      <w:r>
        <w:rPr>
          <w:b/>
        </w:rPr>
        <w:t xml:space="preserve">[25:16] </w:t>
      </w:r>
      <w:r>
        <w:t>hain jab ke woh safar ya jehad mein nikalte hain aur un ko maut aajati hai ke</w:t>
      </w:r>
    </w:p>
    <w:p>
      <w:pPr>
        <w:jc w:val="right"/>
      </w:pPr>
      <w:r>
        <w:t>ہیں جب کہ وہ سفر یا جہاد میں نکلتے ہیں اور ان کو موت ا جاتی ہے کہ</w:t>
      </w:r>
    </w:p>
    <w:p>
      <w:r>
        <w:rPr>
          <w:b/>
        </w:rPr>
        <w:t xml:space="preserve">[25:25] </w:t>
      </w:r>
      <w:r>
        <w:t>agar woh hamare paas rehte to na marte aur na mare jate taake Allah un ko un ke</w:t>
      </w:r>
    </w:p>
    <w:p>
      <w:pPr>
        <w:jc w:val="right"/>
      </w:pPr>
      <w:r>
        <w:t>اگر وہ ہمارے پاس رہتے تو نہ مرتے اور نہ مارے جاتے تاکہ اللہ ان کو ان کے</w:t>
      </w:r>
    </w:p>
    <w:p>
      <w:r>
        <w:rPr>
          <w:b/>
        </w:rPr>
        <w:t xml:space="preserve">[25:34] </w:t>
      </w:r>
      <w:r>
        <w:t>diloon mein sabab hasrat bana de aur jo kuch tum karte ho Allah us ko dekh raha hai</w:t>
      </w:r>
    </w:p>
    <w:p>
      <w:pPr>
        <w:jc w:val="right"/>
      </w:pPr>
      <w:r>
        <w:t>دلوں میں سبب حسرت بنا دے اور جو کچھ تم کرتے ہو اللہ اس کو دیکھ رہا ہے</w:t>
      </w:r>
    </w:p>
    <w:p>
      <w:r>
        <w:rPr>
          <w:b/>
        </w:rPr>
        <w:t xml:space="preserve">[25:43] </w:t>
      </w:r>
      <w:r>
        <w:t>aur agar tum Allah ki rah mein mare jao ya mar jao to Allah ki maghfirat aur rehmat</w:t>
      </w:r>
    </w:p>
    <w:p>
      <w:pPr>
        <w:jc w:val="right"/>
      </w:pPr>
      <w:r>
        <w:t>اور اگر تم اللہ کی راہ میں مارے جاؤ یا مر جاؤ تو اللہ کی مغفرت اور رحمت</w:t>
      </w:r>
    </w:p>
    <w:p>
      <w:r>
        <w:rPr>
          <w:b/>
        </w:rPr>
        <w:t xml:space="preserve">[25:50] </w:t>
      </w:r>
      <w:r>
        <w:t>us se behtar hai jisko woh jama kar rahe hain</w:t>
      </w:r>
    </w:p>
    <w:p>
      <w:pPr>
        <w:jc w:val="right"/>
      </w:pPr>
      <w:r>
        <w:t>اس سے بہتر ہے جس کو وہ جمع کر رہے ہیں</w:t>
      </w:r>
    </w:p>
    <w:p>
      <w:r>
        <w:rPr>
          <w:b/>
        </w:rPr>
        <w:t xml:space="preserve">[25:55] </w:t>
      </w:r>
      <w:r>
        <w:t>aur</w:t>
      </w:r>
    </w:p>
    <w:p>
      <w:pPr>
        <w:jc w:val="right"/>
      </w:pPr>
      <w:r>
        <w:t>اور</w:t>
      </w:r>
    </w:p>
    <w:p>
      <w:r>
        <w:rPr>
          <w:b/>
        </w:rPr>
        <w:t xml:space="preserve">[25:55] </w:t>
      </w:r>
      <w:r>
        <w:t>tum mar gaye ya mare gaye beharhaal tum Allah hi ke paas jama kiye jaoge yeh Allah</w:t>
      </w:r>
    </w:p>
    <w:p>
      <w:pPr>
        <w:jc w:val="right"/>
      </w:pPr>
      <w:r>
        <w:t>تم مر گئے یا مارے گئے بہرحال تم اللہ ہی کے پاس جمع کیے جاؤ گے یہ اللہ</w:t>
      </w:r>
    </w:p>
    <w:p>
      <w:r>
        <w:rPr>
          <w:b/>
        </w:rPr>
        <w:t xml:space="preserve">[26:03] </w:t>
      </w:r>
      <w:r>
        <w:t>ki bari rehmat hai ke tum un ke liye naram ho agar tum tundkhu aur sakht dil hote</w:t>
      </w:r>
    </w:p>
    <w:p>
      <w:pPr>
        <w:jc w:val="right"/>
      </w:pPr>
      <w:r>
        <w:t>کی بڑی رحمت ہے کہ تم ان کے لیے نرم ہو اگر تم تندخو اور سخت دل ہوتے</w:t>
      </w:r>
    </w:p>
    <w:p>
      <w:r>
        <w:rPr>
          <w:b/>
        </w:rPr>
        <w:t xml:space="preserve">[26:11] </w:t>
      </w:r>
      <w:r>
        <w:t>to yeh log tumhare paas se bhag jate pas un ko maaf kar do aur un ke liye</w:t>
      </w:r>
    </w:p>
    <w:p>
      <w:pPr>
        <w:jc w:val="right"/>
      </w:pPr>
      <w:r>
        <w:t>تو یہ لوگ تمہارے پاس سے بھاگ جاتے پس ان کو معاف کر دو اور ان کے لیے</w:t>
      </w:r>
    </w:p>
    <w:p>
      <w:r>
        <w:rPr>
          <w:b/>
        </w:rPr>
        <w:t xml:space="preserve">[26:20] </w:t>
      </w:r>
      <w:r>
        <w:t>maghfirat mango aur muamlat mein un se mashwara lo phir jab faisla kar lo to Allah par bharosa</w:t>
      </w:r>
    </w:p>
    <w:p>
      <w:pPr>
        <w:jc w:val="right"/>
      </w:pPr>
      <w:r>
        <w:t>مغفرت مانگو اور معاملات میں ان سے مشورہ لو پھر جب فیصلہ کر لو تو اللہ پر بھروسہ</w:t>
      </w:r>
    </w:p>
    <w:p>
      <w:r>
        <w:rPr>
          <w:b/>
        </w:rPr>
        <w:t xml:space="preserve">[26:28] </w:t>
      </w:r>
      <w:r>
        <w:t>karo beshak Allah un se mohabbat karta hai jo us par bharosa rakhte hain agar Allah tumhara</w:t>
      </w:r>
    </w:p>
    <w:p>
      <w:pPr>
        <w:jc w:val="right"/>
      </w:pPr>
      <w:r>
        <w:t>کرو بے شک اللہ ان سے محبت کرتا ہے جو اس پر بھروسہ رکھتے ہیں اگر اللہ تمہارا</w:t>
      </w:r>
    </w:p>
    <w:p>
      <w:r>
        <w:rPr>
          <w:b/>
        </w:rPr>
        <w:t xml:space="preserve">[26:38] </w:t>
      </w:r>
      <w:r>
        <w:t>saath de to koi tum par ghalib</w:t>
      </w:r>
    </w:p>
    <w:p>
      <w:pPr>
        <w:jc w:val="right"/>
      </w:pPr>
      <w:r>
        <w:t>ساتھ دے تو کوئی تم پر غالب</w:t>
      </w:r>
    </w:p>
    <w:p>
      <w:r>
        <w:rPr>
          <w:b/>
        </w:rPr>
        <w:t xml:space="preserve">[26:40] </w:t>
      </w:r>
      <w:r>
        <w:t>nahi aa sakta aur agar woh tumhara sath chhod de to us ke baad kaun hai jo tumhari madad kare aur Allah hi ke upar bharosa karna chahiye iman walon ko</w:t>
      </w:r>
    </w:p>
    <w:p>
      <w:pPr>
        <w:jc w:val="right"/>
      </w:pPr>
      <w:r>
        <w:t>نہیں ا سکتا اور اگر وہ تمہارا ساتھ چھوڑ دے تو اس کے بعد کون ہے جو تمہاری مدد کرے اور اللہ ہی کے اوپر بھروسہ کرنا چاہیے ایمان والوں کو</w:t>
      </w:r>
    </w:p>
    <w:p>
      <w:r>
        <w:rPr>
          <w:b/>
        </w:rPr>
        <w:t xml:space="preserve">[26:59] </w:t>
      </w:r>
      <w:r>
        <w:t>tashreeh is dunya mein jo kuch hota hai Allah ke hukum se hota hai taham yahan har cheez</w:t>
      </w:r>
    </w:p>
    <w:p>
      <w:pPr>
        <w:jc w:val="right"/>
      </w:pPr>
      <w:r>
        <w:t>تشریح اس دنیا میں جو کچھ ہوتا ہے اللہ کے حکم سے ہوتا ہے تاہم یہاں ہر چیز</w:t>
      </w:r>
    </w:p>
    <w:p>
      <w:r>
        <w:rPr>
          <w:b/>
        </w:rPr>
        <w:t xml:space="preserve">[27:09] </w:t>
      </w:r>
      <w:r>
        <w:t>par asbab ka parda daal diya gaya hai</w:t>
      </w:r>
    </w:p>
    <w:p>
      <w:pPr>
        <w:jc w:val="right"/>
      </w:pPr>
      <w:r>
        <w:t>پر اسباب کا پردہ ڈال دیا گیا ہے</w:t>
      </w:r>
    </w:p>
    <w:p>
      <w:r>
        <w:rPr>
          <w:b/>
        </w:rPr>
        <w:t xml:space="preserve">[27:14] </w:t>
      </w:r>
      <w:r>
        <w:t>waqiat bazahir asbab ke tehat hote hue nazar aate hain magar haqeeqatan woh Allah ke hukum ke tehat</w:t>
      </w:r>
    </w:p>
    <w:p>
      <w:pPr>
        <w:jc w:val="right"/>
      </w:pPr>
      <w:r>
        <w:t>واقعات بظاہر اسباب کے تحت ہوتے ہوئے نظر اتے ہیں مگر حقیقتا وہ اللہ کے حکم کے تحت</w:t>
      </w:r>
    </w:p>
    <w:p>
      <w:r>
        <w:rPr>
          <w:b/>
        </w:rPr>
        <w:t xml:space="preserve">[27:22] </w:t>
      </w:r>
      <w:r>
        <w:t>ho rahe hain</w:t>
      </w:r>
    </w:p>
    <w:p>
      <w:pPr>
        <w:jc w:val="right"/>
      </w:pPr>
      <w:r>
        <w:t>ہو رہے ہیں</w:t>
      </w:r>
    </w:p>
    <w:p>
      <w:r>
        <w:rPr>
          <w:b/>
        </w:rPr>
        <w:t xml:space="preserve">[27:24] </w:t>
      </w:r>
      <w:r>
        <w:t>aadmi ka imtehan yeh hai ke woh zahiri asbab mein na atke balkeh un ke peeche kaam karne</w:t>
      </w:r>
    </w:p>
    <w:p>
      <w:pPr>
        <w:jc w:val="right"/>
      </w:pPr>
      <w:r>
        <w:t>ادمی کا امتحان یہ ہے کہ وہ ظاہری اسباب میں نہ اٹکے بلکہ ان کے پیچھے کام کرنے</w:t>
      </w:r>
    </w:p>
    <w:p>
      <w:r>
        <w:rPr>
          <w:b/>
        </w:rPr>
        <w:t xml:space="preserve">[27:33] </w:t>
      </w:r>
      <w:r>
        <w:t>wali qudrat khudaawandi ko dekh le</w:t>
      </w:r>
    </w:p>
    <w:p>
      <w:pPr>
        <w:jc w:val="right"/>
      </w:pPr>
      <w:r>
        <w:t>والی قدرت خداوندی کو دیکھ لے</w:t>
      </w:r>
    </w:p>
    <w:p>
      <w:r>
        <w:rPr>
          <w:b/>
        </w:rPr>
        <w:t xml:space="preserve">[27:38] </w:t>
      </w:r>
      <w:r>
        <w:t>ghair momin woh hai jo asbab mein kho jaye aur momin woh hai jo asbab</w:t>
      </w:r>
    </w:p>
    <w:p>
      <w:pPr>
        <w:jc w:val="right"/>
      </w:pPr>
      <w:r>
        <w:t>غیر مومن وہ ہے جو اسباب میں کھو جائے اور مومن وہ ہے جو اسباب</w:t>
      </w:r>
    </w:p>
    <w:p>
      <w:r>
        <w:rPr>
          <w:b/>
        </w:rPr>
        <w:t xml:space="preserve">[27:45] </w:t>
      </w:r>
      <w:r>
        <w:t>se guzar kar asal haqeeqat ko pa le</w:t>
      </w:r>
    </w:p>
    <w:p>
      <w:pPr>
        <w:jc w:val="right"/>
      </w:pPr>
      <w:r>
        <w:t>سے گزر کر اصل حقیقت کو پا لے</w:t>
      </w:r>
    </w:p>
    <w:p>
      <w:r>
        <w:rPr>
          <w:b/>
        </w:rPr>
        <w:t xml:space="preserve">[27:49] </w:t>
      </w:r>
      <w:r>
        <w:t>ek shakhs momin hone ka mudai ho magar isi ke saath uska haal yeh ho ke zindagi</w:t>
      </w:r>
    </w:p>
    <w:p>
      <w:pPr>
        <w:jc w:val="right"/>
      </w:pPr>
      <w:r>
        <w:t>ایک شخص مومن ہونے کا مدعی ہو مگر اسی کے ساتھ اس کا حال یہ ہو کہ زندگی</w:t>
      </w:r>
    </w:p>
    <w:p>
      <w:r>
        <w:rPr>
          <w:b/>
        </w:rPr>
        <w:t xml:space="preserve">[27:56] </w:t>
      </w:r>
      <w:r>
        <w:t>o maut aur kamyabi o nakami ko woh tadbeeron ka nateeja samajhta ho to uska immani daway</w:t>
      </w:r>
    </w:p>
    <w:p>
      <w:pPr>
        <w:jc w:val="right"/>
      </w:pPr>
      <w:r>
        <w:t>و موت اور کامیابی و ناکامی کو وہ تدبیروں کا نتیجہ سمجھتا ہو تو اس کا ایمانی دعوی</w:t>
      </w:r>
    </w:p>
    <w:p>
      <w:r>
        <w:rPr>
          <w:b/>
        </w:rPr>
        <w:t xml:space="preserve">[28:04] </w:t>
      </w:r>
      <w:r>
        <w:t>motabar nahi ghair momin ke saath koi hadsa pesh aaye to woh is gham mein mubtala ho jata</w:t>
      </w:r>
    </w:p>
    <w:p>
      <w:pPr>
        <w:jc w:val="right"/>
      </w:pPr>
      <w:r>
        <w:t>معتبر نہیں غیر مومن کے ساتھ کوئی حادثہ پیش ائے تو وہ اس غم میں مبتلا ہو جاتا</w:t>
      </w:r>
    </w:p>
    <w:p>
      <w:r>
        <w:rPr>
          <w:b/>
        </w:rPr>
        <w:t xml:space="preserve">[28:13] </w:t>
      </w:r>
      <w:r>
        <w:t>hai ke maine falan tadbeer ki hoti to main hadse se bach jata magar momin ke saath</w:t>
      </w:r>
    </w:p>
    <w:p>
      <w:pPr>
        <w:jc w:val="right"/>
      </w:pPr>
      <w:r>
        <w:t>ہے کہ میں نے فلاں تدبیر کی ہوتی تو میں حادثے سے بچ جاتا مگر مومن کے ساتھ</w:t>
      </w:r>
    </w:p>
    <w:p>
      <w:r>
        <w:rPr>
          <w:b/>
        </w:rPr>
        <w:t xml:space="preserve">[28:21] </w:t>
      </w:r>
      <w:r>
        <w:t>jab koi hadsa guzarta hai to woh yeh soch kar mutma'in rehta hai ke Allah ki marzi yahi</w:t>
      </w:r>
    </w:p>
    <w:p>
      <w:pPr>
        <w:jc w:val="right"/>
      </w:pPr>
      <w:r>
        <w:t>جب کوئی حادثہ گزرتا ہے تو وہ یہ سوچ کر مطمئن رہتا ہے کہ اللہ کی مرضی یہی</w:t>
      </w:r>
    </w:p>
    <w:p>
      <w:r>
        <w:rPr>
          <w:b/>
        </w:rPr>
        <w:t xml:space="preserve">[28:27] </w:t>
      </w:r>
      <w:r>
        <w:t>thi jo log dunyawi</w:t>
      </w:r>
    </w:p>
    <w:p>
      <w:pPr>
        <w:jc w:val="right"/>
      </w:pPr>
      <w:r>
        <w:t>تھی جو لوگ دنیاوی</w:t>
      </w:r>
    </w:p>
    <w:p>
      <w:r>
        <w:rPr>
          <w:b/>
        </w:rPr>
        <w:t xml:space="preserve">[28:30] </w:t>
      </w:r>
      <w:r>
        <w:t>asbab ko ahmiyat dein woh apni poori zindagi dunya ki cheezon ko faraham karne mein laga dete hain</w:t>
      </w:r>
    </w:p>
    <w:p>
      <w:pPr>
        <w:jc w:val="right"/>
      </w:pPr>
      <w:r>
        <w:t>اسباب کو اہمیت دیں وہ اپنی پوری زندگی دنیا کی چیزوں کو فراہم کرنے میں لگا دیتے ہیں</w:t>
      </w:r>
    </w:p>
    <w:p>
      <w:r>
        <w:rPr>
          <w:b/>
        </w:rPr>
        <w:t xml:space="preserve">[28:39] </w:t>
      </w:r>
      <w:r>
        <w:t>marne se zyada jeena un ko aziz ho jata hai magar paane ki asal cheez woh hai jo</w:t>
      </w:r>
    </w:p>
    <w:p>
      <w:pPr>
        <w:jc w:val="right"/>
      </w:pPr>
      <w:r>
        <w:t>مرنے سے زیادہ جینا ان کو عزیز ہو جاتا ہے مگر پانے کی اصل چیز وہ ہے جو</w:t>
      </w:r>
    </w:p>
    <w:p>
      <w:r>
        <w:rPr>
          <w:b/>
        </w:rPr>
        <w:t xml:space="preserve">[28:48] </w:t>
      </w:r>
      <w:r>
        <w:t>aakhirat mein hai yani Allah ki jannat o maghfirat aur jannat woh cheez hai jis ko sirf zindagi</w:t>
      </w:r>
    </w:p>
    <w:p>
      <w:pPr>
        <w:jc w:val="right"/>
      </w:pPr>
      <w:r>
        <w:t>اخرت میں ہے یعنی اللہ کی جنت و مغفرت اور جنت وہ چیز ہے جس کو صرف زندگی</w:t>
      </w:r>
    </w:p>
    <w:p>
      <w:r>
        <w:rPr>
          <w:b/>
        </w:rPr>
        <w:t xml:space="preserve">[28:58] </w:t>
      </w:r>
      <w:r>
        <w:t>ki qeemat par hasil kiya ja sakta hai aadmi ka wajood hi jannat ki wahid qeemat hai aadmi</w:t>
      </w:r>
    </w:p>
    <w:p>
      <w:pPr>
        <w:jc w:val="right"/>
      </w:pPr>
      <w:r>
        <w:t>کی قیمت پر حاصل کیا جا سکتا ہے ادمی کا وجود ہی جنت کی واحد قیمت ہے ادمی</w:t>
      </w:r>
    </w:p>
    <w:p>
      <w:r>
        <w:rPr>
          <w:b/>
        </w:rPr>
        <w:t xml:space="preserve">[29:06] </w:t>
      </w:r>
      <w:r>
        <w:t>agar apne wajood ko na de to woh kisi aur cheez ke zariye jannat hasil nahi kar sakta</w:t>
      </w:r>
    </w:p>
    <w:p>
      <w:pPr>
        <w:jc w:val="right"/>
      </w:pPr>
      <w:r>
        <w:t>اگر اپنے وجود کو نہ دے تو وہ کسی اور چیز کے ذریعے جنت حاصل نہیں کر سکتا</w:t>
      </w:r>
    </w:p>
    <w:p>
      <w:r>
        <w:rPr>
          <w:b/>
        </w:rPr>
        <w:t xml:space="preserve">[29:17] </w:t>
      </w:r>
      <w:r>
        <w:t>ahl-e-iman ke saath jis ijtamai sulook ka hukum peghambar ko diya gaya hai wohi ek muslim sarbrah</w:t>
      </w:r>
    </w:p>
    <w:p>
      <w:pPr>
        <w:jc w:val="right"/>
      </w:pPr>
      <w:r>
        <w:t>اہل ایمان کے ساتھ جس اجتماعی سلوک کا حکم پیغمبر کو دیا گیا ہے وہی ایک مسلم سربراہ</w:t>
      </w:r>
    </w:p>
    <w:p>
      <w:r>
        <w:rPr>
          <w:b/>
        </w:rPr>
        <w:t xml:space="preserve">[29:25] </w:t>
      </w:r>
      <w:r>
        <w:t>ke liye bhi hai muslim sarbrah ke liye zaroori hai ke woh narm dil aur narm guftar ho</w:t>
      </w:r>
    </w:p>
    <w:p>
      <w:pPr>
        <w:jc w:val="right"/>
      </w:pPr>
      <w:r>
        <w:t>کے لیے بھی ہے مسلم سربراہ کے لیے ضروری ہے کہ وہ نرم دل اور نرم گفتار ہو</w:t>
      </w:r>
    </w:p>
    <w:p>
      <w:r>
        <w:rPr>
          <w:b/>
        </w:rPr>
        <w:t xml:space="preserve">[29:34] </w:t>
      </w:r>
      <w:r>
        <w:t>yeh nermi sirf rozmarra ki aam zindagi hi mein matloob nahi hai balkeh aise ghair mamooli awaaq par</w:t>
      </w:r>
    </w:p>
    <w:p>
      <w:pPr>
        <w:jc w:val="right"/>
      </w:pPr>
      <w:r>
        <w:t>یہ نرمی صرف روزمرہ کی عام زندگی ہی میں مطلوب نہیں ہے بلکہ ایسے غیر معمولی مواقع پر</w:t>
      </w:r>
    </w:p>
    <w:p>
      <w:r>
        <w:rPr>
          <w:b/>
        </w:rPr>
        <w:t xml:space="preserve">[29:43] </w:t>
      </w:r>
      <w:r>
        <w:t>bhi matloob hai jabke Islam aur ghair Islam ke takraao ke waqt logon se ek hukum ki naafarmaani</w:t>
      </w:r>
    </w:p>
    <w:p>
      <w:pPr>
        <w:jc w:val="right"/>
      </w:pPr>
      <w:r>
        <w:t>بھی مطلوب ہے جبکہ اسلام اور غیر اسلام کے تصادم کے وقت لوگوں سے ایک حکم کی نافرمانی</w:t>
      </w:r>
    </w:p>
    <w:p>
      <w:r>
        <w:rPr>
          <w:b/>
        </w:rPr>
        <w:t xml:space="preserve">[29:52] </w:t>
      </w:r>
      <w:r>
        <w:t>ho aur nateeje mein jeeti hui jang haar mein badal jaye</w:t>
      </w:r>
    </w:p>
    <w:p>
      <w:pPr>
        <w:jc w:val="right"/>
      </w:pPr>
      <w:r>
        <w:t>ہو اور نتیجے میں جیتی ہوئی جنگ ہار میں بدل جائے</w:t>
      </w:r>
    </w:p>
    <w:p>
      <w:r>
        <w:rPr>
          <w:b/>
        </w:rPr>
        <w:t xml:space="preserve">[29:58] </w:t>
      </w:r>
      <w:r>
        <w:t>sarbarah ke andar jab tak yeh wusat aur bulandi na ho taqatwar</w:t>
      </w:r>
    </w:p>
    <w:p>
      <w:pPr>
        <w:jc w:val="right"/>
      </w:pPr>
      <w:r>
        <w:t>سربراہ کے اندر جب تک یہ وسعت اور بلندی نہ ہو طاقتور</w:t>
      </w:r>
    </w:p>
    <w:p>
      <w:r>
        <w:rPr>
          <w:b/>
        </w:rPr>
        <w:t xml:space="preserve">[30:03] </w:t>
      </w:r>
      <w:r>
        <w:t>ijtimaiyat qaim nahi ho sakti</w:t>
      </w:r>
    </w:p>
    <w:p>
      <w:pPr>
        <w:jc w:val="right"/>
      </w:pPr>
      <w:r>
        <w:t>اجتماعیت قائم نہیں ہو سکتی</w:t>
      </w:r>
    </w:p>
    <w:p>
      <w:r>
        <w:rPr>
          <w:b/>
        </w:rPr>
        <w:t xml:space="preserve">[30:06] </w:t>
      </w:r>
      <w:r>
        <w:t>ghalti khwah kitni hi bari ho agar woh sirf ek ghalti hai shar pasandi nahi hai to woh</w:t>
      </w:r>
    </w:p>
    <w:p>
      <w:pPr>
        <w:jc w:val="right"/>
      </w:pPr>
      <w:r>
        <w:t>غلطی خواہ کتنی ہی بڑی ہو اگر وہ صرف ایک غلطی ہے شر پسندی نہیں ہے تو وہ</w:t>
      </w:r>
    </w:p>
    <w:p>
      <w:r>
        <w:rPr>
          <w:b/>
        </w:rPr>
        <w:t xml:space="preserve">[30:14] </w:t>
      </w:r>
      <w:r>
        <w:t>qabil maafi hai</w:t>
      </w:r>
    </w:p>
    <w:p>
      <w:pPr>
        <w:jc w:val="right"/>
      </w:pPr>
      <w:r>
        <w:t>قابل معافی ہے</w:t>
      </w:r>
    </w:p>
    <w:p>
      <w:r>
        <w:rPr>
          <w:b/>
        </w:rPr>
        <w:t xml:space="preserve">[30:17] </w:t>
      </w:r>
      <w:r>
        <w:t>sarbarah ko chahiye ke aisi har ghalti ko bhula kar woh logon se muamla kare hatta ke woh</w:t>
      </w:r>
    </w:p>
    <w:p>
      <w:pPr>
        <w:jc w:val="right"/>
      </w:pPr>
      <w:r>
        <w:t>سربراہ کو چاہیے کہ ایسی ہر غلطی کو بھلا کر وہ لوگوں سے معاملہ کرے حتی کہ وہ</w:t>
      </w:r>
    </w:p>
    <w:p>
      <w:r>
        <w:rPr>
          <w:b/>
        </w:rPr>
        <w:t xml:space="preserve">[30:24] </w:t>
      </w:r>
      <w:r>
        <w:t>logon ka itna khair khwah ho ke un ke haq mein is ke dil se duaen nikalne lagen</w:t>
      </w:r>
    </w:p>
    <w:p>
      <w:pPr>
        <w:jc w:val="right"/>
      </w:pPr>
      <w:r>
        <w:t>لوگوں کا اتنا خیر خواہ ہو کہ ان کے حق میں اس کے دل سے دعائیں نکلنے لگیں</w:t>
      </w:r>
    </w:p>
    <w:p>
      <w:r>
        <w:rPr>
          <w:b/>
        </w:rPr>
        <w:t xml:space="preserve">[30:30] </w:t>
      </w:r>
      <w:r>
        <w:t>is ki nazar mein logon ki itni qadar ho ke muamlat mein woh un se mashwara le jab</w:t>
      </w:r>
    </w:p>
    <w:p>
      <w:pPr>
        <w:jc w:val="right"/>
      </w:pPr>
      <w:r>
        <w:t>اس کی نظر میں لوگوں کی اتنی قدر ہو کہ معاملات میں وہ ان سے مشورہ لے جب</w:t>
      </w:r>
    </w:p>
    <w:p>
      <w:r>
        <w:rPr>
          <w:b/>
        </w:rPr>
        <w:t xml:space="preserve">[30:37] </w:t>
      </w:r>
      <w:r>
        <w:t>aadmi ko yeh yaqeen ho ke jo kuch hota hai Khuda ke kiye se hota hai to is</w:t>
      </w:r>
    </w:p>
    <w:p>
      <w:pPr>
        <w:jc w:val="right"/>
      </w:pPr>
      <w:r>
        <w:t>ادمی کو یہ یقین ہو کہ جو کچھ ہوتا ہے خدا کے کیے سے ہوتا ہے تو اس</w:t>
      </w:r>
    </w:p>
    <w:p>
      <w:r>
        <w:rPr>
          <w:b/>
        </w:rPr>
        <w:t xml:space="preserve">[30:42] </w:t>
      </w:r>
      <w:r>
        <w:t>ke baad insani asbab is ki nazar mein naqabil-e-lehaz ho jayenge</w:t>
      </w:r>
    </w:p>
    <w:p>
      <w:pPr>
        <w:jc w:val="right"/>
      </w:pPr>
      <w:r>
        <w:t>کے بعد انسانی اسباب اس کی نظر میں ناقابل لحاظ ہو جائیں گے</w:t>
      </w:r>
    </w:p>
    <w:p>
      <w:r>
        <w:rPr>
          <w:b/>
        </w:rPr>
        <w:t xml:space="preserve">[30:50] </w:t>
      </w:r>
      <w:r>
        <w:t>in</w:t>
      </w:r>
    </w:p>
    <w:p>
      <w:pPr>
        <w:jc w:val="right"/>
      </w:pPr>
      <w:r>
        <w:t>ان</w:t>
      </w:r>
    </w:p>
    <w:p>
      <w:r>
        <w:rPr>
          <w:b/>
        </w:rPr>
        <w:t xml:space="preserve">[30:58] </w:t>
      </w:r>
      <w:r>
        <w:t>yughal bima ghal yawm al qiyamah</w:t>
      </w:r>
    </w:p>
    <w:p>
      <w:pPr>
        <w:jc w:val="right"/>
      </w:pPr>
      <w:r>
        <w:t>یغل بما غل یوم القیامہ</w:t>
      </w:r>
    </w:p>
    <w:p>
      <w:r>
        <w:rPr>
          <w:b/>
        </w:rPr>
        <w:t xml:space="preserve">[31:02] </w:t>
      </w:r>
      <w:r>
        <w:t>thumma tuaffa kullu nafsin</w:t>
      </w:r>
    </w:p>
    <w:p>
      <w:pPr>
        <w:jc w:val="right"/>
      </w:pPr>
      <w:r>
        <w:t>ثم توفی كل نفس</w:t>
      </w:r>
    </w:p>
    <w:p>
      <w:r>
        <w:rPr>
          <w:b/>
        </w:rPr>
        <w:t xml:space="preserve">[31:07] </w:t>
      </w:r>
      <w:r>
        <w:t>ma kasabat wa hum la yuzlamoon</w:t>
      </w:r>
    </w:p>
    <w:p>
      <w:pPr>
        <w:jc w:val="right"/>
      </w:pPr>
      <w:r>
        <w:t>ما کسبت وهم لا یظلمون</w:t>
      </w:r>
    </w:p>
    <w:p>
      <w:r>
        <w:rPr>
          <w:b/>
        </w:rPr>
        <w:t xml:space="preserve">[31:12] </w:t>
      </w:r>
      <w:r>
        <w:t>afaman ittaba'a ridwan allahi ka man</w:t>
      </w:r>
    </w:p>
    <w:p>
      <w:pPr>
        <w:jc w:val="right"/>
      </w:pPr>
      <w:r>
        <w:t>افمن اتبع رضوان اللہ کمن</w:t>
      </w:r>
    </w:p>
    <w:p>
      <w:r>
        <w:rPr>
          <w:b/>
        </w:rPr>
        <w:t xml:space="preserve">[31:17] </w:t>
      </w:r>
      <w:r>
        <w:t>aba'a bishakhtin min allahi wa ma'wahu jahannamu</w:t>
      </w:r>
    </w:p>
    <w:p>
      <w:pPr>
        <w:jc w:val="right"/>
      </w:pPr>
      <w:r>
        <w:t>باء بشخط من اللہ وماواه جہنم</w:t>
      </w:r>
    </w:p>
    <w:p>
      <w:r>
        <w:rPr>
          <w:b/>
        </w:rPr>
        <w:t xml:space="preserve">[31:26] </w:t>
      </w:r>
      <w:r>
        <w:t>wa bi'sa al maseeru hum darajatun</w:t>
      </w:r>
    </w:p>
    <w:p>
      <w:pPr>
        <w:jc w:val="right"/>
      </w:pPr>
      <w:r>
        <w:t>وبئس المصير هم درجات</w:t>
      </w:r>
    </w:p>
    <w:p>
      <w:r>
        <w:rPr>
          <w:b/>
        </w:rPr>
        <w:t xml:space="preserve">[31:32] </w:t>
      </w:r>
      <w:r>
        <w:t>indallahi wallahu baseerun</w:t>
      </w:r>
    </w:p>
    <w:p>
      <w:pPr>
        <w:jc w:val="right"/>
      </w:pPr>
      <w:r>
        <w:t>عند الله والله بصير</w:t>
      </w:r>
    </w:p>
    <w:p>
      <w:r>
        <w:rPr>
          <w:b/>
        </w:rPr>
        <w:t xml:space="preserve">[31:38] </w:t>
      </w:r>
      <w:r>
        <w:t>bima ya'maloon laqad manna allahu</w:t>
      </w:r>
    </w:p>
    <w:p>
      <w:pPr>
        <w:jc w:val="right"/>
      </w:pPr>
      <w:r>
        <w:t>بما يعملون لقد من الله</w:t>
      </w:r>
    </w:p>
    <w:p>
      <w:r>
        <w:rPr>
          <w:b/>
        </w:rPr>
        <w:t xml:space="preserve">[31:45] </w:t>
      </w:r>
      <w:r>
        <w:t>alalmumineena iz ba'atha feehim rasoolan min anfusihim yatlu 'alayhim ayatihi yatlu 'alayhim ayatihi wa yuzakkeehim wa yu'allimuhumul kitaba wal hikmata wa in kanoo min qablu lafee dalalin mubeen</w:t>
      </w:r>
    </w:p>
    <w:p>
      <w:pPr>
        <w:jc w:val="right"/>
      </w:pPr>
      <w:r>
        <w:t>على المؤمنين اذ بعث فيهم رسولا من انفسهم يتلو عليهم اياته يتلو عليهم اياته ويزكيهم ويعلمهم الكتاب والحكمه وان كانوا من قبل لفي ضلال مبين</w:t>
      </w:r>
    </w:p>
    <w:p>
      <w:r>
        <w:rPr>
          <w:b/>
        </w:rPr>
        <w:t xml:space="preserve">[32:15] </w:t>
      </w:r>
      <w:r>
        <w:t>aur nabi ka yeh kaam nahi ke woh kuch chupa rakhe aur jo koi chupayega woh apni</w:t>
      </w:r>
    </w:p>
    <w:p>
      <w:pPr>
        <w:jc w:val="right"/>
      </w:pPr>
      <w:r>
        <w:t>اور نبی کا یہ کام نہیں کہ وہ کچھ چھپا رکھے اور جو کوئی چھپائے گا وہ اپنی</w:t>
      </w:r>
    </w:p>
    <w:p>
      <w:r>
        <w:rPr>
          <w:b/>
        </w:rPr>
        <w:t xml:space="preserve">[32:23] </w:t>
      </w:r>
      <w:r>
        <w:t>chupai hui cheez ko qayamat ke din hazir karega</w:t>
      </w:r>
    </w:p>
    <w:p>
      <w:pPr>
        <w:jc w:val="right"/>
      </w:pPr>
      <w:r>
        <w:t>چھپائی ہوئی چیز کو قیامت کے دن حاضر کرے گا</w:t>
      </w:r>
    </w:p>
    <w:p>
      <w:r>
        <w:rPr>
          <w:b/>
        </w:rPr>
        <w:t xml:space="preserve">[32:29] </w:t>
      </w:r>
      <w:r>
        <w:t>phir har jaan ko us ke kiye hue ka poora badla milega aur un par kuch zulm</w:t>
      </w:r>
    </w:p>
    <w:p>
      <w:pPr>
        <w:jc w:val="right"/>
      </w:pPr>
      <w:r>
        <w:t>پھر ہر جان کو اس کے کیے ہوئے کا پورا بدلہ ملے گا اور ان پر کچھ ظلم</w:t>
      </w:r>
    </w:p>
    <w:p>
      <w:r>
        <w:rPr>
          <w:b/>
        </w:rPr>
        <w:t xml:space="preserve">[32:37] </w:t>
      </w:r>
      <w:r>
        <w:t>na hoga kiya woh shakhs jo Allah ki marzi ka tabe hai woh is shakhs ke manind ho</w:t>
      </w:r>
    </w:p>
    <w:p>
      <w:pPr>
        <w:jc w:val="right"/>
      </w:pPr>
      <w:r>
        <w:t>نہ ہوگا کیا وہ شخص جو اللہ کی مرضی کا تابع ہے وہ اس شخص کے مانند ہو</w:t>
      </w:r>
    </w:p>
    <w:p>
      <w:r>
        <w:rPr>
          <w:b/>
        </w:rPr>
        <w:t xml:space="preserve">[32:45] </w:t>
      </w:r>
      <w:r>
        <w:t>jayega jo Allah ka ghazab le kar lauta aur uska thikana jahannum hai aur woh kaisa</w:t>
      </w:r>
    </w:p>
    <w:p>
      <w:pPr>
        <w:jc w:val="right"/>
      </w:pPr>
      <w:r>
        <w:t>جائے گا جو اللہ کا غضب لے کر لوٹا اور اس کا ٹھکانہ جہنم ہے اور وہ کیسا</w:t>
      </w:r>
    </w:p>
    <w:p>
      <w:r>
        <w:rPr>
          <w:b/>
        </w:rPr>
        <w:t xml:space="preserve">[32:56] </w:t>
      </w:r>
      <w:r>
        <w:t>bara thikana hai</w:t>
      </w:r>
    </w:p>
    <w:p>
      <w:pPr>
        <w:jc w:val="right"/>
      </w:pPr>
      <w:r>
        <w:t>برا ٹھکانہ ہے</w:t>
      </w:r>
    </w:p>
    <w:p>
      <w:r>
        <w:rPr>
          <w:b/>
        </w:rPr>
        <w:t xml:space="preserve">[33:00] </w:t>
      </w:r>
      <w:r>
        <w:t>Allah</w:t>
      </w:r>
    </w:p>
    <w:p>
      <w:pPr>
        <w:jc w:val="right"/>
      </w:pPr>
      <w:r>
        <w:t>اللہ</w:t>
      </w:r>
    </w:p>
    <w:p>
      <w:r>
        <w:rPr>
          <w:b/>
        </w:rPr>
        <w:t xml:space="preserve">[33:00] </w:t>
      </w:r>
      <w:r>
        <w:t>ke yahan un ke darjat alag alag honge aur Allah dekh raha hai jo woh karte hain</w:t>
      </w:r>
    </w:p>
    <w:p>
      <w:pPr>
        <w:jc w:val="right"/>
      </w:pPr>
      <w:r>
        <w:t>کے یہاں ان کے درجے الگ الگ ہوں گے اور اللہ دیکھ رہا ہے جو وہ کرتے ہیں</w:t>
      </w:r>
    </w:p>
    <w:p>
      <w:r>
        <w:rPr>
          <w:b/>
        </w:rPr>
        <w:t xml:space="preserve">[33:10] </w:t>
      </w:r>
      <w:r>
        <w:t>allah ne eman walon par ehsan kiya ke un mein unhi mein se ek rasool bheja jo un</w:t>
      </w:r>
    </w:p>
    <w:p>
      <w:pPr>
        <w:jc w:val="right"/>
      </w:pPr>
      <w:r>
        <w:t>اللہ نے ایمان والوں پر احسان کیا کہ ان میں انہی میں سے ایک رسول بھیجا جو ان</w:t>
      </w:r>
    </w:p>
    <w:p>
      <w:r>
        <w:rPr>
          <w:b/>
        </w:rPr>
        <w:t xml:space="preserve">[33:20] </w:t>
      </w:r>
      <w:r>
        <w:t>ko allah ki ayatain sunata hai aur un ko pak karta hai aur un ko kitab aur hikmat</w:t>
      </w:r>
    </w:p>
    <w:p>
      <w:pPr>
        <w:jc w:val="right"/>
      </w:pPr>
      <w:r>
        <w:t>کو اللہ کی ایتیں سناتا ہے اور ان کو پاک کرتا ہے اور ان کو کتاب اور حکمت</w:t>
      </w:r>
    </w:p>
    <w:p>
      <w:r>
        <w:rPr>
          <w:b/>
        </w:rPr>
        <w:t xml:space="preserve">[33:30] </w:t>
      </w:r>
      <w:r>
        <w:t>ki taleem deta hai</w:t>
      </w:r>
    </w:p>
    <w:p>
      <w:pPr>
        <w:jc w:val="right"/>
      </w:pPr>
      <w:r>
        <w:t>کی تعلیم دیتا ہے</w:t>
      </w:r>
    </w:p>
    <w:p>
      <w:r>
        <w:rPr>
          <w:b/>
        </w:rPr>
        <w:t xml:space="preserve">[33:33] </w:t>
      </w:r>
      <w:r>
        <w:t>beshak wo is se pehle khuli hui gumrahi mein thay</w:t>
      </w:r>
    </w:p>
    <w:p>
      <w:pPr>
        <w:jc w:val="right"/>
      </w:pPr>
      <w:r>
        <w:t>بے شک وہ اس سے پہلے کھلی ہوئی گمراہی میں تھے</w:t>
      </w:r>
    </w:p>
    <w:p>
      <w:r>
        <w:rPr>
          <w:b/>
        </w:rPr>
        <w:t xml:space="preserve">[33:44] </w:t>
      </w:r>
      <w:r>
        <w:t>tashreeh uhud ke darre par mutayyan jin chalis afraad ne nafarmani ki thi rasool allah salallaho alaihe</w:t>
      </w:r>
    </w:p>
    <w:p>
      <w:pPr>
        <w:jc w:val="right"/>
      </w:pPr>
      <w:r>
        <w:t>تشریح احد کے درے پر متعین جن چالیس افراد نے نافرمانی کی تھی رسول اللہ صلی اللہ علیہ</w:t>
      </w:r>
    </w:p>
    <w:p>
      <w:r>
        <w:rPr>
          <w:b/>
        </w:rPr>
        <w:t xml:space="preserve">[33:55] </w:t>
      </w:r>
      <w:r>
        <w:t>wasallam ne un ko maaf kar diya tha taham un logon ko ye shubah tha ke aap ne</w:t>
      </w:r>
    </w:p>
    <w:p>
      <w:pPr>
        <w:jc w:val="right"/>
      </w:pPr>
      <w:r>
        <w:t>وسلم نے ان کو معاف کر دیا تھا تاہم ان لوگوں کو یہ شبہ تھا کہ اپ نے</w:t>
      </w:r>
    </w:p>
    <w:p>
      <w:r>
        <w:rPr>
          <w:b/>
        </w:rPr>
        <w:t xml:space="preserve">[34:04] </w:t>
      </w:r>
      <w:r>
        <w:t>shayad sirf oopri taur par hum ko maaf kiya hai</w:t>
      </w:r>
    </w:p>
    <w:p>
      <w:pPr>
        <w:jc w:val="right"/>
      </w:pPr>
      <w:r>
        <w:t>شاید صرف اوپری طور پر ہم کو معاف کیا ہے</w:t>
      </w:r>
    </w:p>
    <w:p>
      <w:r>
        <w:rPr>
          <w:b/>
        </w:rPr>
        <w:t xml:space="preserve">[34:09] </w:t>
      </w:r>
      <w:r>
        <w:t>dil mein aap ab bhi khafa hain aur kisi waqt hamare upar khفگی nikalenge</w:t>
      </w:r>
    </w:p>
    <w:p>
      <w:pPr>
        <w:jc w:val="right"/>
      </w:pPr>
      <w:r>
        <w:t>دل میں اپ اب بھی خفا ہیں اور کسی وقت ہمارے اوپر خفگی نکالیں گے</w:t>
      </w:r>
    </w:p>
    <w:p>
      <w:r>
        <w:rPr>
          <w:b/>
        </w:rPr>
        <w:t xml:space="preserve">[34:19] </w:t>
      </w:r>
      <w:r>
        <w:t>farmaya ke ye peghambar ka tareeqa nahi</w:t>
      </w:r>
    </w:p>
    <w:p>
      <w:pPr>
        <w:jc w:val="right"/>
      </w:pPr>
      <w:r>
        <w:t>فرمایا کہ یہ پیغمبر کا طریقہ نہیں</w:t>
      </w:r>
    </w:p>
    <w:p>
      <w:r>
        <w:rPr>
          <w:b/>
        </w:rPr>
        <w:t xml:space="preserve">[34:23] </w:t>
      </w:r>
      <w:r>
        <w:t>peghambar andar aur bahar ek hota hai</w:t>
      </w:r>
    </w:p>
    <w:p>
      <w:pPr>
        <w:jc w:val="right"/>
      </w:pPr>
      <w:r>
        <w:t>پیغمبر اندر اور باہر ایک ہوتا ہے</w:t>
      </w:r>
    </w:p>
    <w:p>
      <w:r>
        <w:rPr>
          <w:b/>
        </w:rPr>
        <w:t xml:space="preserve">[34:28] </w:t>
      </w:r>
      <w:r>
        <w:t>is se ye andaza hota</w:t>
      </w:r>
    </w:p>
    <w:p>
      <w:pPr>
        <w:jc w:val="right"/>
      </w:pPr>
      <w:r>
        <w:t>اس سے یہ اندازہ ہوتا</w:t>
      </w:r>
    </w:p>
    <w:p>
      <w:r>
        <w:rPr>
          <w:b/>
        </w:rPr>
        <w:t xml:space="preserve">[34:29] </w:t>
      </w:r>
      <w:r>
        <w:t>hai ke musalmanon ke sarbarah ko kaisa hona chahiye</w:t>
      </w:r>
    </w:p>
    <w:p>
      <w:pPr>
        <w:jc w:val="right"/>
      </w:pPr>
      <w:r>
        <w:t>ہے کہ مسلمانوں کے سربراہ کو کیسا ہونا چاہیے</w:t>
      </w:r>
    </w:p>
    <w:p>
      <w:r>
        <w:rPr>
          <w:b/>
        </w:rPr>
        <w:t xml:space="preserve">[34:35] </w:t>
      </w:r>
      <w:r>
        <w:t>muslim sarbarah ka dil aisa hona chahiye ke is ke andar bughz nafrat kina aur hasad</w:t>
      </w:r>
    </w:p>
    <w:p>
      <w:pPr>
        <w:jc w:val="right"/>
      </w:pPr>
      <w:r>
        <w:t>مسلم سربراہ کا دل ایسا ہونا چاہیے کہ اس کے اندر بغض نفرت کینہ اور حسد</w:t>
      </w:r>
    </w:p>
    <w:p>
      <w:r>
        <w:rPr>
          <w:b/>
        </w:rPr>
        <w:t xml:space="preserve">[34:45] </w:t>
      </w:r>
      <w:r>
        <w:t>bilkul jagah na pa sake</w:t>
      </w:r>
    </w:p>
    <w:p>
      <w:pPr>
        <w:jc w:val="right"/>
      </w:pPr>
      <w:r>
        <w:t>بالکل جگہ نہ پا سکے</w:t>
      </w:r>
    </w:p>
    <w:p>
      <w:r>
        <w:rPr>
          <w:b/>
        </w:rPr>
        <w:t xml:space="preserve">[34:49] </w:t>
      </w:r>
      <w:r>
        <w:t>hata ke us waqt bhi nahi jab ke is ke sathiyon se ek bhayanak ghalti ho gayi ho</w:t>
      </w:r>
    </w:p>
    <w:p>
      <w:pPr>
        <w:jc w:val="right"/>
      </w:pPr>
      <w:r>
        <w:t>حتی کہ اس وقت بھی نہیں جب کہ اس کے ساتھیوں سے ایک بھیانک غلطی ہو گئی ہو</w:t>
      </w:r>
    </w:p>
    <w:p>
      <w:r>
        <w:rPr>
          <w:b/>
        </w:rPr>
        <w:t xml:space="preserve">[34:57] </w:t>
      </w:r>
      <w:r>
        <w:t>muslim sarbarah ko chahiye ke badi se badi ghalti karne walon ke khilaf bhi wo dil mein koi</w:t>
      </w:r>
    </w:p>
    <w:p>
      <w:pPr>
        <w:jc w:val="right"/>
      </w:pPr>
      <w:r>
        <w:t>مسلم سربراہ کو چاہیے کہ بڑی سے بڑی غلطی کرنے والوں کے خلاف بھی وہ دل میں کوئی</w:t>
      </w:r>
    </w:p>
    <w:p>
      <w:r>
        <w:rPr>
          <w:b/>
        </w:rPr>
        <w:t xml:space="preserve">[35:05] </w:t>
      </w:r>
      <w:r>
        <w:t>jazba chupa kar na rakhe</w:t>
      </w:r>
    </w:p>
    <w:p>
      <w:pPr>
        <w:jc w:val="right"/>
      </w:pPr>
      <w:r>
        <w:t>جذبہ چھپا کر نہ رکھے</w:t>
      </w:r>
    </w:p>
    <w:p>
      <w:r>
        <w:rPr>
          <w:b/>
        </w:rPr>
        <w:t xml:space="preserve">[35:08] </w:t>
      </w:r>
      <w:r>
        <w:t>aaj ke din un ke sath is tarah rahe jaise pichle din</w:t>
      </w:r>
    </w:p>
    <w:p>
      <w:pPr>
        <w:jc w:val="right"/>
      </w:pPr>
      <w:r>
        <w:t>اج کے دن ان کے ساتھ اس طرح رہے جیسے پچھلے دن</w:t>
      </w:r>
    </w:p>
    <w:p>
      <w:r>
        <w:rPr>
          <w:b/>
        </w:rPr>
        <w:t xml:space="preserve">[35:15] </w:t>
      </w:r>
      <w:r>
        <w:t>un ke sath kuch nahi hua tha</w:t>
      </w:r>
    </w:p>
    <w:p>
      <w:pPr>
        <w:jc w:val="right"/>
      </w:pPr>
      <w:r>
        <w:t>ان کے ساتھ کچھ نہیں ہوا تھا</w:t>
      </w:r>
    </w:p>
    <w:p>
      <w:r>
        <w:rPr>
          <w:b/>
        </w:rPr>
        <w:t xml:space="preserve">[35:18] </w:t>
      </w:r>
      <w:r>
        <w:t>isi tarah ye bhi zaroori hai ke musalmanon ka koi giroh jab ek sarbarah par aitmad kar ke</w:t>
      </w:r>
    </w:p>
    <w:p>
      <w:pPr>
        <w:jc w:val="right"/>
      </w:pPr>
      <w:r>
        <w:t>اسی طرح یہ بھی ضروری ہے کہ مسلمانوں کا کوئی گروہ جب ایک سربراہ پر اعتماد کر کے</w:t>
      </w:r>
    </w:p>
    <w:p>
      <w:r>
        <w:rPr>
          <w:b/>
        </w:rPr>
        <w:t xml:space="preserve">[35:27] </w:t>
      </w:r>
      <w:r>
        <w:t>apne mamlaat ko is ke supurd kar de to sarbarah ko aisa kabhi na karna chahiye ke un</w:t>
      </w:r>
    </w:p>
    <w:p>
      <w:pPr>
        <w:jc w:val="right"/>
      </w:pPr>
      <w:r>
        <w:t>اپنے معاملات کو اس کے سپرد کر دے تو سربراہ کو ایسا کبھی نہ کرنا چاہیے کہ ان</w:t>
      </w:r>
    </w:p>
    <w:p>
      <w:r>
        <w:rPr>
          <w:b/>
        </w:rPr>
        <w:t xml:space="preserve">[35:36] </w:t>
      </w:r>
      <w:r>
        <w:t>ke jaan o maal ko wo apne zaati hauslon aur tamnaon ki takmeel par qurban kar de ye</w:t>
      </w:r>
    </w:p>
    <w:p>
      <w:pPr>
        <w:jc w:val="right"/>
      </w:pPr>
      <w:r>
        <w:t>کے جان و مال کو وہ اپنے ذاتی حوصلوں اور تمناؤں کی تکمیل پر قربان کر دے یہ</w:t>
      </w:r>
    </w:p>
    <w:p>
      <w:r>
        <w:rPr>
          <w:b/>
        </w:rPr>
        <w:t xml:space="preserve">[35:46] </w:t>
      </w:r>
      <w:r>
        <w:t>allah ke ghazab se bekhof hona hai jo shakhs logon ko ye batane ke liye utha ho</w:t>
      </w:r>
    </w:p>
    <w:p>
      <w:pPr>
        <w:jc w:val="right"/>
      </w:pPr>
      <w:r>
        <w:t>اللہ کے غضب سے بے خوف ہونا ہے جو شخص لوگوں کو یہ بتانے کے لیے اٹھا ہو</w:t>
      </w:r>
    </w:p>
    <w:p>
      <w:r>
        <w:rPr>
          <w:b/>
        </w:rPr>
        <w:t xml:space="preserve">[35:54] </w:t>
      </w:r>
      <w:r>
        <w:t>ke log allah ki marzi par chalein wo khud kyun kar is haal mein</w:t>
      </w:r>
    </w:p>
    <w:p>
      <w:pPr>
        <w:jc w:val="right"/>
      </w:pPr>
      <w:r>
        <w:t>کہ لوگ اللہ کی مرضی پر چلیں وہ خود کیوں کر اس حال میں</w:t>
      </w:r>
    </w:p>
    <w:p>
      <w:r>
        <w:rPr>
          <w:b/>
        </w:rPr>
        <w:t xml:space="preserve">[36:01] </w:t>
      </w:r>
      <w:r>
        <w:t>allah se milna pasand karega ke wo allah ki marzi ke khilaf chala ho</w:t>
      </w:r>
    </w:p>
    <w:p>
      <w:pPr>
        <w:jc w:val="right"/>
      </w:pPr>
      <w:r>
        <w:t>اللہ سے ملنا پسند کرے گا کہ وہ اللہ کی مرضی کے خلاف چلا ہو</w:t>
      </w:r>
    </w:p>
    <w:p>
      <w:r>
        <w:rPr>
          <w:b/>
        </w:rPr>
        <w:t xml:space="preserve">[36:10] </w:t>
      </w:r>
      <w:r>
        <w:t>paighambr ne apni zindagi se jo misali namona qaim kiya hai qayamat tak tamam muslehīn ko isi ke</w:t>
      </w:r>
    </w:p>
    <w:p>
      <w:pPr>
        <w:jc w:val="right"/>
      </w:pPr>
      <w:r>
        <w:t>پیغمبر نے اپنی زندگی سے جو مثالی نمونہ قائم کیا ہے قیامت تک تمام مصلحین کو اسی کے</w:t>
      </w:r>
    </w:p>
    <w:p>
      <w:r>
        <w:rPr>
          <w:b/>
        </w:rPr>
        <w:t xml:space="preserve">[36:19] </w:t>
      </w:r>
      <w:r>
        <w:t>mutabiq banna hai</w:t>
      </w:r>
    </w:p>
    <w:p>
      <w:pPr>
        <w:jc w:val="right"/>
      </w:pPr>
      <w:r>
        <w:t>مطابق بننا ہے</w:t>
      </w:r>
    </w:p>
    <w:p>
      <w:r>
        <w:rPr>
          <w:b/>
        </w:rPr>
        <w:t xml:space="preserve">[36:21] </w:t>
      </w:r>
      <w:r>
        <w:t>islaah ke kaam ke liye zaruri hai ke aadmi jin logon ke darmiyan kaam karne aṭhe un ko</w:t>
      </w:r>
    </w:p>
    <w:p>
      <w:pPr>
        <w:jc w:val="right"/>
      </w:pPr>
      <w:r>
        <w:t>اصلاح کے کام کے لیے ضروری ہے کہ ادمی جن لوگوں کے درمیان کام کرنے اٹھے ان کو</w:t>
      </w:r>
    </w:p>
    <w:p>
      <w:r>
        <w:rPr>
          <w:b/>
        </w:rPr>
        <w:t xml:space="preserve">[36:30] </w:t>
      </w:r>
      <w:r>
        <w:t>har aitbar se woh apna nazar aaye</w:t>
      </w:r>
    </w:p>
    <w:p>
      <w:pPr>
        <w:jc w:val="right"/>
      </w:pPr>
      <w:r>
        <w:t>ہر اعتبار سے وہ اپنا نظر ائے</w:t>
      </w:r>
    </w:p>
    <w:p>
      <w:r>
        <w:rPr>
          <w:b/>
        </w:rPr>
        <w:t xml:space="preserve">[36:34] </w:t>
      </w:r>
      <w:r>
        <w:t>iski zaban iska tarz-e-kalam iska rehan-sehan har cheez ajnabiyat se pak ho</w:t>
      </w:r>
    </w:p>
    <w:p>
      <w:pPr>
        <w:jc w:val="right"/>
      </w:pPr>
      <w:r>
        <w:t>اس کی زبان اس کا طرز کلام اس کا رہن سہن ہر چیز اجنبیت سے پاک ہو</w:t>
      </w:r>
    </w:p>
    <w:p>
      <w:r>
        <w:rPr>
          <w:b/>
        </w:rPr>
        <w:t xml:space="preserve">[36:44] </w:t>
      </w:r>
      <w:r>
        <w:t>woh apne aur apne mukhatebeen</w:t>
      </w:r>
    </w:p>
    <w:p>
      <w:pPr>
        <w:jc w:val="right"/>
      </w:pPr>
      <w:r>
        <w:t>وہ اپنے اور اپنے مخاطبین</w:t>
      </w:r>
    </w:p>
    <w:p>
      <w:r>
        <w:rPr>
          <w:b/>
        </w:rPr>
        <w:t xml:space="preserve">[36:47] </w:t>
      </w:r>
      <w:r>
        <w:t>ke darmiyan aisi fiza na banaye jo kisi pehlu se ek dusre ko door karne wali ho ya</w:t>
      </w:r>
    </w:p>
    <w:p>
      <w:pPr>
        <w:jc w:val="right"/>
      </w:pPr>
      <w:r>
        <w:t>کے درمیان ایسی فضا نہ بنائے جو کسی پہلو سے ایک دوسرے کو دور کرنے والی ہو یا</w:t>
      </w:r>
    </w:p>
    <w:p>
      <w:r>
        <w:rPr>
          <w:b/>
        </w:rPr>
        <w:t xml:space="preserve">[36:57] </w:t>
      </w:r>
      <w:r>
        <w:t>ek ko dusre ke muqable mein fareeq bana kar khada kar de</w:t>
      </w:r>
    </w:p>
    <w:p>
      <w:pPr>
        <w:jc w:val="right"/>
      </w:pPr>
      <w:r>
        <w:t>ایک کو دوسرے کے مقابلے میں فریق بنا کر کھڑا کر دے</w:t>
      </w:r>
    </w:p>
    <w:p>
      <w:r>
        <w:rPr>
          <w:b/>
        </w:rPr>
        <w:t xml:space="preserve">[37:04] </w:t>
      </w:r>
      <w:r>
        <w:t>logon ke darmiyan jo kaam karna hai woh sab se pehle yeh hai ke logon ke andar yeh</w:t>
      </w:r>
    </w:p>
    <w:p>
      <w:pPr>
        <w:jc w:val="right"/>
      </w:pPr>
      <w:r>
        <w:t>لوگوں کے درمیان جو کام کرنا ہے وہ سب سے پہلے یہ ہے کہ لوگوں کے اندر یہ</w:t>
      </w:r>
    </w:p>
    <w:p>
      <w:r>
        <w:rPr>
          <w:b/>
        </w:rPr>
        <w:t xml:space="preserve">[37:11] </w:t>
      </w:r>
      <w:r>
        <w:t>salahiyat paida ki jaye ke woh un nishaniyon ko parhne lagen jo unki zaat mein aur bahar</w:t>
      </w:r>
    </w:p>
    <w:p>
      <w:pPr>
        <w:jc w:val="right"/>
      </w:pPr>
      <w:r>
        <w:t>صلاحیت پیدا کی جائے کہ وہ ان نشانیوں کو پڑھنے لگیں جو ان کی ذات میں اور باہر</w:t>
      </w:r>
    </w:p>
    <w:p>
      <w:r>
        <w:rPr>
          <w:b/>
        </w:rPr>
        <w:t xml:space="preserve">[37:20] </w:t>
      </w:r>
      <w:r>
        <w:t>ki duniya mein phaili hui hain woh Allah ki dalilon ko jankar unko apne zehn ka</w:t>
      </w:r>
    </w:p>
    <w:p>
      <w:pPr>
        <w:jc w:val="right"/>
      </w:pPr>
      <w:r>
        <w:t>کی دنیا میں پھیلی ہوئی ہیں وہ اللہ کی دلیلوں کو جان کر ان کو اپنے ذہن کا</w:t>
      </w:r>
    </w:p>
    <w:p>
      <w:r>
        <w:rPr>
          <w:b/>
        </w:rPr>
        <w:t xml:space="preserve">[37:27] </w:t>
      </w:r>
      <w:r>
        <w:t>juz banaye dusra kaam tazkiya hai yeh</w:t>
      </w:r>
    </w:p>
    <w:p>
      <w:pPr>
        <w:jc w:val="right"/>
      </w:pPr>
      <w:r>
        <w:t>جز بنائیں دوسرا کام تزکیہ ہے یہ</w:t>
      </w:r>
    </w:p>
    <w:p>
      <w:r>
        <w:rPr>
          <w:b/>
        </w:rPr>
        <w:t xml:space="preserve">[37:33] </w:t>
      </w:r>
      <w:r>
        <w:t>maqsad zabani guftagu aur sohbat ke zariye hasil hota hai</w:t>
      </w:r>
    </w:p>
    <w:p>
      <w:pPr>
        <w:jc w:val="right"/>
      </w:pPr>
      <w:r>
        <w:t>مقصد زبانی گفتگو اور صحبت کے ذریعے حاصل ہوتا ہے</w:t>
      </w:r>
    </w:p>
    <w:p>
      <w:r>
        <w:rPr>
          <w:b/>
        </w:rPr>
        <w:t xml:space="preserve">[37:39] </w:t>
      </w:r>
      <w:r>
        <w:t>amomi tehreer aur taqreer mein baat zyada tar usooli andaaz mein hoti hai jabke infiradi guftaguon mein baat</w:t>
      </w:r>
    </w:p>
    <w:p>
      <w:pPr>
        <w:jc w:val="right"/>
      </w:pPr>
      <w:r>
        <w:t>عمومی تحریر اور تقریر میں بات زیادہ تر اصولی انداز میں ہوتی ہے جبکہ انفرادی گفتگوؤں میں بات</w:t>
      </w:r>
    </w:p>
    <w:p>
      <w:r>
        <w:rPr>
          <w:b/>
        </w:rPr>
        <w:t xml:space="preserve">[37:49] </w:t>
      </w:r>
      <w:r>
        <w:t>zyada mutayyan aur zyada mufassal surat mein hoti hai</w:t>
      </w:r>
    </w:p>
    <w:p>
      <w:pPr>
        <w:jc w:val="right"/>
      </w:pPr>
      <w:r>
        <w:t>زیادہ متعین اور زیادہ مفصل صورت میں ہوتی ہے</w:t>
      </w:r>
    </w:p>
    <w:p>
      <w:r>
        <w:rPr>
          <w:b/>
        </w:rPr>
        <w:t xml:space="preserve">[37:55] </w:t>
      </w:r>
      <w:r>
        <w:t>neez da'i ka apna wajood bhi poori tarah uski taqviyat par maujood rehta hai</w:t>
      </w:r>
    </w:p>
    <w:p>
      <w:pPr>
        <w:jc w:val="right"/>
      </w:pPr>
      <w:r>
        <w:t>نیز داعی کا اپنا وجود بھی پوری طرح اس کی تقویت پر موجود رہتا ہے</w:t>
      </w:r>
    </w:p>
    <w:p>
      <w:r>
        <w:rPr>
          <w:b/>
        </w:rPr>
        <w:t xml:space="preserve">[38:02] </w:t>
      </w:r>
      <w:r>
        <w:t>amomi kalam agar da'wat hota hai to infiradi mulaqaten mad'u ke liye tazkiya ke hum ma'ni ban jati</w:t>
      </w:r>
    </w:p>
    <w:p>
      <w:pPr>
        <w:jc w:val="right"/>
      </w:pPr>
      <w:r>
        <w:t>عمومی کلام اگر دعوت ہوتا ہے تو انفرادی ملاقاتیں مدعو کے لیے تزکیہ کے ہم معنی بن جاتی</w:t>
      </w:r>
    </w:p>
    <w:p>
      <w:r>
        <w:rPr>
          <w:b/>
        </w:rPr>
        <w:t xml:space="preserve">[38:10] </w:t>
      </w:r>
      <w:r>
        <w:t>hain teesri cheez kitab hai yani zindagi guzarne ki babat aasmani</w:t>
      </w:r>
    </w:p>
    <w:p>
      <w:pPr>
        <w:jc w:val="right"/>
      </w:pPr>
      <w:r>
        <w:t>ہیں تیسری چیز کتاب ہے یعنی زندگی گزارنے کی بابت اسمانی</w:t>
      </w:r>
    </w:p>
    <w:p>
      <w:r>
        <w:rPr>
          <w:b/>
        </w:rPr>
        <w:t xml:space="preserve">[38:19] </w:t>
      </w:r>
      <w:r>
        <w:t>hidayaton ko batana jiska dusra naam shariyat hai aur chauthi cheez hikmat hai yani</w:t>
      </w:r>
    </w:p>
    <w:p>
      <w:pPr>
        <w:jc w:val="right"/>
      </w:pPr>
      <w:r>
        <w:t>ہدایات کو بتانا جس کا دوسرا نام شریعت ہے اور چوتھی چیز حکمت ہے یعنی</w:t>
      </w:r>
    </w:p>
    <w:p>
      <w:r>
        <w:rPr>
          <w:b/>
        </w:rPr>
        <w:t xml:space="preserve">[38:28] </w:t>
      </w:r>
      <w:r>
        <w:t>deen ke gehre bhedon se parda uthana</w:t>
      </w:r>
    </w:p>
    <w:p>
      <w:pPr>
        <w:jc w:val="right"/>
      </w:pPr>
      <w:r>
        <w:t>دین کے گہرے بھیدوں سے پردہ اٹھانا</w:t>
      </w:r>
    </w:p>
    <w:p>
      <w:r>
        <w:rPr>
          <w:b/>
        </w:rPr>
        <w:t xml:space="preserve">[38:32] </w:t>
      </w:r>
      <w:r>
        <w:t>banastoor mein chhupe hue haqayiq ko numayan karna</w:t>
      </w:r>
    </w:p>
    <w:p>
      <w:pPr>
        <w:jc w:val="right"/>
      </w:pPr>
      <w:r>
        <w:t>بان ستور میں چھپے ہوئے حقائق کو نمایاں کرنا</w:t>
      </w:r>
    </w:p>
    <w:p>
      <w:r>
        <w:rPr>
          <w:b/>
        </w:rPr>
        <w:t xml:space="preserve">[38:38] </w:t>
      </w:r>
      <w:r>
        <w:t>asabakum musibah qad asabtum</w:t>
      </w:r>
    </w:p>
    <w:p>
      <w:pPr>
        <w:jc w:val="right"/>
      </w:pPr>
      <w:r>
        <w:t>اصابتكم مصیبت قد اصبتم</w:t>
      </w:r>
    </w:p>
    <w:p>
      <w:r>
        <w:rPr>
          <w:b/>
        </w:rPr>
        <w:t xml:space="preserve">[38:48] </w:t>
      </w:r>
      <w:r>
        <w:t>mislayha qultum anana haza</w:t>
      </w:r>
    </w:p>
    <w:p>
      <w:pPr>
        <w:jc w:val="right"/>
      </w:pPr>
      <w:r>
        <w:t>مثلیها قلتم انا هذا</w:t>
      </w:r>
    </w:p>
    <w:p>
      <w:r>
        <w:rPr>
          <w:b/>
        </w:rPr>
        <w:t xml:space="preserve">[38:53] </w:t>
      </w:r>
      <w:r>
        <w:t>qultum anana haza qul huwa min inda anfusikum</w:t>
      </w:r>
    </w:p>
    <w:p>
      <w:pPr>
        <w:jc w:val="right"/>
      </w:pPr>
      <w:r>
        <w:t>قلتم انا هذا قل هو من عند انفسكم</w:t>
      </w:r>
    </w:p>
    <w:p>
      <w:r>
        <w:rPr>
          <w:b/>
        </w:rPr>
        <w:t xml:space="preserve">[39:02] </w:t>
      </w:r>
      <w:r>
        <w:t>innallaha ala</w:t>
      </w:r>
    </w:p>
    <w:p>
      <w:pPr>
        <w:jc w:val="right"/>
      </w:pPr>
      <w:r>
        <w:t>ان اللہ علی</w:t>
      </w:r>
    </w:p>
    <w:p>
      <w:r>
        <w:rPr>
          <w:b/>
        </w:rPr>
        <w:t xml:space="preserve">[39:04] </w:t>
      </w:r>
      <w:r>
        <w:t>kul shai qadeer</w:t>
      </w:r>
    </w:p>
    <w:p>
      <w:pPr>
        <w:jc w:val="right"/>
      </w:pPr>
      <w:r>
        <w:t>کل شیء قدیر</w:t>
      </w:r>
    </w:p>
    <w:p>
      <w:r>
        <w:rPr>
          <w:b/>
        </w:rPr>
        <w:t xml:space="preserve">[39:10] </w:t>
      </w:r>
      <w:r>
        <w:t>wa ma asabakum yawm altaqa al jam'an fabi dhunllah wa liyalam al mu'mineen</w:t>
      </w:r>
    </w:p>
    <w:p>
      <w:pPr>
        <w:jc w:val="right"/>
      </w:pPr>
      <w:r>
        <w:t>وما اصابكم يوم التقى الجمعان فباذن اللہ وليعلم المؤمنين</w:t>
      </w:r>
    </w:p>
    <w:p>
      <w:r>
        <w:rPr>
          <w:b/>
        </w:rPr>
        <w:t xml:space="preserve">[39:22] </w:t>
      </w:r>
      <w:r>
        <w:t>wa liyalam alladheena nafaqu</w:t>
      </w:r>
    </w:p>
    <w:p>
      <w:pPr>
        <w:jc w:val="right"/>
      </w:pPr>
      <w:r>
        <w:t>وليعلم الذين نافقوا</w:t>
      </w:r>
    </w:p>
    <w:p>
      <w:r>
        <w:rPr>
          <w:b/>
        </w:rPr>
        <w:t xml:space="preserve">[39:26] </w:t>
      </w:r>
      <w:r>
        <w:t>wa qeela lahum ta'alaw qatiloo fi sabilillah aw idfa'oo</w:t>
      </w:r>
    </w:p>
    <w:p>
      <w:pPr>
        <w:jc w:val="right"/>
      </w:pPr>
      <w:r>
        <w:t>وقيل لهم تعالوا قاتلوا في سبيل الله او ادفعوا</w:t>
      </w:r>
    </w:p>
    <w:p>
      <w:r>
        <w:rPr>
          <w:b/>
        </w:rPr>
        <w:t xml:space="preserve">[39:33] </w:t>
      </w:r>
      <w:r>
        <w:t>qaloo law na'lam qitalan lataba'nakum</w:t>
      </w:r>
    </w:p>
    <w:p>
      <w:pPr>
        <w:jc w:val="right"/>
      </w:pPr>
      <w:r>
        <w:t>قالوا لو نعلم قتالا لاتبعناكم</w:t>
      </w:r>
    </w:p>
    <w:p>
      <w:r>
        <w:rPr>
          <w:b/>
        </w:rPr>
        <w:t xml:space="preserve">[39:38] </w:t>
      </w:r>
      <w:r>
        <w:t>hum lil kufri yawma idhin aqrabu minhum lil imaan</w:t>
      </w:r>
    </w:p>
    <w:p>
      <w:pPr>
        <w:jc w:val="right"/>
      </w:pPr>
      <w:r>
        <w:t>هم للكفر يومئذ اقرب منهم للايمان</w:t>
      </w:r>
    </w:p>
    <w:p>
      <w:r>
        <w:rPr>
          <w:b/>
        </w:rPr>
        <w:t xml:space="preserve">[39:46] </w:t>
      </w:r>
      <w:r>
        <w:t>yaqooloona bifwahihim ma laysa</w:t>
      </w:r>
    </w:p>
    <w:p>
      <w:pPr>
        <w:jc w:val="right"/>
      </w:pPr>
      <w:r>
        <w:t>يقولون بافواههم ما ليس</w:t>
      </w:r>
    </w:p>
    <w:p>
      <w:r>
        <w:rPr>
          <w:b/>
        </w:rPr>
        <w:t xml:space="preserve">[39:50] </w:t>
      </w:r>
      <w:r>
        <w:t>fi quloobihim wallahu a'lamu bima yakmatoon</w:t>
      </w:r>
    </w:p>
    <w:p>
      <w:pPr>
        <w:jc w:val="right"/>
      </w:pPr>
      <w:r>
        <w:t>في قلوبهم والله اعلم بما يكتمون</w:t>
      </w:r>
    </w:p>
    <w:p>
      <w:r>
        <w:rPr>
          <w:b/>
        </w:rPr>
        <w:t xml:space="preserve">[39:58] </w:t>
      </w:r>
      <w:r>
        <w:t>alladheena qaloo li ikhwanihim wa qa'adoo law ataa'oona ma qutiloo</w:t>
      </w:r>
    </w:p>
    <w:p>
      <w:pPr>
        <w:jc w:val="right"/>
      </w:pPr>
      <w:r>
        <w:t>الذين قالوا لاخوانهم وقعدوا لو اطاعونا ما قتلوا</w:t>
      </w:r>
    </w:p>
    <w:p>
      <w:r>
        <w:rPr>
          <w:b/>
        </w:rPr>
        <w:t xml:space="preserve">[40:07] </w:t>
      </w:r>
      <w:r>
        <w:t>qul fadra'oo an anfusikum al mawta in kuntum sadiqeen</w:t>
      </w:r>
    </w:p>
    <w:p>
      <w:pPr>
        <w:jc w:val="right"/>
      </w:pPr>
      <w:r>
        <w:t>قل فادراوا عن انفسكم الموت ان كنتم صادقين</w:t>
      </w:r>
    </w:p>
    <w:p>
      <w:r>
        <w:rPr>
          <w:b/>
        </w:rPr>
        <w:t xml:space="preserve">[40:17] </w:t>
      </w:r>
      <w:r>
        <w:t>aur jab tum ko aisi musibat pohnchi jis ki dugni musibat tum pohncha chuke the to tum</w:t>
      </w:r>
    </w:p>
    <w:p>
      <w:pPr>
        <w:jc w:val="right"/>
      </w:pPr>
      <w:r>
        <w:t>اور جب تم کو ایسی مصیبت پہنچی جس کی دو گنی مصیبت تم پہنچا چکے تھے تو تم</w:t>
      </w:r>
    </w:p>
    <w:p>
      <w:r>
        <w:rPr>
          <w:b/>
        </w:rPr>
        <w:t xml:space="preserve">[40:24] </w:t>
      </w:r>
      <w:r>
        <w:t>ne kaha ke yeh kahan se agai</w:t>
      </w:r>
    </w:p>
    <w:p>
      <w:pPr>
        <w:jc w:val="right"/>
      </w:pPr>
      <w:r>
        <w:t>نے کہا کہ یہ کہاں سے اگئی</w:t>
      </w:r>
    </w:p>
    <w:p>
      <w:r>
        <w:rPr>
          <w:b/>
        </w:rPr>
        <w:t xml:space="preserve">[40:28] </w:t>
      </w:r>
      <w:r>
        <w:t>kaho yeh tumhare apne paas se hai beshak Allah har cheez par qadir hai aur dono jamaton</w:t>
      </w:r>
    </w:p>
    <w:p>
      <w:pPr>
        <w:jc w:val="right"/>
      </w:pPr>
      <w:r>
        <w:t>کہو یہ تمہارے اپنے پاس سے ہے بے شک اللہ ہر چیز پر قادر ہے اور دونوں جماعتوں</w:t>
      </w:r>
    </w:p>
    <w:p>
      <w:r>
        <w:rPr>
          <w:b/>
        </w:rPr>
        <w:t xml:space="preserve">[40:36] </w:t>
      </w:r>
      <w:r>
        <w:t>ki mubeet ke din tum ko jo musibat pohnchi woh Allah ke hukum se pohnchi aur is</w:t>
      </w:r>
    </w:p>
    <w:p>
      <w:pPr>
        <w:jc w:val="right"/>
      </w:pPr>
      <w:r>
        <w:t>کی مٹ بھیڑ کے دن تم کو جو مصیبت پہنچی وہ اللہ کے حکم سے پہنچی اور اس</w:t>
      </w:r>
    </w:p>
    <w:p>
      <w:r>
        <w:rPr>
          <w:b/>
        </w:rPr>
        <w:t xml:space="preserve">[40:44] </w:t>
      </w:r>
      <w:r>
        <w:t>waaste ke Allah momineen ko jaan le aur un ko bhi jaan le jo munafiq the jin se</w:t>
      </w:r>
    </w:p>
    <w:p>
      <w:pPr>
        <w:jc w:val="right"/>
      </w:pPr>
      <w:r>
        <w:t>واسطے کہ اللہ مومنین کو جان لے اور ان کو بھی جان لے جو منافق تھے جن سے</w:t>
      </w:r>
    </w:p>
    <w:p>
      <w:r>
        <w:rPr>
          <w:b/>
        </w:rPr>
        <w:t xml:space="preserve">[40:53] </w:t>
      </w:r>
      <w:r>
        <w:t>kaha gaya ke aao Allah ki rah mein lado ya dushman ko dafa karo unhone kaha agar</w:t>
      </w:r>
    </w:p>
    <w:p>
      <w:pPr>
        <w:jc w:val="right"/>
      </w:pPr>
      <w:r>
        <w:t>کہا گیا کہ اؤ اللہ کی راہ میں لڑو یا دشمن کو دفع کرو انہوں نے کہا اگر</w:t>
      </w:r>
    </w:p>
    <w:p>
      <w:r>
        <w:rPr>
          <w:b/>
        </w:rPr>
        <w:t xml:space="preserve">[41:00] </w:t>
      </w:r>
      <w:r>
        <w:t>hum jante ke jang hona hai to hum zaroor tumhare sath chalte</w:t>
      </w:r>
    </w:p>
    <w:p>
      <w:pPr>
        <w:jc w:val="right"/>
      </w:pPr>
      <w:r>
        <w:t>ہم جانتے کہ جنگ ہونا ہے تو ہم ضرور تمہارے ساتھ چلتے</w:t>
      </w:r>
    </w:p>
    <w:p>
      <w:r>
        <w:rPr>
          <w:b/>
        </w:rPr>
        <w:t xml:space="preserve">[41:07] </w:t>
      </w:r>
      <w:r>
        <w:t>yeh log is din imaan se zyada kufr ke qareeb the</w:t>
      </w:r>
    </w:p>
    <w:p>
      <w:pPr>
        <w:jc w:val="right"/>
      </w:pPr>
      <w:r>
        <w:t>یہ لوگ اس دن ایمان سے زیادہ کفر کے قریب تھے</w:t>
      </w:r>
    </w:p>
    <w:p>
      <w:r>
        <w:rPr>
          <w:b/>
        </w:rPr>
        <w:t xml:space="preserve">[41:13] </w:t>
      </w:r>
      <w:r>
        <w:t>woh apne munh se woh baat kehte hain jo un ke dilon mein nahi hai aur Allah is</w:t>
      </w:r>
    </w:p>
    <w:p>
      <w:pPr>
        <w:jc w:val="right"/>
      </w:pPr>
      <w:r>
        <w:t>وہ اپنے منہ سے وہ بات کہتے ہیں جو ان کے دلوں میں نہیں ہے اور اللہ اس</w:t>
      </w:r>
    </w:p>
    <w:p>
      <w:r>
        <w:rPr>
          <w:b/>
        </w:rPr>
        <w:t xml:space="preserve">[41:20] </w:t>
      </w:r>
      <w:r>
        <w:t>cheez ko khoob janta hai jis ko woh chupate hain yeh log jo khud baithe rahe apne</w:t>
      </w:r>
    </w:p>
    <w:p>
      <w:pPr>
        <w:jc w:val="right"/>
      </w:pPr>
      <w:r>
        <w:t>چیز کو خوب جانتا ہے جس کو وہ چھپاتے ہیں یہ لوگ جو خود بیٹھے رہے اپنے</w:t>
      </w:r>
    </w:p>
    <w:p>
      <w:r>
        <w:rPr>
          <w:b/>
        </w:rPr>
        <w:t xml:space="preserve">[41:29] </w:t>
      </w:r>
      <w:r>
        <w:t>bhaiyon ki nisbat</w:t>
      </w:r>
    </w:p>
    <w:p>
      <w:pPr>
        <w:jc w:val="right"/>
      </w:pPr>
      <w:r>
        <w:t>بھائیوں کی نسبت</w:t>
      </w:r>
    </w:p>
    <w:p>
      <w:r>
        <w:rPr>
          <w:b/>
        </w:rPr>
        <w:t xml:space="preserve">[41:32] </w:t>
      </w:r>
      <w:r>
        <w:t>kehte hain ke agar woh hamari baat mante to mare na jatay kaho tum apne upar se maut</w:t>
      </w:r>
    </w:p>
    <w:p>
      <w:pPr>
        <w:jc w:val="right"/>
      </w:pPr>
      <w:r>
        <w:t>کہتے ہیں کہ اگر وہ ہماری بات مانتے تو مارے نہ جاتے کہو تم اپنے اوپر سے موت</w:t>
      </w:r>
    </w:p>
    <w:p>
      <w:r>
        <w:rPr>
          <w:b/>
        </w:rPr>
        <w:t xml:space="preserve">[41:40] </w:t>
      </w:r>
      <w:r>
        <w:t>ko hata do agar tum sachay ho tashreeh</w:t>
      </w:r>
    </w:p>
    <w:p>
      <w:pPr>
        <w:jc w:val="right"/>
      </w:pPr>
      <w:r>
        <w:t>کو ہٹا دو اگر تم سچے ہو تشریح</w:t>
      </w:r>
    </w:p>
    <w:p>
      <w:r>
        <w:rPr>
          <w:b/>
        </w:rPr>
        <w:t xml:space="preserve">[41:45] </w:t>
      </w:r>
      <w:r>
        <w:t>haq o batil ke muqable mein akhri fatah haq ko hoti hai kyunke Allah hamesha haq ke sath</w:t>
      </w:r>
    </w:p>
    <w:p>
      <w:pPr>
        <w:jc w:val="right"/>
      </w:pPr>
      <w:r>
        <w:t>حق و باطل کے مقابلے میں اخری فتح حق کو ہوتی ہے کیونکہ اللہ ہمیشہ حق کے ساتھ</w:t>
      </w:r>
    </w:p>
    <w:p>
      <w:r>
        <w:rPr>
          <w:b/>
        </w:rPr>
        <w:t xml:space="preserve">[41:54] </w:t>
      </w:r>
      <w:r>
        <w:t>hota hai taham yeh dunya imtehan ki dunya hai yahan shar pasandon ko bhi amal ki poori azadi</w:t>
      </w:r>
    </w:p>
    <w:p>
      <w:pPr>
        <w:jc w:val="right"/>
      </w:pPr>
      <w:r>
        <w:t>ہوتا ہے تاہم یہ دنیا امتحان کی دنیا ہے یہاں شر پسندوں کو بھی عمل کی پوری ازادی</w:t>
      </w:r>
    </w:p>
    <w:p>
      <w:r>
        <w:rPr>
          <w:b/>
        </w:rPr>
        <w:t xml:space="preserve">[42:02] </w:t>
      </w:r>
      <w:r>
        <w:t>hai is liye kabhi aisa hota hai ke ahle haq ki kisi kamzori maslan bahmi ikhtilaf se faida</w:t>
      </w:r>
    </w:p>
    <w:p>
      <w:pPr>
        <w:jc w:val="right"/>
      </w:pPr>
      <w:r>
        <w:t>ہے اس لیے کبھی ایسا ہوتا ہے کہ اہل حق کی کسی کمزوری مثلا باہمی اختلاف سے فائدہ</w:t>
      </w:r>
    </w:p>
    <w:p>
      <w:r>
        <w:rPr>
          <w:b/>
        </w:rPr>
        <w:t xml:space="preserve">[42:13] </w:t>
      </w:r>
      <w:r>
        <w:t>utha kar shar pasand</w:t>
      </w:r>
    </w:p>
    <w:p>
      <w:pPr>
        <w:jc w:val="right"/>
      </w:pPr>
      <w:r>
        <w:t>اٹھا کر شر پسند</w:t>
      </w:r>
    </w:p>
    <w:p>
      <w:r>
        <w:rPr>
          <w:b/>
        </w:rPr>
        <w:t xml:space="preserve">[42:16] </w:t>
      </w:r>
      <w:r>
        <w:t>in ko waqti nuqsan pohanchane mein kamyab ho jatay hain</w:t>
      </w:r>
    </w:p>
    <w:p>
      <w:pPr>
        <w:jc w:val="right"/>
      </w:pPr>
      <w:r>
        <w:t>ان کو وقتی نقصان پہنچانے میں کامیاب ہو جاتے ہیں</w:t>
      </w:r>
    </w:p>
    <w:p>
      <w:r>
        <w:rPr>
          <w:b/>
        </w:rPr>
        <w:t xml:space="preserve">[42:22] </w:t>
      </w:r>
      <w:r>
        <w:t>taham is tarah ke waqiat ka ek mufeed pehlu bhi hai is ke zariye khud musalmanon ki jamaat</w:t>
      </w:r>
    </w:p>
    <w:p>
      <w:pPr>
        <w:jc w:val="right"/>
      </w:pPr>
      <w:r>
        <w:t>تاہم اس طرح کے واقعات کا ایک مفید پہلو بھی ہے اس کے ذریعے خود مسلمانوں کی جماعت</w:t>
      </w:r>
    </w:p>
    <w:p>
      <w:r>
        <w:rPr>
          <w:b/>
        </w:rPr>
        <w:t xml:space="preserve">[42:30] </w:t>
      </w:r>
      <w:r>
        <w:t>ki jaanch ho jati hai</w:t>
      </w:r>
    </w:p>
    <w:p>
      <w:pPr>
        <w:jc w:val="right"/>
      </w:pPr>
      <w:r>
        <w:t>کی جانچ ہو جاتی ہے</w:t>
      </w:r>
    </w:p>
    <w:p>
      <w:r>
        <w:rPr>
          <w:b/>
        </w:rPr>
        <w:t xml:space="preserve">[42:33] </w:t>
      </w:r>
      <w:r>
        <w:t>namuwafeq halaat ko dekh kar ghair mukhles log chhut jatay hain aur jo sachay musalman hain woh Allah</w:t>
      </w:r>
    </w:p>
    <w:p>
      <w:pPr>
        <w:jc w:val="right"/>
      </w:pPr>
      <w:r>
        <w:t>ناموافق حالات کو دیکھ کر غیر مخلص لوگ چھٹ جاتے ہیں اور جو سچے مسلمان ہیں وہ اللہ</w:t>
      </w:r>
    </w:p>
    <w:p>
      <w:r>
        <w:rPr>
          <w:b/>
        </w:rPr>
        <w:t xml:space="preserve">[42:43] </w:t>
      </w:r>
      <w:r>
        <w:t>par bharosa karte hue jame rehte hain is tarah maloom ho jata hai ke kaun qabil e aitmad hai</w:t>
      </w:r>
    </w:p>
    <w:p>
      <w:pPr>
        <w:jc w:val="right"/>
      </w:pPr>
      <w:r>
        <w:t>پر بھروسہ کرتے ہوئے جمے رہتے ہیں اس طرح معلوم ہو جاتا ہے کہ کون قابل اعتماد ہے</w:t>
      </w:r>
    </w:p>
    <w:p>
      <w:r>
        <w:rPr>
          <w:b/>
        </w:rPr>
        <w:t xml:space="preserve">[42:51] </w:t>
      </w:r>
      <w:r>
        <w:t>aur kaun na qabil e aitmad</w:t>
      </w:r>
    </w:p>
    <w:p>
      <w:pPr>
        <w:jc w:val="right"/>
      </w:pPr>
      <w:r>
        <w:t>اور کون ناقابل اعتماد</w:t>
      </w:r>
    </w:p>
    <w:p>
      <w:r>
        <w:rPr>
          <w:b/>
        </w:rPr>
        <w:t xml:space="preserve">[42:55] </w:t>
      </w:r>
      <w:r>
        <w:t>mazeed yeh ke ittifaqi ghalti se nuqsan uthane ke baad jab</w:t>
      </w:r>
    </w:p>
    <w:p>
      <w:pPr>
        <w:jc w:val="right"/>
      </w:pPr>
      <w:r>
        <w:t>مزید یہ کہ اتفاقی غلطی سے نقصان اٹھانے کے بعد جب</w:t>
      </w:r>
    </w:p>
    <w:p>
      <w:r>
        <w:rPr>
          <w:b/>
        </w:rPr>
        <w:t xml:space="preserve">[43:01] </w:t>
      </w:r>
      <w:r>
        <w:t>ahl e iman dobara sabr aur inabat aur tawakkul alal Allah ka saboot dete hain to Khuda ki rehmat</w:t>
      </w:r>
    </w:p>
    <w:p>
      <w:pPr>
        <w:jc w:val="right"/>
      </w:pPr>
      <w:r>
        <w:t>اہل ایمان دوبارہ صبر اور عنابت اور توکل علی اللہ کا ثبوت دیتے ہیں تو خدا کی رحمت</w:t>
      </w:r>
    </w:p>
    <w:p>
      <w:r>
        <w:rPr>
          <w:b/>
        </w:rPr>
        <w:t xml:space="preserve">[43:12] </w:t>
      </w:r>
      <w:r>
        <w:t>un ki taraf pehle se bhi zyada mutawajjah ho jati hai</w:t>
      </w:r>
    </w:p>
    <w:p>
      <w:pPr>
        <w:jc w:val="right"/>
      </w:pPr>
      <w:r>
        <w:t>ان کی طرف پہلے سے بھی زیادہ متوجہ ہو جاتی ہے</w:t>
      </w:r>
    </w:p>
    <w:p>
      <w:r>
        <w:rPr>
          <w:b/>
        </w:rPr>
        <w:t xml:space="preserve">[43:17] </w:t>
      </w:r>
      <w:r>
        <w:t>haq o batil ke mu'arkay mein jo log is tarah shirkat karein ke</w:t>
      </w:r>
    </w:p>
    <w:p>
      <w:pPr>
        <w:jc w:val="right"/>
      </w:pPr>
      <w:r>
        <w:t>حق و باطل کے معرکے میں جو لوگ اس طرح شرکت کریں کہ</w:t>
      </w:r>
    </w:p>
    <w:p>
      <w:r>
        <w:rPr>
          <w:b/>
        </w:rPr>
        <w:t xml:space="preserve">[43:25] </w:t>
      </w:r>
      <w:r>
        <w:t>isi ki rah mein apne ko mita dein</w:t>
      </w:r>
    </w:p>
    <w:p>
      <w:pPr>
        <w:jc w:val="right"/>
      </w:pPr>
      <w:r>
        <w:t>اسی کی راہ میں اپنے کو مٹا دیں</w:t>
      </w:r>
    </w:p>
    <w:p>
      <w:r>
        <w:rPr>
          <w:b/>
        </w:rPr>
        <w:t xml:space="preserve">[43:30] </w:t>
      </w:r>
      <w:r>
        <w:t>un ke mutalliq ahl e dunya aksar afsos ke sath kehte hain ke unhon ne khwah makhwah apne ko</w:t>
      </w:r>
    </w:p>
    <w:p>
      <w:pPr>
        <w:jc w:val="right"/>
      </w:pPr>
      <w:r>
        <w:t>ان کے متعلق اہل دنیا اکثر افسوس کے ساتھ کہتے ہیں کہ انہوں نے خواہ مخواہ اپنے کو</w:t>
      </w:r>
    </w:p>
    <w:p>
      <w:r>
        <w:rPr>
          <w:b/>
        </w:rPr>
        <w:t xml:space="preserve">[43:36] </w:t>
      </w:r>
      <w:r>
        <w:t>barbad kar liya magar yeh sirf nadani ki baat hai Allah ki rah mein khona hi to sab</w:t>
      </w:r>
    </w:p>
    <w:p>
      <w:pPr>
        <w:jc w:val="right"/>
      </w:pPr>
      <w:r>
        <w:t>برباد کر لیا مگر یہ صرف نادانی کی بات ہے اللہ کی راہ میں کھونا ہی تو سب</w:t>
      </w:r>
    </w:p>
    <w:p>
      <w:r>
        <w:rPr>
          <w:b/>
        </w:rPr>
        <w:t xml:space="preserve">[43:44] </w:t>
      </w:r>
      <w:r>
        <w:t>se bada pana hai kyun ke</w:t>
      </w:r>
    </w:p>
    <w:p>
      <w:pPr>
        <w:jc w:val="right"/>
      </w:pPr>
      <w:r>
        <w:t>سے بڑا پانا ہے کیونکہ</w:t>
      </w:r>
    </w:p>
    <w:p>
      <w:r>
        <w:rPr>
          <w:b/>
        </w:rPr>
        <w:t xml:space="preserve">[43:47] </w:t>
      </w:r>
      <w:r>
        <w:t>jo log Allah ki rah mein apna sab kuch qurban kar dein wohi woh log hain jo sab</w:t>
      </w:r>
    </w:p>
    <w:p>
      <w:pPr>
        <w:jc w:val="right"/>
      </w:pPr>
      <w:r>
        <w:t>جو لوگ اللہ کی راہ میں اپنا سب کچھ قربان کر دیں وہی وہ لوگ ہیں جو سب</w:t>
      </w:r>
    </w:p>
    <w:p>
      <w:r>
        <w:rPr>
          <w:b/>
        </w:rPr>
        <w:t xml:space="preserve">[43:54] </w:t>
      </w:r>
      <w:r>
        <w:t>se zyada Allah ke inaamat ke mustahiq qarar diye jayenge</w:t>
      </w:r>
    </w:p>
    <w:p>
      <w:pPr>
        <w:jc w:val="right"/>
      </w:pPr>
      <w:r>
        <w:t>سے زیادہ اللہ کے انعامات کے مستحق قرار دیے جائیں گے</w:t>
      </w:r>
    </w:p>
    <w:p>
      <w:r>
        <w:rPr>
          <w:b/>
        </w:rPr>
        <w:t xml:space="preserve">[44:03] </w:t>
      </w:r>
      <w:r>
        <w:t>Allah ki rah mein jaan dene walon ka zikr</w:t>
      </w:r>
    </w:p>
    <w:p>
      <w:pPr>
        <w:jc w:val="right"/>
      </w:pPr>
      <w:r>
        <w:t>اللہ کی راہ میں جان دینے والوں کا ذکر</w:t>
      </w:r>
    </w:p>
    <w:p>
      <w:r>
        <w:rPr>
          <w:b/>
        </w:rPr>
        <w:t xml:space="preserve">[44:07] </w:t>
      </w:r>
      <w:r>
        <w:t>nadan log is tarah karte hain jaise doosri rahon mein apni zindagiyaan laga dene walon par maut nahin</w:t>
      </w:r>
    </w:p>
    <w:p>
      <w:pPr>
        <w:jc w:val="right"/>
      </w:pPr>
      <w:r>
        <w:t>نادان لوگ اس طرح کرتے ہیں جیسے دوسری راہوں میں اپنی زندگیاں لگا دینے والوں پر موت نہیں</w:t>
      </w:r>
    </w:p>
    <w:p>
      <w:r>
        <w:rPr>
          <w:b/>
        </w:rPr>
        <w:t xml:space="preserve">[44:14] </w:t>
      </w:r>
      <w:r>
        <w:t>aati jaise ke sirf mujahideen fi sabil Allah marte hain aur doosre log marte hi nahin zahir hai</w:t>
      </w:r>
    </w:p>
    <w:p>
      <w:pPr>
        <w:jc w:val="right"/>
      </w:pPr>
      <w:r>
        <w:t>اتی جیسے کہ صرف مجاہدین فی سبیل اللہ مرتے ہیں اور دوسرے لوگ مرتے ہی نہیں ظاہر ہے</w:t>
      </w:r>
    </w:p>
    <w:p>
      <w:r>
        <w:rPr>
          <w:b/>
        </w:rPr>
        <w:t xml:space="preserve">[44:23] </w:t>
      </w:r>
      <w:r>
        <w:t>ke yeh baat sarasar be maani hai maut Allah ka ek aam qanoon hai woh baharhal har shakhs</w:t>
      </w:r>
    </w:p>
    <w:p>
      <w:pPr>
        <w:jc w:val="right"/>
      </w:pPr>
      <w:r>
        <w:t>کہ یہ بات سراسر بے معنی ہے موت خدا کا ایک عام قانون ہے وہ بہرحال ہر شخص</w:t>
      </w:r>
    </w:p>
    <w:p>
      <w:r>
        <w:rPr>
          <w:b/>
        </w:rPr>
        <w:t xml:space="preserve">[44:31] </w:t>
      </w:r>
      <w:r>
        <w:t>ke liye apne</w:t>
      </w:r>
    </w:p>
    <w:p>
      <w:pPr>
        <w:jc w:val="right"/>
      </w:pPr>
      <w:r>
        <w:t>کے لیے اپنے</w:t>
      </w:r>
    </w:p>
    <w:p>
      <w:r>
        <w:rPr>
          <w:b/>
        </w:rPr>
        <w:t xml:space="preserve">[44:33] </w:t>
      </w:r>
      <w:r>
        <w:t>waqt par aanay wali hai aadmi khwah ek rastay mein chal raha ho ya doosre rastay mein woh</w:t>
      </w:r>
    </w:p>
    <w:p>
      <w:pPr>
        <w:jc w:val="right"/>
      </w:pPr>
      <w:r>
        <w:t>وقت پر انے والی ہے ادمی خواہ ایک راستے میں چل رہا ہو یا دوسرے راستے میں وہ</w:t>
      </w:r>
    </w:p>
    <w:p>
      <w:r>
        <w:rPr>
          <w:b/>
        </w:rPr>
        <w:t xml:space="preserve">[44:41] </w:t>
      </w:r>
      <w:r>
        <w:t>kisi halat mein maut ke anjam se bach nahin sakta</w:t>
      </w:r>
    </w:p>
    <w:p>
      <w:pPr>
        <w:jc w:val="right"/>
      </w:pPr>
      <w:r>
        <w:t>کسی حالت میں موت کے انجام سے بچ نہیں سکتا</w:t>
      </w:r>
    </w:p>
    <w:p>
      <w:r>
        <w:rPr>
          <w:b/>
        </w:rPr>
        <w:t xml:space="preserve">[44:46] </w:t>
      </w:r>
      <w:r>
        <w:t>jo log is qism ki baatein karte hain woh kabhi apni baat mein sanjeeda nahin hote in ka</w:t>
      </w:r>
    </w:p>
    <w:p>
      <w:pPr>
        <w:jc w:val="right"/>
      </w:pPr>
      <w:r>
        <w:t>جو لوگ اس قسم کی باتیں کرتے ہیں وہ کبھی اپنی بات میں سنجیدہ نہیں ہوتے ان کا</w:t>
      </w:r>
    </w:p>
    <w:p>
      <w:r>
        <w:rPr>
          <w:b/>
        </w:rPr>
        <w:t xml:space="preserve">[44:54] </w:t>
      </w:r>
      <w:r>
        <w:t>dil to eteraaf kar raha hota hai ke haq ke liye qurbani na de kar unhon ne sakht</w:t>
      </w:r>
    </w:p>
    <w:p>
      <w:pPr>
        <w:jc w:val="right"/>
      </w:pPr>
      <w:r>
        <w:t>دل تو اعتراف کر رہا ہوتا ہے کہ حق کے لیے قربانی نہ دے کر انہوں نے سخت</w:t>
      </w:r>
    </w:p>
    <w:p>
      <w:r>
        <w:rPr>
          <w:b/>
        </w:rPr>
        <w:t xml:space="preserve">[45:02] </w:t>
      </w:r>
      <w:r>
        <w:t>kothahi ki hai magar zuban se qurbani karne walon ko matun kar ke apna zahiri bharm qaim rakhna</w:t>
      </w:r>
    </w:p>
    <w:p>
      <w:pPr>
        <w:jc w:val="right"/>
      </w:pPr>
      <w:r>
        <w:t>کوتاہی کی ہے مگر زبان سے قربانی کرنے والوں کو متون کر کے اپنا ظاہری بھرم قائم رکھنا</w:t>
      </w:r>
    </w:p>
    <w:p>
      <w:r>
        <w:rPr>
          <w:b/>
        </w:rPr>
        <w:t xml:space="preserve">[45:11] </w:t>
      </w:r>
      <w:r>
        <w:t>chahte hain woh apni zuban se aise alfaaz bolte hain jin ke bare mein khud</w:t>
      </w:r>
    </w:p>
    <w:p>
      <w:pPr>
        <w:jc w:val="right"/>
      </w:pPr>
      <w:r>
        <w:t>چاہتے ہیں وہ اپنی زبان سے ایسے الفاظ بولتے ہیں جن کے بارے میں خود</w:t>
      </w:r>
    </w:p>
    <w:p>
      <w:r>
        <w:rPr>
          <w:b/>
        </w:rPr>
        <w:t xml:space="preserve">[45:19] </w:t>
      </w:r>
      <w:r>
        <w:t>un ka dil gawahi de raha hota hai ke woh jhoote alfaaz hain un ki koi waqai haqeeqat nahi</w:t>
      </w:r>
    </w:p>
    <w:p>
      <w:pPr>
        <w:jc w:val="right"/>
      </w:pPr>
      <w:r>
        <w:t>ان کا دل گواہی دے رہا ہوتا ہے کہ وہ جھوٹے الفاظ ہیں ان کی کوئی واقعی حقیقت نہیں</w:t>
      </w:r>
    </w:p>
    <w:p>
      <w:r>
        <w:rPr>
          <w:b/>
        </w:rPr>
        <w:t xml:space="preserve">[45:32] </w:t>
      </w:r>
      <w:r>
        <w:t>wala tahsabannallazina qutilu fi sabilillah amwata</w:t>
      </w:r>
    </w:p>
    <w:p>
      <w:pPr>
        <w:jc w:val="right"/>
      </w:pPr>
      <w:r>
        <w:t>ولا تحسبن الذین قتلوا فی سبیل اللہ امواتا</w:t>
      </w:r>
    </w:p>
    <w:p>
      <w:r>
        <w:rPr>
          <w:b/>
        </w:rPr>
        <w:t xml:space="preserve">[45:40] </w:t>
      </w:r>
      <w:r>
        <w:t>bal ahya'a inda rabbihim yurzaqun</w:t>
      </w:r>
    </w:p>
    <w:p>
      <w:pPr>
        <w:jc w:val="right"/>
      </w:pPr>
      <w:r>
        <w:t>بل احیاء عند ربهم یرزقون</w:t>
      </w:r>
    </w:p>
    <w:p>
      <w:r>
        <w:rPr>
          <w:b/>
        </w:rPr>
        <w:t xml:space="preserve">[45:48] </w:t>
      </w:r>
      <w:r>
        <w:t>farhina bima atahumullahu min fadlihi wayastabshirun</w:t>
      </w:r>
    </w:p>
    <w:p>
      <w:pPr>
        <w:jc w:val="right"/>
      </w:pPr>
      <w:r>
        <w:t>فرحین بما اتاهم اللہ من فضله ويستبشرون</w:t>
      </w:r>
    </w:p>
    <w:p>
      <w:r>
        <w:rPr>
          <w:b/>
        </w:rPr>
        <w:t xml:space="preserve">[45:58] </w:t>
      </w:r>
      <w:r>
        <w:t>billazina lam yalhaqu bihim</w:t>
      </w:r>
    </w:p>
    <w:p>
      <w:pPr>
        <w:jc w:val="right"/>
      </w:pPr>
      <w:r>
        <w:t>بالذین لمیلحقوا بہم</w:t>
      </w:r>
    </w:p>
    <w:p>
      <w:r>
        <w:rPr>
          <w:b/>
        </w:rPr>
        <w:t xml:space="preserve">[46:01] </w:t>
      </w:r>
      <w:r>
        <w:t>wayastabshirun billazina lam yalhaqu bihim min khalfihim la khawfun alayhim wala hum yahzanun</w:t>
      </w:r>
    </w:p>
    <w:p>
      <w:pPr>
        <w:jc w:val="right"/>
      </w:pPr>
      <w:r>
        <w:t>ويستبشرون بالذین لمیلحقوا بہم من خلفہم الا خوف علیہم ولا هم یحزنون</w:t>
      </w:r>
    </w:p>
    <w:p>
      <w:r>
        <w:rPr>
          <w:b/>
        </w:rPr>
        <w:t xml:space="preserve">[46:14] </w:t>
      </w:r>
      <w:r>
        <w:t>yastabshiruna binimatin min</w:t>
      </w:r>
    </w:p>
    <w:p>
      <w:pPr>
        <w:jc w:val="right"/>
      </w:pPr>
      <w:r>
        <w:t>یستبشرون بنعمۃ من</w:t>
      </w:r>
    </w:p>
    <w:p>
      <w:r>
        <w:rPr>
          <w:b/>
        </w:rPr>
        <w:t xml:space="preserve">[46:18] </w:t>
      </w:r>
      <w:r>
        <w:t>allahi wa fadlin wallaha la yudee'u ajra al mu'mineen alladheena istajabo lillahi wa arrasooli min ba'di ma asabahum al qaru liladheena ahsano minhum wa ittaqaw ajrun azeem</w:t>
      </w:r>
    </w:p>
    <w:p>
      <w:pPr>
        <w:jc w:val="right"/>
      </w:pPr>
      <w:r>
        <w:t>اللہ وفضل وان اللہ لا یضیع اجر المؤمنین الذین استجابوا للہ والرسول من بعد ما اصابهم القرح للذین احسنوا منہم واتقوا اجر عظیم</w:t>
      </w:r>
    </w:p>
    <w:p>
      <w:r>
        <w:rPr>
          <w:b/>
        </w:rPr>
        <w:t xml:space="preserve">[46:46] </w:t>
      </w:r>
      <w:r>
        <w:t>alladheena qalahum an nasu inna an nasa qad jame'oo lakum fakhshawhum fzadahum imanan wa fzadahum imanan wa qaloo hasbunallahu wa ni'ma al wakeel</w:t>
      </w:r>
    </w:p>
    <w:p>
      <w:pPr>
        <w:jc w:val="right"/>
      </w:pPr>
      <w:r>
        <w:t>الذین قال لهم الناس ان الناس قد جمعوا لكم فاخشوهم فزادهم ايمانا فزادهم ايمانا وقالوا حسبنا الله ونعم الوكيل</w:t>
      </w:r>
    </w:p>
    <w:p>
      <w:r>
        <w:rPr>
          <w:b/>
        </w:rPr>
        <w:t xml:space="preserve">[47:08] </w:t>
      </w:r>
      <w:r>
        <w:t>fankalaboo bini'matin min allahi wa fadlin lam yamsashum soo'un wattaba'oo ridwanallahi wallahu dhu fadlin azeem</w:t>
      </w:r>
    </w:p>
    <w:p>
      <w:pPr>
        <w:jc w:val="right"/>
      </w:pPr>
      <w:r>
        <w:t>فانقلبوا بنعمه من الله وفضل لم يمسسهم سوء واتبعوا رضوان الله والله ذو فضل عظيم</w:t>
      </w:r>
    </w:p>
    <w:p>
      <w:r>
        <w:rPr>
          <w:b/>
        </w:rPr>
        <w:t xml:space="preserve">[47:29] </w:t>
      </w:r>
      <w:r>
        <w:t>innama dhalikum ash shaytanu yukhawwifu awliyaho fala takhafuhum wa khafooni in kuntum mu'mineen</w:t>
      </w:r>
    </w:p>
    <w:p>
      <w:pPr>
        <w:jc w:val="right"/>
      </w:pPr>
      <w:r>
        <w:t>انما ذلكم الشيطان يخوف اولياءه فلا تخافوهم وخافون ان كنتم مؤمنين</w:t>
      </w:r>
    </w:p>
    <w:p>
      <w:r>
        <w:rPr>
          <w:b/>
        </w:rPr>
        <w:t xml:space="preserve">[47:46] </w:t>
      </w:r>
      <w:r>
        <w:t>aur jo log Allah ki rah mein mare gaye un ko murda na samjho balke woh zinda hain</w:t>
      </w:r>
    </w:p>
    <w:p>
      <w:pPr>
        <w:jc w:val="right"/>
      </w:pPr>
      <w:r>
        <w:t>اور جو لوگ اللہ کی راہ میں مارے گئے ان کو مردہ نہ سمجھو بلکہ وہ زندہ ہیں</w:t>
      </w:r>
    </w:p>
    <w:p>
      <w:r>
        <w:rPr>
          <w:b/>
        </w:rPr>
        <w:t xml:space="preserve">[47:53] </w:t>
      </w:r>
      <w:r>
        <w:t>apne rab ke pas un ko rozi mil rahi hai woh khush hain is par jo Allah ne</w:t>
      </w:r>
    </w:p>
    <w:p>
      <w:pPr>
        <w:jc w:val="right"/>
      </w:pPr>
      <w:r>
        <w:t>اپنے رب کے پاس ان کو روزی مل رہی ہے وہ خوش ہیں اس پر جو اللہ نے</w:t>
      </w:r>
    </w:p>
    <w:p>
      <w:r>
        <w:rPr>
          <w:b/>
        </w:rPr>
        <w:t xml:space="preserve">[48:01] </w:t>
      </w:r>
      <w:r>
        <w:t>apne fazl mein se un ko diya hai aur khushkhabri le rahe hain ke jo log un ke</w:t>
      </w:r>
    </w:p>
    <w:p>
      <w:pPr>
        <w:jc w:val="right"/>
      </w:pPr>
      <w:r>
        <w:t>اپنے فضل میں سے ان کو دیا ہے اور خوشخبری لے رہے ہیں کہ جو لوگ ان کے</w:t>
      </w:r>
    </w:p>
    <w:p>
      <w:r>
        <w:rPr>
          <w:b/>
        </w:rPr>
        <w:t xml:space="preserve">[48:07] </w:t>
      </w:r>
      <w:r>
        <w:t>peechhe hain aur abhi wahan nahi pahunche hain un ke liye bhi na koi khauf hai aur na</w:t>
      </w:r>
    </w:p>
    <w:p>
      <w:pPr>
        <w:jc w:val="right"/>
      </w:pPr>
      <w:r>
        <w:t>پیچھے ہیں اور ابھی وہاں نہیں پہنچے ہیں ان کے لیے بھی نہ کوئی خوف ہے اور نہ</w:t>
      </w:r>
    </w:p>
    <w:p>
      <w:r>
        <w:rPr>
          <w:b/>
        </w:rPr>
        <w:t xml:space="preserve">[48:14] </w:t>
      </w:r>
      <w:r>
        <w:t>woh ghamgeen honge woh khush ho rahe hain Allah ke inam aur fazl par</w:t>
      </w:r>
    </w:p>
    <w:p>
      <w:pPr>
        <w:jc w:val="right"/>
      </w:pPr>
      <w:r>
        <w:t>وہ غمگین ہوں گے وہ خوش ہو رہے ہیں اللہ کے انعام اور فضل پر</w:t>
      </w:r>
    </w:p>
    <w:p>
      <w:r>
        <w:rPr>
          <w:b/>
        </w:rPr>
        <w:t xml:space="preserve">[48:22] </w:t>
      </w:r>
      <w:r>
        <w:t>aur is par ke Allah imaan walon ka ajr zaya nahi karta</w:t>
      </w:r>
    </w:p>
    <w:p>
      <w:pPr>
        <w:jc w:val="right"/>
      </w:pPr>
      <w:r>
        <w:t>اور اس پر کہ اللہ ایمان والوں کا اجر ضائع نہیں کرتا</w:t>
      </w:r>
    </w:p>
    <w:p>
      <w:r>
        <w:rPr>
          <w:b/>
        </w:rPr>
        <w:t xml:space="preserve">[48:28] </w:t>
      </w:r>
      <w:r>
        <w:t>jin logon ne Allah aur rasool ke hukum ko mana</w:t>
      </w:r>
    </w:p>
    <w:p>
      <w:pPr>
        <w:jc w:val="right"/>
      </w:pPr>
      <w:r>
        <w:t>جن لوگوں نے اللہ اور رسول کے حکم کو مانا</w:t>
      </w:r>
    </w:p>
    <w:p>
      <w:r>
        <w:rPr>
          <w:b/>
        </w:rPr>
        <w:t xml:space="preserve">[48:33] </w:t>
      </w:r>
      <w:r>
        <w:t>baad is ke ke un ko zakhm lag chuka tha un mein se jo naik aur muttaqi hain</w:t>
      </w:r>
    </w:p>
    <w:p>
      <w:pPr>
        <w:jc w:val="right"/>
      </w:pPr>
      <w:r>
        <w:t>بعد اس کے کہ ان کو زخم لگ چکا تھا ان میں سے جو نیک اور متقی ہیں</w:t>
      </w:r>
    </w:p>
    <w:p>
      <w:r>
        <w:rPr>
          <w:b/>
        </w:rPr>
        <w:t xml:space="preserve">[48:41] </w:t>
      </w:r>
      <w:r>
        <w:t>un ke liye bada ajr hai jin se logon ne kaha ke dushman ne tumhare khilaf badi taqat</w:t>
      </w:r>
    </w:p>
    <w:p>
      <w:pPr>
        <w:jc w:val="right"/>
      </w:pPr>
      <w:r>
        <w:t>ان کے لیے بڑا اجر ہے جن سے لوگوں نے کہا کہ دشمن نے تمہارے خلاف بڑی طاقت</w:t>
      </w:r>
    </w:p>
    <w:p>
      <w:r>
        <w:rPr>
          <w:b/>
        </w:rPr>
        <w:t xml:space="preserve">[48:48] </w:t>
      </w:r>
      <w:r>
        <w:t>jama kar li hai is se daro lekin is cheez ne un ke imaan mein aur izafa kar</w:t>
      </w:r>
    </w:p>
    <w:p>
      <w:pPr>
        <w:jc w:val="right"/>
      </w:pPr>
      <w:r>
        <w:t>جمع کر لی ہے اس سے ڈرو لیکن اس چیز نے ان کے ایمان میں اور اضافہ کر</w:t>
      </w:r>
    </w:p>
    <w:p>
      <w:r>
        <w:rPr>
          <w:b/>
        </w:rPr>
        <w:t xml:space="preserve">[48:56] </w:t>
      </w:r>
      <w:r>
        <w:t>diya aur woh bole ke Allah hamare liye kafi hai aur woh behtareen karsaz hai pas woh Allah</w:t>
      </w:r>
    </w:p>
    <w:p>
      <w:pPr>
        <w:jc w:val="right"/>
      </w:pPr>
      <w:r>
        <w:t>دیا اور وہ بولے کہ اللہ ہمارے لیے کافی ہے اور وہ بہترین کارساز ہے پس وہ اللہ</w:t>
      </w:r>
    </w:p>
    <w:p>
      <w:r>
        <w:rPr>
          <w:b/>
        </w:rPr>
        <w:t xml:space="preserve">[49:04] </w:t>
      </w:r>
      <w:r>
        <w:t>ki nemat aur us ke fazl ke sath wapas aaye un logon ko koi burai pesh na aai</w:t>
      </w:r>
    </w:p>
    <w:p>
      <w:pPr>
        <w:jc w:val="right"/>
      </w:pPr>
      <w:r>
        <w:t>کی نعمت اور اس کے فضل کے ساتھ واپس ائے ان لوگوں کو کوئی برائی پیش نہ ائی</w:t>
      </w:r>
    </w:p>
    <w:p>
      <w:r>
        <w:rPr>
          <w:b/>
        </w:rPr>
        <w:t xml:space="preserve">[49:13] </w:t>
      </w:r>
      <w:r>
        <w:t>aur woh Allah ki razamandagi par chale aur Allah bada fazl wala hai</w:t>
      </w:r>
    </w:p>
    <w:p>
      <w:pPr>
        <w:jc w:val="right"/>
      </w:pPr>
      <w:r>
        <w:t>اور وہ اللہ کی رضامندی پر چلے اور اللہ بڑا فضل والا ہے</w:t>
      </w:r>
    </w:p>
    <w:p>
      <w:r>
        <w:rPr>
          <w:b/>
        </w:rPr>
        <w:t xml:space="preserve">[49:19] </w:t>
      </w:r>
      <w:r>
        <w:t>yeh</w:t>
      </w:r>
    </w:p>
    <w:p>
      <w:pPr>
        <w:jc w:val="right"/>
      </w:pPr>
      <w:r>
        <w:t>یہ</w:t>
      </w:r>
    </w:p>
    <w:p>
      <w:r>
        <w:rPr>
          <w:b/>
        </w:rPr>
        <w:t xml:space="preserve">[49:20] </w:t>
      </w:r>
      <w:r>
        <w:t>shaitan hai jo tum ko apne doston ke zariye darata hai tum un se na daro balke mujh</w:t>
      </w:r>
    </w:p>
    <w:p>
      <w:pPr>
        <w:jc w:val="right"/>
      </w:pPr>
      <w:r>
        <w:t>شیطان ہے جو تم کو اپنے دوستوں کے ذریعے ڈراتا ہے تم ان سے نہ ڈرو بلکہ مجھ</w:t>
      </w:r>
    </w:p>
    <w:p>
      <w:r>
        <w:rPr>
          <w:b/>
        </w:rPr>
        <w:t xml:space="preserve">[49:26] </w:t>
      </w:r>
      <w:r>
        <w:t>se daro agar tum momin ho tashreeh jo log Islam dushmano se lade aur shaheed hue un ko</w:t>
      </w:r>
    </w:p>
    <w:p>
      <w:pPr>
        <w:jc w:val="right"/>
      </w:pPr>
      <w:r>
        <w:t>سے ڈرو اگر تم مومن ہو تشریح جو لوگ اسلام دشمنوں سے لڑے اور شہید ہوئے ان کو</w:t>
      </w:r>
    </w:p>
    <w:p>
      <w:r>
        <w:rPr>
          <w:b/>
        </w:rPr>
        <w:t xml:space="preserve">[49:37] </w:t>
      </w:r>
      <w:r>
        <w:t>munafiqeen maut ziyaa kehte thay</w:t>
      </w:r>
    </w:p>
    <w:p>
      <w:pPr>
        <w:jc w:val="right"/>
      </w:pPr>
      <w:r>
        <w:t>منافقین موت ضیاء کہتے تھے</w:t>
      </w:r>
    </w:p>
    <w:p>
      <w:r>
        <w:rPr>
          <w:b/>
        </w:rPr>
        <w:t xml:space="preserve">[49:42] </w:t>
      </w:r>
      <w:r>
        <w:t>un ka khayal tha ke yeh musalman aik shakhs</w:t>
      </w:r>
    </w:p>
    <w:p>
      <w:pPr>
        <w:jc w:val="right"/>
      </w:pPr>
      <w:r>
        <w:t>ان کا خیال تھا کہ یہ مسلمان ایک شخص</w:t>
      </w:r>
    </w:p>
    <w:p>
      <w:r>
        <w:rPr>
          <w:b/>
        </w:rPr>
        <w:t xml:space="preserve">[49:47] </w:t>
      </w:r>
      <w:r>
        <w:t>ke behkaway mein aa kar apni janen zaya kar rahay hain farmaya ke jis ko tum maut samajhte</w:t>
      </w:r>
    </w:p>
    <w:p>
      <w:pPr>
        <w:jc w:val="right"/>
      </w:pPr>
      <w:r>
        <w:t>کے بہکاوے میں ا کر اپنی جانیں ضائع کر رہے ہیں فرمایا کہ جس کو تم موت سمجھتے</w:t>
      </w:r>
    </w:p>
    <w:p>
      <w:r>
        <w:rPr>
          <w:b/>
        </w:rPr>
        <w:t xml:space="preserve">[49:55] </w:t>
      </w:r>
      <w:r>
        <w:t>ho wohi haqeeqat mein zindagi hai</w:t>
      </w:r>
    </w:p>
    <w:p>
      <w:pPr>
        <w:jc w:val="right"/>
      </w:pPr>
      <w:r>
        <w:t>ہو وہی حقیقت میں زندگی ہے</w:t>
      </w:r>
    </w:p>
    <w:p>
      <w:r>
        <w:rPr>
          <w:b/>
        </w:rPr>
        <w:t xml:space="preserve">[49:59] </w:t>
      </w:r>
      <w:r>
        <w:t>tum sirf dunya ka nafa nuqsan jante ho yahi waja hai ke akhirat</w:t>
      </w:r>
    </w:p>
    <w:p>
      <w:pPr>
        <w:jc w:val="right"/>
      </w:pPr>
      <w:r>
        <w:t>تم صرف دنیا کا نفع نقصان جانتے ہو یہی وجہ ہے کہ اخرت</w:t>
      </w:r>
    </w:p>
    <w:p>
      <w:r>
        <w:rPr>
          <w:b/>
        </w:rPr>
        <w:t xml:space="preserve">[50:05] </w:t>
      </w:r>
      <w:r>
        <w:t>ki rah mein jan dena tumhein apne aap ko barabar karna maloom hota hai magar Allah ki rah</w:t>
      </w:r>
    </w:p>
    <w:p>
      <w:pPr>
        <w:jc w:val="right"/>
      </w:pPr>
      <w:r>
        <w:t>کی راہ میں جان دینا تمہیں اپنے اپ کو برابر کرنا معلوم ہوتا ہے مگر اللہ کی راہ</w:t>
      </w:r>
    </w:p>
    <w:p>
      <w:r>
        <w:rPr>
          <w:b/>
        </w:rPr>
        <w:t xml:space="preserve">[50:15] </w:t>
      </w:r>
      <w:r>
        <w:t>mein marne walay tum se zyada behtar zindagi paaye hue hain woh akhirat mein tum se zyada aish</w:t>
      </w:r>
    </w:p>
    <w:p>
      <w:pPr>
        <w:jc w:val="right"/>
      </w:pPr>
      <w:r>
        <w:t>میں مرنے والے تم سے زیادہ بہتر زندگی پائے ہوئے ہیں وہ اخرت میں تم سے زیادہ عیش</w:t>
      </w:r>
    </w:p>
    <w:p>
      <w:r>
        <w:rPr>
          <w:b/>
        </w:rPr>
        <w:t xml:space="preserve">[50:22] </w:t>
      </w:r>
      <w:r>
        <w:t>ki halat mein hain</w:t>
      </w:r>
    </w:p>
    <w:p>
      <w:pPr>
        <w:jc w:val="right"/>
      </w:pPr>
      <w:r>
        <w:t>کی حالت میں ہیں</w:t>
      </w:r>
    </w:p>
    <w:p>
      <w:r>
        <w:rPr>
          <w:b/>
        </w:rPr>
        <w:t xml:space="preserve">[50:25] </w:t>
      </w:r>
      <w:r>
        <w:t>shaitan ka yeh tareeqa hai ke woh jin insanon ko apne qareeb pata hai unhein uksakar khara</w:t>
      </w:r>
    </w:p>
    <w:p>
      <w:pPr>
        <w:jc w:val="right"/>
      </w:pPr>
      <w:r>
        <w:t>شیطان کا یہ طریقہ ہے کہ وہ جن انسانوں کو اپنے قریب پاتا ہے انہیں اکسا کر کھڑا</w:t>
      </w:r>
    </w:p>
    <w:p>
      <w:r>
        <w:rPr>
          <w:b/>
        </w:rPr>
        <w:t xml:space="preserve">[50:32] </w:t>
      </w:r>
      <w:r>
        <w:t>kar deta hai</w:t>
      </w:r>
    </w:p>
    <w:p>
      <w:pPr>
        <w:jc w:val="right"/>
      </w:pPr>
      <w:r>
        <w:t>کر دیتا ہے</w:t>
      </w:r>
    </w:p>
    <w:p>
      <w:r>
        <w:rPr>
          <w:b/>
        </w:rPr>
        <w:t xml:space="preserve">[50:35] </w:t>
      </w:r>
      <w:r>
        <w:t>ke woh deen ki taraf barhne ke khofnak nataij dikha kar logon ko deen ke mahaz se hata</w:t>
      </w:r>
    </w:p>
    <w:p>
      <w:pPr>
        <w:jc w:val="right"/>
      </w:pPr>
      <w:r>
        <w:t>کہ وہ دین کی طرف بڑھنے کے خوفناک نتائج دکھا کر لوگوں کو دین کے محاذ سے ہٹا</w:t>
      </w:r>
    </w:p>
    <w:p>
      <w:r>
        <w:rPr>
          <w:b/>
        </w:rPr>
        <w:t xml:space="preserve">[50:43] </w:t>
      </w:r>
      <w:r>
        <w:t>den yeh log mukhalifeen ki quwwat barha charha kar bayan karte hain ta ke</w:t>
      </w:r>
    </w:p>
    <w:p>
      <w:pPr>
        <w:jc w:val="right"/>
      </w:pPr>
      <w:r>
        <w:t>دیں یہ لوگ مخالفین کی قوت بڑھا چڑھا کر بیان کرتے ہیں تاکہ</w:t>
      </w:r>
    </w:p>
    <w:p>
      <w:r>
        <w:rPr>
          <w:b/>
        </w:rPr>
        <w:t xml:space="preserve">[50:51] </w:t>
      </w:r>
      <w:r>
        <w:t>ahl e iman marghoob ho jayen magar is qism ki baaten ahl e iman ke haq mein mufeed sabit hoti</w:t>
      </w:r>
    </w:p>
    <w:p>
      <w:pPr>
        <w:jc w:val="right"/>
      </w:pPr>
      <w:r>
        <w:t>اہل ایمان مرغوب ہو جائیں مگر اس قسم کی باتیں اہل ایمان کے حق میں مفید ثابت ہوتی</w:t>
      </w:r>
    </w:p>
    <w:p>
      <w:r>
        <w:rPr>
          <w:b/>
        </w:rPr>
        <w:t xml:space="preserve">[50:58] </w:t>
      </w:r>
      <w:r>
        <w:t>hain kyunke un ka yaqeen asar e noo zinda ho jata hai ke mushkil halaat mein un ka Khuda</w:t>
      </w:r>
    </w:p>
    <w:p>
      <w:pPr>
        <w:jc w:val="right"/>
      </w:pPr>
      <w:r>
        <w:t>ہیں کیونکہ ان کا یقین اثر نوع زندہ ہو جاتا ہے کہ مشکل حالات میں ان کا خدا</w:t>
      </w:r>
    </w:p>
    <w:p>
      <w:r>
        <w:rPr>
          <w:b/>
        </w:rPr>
        <w:t xml:space="preserve">[51:06] </w:t>
      </w:r>
      <w:r>
        <w:t>unhein tanha nahi chhodega</w:t>
      </w:r>
    </w:p>
    <w:p>
      <w:pPr>
        <w:jc w:val="right"/>
      </w:pPr>
      <w:r>
        <w:t>انہیں تنہا نہیں چھوڑے گا</w:t>
      </w:r>
    </w:p>
    <w:p>
      <w:r>
        <w:rPr>
          <w:b/>
        </w:rPr>
        <w:t xml:space="preserve">[51:10] </w:t>
      </w:r>
      <w:r>
        <w:t>uhud ki jang madine se taqreeban do mil ke fasle par hui jang ke baad munkireen ka lashkar</w:t>
      </w:r>
    </w:p>
    <w:p>
      <w:pPr>
        <w:jc w:val="right"/>
      </w:pPr>
      <w:r>
        <w:t>احد کی جنگ مدینے سے تقریبا دو میل کے فاصلے پر ہوئی جنگ کے بعد منکرین کا لشکر</w:t>
      </w:r>
    </w:p>
    <w:p>
      <w:r>
        <w:rPr>
          <w:b/>
        </w:rPr>
        <w:t xml:space="preserve">[51:18] </w:t>
      </w:r>
      <w:r>
        <w:t>abu sufyan ki qiyadat mein wapas rawana hua madine se aath mil par hamrah al asad pahunch kar unhon</w:t>
      </w:r>
    </w:p>
    <w:p>
      <w:pPr>
        <w:jc w:val="right"/>
      </w:pPr>
      <w:r>
        <w:t>ابو سفیان کی قیادت میں واپس روانہ ہوا مدینے سے اٹھ میل پر ہمراہ الاسد پہنچ کر انہوں</w:t>
      </w:r>
    </w:p>
    <w:p>
      <w:r>
        <w:rPr>
          <w:b/>
        </w:rPr>
        <w:t xml:space="preserve">[51:27] </w:t>
      </w:r>
      <w:r>
        <w:t>ne pao dala yahan un ko samajh mein yeh baat aai ke uhud se wapas ho kar unhon</w:t>
      </w:r>
    </w:p>
    <w:p>
      <w:pPr>
        <w:jc w:val="right"/>
      </w:pPr>
      <w:r>
        <w:t>نے پڑاؤ ڈالا یہاں ان کو سمجھ میں یہ بات ائی کہ احد سے واپس ہو کر انہوں</w:t>
      </w:r>
    </w:p>
    <w:p>
      <w:r>
        <w:rPr>
          <w:b/>
        </w:rPr>
        <w:t xml:space="preserve">[51:34] </w:t>
      </w:r>
      <w:r>
        <w:t>ne ghalti ki hai yeh behtareen</w:t>
      </w:r>
    </w:p>
    <w:p>
      <w:pPr>
        <w:jc w:val="right"/>
      </w:pPr>
      <w:r>
        <w:t>نے غلطی کی ہے یہ بہترین</w:t>
      </w:r>
    </w:p>
    <w:p>
      <w:r>
        <w:rPr>
          <w:b/>
        </w:rPr>
        <w:t xml:space="preserve">[51:37] </w:t>
      </w:r>
      <w:r>
        <w:t>mouqa tha ke madine tak musalmanon ka peechha kiya jata aur un ki taqat ka akhri taur par</w:t>
      </w:r>
    </w:p>
    <w:p>
      <w:pPr>
        <w:jc w:val="right"/>
      </w:pPr>
      <w:r>
        <w:t>موقع تھا کہ مدینے تک مسلمانوں کا پیچھا کیا جاتا اور ان کی طاقت کا اخری طور پر</w:t>
      </w:r>
    </w:p>
    <w:p>
      <w:r>
        <w:rPr>
          <w:b/>
        </w:rPr>
        <w:t xml:space="preserve">[51:45] </w:t>
      </w:r>
      <w:r>
        <w:t>khatma kar diya jata</w:t>
      </w:r>
    </w:p>
    <w:p>
      <w:pPr>
        <w:jc w:val="right"/>
      </w:pPr>
      <w:r>
        <w:t>خاتمہ کر دیا جاتا</w:t>
      </w:r>
    </w:p>
    <w:p>
      <w:r>
        <w:rPr>
          <w:b/>
        </w:rPr>
        <w:t xml:space="preserve">[51:48] </w:t>
      </w:r>
      <w:r>
        <w:t>is darmiyan mein un ko qabeela abdul qais ka aik tijarti qafila mil gaya jo madine ja raha tha</w:t>
      </w:r>
    </w:p>
    <w:p>
      <w:pPr>
        <w:jc w:val="right"/>
      </w:pPr>
      <w:r>
        <w:t>اس درمیان میں ان کو قبیلہ عبدالقیس کا ایک تجارتی قافلہ مل گیا جو مدینے جا رہا تھا</w:t>
      </w:r>
    </w:p>
    <w:p>
      <w:r>
        <w:rPr>
          <w:b/>
        </w:rPr>
        <w:t xml:space="preserve">[51:56] </w:t>
      </w:r>
      <w:r>
        <w:t>munkireen ne is qafle ko kuch raqam de kar amada kiya ke woh madine pahunch kar aisi khabrein</w:t>
      </w:r>
    </w:p>
    <w:p>
      <w:pPr>
        <w:jc w:val="right"/>
      </w:pPr>
      <w:r>
        <w:t>منکرین نے اس قافلے کو کچھ رقم دے کر امادہ کیا کہ وہ مدینہ پہنچ کر ایسی خبریں</w:t>
      </w:r>
    </w:p>
    <w:p>
      <w:r>
        <w:rPr>
          <w:b/>
        </w:rPr>
        <w:t xml:space="preserve">[52:03] </w:t>
      </w:r>
      <w:r>
        <w:t>phailayen jis se musalman dar jayen chunache qafila walon ne madine pahunch kar kehna shuru kiya ke hum</w:t>
      </w:r>
    </w:p>
    <w:p>
      <w:pPr>
        <w:jc w:val="right"/>
      </w:pPr>
      <w:r>
        <w:t>پھیلائیں جس سے مسلمان ڈر جائیں چنانچہ قافلہ والوں نے مدینے پہنچ کر کہنا شروع کیا کہ ہم</w:t>
      </w:r>
    </w:p>
    <w:p>
      <w:r>
        <w:rPr>
          <w:b/>
        </w:rPr>
        <w:t xml:space="preserve">[52:12] </w:t>
      </w:r>
      <w:r>
        <w:t>dekh aaye hain ke makkah walay bhari lashkar jama kar rahay hain aur dobara madine par hamla karne</w:t>
      </w:r>
    </w:p>
    <w:p>
      <w:pPr>
        <w:jc w:val="right"/>
      </w:pPr>
      <w:r>
        <w:t>دیکھ ائے ہیں کہ مکہ والے بھاری لشکر جمع کر رہے ہیں اور دوبارہ مدینہ پر حملہ کرنے</w:t>
      </w:r>
    </w:p>
    <w:p>
      <w:r>
        <w:rPr>
          <w:b/>
        </w:rPr>
        <w:t xml:space="preserve">[52:19] </w:t>
      </w:r>
      <w:r>
        <w:t>wale hain magar</w:t>
      </w:r>
    </w:p>
    <w:p>
      <w:pPr>
        <w:jc w:val="right"/>
      </w:pPr>
      <w:r>
        <w:t>والے ہیں مگر</w:t>
      </w:r>
    </w:p>
    <w:p>
      <w:r>
        <w:rPr>
          <w:b/>
        </w:rPr>
        <w:t xml:space="preserve">[52:23] </w:t>
      </w:r>
      <w:r>
        <w:t>musalmanon ka Allah par bharosa is baat ki zamanat ban gaya ke munkireen ki tadbeer ulti pad jaye</w:t>
      </w:r>
    </w:p>
    <w:p>
      <w:pPr>
        <w:jc w:val="right"/>
      </w:pPr>
      <w:r>
        <w:t>مسلمانوں کا اللہ پر بھروسہ اس بات کی ضمانت بن گیا کہ منکرین کی تدبیر الٹی پڑ جائے</w:t>
      </w:r>
    </w:p>
    <w:p>
      <w:r>
        <w:rPr>
          <w:b/>
        </w:rPr>
        <w:t xml:space="preserve">[52:33] </w:t>
      </w:r>
      <w:r>
        <w:t>is ka faida yeh hua ke musalman apne dushmanon ke irade se ba-khabar ho gaye qabl is ke</w:t>
      </w:r>
    </w:p>
    <w:p>
      <w:pPr>
        <w:jc w:val="right"/>
      </w:pPr>
      <w:r>
        <w:t>اس کا فائدہ یہ ہوا کہ مسلمان اپنے دشمنوں کے ارادے سے باخبر ہو گئے قبل اس کے</w:t>
      </w:r>
    </w:p>
    <w:p>
      <w:r>
        <w:rPr>
          <w:b/>
        </w:rPr>
        <w:t xml:space="preserve">[52:41] </w:t>
      </w:r>
      <w:r>
        <w:t>ke Makkah walon ko Makkah walon ki fauj Madine ki taraf chale woh khud Paighambar ki rehnumai mein</w:t>
      </w:r>
    </w:p>
    <w:p>
      <w:pPr>
        <w:jc w:val="right"/>
      </w:pPr>
      <w:r>
        <w:t>کہ مکہ والوں کو مکہ والوں کی فوج مدینے کی طرف چلے وہ خود پیغمبر کی رہنمائی میں</w:t>
      </w:r>
    </w:p>
    <w:p>
      <w:r>
        <w:rPr>
          <w:b/>
        </w:rPr>
        <w:t xml:space="preserve">[52:50] </w:t>
      </w:r>
      <w:r>
        <w:t>apni جمعیت bana kar tezi se hamrah al-asad ki taraf rawana ho gaye Makkah walon ko jab yeh</w:t>
      </w:r>
    </w:p>
    <w:p>
      <w:pPr>
        <w:jc w:val="right"/>
      </w:pPr>
      <w:r>
        <w:t>اپنی جمعیت بنا کر تیزی سے ہمراہ الاسد کی طرف روانہ ہو گئے مکہ والوں کو جب یہ</w:t>
      </w:r>
    </w:p>
    <w:p>
      <w:r>
        <w:rPr>
          <w:b/>
        </w:rPr>
        <w:t xml:space="preserve">[52:57] </w:t>
      </w:r>
      <w:r>
        <w:t>khabar mili ke musalmanon ki fauj iqdamm kar ke un ki taraf aa rahi hai to woh samjhe ke</w:t>
      </w:r>
    </w:p>
    <w:p>
      <w:pPr>
        <w:jc w:val="right"/>
      </w:pPr>
      <w:r>
        <w:t>خبر ملی کہ مسلمانوں کی فوج اقدام کر کے ان کی طرف ارہی ہے تو وہ سمجھے کہ</w:t>
      </w:r>
    </w:p>
    <w:p>
      <w:r>
        <w:rPr>
          <w:b/>
        </w:rPr>
        <w:t xml:space="preserve">[53:04] </w:t>
      </w:r>
      <w:r>
        <w:t>musalmanon ko nai kamak mil gayi hai woh</w:t>
      </w:r>
    </w:p>
    <w:p>
      <w:pPr>
        <w:jc w:val="right"/>
      </w:pPr>
      <w:r>
        <w:t>مسلمانوں کو نئی کمک مل گئی ہے وہ</w:t>
      </w:r>
    </w:p>
    <w:p>
      <w:r>
        <w:rPr>
          <w:b/>
        </w:rPr>
        <w:t xml:space="preserve">[53:08] </w:t>
      </w:r>
      <w:r>
        <w:t>ghabra kar Makkah ki taraf wapas chale gaye</w:t>
      </w:r>
    </w:p>
    <w:p>
      <w:pPr>
        <w:jc w:val="right"/>
      </w:pPr>
      <w:r>
        <w:t>گھبرا کر مکہ کی طرف واپس چلے گئے</w:t>
      </w:r>
    </w:p>
    <w:p>
      <w:r>
        <w:rPr>
          <w:b/>
        </w:rPr>
        <w:t xml:space="preserve">[53:14] </w:t>
      </w:r>
      <w:r>
        <w:t>wala yahzan alladheena yusari'oona fil kufri innahum</w:t>
      </w:r>
    </w:p>
    <w:p>
      <w:pPr>
        <w:jc w:val="right"/>
      </w:pPr>
      <w:r>
        <w:t>ولا یحزن الذین یسارعون فی الکفر انہم</w:t>
      </w:r>
    </w:p>
    <w:p>
      <w:r>
        <w:rPr>
          <w:b/>
        </w:rPr>
        <w:t xml:space="preserve">[53:22] </w:t>
      </w:r>
      <w:r>
        <w:t>lan yadhurru Allaha shay'an</w:t>
      </w:r>
    </w:p>
    <w:p>
      <w:pPr>
        <w:jc w:val="right"/>
      </w:pPr>
      <w:r>
        <w:t>لن یضروا اللہ شیئا</w:t>
      </w:r>
    </w:p>
    <w:p>
      <w:r>
        <w:rPr>
          <w:b/>
        </w:rPr>
        <w:t xml:space="preserve">[53:26] </w:t>
      </w:r>
      <w:r>
        <w:t>yureedu Allah illa yaj'ala lahum hazzan</w:t>
      </w:r>
    </w:p>
    <w:p>
      <w:pPr>
        <w:jc w:val="right"/>
      </w:pPr>
      <w:r>
        <w:t>یرید اللہ الا یجعل لہم حظا</w:t>
      </w:r>
    </w:p>
    <w:p>
      <w:r>
        <w:rPr>
          <w:b/>
        </w:rPr>
        <w:t xml:space="preserve">[53:31] </w:t>
      </w:r>
      <w:r>
        <w:t>fī al-ākhirati waluhum 'adhabun 'adheem</w:t>
      </w:r>
    </w:p>
    <w:p>
      <w:pPr>
        <w:jc w:val="right"/>
      </w:pPr>
      <w:r>
        <w:t>فی الاخرۃ ولهم عذاب عظیم</w:t>
      </w:r>
    </w:p>
    <w:p>
      <w:r>
        <w:rPr>
          <w:b/>
        </w:rPr>
        <w:t xml:space="preserve">[53:37] </w:t>
      </w:r>
      <w:r>
        <w:t>inna alladheena ishtaraw al-kufra bil imani</w:t>
      </w:r>
    </w:p>
    <w:p>
      <w:pPr>
        <w:jc w:val="right"/>
      </w:pPr>
      <w:r>
        <w:t>ان الذین اشتروا الکفر بالایمان</w:t>
      </w:r>
    </w:p>
    <w:p>
      <w:r>
        <w:rPr>
          <w:b/>
        </w:rPr>
        <w:t xml:space="preserve">[53:43] </w:t>
      </w:r>
      <w:r>
        <w:t>lan yadhurru Allaha shay'an waluhum 'adhabun aleem</w:t>
      </w:r>
    </w:p>
    <w:p>
      <w:pPr>
        <w:jc w:val="right"/>
      </w:pPr>
      <w:r>
        <w:t>لن یضروا اللہ شیئا ولهم عذاب الیم</w:t>
      </w:r>
    </w:p>
    <w:p>
      <w:r>
        <w:rPr>
          <w:b/>
        </w:rPr>
        <w:t xml:space="preserve">[53:50] </w:t>
      </w:r>
      <w:r>
        <w:t>wala yahsabanna alladheena</w:t>
      </w:r>
    </w:p>
    <w:p>
      <w:pPr>
        <w:jc w:val="right"/>
      </w:pPr>
      <w:r>
        <w:t>ولا یحسبن الذین</w:t>
      </w:r>
    </w:p>
    <w:p>
      <w:r>
        <w:rPr>
          <w:b/>
        </w:rPr>
        <w:t xml:space="preserve">[53:54] </w:t>
      </w:r>
      <w:r>
        <w:t>kufroo innama numlee lahum khayrun li'anfusihim</w:t>
      </w:r>
    </w:p>
    <w:p>
      <w:pPr>
        <w:jc w:val="right"/>
      </w:pPr>
      <w:r>
        <w:t>کفروا انما نملی لهم خير لانفسهم</w:t>
      </w:r>
    </w:p>
    <w:p>
      <w:r>
        <w:rPr>
          <w:b/>
        </w:rPr>
        <w:t xml:space="preserve">[54:03] </w:t>
      </w:r>
      <w:r>
        <w:t>innama numlee lahum liyazdadū</w:t>
      </w:r>
    </w:p>
    <w:p>
      <w:pPr>
        <w:jc w:val="right"/>
      </w:pPr>
      <w:r>
        <w:t>انما نملی لهم ليزدادوا</w:t>
      </w:r>
    </w:p>
    <w:p>
      <w:r>
        <w:rPr>
          <w:b/>
        </w:rPr>
        <w:t xml:space="preserve">[54:08] </w:t>
      </w:r>
      <w:r>
        <w:t>ithman waluhum 'adhabun</w:t>
      </w:r>
    </w:p>
    <w:p>
      <w:pPr>
        <w:jc w:val="right"/>
      </w:pPr>
      <w:r>
        <w:t>اثما ولهم عذاب</w:t>
      </w:r>
    </w:p>
    <w:p>
      <w:r>
        <w:rPr>
          <w:b/>
        </w:rPr>
        <w:t xml:space="preserve">[54:12] </w:t>
      </w:r>
      <w:r>
        <w:t>muheen ma kana Allahu liyadhara al-mu'mineena 'ala ma</w:t>
      </w:r>
    </w:p>
    <w:p>
      <w:pPr>
        <w:jc w:val="right"/>
      </w:pPr>
      <w:r>
        <w:t>مهین ما كان الله ليذر المؤمنين على ما</w:t>
      </w:r>
    </w:p>
    <w:p>
      <w:r>
        <w:rPr>
          <w:b/>
        </w:rPr>
        <w:t xml:space="preserve">[54:22] </w:t>
      </w:r>
      <w:r>
        <w:t>antum 'alayhi hatta yamizza al-khabeetha mina al-tayyibi</w:t>
      </w:r>
    </w:p>
    <w:p>
      <w:pPr>
        <w:jc w:val="right"/>
      </w:pPr>
      <w:r>
        <w:t>انتم عليه حتى يميز الخبيث من الطيب</w:t>
      </w:r>
    </w:p>
    <w:p>
      <w:r>
        <w:rPr>
          <w:b/>
        </w:rPr>
        <w:t xml:space="preserve">[54:28] </w:t>
      </w:r>
      <w:r>
        <w:t>wama kana Allahu liyutli'akum 'ala al-ghaybi walakin</w:t>
      </w:r>
    </w:p>
    <w:p>
      <w:pPr>
        <w:jc w:val="right"/>
      </w:pPr>
      <w:r>
        <w:t>وما كان الله ليطلعكم على الغيب ولكن</w:t>
      </w:r>
    </w:p>
    <w:p>
      <w:r>
        <w:rPr>
          <w:b/>
        </w:rPr>
        <w:t xml:space="preserve">[54:34] </w:t>
      </w:r>
      <w:r>
        <w:t>Allahu yajtabee min rusulihi man yashaa'</w:t>
      </w:r>
    </w:p>
    <w:p>
      <w:pPr>
        <w:jc w:val="right"/>
      </w:pPr>
      <w:r>
        <w:t>الله يجتبي من رسله من يشاء</w:t>
      </w:r>
    </w:p>
    <w:p>
      <w:r>
        <w:rPr>
          <w:b/>
        </w:rPr>
        <w:t xml:space="preserve">[54:42] </w:t>
      </w:r>
      <w:r>
        <w:t>fa'aminoo billahi wa rusulihi wa in tu'minoo wa tattaqoo falakum ajrun 'azeeemun</w:t>
      </w:r>
    </w:p>
    <w:p>
      <w:pPr>
        <w:jc w:val="right"/>
      </w:pPr>
      <w:r>
        <w:t>فامنوا بالله ورسله وان تؤمنوا وتتقوا فلكم اجر عظیم</w:t>
      </w:r>
    </w:p>
    <w:p>
      <w:r>
        <w:rPr>
          <w:b/>
        </w:rPr>
        <w:t xml:space="preserve">[54:54] </w:t>
      </w:r>
      <w:r>
        <w:t>aur woh log tumhare liye baais-e-gham na bane jo inkar mein sabqat kar rahe hain woh Allah</w:t>
      </w:r>
    </w:p>
    <w:p>
      <w:pPr>
        <w:jc w:val="right"/>
      </w:pPr>
      <w:r>
        <w:t>اور وہ لوگ تمہارے لیے باعث غم نہ بنے جو انکار میں سبقت کر رہے ہیں وہ اللہ</w:t>
      </w:r>
    </w:p>
    <w:p>
      <w:r>
        <w:rPr>
          <w:b/>
        </w:rPr>
        <w:t xml:space="preserve">[55:03] </w:t>
      </w:r>
      <w:r>
        <w:t>ko hargiz koi nuqsan na pohncha sakein ge Allah chahta hai ke un ke liye akhirat mein koi</w:t>
      </w:r>
    </w:p>
    <w:p>
      <w:pPr>
        <w:jc w:val="right"/>
      </w:pPr>
      <w:r>
        <w:t>کو ہرگز کوئی نقصان نہ پہنچا سکیں گے اللہ چاہتا ہے کہ ان کے لیے اخرت میں کوئی</w:t>
      </w:r>
    </w:p>
    <w:p>
      <w:r>
        <w:rPr>
          <w:b/>
        </w:rPr>
        <w:t xml:space="preserve">[55:10] </w:t>
      </w:r>
      <w:r>
        <w:t>hissa na rakhe</w:t>
      </w:r>
    </w:p>
    <w:p>
      <w:pPr>
        <w:jc w:val="right"/>
      </w:pPr>
      <w:r>
        <w:t>حصہ نہ رکھے</w:t>
      </w:r>
    </w:p>
    <w:p>
      <w:r>
        <w:rPr>
          <w:b/>
        </w:rPr>
        <w:t xml:space="preserve">[55:12] </w:t>
      </w:r>
      <w:r>
        <w:t>un ke liye bara azab hai jin logon ne imaan ke badle kufr ko khareeda hai woh Allah</w:t>
      </w:r>
    </w:p>
    <w:p>
      <w:pPr>
        <w:jc w:val="right"/>
      </w:pPr>
      <w:r>
        <w:t>ان کے لیے بڑا عذاب ہے جن لوگوں نے ایمان کے بدلے کفر کو خریدا ہے وہ اللہ</w:t>
      </w:r>
    </w:p>
    <w:p>
      <w:r>
        <w:rPr>
          <w:b/>
        </w:rPr>
        <w:t xml:space="preserve">[55:20] </w:t>
      </w:r>
      <w:r>
        <w:t>ka kuch bigaar nahin sakte aur un ke liye dardnaak azab hai aur jo log kufr kar rahe</w:t>
      </w:r>
    </w:p>
    <w:p>
      <w:pPr>
        <w:jc w:val="right"/>
      </w:pPr>
      <w:r>
        <w:t>کا کچھ بگاڑ نہیں سکتے اور ان کے لیے دردناک عذاب ہے اور جو لوگ کفر کر رہے</w:t>
      </w:r>
    </w:p>
    <w:p>
      <w:r>
        <w:rPr>
          <w:b/>
        </w:rPr>
        <w:t xml:space="preserve">[55:27] </w:t>
      </w:r>
      <w:r>
        <w:t>hain yeh khayal na karein ke hum jo un ko muhlat de rahe hain yeh un ke haq</w:t>
      </w:r>
    </w:p>
    <w:p>
      <w:pPr>
        <w:jc w:val="right"/>
      </w:pPr>
      <w:r>
        <w:t>ہیں یہ خیال نہ کریں کہ ہم جو ان کو مہلت دے رہے ہیں یہ ان کے حق</w:t>
      </w:r>
    </w:p>
    <w:p>
      <w:r>
        <w:rPr>
          <w:b/>
        </w:rPr>
        <w:t xml:space="preserve">[55:34] </w:t>
      </w:r>
      <w:r>
        <w:t>mein behtar hai hum to bas is liye muhlat de rahe hain ke woh jurm</w:t>
      </w:r>
    </w:p>
    <w:p>
      <w:pPr>
        <w:jc w:val="right"/>
      </w:pPr>
      <w:r>
        <w:t>میں بہتر ہے ہم تو بس اس لیے مہلت دے رہے ہیں کہ وہ جرم</w:t>
      </w:r>
    </w:p>
    <w:p>
      <w:r>
        <w:rPr>
          <w:b/>
        </w:rPr>
        <w:t xml:space="preserve">[55:40] </w:t>
      </w:r>
      <w:r>
        <w:t>mein aur badh jayein</w:t>
      </w:r>
    </w:p>
    <w:p>
      <w:pPr>
        <w:jc w:val="right"/>
      </w:pPr>
      <w:r>
        <w:t>میں اور بڑھ جائیں</w:t>
      </w:r>
    </w:p>
    <w:p>
      <w:r>
        <w:rPr>
          <w:b/>
        </w:rPr>
        <w:t xml:space="preserve">[55:43] </w:t>
      </w:r>
      <w:r>
        <w:t>aur un ke liye zaleel karne wala azab hai Allah woh nahin ke musalmanon ko is halat mein</w:t>
      </w:r>
    </w:p>
    <w:p>
      <w:pPr>
        <w:jc w:val="right"/>
      </w:pPr>
      <w:r>
        <w:t>اور ان کے لیے ذلیل کرنے والا عذاب ہے اللہ وہ نہیں کہ مسلمانوں کو اس حالت میں</w:t>
      </w:r>
    </w:p>
    <w:p>
      <w:r>
        <w:rPr>
          <w:b/>
        </w:rPr>
        <w:t xml:space="preserve">[55:50] </w:t>
      </w:r>
      <w:r>
        <w:t>chhod de jis tarah ke tum ab ho jab tak ke woh napak ko pak se juda na</w:t>
      </w:r>
    </w:p>
    <w:p>
      <w:pPr>
        <w:jc w:val="right"/>
      </w:pPr>
      <w:r>
        <w:t>چھوڑ دے جس طرح کے تم اب ہو جب تک کہ وہ ناپاک کو پاک سے جدا نہ</w:t>
      </w:r>
    </w:p>
    <w:p>
      <w:r>
        <w:rPr>
          <w:b/>
        </w:rPr>
        <w:t xml:space="preserve">[55:57] </w:t>
      </w:r>
      <w:r>
        <w:t>kar le aur Allah yun nahin ke tum ko ghayb se khabardar kar de balkeh Allah chhanat leta</w:t>
      </w:r>
    </w:p>
    <w:p>
      <w:pPr>
        <w:jc w:val="right"/>
      </w:pPr>
      <w:r>
        <w:t>کر لے اور اللہ یوں نہیں کہ تم کو غیب سے خبردار کر دے بلکہ اللہ چھانٹ لیتا</w:t>
      </w:r>
    </w:p>
    <w:p>
      <w:r>
        <w:rPr>
          <w:b/>
        </w:rPr>
        <w:t xml:space="preserve">[56:05] </w:t>
      </w:r>
      <w:r>
        <w:t>hai apne rasoolon mein jis ko chahta hai pas tum imaan lao Allah par aur us ke rasoolon</w:t>
      </w:r>
    </w:p>
    <w:p>
      <w:pPr>
        <w:jc w:val="right"/>
      </w:pPr>
      <w:r>
        <w:t>ہے اپنے رسولوں میں جس کو چاہتا ہے پس تم ایمان لاؤ اللہ پر اور اس کے رسولوں</w:t>
      </w:r>
    </w:p>
    <w:p>
      <w:r>
        <w:rPr>
          <w:b/>
        </w:rPr>
        <w:t xml:space="preserve">[56:14] </w:t>
      </w:r>
      <w:r>
        <w:t>par aur agar tum imaan lao aur parhezgari ikhtiyar karo to tumhare liye bara ajr hai tashreeh</w:t>
      </w:r>
    </w:p>
    <w:p>
      <w:pPr>
        <w:jc w:val="right"/>
      </w:pPr>
      <w:r>
        <w:t>پر اور اگر تم ایمان لاؤ اور پرہیزگاری اختیار کرو تو تمہارے لیے بڑا اجر ہے تشریح</w:t>
      </w:r>
    </w:p>
    <w:p>
      <w:r>
        <w:rPr>
          <w:b/>
        </w:rPr>
        <w:t xml:space="preserve">[56:27] </w:t>
      </w:r>
      <w:r>
        <w:t>zindagi ka asal masla woh nahin jo dikhai de raha hai asal masla woh hai jo aankhon se</w:t>
      </w:r>
    </w:p>
    <w:p>
      <w:pPr>
        <w:jc w:val="right"/>
      </w:pPr>
      <w:r>
        <w:t>زندگی کا اصل مسئلہ وہ نہیں جو دکھائی دے رہا ہے اصل مسئلہ وہ ہے جو انکھوں سے</w:t>
      </w:r>
    </w:p>
    <w:p>
      <w:r>
        <w:rPr>
          <w:b/>
        </w:rPr>
        <w:t xml:space="preserve">[56:34] </w:t>
      </w:r>
      <w:r>
        <w:t>ojhal hai log dunya ke jahannam se bachne ki fikr karte hain aur apni sari tawajjuh dunya ki</w:t>
      </w:r>
    </w:p>
    <w:p>
      <w:pPr>
        <w:jc w:val="right"/>
      </w:pPr>
      <w:r>
        <w:t>اوجھل ہے لوگ دنیا کے جہنم سے بچنے کی فکر کرتے ہیں اور اپنی ساری توجہ دنیا کی</w:t>
      </w:r>
    </w:p>
    <w:p>
      <w:r>
        <w:rPr>
          <w:b/>
        </w:rPr>
        <w:t xml:space="preserve">[56:44] </w:t>
      </w:r>
      <w:r>
        <w:t>jannat ko hasil karne mein laga dete hain magar ziyada aqalmandi ki baat yeh hai ke aadmi akhirat</w:t>
      </w:r>
    </w:p>
    <w:p>
      <w:pPr>
        <w:jc w:val="right"/>
      </w:pPr>
      <w:r>
        <w:t>جنت کو حاصل کرنے میں لگا دیتے ہیں مگر زیادہ عقلمندی کی بات یہ ہے کہ ادمی اخرت</w:t>
      </w:r>
    </w:p>
    <w:p>
      <w:r>
        <w:rPr>
          <w:b/>
        </w:rPr>
        <w:t xml:space="preserve">[56:52] </w:t>
      </w:r>
      <w:r>
        <w:t>ke jahannam se apne ko bachaye aur wahan ki jannat ki taraf daude dunya mein paise wala hona</w:t>
      </w:r>
    </w:p>
    <w:p>
      <w:pPr>
        <w:jc w:val="right"/>
      </w:pPr>
      <w:r>
        <w:t>کے جہنم سے اپنے کو بچائے اور وہاں کی جنت کی طرف دوڑے دنیا میں پیسے والا ہونا</w:t>
      </w:r>
    </w:p>
    <w:p>
      <w:r>
        <w:rPr>
          <w:b/>
        </w:rPr>
        <w:t xml:space="preserve">[57:01] </w:t>
      </w:r>
      <w:r>
        <w:t>aur be paise wala hona jaidad wala hona aur be jidad wala hona izzat wala hona aur be</w:t>
      </w:r>
    </w:p>
    <w:p>
      <w:pPr>
        <w:jc w:val="right"/>
      </w:pPr>
      <w:r>
        <w:t>اور بے پیسے والا ہونا جائیداد والا ہونا اور بے جائیداد والا ہونا عزت والا ہونا اور بے</w:t>
      </w:r>
    </w:p>
    <w:p>
      <w:r>
        <w:rPr>
          <w:b/>
        </w:rPr>
        <w:t xml:space="preserve">[57:09] </w:t>
      </w:r>
      <w:r>
        <w:t>izzat wala hona yeh sab woh cheezein</w:t>
      </w:r>
    </w:p>
    <w:p>
      <w:pPr>
        <w:jc w:val="right"/>
      </w:pPr>
      <w:r>
        <w:t>عزت والا ہونا یہ سب وہ چیزیں</w:t>
      </w:r>
    </w:p>
    <w:p>
      <w:r>
        <w:rPr>
          <w:b/>
        </w:rPr>
        <w:t xml:space="preserve">[57:12] </w:t>
      </w:r>
      <w:r>
        <w:t>hain jo har aadmi ko aankhon se nazar aati hain is liye woh un par toot padta hai</w:t>
      </w:r>
    </w:p>
    <w:p>
      <w:pPr>
        <w:jc w:val="right"/>
      </w:pPr>
      <w:r>
        <w:t>ہیں جو ہر ادمی کو انکھوں سے نظر اتی ہیں اس لیے وہ ان پر ٹوٹ پڑتا ہے</w:t>
      </w:r>
    </w:p>
    <w:p>
      <w:r>
        <w:rPr>
          <w:b/>
        </w:rPr>
        <w:t xml:space="preserve">[57:20] </w:t>
      </w:r>
      <w:r>
        <w:t>woh apni sari koshish is maqsad ke liye laga deta hai ke woh yahan mehroom na rahe</w:t>
      </w:r>
    </w:p>
    <w:p>
      <w:pPr>
        <w:jc w:val="right"/>
      </w:pPr>
      <w:r>
        <w:t>وہ اپنی ساری کوشش اس مقصد کے لیے لگا دیتا ہے کہ وہ یہاں محروم نہ رہے</w:t>
      </w:r>
    </w:p>
    <w:p>
      <w:r>
        <w:rPr>
          <w:b/>
        </w:rPr>
        <w:t xml:space="preserve">[57:29] </w:t>
      </w:r>
      <w:r>
        <w:t>magar insaan ka asal masla akhirat ka masla hai jis ko Allah ne imtehan ki maslehat se chhipa</w:t>
      </w:r>
    </w:p>
    <w:p>
      <w:pPr>
        <w:jc w:val="right"/>
      </w:pPr>
      <w:r>
        <w:t>مگر انسان کا اصل مسئلہ اخرت کا مسئلہ ہے جس کو اللہ نے امتحان کی مصلحت سے چھپا</w:t>
      </w:r>
    </w:p>
    <w:p>
      <w:r>
        <w:rPr>
          <w:b/>
        </w:rPr>
        <w:t xml:space="preserve">[57:37] </w:t>
      </w:r>
      <w:r>
        <w:t>diya hai aur is se logon ko khabardar karne ke liye yeh tareeqa muqarrar farmaya hai ke woh</w:t>
      </w:r>
    </w:p>
    <w:p>
      <w:pPr>
        <w:jc w:val="right"/>
      </w:pPr>
      <w:r>
        <w:t>دیا ہے اور اس سے لوگوں کو خبردار کرنے کے لیے یہ طریقہ مقرر فرمایا ہے کہ وہ</w:t>
      </w:r>
    </w:p>
    <w:p>
      <w:r>
        <w:rPr>
          <w:b/>
        </w:rPr>
        <w:t xml:space="preserve">[57:45] </w:t>
      </w:r>
      <w:r>
        <w:t>apne kuch bndon ko ghayb ki peygambri ke liye chune un ko maut ke is paar ki haqiqaton</w:t>
      </w:r>
    </w:p>
    <w:p>
      <w:pPr>
        <w:jc w:val="right"/>
      </w:pPr>
      <w:r>
        <w:t>اپنے کچھ بندوں کو غیب کی پیغمبری کے لیے چنے ان کو موت کے اس پار کی حقیقتوں</w:t>
      </w:r>
    </w:p>
    <w:p>
      <w:r>
        <w:rPr>
          <w:b/>
        </w:rPr>
        <w:t xml:space="preserve">[57:57] </w:t>
      </w:r>
      <w:r>
        <w:t>se</w:t>
      </w:r>
    </w:p>
    <w:p>
      <w:pPr>
        <w:jc w:val="right"/>
      </w:pPr>
      <w:r>
        <w:t>سے</w:t>
      </w:r>
    </w:p>
    <w:p>
      <w:r>
        <w:rPr>
          <w:b/>
        </w:rPr>
        <w:t xml:space="preserve">[57:58] </w:t>
      </w:r>
      <w:r>
        <w:t>khabardar kare aur phir un ko muqarrar kare ke woh doosron ko is se ba-khabar kar dein insaan</w:t>
      </w:r>
    </w:p>
    <w:p>
      <w:pPr>
        <w:jc w:val="right"/>
      </w:pPr>
      <w:r>
        <w:t>خبردار کرے اور پھر ان کو مقرر کرے کہ وہ دوسروں کو اس سے باخبر کر دیں انسان</w:t>
      </w:r>
    </w:p>
    <w:p>
      <w:r>
        <w:rPr>
          <w:b/>
        </w:rPr>
        <w:t xml:space="preserve">[58:07] </w:t>
      </w:r>
      <w:r>
        <w:t>ki asal janch yeh hai ke woh Khuda ke daai ki aawaz mein sachai ki jhalakiyon ko pa le</w:t>
      </w:r>
    </w:p>
    <w:p>
      <w:pPr>
        <w:jc w:val="right"/>
      </w:pPr>
      <w:r>
        <w:t>کی اصل جانچ یہ ہے کہ وہ خدا کے داعی کی اواز میں سچائی کی جھلکیوں کو پالے</w:t>
      </w:r>
    </w:p>
    <w:p>
      <w:r>
        <w:rPr>
          <w:b/>
        </w:rPr>
        <w:t xml:space="preserve">[58:17] </w:t>
      </w:r>
      <w:r>
        <w:t>woh aik lafzi pukaar mein haqiqat ki amli tasweer dekh le woh apne jaisay aik insaan ki baaton</w:t>
      </w:r>
    </w:p>
    <w:p>
      <w:pPr>
        <w:jc w:val="right"/>
      </w:pPr>
      <w:r>
        <w:t>وہ ایک لفظی پکار میں حقیقت کی عملی تصویر دیکھ لے وہ اپنے جیسے ایک انسان کی باتوں</w:t>
      </w:r>
    </w:p>
    <w:p>
      <w:r>
        <w:rPr>
          <w:b/>
        </w:rPr>
        <w:t xml:space="preserve">[58:24] </w:t>
      </w:r>
      <w:r>
        <w:t>mein khudai baat ki goonj sun le eman yeh hai ke admi khud pasandi na kare kyunke khud</w:t>
      </w:r>
    </w:p>
    <w:p>
      <w:pPr>
        <w:jc w:val="right"/>
      </w:pPr>
      <w:r>
        <w:t>میں خدائی بات کی گونج سن لے ایمان یہ ہے کہ ادمی خود پسندی نہ کرے کیونکہ خود</w:t>
      </w:r>
    </w:p>
    <w:p>
      <w:r>
        <w:rPr>
          <w:b/>
        </w:rPr>
        <w:t xml:space="preserve">[58:33] </w:t>
      </w:r>
      <w:r>
        <w:t>pasandi khuda ke bajaye apne aap ko barhai ka maqam dena hai</w:t>
      </w:r>
    </w:p>
    <w:p>
      <w:pPr>
        <w:jc w:val="right"/>
      </w:pPr>
      <w:r>
        <w:t>پسندی خدا کے بجائے اپنے اپ کو بڑائی کا مقام دینا ہے</w:t>
      </w:r>
    </w:p>
    <w:p>
      <w:r>
        <w:rPr>
          <w:b/>
        </w:rPr>
        <w:t xml:space="preserve">[58:39] </w:t>
      </w:r>
      <w:r>
        <w:t>woh dunya mein gharaq na ho kyunke dunya mein gharaq hona zahir</w:t>
      </w:r>
    </w:p>
    <w:p>
      <w:pPr>
        <w:jc w:val="right"/>
      </w:pPr>
      <w:r>
        <w:t>وہ دنیا میں غرق نہ ہو کیونکہ دنیا میں غرق ہونا ظاہر</w:t>
      </w:r>
    </w:p>
    <w:p>
      <w:r>
        <w:rPr>
          <w:b/>
        </w:rPr>
        <w:t xml:space="preserve">[58:44] </w:t>
      </w:r>
      <w:r>
        <w:t>karta hai ke admi akhirat ko asal ahmiyat nahi deta</w:t>
      </w:r>
    </w:p>
    <w:p>
      <w:pPr>
        <w:jc w:val="right"/>
      </w:pPr>
      <w:r>
        <w:t>کرتا ہے کہ ادمی اخرت کو اصل اہمیت نہیں دیتا</w:t>
      </w:r>
    </w:p>
    <w:p>
      <w:r>
        <w:rPr>
          <w:b/>
        </w:rPr>
        <w:t xml:space="preserve">[58:50] </w:t>
      </w:r>
      <w:r>
        <w:t>woh kibr bukhl naninsafi aur ghairullah ki aqeedat o mohabbat se apne ko bachaye aur is ke</w:t>
      </w:r>
    </w:p>
    <w:p>
      <w:pPr>
        <w:jc w:val="right"/>
      </w:pPr>
      <w:r>
        <w:t>وہ کبر بخل ناانصافی اور غیر اللہ کی عقیدت و محبت سے اپنے کو بچائے اور اس کے</w:t>
      </w:r>
    </w:p>
    <w:p>
      <w:r>
        <w:rPr>
          <w:b/>
        </w:rPr>
        <w:t xml:space="preserve">[59:03] </w:t>
      </w:r>
      <w:r>
        <w:t>bajaye khudaparasti tawazu piyazi aur insaf pasandi ko apna shiawa banaye aisa karna sabit karta hai ke</w:t>
      </w:r>
    </w:p>
    <w:p>
      <w:pPr>
        <w:jc w:val="right"/>
      </w:pPr>
      <w:r>
        <w:t>بجائے خدا پرستی تواضع پیازی اور انصاف پسندی کو اپنا شیوہ بنائے ایسا کرنا ثابت کرتا ہے کہ</w:t>
      </w:r>
    </w:p>
    <w:p>
      <w:r>
        <w:rPr>
          <w:b/>
        </w:rPr>
        <w:t xml:space="preserve">[59:13] </w:t>
      </w:r>
      <w:r>
        <w:t>admi apne eman mein sanjeeda hai</w:t>
      </w:r>
    </w:p>
    <w:p>
      <w:pPr>
        <w:jc w:val="right"/>
      </w:pPr>
      <w:r>
        <w:t>ادمی اپنے ایمان میں سنجیدہ ہے</w:t>
      </w:r>
    </w:p>
    <w:p>
      <w:r>
        <w:rPr>
          <w:b/>
        </w:rPr>
        <w:t xml:space="preserve">[59:17] </w:t>
      </w:r>
      <w:r>
        <w:t>us ne fi waqe apne aap ko khuda aur akhirat ki taraf laga diya hai aur aisa na</w:t>
      </w:r>
    </w:p>
    <w:p>
      <w:pPr>
        <w:jc w:val="right"/>
      </w:pPr>
      <w:r>
        <w:t>اس نے فی الواقع اپنے اپ کو خدا اور اخرت کی طرف لگا دیا ہے اور ایسا نہ</w:t>
      </w:r>
    </w:p>
    <w:p>
      <w:r>
        <w:rPr>
          <w:b/>
        </w:rPr>
        <w:t xml:space="preserve">[59:26] </w:t>
      </w:r>
      <w:r>
        <w:t>karna zahir karta hai ke woh apne</w:t>
      </w:r>
    </w:p>
    <w:p>
      <w:pPr>
        <w:jc w:val="right"/>
      </w:pPr>
      <w:r>
        <w:t>کرنا ظاہر کرتا ہے کہ وہ اپنے</w:t>
      </w:r>
    </w:p>
    <w:p>
      <w:r>
        <w:rPr>
          <w:b/>
        </w:rPr>
        <w:t xml:space="preserve">[59:29] </w:t>
      </w:r>
      <w:r>
        <w:t>eman mein sanjeeda nahi iqrar eman ke bawajood amalan woh isi dunya mein jee raha hai jahan doosre</w:t>
      </w:r>
    </w:p>
    <w:p>
      <w:pPr>
        <w:jc w:val="right"/>
      </w:pPr>
      <w:r>
        <w:t>ایمان میں سنجیدہ نہیں اقرار ایمان کے باوجود عملا وہ اسی دنیا میں جی رہا ہے جہاں دوسرے</w:t>
      </w:r>
    </w:p>
    <w:p>
      <w:r>
        <w:rPr>
          <w:b/>
        </w:rPr>
        <w:t xml:space="preserve">[59:39] </w:t>
      </w:r>
      <w:r>
        <w:t>log jee rahe hain</w:t>
      </w:r>
    </w:p>
    <w:p>
      <w:pPr>
        <w:jc w:val="right"/>
      </w:pPr>
      <w:r>
        <w:t>لوگ جی رہے ہیں</w:t>
      </w:r>
    </w:p>
    <w:p>
      <w:r>
        <w:rPr>
          <w:b/>
        </w:rPr>
        <w:t xml:space="preserve">[59:42] </w:t>
      </w:r>
      <w:r>
        <w:t>akhirat mein khabees roohon aur tayyab roohon ki jo taqseem hogi woh haqeeqat ke aitbar se hogi na</w:t>
      </w:r>
    </w:p>
    <w:p>
      <w:pPr>
        <w:jc w:val="right"/>
      </w:pPr>
      <w:r>
        <w:t>اخرت میں خبیث روحوں اور طیب روحوں کی جو تقسیم ہوگی وہ حقیقت کے اعتبار سے ہوگی نہ</w:t>
      </w:r>
    </w:p>
    <w:p>
      <w:r>
        <w:rPr>
          <w:b/>
        </w:rPr>
        <w:t xml:space="preserve">[59:51] </w:t>
      </w:r>
      <w:r>
        <w:t>ke mahaz zahiri numaaish ke aitbar se dunya mein bure logon ko jo dheel di gayi hai woh</w:t>
      </w:r>
    </w:p>
    <w:p>
      <w:pPr>
        <w:jc w:val="right"/>
      </w:pPr>
      <w:r>
        <w:t>کہ محض ظاہری نمائش کے اعتبار سے دنیا میں برے لوگوں کو جو ڈھیل دی گئی ہے وہ</w:t>
      </w:r>
    </w:p>
    <w:p>
      <w:r>
        <w:rPr>
          <w:b/>
        </w:rPr>
        <w:t xml:space="preserve">[59:59] </w:t>
      </w:r>
      <w:r>
        <w:t>sirf is liye hai ke woh apne andar ki burai ko poori tarah zahir kar dein magar woh</w:t>
      </w:r>
    </w:p>
    <w:p>
      <w:pPr>
        <w:jc w:val="right"/>
      </w:pPr>
      <w:r>
        <w:t>صرف اس لیے ہے کہ وہ اپنے اندر کی برائی کو پوری طرح ظاہر کر دیں مگر وہ</w:t>
      </w:r>
    </w:p>
    <w:p>
      <w:r>
        <w:rPr>
          <w:b/>
        </w:rPr>
        <w:t xml:space="preserve">[1:00:06] </w:t>
      </w:r>
      <w:r>
        <w:t>khwah kitni hi koshish karein woh ahl e haq ko zair karne mein kamyab nahi ho sakte woh apni</w:t>
      </w:r>
    </w:p>
    <w:p>
      <w:pPr>
        <w:jc w:val="right"/>
      </w:pPr>
      <w:r>
        <w:t>خواہ کتنی ہی کوشش کریں وہ اہل حق کو زیر کرنے میں کامیاب نہیں ہو سکتے وہ اپنی</w:t>
      </w:r>
    </w:p>
    <w:p>
      <w:r>
        <w:rPr>
          <w:b/>
        </w:rPr>
        <w:t xml:space="preserve">[1:00:13] </w:t>
      </w:r>
      <w:r>
        <w:t>azadi ko sirf apne</w:t>
      </w:r>
    </w:p>
    <w:p>
      <w:pPr>
        <w:jc w:val="right"/>
      </w:pPr>
      <w:r>
        <w:t>ازادی کو صرف اپنے</w:t>
      </w:r>
    </w:p>
    <w:p>
      <w:r>
        <w:rPr>
          <w:b/>
        </w:rPr>
        <w:t xml:space="preserve">[1:00:15] </w:t>
      </w:r>
      <w:r>
        <w:t>khilaf istemal karte hain na ke doosron ke khilaf</w:t>
      </w:r>
    </w:p>
    <w:p>
      <w:pPr>
        <w:jc w:val="right"/>
      </w:pPr>
      <w:r>
        <w:t>خلاف استعمال کرتے ہیں نہ کہ دوسروں کے خلاف</w:t>
      </w:r>
    </w:p>
    <w:p>
      <w:r>
        <w:rPr>
          <w:b/>
        </w:rPr>
        <w:t xml:space="preserve">[1:00:22] </w:t>
      </w:r>
      <w:r>
        <w:t>wa la yahsabannalladheena yabkhaloon bima atahum Allahu min fadlihi huwa khayran lahum bal huwa sharrun lahum</w:t>
      </w:r>
    </w:p>
    <w:p>
      <w:pPr>
        <w:jc w:val="right"/>
      </w:pPr>
      <w:r>
        <w:t>ولا یحسبن الذین یبخلون بما اتاهم اللہ من فضله هو خیرا لہم بل هو شر لہم</w:t>
      </w:r>
    </w:p>
    <w:p>
      <w:r>
        <w:rPr>
          <w:b/>
        </w:rPr>
        <w:t xml:space="preserve">[1:00:40] </w:t>
      </w:r>
      <w:r>
        <w:t>sayutoqoon ma bakhiloo bih yawm al qiyamah</w:t>
      </w:r>
    </w:p>
    <w:p>
      <w:pPr>
        <w:jc w:val="right"/>
      </w:pPr>
      <w:r>
        <w:t>سیطوقون ما بخلوا به يوم القیامہ</w:t>
      </w:r>
    </w:p>
    <w:p>
      <w:r>
        <w:rPr>
          <w:b/>
        </w:rPr>
        <w:t xml:space="preserve">[1:00:46] </w:t>
      </w:r>
      <w:r>
        <w:t>walillah mirath al samawat wal arz</w:t>
      </w:r>
    </w:p>
    <w:p>
      <w:pPr>
        <w:jc w:val="right"/>
      </w:pPr>
      <w:r>
        <w:t>وللہ میراث السماوات والارض</w:t>
      </w:r>
    </w:p>
    <w:p>
      <w:r>
        <w:rPr>
          <w:b/>
        </w:rPr>
        <w:t xml:space="preserve">[1:00:52] </w:t>
      </w:r>
      <w:r>
        <w:t>wal lahu bima ta'maloon khabeer</w:t>
      </w:r>
    </w:p>
    <w:p>
      <w:pPr>
        <w:jc w:val="right"/>
      </w:pPr>
      <w:r>
        <w:t>واللہ بما تعملون خبیر</w:t>
      </w:r>
    </w:p>
    <w:p>
      <w:r>
        <w:rPr>
          <w:b/>
        </w:rPr>
        <w:t xml:space="preserve">[1:00:57] </w:t>
      </w:r>
      <w:r>
        <w:t>laqad sami'a Allahu qawl allatheena qalu</w:t>
      </w:r>
    </w:p>
    <w:p>
      <w:pPr>
        <w:jc w:val="right"/>
      </w:pPr>
      <w:r>
        <w:t>لقد سمع اللہ قول الذین قالوا</w:t>
      </w:r>
    </w:p>
    <w:p>
      <w:r>
        <w:rPr>
          <w:b/>
        </w:rPr>
        <w:t xml:space="preserve">[1:01:03] </w:t>
      </w:r>
      <w:r>
        <w:t>inna Allah faqeer</w:t>
      </w:r>
    </w:p>
    <w:p>
      <w:pPr>
        <w:jc w:val="right"/>
      </w:pPr>
      <w:r>
        <w:t>ان اللہ فقیر</w:t>
      </w:r>
    </w:p>
    <w:p>
      <w:r>
        <w:rPr>
          <w:b/>
        </w:rPr>
        <w:t xml:space="preserve">[1:01:06] </w:t>
      </w:r>
      <w:r>
        <w:t>wa nahnu aghniya' sanaktubu ma qalu wa qatlohum al anbiya'</w:t>
      </w:r>
    </w:p>
    <w:p>
      <w:pPr>
        <w:jc w:val="right"/>
      </w:pPr>
      <w:r>
        <w:t>ونحن اغنیاء سنكتب ما قالوا وقتلهم الانبياء</w:t>
      </w:r>
    </w:p>
    <w:p>
      <w:r>
        <w:rPr>
          <w:b/>
        </w:rPr>
        <w:t xml:space="preserve">[1:01:17] </w:t>
      </w:r>
      <w:r>
        <w:t>bighayri haqqin wa naqulu dhawqoo 'adhab al hareem</w:t>
      </w:r>
    </w:p>
    <w:p>
      <w:pPr>
        <w:jc w:val="right"/>
      </w:pPr>
      <w:r>
        <w:t>بغير حق ونقول ذوقوا عذاب الحريق</w:t>
      </w:r>
    </w:p>
    <w:p>
      <w:r>
        <w:rPr>
          <w:b/>
        </w:rPr>
        <w:t xml:space="preserve">[1:01:25] </w:t>
      </w:r>
      <w:r>
        <w:t>dhalika</w:t>
      </w:r>
    </w:p>
    <w:p>
      <w:pPr>
        <w:jc w:val="right"/>
      </w:pPr>
      <w:r>
        <w:t>ذلك</w:t>
      </w:r>
    </w:p>
    <w:p>
      <w:r>
        <w:rPr>
          <w:b/>
        </w:rPr>
        <w:t xml:space="preserve">[1:01:26] </w:t>
      </w:r>
      <w:r>
        <w:t>bima qaddamat aydeekum wa annallaha laysa bi dhallamin lil 'abeed</w:t>
      </w:r>
    </w:p>
    <w:p>
      <w:pPr>
        <w:jc w:val="right"/>
      </w:pPr>
      <w:r>
        <w:t>بما قدمت ايديكم وان الله ليس بظلام للعبيد</w:t>
      </w:r>
    </w:p>
    <w:p>
      <w:r>
        <w:rPr>
          <w:b/>
        </w:rPr>
        <w:t xml:space="preserve">[1:01:37] </w:t>
      </w:r>
      <w:r>
        <w:t>allazina qaluu inna allaha ahida ilayna</w:t>
      </w:r>
    </w:p>
    <w:p>
      <w:pPr>
        <w:jc w:val="right"/>
      </w:pPr>
      <w:r>
        <w:t>الذين قالوا ان الله عهد الينا</w:t>
      </w:r>
    </w:p>
    <w:p>
      <w:r>
        <w:rPr>
          <w:b/>
        </w:rPr>
        <w:t xml:space="preserve">[1:01:46] </w:t>
      </w:r>
      <w:r>
        <w:t>illa nu'mina lirisuulin hatta yatiina biqurbanin</w:t>
      </w:r>
    </w:p>
    <w:p>
      <w:pPr>
        <w:jc w:val="right"/>
      </w:pPr>
      <w:r>
        <w:t>الا نؤمن لرسول حتى ياتينا بقربان</w:t>
      </w:r>
    </w:p>
    <w:p>
      <w:r>
        <w:rPr>
          <w:b/>
        </w:rPr>
        <w:t xml:space="preserve">[1:01:52] </w:t>
      </w:r>
      <w:r>
        <w:t>ta'kuluhu alnaaru qul qad ja'akum</w:t>
      </w:r>
    </w:p>
    <w:p>
      <w:pPr>
        <w:jc w:val="right"/>
      </w:pPr>
      <w:r>
        <w:t>تاكله النار قل قد جاءكم</w:t>
      </w:r>
    </w:p>
    <w:p>
      <w:r>
        <w:rPr>
          <w:b/>
        </w:rPr>
        <w:t xml:space="preserve">[1:02:00] </w:t>
      </w:r>
      <w:r>
        <w:t>rusulun min qablika bilbayinaati wabillazii qultum falam qataltumuuhum</w:t>
      </w:r>
    </w:p>
    <w:p>
      <w:pPr>
        <w:jc w:val="right"/>
      </w:pPr>
      <w:r>
        <w:t>رسل من قبلي بالبينات وبالذي قلتم فلم قتلتموهم</w:t>
      </w:r>
    </w:p>
    <w:p>
      <w:r>
        <w:rPr>
          <w:b/>
        </w:rPr>
        <w:t xml:space="preserve">[1:02:11] </w:t>
      </w:r>
      <w:r>
        <w:t>falam qataltumuuhum</w:t>
      </w:r>
    </w:p>
    <w:p>
      <w:pPr>
        <w:jc w:val="right"/>
      </w:pPr>
      <w:r>
        <w:t>فلم قتلتموهم</w:t>
      </w:r>
    </w:p>
    <w:p>
      <w:r>
        <w:rPr>
          <w:b/>
        </w:rPr>
        <w:t xml:space="preserve">[1:02:13] </w:t>
      </w:r>
      <w:r>
        <w:t>in kuntum saadiqiin</w:t>
      </w:r>
    </w:p>
    <w:p>
      <w:pPr>
        <w:jc w:val="right"/>
      </w:pPr>
      <w:r>
        <w:t>ان كنتم صادقين</w:t>
      </w:r>
    </w:p>
    <w:p>
      <w:r>
        <w:rPr>
          <w:b/>
        </w:rPr>
        <w:t xml:space="preserve">[1:02:19] </w:t>
      </w:r>
      <w:r>
        <w:t>fain kadzabuka faqad kadzaba rusulun</w:t>
      </w:r>
    </w:p>
    <w:p>
      <w:pPr>
        <w:jc w:val="right"/>
      </w:pPr>
      <w:r>
        <w:t>فان كذبوك فقد كذب رسل</w:t>
      </w:r>
    </w:p>
    <w:p>
      <w:r>
        <w:rPr>
          <w:b/>
        </w:rPr>
        <w:t xml:space="preserve">[1:02:24] </w:t>
      </w:r>
      <w:r>
        <w:t>min qablika jaa'uu</w:t>
      </w:r>
    </w:p>
    <w:p>
      <w:pPr>
        <w:jc w:val="right"/>
      </w:pPr>
      <w:r>
        <w:t>من قبلك جاؤوا</w:t>
      </w:r>
    </w:p>
    <w:p>
      <w:r>
        <w:rPr>
          <w:b/>
        </w:rPr>
        <w:t xml:space="preserve">[1:02:28] </w:t>
      </w:r>
      <w:r>
        <w:t>bilbayinaati wazzuburi walkitaabi almuniir</w:t>
      </w:r>
    </w:p>
    <w:p>
      <w:pPr>
        <w:jc w:val="right"/>
      </w:pPr>
      <w:r>
        <w:t>بالبينات والزبر والكتاب المنير</w:t>
      </w:r>
    </w:p>
    <w:p>
      <w:r>
        <w:rPr>
          <w:b/>
        </w:rPr>
        <w:t xml:space="preserve">[1:02:35] </w:t>
      </w:r>
      <w:r>
        <w:t>kullu nafsin dhaa'iqatu</w:t>
      </w:r>
    </w:p>
    <w:p>
      <w:pPr>
        <w:jc w:val="right"/>
      </w:pPr>
      <w:r>
        <w:t>كل نفس ذائقه</w:t>
      </w:r>
    </w:p>
    <w:p>
      <w:r>
        <w:rPr>
          <w:b/>
        </w:rPr>
        <w:t xml:space="preserve">[1:02:40] </w:t>
      </w:r>
      <w:r>
        <w:t>almawti wainnama tuwaffawna ujurakum yawmal qiyaamati</w:t>
      </w:r>
    </w:p>
    <w:p>
      <w:pPr>
        <w:jc w:val="right"/>
      </w:pPr>
      <w:r>
        <w:t>الموت وانما توفون اجوركم يوم القيامه</w:t>
      </w:r>
    </w:p>
    <w:p>
      <w:r>
        <w:rPr>
          <w:b/>
        </w:rPr>
        <w:t xml:space="preserve">[1:02:49] </w:t>
      </w:r>
      <w:r>
        <w:t>faman zuhzihza 'aninaaari wadkhilal jannata faqad faaza</w:t>
      </w:r>
    </w:p>
    <w:p>
      <w:pPr>
        <w:jc w:val="right"/>
      </w:pPr>
      <w:r>
        <w:t>فمن زحزح عن النار وادخل الجنه فقد فاز</w:t>
      </w:r>
    </w:p>
    <w:p>
      <w:r>
        <w:rPr>
          <w:b/>
        </w:rPr>
        <w:t xml:space="preserve">[1:02:59] </w:t>
      </w:r>
      <w:r>
        <w:t>wama</w:t>
      </w:r>
    </w:p>
    <w:p>
      <w:pPr>
        <w:jc w:val="right"/>
      </w:pPr>
      <w:r>
        <w:t>وما</w:t>
      </w:r>
    </w:p>
    <w:p>
      <w:r>
        <w:rPr>
          <w:b/>
        </w:rPr>
        <w:t xml:space="preserve">[1:03:00] </w:t>
      </w:r>
      <w:r>
        <w:t>alhayatu ad-dunya illa mata'ul ghuroori</w:t>
      </w:r>
    </w:p>
    <w:p>
      <w:pPr>
        <w:jc w:val="right"/>
      </w:pPr>
      <w:r>
        <w:t>الحياه الدنيا الا متاع الغرور</w:t>
      </w:r>
    </w:p>
    <w:p>
      <w:r>
        <w:rPr>
          <w:b/>
        </w:rPr>
        <w:t xml:space="preserve">[1:03:08] </w:t>
      </w:r>
      <w:r>
        <w:t>aur jo log bakhil karte hain</w:t>
      </w:r>
    </w:p>
    <w:p>
      <w:pPr>
        <w:jc w:val="right"/>
      </w:pPr>
      <w:r>
        <w:t>اور جو لوگ بخل کرتے ہیں</w:t>
      </w:r>
    </w:p>
    <w:p>
      <w:r>
        <w:rPr>
          <w:b/>
        </w:rPr>
        <w:t xml:space="preserve">[1:03:11] </w:t>
      </w:r>
      <w:r>
        <w:t>is cheez mein jo allah ne un ko apne fazl mein se diya hai woh hargiz yeh na</w:t>
      </w:r>
    </w:p>
    <w:p>
      <w:pPr>
        <w:jc w:val="right"/>
      </w:pPr>
      <w:r>
        <w:t>اس چیز میں جو اللہ نے ان کو اپنے فضل میں سے دیا ہے وہ ہرگز یہ نہ</w:t>
      </w:r>
    </w:p>
    <w:p>
      <w:r>
        <w:rPr>
          <w:b/>
        </w:rPr>
        <w:t xml:space="preserve">[1:03:17] </w:t>
      </w:r>
      <w:r>
        <w:t>samjhein ke yeh un ke haq mein acha hai balke yeh un ke haq mein bohat bura hai</w:t>
      </w:r>
    </w:p>
    <w:p>
      <w:pPr>
        <w:jc w:val="right"/>
      </w:pPr>
      <w:r>
        <w:t>سمجھیں کہ یہ ان کے حق میں اچھا ہے بلکہ یہ ان کے حق میں بہت برا ہے</w:t>
      </w:r>
    </w:p>
    <w:p>
      <w:r>
        <w:rPr>
          <w:b/>
        </w:rPr>
        <w:t xml:space="preserve">[1:03:25] </w:t>
      </w:r>
      <w:r>
        <w:t>jis cheez mein woh bakhil kar rahe hain is ka qiyamat ke din un ko tauq pehnaya jaayega</w:t>
      </w:r>
    </w:p>
    <w:p>
      <w:pPr>
        <w:jc w:val="right"/>
      </w:pPr>
      <w:r>
        <w:t>جس چیز میں وہ بخل کر رہے ہیں اس کا قیامت کے دن ان کو طوق پہنایا جائے</w:t>
      </w:r>
    </w:p>
    <w:p>
      <w:r>
        <w:rPr>
          <w:b/>
        </w:rPr>
        <w:t xml:space="preserve">[1:03:32] </w:t>
      </w:r>
      <w:r>
        <w:t>ga aur allah hi waris hai zameen aur aasman ka aur jo kuch tum karte ho allah is</w:t>
      </w:r>
    </w:p>
    <w:p>
      <w:pPr>
        <w:jc w:val="right"/>
      </w:pPr>
      <w:r>
        <w:t>گا اور اللہ ہی وارث ہے زمین اور اسمان کا اور جو کچھ تم کرتے ہو اللہ اس</w:t>
      </w:r>
    </w:p>
    <w:p>
      <w:r>
        <w:rPr>
          <w:b/>
        </w:rPr>
        <w:t xml:space="preserve">[1:03:40] </w:t>
      </w:r>
      <w:r>
        <w:t>se ba-khabar hai allah ne un logon ka qaul suna jinhon ne kaha ke allah muhtaaj hai aur</w:t>
      </w:r>
    </w:p>
    <w:p>
      <w:pPr>
        <w:jc w:val="right"/>
      </w:pPr>
      <w:r>
        <w:t>سے باخبر ہے اللہ نے ان لوگوں کا قول سنا جنہوں نے کہا کہ اللہ محتاج ہے اور</w:t>
      </w:r>
    </w:p>
    <w:p>
      <w:r>
        <w:rPr>
          <w:b/>
        </w:rPr>
        <w:t xml:space="preserve">[1:03:47] </w:t>
      </w:r>
      <w:r>
        <w:t>hum ghani hain</w:t>
      </w:r>
    </w:p>
    <w:p>
      <w:pPr>
        <w:jc w:val="right"/>
      </w:pPr>
      <w:r>
        <w:t>ہم غنی ہیں</w:t>
      </w:r>
    </w:p>
    <w:p>
      <w:r>
        <w:rPr>
          <w:b/>
        </w:rPr>
        <w:t xml:space="preserve">[1:03:49] </w:t>
      </w:r>
      <w:r>
        <w:t>hum likh len ge un ke is qaul ko aur</w:t>
      </w:r>
    </w:p>
    <w:p>
      <w:pPr>
        <w:jc w:val="right"/>
      </w:pPr>
      <w:r>
        <w:t>ہم لکھ لیں گے ان کے اس قول کو اور</w:t>
      </w:r>
    </w:p>
    <w:p>
      <w:r>
        <w:rPr>
          <w:b/>
        </w:rPr>
        <w:t xml:space="preserve">[1:03:54] </w:t>
      </w:r>
      <w:r>
        <w:t>un ke paighambaron ko na-haq maar daalne ko bhi aur hum kahenge ke ab aag ka azaab</w:t>
      </w:r>
    </w:p>
    <w:p>
      <w:pPr>
        <w:jc w:val="right"/>
      </w:pPr>
      <w:r>
        <w:t>ان کے پیغمبروں کو ناحق مار ڈالنے کو بھی اور ہم کہیں گے کہ اب اگ کا عذاب</w:t>
      </w:r>
    </w:p>
    <w:p>
      <w:r>
        <w:rPr>
          <w:b/>
        </w:rPr>
        <w:t xml:space="preserve">[1:04:02] </w:t>
      </w:r>
      <w:r>
        <w:t>chakhho yeh tumhare apne hathon ki kamai hai aur allah apne bndon ke saath na-insaafi karne wala nahi</w:t>
      </w:r>
    </w:p>
    <w:p>
      <w:pPr>
        <w:jc w:val="right"/>
      </w:pPr>
      <w:r>
        <w:t>چکھو یہ تمہارے اپنے ہاتھوں کی کمائی ہے اور اللہ اپنے بندوں کے ساتھ ناانصافی کرنے والا نہیں</w:t>
      </w:r>
    </w:p>
    <w:p>
      <w:r>
        <w:rPr>
          <w:b/>
        </w:rPr>
        <w:t xml:space="preserve">[1:04:13] </w:t>
      </w:r>
      <w:r>
        <w:t>jo log kehte hain ke allah ne hum ko hukum diya hai ke hum kisi rasool ko tasleem</w:t>
      </w:r>
    </w:p>
    <w:p>
      <w:pPr>
        <w:jc w:val="right"/>
      </w:pPr>
      <w:r>
        <w:t>جو لوگ کہتے ہیں کہ اللہ نے ہم کو حکم دیا ہے کہ ہم کسی رسول کو تسلیم</w:t>
      </w:r>
    </w:p>
    <w:p>
      <w:r>
        <w:rPr>
          <w:b/>
        </w:rPr>
        <w:t xml:space="preserve">[1:04:19] </w:t>
      </w:r>
      <w:r>
        <w:t>na karein jab tak woh humare samne aisi qurbani pesh na kare jis ko aag kha le un</w:t>
      </w:r>
    </w:p>
    <w:p>
      <w:pPr>
        <w:jc w:val="right"/>
      </w:pPr>
      <w:r>
        <w:t>نہ کریں جب تک وہ ہمارے سامنے ایسی قربانی پیش نہ کرے جس کو اگ کھا لے ان</w:t>
      </w:r>
    </w:p>
    <w:p>
      <w:r>
        <w:rPr>
          <w:b/>
        </w:rPr>
        <w:t xml:space="preserve">[1:04:26] </w:t>
      </w:r>
      <w:r>
        <w:t>se kaho ke mujh se pehle tumhare paas rasool aaye khuli nishaniyan le kar aur woh cheez le</w:t>
      </w:r>
    </w:p>
    <w:p>
      <w:pPr>
        <w:jc w:val="right"/>
      </w:pPr>
      <w:r>
        <w:t>سے کہو کہ مجھ سے پہلے تمہارے پاس رسول ائے کھلی نشانیاں لے کر اور وہ چیز لے</w:t>
      </w:r>
    </w:p>
    <w:p>
      <w:r>
        <w:rPr>
          <w:b/>
        </w:rPr>
        <w:t xml:space="preserve">[1:04:34] </w:t>
      </w:r>
      <w:r>
        <w:t>kar jis ko tum keh rahe ho phir tum ne kyun un</w:t>
      </w:r>
    </w:p>
    <w:p>
      <w:pPr>
        <w:jc w:val="right"/>
      </w:pPr>
      <w:r>
        <w:t>کر جس کو تم کہہ رہے ہو پھر تم نے کیوں ان</w:t>
      </w:r>
    </w:p>
    <w:p>
      <w:r>
        <w:rPr>
          <w:b/>
        </w:rPr>
        <w:t xml:space="preserve">[1:04:39] </w:t>
      </w:r>
      <w:r>
        <w:t>ko maar dala agar tum sachche ho pas agar yeh tum ko jhutlate hain to tum se pehle</w:t>
      </w:r>
    </w:p>
    <w:p>
      <w:pPr>
        <w:jc w:val="right"/>
      </w:pPr>
      <w:r>
        <w:t>کو مار ڈالا اگر تم سچے ہو پس اگر یہ تم کو جھٹلاتے ہیں تو تم سے پہلے</w:t>
      </w:r>
    </w:p>
    <w:p>
      <w:r>
        <w:rPr>
          <w:b/>
        </w:rPr>
        <w:t xml:space="preserve">[1:04:48] </w:t>
      </w:r>
      <w:r>
        <w:t>bhi bohat se rasool jhutlaye ja chuke hain jo khuli nishaniyan aur صحیfe aur roshan kitab le kar</w:t>
      </w:r>
    </w:p>
    <w:p>
      <w:pPr>
        <w:jc w:val="right"/>
      </w:pPr>
      <w:r>
        <w:t>بھی بہت سے رسول جھٹلائے جا چکے ہیں جو کھلی نشانیاں اور صحیفے اور روشن کتاب لے کر</w:t>
      </w:r>
    </w:p>
    <w:p>
      <w:r>
        <w:rPr>
          <w:b/>
        </w:rPr>
        <w:t xml:space="preserve">[1:04:54] </w:t>
      </w:r>
      <w:r>
        <w:t>aaye thay har shakhs ko maut ka maza chakhna hai aur tum ko poora ajar to bas qayamat</w:t>
      </w:r>
    </w:p>
    <w:p>
      <w:pPr>
        <w:jc w:val="right"/>
      </w:pPr>
      <w:r>
        <w:t>ائے تھے ہر شخص کو موت کا مزہ چکھنا ہے اور تم کو پورا اجر تو بس قیامت</w:t>
      </w:r>
    </w:p>
    <w:p>
      <w:r>
        <w:rPr>
          <w:b/>
        </w:rPr>
        <w:t xml:space="preserve">[1:05:01] </w:t>
      </w:r>
      <w:r>
        <w:t>ke din milega</w:t>
      </w:r>
    </w:p>
    <w:p>
      <w:pPr>
        <w:jc w:val="right"/>
      </w:pPr>
      <w:r>
        <w:t>کے دن ملے گا</w:t>
      </w:r>
    </w:p>
    <w:p>
      <w:r>
        <w:rPr>
          <w:b/>
        </w:rPr>
        <w:t xml:space="preserve">[1:05:04] </w:t>
      </w:r>
      <w:r>
        <w:t>pas jo shakhs aag se bach jaye aur jannat mein dakhil kiya jaye wohi kamyab raha aur dunya</w:t>
      </w:r>
    </w:p>
    <w:p>
      <w:pPr>
        <w:jc w:val="right"/>
      </w:pPr>
      <w:r>
        <w:t>پس جو شخص اگ سے بچ جائے اور جنت میں داخل کیا جائے وہی کامیاب رہا اور دنیا</w:t>
      </w:r>
    </w:p>
    <w:p>
      <w:r>
        <w:rPr>
          <w:b/>
        </w:rPr>
        <w:t xml:space="preserve">[1:05:12] </w:t>
      </w:r>
      <w:r>
        <w:t>ki zindagi to bas dhoke ka sauda hai</w:t>
      </w:r>
    </w:p>
    <w:p>
      <w:pPr>
        <w:jc w:val="right"/>
      </w:pPr>
      <w:r>
        <w:t>کی زندگی تو بس دھوکے کا سودا ہے</w:t>
      </w:r>
    </w:p>
    <w:p>
      <w:r>
        <w:rPr>
          <w:b/>
        </w:rPr>
        <w:t xml:space="preserve">[1:05:16] </w:t>
      </w:r>
      <w:r>
        <w:t>tashreeh zahiri taur par aadmi ek qaul de kar momin ban jata hai magar</w:t>
      </w:r>
    </w:p>
    <w:p>
      <w:pPr>
        <w:jc w:val="right"/>
      </w:pPr>
      <w:r>
        <w:t>تشریح ظاہری طور پر ادمی ایک قول دے کر مومن بن جاتا ہے مگر</w:t>
      </w:r>
    </w:p>
    <w:p>
      <w:r>
        <w:rPr>
          <w:b/>
        </w:rPr>
        <w:t xml:space="preserve">[1:05:24] </w:t>
      </w:r>
      <w:r>
        <w:t>Allah ki nazar mein woh is waqt momin banta hai jab ke woh apni jaan aur maal ko</w:t>
      </w:r>
    </w:p>
    <w:p>
      <w:pPr>
        <w:jc w:val="right"/>
      </w:pPr>
      <w:r>
        <w:t>اللہ کی نظر میں وہ اس وقت مومن بنتا ہے جب کہ وہ اپنی جان اور مال کو</w:t>
      </w:r>
    </w:p>
    <w:p>
      <w:r>
        <w:rPr>
          <w:b/>
        </w:rPr>
        <w:t xml:space="preserve">[1:05:31] </w:t>
      </w:r>
      <w:r>
        <w:t>Allah ki rah mein de de jaan o maal ki qurbani ke baghair kisi ka iman Allah ke</w:t>
      </w:r>
    </w:p>
    <w:p>
      <w:pPr>
        <w:jc w:val="right"/>
      </w:pPr>
      <w:r>
        <w:t>اللہ کی راہ میں دے دے جان و مال کی قربانی کے بغیر کسی کا ایمان اللہ کے</w:t>
      </w:r>
    </w:p>
    <w:p>
      <w:r>
        <w:rPr>
          <w:b/>
        </w:rPr>
        <w:t xml:space="preserve">[1:05:38] </w:t>
      </w:r>
      <w:r>
        <w:t>yahan muatabar nahi aadmi apne maal ko is liye bachata hai ke woh samajhta hai ke is tarah</w:t>
      </w:r>
    </w:p>
    <w:p>
      <w:pPr>
        <w:jc w:val="right"/>
      </w:pPr>
      <w:r>
        <w:t>یہاں معتبر نہیں ادمی اپنے مال کو اس لیے بچاتا ہے کہ وہ سمجھتا ہے کہ اس طرح</w:t>
      </w:r>
    </w:p>
    <w:p>
      <w:r>
        <w:rPr>
          <w:b/>
        </w:rPr>
        <w:t xml:space="preserve">[1:05:46] </w:t>
      </w:r>
      <w:r>
        <w:t>woh apne dunyavi mustaqbil ka tahaffuz kar raha hai magar aadmi ka haqeeqi mustaqbil woh hai jo akhirat</w:t>
      </w:r>
    </w:p>
    <w:p>
      <w:pPr>
        <w:jc w:val="right"/>
      </w:pPr>
      <w:r>
        <w:t>وہ اپنے دنیاوی مستقبل کا تحفظ کر رہا ہے مگر ادمی کا حقیقی مستقبل وہ ہے جو اخرت</w:t>
      </w:r>
    </w:p>
    <w:p>
      <w:r>
        <w:rPr>
          <w:b/>
        </w:rPr>
        <w:t xml:space="preserve">[1:05:55] </w:t>
      </w:r>
      <w:r>
        <w:t>mein samne anay wala hai aur akhirat ki dunya mein aisa bachaya hua maal aadmi ke haq mein</w:t>
      </w:r>
    </w:p>
    <w:p>
      <w:pPr>
        <w:jc w:val="right"/>
      </w:pPr>
      <w:r>
        <w:t>میں سامنے انے والا ہے اور اخرت کی دنیا میں ایسا بچایا ہوا مال ادمی کے حق میں</w:t>
      </w:r>
    </w:p>
    <w:p>
      <w:r>
        <w:rPr>
          <w:b/>
        </w:rPr>
        <w:t xml:space="preserve">[1:06:03] </w:t>
      </w:r>
      <w:r>
        <w:t>sirf wabal sabit hoga woh maal dunya mein zeenat aur fakhr ka</w:t>
      </w:r>
    </w:p>
    <w:p>
      <w:pPr>
        <w:jc w:val="right"/>
      </w:pPr>
      <w:r>
        <w:t>صرف وبال ثابت ہوگا وہ مال دنیا میں زینت اور فخر کا</w:t>
      </w:r>
    </w:p>
    <w:p>
      <w:r>
        <w:rPr>
          <w:b/>
        </w:rPr>
        <w:t xml:space="preserve">[1:06:10] </w:t>
      </w:r>
      <w:r>
        <w:t>zariya dikhai de raha hai woh akhirat mein Khuda ke hukum se saanp ki surat ikhtiyar kar le</w:t>
      </w:r>
    </w:p>
    <w:p>
      <w:pPr>
        <w:jc w:val="right"/>
      </w:pPr>
      <w:r>
        <w:t>ذریعہ دکھائی دے رہا ہے وہ اخرت میں خدا کے حکم سے سانپ کی صورت اختیار کر لے</w:t>
      </w:r>
    </w:p>
    <w:p>
      <w:r>
        <w:rPr>
          <w:b/>
        </w:rPr>
        <w:t xml:space="preserve">[1:06:17] </w:t>
      </w:r>
      <w:r>
        <w:t>ga jo abadi taur par use dasta rahe jo log qurbani wale deen ko nahi apnate woh apne</w:t>
      </w:r>
    </w:p>
    <w:p>
      <w:pPr>
        <w:jc w:val="right"/>
      </w:pPr>
      <w:r>
        <w:t>گا جو ابدی طور پر اسے ڈستا رہے جو لوگ قربانی والے دین کو نہیں اپناتے وہ اپنے</w:t>
      </w:r>
    </w:p>
    <w:p>
      <w:r>
        <w:rPr>
          <w:b/>
        </w:rPr>
        <w:t xml:space="preserve">[1:06:26] </w:t>
      </w:r>
      <w:r>
        <w:t>ko sahih sabit karne ke liye mukhtalif baatein karte hain mislan yeh ke yeh maal Khuda ne hamari</w:t>
      </w:r>
    </w:p>
    <w:p>
      <w:pPr>
        <w:jc w:val="right"/>
      </w:pPr>
      <w:r>
        <w:t>کو صحیح ثابت کرنے کے لیے مختلف باتیں کرتے ہیں مثلا یہ کہ یہ مال خدا نے ہماری</w:t>
      </w:r>
    </w:p>
    <w:p>
      <w:r>
        <w:rPr>
          <w:b/>
        </w:rPr>
        <w:t xml:space="preserve">[1:06:34] </w:t>
      </w:r>
      <w:r>
        <w:t>zarurat ke liye paida kiya hai phir kyun na hum is ko apni zaruraton mein kharch karein aur</w:t>
      </w:r>
    </w:p>
    <w:p>
      <w:pPr>
        <w:jc w:val="right"/>
      </w:pPr>
      <w:r>
        <w:t>ضرورت کے لیے پیدا کیا ہے پھر کیوں نہ ہم اس کو اپنی ضرورتوں میں خرچ کریں اور</w:t>
      </w:r>
    </w:p>
    <w:p>
      <w:r>
        <w:rPr>
          <w:b/>
        </w:rPr>
        <w:t xml:space="preserve">[1:06:41] </w:t>
      </w:r>
      <w:r>
        <w:t>is se apne dunyavi aram ka saman karein kabhi un ki be-hisi is ko yahan tak le</w:t>
      </w:r>
    </w:p>
    <w:p>
      <w:pPr>
        <w:jc w:val="right"/>
      </w:pPr>
      <w:r>
        <w:t>اس سے اپنے دنیاوی ارام کا سامان کریں کبھی ان کی بے حسی اس کو یہاں تک لے</w:t>
      </w:r>
    </w:p>
    <w:p>
      <w:r>
        <w:rPr>
          <w:b/>
        </w:rPr>
        <w:t xml:space="preserve">[1:06:49] </w:t>
      </w:r>
      <w:r>
        <w:t>jati hai ke woh khud daai-e-haq ko mujtaba karne ke liye tarah</w:t>
      </w:r>
    </w:p>
    <w:p>
      <w:pPr>
        <w:jc w:val="right"/>
      </w:pPr>
      <w:r>
        <w:t>جاتی ہے کہ وہ خود داعی حق کو مجتبی کرنے کے لیے طرح</w:t>
      </w:r>
    </w:p>
    <w:p>
      <w:r>
        <w:rPr>
          <w:b/>
        </w:rPr>
        <w:t xml:space="preserve">[1:06:55] </w:t>
      </w:r>
      <w:r>
        <w:t>tarah ke shoshe nikalte hain taake yeh sabit kar sakein ke woh shakhs sacha daai hi nahi jis</w:t>
      </w:r>
    </w:p>
    <w:p>
      <w:pPr>
        <w:jc w:val="right"/>
      </w:pPr>
      <w:r>
        <w:t>طرح کے شوشے نکالتے ہیں تاکہ یہ ثابت کر سکیں کہ وہ شخص سچا داعی ہی نہیں جس</w:t>
      </w:r>
    </w:p>
    <w:p>
      <w:r>
        <w:rPr>
          <w:b/>
        </w:rPr>
        <w:t xml:space="preserve">[1:07:03] </w:t>
      </w:r>
      <w:r>
        <w:t>ka zahoor yeh taqaza kar raha hai ke apni zindagi aur apne maal ko qurban kar ke is</w:t>
      </w:r>
    </w:p>
    <w:p>
      <w:pPr>
        <w:jc w:val="right"/>
      </w:pPr>
      <w:r>
        <w:t>کا ظہور یہ تقاضا کر رہا ہے کہ اپنی زندگی اور اپنے مال کو قربان کر کے اس</w:t>
      </w:r>
    </w:p>
    <w:p>
      <w:r>
        <w:rPr>
          <w:b/>
        </w:rPr>
        <w:t xml:space="preserve">[1:07:11] </w:t>
      </w:r>
      <w:r>
        <w:t>ka sath diya jaye is qism ke log jo baatein kehte hain woh bazahir daleel ke roop mein</w:t>
      </w:r>
    </w:p>
    <w:p>
      <w:pPr>
        <w:jc w:val="right"/>
      </w:pPr>
      <w:r>
        <w:t>کا ساتھ دیا جائے اس قسم کے لوگ جو باتیں کہتے ہیں وہ بظاہر دلیل کے روپ میں</w:t>
      </w:r>
    </w:p>
    <w:p>
      <w:r>
        <w:rPr>
          <w:b/>
        </w:rPr>
        <w:t xml:space="preserve">[1:07:20] </w:t>
      </w:r>
      <w:r>
        <w:t>hoti hain magar haqeeqatan woh imani taqazon se farar ke liye hoti hain</w:t>
      </w:r>
    </w:p>
    <w:p>
      <w:pPr>
        <w:jc w:val="right"/>
      </w:pPr>
      <w:r>
        <w:t>ہوتی ہیں مگر حقیقتا وہ ایمانی تقاضوں سے فرار کے لیے ہوتی ہیں</w:t>
      </w:r>
    </w:p>
    <w:p>
      <w:r>
        <w:rPr>
          <w:b/>
        </w:rPr>
        <w:t xml:space="preserve">[1:07:28] </w:t>
      </w:r>
      <w:r>
        <w:t>is liye khwah kaisi hi dalil pesh ki jaye woh is ko radd karne ke liye kuch na</w:t>
      </w:r>
    </w:p>
    <w:p>
      <w:pPr>
        <w:jc w:val="right"/>
      </w:pPr>
      <w:r>
        <w:t>اس لیے خواہ کیسی ہی دلیل پیش کی جائے وہ اس کو رد کرنے کے لیے کچھ نہ</w:t>
      </w:r>
    </w:p>
    <w:p>
      <w:r>
        <w:rPr>
          <w:b/>
        </w:rPr>
        <w:t xml:space="preserve">[1:07:34] </w:t>
      </w:r>
      <w:r>
        <w:t>kuch alfaz talash kar lenge</w:t>
      </w:r>
    </w:p>
    <w:p>
      <w:pPr>
        <w:jc w:val="right"/>
      </w:pPr>
      <w:r>
        <w:t>کچھ الفاظ تلاش کر لیں گے</w:t>
      </w:r>
    </w:p>
    <w:p>
      <w:r>
        <w:rPr>
          <w:b/>
        </w:rPr>
        <w:t xml:space="preserve">[1:07:38] </w:t>
      </w:r>
      <w:r>
        <w:t>yeh woh log hain jo is baat ko</w:t>
      </w:r>
    </w:p>
    <w:p>
      <w:pPr>
        <w:jc w:val="right"/>
      </w:pPr>
      <w:r>
        <w:t>یہ وہ لوگ ہیں جو اس بات کو</w:t>
      </w:r>
    </w:p>
    <w:p>
      <w:r>
        <w:rPr>
          <w:b/>
        </w:rPr>
        <w:t xml:space="preserve">[1:07:40] </w:t>
      </w:r>
      <w:r>
        <w:t>bhool gaye hain ke in ka akhri anjam mout hai aur mout ka marhala samne ate hi surat e haal</w:t>
      </w:r>
    </w:p>
    <w:p>
      <w:pPr>
        <w:jc w:val="right"/>
      </w:pPr>
      <w:r>
        <w:t>بھول گئے ہیں کہ ان کا اخری انجام موت ہے اور موت کا مرحلہ سامنے اتے ہی صورتحال</w:t>
      </w:r>
    </w:p>
    <w:p>
      <w:r>
        <w:rPr>
          <w:b/>
        </w:rPr>
        <w:t xml:space="preserve">[1:07:48] </w:t>
      </w:r>
      <w:r>
        <w:t>bilkul badal jayegi mout tamam jhoote saharon ko batil kar degi is ke baad admi apne</w:t>
      </w:r>
    </w:p>
    <w:p>
      <w:pPr>
        <w:jc w:val="right"/>
      </w:pPr>
      <w:r>
        <w:t>بالکل بدل جائے گی موت تمام جھوٹے سہاروں کو باطل کر دے گی اس کے بعد ادمی اپنے</w:t>
      </w:r>
    </w:p>
    <w:p>
      <w:r>
        <w:rPr>
          <w:b/>
        </w:rPr>
        <w:t xml:space="preserve">[1:07:56] </w:t>
      </w:r>
      <w:r>
        <w:t>aap ko theek is maqam par khara hua payega jahan woh haqiqatan tha na ke is maqam</w:t>
      </w:r>
    </w:p>
    <w:p>
      <w:pPr>
        <w:jc w:val="right"/>
      </w:pPr>
      <w:r>
        <w:t>اپ کو ٹھیک اس مقام پر کھڑا ہوا پائے گا جہاں وہ حقیقتا تھا نہ کہ اس مقام</w:t>
      </w:r>
    </w:p>
    <w:p>
      <w:r>
        <w:rPr>
          <w:b/>
        </w:rPr>
        <w:t xml:space="preserve">[1:08:01] </w:t>
      </w:r>
      <w:r>
        <w:t>par jahan woh apne aap ko zahir kar raha tha maujooda dunya mein kisi ka taraqqi karna ya</w:t>
      </w:r>
    </w:p>
    <w:p>
      <w:pPr>
        <w:jc w:val="right"/>
      </w:pPr>
      <w:r>
        <w:t>پر جہاں وہ اپنے اپ کو ظاہر کر رہا تھا موجودہ دنیا میں کسی کا ترقی کرنا یا</w:t>
      </w:r>
    </w:p>
    <w:p>
      <w:r>
        <w:rPr>
          <w:b/>
        </w:rPr>
        <w:t xml:space="preserve">[1:08:09] </w:t>
      </w:r>
      <w:r>
        <w:t>maujooda dunya mein kisi ka nakam ho jana dono haqeeqat ke aitbar se ek hi satah ki cheezein</w:t>
      </w:r>
    </w:p>
    <w:p>
      <w:pPr>
        <w:jc w:val="right"/>
      </w:pPr>
      <w:r>
        <w:t>موجودہ دنیا میں کسی کا ناکام ہو جانا دونوں حقیقت کے اعتبار سے ایک ہی سطح کی چیزیں</w:t>
      </w:r>
    </w:p>
    <w:p>
      <w:r>
        <w:rPr>
          <w:b/>
        </w:rPr>
        <w:t xml:space="preserve">[1:08:16] </w:t>
      </w:r>
      <w:r>
        <w:t>hain na yahan ki nematein kisi ke bar sar e haq hone ka saboot hain na kisi ka yahan mushkilat</w:t>
      </w:r>
    </w:p>
    <w:p>
      <w:pPr>
        <w:jc w:val="right"/>
      </w:pPr>
      <w:r>
        <w:t>ہیں نہ یہاں کی نعمتیں کسی کے برسر حق ہونے کا ثبوت ہیں نہ کسی کا یہاں مشکلات</w:t>
      </w:r>
    </w:p>
    <w:p>
      <w:r>
        <w:rPr>
          <w:b/>
        </w:rPr>
        <w:t xml:space="preserve">[1:08:24] </w:t>
      </w:r>
      <w:r>
        <w:t>aur masayib mein</w:t>
      </w:r>
    </w:p>
    <w:p>
      <w:pPr>
        <w:jc w:val="right"/>
      </w:pPr>
      <w:r>
        <w:t>اور مصائب میں</w:t>
      </w:r>
    </w:p>
    <w:p>
      <w:r>
        <w:rPr>
          <w:b/>
        </w:rPr>
        <w:t xml:space="preserve">[1:08:26] </w:t>
      </w:r>
      <w:r>
        <w:t>mubtala hona us ko bar sar batil hone ka saboot kyunke dono hi imtehan ke naqshe hain na ke anjam ki alamatain</w:t>
      </w:r>
    </w:p>
    <w:p>
      <w:pPr>
        <w:jc w:val="right"/>
      </w:pPr>
      <w:r>
        <w:t>مبتلا ہونا اس کو برسر باطل ہونے کا ثبوت کیونکہ دونوں ہی امتحان کے نقشے ہیں نہ کہ انجام کی علامتیں</w:t>
      </w:r>
    </w:p>
    <w:p>
      <w:r>
        <w:rPr>
          <w:b/>
        </w:rPr>
        <w:t xml:space="preserve">[1:08:41] </w:t>
      </w:r>
      <w:r>
        <w:t>latublaunna fi amwalikum wa anfusikum</w:t>
      </w:r>
    </w:p>
    <w:p>
      <w:pPr>
        <w:jc w:val="right"/>
      </w:pPr>
      <w:r>
        <w:t>لتبلون فی اموالکم وانفسکم</w:t>
      </w:r>
    </w:p>
    <w:p>
      <w:r>
        <w:rPr>
          <w:b/>
        </w:rPr>
        <w:t xml:space="preserve">[1:08:48] </w:t>
      </w:r>
      <w:r>
        <w:t>walatasma'unna minal lazina utul kitaba min qablikum</w:t>
      </w:r>
    </w:p>
    <w:p>
      <w:pPr>
        <w:jc w:val="right"/>
      </w:pPr>
      <w:r>
        <w:t>ولتسمعن من الذین اوتوا الکتاب من قبلکم</w:t>
      </w:r>
    </w:p>
    <w:p>
      <w:r>
        <w:rPr>
          <w:b/>
        </w:rPr>
        <w:t xml:space="preserve">[1:08:57] </w:t>
      </w:r>
      <w:r>
        <w:t>walatasma'unna minal lazina utul kitaba min qablikum wa minal lazina ashraku</w:t>
      </w:r>
    </w:p>
    <w:p>
      <w:pPr>
        <w:jc w:val="right"/>
      </w:pPr>
      <w:r>
        <w:t>ولتسمعن من الذین اوتوا الکتاب من قبلکم ومن الذین اشرکوا</w:t>
      </w:r>
    </w:p>
    <w:p>
      <w:r>
        <w:rPr>
          <w:b/>
        </w:rPr>
        <w:t xml:space="preserve">[1:09:09] </w:t>
      </w:r>
      <w:r>
        <w:t>idhan kathiran wa in tasbiru wa tattaqu fa inna</w:t>
      </w:r>
    </w:p>
    <w:p>
      <w:pPr>
        <w:jc w:val="right"/>
      </w:pPr>
      <w:r>
        <w:t>اذا کثیرا وان تصبروا وتتقوا فان</w:t>
      </w:r>
    </w:p>
    <w:p>
      <w:r>
        <w:rPr>
          <w:b/>
        </w:rPr>
        <w:t xml:space="preserve">[1:09:17] </w:t>
      </w:r>
      <w:r>
        <w:t>zhalika min azmil umur</w:t>
      </w:r>
    </w:p>
    <w:p>
      <w:pPr>
        <w:jc w:val="right"/>
      </w:pPr>
      <w:r>
        <w:t>ذلك من عزم الامور</w:t>
      </w:r>
    </w:p>
    <w:p>
      <w:r>
        <w:rPr>
          <w:b/>
        </w:rPr>
        <w:t xml:space="preserve">[1:09:22] </w:t>
      </w:r>
      <w:r>
        <w:t>wa iz akhazallahu mithaqal lazina utul</w:t>
      </w:r>
    </w:p>
    <w:p>
      <w:pPr>
        <w:jc w:val="right"/>
      </w:pPr>
      <w:r>
        <w:t>واذ اخذ الله ميثاق الذين اوتوا</w:t>
      </w:r>
    </w:p>
    <w:p>
      <w:r>
        <w:rPr>
          <w:b/>
        </w:rPr>
        <w:t xml:space="preserve">[1:09:26] </w:t>
      </w:r>
      <w:r>
        <w:t>al kitab li tubayyinannahu lil nas wa la taktumunahu li tubayyinannahu lil nas wa la taktumunahu fa nabidhuhu wara'a zuhurihim wa shtaraw bihi thamanan qalilan fa bi'sa ma yashtarun</w:t>
      </w:r>
    </w:p>
    <w:p>
      <w:pPr>
        <w:jc w:val="right"/>
      </w:pPr>
      <w:r>
        <w:t>الکتاب لتبيننه للناس ولا تكتمونه لتبيننه للناس ولا تكتمونه فنبذوه وراء ظهورهم واشتروا به ثمنا قليلا فبئس ما يشترون</w:t>
      </w:r>
    </w:p>
    <w:p>
      <w:r>
        <w:rPr>
          <w:b/>
        </w:rPr>
        <w:t xml:space="preserve">[1:09:54] </w:t>
      </w:r>
      <w:r>
        <w:t>la tahsabannal lazina yafrahoona bima</w:t>
      </w:r>
    </w:p>
    <w:p>
      <w:pPr>
        <w:jc w:val="right"/>
      </w:pPr>
      <w:r>
        <w:t>لا تحسبن الذين يفرحون بما</w:t>
      </w:r>
    </w:p>
    <w:p>
      <w:r>
        <w:rPr>
          <w:b/>
        </w:rPr>
        <w:t xml:space="preserve">[1:10:01] </w:t>
      </w:r>
      <w:r>
        <w:t>utoo wa yuhibboona an yuhmadoo</w:t>
      </w:r>
    </w:p>
    <w:p>
      <w:pPr>
        <w:jc w:val="right"/>
      </w:pPr>
      <w:r>
        <w:t>اتوا ويحبون ان يحمدوا</w:t>
      </w:r>
    </w:p>
    <w:p>
      <w:r>
        <w:rPr>
          <w:b/>
        </w:rPr>
        <w:t xml:space="preserve">[1:10:06] </w:t>
      </w:r>
      <w:r>
        <w:t>wa yuhibboona an yuhmadoo bima lam yaf'aloo fala tahsabannahum</w:t>
      </w:r>
    </w:p>
    <w:p>
      <w:pPr>
        <w:jc w:val="right"/>
      </w:pPr>
      <w:r>
        <w:t>ويحبون ان يحمدوا بما لم يفعلوا فلا تحسبنهم</w:t>
      </w:r>
    </w:p>
    <w:p>
      <w:r>
        <w:rPr>
          <w:b/>
        </w:rPr>
        <w:t xml:space="preserve">[1:10:14] </w:t>
      </w:r>
      <w:r>
        <w:t>bimafazatin minal azabi wa lahum azabun aleem</w:t>
      </w:r>
    </w:p>
    <w:p>
      <w:pPr>
        <w:jc w:val="right"/>
      </w:pPr>
      <w:r>
        <w:t>بمفازه من العذاب ولهم عذاب اليم</w:t>
      </w:r>
    </w:p>
    <w:p>
      <w:r>
        <w:rPr>
          <w:b/>
        </w:rPr>
        <w:t xml:space="preserve">[1:10:22] </w:t>
      </w:r>
      <w:r>
        <w:t>walillahi mulkus samawati wal arz</w:t>
      </w:r>
    </w:p>
    <w:p>
      <w:pPr>
        <w:jc w:val="right"/>
      </w:pPr>
      <w:r>
        <w:t>ولله ملك السماوات والارض</w:t>
      </w:r>
    </w:p>
    <w:p>
      <w:r>
        <w:rPr>
          <w:b/>
        </w:rPr>
        <w:t xml:space="preserve">[1:10:27] </w:t>
      </w:r>
      <w:r>
        <w:t>wallahu ala kulli shay'in</w:t>
      </w:r>
    </w:p>
    <w:p>
      <w:pPr>
        <w:jc w:val="right"/>
      </w:pPr>
      <w:r>
        <w:t>والله على كل شيء</w:t>
      </w:r>
    </w:p>
    <w:p>
      <w:r>
        <w:rPr>
          <w:b/>
        </w:rPr>
        <w:t xml:space="preserve">[1:10:30] </w:t>
      </w:r>
      <w:r>
        <w:t>qadeerun yaqeenan tum apni jaan aur maal mein azmaye jaoge aur tum bohat si takleef</w:t>
      </w:r>
    </w:p>
    <w:p>
      <w:pPr>
        <w:jc w:val="right"/>
      </w:pPr>
      <w:r>
        <w:t>قدير یقینا تم اپنی جان اور مال میں ازمائے جاؤ گے اور تم بہت سی تکلیف</w:t>
      </w:r>
    </w:p>
    <w:p>
      <w:r>
        <w:rPr>
          <w:b/>
        </w:rPr>
        <w:t xml:space="preserve">[1:10:41] </w:t>
      </w:r>
      <w:r>
        <w:t>deh baatein sunoge un se jin ko tum se pehle kitab mili aur un se bhi jinhon</w:t>
      </w:r>
    </w:p>
    <w:p>
      <w:pPr>
        <w:jc w:val="right"/>
      </w:pPr>
      <w:r>
        <w:t>دہ باتیں سنو گے ان سے جن کو تم سے پہلے کتاب ملی اور ان سے بھی جنہوں</w:t>
      </w:r>
    </w:p>
    <w:p>
      <w:r>
        <w:rPr>
          <w:b/>
        </w:rPr>
        <w:t xml:space="preserve">[1:10:47] </w:t>
      </w:r>
      <w:r>
        <w:t>ne shirk kiya aur agar tum sabr karo aur taqwa ikhtiyar karo to yeh bade hausle ka kaam hai</w:t>
      </w:r>
    </w:p>
    <w:p>
      <w:pPr>
        <w:jc w:val="right"/>
      </w:pPr>
      <w:r>
        <w:t>نے شرک کیا اور اگر تم صبر کرو اور تقوی اختیار کرو تو یہ بڑے حوصلے کا کام</w:t>
      </w:r>
    </w:p>
    <w:p>
      <w:r>
        <w:rPr>
          <w:b/>
        </w:rPr>
        <w:t xml:space="preserve">[1:10:54] </w:t>
      </w:r>
      <w:r>
        <w:t>hai aur jab allah ne ahle kitab se ahad liya ke tum khuda ki kitab ko poori tarah</w:t>
      </w:r>
    </w:p>
    <w:p>
      <w:pPr>
        <w:jc w:val="right"/>
      </w:pPr>
      <w:r>
        <w:t>ہے اور جب اللہ نے اہل کتاب سے عہد لیا کہ تم خدا کی کتاب کو پوری طرح</w:t>
      </w:r>
    </w:p>
    <w:p>
      <w:r>
        <w:rPr>
          <w:b/>
        </w:rPr>
        <w:t xml:space="preserve">[1:11:00] </w:t>
      </w:r>
      <w:r>
        <w:t>logon ke liye zahir karo ge aur is ko nahi chupao ge magar unhon ne is ko pas</w:t>
      </w:r>
    </w:p>
    <w:p>
      <w:pPr>
        <w:jc w:val="right"/>
      </w:pPr>
      <w:r>
        <w:t>لوگوں کے لیے ظاہر کرو گے اور اس کو نہیں چھپاؤ گے مگر انہوں نے اس کو پس</w:t>
      </w:r>
    </w:p>
    <w:p>
      <w:r>
        <w:rPr>
          <w:b/>
        </w:rPr>
        <w:t xml:space="preserve">[1:11:09] </w:t>
      </w:r>
      <w:r>
        <w:t>pusht daal di aur is ko thori qeemat par bech dala kaisi buri cheez hai jis ko woh</w:t>
      </w:r>
    </w:p>
    <w:p>
      <w:pPr>
        <w:jc w:val="right"/>
      </w:pPr>
      <w:r>
        <w:t>پشت ڈال دیا اور اس کو تھوڑی قیمت پر بیچ ڈالا کیسی بری چیز ہے جس کو وہ</w:t>
      </w:r>
    </w:p>
    <w:p>
      <w:r>
        <w:rPr>
          <w:b/>
        </w:rPr>
        <w:t xml:space="preserve">[1:11:18] </w:t>
      </w:r>
      <w:r>
        <w:t>khareed rahe hain jo log apne in kartooton par khush hain aur chahte hain ke jo kaam unhon</w:t>
      </w:r>
    </w:p>
    <w:p>
      <w:pPr>
        <w:jc w:val="right"/>
      </w:pPr>
      <w:r>
        <w:t>خرید رہے ہیں جو لوگ اپنے ان کرتوتوں پر خوش ہیں اور چاہتے ہیں کہ جو کام انہوں</w:t>
      </w:r>
    </w:p>
    <w:p>
      <w:r>
        <w:rPr>
          <w:b/>
        </w:rPr>
        <w:t xml:space="preserve">[1:11:26] </w:t>
      </w:r>
      <w:r>
        <w:t>ne nahi kiye us par un ki tareef ho</w:t>
      </w:r>
    </w:p>
    <w:p>
      <w:pPr>
        <w:jc w:val="right"/>
      </w:pPr>
      <w:r>
        <w:t>نے نہیں کیے اس پر ان کی تعریف ہو</w:t>
      </w:r>
    </w:p>
    <w:p>
      <w:r>
        <w:rPr>
          <w:b/>
        </w:rPr>
        <w:t xml:space="preserve">[1:11:30] </w:t>
      </w:r>
      <w:r>
        <w:t>un ko azab se bari na samjho</w:t>
      </w:r>
    </w:p>
    <w:p>
      <w:pPr>
        <w:jc w:val="right"/>
      </w:pPr>
      <w:r>
        <w:t>ان کو عذاب سے بری نہ سمجھو</w:t>
      </w:r>
    </w:p>
    <w:p>
      <w:r>
        <w:rPr>
          <w:b/>
        </w:rPr>
        <w:t xml:space="preserve">[1:11:34] </w:t>
      </w:r>
      <w:r>
        <w:t>un ke liye dardnak azab hai aur allah hi ke liye hai zameen o asman ki badshahi aur</w:t>
      </w:r>
    </w:p>
    <w:p>
      <w:pPr>
        <w:jc w:val="right"/>
      </w:pPr>
      <w:r>
        <w:t>ان کے لیے دردناک عذاب ہے اور اللہ ہی کے لیے ہے زمین و اسمان کی بادشاہی اور</w:t>
      </w:r>
    </w:p>
    <w:p>
      <w:r>
        <w:rPr>
          <w:b/>
        </w:rPr>
        <w:t xml:space="preserve">[1:11:41] </w:t>
      </w:r>
      <w:r>
        <w:t>allah har cheez par qadir hai</w:t>
      </w:r>
    </w:p>
    <w:p>
      <w:pPr>
        <w:jc w:val="right"/>
      </w:pPr>
      <w:r>
        <w:t>اللہ ہر چیز پر قادر ہے</w:t>
      </w:r>
    </w:p>
    <w:p>
      <w:r>
        <w:rPr>
          <w:b/>
        </w:rPr>
        <w:t xml:space="preserve">[1:11:45] </w:t>
      </w:r>
      <w:r>
        <w:t>tashreeh iman ka safar admi ko isi dunya mein teh karna hota hai jahan apnon aur ghairon ki</w:t>
      </w:r>
    </w:p>
    <w:p>
      <w:pPr>
        <w:jc w:val="right"/>
      </w:pPr>
      <w:r>
        <w:t>تشریح ایمان کا سفر ادمی کو اسی دنیا میں طے کرنا ہوتا ہے جہاں اپنوں اور غیروں کی</w:t>
      </w:r>
    </w:p>
    <w:p>
      <w:r>
        <w:rPr>
          <w:b/>
        </w:rPr>
        <w:t xml:space="preserve">[1:11:56] </w:t>
      </w:r>
      <w:r>
        <w:t>taraf se tarah tarah ke zakhm lagte hain magar momin ke liye zaroori hota hai ke woh rad</w:t>
      </w:r>
    </w:p>
    <w:p>
      <w:pPr>
        <w:jc w:val="right"/>
      </w:pPr>
      <w:r>
        <w:t>طرف سے طرح طرح کے زخم لگتے ہیں مگر مومن کے لیے ضروری ہوتا ہے کہ وہ رد</w:t>
      </w:r>
    </w:p>
    <w:p>
      <w:r>
        <w:rPr>
          <w:b/>
        </w:rPr>
        <w:t xml:space="preserve">[1:12:02] </w:t>
      </w:r>
      <w:r>
        <w:t>eamal ki nafsiyat mein mubtala na ho woh har soorat e haal ka musbat jawab dete hue agay barhta rahe</w:t>
      </w:r>
    </w:p>
    <w:p>
      <w:pPr>
        <w:jc w:val="right"/>
      </w:pPr>
      <w:r>
        <w:t>عمل کی نفسیات میں مبتلا نہ ہو وہ ہر صورتحال کا مثبت جواب دیتے ہوئے اگے بڑھتا رہے</w:t>
      </w:r>
    </w:p>
    <w:p>
      <w:r>
        <w:rPr>
          <w:b/>
        </w:rPr>
        <w:t xml:space="preserve">[1:12:11] </w:t>
      </w:r>
      <w:r>
        <w:t>logon ki taraf</w:t>
      </w:r>
    </w:p>
    <w:p>
      <w:pPr>
        <w:jc w:val="right"/>
      </w:pPr>
      <w:r>
        <w:t>لوگوں کی طرف</w:t>
      </w:r>
    </w:p>
    <w:p>
      <w:r>
        <w:rPr>
          <w:b/>
        </w:rPr>
        <w:t xml:space="preserve">[1:12:12] </w:t>
      </w:r>
      <w:r>
        <w:t>se ishtial dilane wale awaaqay pesh ate hain magar woh paband hota hai ke har qism ke jhatkon</w:t>
      </w:r>
    </w:p>
    <w:p>
      <w:pPr>
        <w:jc w:val="right"/>
      </w:pPr>
      <w:r>
        <w:t>سے اشتعال دلانے والے مواقع پیش اتے ہیں مگر وہ پابند ہوتا ہے کہ ہر قسم کے جھٹکوں</w:t>
      </w:r>
    </w:p>
    <w:p>
      <w:r>
        <w:rPr>
          <w:b/>
        </w:rPr>
        <w:t xml:space="preserve">[1:12:21] </w:t>
      </w:r>
      <w:r>
        <w:t>ko apne upar sahe aur jawabi zehan ke tehat koi karwai na kare bar bar aise mamlaat samne</w:t>
      </w:r>
    </w:p>
    <w:p>
      <w:pPr>
        <w:jc w:val="right"/>
      </w:pPr>
      <w:r>
        <w:t>کو اپنے اوپر سہے اور جوابی ذہن کے تحت کوئی کاروائی نہ کرے بار بار ایسے معاملات سامنے</w:t>
      </w:r>
    </w:p>
    <w:p>
      <w:r>
        <w:rPr>
          <w:b/>
        </w:rPr>
        <w:t xml:space="preserve">[1:12:29] </w:t>
      </w:r>
      <w:r>
        <w:t>ate hain jabke dil kehta hai ke</w:t>
      </w:r>
    </w:p>
    <w:p>
      <w:pPr>
        <w:jc w:val="right"/>
      </w:pPr>
      <w:r>
        <w:t>اتے ہیں جبکہ دل کہتا ہے کہ</w:t>
      </w:r>
    </w:p>
    <w:p>
      <w:r>
        <w:rPr>
          <w:b/>
        </w:rPr>
        <w:t xml:space="preserve">[1:12:33] </w:t>
      </w:r>
      <w:r>
        <w:t>hudood e khadawandi ko tor kar apna mudda hasil kiya jaye magar allah ka darr is ke qadmon ko</w:t>
      </w:r>
    </w:p>
    <w:p>
      <w:pPr>
        <w:jc w:val="right"/>
      </w:pPr>
      <w:r>
        <w:t>حدود خداوندی کو توڑ کر اپنا مدعا حاصل کیا جائے مگر اللہ کا ڈر اس کے قدموں کو</w:t>
      </w:r>
    </w:p>
    <w:p>
      <w:r>
        <w:rPr>
          <w:b/>
        </w:rPr>
        <w:t xml:space="preserve">[1:12:42] </w:t>
      </w:r>
      <w:r>
        <w:t>rok deta hai</w:t>
      </w:r>
    </w:p>
    <w:p>
      <w:pPr>
        <w:jc w:val="right"/>
      </w:pPr>
      <w:r>
        <w:t>روک دیتا ہے</w:t>
      </w:r>
    </w:p>
    <w:p>
      <w:r>
        <w:rPr>
          <w:b/>
        </w:rPr>
        <w:t xml:space="preserve">[1:12:45] </w:t>
      </w:r>
      <w:r>
        <w:t>isi tarah deen ki mukhtalif zarooraten samne ati hain aur jaan o maal ki qurbani ka taqaza karti</w:t>
      </w:r>
    </w:p>
    <w:p>
      <w:pPr>
        <w:jc w:val="right"/>
      </w:pPr>
      <w:r>
        <w:t>اسی طرح دین کی مختلف ضرورتیں سامنے اتی ہیں اور جان و مال کی قربانی کا تقاضا کرتی</w:t>
      </w:r>
    </w:p>
    <w:p>
      <w:r>
        <w:rPr>
          <w:b/>
        </w:rPr>
        <w:t xml:space="preserve">[1:12:53] </w:t>
      </w:r>
      <w:r>
        <w:t>hain aise awaaqay par asan</w:t>
      </w:r>
    </w:p>
    <w:p>
      <w:pPr>
        <w:jc w:val="right"/>
      </w:pPr>
      <w:r>
        <w:t>ہیں ایسے مواقع پر اسان</w:t>
      </w:r>
    </w:p>
    <w:p>
      <w:r>
        <w:rPr>
          <w:b/>
        </w:rPr>
        <w:t xml:space="preserve">[1:12:57] </w:t>
      </w:r>
      <w:r>
        <w:t>deen chhod kar mushkil deen ko ikhtiyar karna parta hai yeh waqia iman ke safar ko himmat aur</w:t>
      </w:r>
    </w:p>
    <w:p>
      <w:pPr>
        <w:jc w:val="right"/>
      </w:pPr>
      <w:r>
        <w:t>دین چھوڑ کر مشکل دین کو اختیار کرنا پڑتا ہے یہ واقعہ ایمان کے سفر کو ہمت اور</w:t>
      </w:r>
    </w:p>
    <w:p>
      <w:r>
        <w:rPr>
          <w:b/>
        </w:rPr>
        <w:t xml:space="preserve">[1:13:08] </w:t>
      </w:r>
      <w:r>
        <w:t>aala hosla gi ka zabardast imtehan bana deta hai haqeeqat yeh hai ke momin banna apne aap ko sabr</w:t>
      </w:r>
    </w:p>
    <w:p>
      <w:pPr>
        <w:jc w:val="right"/>
      </w:pPr>
      <w:r>
        <w:t>اعلی حوصلگی کا زبردست امتحان بنا دیتا ہے حقیقت یہ ہے کہ مومن بننا اپنے اپ کو صبر</w:t>
      </w:r>
    </w:p>
    <w:p>
      <w:r>
        <w:rPr>
          <w:b/>
        </w:rPr>
        <w:t xml:space="preserve">[1:13:17] </w:t>
      </w:r>
      <w:r>
        <w:t>aur taqwa ke imtehan mein khara karna hai jo is imtehan mein poora utra wohi woh momin bana</w:t>
      </w:r>
    </w:p>
    <w:p>
      <w:pPr>
        <w:jc w:val="right"/>
      </w:pPr>
      <w:r>
        <w:t>اور تقوی کے امتحان میں کھڑا کرنا ہے جو اس امتحان میں پورا اترا وہی وہ مومن بنا</w:t>
      </w:r>
    </w:p>
    <w:p>
      <w:r>
        <w:rPr>
          <w:b/>
        </w:rPr>
        <w:t xml:space="preserve">[1:13:25] </w:t>
      </w:r>
      <w:r>
        <w:t>jis ke liye akhirat mein jannat ke darwaze kholay jayen ge</w:t>
      </w:r>
    </w:p>
    <w:p>
      <w:pPr>
        <w:jc w:val="right"/>
      </w:pPr>
      <w:r>
        <w:t>جس کے لیے اخرت میں جنت کے دروازے کھولے جائیں گے</w:t>
      </w:r>
    </w:p>
    <w:p>
      <w:r>
        <w:rPr>
          <w:b/>
        </w:rPr>
        <w:t xml:space="preserve">[1:13:31] </w:t>
      </w:r>
      <w:r>
        <w:t>asmaani kitab ke hasil kisi giroh par jab zawal ata hai to aisa nahi hota ke woh khuda</w:t>
      </w:r>
    </w:p>
    <w:p>
      <w:pPr>
        <w:jc w:val="right"/>
      </w:pPr>
      <w:r>
        <w:t>اسمانی کتاب کے حامل کسی گروہ پر جب زوال اتا ہے تو ایسا نہیں ہوتا کہ وہ خدا</w:t>
      </w:r>
    </w:p>
    <w:p>
      <w:r>
        <w:rPr>
          <w:b/>
        </w:rPr>
        <w:t xml:space="preserve">[1:13:39] </w:t>
      </w:r>
      <w:r>
        <w:t>aur rasool ka naam lena chhod de ya khuda</w:t>
      </w:r>
    </w:p>
    <w:p>
      <w:pPr>
        <w:jc w:val="right"/>
      </w:pPr>
      <w:r>
        <w:t>اور رسول کا نام لینا چھوڑ دے یا خدا</w:t>
      </w:r>
    </w:p>
    <w:p>
      <w:r>
        <w:rPr>
          <w:b/>
        </w:rPr>
        <w:t xml:space="preserve">[1:13:42] </w:t>
      </w:r>
      <w:r>
        <w:t>ki kitab se apni be talluqi ka aelan kar de deen aise giroh ki nasli riwayat mein shamil</w:t>
      </w:r>
    </w:p>
    <w:p>
      <w:pPr>
        <w:jc w:val="right"/>
      </w:pPr>
      <w:r>
        <w:t>کی کتاب سے اپنی بے تعلقی کا اعلان کر دے دین ایسے گروہ کی نسلی روایت میں شامل</w:t>
      </w:r>
    </w:p>
    <w:p>
      <w:r>
        <w:rPr>
          <w:b/>
        </w:rPr>
        <w:t xml:space="preserve">[1:13:52] </w:t>
      </w:r>
      <w:r>
        <w:t>ho jata hai woh is ka par fakhr qoumi asasa ban jata hai aur jis cheez se</w:t>
      </w:r>
    </w:p>
    <w:p>
      <w:pPr>
        <w:jc w:val="right"/>
      </w:pPr>
      <w:r>
        <w:t>ہو جاتا ہے وہ اس کا پرفخر قومی اثاثہ بن جاتا ہے اور جس چیز سے</w:t>
      </w:r>
    </w:p>
    <w:p>
      <w:r>
        <w:rPr>
          <w:b/>
        </w:rPr>
        <w:t xml:space="preserve">[1:14:01] </w:t>
      </w:r>
      <w:r>
        <w:t>is tarah ka nasli aur qoumi talluq qaim ho jaye us se alahdagi kisi giroh ke liye mumkin</w:t>
      </w:r>
    </w:p>
    <w:p>
      <w:pPr>
        <w:jc w:val="right"/>
      </w:pPr>
      <w:r>
        <w:t>اس طرح کا نسلی اور قومی تعلق قائم ہو جائے اس سے علیحدگی کسی گروہ کے لیے ممکن</w:t>
      </w:r>
    </w:p>
    <w:p>
      <w:r>
        <w:rPr>
          <w:b/>
        </w:rPr>
        <w:t xml:space="preserve">[1:14:09] </w:t>
      </w:r>
      <w:r>
        <w:t>nahi hoti taham is ka yeh talluq mahaz rasmi talluq hota hai na ke fi waqe koi haqeeqi</w:t>
      </w:r>
    </w:p>
    <w:p>
      <w:pPr>
        <w:jc w:val="right"/>
      </w:pPr>
      <w:r>
        <w:t>نہیں ہوتی تاہم اس کا یہ تعلق محض رسمی تعلق ہوتا ہے نہ کہ فی الواقع کوئی حقیقی</w:t>
      </w:r>
    </w:p>
    <w:p>
      <w:r>
        <w:rPr>
          <w:b/>
        </w:rPr>
        <w:t xml:space="preserve">[1:14:16] </w:t>
      </w:r>
      <w:r>
        <w:t>talluq woh apni dunyavi sar garniyan bhi deen ke naam par jari karte hain</w:t>
      </w:r>
    </w:p>
    <w:p>
      <w:pPr>
        <w:jc w:val="right"/>
      </w:pPr>
      <w:r>
        <w:t>تعلق وہ اپنی دنیاوی سرگرمیاں بھی دین کے نام پر جاری کرتے ہیں</w:t>
      </w:r>
    </w:p>
    <w:p>
      <w:r>
        <w:rPr>
          <w:b/>
        </w:rPr>
        <w:t xml:space="preserve">[1:14:24] </w:t>
      </w:r>
      <w:r>
        <w:t>woh be deen ho kar bhi apne ko deendar kahalana</w:t>
      </w:r>
    </w:p>
    <w:p>
      <w:pPr>
        <w:jc w:val="right"/>
      </w:pPr>
      <w:r>
        <w:t>وہ بے دین ہو کر بھی اپنے کو دیندار کہلانا</w:t>
      </w:r>
    </w:p>
    <w:p>
      <w:r>
        <w:rPr>
          <w:b/>
        </w:rPr>
        <w:t xml:space="preserve">[1:14:28] </w:t>
      </w:r>
      <w:r>
        <w:t>chahte hain woh chahne lagte hain ke un ko is ka credit diya jaye jis ko unhon ne</w:t>
      </w:r>
    </w:p>
    <w:p>
      <w:pPr>
        <w:jc w:val="right"/>
      </w:pPr>
      <w:r>
        <w:t>چاہتے ہیں وہ چاہنے لگتے ہیں کہ ان کو اس کا کریڈٹ دیا جائے جس کو انہوں نے</w:t>
      </w:r>
    </w:p>
    <w:p>
      <w:r>
        <w:rPr>
          <w:b/>
        </w:rPr>
        <w:t xml:space="preserve">[1:14:37] </w:t>
      </w:r>
      <w:r>
        <w:t>kiya hi nahi</w:t>
      </w:r>
    </w:p>
    <w:p>
      <w:pPr>
        <w:jc w:val="right"/>
      </w:pPr>
      <w:r>
        <w:t>کیا ہی نہیں</w:t>
      </w:r>
    </w:p>
    <w:p>
      <w:r>
        <w:rPr>
          <w:b/>
        </w:rPr>
        <w:t xml:space="preserve">[1:14:39] </w:t>
      </w:r>
      <w:r>
        <w:t>woh nijat akhrawi se be fikar ho kar zindagi guzarte hain aur isi ke sath aise aqeeday bana</w:t>
      </w:r>
    </w:p>
    <w:p>
      <w:pPr>
        <w:jc w:val="right"/>
      </w:pPr>
      <w:r>
        <w:t>وہ نجات اخروی سے بے فکر ہو کر زندگی گزارتے ہیں اور اسی کے ساتھ ایسے عقیدے بنا</w:t>
      </w:r>
    </w:p>
    <w:p>
      <w:r>
        <w:rPr>
          <w:b/>
        </w:rPr>
        <w:t xml:space="preserve">[1:14:47] </w:t>
      </w:r>
      <w:r>
        <w:t>lete hain jis ke mutabiq un ko apni nijat bilkul mehfoz nazar ati hai woh apne gharhe hue</w:t>
      </w:r>
    </w:p>
    <w:p>
      <w:pPr>
        <w:jc w:val="right"/>
      </w:pPr>
      <w:r>
        <w:t>لیتے ہیں جس کے مطابق ان کو اپنی نجات بالکل محفوظ نظر اتی ہے وہ اپنے گھڑے ہوئے</w:t>
      </w:r>
    </w:p>
    <w:p>
      <w:r>
        <w:rPr>
          <w:b/>
        </w:rPr>
        <w:t xml:space="preserve">[1:14:57] </w:t>
      </w:r>
      <w:r>
        <w:t>deen par chalte hain magar apne ko deen deen khudaawandi ka alambardar batate hain woh dunyavi maqasid ke</w:t>
      </w:r>
    </w:p>
    <w:p>
      <w:pPr>
        <w:jc w:val="right"/>
      </w:pPr>
      <w:r>
        <w:t>دین پر چلتے ہیں مگر اپنے کو دین دین خداوندی کا علمبردار بتاتے ہیں وہ دنیاوی مقاصد کے</w:t>
      </w:r>
    </w:p>
    <w:p>
      <w:r>
        <w:rPr>
          <w:b/>
        </w:rPr>
        <w:t xml:space="preserve">[1:15:06] </w:t>
      </w:r>
      <w:r>
        <w:t>liye sar garam hote hain aur apni sar garniyon ko akhirat ka unwan dete hain woh khud sakhta siyasat</w:t>
      </w:r>
    </w:p>
    <w:p>
      <w:pPr>
        <w:jc w:val="right"/>
      </w:pPr>
      <w:r>
        <w:t>لیے سرگرم ہوتے ہیں اور اپنی سرگرمیوں کو اخرت کا عنوان دیتے ہیں وہ خود ساختہ سیاست</w:t>
      </w:r>
    </w:p>
    <w:p>
      <w:r>
        <w:rPr>
          <w:b/>
        </w:rPr>
        <w:t xml:space="preserve">[1:15:14] </w:t>
      </w:r>
      <w:r>
        <w:t>chalate hain aur is ko khudai siyasat sabit karte hain woh qoumi mafadat ke liye uthte hain aur</w:t>
      </w:r>
    </w:p>
    <w:p>
      <w:pPr>
        <w:jc w:val="right"/>
      </w:pPr>
      <w:r>
        <w:t>چلاتے ہیں اور اس کو خدائی سیاست ثابت کرتے ہیں وہ قومی مفادات کے لیے اٹھتے ہیں اور</w:t>
      </w:r>
    </w:p>
    <w:p>
      <w:r>
        <w:rPr>
          <w:b/>
        </w:rPr>
        <w:t xml:space="preserve">[1:15:22] </w:t>
      </w:r>
      <w:r>
        <w:t>aelan karte hain ke woh khair umam ka kirdar ada karne ke liye khare hue hain magar koi</w:t>
      </w:r>
    </w:p>
    <w:p>
      <w:pPr>
        <w:jc w:val="right"/>
      </w:pPr>
      <w:r>
        <w:t>اعلان کرتے ہیں کہ وہ خیر امم کا کردار ادا کرنے کے لیے کھڑے ہوئے ہیں مگر کوئی</w:t>
      </w:r>
    </w:p>
    <w:p>
      <w:r>
        <w:rPr>
          <w:b/>
        </w:rPr>
        <w:t xml:space="preserve">[1:15:29] </w:t>
      </w:r>
      <w:r>
        <w:t>shakhs be deeni ko deen kahne lage to is bina par Allah ki pakar se bach nahi sakta</w:t>
      </w:r>
    </w:p>
    <w:p>
      <w:pPr>
        <w:jc w:val="right"/>
      </w:pPr>
      <w:r>
        <w:t>شخص بے دینی کو دین کہنے لگے تو اس بنا پر اللہ کی پکڑ سے بچ نہیں سکتا</w:t>
      </w:r>
    </w:p>
    <w:p>
      <w:r>
        <w:rPr>
          <w:b/>
        </w:rPr>
        <w:t xml:space="preserve">[1:15:38] </w:t>
      </w:r>
      <w:r>
        <w:t>aadmi dunya ki taraf daure aur akhirat se be parwah ho jaye to yeh sirf gumrahi hai aur</w:t>
      </w:r>
    </w:p>
    <w:p>
      <w:pPr>
        <w:jc w:val="right"/>
      </w:pPr>
      <w:r>
        <w:t>ادمی دنیا کی طرف دوڑے اور اخرت سے بے پرواہ ہو جائے تو یہ صرف گمراہی ہے اور</w:t>
      </w:r>
    </w:p>
    <w:p>
      <w:r>
        <w:rPr>
          <w:b/>
        </w:rPr>
        <w:t xml:space="preserve">[1:15:45] </w:t>
      </w:r>
      <w:r>
        <w:t>agar woh apne dunyavi karobar ko Khuda aur Rasool ke naam par karne lage to yeh gumrahi par</w:t>
      </w:r>
    </w:p>
    <w:p>
      <w:pPr>
        <w:jc w:val="right"/>
      </w:pPr>
      <w:r>
        <w:t>اگر وہ اپنے دنیاوی کاروبار کو خدا اور رسول کے نام پر کرنے لگے تو یہ گمراہی پر</w:t>
      </w:r>
    </w:p>
    <w:p>
      <w:r>
        <w:rPr>
          <w:b/>
        </w:rPr>
        <w:t xml:space="preserve">[1:15:55] </w:t>
      </w:r>
      <w:r>
        <w:t>dhattayi ka izafa hai kyunke aise kaam par inaam</w:t>
      </w:r>
    </w:p>
    <w:p>
      <w:pPr>
        <w:jc w:val="right"/>
      </w:pPr>
      <w:r>
        <w:t>ڈھٹائی کا اضافہ ہے کیونکہ ایسے کام پر انعام</w:t>
      </w:r>
    </w:p>
    <w:p>
      <w:r>
        <w:rPr>
          <w:b/>
        </w:rPr>
        <w:t xml:space="preserve">[1:16:00] </w:t>
      </w:r>
      <w:r>
        <w:t>chahna hai jis ko admi ne anjam hi nahi diya</w:t>
      </w:r>
    </w:p>
    <w:p>
      <w:pPr>
        <w:jc w:val="right"/>
      </w:pPr>
      <w:r>
        <w:t>چاہنا ہے جس کو ادمی نے انجام ہی نہیں دیا</w:t>
      </w:r>
    </w:p>
    <w:p>
      <w:r>
        <w:rPr>
          <w:b/>
        </w:rPr>
        <w:t xml:space="preserve">[1:16:07] </w:t>
      </w:r>
      <w:r>
        <w:t>an fi khalqis samawati wal ardi wakhtilafil laili wan nahar</w:t>
      </w:r>
    </w:p>
    <w:p>
      <w:pPr>
        <w:jc w:val="right"/>
      </w:pPr>
      <w:r>
        <w:t>ان فی خلق السماوات والارض واختلاف الليل والنهار</w:t>
      </w:r>
    </w:p>
    <w:p>
      <w:r>
        <w:rPr>
          <w:b/>
        </w:rPr>
        <w:t xml:space="preserve">[1:16:15] </w:t>
      </w:r>
      <w:r>
        <w:t>layati li ulil albab</w:t>
      </w:r>
    </w:p>
    <w:p>
      <w:pPr>
        <w:jc w:val="right"/>
      </w:pPr>
      <w:r>
        <w:t>لايات لاولی الالباب</w:t>
      </w:r>
    </w:p>
    <w:p>
      <w:r>
        <w:rPr>
          <w:b/>
        </w:rPr>
        <w:t xml:space="preserve">[1:16:20] </w:t>
      </w:r>
      <w:r>
        <w:t>allazina yazkurunallaha qiyaman</w:t>
      </w:r>
    </w:p>
    <w:p>
      <w:pPr>
        <w:jc w:val="right"/>
      </w:pPr>
      <w:r>
        <w:t>الذین یذکرون اللہ قیاما</w:t>
      </w:r>
    </w:p>
    <w:p>
      <w:r>
        <w:rPr>
          <w:b/>
        </w:rPr>
        <w:t xml:space="preserve">[1:16:24] </w:t>
      </w:r>
      <w:r>
        <w:t>waquudan wa ala junubihim wa yatafakkarun</w:t>
      </w:r>
    </w:p>
    <w:p>
      <w:pPr>
        <w:jc w:val="right"/>
      </w:pPr>
      <w:r>
        <w:t>وقعودا وعلی جنوبہم ویتفکرون</w:t>
      </w:r>
    </w:p>
    <w:p>
      <w:r>
        <w:rPr>
          <w:b/>
        </w:rPr>
        <w:t xml:space="preserve">[1:16:32] </w:t>
      </w:r>
      <w:r>
        <w:t>wa yatafakkaruna fi khalqis samawati wal ardi rabbana ma khalaqta hadha batilan</w:t>
      </w:r>
    </w:p>
    <w:p>
      <w:pPr>
        <w:jc w:val="right"/>
      </w:pPr>
      <w:r>
        <w:t>ویتفکرون فی خلق السماوات والارض ربنا ما خلقت هذا باطلا</w:t>
      </w:r>
    </w:p>
    <w:p>
      <w:r>
        <w:rPr>
          <w:b/>
        </w:rPr>
        <w:t xml:space="preserve">[1:16:40] </w:t>
      </w:r>
      <w:r>
        <w:t>subhanaka faqina azab</w:t>
      </w:r>
    </w:p>
    <w:p>
      <w:pPr>
        <w:jc w:val="right"/>
      </w:pPr>
      <w:r>
        <w:t>سبحانک فقنا عذاب</w:t>
      </w:r>
    </w:p>
    <w:p>
      <w:r>
        <w:rPr>
          <w:b/>
        </w:rPr>
        <w:t xml:space="preserve">[1:16:44] </w:t>
      </w:r>
      <w:r>
        <w:t>annar rabbana innaka</w:t>
      </w:r>
    </w:p>
    <w:p>
      <w:pPr>
        <w:jc w:val="right"/>
      </w:pPr>
      <w:r>
        <w:t>النار ربنا انک</w:t>
      </w:r>
    </w:p>
    <w:p>
      <w:r>
        <w:rPr>
          <w:b/>
        </w:rPr>
        <w:t xml:space="preserve">[1:16:51] </w:t>
      </w:r>
      <w:r>
        <w:t>man tadakhkhul al-nar</w:t>
      </w:r>
    </w:p>
    <w:p>
      <w:pPr>
        <w:jc w:val="right"/>
      </w:pPr>
      <w:r>
        <w:t>من تدخل النار</w:t>
      </w:r>
    </w:p>
    <w:p>
      <w:r>
        <w:rPr>
          <w:b/>
        </w:rPr>
        <w:t xml:space="preserve">[1:16:54] </w:t>
      </w:r>
      <w:r>
        <w:t>faqad akhzaytahu wa ma lil-zhalimin min ansar</w:t>
      </w:r>
    </w:p>
    <w:p>
      <w:pPr>
        <w:jc w:val="right"/>
      </w:pPr>
      <w:r>
        <w:t>فقد اخزيته وما للظالمين من انصار</w:t>
      </w:r>
    </w:p>
    <w:p>
      <w:r>
        <w:rPr>
          <w:b/>
        </w:rPr>
        <w:t xml:space="preserve">[1:17:03] </w:t>
      </w:r>
      <w:r>
        <w:t>translation tarjuma asman aur zameen ki paidaish mein aur raat din ke bari bari aanay mein aql walon</w:t>
      </w:r>
    </w:p>
    <w:p>
      <w:pPr>
        <w:jc w:val="right"/>
      </w:pPr>
      <w:r>
        <w:t>ٹرانسلیشن ترجمہ اسمان اور زمین کی پیدائش میں اور رات دن کے باری باری انے میں عقل والوں</w:t>
      </w:r>
    </w:p>
    <w:p>
      <w:r>
        <w:rPr>
          <w:b/>
        </w:rPr>
        <w:t xml:space="preserve">[1:17:12] </w:t>
      </w:r>
      <w:r>
        <w:t>ke liye bohat nishaniyan hain jo kharay aur bethay aur apni karwaton par Allah ko yaad karte hain</w:t>
      </w:r>
    </w:p>
    <w:p>
      <w:pPr>
        <w:jc w:val="right"/>
      </w:pPr>
      <w:r>
        <w:t>کے لیے بہت نشانیاں ہیں جو کھڑے اور بیٹھے اور اپنی کروٹوں پر اللہ کو یاد کرتے ہیں</w:t>
      </w:r>
    </w:p>
    <w:p>
      <w:r>
        <w:rPr>
          <w:b/>
        </w:rPr>
        <w:t xml:space="preserve">[1:17:20] </w:t>
      </w:r>
      <w:r>
        <w:t>aur aasmanon aur zameen ki paidaish mein ghaur karte rehte hain woh keh uthtay hain aye hamare rab</w:t>
      </w:r>
    </w:p>
    <w:p>
      <w:pPr>
        <w:jc w:val="right"/>
      </w:pPr>
      <w:r>
        <w:t>اور اسمانوں اور زمین کی پیدائش میں غور کرتے رہتے ہیں وہ کہہ اٹھتے ہیں اے ہمارے رب</w:t>
      </w:r>
    </w:p>
    <w:p>
      <w:r>
        <w:rPr>
          <w:b/>
        </w:rPr>
        <w:t xml:space="preserve">[1:17:29] </w:t>
      </w:r>
      <w:r>
        <w:t>tu ne yeh sab be-maqsad nahi banaya tu pak hai pas hum ko aag ke azab se bacha aye hamare Rab tu ne jis ko aag mein dala us ko tu ne waqai ruswa kar diya aur zalimon ka koi madadgar nahi aye hamare Rab</w:t>
      </w:r>
    </w:p>
    <w:p>
      <w:pPr>
        <w:jc w:val="right"/>
      </w:pPr>
      <w:r>
        <w:t>تو نے یہ سب بے مقصد نہیں بنایا تو پاک ہے پس ہم کو اگ کے عذاب سے بچا اے ہمارے رب تو نے جس کو اگ میں ڈالا اس کو تو نے واقعی رسوا کر دیا اور ظالموں کا کوئی مددگار نہیں اے ہمارے رب</w:t>
      </w:r>
    </w:p>
    <w:p>
      <w:r>
        <w:rPr>
          <w:b/>
        </w:rPr>
        <w:t xml:space="preserve">[1:17:49] </w:t>
      </w:r>
      <w:r>
        <w:t>hum ne ek pukarne wale ko suna jo iman ki taraf pukara raha tha ke apne Rab par iman lao pas hum iman laye aye hamare Rab hamare gunahon ko bakhsh de aur hamari buraiyon ko hum se door kar de aur hamara khatma nek logon ke sath kar aye hamare Rab</w:t>
      </w:r>
    </w:p>
    <w:p>
      <w:pPr>
        <w:jc w:val="right"/>
      </w:pPr>
      <w:r>
        <w:t>ہم نے ایک پکارنے والے کو سنا جو ایمان کی طرف پکار رہا تھا کہ اپنے رب پر ایمان لاؤ پس ہم ایمان لائے اے ہمارے رب ہمارے گناہوں کو بخش دے اور ہماری برائیوں کو ہم سے دور کر دے اور ہمارا خاتمہ نیک لوگوں کے ساتھ کر اے ہمارے رب</w:t>
      </w:r>
    </w:p>
    <w:p>
      <w:r>
        <w:rPr>
          <w:b/>
        </w:rPr>
        <w:t xml:space="preserve">[1:18:15] </w:t>
      </w:r>
      <w:r>
        <w:t>tu ne jo wade apne Rasoolon ki marifat hum se kiye hain un ko hamare sath poora kar aur qayamat ke din hum ko ruswai mein na dal beshak tu apne wade ke khilaf karne wala nahi hai tashreeh kainat apne pore wajood ke sath ek khamosh elan hai admi jab apne kan aur aankh se masnooi pardo ko hatata hai to woh is khamosh</w:t>
      </w:r>
    </w:p>
    <w:p>
      <w:pPr>
        <w:jc w:val="right"/>
      </w:pPr>
      <w:r>
        <w:t>تو نے جو وعدے اپنے رسولوں کی معرفت ہم سے کیے ہیں ان کو ہمارے ساتھ پورا کر اور قیامت کے دن ہم کو رسوائی میں نہ ڈال بے شک تو اپنے وعدے کے خلاف کرنے والا نہیں ہے تشریح کائنات اپنے پورے وجود کے ساتھ ایک خاموش اعلان ہے ادمی جب اپنے کان اور انکھ سے مصنوعی پردوں کو ہٹاتا ہے تو وہ اس خاموش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