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3 Al-‘Imran (The Family of ‘Imran) verses 72-143</w:t>
      </w:r>
    </w:p>
    <w:p>
      <w:r>
        <w:t>https://www.youtube.com/watch?v=Y2uWPAzcvWs</w:t>
      </w:r>
    </w:p>
    <w:p>
      <w:r>
        <w:rPr>
          <w:b/>
        </w:rPr>
        <w:t xml:space="preserve">[00:02] </w:t>
      </w:r>
      <w:r>
        <w:t>wa qala al ta'ifatun min ahl al kitab: aminu billadhi unzila 'ala alladhina amanu wajha al nahari wa kfuru akhirahu la'allahum yarji'un.</w:t>
      </w:r>
    </w:p>
    <w:p>
      <w:pPr>
        <w:jc w:val="right"/>
      </w:pPr>
      <w:r>
        <w:t>وقال الطائفة من أهل الكتاب: آمنوا بالذي أنزل على الذين آمنوا وجه النهار واكفروا آخره لعلهم يرجعون.</w:t>
      </w:r>
    </w:p>
    <w:p>
      <w:r>
        <w:rPr>
          <w:b/>
        </w:rPr>
        <w:t xml:space="preserve">[00:25] </w:t>
      </w:r>
      <w:r>
        <w:t>wa la tu'minu illa liman tabi'a</w:t>
      </w:r>
    </w:p>
    <w:p>
      <w:pPr>
        <w:jc w:val="right"/>
      </w:pPr>
      <w:r>
        <w:t>ولا تؤمنوا إلا لمن تبع</w:t>
      </w:r>
    </w:p>
    <w:p>
      <w:r>
        <w:rPr>
          <w:b/>
        </w:rPr>
        <w:t xml:space="preserve">[00:31] </w:t>
      </w:r>
      <w:r>
        <w:t>diniakum qul inna al huda huda allahi. qul inna al huda huda allahi an yu'ta ahadun mithla ma utitiyatum aw yuhajjukum 'inda rabbikum</w:t>
      </w:r>
    </w:p>
    <w:p>
      <w:pPr>
        <w:jc w:val="right"/>
      </w:pPr>
      <w:r>
        <w:t>دينكم قل إن الهدى هدى الله. قل إن الهدى هدى الله أن يؤتى أحد مثلما أوتيتم أو يحاجوكم عند ربكم</w:t>
      </w:r>
    </w:p>
    <w:p>
      <w:r>
        <w:rPr>
          <w:b/>
        </w:rPr>
        <w:t xml:space="preserve">[00:57] </w:t>
      </w:r>
      <w:r>
        <w:t>qul inna al fadla bi yadi allahi yu'tihi man yasha'u wallahu wasi'un 'alim yakhassu birahmatihi man yasha'u wallahu dhu al fadli al 'azimi.</w:t>
      </w:r>
    </w:p>
    <w:p>
      <w:pPr>
        <w:jc w:val="right"/>
      </w:pPr>
      <w:r>
        <w:t>قل إن الفضل بيد الله يؤتيه من يشاء والله واسع عليم يختص برحمته من يشاء والله ذو الفضل العظيم.</w:t>
      </w:r>
    </w:p>
    <w:p>
      <w:r>
        <w:rPr>
          <w:b/>
        </w:rPr>
        <w:t xml:space="preserve">[01:23] </w:t>
      </w:r>
      <w:r>
        <w:t>wa min ahl al-kitab man in ta'manhu biqitar</w:t>
      </w:r>
    </w:p>
    <w:p>
      <w:pPr>
        <w:jc w:val="right"/>
      </w:pPr>
      <w:r>
        <w:t>ومن أهل الكتاب من إن تأمنه بقطار</w:t>
      </w:r>
    </w:p>
    <w:p>
      <w:r>
        <w:rPr>
          <w:b/>
        </w:rPr>
        <w:t xml:space="preserve">[01:31] </w:t>
      </w:r>
      <w:r>
        <w:t>yu'addihu ilayk wa minhum man in ta'manhu bi-dinar</w:t>
      </w:r>
    </w:p>
    <w:p>
      <w:pPr>
        <w:jc w:val="right"/>
      </w:pPr>
      <w:r>
        <w:t>يؤده إليك ومنهم من إن تأمنه بدينار</w:t>
      </w:r>
    </w:p>
    <w:p>
      <w:r>
        <w:rPr>
          <w:b/>
        </w:rPr>
        <w:t xml:space="preserve">[01:42] </w:t>
      </w:r>
      <w:r>
        <w:t>wa minhum man in ta'manhu bi-dinar la yu'addihu</w:t>
      </w:r>
    </w:p>
    <w:p>
      <w:pPr>
        <w:jc w:val="right"/>
      </w:pPr>
      <w:r>
        <w:t>ومنهم من إن تأمنه بدينار لا يؤده</w:t>
      </w:r>
    </w:p>
    <w:p>
      <w:r>
        <w:rPr>
          <w:b/>
        </w:rPr>
        <w:t xml:space="preserve">[01:51] </w:t>
      </w:r>
      <w:r>
        <w:t>ilayk illa ma dumta alayhi qa'iman</w:t>
      </w:r>
    </w:p>
    <w:p>
      <w:pPr>
        <w:jc w:val="right"/>
      </w:pPr>
      <w:r>
        <w:t>إليك إلا ما دمت عليه قائما</w:t>
      </w:r>
    </w:p>
    <w:p>
      <w:r>
        <w:rPr>
          <w:b/>
        </w:rPr>
        <w:t xml:space="preserve">[01:58] </w:t>
      </w:r>
      <w:r>
        <w:t>. dhalika bi annahum qalu laysa 'alayna fi al umiyyina sabilun wa yaquluna 'ala allahi al kadhiba wa hum ya'lamun.</w:t>
      </w:r>
    </w:p>
    <w:p>
      <w:pPr>
        <w:jc w:val="right"/>
      </w:pPr>
      <w:r>
        <w:t>. ذلك بأنهم قالوا ليس علينا في الأميين سبيل ويقولون على الله الكذب وهم يعلمون.</w:t>
      </w:r>
    </w:p>
    <w:p>
      <w:r>
        <w:rPr>
          <w:b/>
        </w:rPr>
        <w:t xml:space="preserve">[02:15] </w:t>
      </w:r>
      <w:r>
        <w:t>bala man awfa bi 'ahdihi wataqqa fa inna allaha yuhibbu al muttaqin.</w:t>
      </w:r>
    </w:p>
    <w:p>
      <w:pPr>
        <w:jc w:val="right"/>
      </w:pPr>
      <w:r>
        <w:t>بلى من أوفى بعهده واتقى فإن الله يحب المتقين.</w:t>
      </w:r>
    </w:p>
    <w:p>
      <w:r>
        <w:rPr>
          <w:b/>
        </w:rPr>
        <w:t xml:space="preserve">[02:28] </w:t>
      </w:r>
      <w:r>
        <w:t>aur ahl-e-kitab ke giroh ne kaha</w:t>
      </w:r>
    </w:p>
    <w:p>
      <w:pPr>
        <w:jc w:val="right"/>
      </w:pPr>
      <w:r>
        <w:t>اور اہل کتاب کے گروہ نے کہا</w:t>
      </w:r>
    </w:p>
    <w:p>
      <w:r>
        <w:rPr>
          <w:b/>
        </w:rPr>
        <w:t xml:space="preserve">[02:32] </w:t>
      </w:r>
      <w:r>
        <w:t>ke musalmanon par jo cheez utari gayi hai us par subah ko iman lao aur sham ko us</w:t>
      </w:r>
    </w:p>
    <w:p>
      <w:pPr>
        <w:jc w:val="right"/>
      </w:pPr>
      <w:r>
        <w:t>کہ مسلمانوں پر جو چیز اتاری گئی ہے اس پر صبح کو ایمان لاؤ اور شام کو اس</w:t>
      </w:r>
    </w:p>
    <w:p>
      <w:r>
        <w:rPr>
          <w:b/>
        </w:rPr>
        <w:t xml:space="preserve">[02:39] </w:t>
      </w:r>
      <w:r>
        <w:t>ka inkar kar do shayad ke musalman bhi is se phir jayen aur yaqeen na karo magar us</w:t>
      </w:r>
    </w:p>
    <w:p>
      <w:pPr>
        <w:jc w:val="right"/>
      </w:pPr>
      <w:r>
        <w:t>کا انکار کر دو شاید کہ مسلمان بھی اس سے پھر جائیں اور یقین نہ کرو مگر اس</w:t>
      </w:r>
    </w:p>
    <w:p>
      <w:r>
        <w:rPr>
          <w:b/>
        </w:rPr>
        <w:t xml:space="preserve">[02:48] </w:t>
      </w:r>
      <w:r>
        <w:t>ka jo chala tumhare deen par</w:t>
      </w:r>
    </w:p>
    <w:p>
      <w:pPr>
        <w:jc w:val="right"/>
      </w:pPr>
      <w:r>
        <w:t>کا جو چلے تمہارے دین پر</w:t>
      </w:r>
    </w:p>
    <w:p>
      <w:r>
        <w:rPr>
          <w:b/>
        </w:rPr>
        <w:t xml:space="preserve">[02:53] </w:t>
      </w:r>
      <w:r>
        <w:t>kaho hidayat wohi hai jo Allah hidayat kare</w:t>
      </w:r>
    </w:p>
    <w:p>
      <w:pPr>
        <w:jc w:val="right"/>
      </w:pPr>
      <w:r>
        <w:t>کہو ہدایت وہی ہے جو اللہ ہدایت کرے</w:t>
      </w:r>
    </w:p>
    <w:p>
      <w:r>
        <w:rPr>
          <w:b/>
        </w:rPr>
        <w:t xml:space="preserve">[02:58] </w:t>
      </w:r>
      <w:r>
        <w:t>aur yeh usi ki deen hai ke kisi ko wohi kuch de diya jaye jo tum ko diya</w:t>
      </w:r>
    </w:p>
    <w:p>
      <w:pPr>
        <w:jc w:val="right"/>
      </w:pPr>
      <w:r>
        <w:t>اور یہ اسی کی دین ہے کہ کسی کو وہی کچھ دے دیا جائے جو تم کو دیا</w:t>
      </w:r>
    </w:p>
    <w:p>
      <w:r>
        <w:rPr>
          <w:b/>
        </w:rPr>
        <w:t xml:space="preserve">[03:05] </w:t>
      </w:r>
      <w:r>
        <w:t>gaya tha ya woh tum se tumhare rab ke haan hujjat karen</w:t>
      </w:r>
    </w:p>
    <w:p>
      <w:pPr>
        <w:jc w:val="right"/>
      </w:pPr>
      <w:r>
        <w:t>گیا تھا یا وہ تم سے تمہارے رب کے ہاں حجت کریں</w:t>
      </w:r>
    </w:p>
    <w:p>
      <w:r>
        <w:rPr>
          <w:b/>
        </w:rPr>
        <w:t xml:space="preserve">[03:12] </w:t>
      </w:r>
      <w:r>
        <w:t>kaho barhai</w:t>
      </w:r>
    </w:p>
    <w:p>
      <w:pPr>
        <w:jc w:val="right"/>
      </w:pPr>
      <w:r>
        <w:t>کہو بڑائی</w:t>
      </w:r>
    </w:p>
    <w:p>
      <w:r>
        <w:rPr>
          <w:b/>
        </w:rPr>
        <w:t xml:space="preserve">[03:14] </w:t>
      </w:r>
      <w:r>
        <w:t>Allah ke hath mein hai woh jis ko chahta hai deta hai aur Allah bara is had wala</w:t>
      </w:r>
    </w:p>
    <w:p>
      <w:pPr>
        <w:jc w:val="right"/>
      </w:pPr>
      <w:r>
        <w:t>اللہ کے ہاتھ میں ہے وہ جس کو چاہتا ہے دیتا ہے اور اللہ بڑا اس حد والا</w:t>
      </w:r>
    </w:p>
    <w:p>
      <w:r>
        <w:rPr>
          <w:b/>
        </w:rPr>
        <w:t xml:space="preserve">[03:22] </w:t>
      </w:r>
      <w:r>
        <w:t>ilm wala hai</w:t>
      </w:r>
    </w:p>
    <w:p>
      <w:pPr>
        <w:jc w:val="right"/>
      </w:pPr>
      <w:r>
        <w:t>علم والا ہے</w:t>
      </w:r>
    </w:p>
    <w:p>
      <w:r>
        <w:rPr>
          <w:b/>
        </w:rPr>
        <w:t xml:space="preserve">[03:24] </w:t>
      </w:r>
      <w:r>
        <w:t>woh jis ko chahta hai apni rehmat ke liye khaas kar leta hai aur Allah bara fazl wala</w:t>
      </w:r>
    </w:p>
    <w:p>
      <w:pPr>
        <w:jc w:val="right"/>
      </w:pPr>
      <w:r>
        <w:t>وہ جس کو چاہتا ہے اپنی رحمت کے لیے خاص کر لیتا ہے اور اللہ بڑا فضل والا</w:t>
      </w:r>
    </w:p>
    <w:p>
      <w:r>
        <w:rPr>
          <w:b/>
        </w:rPr>
        <w:t xml:space="preserve">[03:31] </w:t>
      </w:r>
      <w:r>
        <w:t>hai aur ahl-e-kitab mein koi aisa bhi hai ke agar tum us ke pas amanat ka dher</w:t>
      </w:r>
    </w:p>
    <w:p>
      <w:pPr>
        <w:jc w:val="right"/>
      </w:pPr>
      <w:r>
        <w:t>ہے اور اہل کتاب میں کوئی ایسا بھی ہے کہ اگر تم اس کے پاس امانت کا ڈھیر</w:t>
      </w:r>
    </w:p>
    <w:p>
      <w:r>
        <w:rPr>
          <w:b/>
        </w:rPr>
        <w:t xml:space="preserve">[03:40] </w:t>
      </w:r>
      <w:r>
        <w:t>rakho to woh us ko tumhein ada kar de aur un mein koi aisa hai ke agar tum</w:t>
      </w:r>
    </w:p>
    <w:p>
      <w:pPr>
        <w:jc w:val="right"/>
      </w:pPr>
      <w:r>
        <w:t>رکھو تو وہ اس کو تمہیں ادا کر دے اور ان میں کوئی ایسا ہے کہ اگر تم</w:t>
      </w:r>
    </w:p>
    <w:p>
      <w:r>
        <w:rPr>
          <w:b/>
        </w:rPr>
        <w:t xml:space="preserve">[03:48] </w:t>
      </w:r>
      <w:r>
        <w:t>us ke pas aik dinar amanat rakh do to woh tum ko ada na kare illa yeh ke</w:t>
      </w:r>
    </w:p>
    <w:p>
      <w:pPr>
        <w:jc w:val="right"/>
      </w:pPr>
      <w:r>
        <w:t>اس کے پاس ایک دینار امانت رکھ دو تو وہ تم کو ادا نہ کرے الا یہ کہ</w:t>
      </w:r>
    </w:p>
    <w:p>
      <w:r>
        <w:rPr>
          <w:b/>
        </w:rPr>
        <w:t xml:space="preserve">[03:56] </w:t>
      </w:r>
      <w:r>
        <w:t>tum us ke sar par kharay ho jao</w:t>
      </w:r>
    </w:p>
    <w:p>
      <w:pPr>
        <w:jc w:val="right"/>
      </w:pPr>
      <w:r>
        <w:t>تم اس کے سر پر کھڑے ہو جاؤ</w:t>
      </w:r>
    </w:p>
    <w:p>
      <w:r>
        <w:rPr>
          <w:b/>
        </w:rPr>
        <w:t xml:space="preserve">[04:00] </w:t>
      </w:r>
      <w:r>
        <w:t>yeh</w:t>
      </w:r>
    </w:p>
    <w:p>
      <w:pPr>
        <w:jc w:val="right"/>
      </w:pPr>
      <w:r>
        <w:t>یہ</w:t>
      </w:r>
    </w:p>
    <w:p>
      <w:r>
        <w:rPr>
          <w:b/>
        </w:rPr>
        <w:t xml:space="preserve">[04:00] </w:t>
      </w:r>
      <w:r>
        <w:t>is sabab se ke woh kehte hain ke ghair ahl-e-kitab ke bare mein hum par koi ilzaam</w:t>
      </w:r>
    </w:p>
    <w:p>
      <w:pPr>
        <w:jc w:val="right"/>
      </w:pPr>
      <w:r>
        <w:t>اس سبب سے کہ وہ کہتے ہیں کہ غیر اہل کتاب کے بارے میں ہم پر کوئی الزام</w:t>
      </w:r>
    </w:p>
    <w:p>
      <w:r>
        <w:rPr>
          <w:b/>
        </w:rPr>
        <w:t xml:space="preserve">[04:06] </w:t>
      </w:r>
      <w:r>
        <w:t>nahin aur woh Allah ke upar jhoot lagate hain halanke woh jante hain balke jo shakhs apne ahad</w:t>
      </w:r>
    </w:p>
    <w:p>
      <w:pPr>
        <w:jc w:val="right"/>
      </w:pPr>
      <w:r>
        <w:t>نہیں اور وہ اللہ کے اوپر جھوٹ لگاتے ہیں حالانکہ وہ جانتے ہیں بلکہ جو شخص اپنے عہد</w:t>
      </w:r>
    </w:p>
    <w:p>
      <w:r>
        <w:rPr>
          <w:b/>
        </w:rPr>
        <w:t xml:space="preserve">[04:16] </w:t>
      </w:r>
      <w:r>
        <w:t>ko poora kare aur Allah se dare to beshak Allah aise muttaqiyon ko dost rakhta hai tashreeh</w:t>
      </w:r>
    </w:p>
    <w:p>
      <w:pPr>
        <w:jc w:val="right"/>
      </w:pPr>
      <w:r>
        <w:t>کو پورا کرے اور اللہ سے ڈرے تو بے شک اللہ ایسے متقیوں کو دوست رکھتا ہے تشریح</w:t>
      </w:r>
    </w:p>
    <w:p>
      <w:r>
        <w:rPr>
          <w:b/>
        </w:rPr>
        <w:t xml:space="preserve">[04:28] </w:t>
      </w:r>
      <w:r>
        <w:t>ek giroh jis mein anbiya aur sulaha paida hue hon jis ke darmiyan arse tak deen ka charcha</w:t>
      </w:r>
    </w:p>
    <w:p>
      <w:pPr>
        <w:jc w:val="right"/>
      </w:pPr>
      <w:r>
        <w:t>ایک گروہ جس میں انبیاء اور صلحاء پیدا ہوئے ہوں جس کے درمیان عرصے تک دین کا چرچہ</w:t>
      </w:r>
    </w:p>
    <w:p>
      <w:r>
        <w:rPr>
          <w:b/>
        </w:rPr>
        <w:t xml:space="preserve">[04:38] </w:t>
      </w:r>
      <w:r>
        <w:t>rahe aisa giroh aksar is galat fehmi mein pad jata hai ke</w:t>
      </w:r>
    </w:p>
    <w:p>
      <w:pPr>
        <w:jc w:val="right"/>
      </w:pPr>
      <w:r>
        <w:t>رہے ایسا گروہ اکثر اس غلط فہمی میں پڑ جاتا ہے کہ</w:t>
      </w:r>
    </w:p>
    <w:p>
      <w:r>
        <w:rPr>
          <w:b/>
        </w:rPr>
        <w:t xml:space="preserve">[04:45] </w:t>
      </w:r>
      <w:r>
        <w:t>woh aur haq dono ek hain</w:t>
      </w:r>
    </w:p>
    <w:p>
      <w:pPr>
        <w:jc w:val="right"/>
      </w:pPr>
      <w:r>
        <w:t>وہ اور حق دونوں ایک ہیں</w:t>
      </w:r>
    </w:p>
    <w:p>
      <w:r>
        <w:rPr>
          <w:b/>
        </w:rPr>
        <w:t xml:space="preserve">[04:49] </w:t>
      </w:r>
      <w:r>
        <w:t>woh hidayat ko ek girohi cheez samajh leta hai na ke usooli cheez</w:t>
      </w:r>
    </w:p>
    <w:p>
      <w:pPr>
        <w:jc w:val="right"/>
      </w:pPr>
      <w:r>
        <w:t>وہ ہدایت کو ایک گروہی چیز سمجھ لیتا ہے نہ کہ اصولی چیز</w:t>
      </w:r>
    </w:p>
    <w:p>
      <w:r>
        <w:rPr>
          <w:b/>
        </w:rPr>
        <w:t xml:space="preserve">[04:56] </w:t>
      </w:r>
      <w:r>
        <w:t>yahood ka mamla yahi tha un ka zehn tareekhi riwayat ke asar se yeh ban gaya tha ke</w:t>
      </w:r>
    </w:p>
    <w:p>
      <w:pPr>
        <w:jc w:val="right"/>
      </w:pPr>
      <w:r>
        <w:t>یہود کا معاملہ یہی تھا ان کا ذہن تاریخی روایات کے اثر سے یہ بن گیا تھا کہ</w:t>
      </w:r>
    </w:p>
    <w:p>
      <w:r>
        <w:rPr>
          <w:b/>
        </w:rPr>
        <w:t xml:space="preserve">[05:04] </w:t>
      </w:r>
      <w:r>
        <w:t>jo hamare giroh mein hai woh hidayat par hai aur jo hamare giroh se bahar hai woh hidayat</w:t>
      </w:r>
    </w:p>
    <w:p>
      <w:pPr>
        <w:jc w:val="right"/>
      </w:pPr>
      <w:r>
        <w:t>جو ہمارے گروہ میں ہے وہ ہدایت پر ہے اور جو ہمارے گروہ سے باہر ہے وہ ہدایت</w:t>
      </w:r>
    </w:p>
    <w:p>
      <w:r>
        <w:rPr>
          <w:b/>
        </w:rPr>
        <w:t xml:space="preserve">[05:13] </w:t>
      </w:r>
      <w:r>
        <w:t>se khali hai</w:t>
      </w:r>
    </w:p>
    <w:p>
      <w:pPr>
        <w:jc w:val="right"/>
      </w:pPr>
      <w:r>
        <w:t>سے خالی ہے</w:t>
      </w:r>
    </w:p>
    <w:p>
      <w:r>
        <w:rPr>
          <w:b/>
        </w:rPr>
        <w:t xml:space="preserve">[05:16] </w:t>
      </w:r>
      <w:r>
        <w:t>jo log haq ko is tarah girohi cheez samajh lein woh aisi sadaqat ko manane ke liye tayyar</w:t>
      </w:r>
    </w:p>
    <w:p>
      <w:pPr>
        <w:jc w:val="right"/>
      </w:pPr>
      <w:r>
        <w:t>جو لوگ حق کو اس طرح گروہی چیز سمجھ لیں وہ ایسی صداقت کو ماننے کے لیے تیار</w:t>
      </w:r>
    </w:p>
    <w:p>
      <w:r>
        <w:rPr>
          <w:b/>
        </w:rPr>
        <w:t xml:space="preserve">[05:22] </w:t>
      </w:r>
      <w:r>
        <w:t>nahin hote jo un ke giroh ke bahar zahir hui ho woh bhool jate hain ke haq woh</w:t>
      </w:r>
    </w:p>
    <w:p>
      <w:pPr>
        <w:jc w:val="right"/>
      </w:pPr>
      <w:r>
        <w:t>نہیں ہوتے جو ان کے گروہ کے باہر ظاہر ہوئی ہو وہ بھول جاتے ہیں کہ حق وہ</w:t>
      </w:r>
    </w:p>
    <w:p>
      <w:r>
        <w:rPr>
          <w:b/>
        </w:rPr>
        <w:t xml:space="preserve">[05:30] </w:t>
      </w:r>
      <w:r>
        <w:t>hai jo</w:t>
      </w:r>
    </w:p>
    <w:p>
      <w:pPr>
        <w:jc w:val="right"/>
      </w:pPr>
      <w:r>
        <w:t>ہے جو</w:t>
      </w:r>
    </w:p>
    <w:p>
      <w:r>
        <w:rPr>
          <w:b/>
        </w:rPr>
        <w:t xml:space="preserve">[05:31] </w:t>
      </w:r>
      <w:r>
        <w:t>Allah ki taraf se aaye na ke woh jo kisi shakhs ya giroh ki taraf se mile</w:t>
      </w:r>
    </w:p>
    <w:p>
      <w:pPr>
        <w:jc w:val="right"/>
      </w:pPr>
      <w:r>
        <w:t>اللہ کی طرف سے ائے نہ کہ وہ جو کسی شخص یا گروہ کی طرف سے ملے</w:t>
      </w:r>
    </w:p>
    <w:p>
      <w:r>
        <w:rPr>
          <w:b/>
        </w:rPr>
        <w:t xml:space="preserve">[05:39] </w:t>
      </w:r>
      <w:r>
        <w:t>woh agarche deen-e-khudawandi ka naam lete hain magar un ka deen haqeeqatan giroh parasti hota hai na</w:t>
      </w:r>
    </w:p>
    <w:p>
      <w:pPr>
        <w:jc w:val="right"/>
      </w:pPr>
      <w:r>
        <w:t>وہ اگرچہ دین خداوندی کا نام لیتے ہیں مگر ان کا دین حقیقتا گروہ پرستی ہوتا ہے نہ</w:t>
      </w:r>
    </w:p>
    <w:p>
      <w:r>
        <w:rPr>
          <w:b/>
        </w:rPr>
        <w:t xml:space="preserve">[05:48] </w:t>
      </w:r>
      <w:r>
        <w:t>ke khuda parasti</w:t>
      </w:r>
    </w:p>
    <w:p>
      <w:pPr>
        <w:jc w:val="right"/>
      </w:pPr>
      <w:r>
        <w:t>کہ خدا پرستی</w:t>
      </w:r>
    </w:p>
    <w:p>
      <w:r>
        <w:rPr>
          <w:b/>
        </w:rPr>
        <w:t xml:space="preserve">[05:51] </w:t>
      </w:r>
      <w:r>
        <w:t>un ka yeh mizaj un ki aankh par aisa parda daal deta hai ke apne giroh se bahar</w:t>
      </w:r>
    </w:p>
    <w:p>
      <w:pPr>
        <w:jc w:val="right"/>
      </w:pPr>
      <w:r>
        <w:t>ان کا یہ مزاج ان کی انکھ پر ایسا پردہ ڈال دیتا ہے کہ اپنے گروہ سے باہر</w:t>
      </w:r>
    </w:p>
    <w:p>
      <w:r>
        <w:rPr>
          <w:b/>
        </w:rPr>
        <w:t xml:space="preserve">[05:58] </w:t>
      </w:r>
      <w:r>
        <w:t>kisi ka fazl o kamal un ko dikhai nahin deta khule khule dalail samne aane ke baad bhi</w:t>
      </w:r>
    </w:p>
    <w:p>
      <w:pPr>
        <w:jc w:val="right"/>
      </w:pPr>
      <w:r>
        <w:t>کسی کا فضل و کمال ان کو دکھائی نہیں دیتا کھلے کھلے دلائل سامنے انے کے بعد بھی</w:t>
      </w:r>
    </w:p>
    <w:p>
      <w:r>
        <w:rPr>
          <w:b/>
        </w:rPr>
        <w:t xml:space="preserve">[06:07] </w:t>
      </w:r>
      <w:r>
        <w:t>woh us ko shubah ki nazar se dekhte hain</w:t>
      </w:r>
    </w:p>
    <w:p>
      <w:pPr>
        <w:jc w:val="right"/>
      </w:pPr>
      <w:r>
        <w:t>وہ اس کو شبہ کی نظر سے دیکھتے ہیں</w:t>
      </w:r>
    </w:p>
    <w:p>
      <w:r>
        <w:rPr>
          <w:b/>
        </w:rPr>
        <w:t xml:space="preserve">[06:11] </w:t>
      </w:r>
      <w:r>
        <w:t>woh apne halqe se bahar uthne wali dawat-e-haq ke shadeed mukhalif ban jate hain</w:t>
      </w:r>
    </w:p>
    <w:p>
      <w:pPr>
        <w:jc w:val="right"/>
      </w:pPr>
      <w:r>
        <w:t>وہ اپنے حلقے سے باہر اٹھنے والی دعوت حق کے شدید مخالف بن جاتے ہیں</w:t>
      </w:r>
    </w:p>
    <w:p>
      <w:r>
        <w:rPr>
          <w:b/>
        </w:rPr>
        <w:t xml:space="preserve">[06:19] </w:t>
      </w:r>
      <w:r>
        <w:t>do amli ka tareeqa ikhtiyar kar ke woh us ko khatam karne ki koshish karte hain</w:t>
      </w:r>
    </w:p>
    <w:p>
      <w:pPr>
        <w:jc w:val="right"/>
      </w:pPr>
      <w:r>
        <w:t>دو عملی کا طریقہ اختیار کر کے وہ اس کو ختم کرنے کی کوشش کرتے ہیں</w:t>
      </w:r>
    </w:p>
    <w:p>
      <w:r>
        <w:rPr>
          <w:b/>
        </w:rPr>
        <w:t xml:space="preserve">[06:25] </w:t>
      </w:r>
      <w:r>
        <w:t>be bunyad baatein mashhoor kar ke logon ko us ki sadaqat ke bare mein mujtaba karte hain</w:t>
      </w:r>
    </w:p>
    <w:p>
      <w:pPr>
        <w:jc w:val="right"/>
      </w:pPr>
      <w:r>
        <w:t>بے بنیاد باتیں مشہور کر کے لوگوں کو اس کی صداقت کے بارے میں مجتبی کرتے ہیں</w:t>
      </w:r>
    </w:p>
    <w:p>
      <w:r>
        <w:rPr>
          <w:b/>
        </w:rPr>
        <w:t xml:space="preserve">[06:33] </w:t>
      </w:r>
      <w:r>
        <w:t>shariat-e-khudawandi ke sarasar khilaf woh apne liye us ko jaiz kar lete hain ke woh akhlaq ke</w:t>
      </w:r>
    </w:p>
    <w:p>
      <w:pPr>
        <w:jc w:val="right"/>
      </w:pPr>
      <w:r>
        <w:t>شریعت خداوندی کے سراسر خلاف وہ اپنے لئے اس کو جائز کر لیتے ہیں کہ وہ اخلاق کے</w:t>
      </w:r>
    </w:p>
    <w:p>
      <w:r>
        <w:rPr>
          <w:b/>
        </w:rPr>
        <w:t xml:space="preserve">[06:42] </w:t>
      </w:r>
      <w:r>
        <w:t>do mayar banayein ek ghairon ke liye doosra apne giroh ke liye</w:t>
      </w:r>
    </w:p>
    <w:p>
      <w:pPr>
        <w:jc w:val="right"/>
      </w:pPr>
      <w:r>
        <w:t>دو معیار بنائیں ایک غیروں کے لیے دوسرا اپنے گروہ کے لیے</w:t>
      </w:r>
    </w:p>
    <w:p>
      <w:r>
        <w:rPr>
          <w:b/>
        </w:rPr>
        <w:t xml:space="preserve">[06:51] </w:t>
      </w:r>
      <w:r>
        <w:t>kisi ko apne deen ki numaindagi ke liye qabool karna Allah ki khususi rehmat hai is ka faisla</w:t>
      </w:r>
    </w:p>
    <w:p>
      <w:pPr>
        <w:jc w:val="right"/>
      </w:pPr>
      <w:r>
        <w:t>کسی کو اپنے دین کی نمائندگی کے لیے قبول کرنا اللہ کی خصوصی رحمت ہے اس کا فیصلہ</w:t>
      </w:r>
    </w:p>
    <w:p>
      <w:r>
        <w:rPr>
          <w:b/>
        </w:rPr>
        <w:t xml:space="preserve">[06:59] </w:t>
      </w:r>
      <w:r>
        <w:t>guruhi buniyad par nahi hota yeh saadat is ko milti hai jis</w:t>
      </w:r>
    </w:p>
    <w:p>
      <w:pPr>
        <w:jc w:val="right"/>
      </w:pPr>
      <w:r>
        <w:t>گروہی بنیاد پر نہیں ہوتا یہ سعادت اس کو ملتی ہے جس</w:t>
      </w:r>
    </w:p>
    <w:p>
      <w:r>
        <w:rPr>
          <w:b/>
        </w:rPr>
        <w:t xml:space="preserve">[07:04] </w:t>
      </w:r>
      <w:r>
        <w:t>ko Allah apne ilm ke mutabiq pasand kare</w:t>
      </w:r>
    </w:p>
    <w:p>
      <w:pPr>
        <w:jc w:val="right"/>
      </w:pPr>
      <w:r>
        <w:t>کو اللہ اپنے علم کے مطابق پسند کرے</w:t>
      </w:r>
    </w:p>
    <w:p>
      <w:r>
        <w:rPr>
          <w:b/>
        </w:rPr>
        <w:t xml:space="preserve">[07:09] </w:t>
      </w:r>
      <w:r>
        <w:t>aur Allah is shakhs ko pasand karta hai jo Allah ke sath apne ko is tarah wabasta kar</w:t>
      </w:r>
    </w:p>
    <w:p>
      <w:pPr>
        <w:jc w:val="right"/>
      </w:pPr>
      <w:r>
        <w:t>اور اللہ اس شخص کو پسند کرتا ہے جو اللہ کے ساتھ اپنے کو اس طرح وابستہ کر</w:t>
      </w:r>
    </w:p>
    <w:p>
      <w:r>
        <w:rPr>
          <w:b/>
        </w:rPr>
        <w:t xml:space="preserve">[07:19] </w:t>
      </w:r>
      <w:r>
        <w:t>le ke woh is ka nagra ban jaye jis se woh dare</w:t>
      </w:r>
    </w:p>
    <w:p>
      <w:pPr>
        <w:jc w:val="right"/>
      </w:pPr>
      <w:r>
        <w:t>لے کہ وہ اس کا نگرہ بن جائے جس سے وہ ڈرے</w:t>
      </w:r>
    </w:p>
    <w:p>
      <w:r>
        <w:rPr>
          <w:b/>
        </w:rPr>
        <w:t xml:space="preserve">[07:27] </w:t>
      </w:r>
      <w:r>
        <w:t>woh is ka aqa ban jaye jis ke sath kiye hue ahad itaat ko woh kabhi nazar andaz</w:t>
      </w:r>
    </w:p>
    <w:p>
      <w:pPr>
        <w:jc w:val="right"/>
      </w:pPr>
      <w:r>
        <w:t>وہ اس کا اقا بن جائے جس کے ساتھ کیے ہوئے عہد اطاعت کو وہ کبھی نظر انداز</w:t>
      </w:r>
    </w:p>
    <w:p>
      <w:r>
        <w:rPr>
          <w:b/>
        </w:rPr>
        <w:t xml:space="preserve">[07:33] </w:t>
      </w:r>
      <w:r>
        <w:t>na kar sake</w:t>
      </w:r>
    </w:p>
    <w:p>
      <w:pPr>
        <w:jc w:val="right"/>
      </w:pPr>
      <w:r>
        <w:t>نہ کر سکے</w:t>
      </w:r>
    </w:p>
    <w:p>
      <w:r>
        <w:rPr>
          <w:b/>
        </w:rPr>
        <w:t xml:space="preserve">[07:37] </w:t>
      </w:r>
      <w:r>
        <w:t>Allah ke maqbool bande woh hain jo amanat ko poora karne wale hon aur ahad ke paband hon</w:t>
      </w:r>
    </w:p>
    <w:p>
      <w:pPr>
        <w:jc w:val="right"/>
      </w:pPr>
      <w:r>
        <w:t>اللہ کے مقبول بندے وہ ہیں جو امانت کو پورا کرنے والے ہوں اور عہد کے پابند ہوں</w:t>
      </w:r>
    </w:p>
    <w:p>
      <w:r>
        <w:rPr>
          <w:b/>
        </w:rPr>
        <w:t xml:space="preserve">[07:46] </w:t>
      </w:r>
      <w:r>
        <w:t>aise hi logon par Allah ki rehmaten utarti hain is ke bar aks jo log amanat ki adaiygi ke</w:t>
      </w:r>
    </w:p>
    <w:p>
      <w:pPr>
        <w:jc w:val="right"/>
      </w:pPr>
      <w:r>
        <w:t>ایسے ہی لوگوں پر اللہ کی رحمتیں اترتی ہیں اس کے برعکس جو لوگ امانت کی ادائیگی کے</w:t>
      </w:r>
    </w:p>
    <w:p>
      <w:r>
        <w:rPr>
          <w:b/>
        </w:rPr>
        <w:t xml:space="preserve">[07:54] </w:t>
      </w:r>
      <w:r>
        <w:t>mamle mein be parwah hon aur ahad ko poora karne mein hassas na rahen woh Allah ke yahan</w:t>
      </w:r>
    </w:p>
    <w:p>
      <w:pPr>
        <w:jc w:val="right"/>
      </w:pPr>
      <w:r>
        <w:t>معاملے میں بے پرواہ ہوں اور عہد کو پورا کرنے میں حساس نہ رہیں وہ اللہ کے یہاں</w:t>
      </w:r>
    </w:p>
    <w:p>
      <w:r>
        <w:rPr>
          <w:b/>
        </w:rPr>
        <w:t xml:space="preserve">[08:02] </w:t>
      </w:r>
      <w:r>
        <w:t>be qeemat hain aise log Allah ki rehmaton aur nusraton se door kar diye jate hain</w:t>
      </w:r>
    </w:p>
    <w:p>
      <w:pPr>
        <w:jc w:val="right"/>
      </w:pPr>
      <w:r>
        <w:t>بے قیمت ہیں ایسے لوگ اللہ کی رحمتوں اور نصرتوں سے دور کر دیے جاتے ہیں</w:t>
      </w:r>
    </w:p>
    <w:p>
      <w:r>
        <w:rPr>
          <w:b/>
        </w:rPr>
        <w:t xml:space="preserve">[08:13] </w:t>
      </w:r>
      <w:r>
        <w:t>innal lazina yashtaruna bi ahdillahi wa aimanihim samanan</w:t>
      </w:r>
    </w:p>
    <w:p>
      <w:pPr>
        <w:jc w:val="right"/>
      </w:pPr>
      <w:r>
        <w:t>ان الذین یشترون بعهد اللہ وايمانهم ثمنا</w:t>
      </w:r>
    </w:p>
    <w:p>
      <w:r>
        <w:rPr>
          <w:b/>
        </w:rPr>
        <w:t xml:space="preserve">[08:20] </w:t>
      </w:r>
      <w:r>
        <w:t>qalilan ulaika</w:t>
      </w:r>
    </w:p>
    <w:p>
      <w:pPr>
        <w:jc w:val="right"/>
      </w:pPr>
      <w:r>
        <w:t>قليلا اولئک</w:t>
      </w:r>
    </w:p>
    <w:p>
      <w:r>
        <w:rPr>
          <w:b/>
        </w:rPr>
        <w:t xml:space="preserve">[08:24] </w:t>
      </w:r>
      <w:r>
        <w:t>la khalaqa lahum fil a khirati</w:t>
      </w:r>
    </w:p>
    <w:p>
      <w:pPr>
        <w:jc w:val="right"/>
      </w:pPr>
      <w:r>
        <w:t>لا خلاق لہم فی الاخرہ</w:t>
      </w:r>
    </w:p>
    <w:p>
      <w:r>
        <w:rPr>
          <w:b/>
        </w:rPr>
        <w:t xml:space="preserve">[08:28] </w:t>
      </w:r>
      <w:r>
        <w:t>ol a a ik a la khalaqa lahum fil a khirati wa la yukallimuhumullahu wa la yanzuru ilaihim yawmal qiyamati wa la yuzakkihim wa la yuzakkihim wa lahum azabun alim</w:t>
      </w:r>
    </w:p>
    <w:p>
      <w:pPr>
        <w:jc w:val="right"/>
      </w:pPr>
      <w:r>
        <w:t>اولئک لا خلاق لہم فی الاخرۃ ولا یکلمهم اللہ ولا ينظر اليهم يوم القیامه ولا یزکیهم ولا یزکیهم ولهم عذاب اليم</w:t>
      </w:r>
    </w:p>
    <w:p>
      <w:r>
        <w:rPr>
          <w:b/>
        </w:rPr>
        <w:t xml:space="preserve">[08:50] </w:t>
      </w:r>
      <w:r>
        <w:t>wa inna minhum la fareeqan yalwoona alsinatahum bil kitabi li tah saboohu minal kitabi li tah saboohu minal kitabi wa ma huwa minal kitabi wa yaquluna huwa min indillahi wa ma huwa min indillahi</w:t>
      </w:r>
    </w:p>
    <w:p>
      <w:pPr>
        <w:jc w:val="right"/>
      </w:pPr>
      <w:r>
        <w:t>وان منهم لفريقا يلون السنتهم بالكتاب لتحسبوه من الكتاب لتحسبوه من الكتاب وما هو من الكتاب ويقولون هو من عند الله وما هو من عند الله</w:t>
      </w:r>
    </w:p>
    <w:p>
      <w:r>
        <w:rPr>
          <w:b/>
        </w:rPr>
        <w:t xml:space="preserve">[09:16] </w:t>
      </w:r>
      <w:r>
        <w:t>wa yaquluna huwa min indillahi wa ma huwa min indillahi wa yaquluna alallahi alkaziba wa hum ya'lamun</w:t>
      </w:r>
    </w:p>
    <w:p>
      <w:pPr>
        <w:jc w:val="right"/>
      </w:pPr>
      <w:r>
        <w:t>ويقولون هو من عند الله وما هو من عند الله ويقولون على الله الكذب وهم يعلمون</w:t>
      </w:r>
    </w:p>
    <w:p>
      <w:r>
        <w:rPr>
          <w:b/>
        </w:rPr>
        <w:t xml:space="preserve">[09:30] </w:t>
      </w:r>
      <w:r>
        <w:t>ma kana libasharin ay yutiyhullahul kitaba wal hukma wan nubuwwah</w:t>
      </w:r>
    </w:p>
    <w:p>
      <w:pPr>
        <w:jc w:val="right"/>
      </w:pPr>
      <w:r>
        <w:t>ما كان لبشر ان يؤتيه الله الكتاب والحكم والنبوه</w:t>
      </w:r>
    </w:p>
    <w:p>
      <w:r>
        <w:rPr>
          <w:b/>
        </w:rPr>
        <w:t xml:space="preserve">[09:38] </w:t>
      </w:r>
      <w:r>
        <w:t>thumma yaqulu lil nas</w:t>
      </w:r>
    </w:p>
    <w:p>
      <w:pPr>
        <w:jc w:val="right"/>
      </w:pPr>
      <w:r>
        <w:t>ثم يقول للناس</w:t>
      </w:r>
    </w:p>
    <w:p>
      <w:r>
        <w:rPr>
          <w:b/>
        </w:rPr>
        <w:t xml:space="preserve">[09:44] </w:t>
      </w:r>
      <w:r>
        <w:t>thumma yaqulu lil nas kinu ibadan li min dunillahi walakin</w:t>
      </w:r>
    </w:p>
    <w:p>
      <w:pPr>
        <w:jc w:val="right"/>
      </w:pPr>
      <w:r>
        <w:t>ثم يقول للناس كونوا عبادا لي من دون الله ولكن</w:t>
      </w:r>
    </w:p>
    <w:p>
      <w:r>
        <w:rPr>
          <w:b/>
        </w:rPr>
        <w:t xml:space="preserve">[09:54] </w:t>
      </w:r>
      <w:r>
        <w:t>kinu rabbaniyin walakin</w:t>
      </w:r>
    </w:p>
    <w:p>
      <w:pPr>
        <w:jc w:val="right"/>
      </w:pPr>
      <w:r>
        <w:t>كونوا ربانيين ولكن</w:t>
      </w:r>
    </w:p>
    <w:p>
      <w:r>
        <w:rPr>
          <w:b/>
        </w:rPr>
        <w:t xml:space="preserve">[10:00] </w:t>
      </w:r>
      <w:r>
        <w:t>kinu rabbaniyin</w:t>
      </w:r>
    </w:p>
    <w:p>
      <w:pPr>
        <w:jc w:val="right"/>
      </w:pPr>
      <w:r>
        <w:t>كونوا ربانيين</w:t>
      </w:r>
    </w:p>
    <w:p>
      <w:r>
        <w:rPr>
          <w:b/>
        </w:rPr>
        <w:t xml:space="preserve">[10:02] </w:t>
      </w:r>
      <w:r>
        <w:t>bima kuntum tu'limunal kitaba wa bima kuntum tadrusuna</w:t>
      </w:r>
    </w:p>
    <w:p>
      <w:pPr>
        <w:jc w:val="right"/>
      </w:pPr>
      <w:r>
        <w:t>بما كنتم تعلمون الكتاب وبما كنتم تدرسون</w:t>
      </w:r>
    </w:p>
    <w:p>
      <w:r>
        <w:rPr>
          <w:b/>
        </w:rPr>
        <w:t xml:space="preserve">[10:12] </w:t>
      </w:r>
      <w:r>
        <w:t>wa la ya'murukum an tattakhizul malaa ikata wan nabiyeena arbaba a ya'murukum bil kufri ba'da iz antum muslimun</w:t>
      </w:r>
    </w:p>
    <w:p>
      <w:pPr>
        <w:jc w:val="right"/>
      </w:pPr>
      <w:r>
        <w:t>ولا يامركم ان تتخذوا الملائكه والنبيين اربابا ايامركم بالكفر بعد اذ انتم مسلمون</w:t>
      </w:r>
    </w:p>
    <w:p>
      <w:r>
        <w:rPr>
          <w:b/>
        </w:rPr>
        <w:t xml:space="preserve">[10:33] </w:t>
      </w:r>
      <w:r>
        <w:t>jo log Allah ke ahad aur apni qasmon ko thodi qeemat par bechte hain un ke liye akhirat</w:t>
      </w:r>
    </w:p>
    <w:p>
      <w:pPr>
        <w:jc w:val="right"/>
      </w:pPr>
      <w:r>
        <w:t>جو لوگ اللہ کے عہد اور اپنی قسموں کو تھوڑی قیمت پر بیچتے ہیں ان کے لیے اخرت</w:t>
      </w:r>
    </w:p>
    <w:p>
      <w:r>
        <w:rPr>
          <w:b/>
        </w:rPr>
        <w:t xml:space="preserve">[10:42] </w:t>
      </w:r>
      <w:r>
        <w:t>mein koi hissa nahi</w:t>
      </w:r>
    </w:p>
    <w:p>
      <w:pPr>
        <w:jc w:val="right"/>
      </w:pPr>
      <w:r>
        <w:t>میں کوئی حصہ نہیں</w:t>
      </w:r>
    </w:p>
    <w:p>
      <w:r>
        <w:rPr>
          <w:b/>
        </w:rPr>
        <w:t xml:space="preserve">[10:45] </w:t>
      </w:r>
      <w:r>
        <w:t>Allah na un se baat karega na un ki taraf dekhega qayamat ke din aur na</w:t>
      </w:r>
    </w:p>
    <w:p>
      <w:pPr>
        <w:jc w:val="right"/>
      </w:pPr>
      <w:r>
        <w:t>اللہ نہ ان سے بات کرے گا نہ ان کی طرف دیکھے گا قیامت کے دن اور نہ</w:t>
      </w:r>
    </w:p>
    <w:p>
      <w:r>
        <w:rPr>
          <w:b/>
        </w:rPr>
        <w:t xml:space="preserve">[10:52] </w:t>
      </w:r>
      <w:r>
        <w:t>un ko pak karega aur un ke liye dardnak azab hai</w:t>
      </w:r>
    </w:p>
    <w:p>
      <w:pPr>
        <w:jc w:val="right"/>
      </w:pPr>
      <w:r>
        <w:t>ان کو پاک کرے گا اور ان کے لیے دردناک عذاب ہے</w:t>
      </w:r>
    </w:p>
    <w:p>
      <w:r>
        <w:rPr>
          <w:b/>
        </w:rPr>
        <w:t xml:space="preserve">[10:59] </w:t>
      </w:r>
      <w:r>
        <w:t>aur un mein kuch log aise bhi hain jo apni zubanon ko kitab mein morrte hain ta ke tum</w:t>
      </w:r>
    </w:p>
    <w:p>
      <w:pPr>
        <w:jc w:val="right"/>
      </w:pPr>
      <w:r>
        <w:t>اور ان میں کچھ لوگ ایسے بھی ہیں جو اپنی زبانوں کو کتاب میں موڑتے ہیں تاکہ تم</w:t>
      </w:r>
    </w:p>
    <w:p>
      <w:r>
        <w:rPr>
          <w:b/>
        </w:rPr>
        <w:t xml:space="preserve">[11:06] </w:t>
      </w:r>
      <w:r>
        <w:t>us ko kitab mein se samjho halankeh woh kitab mein se nahi</w:t>
      </w:r>
    </w:p>
    <w:p>
      <w:pPr>
        <w:jc w:val="right"/>
      </w:pPr>
      <w:r>
        <w:t>اس کو کتاب میں سے سمجھو حالانکہ وہ کتاب میں سے نہیں</w:t>
      </w:r>
    </w:p>
    <w:p>
      <w:r>
        <w:rPr>
          <w:b/>
        </w:rPr>
        <w:t xml:space="preserve">[11:12] </w:t>
      </w:r>
      <w:r>
        <w:t>aur woh kehte hain ke yeh Allah ki janib se hai halankeh woh Allah ki janib se nahi</w:t>
      </w:r>
    </w:p>
    <w:p>
      <w:pPr>
        <w:jc w:val="right"/>
      </w:pPr>
      <w:r>
        <w:t>اور وہ کہتے ہیں کہ یہ اللہ کی جانب سے ہے حالانکہ وہ اللہ کی جانب سے نہیں</w:t>
      </w:r>
    </w:p>
    <w:p>
      <w:r>
        <w:rPr>
          <w:b/>
        </w:rPr>
        <w:t xml:space="preserve">[11:19] </w:t>
      </w:r>
      <w:r>
        <w:t>aur</w:t>
      </w:r>
    </w:p>
    <w:p>
      <w:pPr>
        <w:jc w:val="right"/>
      </w:pPr>
      <w:r>
        <w:t>اور</w:t>
      </w:r>
    </w:p>
    <w:p>
      <w:r>
        <w:rPr>
          <w:b/>
        </w:rPr>
        <w:t xml:space="preserve">[11:19] </w:t>
      </w:r>
      <w:r>
        <w:t>woh jaan kar Allah par jhoot bolte hain kisi insaan ka yeh kaam nahi ke Allah us ko</w:t>
      </w:r>
    </w:p>
    <w:p>
      <w:pPr>
        <w:jc w:val="right"/>
      </w:pPr>
      <w:r>
        <w:t>وہ جان کر اللہ پر جھوٹ بولتے ہیں کسی انسان کا یہ کام نہیں کہ اللہ اس کو</w:t>
      </w:r>
    </w:p>
    <w:p>
      <w:r>
        <w:rPr>
          <w:b/>
        </w:rPr>
        <w:t xml:space="preserve">[11:27] </w:t>
      </w:r>
      <w:r>
        <w:t>kitab aur hikmat aur nabuwat de aur woh logon se yeh kahe ke tum la ko chhod kar</w:t>
      </w:r>
    </w:p>
    <w:p>
      <w:pPr>
        <w:jc w:val="right"/>
      </w:pPr>
      <w:r>
        <w:t>کتاب اور حکمت اور نبوت دے اور وہ لوگوں سے یہ کہے کہ تم لا کو چھوڑ کر</w:t>
      </w:r>
    </w:p>
    <w:p>
      <w:r>
        <w:rPr>
          <w:b/>
        </w:rPr>
        <w:t xml:space="preserve">[11:35] </w:t>
      </w:r>
      <w:r>
        <w:t>mere bande bano balkeh woh toh kahe ga ke tum Allah wale bano is waaste ke tum</w:t>
      </w:r>
    </w:p>
    <w:p>
      <w:pPr>
        <w:jc w:val="right"/>
      </w:pPr>
      <w:r>
        <w:t>میرے بندے بن جاؤ بلکہ وہ تو کہے گا کہ تم اللہ والے بنو اس واسطے کہ تم</w:t>
      </w:r>
    </w:p>
    <w:p>
      <w:r>
        <w:rPr>
          <w:b/>
        </w:rPr>
        <w:t xml:space="preserve">[11:44] </w:t>
      </w:r>
      <w:r>
        <w:t>doosron ko kitab ki taleem dete ho aur khud bhi us ko padhte ho</w:t>
      </w:r>
    </w:p>
    <w:p>
      <w:pPr>
        <w:jc w:val="right"/>
      </w:pPr>
      <w:r>
        <w:t>دوسروں کو کتاب کی تعلیم دیتے ہو اور خود بھی اس کو پڑھتے ہو</w:t>
      </w:r>
    </w:p>
    <w:p>
      <w:r>
        <w:rPr>
          <w:b/>
        </w:rPr>
        <w:t xml:space="preserve">[11:51] </w:t>
      </w:r>
      <w:r>
        <w:t>aur na woh tumhein yeh hukum de ga ke tum farishton aur peighambaron ko rab banao kya woh</w:t>
      </w:r>
    </w:p>
    <w:p>
      <w:pPr>
        <w:jc w:val="right"/>
      </w:pPr>
      <w:r>
        <w:t>اور نہ وہ تمہیں یہ حکم دے گا کہ تم فرشتوں اور پیغمبروں کو رب بناؤ کیا وہ</w:t>
      </w:r>
    </w:p>
    <w:p>
      <w:r>
        <w:rPr>
          <w:b/>
        </w:rPr>
        <w:t xml:space="preserve">[11:59] </w:t>
      </w:r>
      <w:r>
        <w:t>tumhein kufr ka hukum de ga baad is ke ke tum Islam la chuke</w:t>
      </w:r>
    </w:p>
    <w:p>
      <w:pPr>
        <w:jc w:val="right"/>
      </w:pPr>
      <w:r>
        <w:t>تمہیں کفر کا حکم دے گا بعد اس کے کہ تم اسلام لا چکے</w:t>
      </w:r>
    </w:p>
    <w:p>
      <w:r>
        <w:rPr>
          <w:b/>
        </w:rPr>
        <w:t xml:space="preserve">[12:05] </w:t>
      </w:r>
      <w:r>
        <w:t>ho</w:t>
      </w:r>
    </w:p>
    <w:p>
      <w:pPr>
        <w:jc w:val="right"/>
      </w:pPr>
      <w:r>
        <w:t>ہو</w:t>
      </w:r>
    </w:p>
    <w:p>
      <w:r>
        <w:rPr>
          <w:b/>
        </w:rPr>
        <w:t xml:space="preserve">[12:08] </w:t>
      </w:r>
      <w:r>
        <w:t>tashreeh ek shakhs jab imaan laata hai to woh Allah se is baat ka ehad karta hai ke</w:t>
      </w:r>
    </w:p>
    <w:p>
      <w:pPr>
        <w:jc w:val="right"/>
      </w:pPr>
      <w:r>
        <w:t>تشریح ایک شخص جب ایمان لاتا ہے تو وہ اللہ سے اس بات کا عہد کرتا ہے کہ</w:t>
      </w:r>
    </w:p>
    <w:p>
      <w:r>
        <w:rPr>
          <w:b/>
        </w:rPr>
        <w:t xml:space="preserve">[12:17] </w:t>
      </w:r>
      <w:r>
        <w:t>woh us ki farmanbardari kare ga aur bando ke darmiyan zindagi guzarte hue</w:t>
      </w:r>
    </w:p>
    <w:p>
      <w:pPr>
        <w:jc w:val="right"/>
      </w:pPr>
      <w:r>
        <w:t>وہ اس کی فرمانبرداری کرے گا اور بندوں کے درمیان زندگی گزارتے ہوئے</w:t>
      </w:r>
    </w:p>
    <w:p>
      <w:r>
        <w:rPr>
          <w:b/>
        </w:rPr>
        <w:t xml:space="preserve">[12:25] </w:t>
      </w:r>
      <w:r>
        <w:t>un tamam zimmedariyon ko poora kare ga jo Khuda ki shariyat ki taraf se us par aaid</w:t>
      </w:r>
    </w:p>
    <w:p>
      <w:pPr>
        <w:jc w:val="right"/>
      </w:pPr>
      <w:r>
        <w:t>ان تمام ذمہ داریوں کو پورا کرے گا جو خدا کی شریعت کی طرف سے اس پر عائد</w:t>
      </w:r>
    </w:p>
    <w:p>
      <w:r>
        <w:rPr>
          <w:b/>
        </w:rPr>
        <w:t xml:space="preserve">[12:32] </w:t>
      </w:r>
      <w:r>
        <w:t>hoti hain yeh ek paband zindagi hai jis ko ehad ki zindagi se taabeer kiya ja sakta hai</w:t>
      </w:r>
    </w:p>
    <w:p>
      <w:pPr>
        <w:jc w:val="right"/>
      </w:pPr>
      <w:r>
        <w:t>ہوتی ہیں یہ ایک پابند زندگی ہے جس کو عہد کی زندگی سے تعبیر کیا جا سکتا ہے</w:t>
      </w:r>
    </w:p>
    <w:p>
      <w:r>
        <w:rPr>
          <w:b/>
        </w:rPr>
        <w:t xml:space="preserve">[12:42] </w:t>
      </w:r>
      <w:r>
        <w:t>is zindagi par qaim hone ke liye nafs ki azadiyon ko khatm karna parta hai</w:t>
      </w:r>
    </w:p>
    <w:p>
      <w:pPr>
        <w:jc w:val="right"/>
      </w:pPr>
      <w:r>
        <w:t>اس زندگی پر قائم ہونے کے لیے نفس کی ازادیوں کو ختم کرنا پڑتا ہے</w:t>
      </w:r>
    </w:p>
    <w:p>
      <w:r>
        <w:rPr>
          <w:b/>
        </w:rPr>
        <w:t xml:space="preserve">[12:48] </w:t>
      </w:r>
      <w:r>
        <w:t>bar bar apne faaydon aur maslahaton ki qurbani deni parti hai is</w:t>
      </w:r>
    </w:p>
    <w:p>
      <w:pPr>
        <w:jc w:val="right"/>
      </w:pPr>
      <w:r>
        <w:t>بار بار اپنے فائدوں اور مصلحتوں کی قربانی دینی پڑتی ہے اس</w:t>
      </w:r>
    </w:p>
    <w:p>
      <w:r>
        <w:rPr>
          <w:b/>
        </w:rPr>
        <w:t xml:space="preserve">[12:53] </w:t>
      </w:r>
      <w:r>
        <w:t>liye is ehad ki zindagi ko wohi shakhs nibha sakta hai jo nafa nuqsaan se be niaz ho</w:t>
      </w:r>
    </w:p>
    <w:p>
      <w:pPr>
        <w:jc w:val="right"/>
      </w:pPr>
      <w:r>
        <w:t>لیے اس عہد کی زندگی کو وہی شخص نبھا سکتا ہے جو نفع نقصان سے بے نیاز ہو</w:t>
      </w:r>
    </w:p>
    <w:p>
      <w:r>
        <w:rPr>
          <w:b/>
        </w:rPr>
        <w:t xml:space="preserve">[13:02] </w:t>
      </w:r>
      <w:r>
        <w:t>kar us ko ikhtiyar kare</w:t>
      </w:r>
    </w:p>
    <w:p>
      <w:pPr>
        <w:jc w:val="right"/>
      </w:pPr>
      <w:r>
        <w:t>کر اس کو اختیار کرے</w:t>
      </w:r>
    </w:p>
    <w:p>
      <w:r>
        <w:rPr>
          <w:b/>
        </w:rPr>
        <w:t xml:space="preserve">[13:05] </w:t>
      </w:r>
      <w:r>
        <w:t>jis shakhs ka haal yeh ho ke nafs par chot pare ya duniya ka mafad khatre mein nazar</w:t>
      </w:r>
    </w:p>
    <w:p>
      <w:pPr>
        <w:jc w:val="right"/>
      </w:pPr>
      <w:r>
        <w:t>جس شخص کا حال یہ ہو کہ نفس پر چوٹ پڑے یا دنیا کا مفاد خطرے میں نظر</w:t>
      </w:r>
    </w:p>
    <w:p>
      <w:r>
        <w:rPr>
          <w:b/>
        </w:rPr>
        <w:t xml:space="preserve">[13:12] </w:t>
      </w:r>
      <w:r>
        <w:t>aaye to woh ehad Khudaawandi ko nazar andaaz kar de aur apne faaydon aur maslahaton ki taraf jhuk</w:t>
      </w:r>
    </w:p>
    <w:p>
      <w:pPr>
        <w:jc w:val="right"/>
      </w:pPr>
      <w:r>
        <w:t>ائے تو وہ عہد خداوندی کو نظر انداز کر دے اور اپنے فائدوں اور مصلحتوں کی طرف جھک</w:t>
      </w:r>
    </w:p>
    <w:p>
      <w:r>
        <w:rPr>
          <w:b/>
        </w:rPr>
        <w:t xml:space="preserve">[13:21] </w:t>
      </w:r>
      <w:r>
        <w:t>jaaye us ne goya akhirat ko de kar duniya khareedi jab akhirat ke pehlu aur duniya ke pehlu</w:t>
      </w:r>
    </w:p>
    <w:p>
      <w:pPr>
        <w:jc w:val="right"/>
      </w:pPr>
      <w:r>
        <w:t>جائے اس نے گویا اخرت کو دے کر دنیا خریدی جب اخرت کے پہلو اور دنیا کے پہلو</w:t>
      </w:r>
    </w:p>
    <w:p>
      <w:r>
        <w:rPr>
          <w:b/>
        </w:rPr>
        <w:t xml:space="preserve">[13:29] </w:t>
      </w:r>
      <w:r>
        <w:t>mein se kisi ek ko lene ka sawal aaya to us ne duniya ke pehlu ko tarjeeh di</w:t>
      </w:r>
    </w:p>
    <w:p>
      <w:pPr>
        <w:jc w:val="right"/>
      </w:pPr>
      <w:r>
        <w:t>میں سے کسی ایک کو لینے کا سوال ایا تو اس نے دنیا کے پہلو کو ترجیح دی</w:t>
      </w:r>
    </w:p>
    <w:p>
      <w:r>
        <w:rPr>
          <w:b/>
        </w:rPr>
        <w:t xml:space="preserve">[13:36] </w:t>
      </w:r>
      <w:r>
        <w:t>jo shakhs akhirat ko itni</w:t>
      </w:r>
    </w:p>
    <w:p>
      <w:pPr>
        <w:jc w:val="right"/>
      </w:pPr>
      <w:r>
        <w:t>جو شخص اخرت کو اتنی</w:t>
      </w:r>
    </w:p>
    <w:p>
      <w:r>
        <w:rPr>
          <w:b/>
        </w:rPr>
        <w:t xml:space="preserve">[13:38] </w:t>
      </w:r>
      <w:r>
        <w:t>be qeemat cheez samajh le woh akhirat mein Allah ki inayaton ka haqdar kis tarah ho sakta hai</w:t>
      </w:r>
    </w:p>
    <w:p>
      <w:pPr>
        <w:jc w:val="right"/>
      </w:pPr>
      <w:r>
        <w:t>بے قیمت چیز سمجھ لے وہ اخرت میں اللہ کی عنایتوں کا حقدار کس طرح ہو سکتا ہے</w:t>
      </w:r>
    </w:p>
    <w:p>
      <w:r>
        <w:rPr>
          <w:b/>
        </w:rPr>
        <w:t xml:space="preserve">[13:49] </w:t>
      </w:r>
      <w:r>
        <w:t>jo log akhirat ko apni duniya ka sauda banayein woh deen ya akhirat ke munkir nahi ho jaate</w:t>
      </w:r>
    </w:p>
    <w:p>
      <w:pPr>
        <w:jc w:val="right"/>
      </w:pPr>
      <w:r>
        <w:t>جو لوگ اخرت کو اپنی دنیا کا سودا بنائیں وہ دین یا اخرت کے منکر نہیں ہو جاتے</w:t>
      </w:r>
    </w:p>
    <w:p>
      <w:r>
        <w:rPr>
          <w:b/>
        </w:rPr>
        <w:t xml:space="preserve">[13:57] </w:t>
      </w:r>
      <w:r>
        <w:t>balkeh deen aur akhirat ke poore iqrar ke saath aisa karte hain</w:t>
      </w:r>
    </w:p>
    <w:p>
      <w:pPr>
        <w:jc w:val="right"/>
      </w:pPr>
      <w:r>
        <w:t>بلکہ دین اور اخرت کے پورے اقرار کے ساتھ ایسا کرتے ہیں</w:t>
      </w:r>
    </w:p>
    <w:p>
      <w:r>
        <w:rPr>
          <w:b/>
        </w:rPr>
        <w:t xml:space="preserve">[14:03] </w:t>
      </w:r>
      <w:r>
        <w:t>phir un do mutzad ravaiyon ko woh kis tarah ek doosre ke mutabiq banate hain is ka zariya</w:t>
      </w:r>
    </w:p>
    <w:p>
      <w:pPr>
        <w:jc w:val="right"/>
      </w:pPr>
      <w:r>
        <w:t>پھر ان دو متضاد رویوں کو وہ کس طرح ایک دوسرے کے مطابق بناتے ہیں اس کا ذریعہ</w:t>
      </w:r>
    </w:p>
    <w:p>
      <w:r>
        <w:rPr>
          <w:b/>
        </w:rPr>
        <w:t xml:space="preserve">[14:09] </w:t>
      </w:r>
      <w:r>
        <w:t>tahreef hai yaani aasmani taleemat ko khud saakhta maani pehnana</w:t>
      </w:r>
    </w:p>
    <w:p>
      <w:pPr>
        <w:jc w:val="right"/>
      </w:pPr>
      <w:r>
        <w:t>تحریف ہے یعنی اسمانی تعلیمات کو خود ساختہ معنی پہنانا</w:t>
      </w:r>
    </w:p>
    <w:p>
      <w:r>
        <w:rPr>
          <w:b/>
        </w:rPr>
        <w:t xml:space="preserve">[14:16] </w:t>
      </w:r>
      <w:r>
        <w:t>aise log apni duniya parastana ravesh ko akhirat pasandi aur Khuda parasti saabit karne ke liye deeni taleemat ko</w:t>
      </w:r>
    </w:p>
    <w:p>
      <w:pPr>
        <w:jc w:val="right"/>
      </w:pPr>
      <w:r>
        <w:t>ایسے لوگ اپنی دنیا پرستانہ روش کو اخرت پسندی اور خداپرستی ثابت کرنے کے لیے دینی تعلیمات کو</w:t>
      </w:r>
    </w:p>
    <w:p>
      <w:r>
        <w:rPr>
          <w:b/>
        </w:rPr>
        <w:t xml:space="preserve">[14:27] </w:t>
      </w:r>
      <w:r>
        <w:t>apne mutabiq dhal lete hain kabhi khuda ke alfaaz ko badal kar aur kabhi khuda ke alfaaz</w:t>
      </w:r>
    </w:p>
    <w:p>
      <w:pPr>
        <w:jc w:val="right"/>
      </w:pPr>
      <w:r>
        <w:t>اپنے مطابق ڈھال لیتے ہیں کبھی خدا کے الفاظ کو بدل کر اور کبھی خدا کے الفاظ</w:t>
      </w:r>
    </w:p>
    <w:p>
      <w:r>
        <w:rPr>
          <w:b/>
        </w:rPr>
        <w:t xml:space="preserve">[14:34] </w:t>
      </w:r>
      <w:r>
        <w:t>ki apne mufeed matlab tashreeh kar ke</w:t>
      </w:r>
    </w:p>
    <w:p>
      <w:pPr>
        <w:jc w:val="right"/>
      </w:pPr>
      <w:r>
        <w:t>کی اپنے مفید مطلب تشریح کر کے</w:t>
      </w:r>
    </w:p>
    <w:p>
      <w:r>
        <w:rPr>
          <w:b/>
        </w:rPr>
        <w:t xml:space="preserve">[14:40] </w:t>
      </w:r>
      <w:r>
        <w:t>woh apne aap ko badalne ki bajaye kitaab-e-ilahi ko badal dete hain taake jo cheez kitaab-e-ilahi</w:t>
      </w:r>
    </w:p>
    <w:p>
      <w:pPr>
        <w:jc w:val="right"/>
      </w:pPr>
      <w:r>
        <w:t>وہ اپنے اپ کو بدلنے کی بجائے کتاب الہی کو بدل دیتے ہیں تاکہ جو چیز کتاب الہی</w:t>
      </w:r>
    </w:p>
    <w:p>
      <w:r>
        <w:rPr>
          <w:b/>
        </w:rPr>
        <w:t xml:space="preserve">[14:47] </w:t>
      </w:r>
      <w:r>
        <w:t>mein nahin hai us ko ain kitaab-e-ilahi ki cheez bana dein apni be-khuda zindagi ko ba-khuda</w:t>
      </w:r>
    </w:p>
    <w:p>
      <w:pPr>
        <w:jc w:val="right"/>
      </w:pPr>
      <w:r>
        <w:t>میں نہیں ہے اس کو عین کتاب الہی کی چیز بنا دیں اپنی بے خدا زندگی کو باخدا</w:t>
      </w:r>
    </w:p>
    <w:p>
      <w:r>
        <w:rPr>
          <w:b/>
        </w:rPr>
        <w:t xml:space="preserve">[14:55] </w:t>
      </w:r>
      <w:r>
        <w:t>zindagi saabit kar dikhayein</w:t>
      </w:r>
    </w:p>
    <w:p>
      <w:pPr>
        <w:jc w:val="right"/>
      </w:pPr>
      <w:r>
        <w:t>زندگی ثابت کر دکھائیں</w:t>
      </w:r>
    </w:p>
    <w:p>
      <w:r>
        <w:rPr>
          <w:b/>
        </w:rPr>
        <w:t xml:space="preserve">[14:58] </w:t>
      </w:r>
      <w:r>
        <w:t>Allah ke nazdeek yeh badtareen jurm hai ke aadmi Allah ki taraf aisi baat mansoob kare jo Allah</w:t>
      </w:r>
    </w:p>
    <w:p>
      <w:pPr>
        <w:jc w:val="right"/>
      </w:pPr>
      <w:r>
        <w:t>اللہ کے نزدیک یہ بدترین جرم ہے کہ ادمی اللہ کی طرف ایسی بات منسوب کرے جو اللہ</w:t>
      </w:r>
    </w:p>
    <w:p>
      <w:r>
        <w:rPr>
          <w:b/>
        </w:rPr>
        <w:t xml:space="preserve">[15:07] </w:t>
      </w:r>
      <w:r>
        <w:t>ne na kahi ho</w:t>
      </w:r>
    </w:p>
    <w:p>
      <w:pPr>
        <w:jc w:val="right"/>
      </w:pPr>
      <w:r>
        <w:t>نے نہ کہی ہو</w:t>
      </w:r>
    </w:p>
    <w:p>
      <w:r>
        <w:rPr>
          <w:b/>
        </w:rPr>
        <w:t xml:space="preserve">[15:11] </w:t>
      </w:r>
      <w:r>
        <w:t>kisi taleem ki sadaqat ki saada aur yaqeen pehchaan yeh hai ke woh Allah ke bando ko Allah</w:t>
      </w:r>
    </w:p>
    <w:p>
      <w:pPr>
        <w:jc w:val="right"/>
      </w:pPr>
      <w:r>
        <w:t>کسی تعلیم کی صداقت کی سادہ اور یقینی پہچان یہ ہے کہ وہ اللہ کے بندوں کو اللہ</w:t>
      </w:r>
    </w:p>
    <w:p>
      <w:r>
        <w:rPr>
          <w:b/>
        </w:rPr>
        <w:t xml:space="preserve">[15:19] </w:t>
      </w:r>
      <w:r>
        <w:t>se milaye logon ke khauf o mohabbat ke jazbaat ko bedaar kar ke us ko Allah ki taraf</w:t>
      </w:r>
    </w:p>
    <w:p>
      <w:pPr>
        <w:jc w:val="right"/>
      </w:pPr>
      <w:r>
        <w:t>سے ملائے لوگوں کے خوف و محبت کے جذبات کو بیدار کر کے اس کو اللہ کی طرف</w:t>
      </w:r>
    </w:p>
    <w:p>
      <w:r>
        <w:rPr>
          <w:b/>
        </w:rPr>
        <w:t xml:space="preserve">[15:27] </w:t>
      </w:r>
      <w:r>
        <w:t>mora de is ke bar aks jo taleem shakhsiyat parasti ya aur koi parasti paida kare aur jo insaan</w:t>
      </w:r>
    </w:p>
    <w:p>
      <w:pPr>
        <w:jc w:val="right"/>
      </w:pPr>
      <w:r>
        <w:t>موڑ دے اس کے برعکس جو تعلیم شخصیت پرستی یا اور کوئی پرستی پیدا کرے اور جو انسان</w:t>
      </w:r>
    </w:p>
    <w:p>
      <w:r>
        <w:rPr>
          <w:b/>
        </w:rPr>
        <w:t xml:space="preserve">[15:37] </w:t>
      </w:r>
      <w:r>
        <w:t>ke nazuk jazbaat ka markaz tawajjuh kisi ghair khuda ko banati ho us ke mutalliq samajhna chahiye ke</w:t>
      </w:r>
    </w:p>
    <w:p>
      <w:pPr>
        <w:jc w:val="right"/>
      </w:pPr>
      <w:r>
        <w:t>کے نازک جذبات کا مرکز توجہ کسی غیر خدا کو بناتی ہو اس کے متعلق سمجھنا چاہیے کہ</w:t>
      </w:r>
    </w:p>
    <w:p>
      <w:r>
        <w:rPr>
          <w:b/>
        </w:rPr>
        <w:t xml:space="preserve">[15:46] </w:t>
      </w:r>
      <w:r>
        <w:t>woh sarasar baatil hai khwah bazoahir apni oarh par us ne haq ka label kyun na laga rakha</w:t>
      </w:r>
    </w:p>
    <w:p>
      <w:pPr>
        <w:jc w:val="right"/>
      </w:pPr>
      <w:r>
        <w:t>وہ سراسر باطل ہے خواہ بظاہر اپنی اوڑھ پر اس نے حق کا لیبل کیوں نہ لگا رکھا</w:t>
      </w:r>
    </w:p>
    <w:p>
      <w:r>
        <w:rPr>
          <w:b/>
        </w:rPr>
        <w:t xml:space="preserve">[15:55] </w:t>
      </w:r>
      <w:r>
        <w:t>ho</w:t>
      </w:r>
    </w:p>
    <w:p>
      <w:pPr>
        <w:jc w:val="right"/>
      </w:pPr>
      <w:r>
        <w:t>ہو</w:t>
      </w:r>
    </w:p>
    <w:p>
      <w:r>
        <w:rPr>
          <w:b/>
        </w:rPr>
        <w:t xml:space="preserve">[16:00] </w:t>
      </w:r>
      <w:r>
        <w:t>wa iz akhaz Allahu misaaqa</w:t>
      </w:r>
    </w:p>
    <w:p>
      <w:pPr>
        <w:jc w:val="right"/>
      </w:pPr>
      <w:r>
        <w:t>واذ اخذ اللہ میثاق</w:t>
      </w:r>
    </w:p>
    <w:p>
      <w:r>
        <w:rPr>
          <w:b/>
        </w:rPr>
        <w:t xml:space="preserve">[16:02] </w:t>
      </w:r>
      <w:r>
        <w:t>an nabiyyeena lamma aataytum</w:t>
      </w:r>
    </w:p>
    <w:p>
      <w:pPr>
        <w:jc w:val="right"/>
      </w:pPr>
      <w:r>
        <w:t>النبیین لما اتیتکم</w:t>
      </w:r>
    </w:p>
    <w:p>
      <w:r>
        <w:rPr>
          <w:b/>
        </w:rPr>
        <w:t xml:space="preserve">[16:08] </w:t>
      </w:r>
      <w:r>
        <w:t>min kitabin wa hikmatin</w:t>
      </w:r>
    </w:p>
    <w:p>
      <w:pPr>
        <w:jc w:val="right"/>
      </w:pPr>
      <w:r>
        <w:t>من کتاب وحکمۃ</w:t>
      </w:r>
    </w:p>
    <w:p>
      <w:r>
        <w:rPr>
          <w:b/>
        </w:rPr>
        <w:t xml:space="preserve">[16:12] </w:t>
      </w:r>
      <w:r>
        <w:t>thumma jaakum</w:t>
      </w:r>
    </w:p>
    <w:p>
      <w:pPr>
        <w:jc w:val="right"/>
      </w:pPr>
      <w:r>
        <w:t>ثم جاءکم ثم</w:t>
      </w:r>
    </w:p>
    <w:p>
      <w:r>
        <w:rPr>
          <w:b/>
        </w:rPr>
        <w:t xml:space="preserve">[16:18] </w:t>
      </w:r>
      <w:r>
        <w:t>rasoolun musaddiqun lima ma'akum latu'minunna</w:t>
      </w:r>
    </w:p>
    <w:p>
      <w:pPr>
        <w:jc w:val="right"/>
      </w:pPr>
      <w:r>
        <w:t>جاءکم رسول مصدق لما معكم لتؤمنن</w:t>
      </w:r>
    </w:p>
    <w:p>
      <w:r>
        <w:rPr>
          <w:b/>
        </w:rPr>
        <w:t xml:space="preserve">[16:27] </w:t>
      </w:r>
      <w:r>
        <w:t>bihi wa latansurunnahu qala aaqrartum wa akhaztum ala zaleekum isri qalu</w:t>
      </w:r>
    </w:p>
    <w:p>
      <w:pPr>
        <w:jc w:val="right"/>
      </w:pPr>
      <w:r>
        <w:t>به ولتنصرنه قال ااقررتم واخذتم على ذلكم اصری قالوا</w:t>
      </w:r>
    </w:p>
    <w:p>
      <w:r>
        <w:rPr>
          <w:b/>
        </w:rPr>
        <w:t xml:space="preserve">[16:40] </w:t>
      </w:r>
      <w:r>
        <w:t>aqrarna qala fash-hadu wa ana ma'akum min</w:t>
      </w:r>
    </w:p>
    <w:p>
      <w:pPr>
        <w:jc w:val="right"/>
      </w:pPr>
      <w:r>
        <w:t>اقررنا قال فاشهدوا وانا معكم من</w:t>
      </w:r>
    </w:p>
    <w:p>
      <w:r>
        <w:rPr>
          <w:b/>
        </w:rPr>
        <w:t xml:space="preserve">[16:46] </w:t>
      </w:r>
      <w:r>
        <w:t>ash-shahideen faman tawalla ba'da zaleeka fa'ula'ika</w:t>
      </w:r>
    </w:p>
    <w:p>
      <w:pPr>
        <w:jc w:val="right"/>
      </w:pPr>
      <w:r>
        <w:t>الشاهدين فمن تولى بعد ذلك فاولئك</w:t>
      </w:r>
    </w:p>
    <w:p>
      <w:r>
        <w:rPr>
          <w:b/>
        </w:rPr>
        <w:t xml:space="preserve">[16:55] </w:t>
      </w:r>
      <w:r>
        <w:t>humul fasiqun afaghayra dini Allahi yabghoona wa lahul</w:t>
      </w:r>
    </w:p>
    <w:p>
      <w:pPr>
        <w:jc w:val="right"/>
      </w:pPr>
      <w:r>
        <w:t>هم الفاسقون افغير دين الله يبغون وله</w:t>
      </w:r>
    </w:p>
    <w:p>
      <w:r>
        <w:rPr>
          <w:b/>
        </w:rPr>
        <w:t xml:space="preserve">[17:05] </w:t>
      </w:r>
      <w:r>
        <w:t>aslama man fis samawati wal ardi taw'an wa karhan</w:t>
      </w:r>
    </w:p>
    <w:p>
      <w:pPr>
        <w:jc w:val="right"/>
      </w:pPr>
      <w:r>
        <w:t>اسلم من في السماوات والارض طوعا وكرها</w:t>
      </w:r>
    </w:p>
    <w:p>
      <w:r>
        <w:rPr>
          <w:b/>
        </w:rPr>
        <w:t xml:space="preserve">[17:12] </w:t>
      </w:r>
      <w:r>
        <w:t>wa lahul aslama man fis samawati wal ardi taw'an wa karhan</w:t>
      </w:r>
    </w:p>
    <w:p>
      <w:pPr>
        <w:jc w:val="right"/>
      </w:pPr>
      <w:r>
        <w:t>وله اسلم من في السماوات والارض طوعا وكرها</w:t>
      </w:r>
    </w:p>
    <w:p>
      <w:r>
        <w:rPr>
          <w:b/>
        </w:rPr>
        <w:t xml:space="preserve">[17:22] </w:t>
      </w:r>
      <w:r>
        <w:t>wa ilayhi yurja'oon qul amanna</w:t>
      </w:r>
    </w:p>
    <w:p>
      <w:pPr>
        <w:jc w:val="right"/>
      </w:pPr>
      <w:r>
        <w:t>واليه يرجعون قل امنا</w:t>
      </w:r>
    </w:p>
    <w:p>
      <w:r>
        <w:rPr>
          <w:b/>
        </w:rPr>
        <w:t xml:space="preserve">[17:29] </w:t>
      </w:r>
      <w:r>
        <w:t>billahi wa ma unzila</w:t>
      </w:r>
    </w:p>
    <w:p>
      <w:pPr>
        <w:jc w:val="right"/>
      </w:pPr>
      <w:r>
        <w:t>بالله وما انزل</w:t>
      </w:r>
    </w:p>
    <w:p>
      <w:r>
        <w:rPr>
          <w:b/>
        </w:rPr>
        <w:t xml:space="preserve">[17:33] </w:t>
      </w:r>
      <w:r>
        <w:t>alayna wa ma unzila ala</w:t>
      </w:r>
    </w:p>
    <w:p>
      <w:pPr>
        <w:jc w:val="right"/>
      </w:pPr>
      <w:r>
        <w:t>علينا وما انزل على</w:t>
      </w:r>
    </w:p>
    <w:p>
      <w:r>
        <w:rPr>
          <w:b/>
        </w:rPr>
        <w:t xml:space="preserve">[17:39] </w:t>
      </w:r>
      <w:r>
        <w:t>ibrahima wa isma'ila wa ishaqa</w:t>
      </w:r>
    </w:p>
    <w:p>
      <w:pPr>
        <w:jc w:val="right"/>
      </w:pPr>
      <w:r>
        <w:t>ابراهيم واسماعيل واسحاق</w:t>
      </w:r>
    </w:p>
    <w:p>
      <w:r>
        <w:rPr>
          <w:b/>
        </w:rPr>
        <w:t xml:space="preserve">[17:46] </w:t>
      </w:r>
      <w:r>
        <w:t>wa isma'ila wa ishaqa wa ya'quba wal-asbati wa ma</w:t>
      </w:r>
    </w:p>
    <w:p>
      <w:pPr>
        <w:jc w:val="right"/>
      </w:pPr>
      <w:r>
        <w:t>واسماعيل واسحاق ويعقوب والاسباط وما</w:t>
      </w:r>
    </w:p>
    <w:p>
      <w:r>
        <w:rPr>
          <w:b/>
        </w:rPr>
        <w:t xml:space="preserve">[17:53] </w:t>
      </w:r>
      <w:r>
        <w:t>utiya musa wa 'isa wan-nabiyyuna</w:t>
      </w:r>
    </w:p>
    <w:p>
      <w:pPr>
        <w:jc w:val="right"/>
      </w:pPr>
      <w:r>
        <w:t>اوتي موسى وعيسى والنبيون</w:t>
      </w:r>
    </w:p>
    <w:p>
      <w:r>
        <w:rPr>
          <w:b/>
        </w:rPr>
        <w:t xml:space="preserve">[17:58] </w:t>
      </w:r>
      <w:r>
        <w:t>min rabbihim la nufarriqu bayna ahadin minhum</w:t>
      </w:r>
    </w:p>
    <w:p>
      <w:pPr>
        <w:jc w:val="right"/>
      </w:pPr>
      <w:r>
        <w:t>من ربهم لا نفرق بين احد منهم</w:t>
      </w:r>
    </w:p>
    <w:p>
      <w:r>
        <w:rPr>
          <w:b/>
        </w:rPr>
        <w:t xml:space="preserve">[18:04] </w:t>
      </w:r>
      <w:r>
        <w:t>la nufarriqu bayna ahadin</w:t>
      </w:r>
    </w:p>
    <w:p>
      <w:pPr>
        <w:jc w:val="right"/>
      </w:pPr>
      <w:r>
        <w:t>لا نفرق بين احد</w:t>
      </w:r>
    </w:p>
    <w:p>
      <w:r>
        <w:rPr>
          <w:b/>
        </w:rPr>
        <w:t xml:space="preserve">[18:08] </w:t>
      </w:r>
      <w:r>
        <w:t>minhum wa nahnu lahu muslimuna</w:t>
      </w:r>
    </w:p>
    <w:p>
      <w:pPr>
        <w:jc w:val="right"/>
      </w:pPr>
      <w:r>
        <w:t>منهم ونحن له مسلمون</w:t>
      </w:r>
    </w:p>
    <w:p>
      <w:r>
        <w:rPr>
          <w:b/>
        </w:rPr>
        <w:t xml:space="preserve">[18:13] </w:t>
      </w:r>
      <w:r>
        <w:t>wa man yabtaghi ghayra al-islami dinan falan</w:t>
      </w:r>
    </w:p>
    <w:p>
      <w:pPr>
        <w:jc w:val="right"/>
      </w:pPr>
      <w:r>
        <w:t>ومن يبتغ غير الاسلام دينا فلن</w:t>
      </w:r>
    </w:p>
    <w:p>
      <w:r>
        <w:rPr>
          <w:b/>
        </w:rPr>
        <w:t xml:space="preserve">[18:19] </w:t>
      </w:r>
      <w:r>
        <w:t>yuqbala minhu wa huwa fil-akhirati minal-khasirina</w:t>
      </w:r>
    </w:p>
    <w:p>
      <w:pPr>
        <w:jc w:val="right"/>
      </w:pPr>
      <w:r>
        <w:t>يقبل منه وهو في الاخره من الخاسرين</w:t>
      </w:r>
    </w:p>
    <w:p>
      <w:r>
        <w:rPr>
          <w:b/>
        </w:rPr>
        <w:t xml:space="preserve">[18:26] </w:t>
      </w:r>
      <w:r>
        <w:t>kayfa yahdillahu qawman kafaroo ba'da imanimhim wa shahidoo</w:t>
      </w:r>
    </w:p>
    <w:p>
      <w:pPr>
        <w:jc w:val="right"/>
      </w:pPr>
      <w:r>
        <w:t>كيف يهدي الله قوما كفروا بعد ايمانهم وشهدوا</w:t>
      </w:r>
    </w:p>
    <w:p>
      <w:r>
        <w:rPr>
          <w:b/>
        </w:rPr>
        <w:t xml:space="preserve">[18:35] </w:t>
      </w:r>
      <w:r>
        <w:t>annar-rasula haqqan wa ja'ahum</w:t>
      </w:r>
    </w:p>
    <w:p>
      <w:pPr>
        <w:jc w:val="right"/>
      </w:pPr>
      <w:r>
        <w:t>ان الرسول حق وجاءهم</w:t>
      </w:r>
    </w:p>
    <w:p>
      <w:r>
        <w:rPr>
          <w:b/>
        </w:rPr>
        <w:t xml:space="preserve">[18:41] </w:t>
      </w:r>
      <w:r>
        <w:t>al-bayyinatu wallahu la yahdil-qawm-az-zalimina</w:t>
      </w:r>
    </w:p>
    <w:p>
      <w:pPr>
        <w:jc w:val="right"/>
      </w:pPr>
      <w:r>
        <w:t>البينات والله لا يهدي القوم الظالمين</w:t>
      </w:r>
    </w:p>
    <w:p>
      <w:r>
        <w:rPr>
          <w:b/>
        </w:rPr>
        <w:t xml:space="preserve">[18:50] </w:t>
      </w:r>
      <w:r>
        <w:t>ula'ika jaza'uhum annahum 'alayhim la'natullahi wal-mala'ikati</w:t>
      </w:r>
    </w:p>
    <w:p>
      <w:pPr>
        <w:jc w:val="right"/>
      </w:pPr>
      <w:r>
        <w:t>اولئك جزاؤهم ان عليهم لعنه الله والملائكه</w:t>
      </w:r>
    </w:p>
    <w:p>
      <w:r>
        <w:rPr>
          <w:b/>
        </w:rPr>
        <w:t xml:space="preserve">[19:02] </w:t>
      </w:r>
      <w:r>
        <w:t>wannasi ajma'ina khalidina</w:t>
      </w:r>
    </w:p>
    <w:p>
      <w:pPr>
        <w:jc w:val="right"/>
      </w:pPr>
      <w:r>
        <w:t>والناس اجمعين خالدين</w:t>
      </w:r>
    </w:p>
    <w:p>
      <w:r>
        <w:rPr>
          <w:b/>
        </w:rPr>
        <w:t xml:space="preserve">[19:07] </w:t>
      </w:r>
      <w:r>
        <w:t>fiha la yukhffafu 'anhumul-'adhabu wa la hum yunzaruuna</w:t>
      </w:r>
    </w:p>
    <w:p>
      <w:pPr>
        <w:jc w:val="right"/>
      </w:pPr>
      <w:r>
        <w:t>فيها لا يخفف عنهم العذاب ولا هم ينظرون</w:t>
      </w:r>
    </w:p>
    <w:p>
      <w:r>
        <w:rPr>
          <w:b/>
        </w:rPr>
        <w:t xml:space="preserve">[19:16] </w:t>
      </w:r>
      <w:r>
        <w:t>illa alladhina taboo min ba'di dhalika wa aslahoo fa innallaha ghafurur-rahim</w:t>
      </w:r>
    </w:p>
    <w:p>
      <w:pPr>
        <w:jc w:val="right"/>
      </w:pPr>
      <w:r>
        <w:t>الا الذين تابوا من بعد ذلك واصلحوا فان الله غفور رحيم</w:t>
      </w:r>
    </w:p>
    <w:p>
      <w:r>
        <w:rPr>
          <w:b/>
        </w:rPr>
        <w:t xml:space="preserve">[19:27] </w:t>
      </w:r>
      <w:r>
        <w:t>innalladhina kafaroo ba'da imanimhim thumma-zdadoo kufran lan tuqbala tawbatuhum wa ula'ika</w:t>
      </w:r>
    </w:p>
    <w:p>
      <w:pPr>
        <w:jc w:val="right"/>
      </w:pPr>
      <w:r>
        <w:t>ان الذين كفروا بعد ايمانهم ثم ازدادوا كفرا لن تقبل توبتهم واولئك</w:t>
      </w:r>
    </w:p>
    <w:p>
      <w:r>
        <w:rPr>
          <w:b/>
        </w:rPr>
        <w:t xml:space="preserve">[19:40] </w:t>
      </w:r>
      <w:r>
        <w:t>hum-ad-daluna innalladhina kafaroo wa matoo wa hum kuffarun</w:t>
      </w:r>
    </w:p>
    <w:p>
      <w:pPr>
        <w:jc w:val="right"/>
      </w:pPr>
      <w:r>
        <w:t>هم الضالون ان الذين كفروا وماتوا وهم كفار</w:t>
      </w:r>
    </w:p>
    <w:p>
      <w:r>
        <w:rPr>
          <w:b/>
        </w:rPr>
        <w:t xml:space="preserve">[19:53] </w:t>
      </w:r>
      <w:r>
        <w:t>falan</w:t>
      </w:r>
    </w:p>
    <w:p>
      <w:pPr>
        <w:jc w:val="right"/>
      </w:pPr>
      <w:r>
        <w:t>فلن</w:t>
      </w:r>
    </w:p>
    <w:p>
      <w:r>
        <w:rPr>
          <w:b/>
        </w:rPr>
        <w:t xml:space="preserve">[19:54] </w:t>
      </w:r>
      <w:r>
        <w:t>yaqbal min ahaduhum mil al ardh dhahaba walaw iftada bihi ulaiika lahum azabun alimun wama lahum min nasirin</w:t>
      </w:r>
    </w:p>
    <w:p>
      <w:pPr>
        <w:jc w:val="right"/>
      </w:pPr>
      <w:r>
        <w:t>يقبل من احدهم ملء الارض ذهبا ولو افتدى به اولئك لهم عذاب اليم وما لهم من ناصرين</w:t>
      </w:r>
    </w:p>
    <w:p>
      <w:r>
        <w:rPr>
          <w:b/>
        </w:rPr>
        <w:t xml:space="preserve">[20:14] </w:t>
      </w:r>
      <w:r>
        <w:t>aur jab Allah ne peghambaron ka ahad liya ke jo kuch mein ne tum ko kitab aur hikmat</w:t>
      </w:r>
    </w:p>
    <w:p>
      <w:pPr>
        <w:jc w:val="right"/>
      </w:pPr>
      <w:r>
        <w:t>اور جب اللہ نے پیغمبروں کا عہد لیا کہ جو کچھ میں نے تم کو کتاب اور حکمت</w:t>
      </w:r>
    </w:p>
    <w:p>
      <w:r>
        <w:rPr>
          <w:b/>
        </w:rPr>
        <w:t xml:space="preserve">[20:21] </w:t>
      </w:r>
      <w:r>
        <w:t>di phir tumhare pas peghambar aaye jo sacha sabit kare un ki shinguiyon ko jo tumhare pas hain</w:t>
      </w:r>
    </w:p>
    <w:p>
      <w:pPr>
        <w:jc w:val="right"/>
      </w:pPr>
      <w:r>
        <w:t>دی پھر تمہارے پاس پیغمبر ائے جو سچا ثابت کرے ان کی شنگوئیوں کو جو تمہارے پاس ہیں</w:t>
      </w:r>
    </w:p>
    <w:p>
      <w:r>
        <w:rPr>
          <w:b/>
        </w:rPr>
        <w:t xml:space="preserve">[20:31] </w:t>
      </w:r>
      <w:r>
        <w:t>to tum us par imaan lao ge aur us ki madad karo ge Allah ne kaha kya tum</w:t>
      </w:r>
    </w:p>
    <w:p>
      <w:pPr>
        <w:jc w:val="right"/>
      </w:pPr>
      <w:r>
        <w:t>تو تم اس پر ایمان لاؤ گے اور اس کی مدد کرو گے اللہ نے کہا کیا تم</w:t>
      </w:r>
    </w:p>
    <w:p>
      <w:r>
        <w:rPr>
          <w:b/>
        </w:rPr>
        <w:t xml:space="preserve">[20:38] </w:t>
      </w:r>
      <w:r>
        <w:t>ne iqrar kiya aur us par mera ahad qabool kiya unhon ne kaha hum iqrar karte hain farmaya</w:t>
      </w:r>
    </w:p>
    <w:p>
      <w:pPr>
        <w:jc w:val="right"/>
      </w:pPr>
      <w:r>
        <w:t>نے اقرار کیا اور اس پر میرا عہد قبول کیا انہوں نے کہا ہم اقرار کرتے ہیں فرمایا</w:t>
      </w:r>
    </w:p>
    <w:p>
      <w:r>
        <w:rPr>
          <w:b/>
        </w:rPr>
        <w:t xml:space="preserve">[20:47] </w:t>
      </w:r>
      <w:r>
        <w:t>ab gawah raho aur mein bhi tumhare sath gawah hoon</w:t>
      </w:r>
    </w:p>
    <w:p>
      <w:pPr>
        <w:jc w:val="right"/>
      </w:pPr>
      <w:r>
        <w:t>اب گواہ رہو اور میں بھی تمہارے ساتھ گواہ ہوں</w:t>
      </w:r>
    </w:p>
    <w:p>
      <w:r>
        <w:rPr>
          <w:b/>
        </w:rPr>
        <w:t xml:space="preserve">[20:52] </w:t>
      </w:r>
      <w:r>
        <w:t>pas jo shakhs phir jaye to aise hi log nafarman hain</w:t>
      </w:r>
    </w:p>
    <w:p>
      <w:pPr>
        <w:jc w:val="right"/>
      </w:pPr>
      <w:r>
        <w:t>پس جو شخص پھر جائے تو ایسے ہی لوگ نافرمان ہیں</w:t>
      </w:r>
    </w:p>
    <w:p>
      <w:r>
        <w:rPr>
          <w:b/>
        </w:rPr>
        <w:t xml:space="preserve">[20:58] </w:t>
      </w:r>
      <w:r>
        <w:t>kya yeh log</w:t>
      </w:r>
    </w:p>
    <w:p>
      <w:pPr>
        <w:jc w:val="right"/>
      </w:pPr>
      <w:r>
        <w:t>کیا یہ لوگ</w:t>
      </w:r>
    </w:p>
    <w:p>
      <w:r>
        <w:rPr>
          <w:b/>
        </w:rPr>
        <w:t xml:space="preserve">[20:59] </w:t>
      </w:r>
      <w:r>
        <w:t>allah ke deen ke siwa koi aur deen chahte hain halankeh isi ke hukum mein hai jo koi</w:t>
      </w:r>
    </w:p>
    <w:p>
      <w:pPr>
        <w:jc w:val="right"/>
      </w:pPr>
      <w:r>
        <w:t>اللہ کے دین کے سوا کوئی اور دین چاہتے ہیں حالانکہ اسی کے حکم میں ہے جو کوئی</w:t>
      </w:r>
    </w:p>
    <w:p>
      <w:r>
        <w:rPr>
          <w:b/>
        </w:rPr>
        <w:t xml:space="preserve">[21:08] </w:t>
      </w:r>
      <w:r>
        <w:t>asman aur zameen mein hai khushi se ya nakhushi se aur sab isi ki taraf lotaye jayenge</w:t>
      </w:r>
    </w:p>
    <w:p>
      <w:pPr>
        <w:jc w:val="right"/>
      </w:pPr>
      <w:r>
        <w:t>اسمان اور زمین میں ہے خوشی سے یا ناخوشی سے اور سب اسی کی طرف لوٹائے جائیں گے</w:t>
      </w:r>
    </w:p>
    <w:p>
      <w:r>
        <w:rPr>
          <w:b/>
        </w:rPr>
        <w:t xml:space="preserve">[21:17] </w:t>
      </w:r>
      <w:r>
        <w:t>kaho hum allah par iman laye aur is par jo hamare upar utara gaya aur jo utara gaya</w:t>
      </w:r>
    </w:p>
    <w:p>
      <w:pPr>
        <w:jc w:val="right"/>
      </w:pPr>
      <w:r>
        <w:t>کہو ہم اللہ پر ایمان لائے اور اس پر جو ہمارے اوپر اتارا گیا اور جو اتارا گیا</w:t>
      </w:r>
    </w:p>
    <w:p>
      <w:r>
        <w:rPr>
          <w:b/>
        </w:rPr>
        <w:t xml:space="preserve">[21:25] </w:t>
      </w:r>
      <w:r>
        <w:t>ibrahim par ismail par ishaq par aur yaqoob par aur aulad yaqoob par aur jo diya gaya musa</w:t>
      </w:r>
    </w:p>
    <w:p>
      <w:pPr>
        <w:jc w:val="right"/>
      </w:pPr>
      <w:r>
        <w:t>ابراہیم پر اسماعیل پر اسحاق پر اور یعقوب پر اور اولاد یعقوب پر اور جو دیا گیا موسی</w:t>
      </w:r>
    </w:p>
    <w:p>
      <w:r>
        <w:rPr>
          <w:b/>
        </w:rPr>
        <w:t xml:space="preserve">[21:36] </w:t>
      </w:r>
      <w:r>
        <w:t>aur isa aur doosre nabiyon ko un ke rab ki taraf se hum un ke darmiyan farq nahi</w:t>
      </w:r>
    </w:p>
    <w:p>
      <w:pPr>
        <w:jc w:val="right"/>
      </w:pPr>
      <w:r>
        <w:t>اور عیسی اور دوسرے نبیوں کو ان کے رب کی طرف سے ہم ان کے درمیان فرق نہیں</w:t>
      </w:r>
    </w:p>
    <w:p>
      <w:r>
        <w:rPr>
          <w:b/>
        </w:rPr>
        <w:t xml:space="preserve">[21:45] </w:t>
      </w:r>
      <w:r>
        <w:t>karte</w:t>
      </w:r>
    </w:p>
    <w:p>
      <w:pPr>
        <w:jc w:val="right"/>
      </w:pPr>
      <w:r>
        <w:t>کرتے</w:t>
      </w:r>
    </w:p>
    <w:p>
      <w:r>
        <w:rPr>
          <w:b/>
        </w:rPr>
        <w:t xml:space="preserve">[21:46] </w:t>
      </w:r>
      <w:r>
        <w:t>aur hum isi ke farmanbardar hain aur jo shakhs islam ke siwa kisi doosre deen ko chahega</w:t>
      </w:r>
    </w:p>
    <w:p>
      <w:pPr>
        <w:jc w:val="right"/>
      </w:pPr>
      <w:r>
        <w:t>اور ہم اسی کے فرمانبردار ہیں اور جو شخص اسلام کے سوا کسی دوسرے دین کو چاہے گا</w:t>
      </w:r>
    </w:p>
    <w:p>
      <w:r>
        <w:rPr>
          <w:b/>
        </w:rPr>
        <w:t xml:space="preserve">[21:54] </w:t>
      </w:r>
      <w:r>
        <w:t>to woh is se hargiz qabool na kiya jayega aur woh akhirat mein namuradon mein se hoga</w:t>
      </w:r>
    </w:p>
    <w:p>
      <w:pPr>
        <w:jc w:val="right"/>
      </w:pPr>
      <w:r>
        <w:t>تو وہ اس سے ہرگز قبول نہ کیا جائے گا اور وہ اخرت میں نامرادوں میں سے ہوگا</w:t>
      </w:r>
    </w:p>
    <w:p>
      <w:r>
        <w:rPr>
          <w:b/>
        </w:rPr>
        <w:t xml:space="preserve">[22:03] </w:t>
      </w:r>
      <w:r>
        <w:t>allah kyun kar aise logon ko hidayat dega jo iman lane ke baad munkir ho gaye halankeh</w:t>
      </w:r>
    </w:p>
    <w:p>
      <w:pPr>
        <w:jc w:val="right"/>
      </w:pPr>
      <w:r>
        <w:t>اللہ کیوں کر ایسے لوگوں کو ہدایت دے گا جو ایمان لانے کے بعد منکر ہو گئے حالانکہ</w:t>
      </w:r>
    </w:p>
    <w:p>
      <w:r>
        <w:rPr>
          <w:b/>
        </w:rPr>
        <w:t xml:space="preserve">[22:11] </w:t>
      </w:r>
      <w:r>
        <w:t>woh gawahi de chuke ke yeh rasool barhaq hai aur us ke paas roshan nishaniyan achuki hain aur</w:t>
      </w:r>
    </w:p>
    <w:p>
      <w:pPr>
        <w:jc w:val="right"/>
      </w:pPr>
      <w:r>
        <w:t>وہ گواہی دے چکے کہ یہ رسول برحق ہے اور اس کے پاس روشن نشانیاں اچکی ہیں اور</w:t>
      </w:r>
    </w:p>
    <w:p>
      <w:r>
        <w:rPr>
          <w:b/>
        </w:rPr>
        <w:t xml:space="preserve">[22:20] </w:t>
      </w:r>
      <w:r>
        <w:t>allah zalimon ko hidayat nahi deta aise logon ki saza yeh hai ke un par allah ki is</w:t>
      </w:r>
    </w:p>
    <w:p>
      <w:pPr>
        <w:jc w:val="right"/>
      </w:pPr>
      <w:r>
        <w:t>اللہ ظالموں کو ہدایت نہیں دیتا ایسے لوگوں کی سزا یہ ہے کہ ان پر اللہ کی اس</w:t>
      </w:r>
    </w:p>
    <w:p>
      <w:r>
        <w:rPr>
          <w:b/>
        </w:rPr>
        <w:t xml:space="preserve">[22:28] </w:t>
      </w:r>
      <w:r>
        <w:t>ke farishton ki aur sare insanon</w:t>
      </w:r>
    </w:p>
    <w:p>
      <w:pPr>
        <w:jc w:val="right"/>
      </w:pPr>
      <w:r>
        <w:t>کے فرشتوں کی اور سارے انسانوں</w:t>
      </w:r>
    </w:p>
    <w:p>
      <w:r>
        <w:rPr>
          <w:b/>
        </w:rPr>
        <w:t xml:space="preserve">[22:31] </w:t>
      </w:r>
      <w:r>
        <w:t>ki lanat hogi woh is mein hamesha rahenge na un ka azab halka kiya jayega aur</w:t>
      </w:r>
    </w:p>
    <w:p>
      <w:pPr>
        <w:jc w:val="right"/>
      </w:pPr>
      <w:r>
        <w:t>کی لعنت ہوگی وہ اس میں ہمیشہ رہیں گے نہ ان کا عذاب ہلکا کیا جائے گا اور</w:t>
      </w:r>
    </w:p>
    <w:p>
      <w:r>
        <w:rPr>
          <w:b/>
        </w:rPr>
        <w:t xml:space="preserve">[22:39] </w:t>
      </w:r>
      <w:r>
        <w:t>na un ko muhlat di jayegi albattah jo log is ke baad toba kar lein aur apni</w:t>
      </w:r>
    </w:p>
    <w:p>
      <w:pPr>
        <w:jc w:val="right"/>
      </w:pPr>
      <w:r>
        <w:t>نہ ان کو مہلت دی جائے گی البتہ جو لوگ اس کے بعد توبہ کر لیں اور اپنی</w:t>
      </w:r>
    </w:p>
    <w:p>
      <w:r>
        <w:rPr>
          <w:b/>
        </w:rPr>
        <w:t xml:space="preserve">[22:48] </w:t>
      </w:r>
      <w:r>
        <w:t>islaah kar lein to beshak allah bakhsne wala meharban hai beshak jo log iman lane ke</w:t>
      </w:r>
    </w:p>
    <w:p>
      <w:pPr>
        <w:jc w:val="right"/>
      </w:pPr>
      <w:r>
        <w:t>اصلاح کر لیں تو بے شک اللہ بخشنے والا مہربان ہے بے شک جو لوگ ایمان لانے کے</w:t>
      </w:r>
    </w:p>
    <w:p>
      <w:r>
        <w:rPr>
          <w:b/>
        </w:rPr>
        <w:t xml:space="preserve">[22:56] </w:t>
      </w:r>
      <w:r>
        <w:t>baad munkir ho gaye phir kufr mein badhte rahe un ki toba hargiz qabool na ki jayegi</w:t>
      </w:r>
    </w:p>
    <w:p>
      <w:pPr>
        <w:jc w:val="right"/>
      </w:pPr>
      <w:r>
        <w:t>بعد منکر ہو گئے پھر کفر میں بڑھتے رہے ان کی توبہ ہرگز قبول نہ کی جائے گی</w:t>
      </w:r>
    </w:p>
    <w:p>
      <w:r>
        <w:rPr>
          <w:b/>
        </w:rPr>
        <w:t xml:space="preserve">[23:05] </w:t>
      </w:r>
      <w:r>
        <w:t>aur yahi log gumrah hain</w:t>
      </w:r>
    </w:p>
    <w:p>
      <w:pPr>
        <w:jc w:val="right"/>
      </w:pPr>
      <w:r>
        <w:t>اور یہی لوگ گمراہ ہیں</w:t>
      </w:r>
    </w:p>
    <w:p>
      <w:r>
        <w:rPr>
          <w:b/>
        </w:rPr>
        <w:t xml:space="preserve">[23:09] </w:t>
      </w:r>
      <w:r>
        <w:t>beshak jin logon ne inkar kiya aur inkar ki halat mein mar gaye agar woh zameen par</w:t>
      </w:r>
    </w:p>
    <w:p>
      <w:pPr>
        <w:jc w:val="right"/>
      </w:pPr>
      <w:r>
        <w:t>بے شک جن لوگوں نے انکار کیا اور انکار کی حالت میں مر گئے اگر وہ زمین پر</w:t>
      </w:r>
    </w:p>
    <w:p>
      <w:r>
        <w:rPr>
          <w:b/>
        </w:rPr>
        <w:t xml:space="preserve">[23:15] </w:t>
      </w:r>
      <w:r>
        <w:t>sona bhi fidya mein</w:t>
      </w:r>
    </w:p>
    <w:p>
      <w:pPr>
        <w:jc w:val="right"/>
      </w:pPr>
      <w:r>
        <w:t>سونا بھی فدیہ میں</w:t>
      </w:r>
    </w:p>
    <w:p>
      <w:r>
        <w:rPr>
          <w:b/>
        </w:rPr>
        <w:t xml:space="preserve">[23:16] </w:t>
      </w:r>
      <w:r>
        <w:t>deen to qabool na kiya jayega un ke liye dardnak azab hai aur un ka koi madadgar na hoga</w:t>
      </w:r>
    </w:p>
    <w:p>
      <w:pPr>
        <w:jc w:val="right"/>
      </w:pPr>
      <w:r>
        <w:t>دیں تو قبول نہ کیا جائے گا ان کے لیے دردناک عذاب ہے اور ان کا کوئی مددگار نہ ہوگا</w:t>
      </w:r>
    </w:p>
    <w:p>
      <w:r>
        <w:rPr>
          <w:b/>
        </w:rPr>
        <w:t xml:space="preserve">[23:28] </w:t>
      </w:r>
      <w:r>
        <w:t>tashreeh allah ko pana ek abadi haqeeqat ko pana hai yeh poori kainaat ka hamsafar banna hai</w:t>
      </w:r>
    </w:p>
    <w:p>
      <w:pPr>
        <w:jc w:val="right"/>
      </w:pPr>
      <w:r>
        <w:t>تشریح اللہ کو پانا ایک ابدی حقیقت کو پانا ہے یہ پوری کائنات کا ہمسفر بننا ہے</w:t>
      </w:r>
    </w:p>
    <w:p>
      <w:r>
        <w:rPr>
          <w:b/>
        </w:rPr>
        <w:t xml:space="preserve">[23:39] </w:t>
      </w:r>
      <w:r>
        <w:t>jo log is tarah allah ko pa lein woh har qism ke taassubat se upar uth jate hain</w:t>
      </w:r>
    </w:p>
    <w:p>
      <w:pPr>
        <w:jc w:val="right"/>
      </w:pPr>
      <w:r>
        <w:t>جو لوگ اس طرح اللہ کو پا لیں وہ ہر قسم کے تعصبات سے اوپر اٹھ جاتے ہیں</w:t>
      </w:r>
    </w:p>
    <w:p>
      <w:r>
        <w:rPr>
          <w:b/>
        </w:rPr>
        <w:t xml:space="preserve">[23:47] </w:t>
      </w:r>
      <w:r>
        <w:t>woh haq ko har haal mein pehchan lete hain chahe uska paigham israili peghambar ki zuban se</w:t>
      </w:r>
    </w:p>
    <w:p>
      <w:pPr>
        <w:jc w:val="right"/>
      </w:pPr>
      <w:r>
        <w:t>وہ حق کو ہر حال میں پہچان لیتے ہیں چاہے اس کا پیغام اسرائیلی پیغمبر کی زبان سے</w:t>
      </w:r>
    </w:p>
    <w:p>
      <w:r>
        <w:rPr>
          <w:b/>
        </w:rPr>
        <w:t xml:space="preserve">[23:54] </w:t>
      </w:r>
      <w:r>
        <w:t>buland ho ya ismaili peghambar ki zuban se</w:t>
      </w:r>
    </w:p>
    <w:p>
      <w:pPr>
        <w:jc w:val="right"/>
      </w:pPr>
      <w:r>
        <w:t>بلند ہو یا اسماعیلی پیغمبر کی زبان سے</w:t>
      </w:r>
    </w:p>
    <w:p>
      <w:r>
        <w:rPr>
          <w:b/>
        </w:rPr>
        <w:t xml:space="preserve">[23:59] </w:t>
      </w:r>
      <w:r>
        <w:t>magar jo log giroh parasti ke satah par jee rahe hon haq un ko haq ki surat mein</w:t>
      </w:r>
    </w:p>
    <w:p>
      <w:pPr>
        <w:jc w:val="right"/>
      </w:pPr>
      <w:r>
        <w:t>مگر جو لوگ گروہ پرستی کے سطح پر جی رہے ہوں حق ان کو حق کی صورت میں</w:t>
      </w:r>
    </w:p>
    <w:p>
      <w:r>
        <w:rPr>
          <w:b/>
        </w:rPr>
        <w:t xml:space="preserve">[24:06] </w:t>
      </w:r>
      <w:r>
        <w:t>sirf is waqt nazar aata hai jab ke woh un ke apne giroh ke kisi fard ki taraf</w:t>
      </w:r>
    </w:p>
    <w:p>
      <w:pPr>
        <w:jc w:val="right"/>
      </w:pPr>
      <w:r>
        <w:t>صرف اس وقت نظر اتا ہے جب کہ وہ ان کے اپنے گروہ کے کسی فرد کی طرف</w:t>
      </w:r>
    </w:p>
    <w:p>
      <w:r>
        <w:rPr>
          <w:b/>
        </w:rPr>
        <w:t xml:space="preserve">[24:13] </w:t>
      </w:r>
      <w:r>
        <w:t>se aaye Allah</w:t>
      </w:r>
    </w:p>
    <w:p>
      <w:pPr>
        <w:jc w:val="right"/>
      </w:pPr>
      <w:r>
        <w:t>سے ائے اللہ</w:t>
      </w:r>
    </w:p>
    <w:p>
      <w:r>
        <w:rPr>
          <w:b/>
        </w:rPr>
        <w:t xml:space="preserve">[24:15] </w:t>
      </w:r>
      <w:r>
        <w:t>agar un ke giroh se bahar kisi shakhs ko apne paigham ki paigham rasani ke liye uthaye to</w:t>
      </w:r>
    </w:p>
    <w:p>
      <w:pPr>
        <w:jc w:val="right"/>
      </w:pPr>
      <w:r>
        <w:t>اگر ان کے گروہ سے باہر کسی شخص کو اپنے پیغام کی پیغام رسانی کے لیے اٹھائے تو</w:t>
      </w:r>
    </w:p>
    <w:p>
      <w:r>
        <w:rPr>
          <w:b/>
        </w:rPr>
        <w:t xml:space="preserve">[24:22] </w:t>
      </w:r>
      <w:r>
        <w:t>aisa paigham un ke zehan ka juz nahi banta hatta ke us waqt bhi nahi jab ke un</w:t>
      </w:r>
    </w:p>
    <w:p>
      <w:pPr>
        <w:jc w:val="right"/>
      </w:pPr>
      <w:r>
        <w:t>ایسا پیغام ان کے ذہن کا جز نہیں بنتا حتی کہ اس وقت بھی نہیں جب کہ ان</w:t>
      </w:r>
    </w:p>
    <w:p>
      <w:r>
        <w:rPr>
          <w:b/>
        </w:rPr>
        <w:t xml:space="preserve">[24:30] </w:t>
      </w:r>
      <w:r>
        <w:t>ka dil us ke haq o sadaqat hone ki gawahi de raha ho</w:t>
      </w:r>
    </w:p>
    <w:p>
      <w:pPr>
        <w:jc w:val="right"/>
      </w:pPr>
      <w:r>
        <w:t>کا دل اس کے حق و صداقت ہونے کی گواہی دے رہا ہو</w:t>
      </w:r>
    </w:p>
    <w:p>
      <w:r>
        <w:rPr>
          <w:b/>
        </w:rPr>
        <w:t xml:space="preserve">[24:35] </w:t>
      </w:r>
      <w:r>
        <w:t>aise log khwah apne ko manne walon mein shumar karen magar Allah ke yahan un ka naam na</w:t>
      </w:r>
    </w:p>
    <w:p>
      <w:pPr>
        <w:jc w:val="right"/>
      </w:pPr>
      <w:r>
        <w:t>ایسے لوگ خواہ اپنے کو ماننے والوں میں شمار کریں مگر اللہ کے یہاں ان کا نام نہ</w:t>
      </w:r>
    </w:p>
    <w:p>
      <w:r>
        <w:rPr>
          <w:b/>
        </w:rPr>
        <w:t xml:space="preserve">[24:45] </w:t>
      </w:r>
      <w:r>
        <w:t>mannne walon mein likha jata hai kyunke unhon ne haq ko apne giroh ki nisbat se jana na</w:t>
      </w:r>
    </w:p>
    <w:p>
      <w:pPr>
        <w:jc w:val="right"/>
      </w:pPr>
      <w:r>
        <w:t>ماننے والوں میں لکھا جاتا ہے کیونکہ انہوں نے حق کو اپنے گروہ کی نسبت سے جانا نہ</w:t>
      </w:r>
    </w:p>
    <w:p>
      <w:r>
        <w:rPr>
          <w:b/>
        </w:rPr>
        <w:t xml:space="preserve">[24:52] </w:t>
      </w:r>
      <w:r>
        <w:t>ke Allah ki nisbat se</w:t>
      </w:r>
    </w:p>
    <w:p>
      <w:pPr>
        <w:jc w:val="right"/>
      </w:pPr>
      <w:r>
        <w:t>کہ اللہ کی نسبت سے</w:t>
      </w:r>
    </w:p>
    <w:p>
      <w:r>
        <w:rPr>
          <w:b/>
        </w:rPr>
        <w:t xml:space="preserve">[24:56] </w:t>
      </w:r>
      <w:r>
        <w:t>aise haq ka iqrar na karna jis ke haq hone par aadmi</w:t>
      </w:r>
    </w:p>
    <w:p>
      <w:pPr>
        <w:jc w:val="right"/>
      </w:pPr>
      <w:r>
        <w:t>ایسے حق کا اقرار نہ کرنا جس کے حق ہونے پر ادمی</w:t>
      </w:r>
    </w:p>
    <w:p>
      <w:r>
        <w:rPr>
          <w:b/>
        </w:rPr>
        <w:t xml:space="preserve">[25:00] </w:t>
      </w:r>
      <w:r>
        <w:t>ke dil ne gawahi di ho allah ke nazdeek badtareen jurm hai aise log akhirat mein itne zaleel hon ge ke allah aur us ki tamam makhluqat is par lanat karen gi</w:t>
      </w:r>
    </w:p>
    <w:p>
      <w:pPr>
        <w:jc w:val="right"/>
      </w:pPr>
      <w:r>
        <w:t>کے دل نے گواہی دی ہو اللہ کے نزدیک بدترین جرم ہے ایسے لوگ اخرت میں اتنے ذلیل ہوں گے کہ اللہ اور اس کی تمام مخلوقات اس پر لعنت کریں گی</w:t>
      </w:r>
    </w:p>
    <w:p>
      <w:r>
        <w:rPr>
          <w:b/>
        </w:rPr>
        <w:t xml:space="preserve">[25:18] </w:t>
      </w:r>
      <w:r>
        <w:t>apne se bahar zahir hone wale haq ka etaraf na karna bazahir apne iman ko bachana hai magar</w:t>
      </w:r>
    </w:p>
    <w:p>
      <w:pPr>
        <w:jc w:val="right"/>
      </w:pPr>
      <w:r>
        <w:t>اپنے سے باہر ظاہر ہونے والے حق کا اعتراف نہ کرنا بظاہر اپنے ایمان کو بچانا ہے مگر</w:t>
      </w:r>
    </w:p>
    <w:p>
      <w:r>
        <w:rPr>
          <w:b/>
        </w:rPr>
        <w:t xml:space="preserve">[25:29] </w:t>
      </w:r>
      <w:r>
        <w:t>haqiqatan yeh apne iman ko barbad karna hai</w:t>
      </w:r>
    </w:p>
    <w:p>
      <w:pPr>
        <w:jc w:val="right"/>
      </w:pPr>
      <w:r>
        <w:t>حقیقتا یہ اپنے ایمان کو برباد کرنا ہے</w:t>
      </w:r>
    </w:p>
    <w:p>
      <w:r>
        <w:rPr>
          <w:b/>
        </w:rPr>
        <w:t xml:space="preserve">[25:34] </w:t>
      </w:r>
      <w:r>
        <w:t>Allah ka momin banda Allah ke musalsal faizaan par jeeta hai phir jo shakhs apne ko khud parasti</w:t>
      </w:r>
    </w:p>
    <w:p>
      <w:pPr>
        <w:jc w:val="right"/>
      </w:pPr>
      <w:r>
        <w:t>اللہ کا مومن بندہ اللہ کے مسلسل فیضان پر جیتا ہے پھر جو شخص اپنے کو خود پرستی</w:t>
      </w:r>
    </w:p>
    <w:p>
      <w:r>
        <w:rPr>
          <w:b/>
        </w:rPr>
        <w:t xml:space="preserve">[25:43] </w:t>
      </w:r>
      <w:r>
        <w:t>aur giroh parasti ke khol mein band kar le us ke andar Allah ka faizaan kis raste se</w:t>
      </w:r>
    </w:p>
    <w:p>
      <w:pPr>
        <w:jc w:val="right"/>
      </w:pPr>
      <w:r>
        <w:t>اور گروہ پرستی کے خول میں بند کر لے اس کے اندر اللہ کا فیضان کس راستے سے</w:t>
      </w:r>
    </w:p>
    <w:p>
      <w:r>
        <w:rPr>
          <w:b/>
        </w:rPr>
        <w:t xml:space="preserve">[25:50] </w:t>
      </w:r>
      <w:r>
        <w:t>daakhil hoga aur Allah ke faizaan se mehroomi ke baad woh kya cheez hogi jo us ke iman</w:t>
      </w:r>
    </w:p>
    <w:p>
      <w:pPr>
        <w:jc w:val="right"/>
      </w:pPr>
      <w:r>
        <w:t>داخل ہوگا اور اللہ کے فیضان سے محرومی کے بعد وہ کیا چیز ہوگی جو اس کے ایمان</w:t>
      </w:r>
    </w:p>
    <w:p>
      <w:r>
        <w:rPr>
          <w:b/>
        </w:rPr>
        <w:t xml:space="preserve">[25:59] </w:t>
      </w:r>
      <w:r>
        <w:t>ki parwarish kare</w:t>
      </w:r>
    </w:p>
    <w:p>
      <w:pPr>
        <w:jc w:val="right"/>
      </w:pPr>
      <w:r>
        <w:t>کی پرورش کرے</w:t>
      </w:r>
    </w:p>
    <w:p>
      <w:r>
        <w:rPr>
          <w:b/>
        </w:rPr>
        <w:t xml:space="preserve">[26:03] </w:t>
      </w:r>
      <w:r>
        <w:t>lan tanalu al birra hatta tunfiqu</w:t>
      </w:r>
    </w:p>
    <w:p>
      <w:pPr>
        <w:jc w:val="right"/>
      </w:pPr>
      <w:r>
        <w:t>لن تنالوا البر حتى تنفقوا</w:t>
      </w:r>
    </w:p>
    <w:p>
      <w:r>
        <w:rPr>
          <w:b/>
        </w:rPr>
        <w:t xml:space="preserve">[26:07] </w:t>
      </w:r>
      <w:r>
        <w:t>mimma tuhibbun wa ma tunfiqu</w:t>
      </w:r>
    </w:p>
    <w:p>
      <w:pPr>
        <w:jc w:val="right"/>
      </w:pPr>
      <w:r>
        <w:t>مما تحبون وما تنفقوا</w:t>
      </w:r>
    </w:p>
    <w:p>
      <w:r>
        <w:rPr>
          <w:b/>
        </w:rPr>
        <w:t xml:space="preserve">[26:14] </w:t>
      </w:r>
      <w:r>
        <w:t>min shay in fa Allah bihi aleem</w:t>
      </w:r>
    </w:p>
    <w:p>
      <w:pPr>
        <w:jc w:val="right"/>
      </w:pPr>
      <w:r>
        <w:t>من شيء فان اللہ به عليم</w:t>
      </w:r>
    </w:p>
    <w:p>
      <w:r>
        <w:rPr>
          <w:b/>
        </w:rPr>
        <w:t xml:space="preserve">[26:22] </w:t>
      </w:r>
      <w:r>
        <w:t>kullu al ta'ami kana hullan li bani</w:t>
      </w:r>
    </w:p>
    <w:p>
      <w:pPr>
        <w:jc w:val="right"/>
      </w:pPr>
      <w:r>
        <w:t>كل الطعام كان حلا لبني</w:t>
      </w:r>
    </w:p>
    <w:p>
      <w:r>
        <w:rPr>
          <w:b/>
        </w:rPr>
        <w:t xml:space="preserve">[26:27] </w:t>
      </w:r>
      <w:r>
        <w:t>isra'eel illa ma harrama isra'eel</w:t>
      </w:r>
    </w:p>
    <w:p>
      <w:pPr>
        <w:jc w:val="right"/>
      </w:pPr>
      <w:r>
        <w:t>اسرائیل الا ما حرم اسرائیل</w:t>
      </w:r>
    </w:p>
    <w:p>
      <w:r>
        <w:rPr>
          <w:b/>
        </w:rPr>
        <w:t xml:space="preserve">[26:35] </w:t>
      </w:r>
      <w:r>
        <w:t>ala nafsihi illa ma harrama isra'eel</w:t>
      </w:r>
    </w:p>
    <w:p>
      <w:pPr>
        <w:jc w:val="right"/>
      </w:pPr>
      <w:r>
        <w:t>على نفسه الا ما حرم اسرائیل</w:t>
      </w:r>
    </w:p>
    <w:p>
      <w:r>
        <w:rPr>
          <w:b/>
        </w:rPr>
        <w:t xml:space="preserve">[26:42] </w:t>
      </w:r>
      <w:r>
        <w:t>ala nafsihi min qabl an tunzila al tawrah</w:t>
      </w:r>
    </w:p>
    <w:p>
      <w:pPr>
        <w:jc w:val="right"/>
      </w:pPr>
      <w:r>
        <w:t>على نفسه من قبل ان تنزل التوراه</w:t>
      </w:r>
    </w:p>
    <w:p>
      <w:r>
        <w:rPr>
          <w:b/>
        </w:rPr>
        <w:t xml:space="preserve">[26:50] </w:t>
      </w:r>
      <w:r>
        <w:t>qul fatu bi al toraati fatluha</w:t>
      </w:r>
    </w:p>
    <w:p>
      <w:pPr>
        <w:jc w:val="right"/>
      </w:pPr>
      <w:r>
        <w:t>قل فاتوا بالتوراه فتلوها</w:t>
      </w:r>
    </w:p>
    <w:p>
      <w:r>
        <w:rPr>
          <w:b/>
        </w:rPr>
        <w:t xml:space="preserve">[26:57] </w:t>
      </w:r>
      <w:r>
        <w:t>in kuntum sadiqeen</w:t>
      </w:r>
    </w:p>
    <w:p>
      <w:pPr>
        <w:jc w:val="right"/>
      </w:pPr>
      <w:r>
        <w:t>ان كنتم صادقين</w:t>
      </w:r>
    </w:p>
    <w:p>
      <w:r>
        <w:rPr>
          <w:b/>
        </w:rPr>
        <w:t xml:space="preserve">[27:03] </w:t>
      </w:r>
      <w:r>
        <w:t>faman iftara ala allahi al kaziba min ba'di zalika fa ulaika hum al zalamun qul sadaqa allahu</w:t>
      </w:r>
    </w:p>
    <w:p>
      <w:pPr>
        <w:jc w:val="right"/>
      </w:pPr>
      <w:r>
        <w:t>فمن افترى على الله الكذب من بعد ذلك فاولئك هم الظالمون قل صدق الله</w:t>
      </w:r>
    </w:p>
    <w:p>
      <w:r>
        <w:rPr>
          <w:b/>
        </w:rPr>
        <w:t xml:space="preserve">[27:21] </w:t>
      </w:r>
      <w:r>
        <w:t>fati'bau milata ibrahima hanifan wama kana min al mushrikin</w:t>
      </w:r>
    </w:p>
    <w:p>
      <w:pPr>
        <w:jc w:val="right"/>
      </w:pPr>
      <w:r>
        <w:t>فاتبعوا مله ابراهيم حنيفا وما كان من المشركين</w:t>
      </w:r>
    </w:p>
    <w:p>
      <w:r>
        <w:rPr>
          <w:b/>
        </w:rPr>
        <w:t xml:space="preserve">[27:32] </w:t>
      </w:r>
      <w:r>
        <w:t>inna awwala baytin wudi'a lilnnasi lilladhi bibakkata mubarakann</w:t>
      </w:r>
    </w:p>
    <w:p>
      <w:pPr>
        <w:jc w:val="right"/>
      </w:pPr>
      <w:r>
        <w:t>ان اول بيت وضع للناس للذي ببكه مباركا</w:t>
      </w:r>
    </w:p>
    <w:p>
      <w:r>
        <w:rPr>
          <w:b/>
        </w:rPr>
        <w:t xml:space="preserve">[27:40] </w:t>
      </w:r>
      <w:r>
        <w:t>wa hudan lil'alamin fihi ayatu</w:t>
      </w:r>
    </w:p>
    <w:p>
      <w:pPr>
        <w:jc w:val="right"/>
      </w:pPr>
      <w:r>
        <w:t>وهدى للعالمين فيه ايات</w:t>
      </w:r>
    </w:p>
    <w:p>
      <w:r>
        <w:rPr>
          <w:b/>
        </w:rPr>
        <w:t xml:space="preserve">[27:47] </w:t>
      </w:r>
      <w:r>
        <w:t>min bayyinatin min maqami ibrahima wa man dakhala hu kana amina</w:t>
      </w:r>
    </w:p>
    <w:p>
      <w:pPr>
        <w:jc w:val="right"/>
      </w:pPr>
      <w:r>
        <w:t>من بينات من مقام ابراهيم ومن دخله كان امنا</w:t>
      </w:r>
    </w:p>
    <w:p>
      <w:r>
        <w:rPr>
          <w:b/>
        </w:rPr>
        <w:t xml:space="preserve">[27:56] </w:t>
      </w:r>
      <w:r>
        <w:t>wa lillahi alannasi hijju albayti mani stataa ilayhi sabilan</w:t>
      </w:r>
    </w:p>
    <w:p>
      <w:pPr>
        <w:jc w:val="right"/>
      </w:pPr>
      <w:r>
        <w:t>ولله على الناس حج البيت من استطاع اليه سبيلا</w:t>
      </w:r>
    </w:p>
    <w:p>
      <w:r>
        <w:rPr>
          <w:b/>
        </w:rPr>
        <w:t xml:space="preserve">[28:05] </w:t>
      </w:r>
      <w:r>
        <w:t>wa man kafara fa in</w:t>
      </w:r>
    </w:p>
    <w:p>
      <w:pPr>
        <w:jc w:val="right"/>
      </w:pPr>
      <w:r>
        <w:t>ومن كفر فان</w:t>
      </w:r>
    </w:p>
    <w:p>
      <w:r>
        <w:rPr>
          <w:b/>
        </w:rPr>
        <w:t xml:space="preserve">[28:08] </w:t>
      </w:r>
      <w:r>
        <w:t>allahu ghaniyyun anil alamin</w:t>
      </w:r>
    </w:p>
    <w:p>
      <w:pPr>
        <w:jc w:val="right"/>
      </w:pPr>
      <w:r>
        <w:t>الله غني عن العالمين</w:t>
      </w:r>
    </w:p>
    <w:p>
      <w:r>
        <w:rPr>
          <w:b/>
        </w:rPr>
        <w:t xml:space="preserve">[28:14] </w:t>
      </w:r>
      <w:r>
        <w:t>qul ya ahlal</w:t>
      </w:r>
    </w:p>
    <w:p>
      <w:pPr>
        <w:jc w:val="right"/>
      </w:pPr>
      <w:r>
        <w:t>قل يا اهل</w:t>
      </w:r>
    </w:p>
    <w:p>
      <w:r>
        <w:rPr>
          <w:b/>
        </w:rPr>
        <w:t xml:space="preserve">[28:18] </w:t>
      </w:r>
      <w:r>
        <w:t>kitabi lima takfuruna biayatin allahi wallahu shahidun ala ma ta'malun</w:t>
      </w:r>
    </w:p>
    <w:p>
      <w:pPr>
        <w:jc w:val="right"/>
      </w:pPr>
      <w:r>
        <w:t>الكتاب لم تكفرون بايات الله والله شهيد على ما تعملون</w:t>
      </w:r>
    </w:p>
    <w:p>
      <w:r>
        <w:rPr>
          <w:b/>
        </w:rPr>
        <w:t xml:space="preserve">[28:28] </w:t>
      </w:r>
      <w:r>
        <w:t>qul ya ahlal kitabi lima tasudduna an sabili allahi man amana tabghunaha awwajan</w:t>
      </w:r>
    </w:p>
    <w:p>
      <w:pPr>
        <w:jc w:val="right"/>
      </w:pPr>
      <w:r>
        <w:t>قل يا اهل الكتاب لم تصدون عن سبيل الله من امن تبغونها عوجا</w:t>
      </w:r>
    </w:p>
    <w:p>
      <w:r>
        <w:rPr>
          <w:b/>
        </w:rPr>
        <w:t xml:space="preserve">[28:40] </w:t>
      </w:r>
      <w:r>
        <w:t>wa antum shuhada'u wa ma allahu bighafilin amma ta'malun</w:t>
      </w:r>
    </w:p>
    <w:p>
      <w:pPr>
        <w:jc w:val="right"/>
      </w:pPr>
      <w:r>
        <w:t>وانتم شهداء وما الله بغافل عما تعملون</w:t>
      </w:r>
    </w:p>
    <w:p>
      <w:r>
        <w:rPr>
          <w:b/>
        </w:rPr>
        <w:t xml:space="preserve">[28:54] </w:t>
      </w:r>
      <w:r>
        <w:t>tum har giz neki ke martabe ko nahi pahunch sakte jab tak tum un cheezon mein se na kharch</w:t>
      </w:r>
    </w:p>
    <w:p>
      <w:pPr>
        <w:jc w:val="right"/>
      </w:pPr>
      <w:r>
        <w:t>تم ہرگز نیکی کے مرتبے کو نہیں پہنچ سکتے جب تک تم ان چیزوں میں سے نہ خرچ</w:t>
      </w:r>
    </w:p>
    <w:p>
      <w:r>
        <w:rPr>
          <w:b/>
        </w:rPr>
        <w:t xml:space="preserve">[29:01] </w:t>
      </w:r>
      <w:r>
        <w:t>karo jin ko tum mahbub rakhte ho aur jo cheez bhi tum kharch karoge us se Allah</w:t>
      </w:r>
    </w:p>
    <w:p>
      <w:pPr>
        <w:jc w:val="right"/>
      </w:pPr>
      <w:r>
        <w:t>کرو جن کو تم محبوب رکھتے ہو اور جو چیز بھی تم خرچ کرو گے اس سے اللہ</w:t>
      </w:r>
    </w:p>
    <w:p>
      <w:r>
        <w:rPr>
          <w:b/>
        </w:rPr>
        <w:t xml:space="preserve">[29:10] </w:t>
      </w:r>
      <w:r>
        <w:t>ba-khabar hai sab khane ki cheezein Bani Israel ke liye halaal thin bajuz us ke jo Israel ne</w:t>
      </w:r>
    </w:p>
    <w:p>
      <w:pPr>
        <w:jc w:val="right"/>
      </w:pPr>
      <w:r>
        <w:t>باخبر ہے سب کھانے کی چیزیں بنی اسرائیل کے لیے حلال تھیں بجز اس کے جو اسرائیل نے</w:t>
      </w:r>
    </w:p>
    <w:p>
      <w:r>
        <w:rPr>
          <w:b/>
        </w:rPr>
        <w:t xml:space="preserve">[29:20] </w:t>
      </w:r>
      <w:r>
        <w:t>apne upar haraam kar liya tha qabl us ke ke Torait utre kaho ke Torait lao aur is</w:t>
      </w:r>
    </w:p>
    <w:p>
      <w:pPr>
        <w:jc w:val="right"/>
      </w:pPr>
      <w:r>
        <w:t>اپنے اوپر حرام کر لیا تھا قبل اس کے کہ تورات اترے کہو کہ تورات لاؤ اور اس</w:t>
      </w:r>
    </w:p>
    <w:p>
      <w:r>
        <w:rPr>
          <w:b/>
        </w:rPr>
        <w:t xml:space="preserve">[29:27] </w:t>
      </w:r>
      <w:r>
        <w:t>ko padho agar tum sachche ho</w:t>
      </w:r>
    </w:p>
    <w:p>
      <w:pPr>
        <w:jc w:val="right"/>
      </w:pPr>
      <w:r>
        <w:t>کو پڑھو اگر تم سچے ہو</w:t>
      </w:r>
    </w:p>
    <w:p>
      <w:r>
        <w:rPr>
          <w:b/>
        </w:rPr>
        <w:t xml:space="preserve">[29:31] </w:t>
      </w:r>
      <w:r>
        <w:t>is ke baad bhi jo log Allah par jhoot bandhein wohi zalim hain</w:t>
      </w:r>
    </w:p>
    <w:p>
      <w:pPr>
        <w:jc w:val="right"/>
      </w:pPr>
      <w:r>
        <w:t>اس کے بعد بھی جو لوگ اللہ پر جھوٹ باندھیں وہی ظالم ہیں</w:t>
      </w:r>
    </w:p>
    <w:p>
      <w:r>
        <w:rPr>
          <w:b/>
        </w:rPr>
        <w:t xml:space="preserve">[29:37] </w:t>
      </w:r>
      <w:r>
        <w:t>kaho Allah ne sach kaha</w:t>
      </w:r>
    </w:p>
    <w:p>
      <w:pPr>
        <w:jc w:val="right"/>
      </w:pPr>
      <w:r>
        <w:t>کہو اللہ نے سچ کہا</w:t>
      </w:r>
    </w:p>
    <w:p>
      <w:r>
        <w:rPr>
          <w:b/>
        </w:rPr>
        <w:t xml:space="preserve">[29:40] </w:t>
      </w:r>
      <w:r>
        <w:t>ab Ibrahim ke deen ki pairwi karo jo hanif tha aur woh mushrik karne wala na tha</w:t>
      </w:r>
    </w:p>
    <w:p>
      <w:pPr>
        <w:jc w:val="right"/>
      </w:pPr>
      <w:r>
        <w:t>اب ابراہیم کے دین کی پیروی کرو جو حنیف تھا اور وہ شرک کرنے والا نہ تھا</w:t>
      </w:r>
    </w:p>
    <w:p>
      <w:r>
        <w:rPr>
          <w:b/>
        </w:rPr>
        <w:t xml:space="preserve">[29:49] </w:t>
      </w:r>
      <w:r>
        <w:t>beshak pehla ghar jo logon ke liye banaya gaya wohi hai jo Makkah mein hai barkat</w:t>
      </w:r>
    </w:p>
    <w:p>
      <w:pPr>
        <w:jc w:val="right"/>
      </w:pPr>
      <w:r>
        <w:t>بے شک پہلا گھر جو لوگوں کے لیے بنایا گیا وہ وہی ہے جو مکہ میں ہے برکت</w:t>
      </w:r>
    </w:p>
    <w:p>
      <w:r>
        <w:rPr>
          <w:b/>
        </w:rPr>
        <w:t xml:space="preserve">[29:56] </w:t>
      </w:r>
      <w:r>
        <w:t>wala aur saare jahan ke liye hidayat ka markaz is mein khuli hui nishaniyan hain maqam-e-Ibrahim hai</w:t>
      </w:r>
    </w:p>
    <w:p>
      <w:pPr>
        <w:jc w:val="right"/>
      </w:pPr>
      <w:r>
        <w:t>والا اور سارے جہان کے لیے ہدایت کا مرکز اس میں کھلی ہوئی نشانیاں ہیں مقام ابراہیم ہے</w:t>
      </w:r>
    </w:p>
    <w:p>
      <w:r>
        <w:rPr>
          <w:b/>
        </w:rPr>
        <w:t xml:space="preserve">[30:06] </w:t>
      </w:r>
      <w:r>
        <w:t>jo is mein dakhil ho jaye woh ma'moon hai aur logon par Allah ka yeh haq hai ke</w:t>
      </w:r>
    </w:p>
    <w:p>
      <w:pPr>
        <w:jc w:val="right"/>
      </w:pPr>
      <w:r>
        <w:t>جو اس میں داخل ہو جائے وہ مامون ہے اور لوگوں پر اللہ کا یہ حق ہے کہ</w:t>
      </w:r>
    </w:p>
    <w:p>
      <w:r>
        <w:rPr>
          <w:b/>
        </w:rPr>
        <w:t xml:space="preserve">[30:14] </w:t>
      </w:r>
      <w:r>
        <w:t>jo is ghar tak pahunchne ki taqat rakhta ho woh is ka hajj kare aur jo koi munkir</w:t>
      </w:r>
    </w:p>
    <w:p>
      <w:pPr>
        <w:jc w:val="right"/>
      </w:pPr>
      <w:r>
        <w:t>جو اس گھر تک پہنچنے کی طاقت رکھتا ہو وہ اس کا حج کرے اور جو کوئی منکر</w:t>
      </w:r>
    </w:p>
    <w:p>
      <w:r>
        <w:rPr>
          <w:b/>
        </w:rPr>
        <w:t xml:space="preserve">[30:21] </w:t>
      </w:r>
      <w:r>
        <w:t>hua to Allah tamaam dunya walon se be-niyaz hai</w:t>
      </w:r>
    </w:p>
    <w:p>
      <w:pPr>
        <w:jc w:val="right"/>
      </w:pPr>
      <w:r>
        <w:t>ہوا تو اللہ تمام دنیا والوں سے بے نیاز ہے</w:t>
      </w:r>
    </w:p>
    <w:p>
      <w:r>
        <w:rPr>
          <w:b/>
        </w:rPr>
        <w:t xml:space="preserve">[30:26] </w:t>
      </w:r>
      <w:r>
        <w:t>kaho</w:t>
      </w:r>
    </w:p>
    <w:p>
      <w:pPr>
        <w:jc w:val="right"/>
      </w:pPr>
      <w:r>
        <w:t>کہو</w:t>
      </w:r>
    </w:p>
    <w:p>
      <w:r>
        <w:rPr>
          <w:b/>
        </w:rPr>
        <w:t xml:space="preserve">[30:27] </w:t>
      </w:r>
      <w:r>
        <w:t>ae ahl-e-Kitab tum kyon Allah ki nishaniyon ka inkar karte ho halan ke Allah dekh raha hai jo</w:t>
      </w:r>
    </w:p>
    <w:p>
      <w:pPr>
        <w:jc w:val="right"/>
      </w:pPr>
      <w:r>
        <w:t>اے اہل کتاب تم کیوں اللہ کی نشانیوں کا انکار کرتے ہو حالانکہ اللہ دیکھ رہا ہے جو</w:t>
      </w:r>
    </w:p>
    <w:p>
      <w:r>
        <w:rPr>
          <w:b/>
        </w:rPr>
        <w:t xml:space="preserve">[30:36] </w:t>
      </w:r>
      <w:r>
        <w:t>kuch tum karte ho</w:t>
      </w:r>
    </w:p>
    <w:p>
      <w:pPr>
        <w:jc w:val="right"/>
      </w:pPr>
      <w:r>
        <w:t>کچھ تم کرتے ہو</w:t>
      </w:r>
    </w:p>
    <w:p>
      <w:r>
        <w:rPr>
          <w:b/>
        </w:rPr>
        <w:t xml:space="preserve">[30:39] </w:t>
      </w:r>
      <w:r>
        <w:t>kaho ae ahl-e-Kitab tum iman lane walon ko Allah ki rah se kyon rokte ho tum is</w:t>
      </w:r>
    </w:p>
    <w:p>
      <w:pPr>
        <w:jc w:val="right"/>
      </w:pPr>
      <w:r>
        <w:t>کہو اے اہل کتاب تم ایمان لانے والوں کو اللہ کی راہ سے کیوں روکتے ہو تم اس</w:t>
      </w:r>
    </w:p>
    <w:p>
      <w:r>
        <w:rPr>
          <w:b/>
        </w:rPr>
        <w:t xml:space="preserve">[30:47] </w:t>
      </w:r>
      <w:r>
        <w:t>mein aib dhoondhte ho halan ke tum gawah banaye gaye ho aur Allah tumhare kamon se be khabar nahi</w:t>
      </w:r>
    </w:p>
    <w:p>
      <w:pPr>
        <w:jc w:val="right"/>
      </w:pPr>
      <w:r>
        <w:t>میں عیب ڈھونڈتے ہو حالانکہ تم گواہ بنائے گئے ہو اور اللہ تمہارے کاموں سے بے خبر نہیں</w:t>
      </w:r>
    </w:p>
    <w:p>
      <w:r>
        <w:rPr>
          <w:b/>
        </w:rPr>
        <w:t xml:space="preserve">[30:59] </w:t>
      </w:r>
      <w:r>
        <w:t>tashreeh yahood ke ulma ne ba-sabab khud jo fiqh bana rakhi thi us mein khargosh aur oont ka</w:t>
      </w:r>
    </w:p>
    <w:p>
      <w:pPr>
        <w:jc w:val="right"/>
      </w:pPr>
      <w:r>
        <w:t>تشریح یہود کے علماء نے بطور خود جو فقہ بنا رکھی تھی اس میں خرگوش اور اونٹ کا</w:t>
      </w:r>
    </w:p>
    <w:p>
      <w:r>
        <w:rPr>
          <w:b/>
        </w:rPr>
        <w:t xml:space="preserve">[31:11] </w:t>
      </w:r>
      <w:r>
        <w:t>gosht khana haram tha jab ke Islam mein woh jaiz tha ab yahood yeh kehte ke Islam agar Khuda</w:t>
      </w:r>
    </w:p>
    <w:p>
      <w:pPr>
        <w:jc w:val="right"/>
      </w:pPr>
      <w:r>
        <w:t>گوشت کھانا حرام تھا جبکہ اسلام میں وہ جائز تھا اب یہود یہ کہتے کہ اسلام اگر خدا</w:t>
      </w:r>
    </w:p>
    <w:p>
      <w:r>
        <w:rPr>
          <w:b/>
        </w:rPr>
        <w:t xml:space="preserve">[31:20] </w:t>
      </w:r>
      <w:r>
        <w:t>ka utara hua deen hai to us mein bhi haram o halaal ke masail wahi kyun nahi jo</w:t>
      </w:r>
    </w:p>
    <w:p>
      <w:pPr>
        <w:jc w:val="right"/>
      </w:pPr>
      <w:r>
        <w:t>کا اتارا ہوا دین ہے تو اس میں بھی حرام و حلال کے مسائل وہی کیوں نہیں جو</w:t>
      </w:r>
    </w:p>
    <w:p>
      <w:r>
        <w:rPr>
          <w:b/>
        </w:rPr>
        <w:t xml:space="preserve">[31:28] </w:t>
      </w:r>
      <w:r>
        <w:t>pichle zamane mein utare hue Khuda ke deen mein the</w:t>
      </w:r>
    </w:p>
    <w:p>
      <w:pPr>
        <w:jc w:val="right"/>
      </w:pPr>
      <w:r>
        <w:t>پچھلے زمانے میں اتارے ہوئے خدا کے دین میں تھے</w:t>
      </w:r>
    </w:p>
    <w:p>
      <w:r>
        <w:rPr>
          <w:b/>
        </w:rPr>
        <w:t xml:space="preserve">[31:33] </w:t>
      </w:r>
      <w:r>
        <w:t>isi tarah woh kehte ke Bait ul Maqdis ab tak tamam anbiya ka qibla ibadat raha hai phir yeh</w:t>
      </w:r>
    </w:p>
    <w:p>
      <w:pPr>
        <w:jc w:val="right"/>
      </w:pPr>
      <w:r>
        <w:t>اسی طرح وہ کہتے کہ بیت المقدس اب تک تمام انبیاء کا قبلہ عبادت رہا ہے پھر یہ</w:t>
      </w:r>
    </w:p>
    <w:p>
      <w:r>
        <w:rPr>
          <w:b/>
        </w:rPr>
        <w:t xml:space="preserve">[31:39] </w:t>
      </w:r>
      <w:r>
        <w:t>kaise ho sakta hai ke Khuda aisa deen utare jis mein us ko chhod</w:t>
      </w:r>
    </w:p>
    <w:p>
      <w:pPr>
        <w:jc w:val="right"/>
      </w:pPr>
      <w:r>
        <w:t>کیسے ہو سکتا ہے کہ خدا ایسا دین اتارے جس میں اس کو چھوڑ</w:t>
      </w:r>
    </w:p>
    <w:p>
      <w:r>
        <w:rPr>
          <w:b/>
        </w:rPr>
        <w:t xml:space="preserve">[31:45] </w:t>
      </w:r>
      <w:r>
        <w:t>kar kaaba ko qibla qarar diya gaya ho</w:t>
      </w:r>
    </w:p>
    <w:p>
      <w:pPr>
        <w:jc w:val="right"/>
      </w:pPr>
      <w:r>
        <w:t>کر کعبہ کو قبلہ قرار دیا گیا ہو</w:t>
      </w:r>
    </w:p>
    <w:p>
      <w:r>
        <w:rPr>
          <w:b/>
        </w:rPr>
        <w:t xml:space="preserve">[31:51] </w:t>
      </w:r>
      <w:r>
        <w:t>haq ki dawat jab apni khalis shakal mein uthti hai to in logon par us ki zad padti</w:t>
      </w:r>
    </w:p>
    <w:p>
      <w:pPr>
        <w:jc w:val="right"/>
      </w:pPr>
      <w:r>
        <w:t>حق کی دعوت جب اپنی خالص شکل میں اٹھتی ہے تو ان لوگوں پر اس کی زد پڑتی</w:t>
      </w:r>
    </w:p>
    <w:p>
      <w:r>
        <w:rPr>
          <w:b/>
        </w:rPr>
        <w:t xml:space="preserve">[31:58] </w:t>
      </w:r>
      <w:r>
        <w:t>hai jo Khuda ke deen ke naam par apna ek deen awam mein raaij kiye hue hon aise</w:t>
      </w:r>
    </w:p>
    <w:p>
      <w:pPr>
        <w:jc w:val="right"/>
      </w:pPr>
      <w:r>
        <w:t>ہے جو خدا کے دین کے نام پر اپنا ایک دین عوام میں رائج کیے ہوئے ہوں ایسے</w:t>
      </w:r>
    </w:p>
    <w:p>
      <w:r>
        <w:rPr>
          <w:b/>
        </w:rPr>
        <w:t xml:space="preserve">[32:05] </w:t>
      </w:r>
      <w:r>
        <w:t>log is ke mukhalif ho jate hain aur logon ko dawat haq se pherne ke liye tarah tarah</w:t>
      </w:r>
    </w:p>
    <w:p>
      <w:pPr>
        <w:jc w:val="right"/>
      </w:pPr>
      <w:r>
        <w:t>لوگ اس کے مخالف ہو جاتے ہیں اور لوگوں کو دعوت حق سے پھیرنے کے لیے طرح طرح</w:t>
      </w:r>
    </w:p>
    <w:p>
      <w:r>
        <w:rPr>
          <w:b/>
        </w:rPr>
        <w:t xml:space="preserve">[32:13] </w:t>
      </w:r>
      <w:r>
        <w:t>ke etirazat nikalte hain</w:t>
      </w:r>
    </w:p>
    <w:p>
      <w:pPr>
        <w:jc w:val="right"/>
      </w:pPr>
      <w:r>
        <w:t>کے اعتراضات نکالتے ہیں</w:t>
      </w:r>
    </w:p>
    <w:p>
      <w:r>
        <w:rPr>
          <w:b/>
        </w:rPr>
        <w:t xml:space="preserve">[32:16] </w:t>
      </w:r>
      <w:r>
        <w:t>un ke khud sakhta deen mein asasaat deen par zor baqi nahi rehta is ke bajaye juzviyat deen</w:t>
      </w:r>
    </w:p>
    <w:p>
      <w:pPr>
        <w:jc w:val="right"/>
      </w:pPr>
      <w:r>
        <w:t>ان کے خود ساختہ دین میں اثاثات دین پر زور باقی نہیں رہتا اس کے بجائے جزئیات دین</w:t>
      </w:r>
    </w:p>
    <w:p>
      <w:r>
        <w:rPr>
          <w:b/>
        </w:rPr>
        <w:t xml:space="preserve">[32:24] </w:t>
      </w:r>
      <w:r>
        <w:t>mein mashghafiyon se dindari ka ek zahiri dhancha ban jata hai</w:t>
      </w:r>
    </w:p>
    <w:p>
      <w:pPr>
        <w:jc w:val="right"/>
      </w:pPr>
      <w:r>
        <w:t>میں مشغافیوں سے دینداری کا ایک ظاہری ڈھانچہ بن جاتا ہے</w:t>
      </w:r>
    </w:p>
    <w:p>
      <w:r>
        <w:rPr>
          <w:b/>
        </w:rPr>
        <w:t xml:space="preserve">[32:30] </w:t>
      </w:r>
      <w:r>
        <w:t>aadmi ki asal zindagi kaisi hi ho</w:t>
      </w:r>
    </w:p>
    <w:p>
      <w:pPr>
        <w:jc w:val="right"/>
      </w:pPr>
      <w:r>
        <w:t>ادمی کی اصل زندگی کیسی ہی ہو</w:t>
      </w:r>
    </w:p>
    <w:p>
      <w:r>
        <w:rPr>
          <w:b/>
        </w:rPr>
        <w:t xml:space="preserve">[32:35] </w:t>
      </w:r>
      <w:r>
        <w:t>neki aur taqwa ka kamal</w:t>
      </w:r>
    </w:p>
    <w:p>
      <w:pPr>
        <w:jc w:val="right"/>
      </w:pPr>
      <w:r>
        <w:t>نیکی اور تقوی کا کمال</w:t>
      </w:r>
    </w:p>
    <w:p>
      <w:r>
        <w:rPr>
          <w:b/>
        </w:rPr>
        <w:t xml:space="preserve">[32:37] </w:t>
      </w:r>
      <w:r>
        <w:t>yeh samjha jaane lagta hai ke woh is zahiri dhanchay ka khoob ihtimam kare</w:t>
      </w:r>
    </w:p>
    <w:p>
      <w:pPr>
        <w:jc w:val="right"/>
      </w:pPr>
      <w:r>
        <w:t>یہ سمجھا جانے لگتا ہے کہ وہ اس ظاہری ڈھانچے کا خوب اہتمام کرے</w:t>
      </w:r>
    </w:p>
    <w:p>
      <w:r>
        <w:rPr>
          <w:b/>
        </w:rPr>
        <w:t xml:space="preserve">[32:43] </w:t>
      </w:r>
      <w:r>
        <w:t>woh khargosh ko yeh keh kar na khaye ke hamare akabir is se parhez karte the doosri taraf</w:t>
      </w:r>
    </w:p>
    <w:p>
      <w:pPr>
        <w:jc w:val="right"/>
      </w:pPr>
      <w:r>
        <w:t>وہ خرگوش کو یہ کہہ کر نہ کھائے کہ ہمارے اکابر اس سے پرہیز کرتے تھے دوسری طرف</w:t>
      </w:r>
    </w:p>
    <w:p>
      <w:r>
        <w:rPr>
          <w:b/>
        </w:rPr>
        <w:t xml:space="preserve">[32:52] </w:t>
      </w:r>
      <w:r>
        <w:t>kitni hi haram cheezon ko apne liye jaiz kiye hue ho</w:t>
      </w:r>
    </w:p>
    <w:p>
      <w:pPr>
        <w:jc w:val="right"/>
      </w:pPr>
      <w:r>
        <w:t>کتنی ہی حرام چیزوں کو اپنے لئے جائز کیے ہوئے ہو</w:t>
      </w:r>
    </w:p>
    <w:p>
      <w:r>
        <w:rPr>
          <w:b/>
        </w:rPr>
        <w:t xml:space="preserve">[32:56] </w:t>
      </w:r>
      <w:r>
        <w:t>woh Bait ul Maqdis ki taraf rukh karne mein qibla numa ki sui ki tarah seedha ho jana zaroori</w:t>
      </w:r>
    </w:p>
    <w:p>
      <w:pPr>
        <w:jc w:val="right"/>
      </w:pPr>
      <w:r>
        <w:t>وہ بیت المقدس کی طرف رخ کرنے میں قبلہ نما کی سوئی کی طرح سیدھا ہو جانا ضروری</w:t>
      </w:r>
    </w:p>
    <w:p>
      <w:r>
        <w:rPr>
          <w:b/>
        </w:rPr>
        <w:t xml:space="preserve">[33:03] </w:t>
      </w:r>
      <w:r>
        <w:t>samajhta ho magar</w:t>
      </w:r>
    </w:p>
    <w:p>
      <w:pPr>
        <w:jc w:val="right"/>
      </w:pPr>
      <w:r>
        <w:t>سمجھتا ہو مگر</w:t>
      </w:r>
    </w:p>
    <w:p>
      <w:r>
        <w:rPr>
          <w:b/>
        </w:rPr>
        <w:t xml:space="preserve">[33:07] </w:t>
      </w:r>
      <w:r>
        <w:t>subah shaam ki sargarmiyon ko Khuda rukhi banane mein us ko dilchaspi na ho magar neki ka darja</w:t>
      </w:r>
    </w:p>
    <w:p>
      <w:pPr>
        <w:jc w:val="right"/>
      </w:pPr>
      <w:r>
        <w:t>صبح شام کی سرگرمیوں کو خدا رخی بنانے میں اس کو دلچسپی نہ ہو مگر نیکی کا درجہ</w:t>
      </w:r>
    </w:p>
    <w:p>
      <w:r>
        <w:rPr>
          <w:b/>
        </w:rPr>
        <w:t xml:space="preserve">[33:15] </w:t>
      </w:r>
      <w:r>
        <w:t>kisi ko qurbani se milta hai na ke susti zaidariyon se Khuda ka nek banda</w:t>
      </w:r>
    </w:p>
    <w:p>
      <w:pPr>
        <w:jc w:val="right"/>
      </w:pPr>
      <w:r>
        <w:t>کسی کو قربانی سے ملتا ہے نہ کہ سستی زائرداریوں سے خدا کا نیک بندہ</w:t>
      </w:r>
    </w:p>
    <w:p>
      <w:r>
        <w:rPr>
          <w:b/>
        </w:rPr>
        <w:t xml:space="preserve">[33:22] </w:t>
      </w:r>
      <w:r>
        <w:t>woh hai jo apni mohabbat ka hadiya apne Rab ko pesh kare jis ke liye Allah ke muqable</w:t>
      </w:r>
    </w:p>
    <w:p>
      <w:pPr>
        <w:jc w:val="right"/>
      </w:pPr>
      <w:r>
        <w:t>وہ ہے جو اپنی محبت کا ہدیہ اپنے رب کو پیش کرے جس کے لیے اللہ کے مقابلے</w:t>
      </w:r>
    </w:p>
    <w:p>
      <w:r>
        <w:rPr>
          <w:b/>
        </w:rPr>
        <w:t xml:space="preserve">[33:29] </w:t>
      </w:r>
      <w:r>
        <w:t>mein duniya ki koi cheez aziz tar na rahe haq ko manane ke liye jab waqar ki qeemat</w:t>
      </w:r>
    </w:p>
    <w:p>
      <w:pPr>
        <w:jc w:val="right"/>
      </w:pPr>
      <w:r>
        <w:t>میں دنیا کی کوئی چیز عزیز تر نہ رہے حق کو ماننے کے لیے جب وقار کی قیمت</w:t>
      </w:r>
    </w:p>
    <w:p>
      <w:r>
        <w:rPr>
          <w:b/>
        </w:rPr>
        <w:t xml:space="preserve">[33:37] </w:t>
      </w:r>
      <w:r>
        <w:t>deni ho Allah ke raste mein badhne ke liye jab maal kharch karna ho aur bachchon ke mustaqbil</w:t>
      </w:r>
    </w:p>
    <w:p>
      <w:pPr>
        <w:jc w:val="right"/>
      </w:pPr>
      <w:r>
        <w:t>دینی ہو اللہ کے راستے میں بڑھنے کے لیے جب مال خرچ کرنا ہو اور بچوں کے مستقبل</w:t>
      </w:r>
    </w:p>
    <w:p>
      <w:r>
        <w:rPr>
          <w:b/>
        </w:rPr>
        <w:t xml:space="preserve">[33:45] </w:t>
      </w:r>
      <w:r>
        <w:t>ko khatre mein dalna pare us waqt woh Allah ki khatir sab kuch gawara kar le aise nazuk</w:t>
      </w:r>
    </w:p>
    <w:p>
      <w:pPr>
        <w:jc w:val="right"/>
      </w:pPr>
      <w:r>
        <w:t>کو خطرے میں ڈالنا پڑے اس وقت وہ اللہ کی خاطر سب کچھ گوارا کر لے ایسے نازک</w:t>
      </w:r>
    </w:p>
    <w:p>
      <w:r>
        <w:rPr>
          <w:b/>
        </w:rPr>
        <w:t xml:space="preserve">[33:53] </w:t>
      </w:r>
      <w:r>
        <w:t>mawaqe par jo shakhs apni mehboob cheezon ko de kar Allah ko le le wohi naik aur khuda</w:t>
      </w:r>
    </w:p>
    <w:p>
      <w:pPr>
        <w:jc w:val="right"/>
      </w:pPr>
      <w:r>
        <w:t>مواقع پر جو شخص اپنی محبوب چیزوں کو دے کر اللہ کو لے لے وہی نیک اور خدا</w:t>
      </w:r>
    </w:p>
    <w:p>
      <w:r>
        <w:rPr>
          <w:b/>
        </w:rPr>
        <w:t xml:space="preserve">[34:01] </w:t>
      </w:r>
      <w:r>
        <w:t>parast bana</w:t>
      </w:r>
    </w:p>
    <w:p>
      <w:pPr>
        <w:jc w:val="right"/>
      </w:pPr>
      <w:r>
        <w:t>پرست بنا</w:t>
      </w:r>
    </w:p>
    <w:p>
      <w:r>
        <w:rPr>
          <w:b/>
        </w:rPr>
        <w:t xml:space="preserve">[34:05] </w:t>
      </w:r>
      <w:r>
        <w:t>ya ayhal lazeena amanu</w:t>
      </w:r>
    </w:p>
    <w:p>
      <w:pPr>
        <w:jc w:val="right"/>
      </w:pPr>
      <w:r>
        <w:t>یا ایہا الذین امنوا</w:t>
      </w:r>
    </w:p>
    <w:p>
      <w:r>
        <w:rPr>
          <w:b/>
        </w:rPr>
        <w:t xml:space="preserve">[34:12] </w:t>
      </w:r>
      <w:r>
        <w:t>in tut'ee'u fareeqan min allazeena ootool kitaba yardookum</w:t>
      </w:r>
    </w:p>
    <w:p>
      <w:pPr>
        <w:jc w:val="right"/>
      </w:pPr>
      <w:r>
        <w:t>ان تطعوا فريقا من الذین اوتوا الكتاب يردوكم</w:t>
      </w:r>
    </w:p>
    <w:p>
      <w:r>
        <w:rPr>
          <w:b/>
        </w:rPr>
        <w:t xml:space="preserve">[34:19] </w:t>
      </w:r>
      <w:r>
        <w:t>ba'da eemanikum kafireen</w:t>
      </w:r>
    </w:p>
    <w:p>
      <w:pPr>
        <w:jc w:val="right"/>
      </w:pPr>
      <w:r>
        <w:t>بعد ایمانكم كافرین</w:t>
      </w:r>
    </w:p>
    <w:p>
      <w:r>
        <w:rPr>
          <w:b/>
        </w:rPr>
        <w:t xml:space="preserve">[34:25] </w:t>
      </w:r>
      <w:r>
        <w:t>wa kaifa takfuroona wa antum</w:t>
      </w:r>
    </w:p>
    <w:p>
      <w:pPr>
        <w:jc w:val="right"/>
      </w:pPr>
      <w:r>
        <w:t>وكيف تكفرون وانتم</w:t>
      </w:r>
    </w:p>
    <w:p>
      <w:r>
        <w:rPr>
          <w:b/>
        </w:rPr>
        <w:t xml:space="preserve">[34:28] </w:t>
      </w:r>
      <w:r>
        <w:t>tutla alaikum ayatul lahi wa feekum rasooluhu</w:t>
      </w:r>
    </w:p>
    <w:p>
      <w:pPr>
        <w:jc w:val="right"/>
      </w:pPr>
      <w:r>
        <w:t>تتلى عليكم ايات الله وفيكم رسوله</w:t>
      </w:r>
    </w:p>
    <w:p>
      <w:r>
        <w:rPr>
          <w:b/>
        </w:rPr>
        <w:t xml:space="preserve">[34:35] </w:t>
      </w:r>
      <w:r>
        <w:t>wa man ya'tasim billahi faqad hudee ila sirat</w:t>
      </w:r>
    </w:p>
    <w:p>
      <w:pPr>
        <w:jc w:val="right"/>
      </w:pPr>
      <w:r>
        <w:t>ومن يعتصم بالله فقد هدي الى صراط</w:t>
      </w:r>
    </w:p>
    <w:p>
      <w:r>
        <w:rPr>
          <w:b/>
        </w:rPr>
        <w:t xml:space="preserve">[34:42] </w:t>
      </w:r>
      <w:r>
        <w:t>mustaqeem</w:t>
      </w:r>
    </w:p>
    <w:p>
      <w:pPr>
        <w:jc w:val="right"/>
      </w:pPr>
      <w:r>
        <w:t>مستقيم</w:t>
      </w:r>
    </w:p>
    <w:p>
      <w:r>
        <w:rPr>
          <w:b/>
        </w:rPr>
        <w:t xml:space="preserve">[34:46] </w:t>
      </w:r>
      <w:r>
        <w:t>ya ayhal lazeena amanu ittaqul laha haqqa tuqatihi wa la tamootunna</w:t>
      </w:r>
    </w:p>
    <w:p>
      <w:pPr>
        <w:jc w:val="right"/>
      </w:pPr>
      <w:r>
        <w:t>یا ایہا الذین امنوا اتقوا الله حق تقاته ولا تموتن</w:t>
      </w:r>
    </w:p>
    <w:p>
      <w:r>
        <w:rPr>
          <w:b/>
        </w:rPr>
        <w:t xml:space="preserve">[34:56] </w:t>
      </w:r>
      <w:r>
        <w:t>illa wa antum muslimoon</w:t>
      </w:r>
    </w:p>
    <w:p>
      <w:pPr>
        <w:jc w:val="right"/>
      </w:pPr>
      <w:r>
        <w:t>الا وانتم مسلمون</w:t>
      </w:r>
    </w:p>
    <w:p>
      <w:r>
        <w:rPr>
          <w:b/>
        </w:rPr>
        <w:t xml:space="preserve">[35:02] </w:t>
      </w:r>
      <w:r>
        <w:t>wa'tasimoo bihablil lahi jamee'an</w:t>
      </w:r>
    </w:p>
    <w:p>
      <w:pPr>
        <w:jc w:val="right"/>
      </w:pPr>
      <w:r>
        <w:t>واعتصموا بحبل الله جميعا</w:t>
      </w:r>
    </w:p>
    <w:p>
      <w:r>
        <w:rPr>
          <w:b/>
        </w:rPr>
        <w:t xml:space="preserve">[35:07] </w:t>
      </w:r>
      <w:r>
        <w:t>wa la tafraqo wa zikroo ni'matallahi alaikum iz kuntum a'adaa'</w:t>
      </w:r>
    </w:p>
    <w:p>
      <w:pPr>
        <w:jc w:val="right"/>
      </w:pPr>
      <w:r>
        <w:t>ولا تفرقوا واذكروا نعمه الله عليكم اذ كنتم اعداء</w:t>
      </w:r>
    </w:p>
    <w:p>
      <w:r>
        <w:rPr>
          <w:b/>
        </w:rPr>
        <w:t xml:space="preserve">[35:18] </w:t>
      </w:r>
      <w:r>
        <w:t>fa'allafa baina quloobikum fa asbahtum</w:t>
      </w:r>
    </w:p>
    <w:p>
      <w:pPr>
        <w:jc w:val="right"/>
      </w:pPr>
      <w:r>
        <w:t>فالف بين قلوبكم فاصبحتم</w:t>
      </w:r>
    </w:p>
    <w:p>
      <w:r>
        <w:rPr>
          <w:b/>
        </w:rPr>
        <w:t xml:space="preserve">[35:23] </w:t>
      </w:r>
      <w:r>
        <w:t>bi ni'matihi ikhwana fa asbahtum</w:t>
      </w:r>
    </w:p>
    <w:p>
      <w:pPr>
        <w:jc w:val="right"/>
      </w:pPr>
      <w:r>
        <w:t>بنعمته اخوانا فاصبحتم</w:t>
      </w:r>
    </w:p>
    <w:p>
      <w:r>
        <w:rPr>
          <w:b/>
        </w:rPr>
        <w:t xml:space="preserve">[35:31] </w:t>
      </w:r>
      <w:r>
        <w:t>bi ni'matihi</w:t>
      </w:r>
    </w:p>
    <w:p>
      <w:pPr>
        <w:jc w:val="right"/>
      </w:pPr>
      <w:r>
        <w:t>بنعمته</w:t>
      </w:r>
    </w:p>
    <w:p>
      <w:r>
        <w:rPr>
          <w:b/>
        </w:rPr>
        <w:t xml:space="preserve">[35:34] </w:t>
      </w:r>
      <w:r>
        <w:t>ikhwana wa kuntum 'ala shafa hufratim minan naari fanaqadhakum minha kazaalika yubayyinul laahu lakum ayatihi la'allakum tahtadoon</w:t>
      </w:r>
    </w:p>
    <w:p>
      <w:pPr>
        <w:jc w:val="right"/>
      </w:pPr>
      <w:r>
        <w:t>اخوانا وكنتم على شفا حفره من النار فانقذكم منها كذلك يبين الله لكم اياته لعلكم تهتدون</w:t>
      </w:r>
    </w:p>
    <w:p>
      <w:r>
        <w:rPr>
          <w:b/>
        </w:rPr>
        <w:t xml:space="preserve">[35:57] </w:t>
      </w:r>
      <w:r>
        <w:t>aae imaan walo</w:t>
      </w:r>
    </w:p>
    <w:p>
      <w:pPr>
        <w:jc w:val="right"/>
      </w:pPr>
      <w:r>
        <w:t>اے ایمان والو</w:t>
      </w:r>
    </w:p>
    <w:p>
      <w:r>
        <w:rPr>
          <w:b/>
        </w:rPr>
        <w:t xml:space="preserve">[35:59] </w:t>
      </w:r>
      <w:r>
        <w:t>agar tum ahl e kitaab mein se ek garoh ki baat maan lo ge to woh tum ko eeman ke baad phir munkir bana dein ge aur tum kis tarah inkaar karo ge haalankeh tum ko Allah ki aayat sunai ja rahi hain aur tumhare darmiyan us ka rasool maujood hai aur jo shakhs Allah ko mazbooti se pakde ga to woh pahunch gaya seedhi raah par aae imaan walo</w:t>
      </w:r>
    </w:p>
    <w:p>
      <w:pPr>
        <w:jc w:val="right"/>
      </w:pPr>
      <w:r>
        <w:t>اگر تم اہل کتاب میں سے ایک گروہ کی بات مان لو گے تو وہ تم کو ایمان کے بعد پھر منکر بنا دیں گے اور تم کس طرح انکار کرو گے حالانکہ تم کو اللہ کی ایتیں سنائی جا رہی ہیں اور تمہارے درمیان اس کا رسول موجود ہے اور جو شخص اللہ کو مضبوطی سے پکڑے گا تو وہ پہنچ گیا سیدھی راہ پر اے ایمان والو</w:t>
      </w:r>
    </w:p>
    <w:p>
      <w:r>
        <w:rPr>
          <w:b/>
        </w:rPr>
        <w:t xml:space="preserve">[36:29] </w:t>
      </w:r>
      <w:r>
        <w:t>Allah se daro jaisa ke us se darna chahiye aur tum ko maut na aaye magar is haal</w:t>
      </w:r>
    </w:p>
    <w:p>
      <w:pPr>
        <w:jc w:val="right"/>
      </w:pPr>
      <w:r>
        <w:t>اللہ سے ڈرو جیسا کہ اس سے ڈرنا چاہیے اور تم کو موت نہ ائے مگر اس حال</w:t>
      </w:r>
    </w:p>
    <w:p>
      <w:r>
        <w:rPr>
          <w:b/>
        </w:rPr>
        <w:t xml:space="preserve">[36:36] </w:t>
      </w:r>
      <w:r>
        <w:t>mein ke tum muslim ho aur sab mil kar Allah ki rasi ko mazboot pakar lo aur phoot</w:t>
      </w:r>
    </w:p>
    <w:p>
      <w:pPr>
        <w:jc w:val="right"/>
      </w:pPr>
      <w:r>
        <w:t>میں کہ تم مسلم ہو اور سب مل کر اللہ کی رسی کو مضبوط پکڑ لو اور پھوٹ</w:t>
      </w:r>
    </w:p>
    <w:p>
      <w:r>
        <w:rPr>
          <w:b/>
        </w:rPr>
        <w:t xml:space="preserve">[36:45] </w:t>
      </w:r>
      <w:r>
        <w:t>na dalo aur Allah ka yeh inaam apne upar yaad rakho ke tum ek doosre ke dushman thay</w:t>
      </w:r>
    </w:p>
    <w:p>
      <w:pPr>
        <w:jc w:val="right"/>
      </w:pPr>
      <w:r>
        <w:t>نہ ڈالو اور اللہ کا یہ انعام اپنے اوپر یاد رکھو کہ تم ایک دوسرے کے دشمن تھے</w:t>
      </w:r>
    </w:p>
    <w:p>
      <w:r>
        <w:rPr>
          <w:b/>
        </w:rPr>
        <w:t xml:space="preserve">[36:52] </w:t>
      </w:r>
      <w:r>
        <w:t>phir us ne tumhare dilon mein ulfat daal di pas tum us ke fazal se bhai bhai ban</w:t>
      </w:r>
    </w:p>
    <w:p>
      <w:pPr>
        <w:jc w:val="right"/>
      </w:pPr>
      <w:r>
        <w:t>پھر اس نے تمہارے دلوں میں الفت ڈال دی پس تم اس کے فضل سے بھائی بھائی بن</w:t>
      </w:r>
    </w:p>
    <w:p>
      <w:r>
        <w:rPr>
          <w:b/>
        </w:rPr>
        <w:t xml:space="preserve">[37:00] </w:t>
      </w:r>
      <w:r>
        <w:t>gaye aur tum aag ke gurhe ke kinare khare thay to Allah ne tum ko us se bacha</w:t>
      </w:r>
    </w:p>
    <w:p>
      <w:pPr>
        <w:jc w:val="right"/>
      </w:pPr>
      <w:r>
        <w:t>گئے اور تم اگ کے گڑھے کے کنارے کھڑے تھے تو اللہ نے تم کو اس سے بچا</w:t>
      </w:r>
    </w:p>
    <w:p>
      <w:r>
        <w:rPr>
          <w:b/>
        </w:rPr>
        <w:t xml:space="preserve">[37:08] </w:t>
      </w:r>
      <w:r>
        <w:t>liya is tarah Allah tumhare liye apni nishaniyan bayan karta hai ta ke</w:t>
      </w:r>
    </w:p>
    <w:p>
      <w:pPr>
        <w:jc w:val="right"/>
      </w:pPr>
      <w:r>
        <w:t>لیا اس طرح اللہ تمہارے لیے اپنی نشانیاں بیان کرتا ہے تاکہ</w:t>
      </w:r>
    </w:p>
    <w:p>
      <w:r>
        <w:rPr>
          <w:b/>
        </w:rPr>
        <w:t xml:space="preserve">[37:15] </w:t>
      </w:r>
      <w:r>
        <w:t>tum raah pao</w:t>
      </w:r>
    </w:p>
    <w:p>
      <w:pPr>
        <w:jc w:val="right"/>
      </w:pPr>
      <w:r>
        <w:t>تم راہ پاؤ</w:t>
      </w:r>
    </w:p>
    <w:p>
      <w:r>
        <w:rPr>
          <w:b/>
        </w:rPr>
        <w:t xml:space="preserve">[37:21] </w:t>
      </w:r>
      <w:r>
        <w:t>tashreeh dunya azmaish ki jagah hai yahan har waqt yeh khatra hai ke shaitan aadmi ke iman ko</w:t>
      </w:r>
    </w:p>
    <w:p>
      <w:pPr>
        <w:jc w:val="right"/>
      </w:pPr>
      <w:r>
        <w:t>تشریح دنیا ازمائش کی جگہ ہے یہاں ہر وقت یہ خطرہ ہے کہ شیطان ادمی کے ایمان کو</w:t>
      </w:r>
    </w:p>
    <w:p>
      <w:r>
        <w:rPr>
          <w:b/>
        </w:rPr>
        <w:t xml:space="preserve">[37:30] </w:t>
      </w:r>
      <w:r>
        <w:t>achak le jaye aur farishte us ki rooh is haal mein qabz karein ke woh iman se khali</w:t>
      </w:r>
    </w:p>
    <w:p>
      <w:pPr>
        <w:jc w:val="right"/>
      </w:pPr>
      <w:r>
        <w:t>اچک لے جائے اور فرشتے اس کی روح اس حال میں قبض کریں کہ وہ ایمان سے خالی</w:t>
      </w:r>
    </w:p>
    <w:p>
      <w:r>
        <w:rPr>
          <w:b/>
        </w:rPr>
        <w:t xml:space="preserve">[37:38] </w:t>
      </w:r>
      <w:r>
        <w:t>ho is liye zaroori hai ke aadmi har waqt bahosh rahe woh apne aap par nigran ban jaye</w:t>
      </w:r>
    </w:p>
    <w:p>
      <w:pPr>
        <w:jc w:val="right"/>
      </w:pPr>
      <w:r>
        <w:t>ہو اس لیے ضروری ہے کہ ادمی ہر وقت باہوش رہے وہ اپنے اپ پر نگراں بن جائے</w:t>
      </w:r>
    </w:p>
    <w:p>
      <w:r>
        <w:rPr>
          <w:b/>
        </w:rPr>
        <w:t xml:space="preserve">[37:47] </w:t>
      </w:r>
      <w:r>
        <w:t>imaan se door hone ki ek surat woh hai jabke deen ke ajza mein tabdeeli kar ke aham</w:t>
      </w:r>
    </w:p>
    <w:p>
      <w:pPr>
        <w:jc w:val="right"/>
      </w:pPr>
      <w:r>
        <w:t>ایمان سے دور ہونے کی ایک صورت وہ ہے جبکہ دین کے اجزاء میں تبدیلی کر کے اہم</w:t>
      </w:r>
    </w:p>
    <w:p>
      <w:r>
        <w:rPr>
          <w:b/>
        </w:rPr>
        <w:t xml:space="preserve">[37:55] </w:t>
      </w:r>
      <w:r>
        <w:t>ko ghair aham aur ghair aham ko aham bana diya jaye</w:t>
      </w:r>
    </w:p>
    <w:p>
      <w:pPr>
        <w:jc w:val="right"/>
      </w:pPr>
      <w:r>
        <w:t>کو غیر اہم اور غیر اہم کو اہم بنا دیا جائے</w:t>
      </w:r>
    </w:p>
    <w:p>
      <w:r>
        <w:rPr>
          <w:b/>
        </w:rPr>
        <w:t xml:space="preserve">[38:01] </w:t>
      </w:r>
      <w:r>
        <w:t>deen ki asal rassi taqwa hai yani Allah se darna aur</w:t>
      </w:r>
    </w:p>
    <w:p>
      <w:pPr>
        <w:jc w:val="right"/>
      </w:pPr>
      <w:r>
        <w:t>دین کی اصل رسی تقوی ہے یعنی اللہ سے ڈرنا اور</w:t>
      </w:r>
    </w:p>
    <w:p>
      <w:r>
        <w:rPr>
          <w:b/>
        </w:rPr>
        <w:t xml:space="preserve">[38:06] </w:t>
      </w:r>
      <w:r>
        <w:t>marte dam tak apne har mamle mein wohi ravaiyya ikhtiyar karna jo Allah ke samne jawab dehi ke</w:t>
      </w:r>
    </w:p>
    <w:p>
      <w:pPr>
        <w:jc w:val="right"/>
      </w:pPr>
      <w:r>
        <w:t>مرتے دم تک اپنے ہر معاملے میں وہی رویہ اختیار کرنا جو اللہ کے سامنے جواب دہی کے</w:t>
      </w:r>
    </w:p>
    <w:p>
      <w:r>
        <w:rPr>
          <w:b/>
        </w:rPr>
        <w:t xml:space="preserve">[38:14] </w:t>
      </w:r>
      <w:r>
        <w:t>tasawwur se banta ho</w:t>
      </w:r>
    </w:p>
    <w:p>
      <w:pPr>
        <w:jc w:val="right"/>
      </w:pPr>
      <w:r>
        <w:t>تصور سے بنتا ہو</w:t>
      </w:r>
    </w:p>
    <w:p>
      <w:r>
        <w:rPr>
          <w:b/>
        </w:rPr>
        <w:t xml:space="preserve">[38:17] </w:t>
      </w:r>
      <w:r>
        <w:t>yahi sirat-e-mustaqeem hai is se inhiraf yeh hai ke taqwa ke bajaye kisi aur cheez ko madar</w:t>
      </w:r>
    </w:p>
    <w:p>
      <w:pPr>
        <w:jc w:val="right"/>
      </w:pPr>
      <w:r>
        <w:t>یہی صراط مستقیم ہے اس سے انحراف یہ ہے کہ تقوی کے بجائے کسی اور چیز کو مدار</w:t>
      </w:r>
    </w:p>
    <w:p>
      <w:r>
        <w:rPr>
          <w:b/>
        </w:rPr>
        <w:t xml:space="preserve">[38:26] </w:t>
      </w:r>
      <w:r>
        <w:t>deen samajh liya jaye is par is tarah zor diya jaye jis tarah khauf-e-Khuda aur fikr-e-aakhirat</w:t>
      </w:r>
    </w:p>
    <w:p>
      <w:pPr>
        <w:jc w:val="right"/>
      </w:pPr>
      <w:r>
        <w:t>دین سمجھ لیا جائے اس پر اس طرح زور دیا جائے جس طرح خوف خدا اور فکر اخرت</w:t>
      </w:r>
    </w:p>
    <w:p>
      <w:r>
        <w:rPr>
          <w:b/>
        </w:rPr>
        <w:t xml:space="preserve">[38:33] </w:t>
      </w:r>
      <w:r>
        <w:t>par zor diya jata hai</w:t>
      </w:r>
    </w:p>
    <w:p>
      <w:pPr>
        <w:jc w:val="right"/>
      </w:pPr>
      <w:r>
        <w:t>پر زور دیا جاتا ہے</w:t>
      </w:r>
    </w:p>
    <w:p>
      <w:r>
        <w:rPr>
          <w:b/>
        </w:rPr>
        <w:t xml:space="preserve">[38:36] </w:t>
      </w:r>
      <w:r>
        <w:t>jab bhi deen mein is qism ki tabdeeli ki jati hai to is ka lazmi nateeja yeh hota</w:t>
      </w:r>
    </w:p>
    <w:p>
      <w:pPr>
        <w:jc w:val="right"/>
      </w:pPr>
      <w:r>
        <w:t>جب بھی دین میں اس قسم کی تبدیلی کی جاتی ہے تو اس کا لازمی نتیجہ یہ ہوتا</w:t>
      </w:r>
    </w:p>
    <w:p>
      <w:r>
        <w:rPr>
          <w:b/>
        </w:rPr>
        <w:t xml:space="preserve">[38:41] </w:t>
      </w:r>
      <w:r>
        <w:t>hai ke millat ke darmiyan ikhtilaf paad jata hai koi ek zimni cheez par zor deta hai koi</w:t>
      </w:r>
    </w:p>
    <w:p>
      <w:pPr>
        <w:jc w:val="right"/>
      </w:pPr>
      <w:r>
        <w:t>ہے کہ ملت کے درمیان اختلاف پڑ جاتا ہے کوئی ایک ضمنی چیز پر زور دیتا ہے کوئی</w:t>
      </w:r>
    </w:p>
    <w:p>
      <w:r>
        <w:rPr>
          <w:b/>
        </w:rPr>
        <w:t xml:space="preserve">[38:50] </w:t>
      </w:r>
      <w:r>
        <w:t>doosri zimni cheez</w:t>
      </w:r>
    </w:p>
    <w:p>
      <w:pPr>
        <w:jc w:val="right"/>
      </w:pPr>
      <w:r>
        <w:t>دوسری ضمنی چیز</w:t>
      </w:r>
    </w:p>
    <w:p>
      <w:r>
        <w:rPr>
          <w:b/>
        </w:rPr>
        <w:t xml:space="preserve">[38:51] </w:t>
      </w:r>
      <w:r>
        <w:t>par aur is tarah millat firqe firqe mein bat kar reh jati hai</w:t>
      </w:r>
    </w:p>
    <w:p>
      <w:pPr>
        <w:jc w:val="right"/>
      </w:pPr>
      <w:r>
        <w:t>پر اور اس طرح ملت فرقے فرقے میں بٹ کر رہ جاتی ہے</w:t>
      </w:r>
    </w:p>
    <w:p>
      <w:r>
        <w:rPr>
          <w:b/>
        </w:rPr>
        <w:t xml:space="preserve">[38:58] </w:t>
      </w:r>
      <w:r>
        <w:t>awwal-uz-zikr se ek Allah tawajjuh ka markaz banta hai aur sani-uz-zikr se mutfarriq masail tawajjuh ka</w:t>
      </w:r>
    </w:p>
    <w:p>
      <w:pPr>
        <w:jc w:val="right"/>
      </w:pPr>
      <w:r>
        <w:t>اول الذکر سے ایک اللہ توجہ کا مرکز بنتا ہے اور ثانی الذکر سے متفرق مسائل توجہ کا</w:t>
      </w:r>
    </w:p>
    <w:p>
      <w:r>
        <w:rPr>
          <w:b/>
        </w:rPr>
        <w:t xml:space="preserve">[39:09] </w:t>
      </w:r>
      <w:r>
        <w:t>markaz ban jate hain</w:t>
      </w:r>
    </w:p>
    <w:p>
      <w:pPr>
        <w:jc w:val="right"/>
      </w:pPr>
      <w:r>
        <w:t>مرکز بن جاتے ہیں</w:t>
      </w:r>
    </w:p>
    <w:p>
      <w:r>
        <w:rPr>
          <w:b/>
        </w:rPr>
        <w:t xml:space="preserve">[39:11] </w:t>
      </w:r>
      <w:r>
        <w:t>jab deen mein sara zor</w:t>
      </w:r>
    </w:p>
    <w:p>
      <w:pPr>
        <w:jc w:val="right"/>
      </w:pPr>
      <w:r>
        <w:t>جب دین میں سارا زور</w:t>
      </w:r>
    </w:p>
    <w:p>
      <w:r>
        <w:rPr>
          <w:b/>
        </w:rPr>
        <w:t xml:space="preserve">[39:15] </w:t>
      </w:r>
      <w:r>
        <w:t>taqwa par diya jaye to is se bahami ittefaq wajood mein aata hai aur jab is ke siwa</w:t>
      </w:r>
    </w:p>
    <w:p>
      <w:pPr>
        <w:jc w:val="right"/>
      </w:pPr>
      <w:r>
        <w:t>تقوی پر دیا جائے تو اس سے باہمی اتفاق وجود میں اتا ہے اور جب اس کے سوا</w:t>
      </w:r>
    </w:p>
    <w:p>
      <w:r>
        <w:rPr>
          <w:b/>
        </w:rPr>
        <w:t xml:space="preserve">[39:22] </w:t>
      </w:r>
      <w:r>
        <w:t>doosri cheezon par zor diya jane lage to is se bahami ikhtilaf ki woh burai paida hoti hai</w:t>
      </w:r>
    </w:p>
    <w:p>
      <w:pPr>
        <w:jc w:val="right"/>
      </w:pPr>
      <w:r>
        <w:t>دوسری چیزوں پر زور دیا جانے لگے تو اس سے باہمی اختلاف کی وہ برائی پیدا ہوتی ہے</w:t>
      </w:r>
    </w:p>
    <w:p>
      <w:r>
        <w:rPr>
          <w:b/>
        </w:rPr>
        <w:t xml:space="preserve">[39:29] </w:t>
      </w:r>
      <w:r>
        <w:t>jo logon ko jahannum ke kinare pahuncha deti hai kisi giroh ke andar ikhtilaf dunya mein bhi azab</w:t>
      </w:r>
    </w:p>
    <w:p>
      <w:pPr>
        <w:jc w:val="right"/>
      </w:pPr>
      <w:r>
        <w:t>جو لوگوں کو جہنم کے کنارے پہنچا دیتی ہے کسی گروہ کے اندر اختلاف دنیا میں بھی عذاب</w:t>
      </w:r>
    </w:p>
    <w:p>
      <w:r>
        <w:rPr>
          <w:b/>
        </w:rPr>
        <w:t xml:space="preserve">[39:37] </w:t>
      </w:r>
      <w:r>
        <w:t>hai aur aakhirat mein bhi azaab</w:t>
      </w:r>
    </w:p>
    <w:p>
      <w:pPr>
        <w:jc w:val="right"/>
      </w:pPr>
      <w:r>
        <w:t>ہے اور اخرت میں بھی عذاب</w:t>
      </w:r>
    </w:p>
    <w:p>
      <w:r>
        <w:rPr>
          <w:b/>
        </w:rPr>
        <w:t xml:space="preserve">[39:44] </w:t>
      </w:r>
      <w:r>
        <w:t>Islam se pehle madine mein do qabile the aus aur khazraj yeh dono Arab qabile the magar woh</w:t>
      </w:r>
    </w:p>
    <w:p>
      <w:pPr>
        <w:jc w:val="right"/>
      </w:pPr>
      <w:r>
        <w:t>اسلام سے پہلے مدینے میں دو قبیلے تھے اوس اور خزرج یہ دونوں عرب قبیلے تھے مگر وہ</w:t>
      </w:r>
    </w:p>
    <w:p>
      <w:r>
        <w:rPr>
          <w:b/>
        </w:rPr>
        <w:t xml:space="preserve">[39:53] </w:t>
      </w:r>
      <w:r>
        <w:t>apas mein ladte rehte the un baahami ladaiyon ne un ko kamzor kar diya tha</w:t>
      </w:r>
    </w:p>
    <w:p>
      <w:pPr>
        <w:jc w:val="right"/>
      </w:pPr>
      <w:r>
        <w:t>اپس میں لڑتے رہتے تھے ان باہمی لڑائیوں نے ان کو کمزور کر دیا تھا</w:t>
      </w:r>
    </w:p>
    <w:p>
      <w:r>
        <w:rPr>
          <w:b/>
        </w:rPr>
        <w:t xml:space="preserve">[40:00] </w:t>
      </w:r>
      <w:r>
        <w:t>jab woh Islam ke daire mein dakhil hue to un ki ladaiyan khatm ho gayin woh bhai bhai ki</w:t>
      </w:r>
    </w:p>
    <w:p>
      <w:pPr>
        <w:jc w:val="right"/>
      </w:pPr>
      <w:r>
        <w:t>جب وہ اسلام کے دائرے میں داخل ہوئے تو ان کی لڑائیاں ختم ہوگئیں وہ بھائی بھائی کی</w:t>
      </w:r>
    </w:p>
    <w:p>
      <w:r>
        <w:rPr>
          <w:b/>
        </w:rPr>
        <w:t xml:space="preserve">[40:07] </w:t>
      </w:r>
      <w:r>
        <w:t>tarah mil kar rehne lage</w:t>
      </w:r>
    </w:p>
    <w:p>
      <w:pPr>
        <w:jc w:val="right"/>
      </w:pPr>
      <w:r>
        <w:t>طرح مل کر رہنے لگے</w:t>
      </w:r>
    </w:p>
    <w:p>
      <w:r>
        <w:rPr>
          <w:b/>
        </w:rPr>
        <w:t xml:space="preserve">[40:10] </w:t>
      </w:r>
      <w:r>
        <w:t>iski wajah yeh hai ke ghair Islam mein har aadmi apna wafaadar rehta hai aur Islam mein</w:t>
      </w:r>
    </w:p>
    <w:p>
      <w:pPr>
        <w:jc w:val="right"/>
      </w:pPr>
      <w:r>
        <w:t>اس کی وجہ یہ ہے کہ غیر اسلام میں ہر ادمی اپنا وفادار رہتا ہے اور اسلام میں</w:t>
      </w:r>
    </w:p>
    <w:p>
      <w:r>
        <w:rPr>
          <w:b/>
        </w:rPr>
        <w:t xml:space="preserve">[40:16] </w:t>
      </w:r>
      <w:r>
        <w:t>sirf ek Allah ka jis samaj mein log apne ya apne giroh ke wafaadar hon wahan qudrati taur</w:t>
      </w:r>
    </w:p>
    <w:p>
      <w:pPr>
        <w:jc w:val="right"/>
      </w:pPr>
      <w:r>
        <w:t>صرف ایک اللہ کا جس سماج میں لوگ اپنے یا اپنے گروہ کے وفادار ہوں وہاں قدرتی طور</w:t>
      </w:r>
    </w:p>
    <w:p>
      <w:r>
        <w:rPr>
          <w:b/>
        </w:rPr>
        <w:t xml:space="preserve">[40:25] </w:t>
      </w:r>
      <w:r>
        <w:t>par kai wafadariyan wajood mein aati hain aur</w:t>
      </w:r>
    </w:p>
    <w:p>
      <w:pPr>
        <w:jc w:val="right"/>
      </w:pPr>
      <w:r>
        <w:t>پر کئی وفاداریاں وجود میں اتی ہیں اور</w:t>
      </w:r>
    </w:p>
    <w:p>
      <w:r>
        <w:rPr>
          <w:b/>
        </w:rPr>
        <w:t xml:space="preserve">[40:30] </w:t>
      </w:r>
      <w:r>
        <w:t>kai wafadariyon ke amli nateeje hi ka naam ikhtilaf aur takrao hai is ke bar aks jis muashre mein</w:t>
      </w:r>
    </w:p>
    <w:p>
      <w:pPr>
        <w:jc w:val="right"/>
      </w:pPr>
      <w:r>
        <w:t>کئی وفاداریوں کے عملی نتیجے ہی کا نام اختلاف اور ٹکراؤ ہے اس کے برعکس جس معاشرے میں</w:t>
      </w:r>
    </w:p>
    <w:p>
      <w:r>
        <w:rPr>
          <w:b/>
        </w:rPr>
        <w:t xml:space="preserve">[40:38] </w:t>
      </w:r>
      <w:r>
        <w:t>tamam log ek khuda ke wafadar ban jayen wahan sab ka rukh ek markaz ki taraf ho jata</w:t>
      </w:r>
    </w:p>
    <w:p>
      <w:pPr>
        <w:jc w:val="right"/>
      </w:pPr>
      <w:r>
        <w:t>تمام لوگ ایک خدا کے وفادار بن جائیں وہاں سب کا رخ ایک مرکز کی طرف ہو جاتا</w:t>
      </w:r>
    </w:p>
    <w:p>
      <w:r>
        <w:rPr>
          <w:b/>
        </w:rPr>
        <w:t xml:space="preserve">[40:46] </w:t>
      </w:r>
      <w:r>
        <w:t>hai sab ek rassi se bandh jate hain is tarah bahami ikhtilaf aur takrao ke asbab apne aap</w:t>
      </w:r>
    </w:p>
    <w:p>
      <w:pPr>
        <w:jc w:val="right"/>
      </w:pPr>
      <w:r>
        <w:t>ہے سب ایک رسی سے بندھ جاتے ہیں اس طرح باہمی اختلاف اور ٹکراؤ کے اسباب اپنے اپ</w:t>
      </w:r>
    </w:p>
    <w:p>
      <w:r>
        <w:rPr>
          <w:b/>
        </w:rPr>
        <w:t xml:space="preserve">[40:56] </w:t>
      </w:r>
      <w:r>
        <w:t>khatm ho jate hain</w:t>
      </w:r>
    </w:p>
    <w:p>
      <w:pPr>
        <w:jc w:val="right"/>
      </w:pPr>
      <w:r>
        <w:t>ختم ہو جاتے ہیں</w:t>
      </w:r>
    </w:p>
    <w:p>
      <w:r>
        <w:rPr>
          <w:b/>
        </w:rPr>
        <w:t xml:space="preserve">[41:00] </w:t>
      </w:r>
      <w:r>
        <w:t>minkum ummatuny yad'oona lil khairi wa yamuroona bil ma'roofi wa yanhauna 'anil munkari wa ulaa'ika humul muflihoon</w:t>
      </w:r>
    </w:p>
    <w:p>
      <w:pPr>
        <w:jc w:val="right"/>
      </w:pPr>
      <w:r>
        <w:t>منکم امتیدعون الخیر بالمعروف وینہون عن المنکر المفلحون</w:t>
      </w:r>
    </w:p>
    <w:p>
      <w:r>
        <w:rPr>
          <w:b/>
        </w:rPr>
        <w:t xml:space="preserve">[41:22] </w:t>
      </w:r>
      <w:r>
        <w:t>wa la takoonukal lazeena tafarraqoo wa khatafoo mim ba'di ma jaa'ahumul bayyinaat</w:t>
      </w:r>
    </w:p>
    <w:p>
      <w:pPr>
        <w:jc w:val="right"/>
      </w:pPr>
      <w:r>
        <w:t>ولا تكونوا كالذین تفرقوا واختلفوا من بعد ما جاءهم البینات</w:t>
      </w:r>
    </w:p>
    <w:p>
      <w:r>
        <w:rPr>
          <w:b/>
        </w:rPr>
        <w:t xml:space="preserve">[41:35] </w:t>
      </w:r>
      <w:r>
        <w:t>lahum 'azaabun 'azee mun yawma tabyaaddu wujoohun wa taswaddu wujoohun</w:t>
      </w:r>
    </w:p>
    <w:p>
      <w:pPr>
        <w:jc w:val="right"/>
      </w:pPr>
      <w:r>
        <w:t>لهم عذاب عظیم یوم تبیض وجوه وتسود وجوه</w:t>
      </w:r>
    </w:p>
    <w:p>
      <w:r>
        <w:rPr>
          <w:b/>
        </w:rPr>
        <w:t xml:space="preserve">[41:50] </w:t>
      </w:r>
      <w:r>
        <w:t>fa ammal lazeena eswaddat wujoohuhum afakartum ba'da eemanikum fazooqul 'azaaba bima kuntum takfuroon allazeena bayyadat wujoohuhum fa fee rahmatil laahi hum feeha khalidoon</w:t>
      </w:r>
    </w:p>
    <w:p>
      <w:pPr>
        <w:jc w:val="right"/>
      </w:pPr>
      <w:r>
        <w:t>فاما الذین اسودت وجوههم اكفرتم بعد ایمانكم فذوقوا العذاب بما كنتم تكفرون الذین بیضت وجوههم ففی رحمۃ اللہ هم فیہا خالدون</w:t>
      </w:r>
    </w:p>
    <w:p>
      <w:r>
        <w:rPr>
          <w:b/>
        </w:rPr>
        <w:t xml:space="preserve">[42:15] </w:t>
      </w:r>
      <w:r>
        <w:t>tilka ayatul laahi natlooha 'alaika bil haqqi wa mal laahu yureedu zulmal lil 'alameen wa lillaahi ma fis samawati wa ma fil ardi wa ilal laahi turja'ul umoor</w:t>
      </w:r>
    </w:p>
    <w:p>
      <w:pPr>
        <w:jc w:val="right"/>
      </w:pPr>
      <w:r>
        <w:t>تلك ایات اللہ نتلوها عليك بالحق وما اللہ یرید ظلما للعالمین ولله ما فی السماوات وما فی الارض والى اللہ ترجع الامور</w:t>
      </w:r>
    </w:p>
    <w:p>
      <w:r>
        <w:rPr>
          <w:b/>
        </w:rPr>
        <w:t xml:space="preserve">[42:40] </w:t>
      </w:r>
      <w:r>
        <w:t>aur zaroor hai keh tum mein ek garoh ho jo neki ki taraf bulaye bhalaai ka hukum de aur burai se roke aur aise hi log kaamyaab hon ge aur un logon ki tarah na ho jaana jo firqon mein bat gaye aur baaham ikhtilaf kar liya baad is ke keh un ke paas wazeh ahkaam aa chuke thay aur un ke liye bada azaab</w:t>
      </w:r>
    </w:p>
    <w:p>
      <w:pPr>
        <w:jc w:val="right"/>
      </w:pPr>
      <w:r>
        <w:t>اور ضرور ہے کہ تم میں ایک گروہ ہو جو نیکی کی طرف بلائے بھلائی کا حکم دے اور برائی سے روکے اور ایسے ہی لوگ کامیاب ہوں گے اور ان لوگوں کی طرح نہ ہو جانا جو فرقوں میں بٹ گئے اور باہم اختلاف کر لیا بعد اس کے کہ ان کے پاس واضح احکام ا چکے تھے اور ان کے لیے بڑا عذاب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