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 Al-‘Imran (The Family of ‘Imran) verses 1-71</w:t>
      </w:r>
    </w:p>
    <w:p>
      <w:r>
        <w:t>https://www.youtube.com/watch?v=9iyoHICtTqk</w:t>
      </w:r>
    </w:p>
    <w:p>
      <w:r>
        <w:rPr>
          <w:b/>
        </w:rPr>
        <w:t xml:space="preserve">[00:01] </w:t>
      </w:r>
      <w:r>
        <w:t>bismillah hir rahman nir raheem.</w:t>
      </w:r>
    </w:p>
    <w:p>
      <w:pPr>
        <w:jc w:val="right"/>
      </w:pPr>
      <w:r>
        <w:t>بسم الله الرحمن الرحيم.</w:t>
      </w:r>
    </w:p>
    <w:p>
      <w:r>
        <w:rPr>
          <w:b/>
        </w:rPr>
        <w:t xml:space="preserve">[00:06] </w:t>
      </w:r>
      <w:r>
        <w:t>alif laam</w:t>
      </w:r>
    </w:p>
    <w:p>
      <w:pPr>
        <w:jc w:val="right"/>
      </w:pPr>
      <w:r>
        <w:t>ألف لام</w:t>
      </w:r>
    </w:p>
    <w:p>
      <w:r>
        <w:rPr>
          <w:b/>
        </w:rPr>
        <w:t xml:space="preserve">[00:11] </w:t>
      </w:r>
      <w:r>
        <w:t>meem.</w:t>
      </w:r>
    </w:p>
    <w:p>
      <w:pPr>
        <w:jc w:val="right"/>
      </w:pPr>
      <w:r>
        <w:t>ميم.</w:t>
      </w:r>
    </w:p>
    <w:p>
      <w:r>
        <w:rPr>
          <w:b/>
        </w:rPr>
        <w:t xml:space="preserve">[00:17] </w:t>
      </w:r>
      <w:r>
        <w:t>allahu la ilaha illa huwal hayyul qayyoom. nazzala 'alaikal kitaba bil haqqi musaddiqan lima baina yadayhi wa anzalat tawrata wal injeel.</w:t>
      </w:r>
    </w:p>
    <w:p>
      <w:pPr>
        <w:jc w:val="right"/>
      </w:pPr>
      <w:r>
        <w:t>الله لا إله إلا هو الحي القيوم. نزل عليك الكتاب بالحق مصدقًا لما بين يديه وأنزل التوراة والإنجيل.</w:t>
      </w:r>
    </w:p>
    <w:p>
      <w:r>
        <w:rPr>
          <w:b/>
        </w:rPr>
        <w:t xml:space="preserve">[00:39] </w:t>
      </w:r>
      <w:r>
        <w:t>min qablu hudan lin naasi wa anzala furqaan.</w:t>
      </w:r>
    </w:p>
    <w:p>
      <w:pPr>
        <w:jc w:val="right"/>
      </w:pPr>
      <w:r>
        <w:t>من قبل هدى للناس وأنزل الفرقان.</w:t>
      </w:r>
    </w:p>
    <w:p>
      <w:r>
        <w:rPr>
          <w:b/>
        </w:rPr>
        <w:t xml:space="preserve">[00:47] </w:t>
      </w:r>
      <w:r>
        <w:t>innal lazeena kafaroo bi ayatil laahi lahum 'azaabun shadeed.</w:t>
      </w:r>
    </w:p>
    <w:p>
      <w:pPr>
        <w:jc w:val="right"/>
      </w:pPr>
      <w:r>
        <w:t>إن الذين كفروا بآيات الله لهم عذاب شديد.</w:t>
      </w:r>
    </w:p>
    <w:p>
      <w:r>
        <w:rPr>
          <w:b/>
        </w:rPr>
        <w:t xml:space="preserve">[00:57] </w:t>
      </w:r>
      <w:r>
        <w:t>wallahu azeezun zu intiqam. innalaha la yakhfa alayhi shayun fil ardi wa la fis samai.</w:t>
      </w:r>
    </w:p>
    <w:p>
      <w:pPr>
        <w:jc w:val="right"/>
      </w:pPr>
      <w:r>
        <w:t>والله عزيز ذو انتقام. إن الله لا يخفى عليه شيء في الأرض ولا في السماء.</w:t>
      </w:r>
    </w:p>
    <w:p>
      <w:r>
        <w:rPr>
          <w:b/>
        </w:rPr>
        <w:t xml:space="preserve">[01:13] </w:t>
      </w:r>
      <w:r>
        <w:t>huwallazi yusawwirukum fil arhami kaifa yashao.</w:t>
      </w:r>
    </w:p>
    <w:p>
      <w:pPr>
        <w:jc w:val="right"/>
      </w:pPr>
      <w:r>
        <w:t>هو الذي يصوركم في الأرحام كيف يشاء.</w:t>
      </w:r>
    </w:p>
    <w:p>
      <w:r>
        <w:rPr>
          <w:b/>
        </w:rPr>
        <w:t xml:space="preserve">[01:22] </w:t>
      </w:r>
      <w:r>
        <w:t>la ilaha illa huwal azeezul hakeem.</w:t>
      </w:r>
    </w:p>
    <w:p>
      <w:pPr>
        <w:jc w:val="right"/>
      </w:pPr>
      <w:r>
        <w:t>لا إله إلا هو العزيز الحكيم.</w:t>
      </w:r>
    </w:p>
    <w:p>
      <w:r>
        <w:rPr>
          <w:b/>
        </w:rPr>
        <w:t xml:space="preserve">[01:30] </w:t>
      </w:r>
      <w:r>
        <w:t>shuru Allah ke naam se jo bara meherban, nihayat reham wala hai.</w:t>
      </w:r>
    </w:p>
    <w:p>
      <w:pPr>
        <w:jc w:val="right"/>
      </w:pPr>
      <w:r>
        <w:t>شروع اللہ کے نام سے جو بڑا مہربان، نہایت رحم والا ہے۔</w:t>
      </w:r>
    </w:p>
    <w:p>
      <w:r>
        <w:rPr>
          <w:b/>
        </w:rPr>
        <w:t xml:space="preserve">[01:40] </w:t>
      </w:r>
      <w:r>
        <w:t>alif laam meem. Allah, iske siwa koi mabood nahi, zinda aur sab ka thamne wala.</w:t>
      </w:r>
    </w:p>
    <w:p>
      <w:pPr>
        <w:jc w:val="right"/>
      </w:pPr>
      <w:r>
        <w:t>الف لام میم۔ اللہ، اس کے سوا کوئی معبود نہیں، زندہ اور سب کا تھامنے والا۔</w:t>
      </w:r>
    </w:p>
    <w:p>
      <w:r>
        <w:rPr>
          <w:b/>
        </w:rPr>
        <w:t xml:space="preserve">[01:50] </w:t>
      </w:r>
      <w:r>
        <w:t>us ne tum par kitab utari haq ke sath, sacha karne wali</w:t>
      </w:r>
    </w:p>
    <w:p>
      <w:pPr>
        <w:jc w:val="right"/>
      </w:pPr>
      <w:r>
        <w:t>اس نے تم پر کتاب اتاری حق کے ساتھ، سچا کرنے والی</w:t>
      </w:r>
    </w:p>
    <w:p>
      <w:r>
        <w:rPr>
          <w:b/>
        </w:rPr>
        <w:t xml:space="preserve">[01:56] </w:t>
      </w:r>
      <w:r>
        <w:t>is cheez ko jo iske aage hai. aur us ne torait aur injeel utari is se pehle logon ki hidayat ke liye.</w:t>
      </w:r>
    </w:p>
    <w:p>
      <w:pPr>
        <w:jc w:val="right"/>
      </w:pPr>
      <w:r>
        <w:t>اس چیز کو جو اس کے آگے ہے۔ اور اس نے تورات اور انجیل اتاری اس سے پہلے لوگوں کی ہدایت کے لیے۔</w:t>
      </w:r>
    </w:p>
    <w:p>
      <w:r>
        <w:rPr>
          <w:b/>
        </w:rPr>
        <w:t xml:space="preserve">[02:09] </w:t>
      </w:r>
      <w:r>
        <w:t>aur Allah ne furqan utara. beshak jin logon ne</w:t>
      </w:r>
    </w:p>
    <w:p>
      <w:pPr>
        <w:jc w:val="right"/>
      </w:pPr>
      <w:r>
        <w:t>اور اللہ نے فرقان اتارا۔ بے شک جن لوگوں نے</w:t>
      </w:r>
    </w:p>
    <w:p>
      <w:r>
        <w:rPr>
          <w:b/>
        </w:rPr>
        <w:t xml:space="preserve">[02:15] </w:t>
      </w:r>
      <w:r>
        <w:t>Allah ki nishaniyon ka inkar kiya, un ke liye sakht azab hai. aur Allah zabardast hai, badla lene wala hai.</w:t>
      </w:r>
    </w:p>
    <w:p>
      <w:pPr>
        <w:jc w:val="right"/>
      </w:pPr>
      <w:r>
        <w:t>اللہ کی نشانیوں کا انکار کیا، ان کے لیے سخت عذاب ہے۔ اور اللہ زبردست ہے، بدلہ لینے والا ہے۔</w:t>
      </w:r>
    </w:p>
    <w:p>
      <w:r>
        <w:rPr>
          <w:b/>
        </w:rPr>
        <w:t xml:space="preserve">[02:29] </w:t>
      </w:r>
      <w:r>
        <w:t>beshak Allah se koi cheez</w:t>
      </w:r>
    </w:p>
    <w:p>
      <w:pPr>
        <w:jc w:val="right"/>
      </w:pPr>
      <w:r>
        <w:t>بے شک اللہ سے کوئی چیز</w:t>
      </w:r>
    </w:p>
    <w:p>
      <w:r>
        <w:rPr>
          <w:b/>
        </w:rPr>
        <w:t xml:space="preserve">[02:31] </w:t>
      </w:r>
      <w:r>
        <w:t>chupi hui nahi, na zameen mein aur na aasman mein. wahi tumhari soorat banata hai maa ke pait mein jis tarah chahta hai.</w:t>
      </w:r>
    </w:p>
    <w:p>
      <w:pPr>
        <w:jc w:val="right"/>
      </w:pPr>
      <w:r>
        <w:t>چھپی ہوئی نہیں، نہ زمین میں اور نہ آسمان میں۔ وہی تمہاری صورت بناتا ہے ماں کے پیٹ میں جس طرح چاہتا ہے۔</w:t>
      </w:r>
    </w:p>
    <w:p>
      <w:r>
        <w:rPr>
          <w:b/>
        </w:rPr>
        <w:t xml:space="preserve">[02:46] </w:t>
      </w:r>
      <w:r>
        <w:t>iske siwa koi mabood nahi.</w:t>
      </w:r>
    </w:p>
    <w:p>
      <w:pPr>
        <w:jc w:val="right"/>
      </w:pPr>
      <w:r>
        <w:t>اس کے سوا کوئی معبود نہیں۔</w:t>
      </w:r>
    </w:p>
    <w:p>
      <w:r>
        <w:rPr>
          <w:b/>
        </w:rPr>
        <w:t xml:space="preserve">[02:49] </w:t>
      </w:r>
      <w:r>
        <w:t>wo zabardast hai, hikmat wala hai.</w:t>
      </w:r>
    </w:p>
    <w:p>
      <w:pPr>
        <w:jc w:val="right"/>
      </w:pPr>
      <w:r>
        <w:t>وہ زبردست ہے، حکمت والا ہے۔</w:t>
      </w:r>
    </w:p>
    <w:p>
      <w:r>
        <w:rPr>
          <w:b/>
        </w:rPr>
        <w:t xml:space="preserve">[02:56] </w:t>
      </w:r>
      <w:r>
        <w:t>tashreeh. kainat ka khaliq koi mashini khuda nahi, balke ek zinda aur bashaoor khuda hai.</w:t>
      </w:r>
    </w:p>
    <w:p>
      <w:pPr>
        <w:jc w:val="right"/>
      </w:pPr>
      <w:r>
        <w:t>تشریح۔ کائنات کا خالق کوئی مشینی خدا نہیں، بلکہ ایک زندہ اور باشعور خدا ہے۔</w:t>
      </w:r>
    </w:p>
    <w:p>
      <w:r>
        <w:rPr>
          <w:b/>
        </w:rPr>
        <w:t xml:space="preserve">[03:09] </w:t>
      </w:r>
      <w:r>
        <w:t>us ne har zamane mein insan ke liye</w:t>
      </w:r>
    </w:p>
    <w:p>
      <w:pPr>
        <w:jc w:val="right"/>
      </w:pPr>
      <w:r>
        <w:t>اس نے ہر زمانے میں انسان کے لیے</w:t>
      </w:r>
    </w:p>
    <w:p>
      <w:r>
        <w:rPr>
          <w:b/>
        </w:rPr>
        <w:t xml:space="preserve">[03:12] </w:t>
      </w:r>
      <w:r>
        <w:t>rahnumai bheji. inhi mein se wo kitabein theen jo torait o injeel ki soorat mein pichle anbiya par utari gae theen.</w:t>
      </w:r>
    </w:p>
    <w:p>
      <w:pPr>
        <w:jc w:val="right"/>
      </w:pPr>
      <w:r>
        <w:t>رہنمائی بھیجی۔ انہی میں سے وہ کتابیں تھیں جو تورات و انجیل کی صورت میں پچھلے انبیاء پر اتاری گئیں۔</w:t>
      </w:r>
    </w:p>
    <w:p>
      <w:r>
        <w:rPr>
          <w:b/>
        </w:rPr>
        <w:t xml:space="preserve">[03:24] </w:t>
      </w:r>
      <w:r>
        <w:t>magar insan hamesha yeh karta raha ke us ne apni taweel o tashreeh se Khuda ki talimat ko</w:t>
      </w:r>
    </w:p>
    <w:p>
      <w:pPr>
        <w:jc w:val="right"/>
      </w:pPr>
      <w:r>
        <w:t>مگر انسان ہمیشہ یہ کرتا رہا کہ اس نے اپنی تاویل و تشریح سے خدا کی تعلیمات کو</w:t>
      </w:r>
    </w:p>
    <w:p>
      <w:r>
        <w:rPr>
          <w:b/>
        </w:rPr>
        <w:t xml:space="preserve">[03:33] </w:t>
      </w:r>
      <w:r>
        <w:t>tarah tarah ke mani pehnaye aur Khuda ke ek deen ko kai deen bana dala. aakhir Allah ne apne tashahud manzoore ke mutabiq aakhri kitab utari</w:t>
      </w:r>
    </w:p>
    <w:p>
      <w:pPr>
        <w:jc w:val="right"/>
      </w:pPr>
      <w:r>
        <w:t>طرح طرح کے معنی پہنائے اور خدا کے ایک دین کو کئی دین بنا ڈالا۔ آخر اللہ نے اپنے تشہدہ منصوبے کے مطابق آخری کتاب اتاری</w:t>
      </w:r>
    </w:p>
    <w:p>
      <w:r>
        <w:rPr>
          <w:b/>
        </w:rPr>
        <w:t xml:space="preserve">[03:50] </w:t>
      </w:r>
      <w:r>
        <w:t>jo insanon ke liye sahih hidayat nama bhi hai aur isi ke sath wo kasoti bhi jis se haq o batil ke darmiyan faisla kiya ja sake.</w:t>
      </w:r>
    </w:p>
    <w:p>
      <w:pPr>
        <w:jc w:val="right"/>
      </w:pPr>
      <w:r>
        <w:t>جو انسانوں کے لیے صحیح ہدایت نامہ بھی ہے اور اسی کے ساتھ وہ کسوٹی بھی جس سے حق و باطل کے درمیان فیصلہ کیا جا سکے۔</w:t>
      </w:r>
    </w:p>
    <w:p>
      <w:r>
        <w:rPr>
          <w:b/>
        </w:rPr>
        <w:t xml:space="preserve">[04:06] </w:t>
      </w:r>
      <w:r>
        <w:t>quran batata hai ke Allah ka sacha deen kya hai aur wo deen kaun sa hai jo logon ne apne khud sakhta tashrihat ke zariye bana rakha hai.</w:t>
      </w:r>
    </w:p>
    <w:p>
      <w:pPr>
        <w:jc w:val="right"/>
      </w:pPr>
      <w:r>
        <w:t>قرآن بتاتا ہے کہ اللہ کا سچا دین کیا ہے اور وہ دین کون سا ہے جو لوگوں نے اپنے خود ساختہ تشریحات کے ذریعے بنا رکھا ہے۔</w:t>
      </w:r>
    </w:p>
    <w:p>
      <w:r>
        <w:rPr>
          <w:b/>
        </w:rPr>
        <w:t xml:space="preserve">[04:20] </w:t>
      </w:r>
      <w:r>
        <w:t>ab jo log Khuda ki kitab ko na manen ya</w:t>
      </w:r>
    </w:p>
    <w:p>
      <w:pPr>
        <w:jc w:val="right"/>
      </w:pPr>
      <w:r>
        <w:t>اب جو لوگ خدا کی کتاب کو نہ مانیں یا</w:t>
      </w:r>
    </w:p>
    <w:p>
      <w:r>
        <w:rPr>
          <w:b/>
        </w:rPr>
        <w:t xml:space="preserve">[04:24] </w:t>
      </w:r>
      <w:r>
        <w:t>apni rayon aur taabeeron ke tehat ghade hue deen ko na chhoden, wo sakht saza ke mustahiq hain. yeh wo log hain jin ko Khuda ne aankh di magar roshni aa jane ke bawajood unhon ne na dekha.</w:t>
      </w:r>
    </w:p>
    <w:p>
      <w:pPr>
        <w:jc w:val="right"/>
      </w:pPr>
      <w:r>
        <w:t>اپنی رائیوں اور تعبیروں کے تحت گھڑے ہوئے دین کو نہ چھوڑیں، وہ سخت سزا کے مستحق ہیں۔ یہ وہ لوگ ہیں جن کو خدا نے آنکھ دی مگر روشنی آ جانے کے باوجود انہوں نے نہ دیکھا۔</w:t>
      </w:r>
    </w:p>
    <w:p>
      <w:r>
        <w:rPr>
          <w:b/>
        </w:rPr>
        <w:t xml:space="preserve">[04:42] </w:t>
      </w:r>
      <w:r>
        <w:t>jin ko Khuda ne aqal di magar daleel aa jane ke baad bhi unhon ne na samjha. apni jhooti burai ki khatir wo haq ke aage jhukne par tayar na hue.</w:t>
      </w:r>
    </w:p>
    <w:p>
      <w:pPr>
        <w:jc w:val="right"/>
      </w:pPr>
      <w:r>
        <w:t>جن کو خدا نے عقل دی مگر دلیل آ جانے کے بعد بھی انہوں نے نہ سمجھا۔ اپنی جھوٹی برائی کی خاطر وہ حق کے آگے جھکنے پر تیار نہ ہوئے۔</w:t>
      </w:r>
    </w:p>
    <w:p>
      <w:r>
        <w:rPr>
          <w:b/>
        </w:rPr>
        <w:t xml:space="preserve">[05:00] </w:t>
      </w:r>
      <w:r>
        <w:t>Allah apni zaat o sifat ke aitbar se kaisa hai, iska haqeeqi taaruf wo khud hi kar sakta hai. iski hasti ka doosri maujudat se kya taalluq hai,</w:t>
      </w:r>
    </w:p>
    <w:p>
      <w:pPr>
        <w:jc w:val="right"/>
      </w:pPr>
      <w:r>
        <w:t>اللہ اپنی ذات و صفات کے اعتبار سے کیسا ہے، اس کا حقیقی تعارف وہ خود ہی کر سکتا ہے۔ اس کی ہستی کا دوسری موجودات سے کیا تعلق ہے،</w:t>
      </w:r>
    </w:p>
    <w:p>
      <w:r>
        <w:rPr>
          <w:b/>
        </w:rPr>
        <w:t xml:space="preserve">[05:13] </w:t>
      </w:r>
      <w:r>
        <w:t>isko bhi wo khud hi sahih taur par bata sakta hai.</w:t>
      </w:r>
    </w:p>
    <w:p>
      <w:pPr>
        <w:jc w:val="right"/>
      </w:pPr>
      <w:r>
        <w:t>اس کو بھی وہ خود ہی صحیح طور پر بتا سکتا ہے۔</w:t>
      </w:r>
    </w:p>
    <w:p>
      <w:r>
        <w:rPr>
          <w:b/>
        </w:rPr>
        <w:t xml:space="preserve">[05:18] </w:t>
      </w:r>
      <w:r>
        <w:t>khuda ne apni kitab mein is ko itni wazeh surat mein bata diya hai ke koi shakhs jo janna chahe, wo zaroor jaan le.</w:t>
      </w:r>
    </w:p>
    <w:p>
      <w:pPr>
        <w:jc w:val="right"/>
      </w:pPr>
      <w:r>
        <w:t>خدا نے اپنی کتاب میں اس کو اتنی واضح صورت میں بتا دیا ہے کہ کوئی شخص جو جاننا چاہے، وہ ضرور جان لے۔</w:t>
      </w:r>
    </w:p>
    <w:p>
      <w:r>
        <w:rPr>
          <w:b/>
        </w:rPr>
        <w:t xml:space="preserve">[05:30] </w:t>
      </w:r>
      <w:r>
        <w:t>yahi muamla insan ke liye hidayat nama muqarrar karne ka hai.</w:t>
      </w:r>
    </w:p>
    <w:p>
      <w:pPr>
        <w:jc w:val="right"/>
      </w:pPr>
      <w:r>
        <w:t>یہی معاملہ انسان کے لیے ہدایت نامہ مقرر کرنے کا ہے۔</w:t>
      </w:r>
    </w:p>
    <w:p>
      <w:r>
        <w:rPr>
          <w:b/>
        </w:rPr>
        <w:t xml:space="preserve">[05:36] </w:t>
      </w:r>
      <w:r>
        <w:t>insan ki haqeeqat kya hai aur wo kaun sa ravaiyya hai jo insan ki kamyabi ka zaman hai, is ko batane ke liye poori kainat ka ilm darkar hai.</w:t>
      </w:r>
    </w:p>
    <w:p>
      <w:pPr>
        <w:jc w:val="right"/>
      </w:pPr>
      <w:r>
        <w:t>انسان کی حقیقت کیا ہے اور وہ کون سا رویہ ہے جو انسان کی کامیابی کا ضامن ہے، اس کو بتانے کے لیے پوری کائنات کا علم درکار ہے۔</w:t>
      </w:r>
    </w:p>
    <w:p>
      <w:r>
        <w:rPr>
          <w:b/>
        </w:rPr>
        <w:t xml:space="preserve">[05:49] </w:t>
      </w:r>
      <w:r>
        <w:t>insan ke liye sahi ravaiyya wahi ho sakta hai</w:t>
      </w:r>
    </w:p>
    <w:p>
      <w:pPr>
        <w:jc w:val="right"/>
      </w:pPr>
      <w:r>
        <w:t>انسان کے لیے صحیح رویہ وہی ہو سکتا ہے</w:t>
      </w:r>
    </w:p>
    <w:p>
      <w:r>
        <w:rPr>
          <w:b/>
        </w:rPr>
        <w:t xml:space="preserve">[05:53] </w:t>
      </w:r>
      <w:r>
        <w:t>jo baqi kainat se ham ahang ho aur dunya ke wasee tar nizam se poori tarah mutabiqat rakhta ho.</w:t>
      </w:r>
    </w:p>
    <w:p>
      <w:pPr>
        <w:jc w:val="right"/>
      </w:pPr>
      <w:r>
        <w:t>جو بقیہ کائنات سے ہم آہنگ ہو اور دنیا کے وسیع تر نظام سے پوری طرح مطابقت رکھتا ہو۔</w:t>
      </w:r>
    </w:p>
    <w:p>
      <w:r>
        <w:rPr>
          <w:b/>
        </w:rPr>
        <w:t xml:space="preserve">[06:06] </w:t>
      </w:r>
      <w:r>
        <w:t>insan ke liye sahi rah amal ka taayun wahi kar sakta hai</w:t>
      </w:r>
    </w:p>
    <w:p>
      <w:pPr>
        <w:jc w:val="right"/>
      </w:pPr>
      <w:r>
        <w:t>انسان کے لیے صحیح راہ عمل کا تعین وہی کر سکتا ہے</w:t>
      </w:r>
    </w:p>
    <w:p>
      <w:r>
        <w:rPr>
          <w:b/>
        </w:rPr>
        <w:t xml:space="preserve">[06:11] </w:t>
      </w:r>
      <w:r>
        <w:t>jo na sirf insan ko paidaish se maut tak janta ho balkeh is ko yeh bhi maloom ho ke paidaish se pehle kya hai aur maut ke baad kya hai.</w:t>
      </w:r>
    </w:p>
    <w:p>
      <w:pPr>
        <w:jc w:val="right"/>
      </w:pPr>
      <w:r>
        <w:t>جو نہ صرف انسان کو پیدائش سے موت تک جانتا ہو بلکہ اس کو یہ بھی معلوم ہو کہ پیدائش سے پہلے کیا ہے اور موت کے بعد کیا ہے۔</w:t>
      </w:r>
    </w:p>
    <w:p>
      <w:r>
        <w:rPr>
          <w:b/>
        </w:rPr>
        <w:t xml:space="preserve">[06:29] </w:t>
      </w:r>
      <w:r>
        <w:t>aisi hasti khuda ke siwa koi doosri nahi.</w:t>
      </w:r>
    </w:p>
    <w:p>
      <w:pPr>
        <w:jc w:val="right"/>
      </w:pPr>
      <w:r>
        <w:t>ایسی ہستی خدا کے سوا کوئی دوسری نہیں۔</w:t>
      </w:r>
    </w:p>
    <w:p>
      <w:r>
        <w:rPr>
          <w:b/>
        </w:rPr>
        <w:t xml:space="preserve">[06:35] </w:t>
      </w:r>
      <w:r>
        <w:t>insan ke liye haqeeqat pasandi yeh hai ke is muamle mein wo khuda par bharosa kare aur us ki taraf se aai hui hidayat ko poore yaqeen ke sath pakar le.</w:t>
      </w:r>
    </w:p>
    <w:p>
      <w:pPr>
        <w:jc w:val="right"/>
      </w:pPr>
      <w:r>
        <w:t>انسان کے لیے حقیقت پسندی یہ ہے کہ اس معاملے میں وہ خدا پر بھروسہ کرے اور اس کی طرف سے آئی ہوئی ہدایت کو پورے یقین کے ساتھ پکڑ لے۔</w:t>
      </w:r>
    </w:p>
    <w:p>
      <w:r>
        <w:rPr>
          <w:b/>
        </w:rPr>
        <w:t xml:space="preserve">[06:52] </w:t>
      </w:r>
      <w:r>
        <w:t>huwallazi</w:t>
      </w:r>
    </w:p>
    <w:p>
      <w:pPr>
        <w:jc w:val="right"/>
      </w:pPr>
      <w:r>
        <w:t>هو الذي</w:t>
      </w:r>
    </w:p>
    <w:p>
      <w:r>
        <w:rPr>
          <w:b/>
        </w:rPr>
        <w:t xml:space="preserve">[06:55] </w:t>
      </w:r>
      <w:r>
        <w:t>anzala alaikal kitaba minhua ayatun muhkamatun hunnal kitabi wa ukhru mutashabihatun fa ammallazina fi qulubihim zaighun</w:t>
      </w:r>
    </w:p>
    <w:p>
      <w:pPr>
        <w:jc w:val="right"/>
      </w:pPr>
      <w:r>
        <w:t>أنزل عليك الكتاب منه آيات محكمات هن أم الكتاب وأخر متشابهات فأما الذين في قلوبهم زيغ</w:t>
      </w:r>
    </w:p>
    <w:p>
      <w:r>
        <w:rPr>
          <w:b/>
        </w:rPr>
        <w:t xml:space="preserve">[07:15] </w:t>
      </w:r>
      <w:r>
        <w:t>fayattabiuna ma tashabaha minhubtigha'al fitnati wabtigha'i ta'weelihi wama ya'lamu ta'weelahu illallahu</w:t>
      </w:r>
    </w:p>
    <w:p>
      <w:pPr>
        <w:jc w:val="right"/>
      </w:pPr>
      <w:r>
        <w:t>فيتبعون ما تشابه منه ابتغاء الفتنة وابتغاء تأويله وما يعلم تأويله إلا الله</w:t>
      </w:r>
    </w:p>
    <w:p>
      <w:r>
        <w:rPr>
          <w:b/>
        </w:rPr>
        <w:t xml:space="preserve">[07:34] </w:t>
      </w:r>
      <w:r>
        <w:t>warasikhuna fil ilmi yaquluna amanna bihi kullun min 'indi rabbina wama yadhdhakkaru illa uluwal albab</w:t>
      </w:r>
    </w:p>
    <w:p>
      <w:pPr>
        <w:jc w:val="right"/>
      </w:pPr>
      <w:r>
        <w:t>والراسخون في العلم يقولون آمنا به كل من عند ربنا وما يذكر إلا أولو الألباب</w:t>
      </w:r>
    </w:p>
    <w:p>
      <w:r>
        <w:rPr>
          <w:b/>
        </w:rPr>
        <w:t xml:space="preserve">[07:52] </w:t>
      </w:r>
      <w:r>
        <w:t>rabbana la tuzigh qulubana ba'da iz hadaytana wahab lana min ladunka rahmatan innaka antal wahhab rabbana</w:t>
      </w:r>
    </w:p>
    <w:p>
      <w:pPr>
        <w:jc w:val="right"/>
      </w:pPr>
      <w:r>
        <w:t>ربنا لا تزغ قلوبنا بعد إذ هديتنا وهب لنا من لدنك رحمة إنك أنت الوهاب ربنا</w:t>
      </w:r>
    </w:p>
    <w:p>
      <w:r>
        <w:rPr>
          <w:b/>
        </w:rPr>
        <w:t xml:space="preserve">[08:11] </w:t>
      </w:r>
      <w:r>
        <w:t>innaka jami'unnasi liyawmin la raiba fihi innallaha la yukhliful mi'ad.</w:t>
      </w:r>
    </w:p>
    <w:p>
      <w:pPr>
        <w:jc w:val="right"/>
      </w:pPr>
      <w:r>
        <w:t>إنك جامع الناس ليوم لا ريب فيه إن الله لا يخلف الميعاد.</w:t>
      </w:r>
    </w:p>
    <w:p>
      <w:r>
        <w:rPr>
          <w:b/>
        </w:rPr>
        <w:t xml:space="preserve">[08:26] </w:t>
      </w:r>
      <w:r>
        <w:t>wahi hai jis ne tumhare upar kitab utari. is mein baaz aayatein muhkam hain, wo kitab ki asal hain aur doosri aayatein mutashabeh hain.</w:t>
      </w:r>
    </w:p>
    <w:p>
      <w:pPr>
        <w:jc w:val="right"/>
      </w:pPr>
      <w:r>
        <w:t>وہی ہے جس نے تمہارے اوپر کتاب اتاری۔ اس میں بعض آیتیں محکم ہیں، وہ کتاب کی اصل ہیں اور دوسری آیتیں متشابہ ہیں۔</w:t>
      </w:r>
    </w:p>
    <w:p>
      <w:r>
        <w:rPr>
          <w:b/>
        </w:rPr>
        <w:t xml:space="preserve">[08:42] </w:t>
      </w:r>
      <w:r>
        <w:t>pas jin ke dilo mein tedh hai, wo mutashabeh aayaton ke peeche pad jate hain fitna ki talash mein aur us ke matlab ki talash mein,</w:t>
      </w:r>
    </w:p>
    <w:p>
      <w:pPr>
        <w:jc w:val="right"/>
      </w:pPr>
      <w:r>
        <w:t>پس جن کے دلوں میں ٹیڑھ ہے، وہ متشابہ آیتوں کے پیچھے پڑ جاتے ہیں فتنہ کی تلاش میں اور اس کے مطلب کی تلاش میں،</w:t>
      </w:r>
    </w:p>
    <w:p>
      <w:r>
        <w:rPr>
          <w:b/>
        </w:rPr>
        <w:t xml:space="preserve">[08:56] </w:t>
      </w:r>
      <w:r>
        <w:t>halankeh un ka matlab allah ke siwa koi nahi janta. aur jo log pakhta ilm wale hain, wo kehte hain ke hum un par iman laye,</w:t>
      </w:r>
    </w:p>
    <w:p>
      <w:pPr>
        <w:jc w:val="right"/>
      </w:pPr>
      <w:r>
        <w:t>حالانکہ ان کا مطلب اللہ کے سوا کوئی نہیں جانتا۔ اور جو لوگ پختہ علم والے ہیں، وہ کہتے ہیں کہ ہم ان پر ایمان لائے،</w:t>
      </w:r>
    </w:p>
    <w:p>
      <w:r>
        <w:rPr>
          <w:b/>
        </w:rPr>
        <w:t xml:space="preserve">[09:09] </w:t>
      </w:r>
      <w:r>
        <w:t>sab hamare rab ki taraf se hai. aur naseehat wahi log qabool karte hain jo aqal wale hain.</w:t>
      </w:r>
    </w:p>
    <w:p>
      <w:pPr>
        <w:jc w:val="right"/>
      </w:pPr>
      <w:r>
        <w:t>سب ہمارے رب کی طرف سے ہے۔ اور نصیحت وہی لوگ قبول کرتے ہیں جو عقل والے ہیں۔</w:t>
      </w:r>
    </w:p>
    <w:p>
      <w:r>
        <w:rPr>
          <w:b/>
        </w:rPr>
        <w:t xml:space="preserve">[09:19] </w:t>
      </w:r>
      <w:r>
        <w:t>ae hamare rab</w:t>
      </w:r>
    </w:p>
    <w:p>
      <w:pPr>
        <w:jc w:val="right"/>
      </w:pPr>
      <w:r>
        <w:t>اے ہمارے رب</w:t>
      </w:r>
    </w:p>
    <w:p>
      <w:r>
        <w:rPr>
          <w:b/>
        </w:rPr>
        <w:t xml:space="preserve">[09:20] </w:t>
      </w:r>
      <w:r>
        <w:t>! hamare dilo ko pher jab ke tu hum ko hidayat de chuka aur hum ko apne pas se rehmat de.</w:t>
      </w:r>
    </w:p>
    <w:p>
      <w:pPr>
        <w:jc w:val="right"/>
      </w:pPr>
      <w:r>
        <w:t>! ہمارے دلوں کو پھیر جب کہ تو ہم کو ہدایت دے چکا اور ہم کو اپنے پاس سے رحمت دے۔</w:t>
      </w:r>
    </w:p>
    <w:p>
      <w:r>
        <w:rPr>
          <w:b/>
        </w:rPr>
        <w:t xml:space="preserve">[09:31] </w:t>
      </w:r>
      <w:r>
        <w:t>beshak tu hi hai sab kuch dene wala. ae hamar</w:t>
      </w:r>
    </w:p>
    <w:p>
      <w:pPr>
        <w:jc w:val="right"/>
      </w:pPr>
      <w:r>
        <w:t>بے شک تو ہی ہے سب کچھ دینے والا۔ اے ہمار</w:t>
      </w:r>
    </w:p>
    <w:p>
      <w:r>
        <w:rPr>
          <w:b/>
        </w:rPr>
        <w:t xml:space="preserve">[09:37] </w:t>
      </w:r>
      <w:r>
        <w:t>e rab! tu jama karne wala hai logo ko ek din jis mein koi shubah nahi. beshak allah wade ke khilaf nahi karta.</w:t>
      </w:r>
    </w:p>
    <w:p>
      <w:pPr>
        <w:jc w:val="right"/>
      </w:pPr>
      <w:r>
        <w:t>ے رب! تو جمع کرنے والا ہے لوگوں کو ایک دن جس میں کوئی شبہ نہیں۔ بے شک اللہ وعدے کے خلاف نہیں کرتا۔</w:t>
      </w:r>
    </w:p>
    <w:p>
      <w:r>
        <w:rPr>
          <w:b/>
        </w:rPr>
        <w:t xml:space="preserve">[09:50] </w:t>
      </w:r>
      <w:r>
        <w:t>tashreeh.</w:t>
      </w:r>
    </w:p>
    <w:p>
      <w:pPr>
        <w:jc w:val="right"/>
      </w:pPr>
      <w:r>
        <w:t>تشریح۔</w:t>
      </w:r>
    </w:p>
    <w:p>
      <w:r>
        <w:rPr>
          <w:b/>
        </w:rPr>
        <w:t xml:space="preserve">[09:54] </w:t>
      </w:r>
      <w:r>
        <w:t>quran mein do tarah ke mazameen hain: ek wo jo insan ki maloom dunya se mutalliq hain, mislan tareekhi waqiat, kainaati nishaniyan, dunyavi zindagi ke ahkam waghera.</w:t>
      </w:r>
    </w:p>
    <w:p>
      <w:pPr>
        <w:jc w:val="right"/>
      </w:pPr>
      <w:r>
        <w:t>قرآن میں دو طرح کے مضامین ہیں: ایک وہ جو انسان کی معلوم دنیا سے متعلق ہیں، مثلاً تاریخی واقعات، کائناتی نشانیاں، دنیاوی زندگی کے احکام وغیرہ۔</w:t>
      </w:r>
    </w:p>
    <w:p>
      <w:r>
        <w:rPr>
          <w:b/>
        </w:rPr>
        <w:t xml:space="preserve">[10:10] </w:t>
      </w:r>
      <w:r>
        <w:t>dosre woh jin ka talluq un ghaybi umoor se hai jo aaj ke insaan ke liye na qabil-e-idraak hain, maslan Khuda ki siftat,</w:t>
      </w:r>
    </w:p>
    <w:p>
      <w:pPr>
        <w:jc w:val="right"/>
      </w:pPr>
      <w:r>
        <w:t>دوسرے وہ جن کا تعلق ان غیبی امور سے ہے جو آج کے انسان کے لیے ناقابل ادراک ہیں، مثلاً خدا کی صفات،</w:t>
      </w:r>
    </w:p>
    <w:p>
      <w:r>
        <w:rPr>
          <w:b/>
        </w:rPr>
        <w:t xml:space="preserve">[10:25] </w:t>
      </w:r>
      <w:r>
        <w:t>jannat dozakh ke ahwal</w:t>
      </w:r>
    </w:p>
    <w:p>
      <w:pPr>
        <w:jc w:val="right"/>
      </w:pPr>
      <w:r>
        <w:t>جنت دوزخ کے احوال</w:t>
      </w:r>
    </w:p>
    <w:p>
      <w:r>
        <w:rPr>
          <w:b/>
        </w:rPr>
        <w:t xml:space="preserve">[10:27] </w:t>
      </w:r>
      <w:r>
        <w:t>waghaira. pehli qism ki baaton ko Quran mein muhkam andaaz, bil alfaz-e-degar, barah-e-raast usloob mein bayan kiya gaya hai.</w:t>
      </w:r>
    </w:p>
    <w:p>
      <w:pPr>
        <w:jc w:val="right"/>
      </w:pPr>
      <w:r>
        <w:t>وغیرہ۔ پہلی قسم کی باتوں کو قرآن میں محکم انداز، بالفاظ دیگر، براہ راست اسلوب میں بیان کیا گیا ہے۔</w:t>
      </w:r>
    </w:p>
    <w:p>
      <w:r>
        <w:rPr>
          <w:b/>
        </w:rPr>
        <w:t xml:space="preserve">[10:39] </w:t>
      </w:r>
      <w:r>
        <w:t>dosri qism ki baatein insaan ki naamaloom duniya se mutalliq hain,</w:t>
      </w:r>
    </w:p>
    <w:p>
      <w:pPr>
        <w:jc w:val="right"/>
      </w:pPr>
      <w:r>
        <w:t>دوسری قسم کی باتیں انسان کی نامعلوم دنیا سے متعلق ہیں،</w:t>
      </w:r>
    </w:p>
    <w:p>
      <w:r>
        <w:rPr>
          <w:b/>
        </w:rPr>
        <w:t xml:space="preserve">[10:45] </w:t>
      </w:r>
      <w:r>
        <w:t>woh insani zaban ki giraft mein nahi aatin, is liye un ko mutashabeh andaaz yaani tamseel-o-tashbeeh ke usloob mein bayan kiya gaya hai.</w:t>
      </w:r>
    </w:p>
    <w:p>
      <w:pPr>
        <w:jc w:val="right"/>
      </w:pPr>
      <w:r>
        <w:t>وہ انسانی زبان کی گرفت میں نہیں آتیں، اس لیے ان کو متشابہ انداز یعنی تمثیل و تشبیہ کے اسلوب میں بیان کیا گیا ہے۔</w:t>
      </w:r>
    </w:p>
    <w:p>
      <w:r>
        <w:rPr>
          <w:b/>
        </w:rPr>
        <w:t xml:space="preserve">[11:00] </w:t>
      </w:r>
      <w:r>
        <w:t>maslan insaan ka hath kaha jaye</w:t>
      </w:r>
    </w:p>
    <w:p>
      <w:pPr>
        <w:jc w:val="right"/>
      </w:pPr>
      <w:r>
        <w:t>مثلاً انسان کا ہاتھ کہا جائے</w:t>
      </w:r>
    </w:p>
    <w:p>
      <w:r>
        <w:rPr>
          <w:b/>
        </w:rPr>
        <w:t xml:space="preserve">[11:04] </w:t>
      </w:r>
      <w:r>
        <w:t>to yeh barah-e-raast usloob ki misaal hai aur Allah ka hath tamseeli zaban ki misaal.</w:t>
      </w:r>
    </w:p>
    <w:p>
      <w:pPr>
        <w:jc w:val="right"/>
      </w:pPr>
      <w:r>
        <w:t>تو یہ براہ راست اسلوب کی مثال ہے اور اللہ کا ہاتھ تمثیلی زبان کی مثال۔</w:t>
      </w:r>
    </w:p>
    <w:p>
      <w:r>
        <w:rPr>
          <w:b/>
        </w:rPr>
        <w:t xml:space="preserve">[11:16] </w:t>
      </w:r>
      <w:r>
        <w:t>jo log is farq ko nahi samajhte, woh mutashabeh aayaton ka mafhoom bhi isi tarah mutayyan karne lagte hain</w:t>
      </w:r>
    </w:p>
    <w:p>
      <w:pPr>
        <w:jc w:val="right"/>
      </w:pPr>
      <w:r>
        <w:t>جو لوگ اس فرق کو نہیں سمجھتے، وہ متشابہ آیتوں کا مفہوم بھی اسی طرح متعین کرنے لگتے ہیں</w:t>
      </w:r>
    </w:p>
    <w:p>
      <w:r>
        <w:rPr>
          <w:b/>
        </w:rPr>
        <w:t xml:space="preserve">[11:24] </w:t>
      </w:r>
      <w:r>
        <w:t>jis tarah muhkam aayaton ka mafhoom mutayyan kiya jata hai. yeh apne fitri daire se bahar nikalne ki koshish hai.</w:t>
      </w:r>
    </w:p>
    <w:p>
      <w:pPr>
        <w:jc w:val="right"/>
      </w:pPr>
      <w:r>
        <w:t>جس طرح محکم آیتوں کا مفہوم متعین کیا جاتا ہے۔ یہ اپنے فطری دائرے سے باہر نکلنے کی کوشش ہے۔</w:t>
      </w:r>
    </w:p>
    <w:p>
      <w:r>
        <w:rPr>
          <w:b/>
        </w:rPr>
        <w:t xml:space="preserve">[11:37] </w:t>
      </w:r>
      <w:r>
        <w:t>aisi koshish ka anjam is ke siwa aur kuch nahi</w:t>
      </w:r>
    </w:p>
    <w:p>
      <w:pPr>
        <w:jc w:val="right"/>
      </w:pPr>
      <w:r>
        <w:t>ایسی کوشش کا انجام اس کے سوا اور کچھ نہیں</w:t>
      </w:r>
    </w:p>
    <w:p>
      <w:r>
        <w:rPr>
          <w:b/>
        </w:rPr>
        <w:t xml:space="preserve">[11:42] </w:t>
      </w:r>
      <w:r>
        <w:t>ke aadmi hamesha bhatakta rahe aur kabhi manzil par na pahunche, kyunke insaan ke hath ko mutayyan taur par samjha ja sakta hai magar Khuda ke hath ko</w:t>
      </w:r>
    </w:p>
    <w:p>
      <w:pPr>
        <w:jc w:val="right"/>
      </w:pPr>
      <w:r>
        <w:t>کہ آدمی ہمیشہ بھٹکتا رہے اور کبھی منزل پر نہ پہنچے، کیونکہ انسان کے ہاتھ کو متعین طور پر سمجھا جا سکتا ہے مگر خدا کے ہاتھ کو</w:t>
      </w:r>
    </w:p>
    <w:p>
      <w:r>
        <w:rPr>
          <w:b/>
        </w:rPr>
        <w:t xml:space="preserve">[11:59] </w:t>
      </w:r>
      <w:r>
        <w:t>maujooda aqal ke sath mutayyan taur par samajhna mumkin nahi.</w:t>
      </w:r>
    </w:p>
    <w:p>
      <w:pPr>
        <w:jc w:val="right"/>
      </w:pPr>
      <w:r>
        <w:t>موجودہ عقل کے ساتھ متعین طور پر سمجھنا ممکن نہیں۔</w:t>
      </w:r>
    </w:p>
    <w:p>
      <w:r>
        <w:rPr>
          <w:b/>
        </w:rPr>
        <w:t xml:space="preserve">[12:09] </w:t>
      </w:r>
      <w:r>
        <w:t>mutashabihat ke silsile mein sahih ilmi aur aqli moaqqaf yeh hai ke aadmi apni mahdoodiyat ka etraf kare.</w:t>
      </w:r>
    </w:p>
    <w:p>
      <w:pPr>
        <w:jc w:val="right"/>
      </w:pPr>
      <w:r>
        <w:t>متشابہات کے سلسلے میں صحیح علمی اور عقلی موقف یہ ہے کہ آدمی اپنی محدودیت کا اعتراف کرے۔</w:t>
      </w:r>
    </w:p>
    <w:p>
      <w:r>
        <w:rPr>
          <w:b/>
        </w:rPr>
        <w:t xml:space="preserve">[12:19] </w:t>
      </w:r>
      <w:r>
        <w:t>jin baaton ko woh mutayyan surat mein apne hawas ki giraft mein nahi la sakta, un ke mujmal tasawwur par qana'at kare.</w:t>
      </w:r>
    </w:p>
    <w:p>
      <w:pPr>
        <w:jc w:val="right"/>
      </w:pPr>
      <w:r>
        <w:t>جن باتوں کو وہ متعین صورت میں اپنے حواس کی گرفت میں نہیں لا سکتا، ان کے مجمل تصور پر قناعت کرے۔</w:t>
      </w:r>
    </w:p>
    <w:p>
      <w:r>
        <w:rPr>
          <w:b/>
        </w:rPr>
        <w:t xml:space="preserve">[12:29] </w:t>
      </w:r>
      <w:r>
        <w:t>jab hawas ki mahdoodiyat ki wajah se insaan ke liye in haqaiq ka kulli ahata mumkin nahi to haqiqat pasandi yeh hai ke in umoor mein taayyunat ki bahas na chhedi jaye.</w:t>
      </w:r>
    </w:p>
    <w:p>
      <w:pPr>
        <w:jc w:val="right"/>
      </w:pPr>
      <w:r>
        <w:t>جب حواس کی محدودیت کی وجہ سے انسان کے لیے ان حقائق کا کلی احاطہ ممکن نہیں تو حقیقت پسندی یہ ہے کہ ان امور میں تعینات کی بحث نہ چھیڑی جائے۔</w:t>
      </w:r>
    </w:p>
    <w:p>
      <w:r>
        <w:rPr>
          <w:b/>
        </w:rPr>
        <w:t xml:space="preserve">[12:43] </w:t>
      </w:r>
      <w:r>
        <w:t>is ke bajaye Allah se dua karna chahiye ke woh aadmi ko is qism ki be-natija bahason mein ulajhne se bachaye.</w:t>
      </w:r>
    </w:p>
    <w:p>
      <w:pPr>
        <w:jc w:val="right"/>
      </w:pPr>
      <w:r>
        <w:t>اس کے بجائے اللہ سے دعا کرنا چاہیے کہ وہ آدمی کو اس قسم کی بے نتیجہ بحثوں میں الجھنے سے بچائے۔</w:t>
      </w:r>
    </w:p>
    <w:p>
      <w:r>
        <w:rPr>
          <w:b/>
        </w:rPr>
        <w:t xml:space="preserve">[12:53] </w:t>
      </w:r>
      <w:r>
        <w:t>woh aadmi ko aisi aqal-e-saleem de jo apne maqam ko pehchane aur in haqaiq ke mujmal yaqeen par raazi ho jaye.</w:t>
      </w:r>
    </w:p>
    <w:p>
      <w:pPr>
        <w:jc w:val="right"/>
      </w:pPr>
      <w:r>
        <w:t>وہ آدمی کو ایسی عقل سلیم دے جو اپنے مقام کو پہچانے اور ان حقائق کے مجمل یقین پر راضی ہو جائے۔</w:t>
      </w:r>
    </w:p>
    <w:p>
      <w:r>
        <w:rPr>
          <w:b/>
        </w:rPr>
        <w:t xml:space="preserve">[13:05] </w:t>
      </w:r>
      <w:r>
        <w:t>ek din aisa aane wala hai jab ke yeh haqiqatein apni tafseeli surat mein khul kar samne aa jayengi</w:t>
      </w:r>
    </w:p>
    <w:p>
      <w:pPr>
        <w:jc w:val="right"/>
      </w:pPr>
      <w:r>
        <w:t>ایک دن ایسا آنے والا ہے جب کہ یہ حقیقتیں اپنی تفصیلی صورت میں کھل کر سامنے آ جائیں گی</w:t>
      </w:r>
    </w:p>
    <w:p>
      <w:r>
        <w:rPr>
          <w:b/>
        </w:rPr>
        <w:t xml:space="preserve">[13:13] </w:t>
      </w:r>
      <w:r>
        <w:t>magar aadmi jab tak imtehan ki duniya mein hai, aisa hona mumkin nahi. jis tarah rastay ki phislan hoti hai, usi tarah aqal ke safar ki bhi phislan hai.</w:t>
      </w:r>
    </w:p>
    <w:p>
      <w:pPr>
        <w:jc w:val="right"/>
      </w:pPr>
      <w:r>
        <w:t>مگر آدمی جب تک امتحان کی دنیا میں ہے، ایسا ہونا ممکن نہیں۔ جس طرح راستے کی فسلن ہوتی ہے، اسی طرح عقل کے سفر کی بھی فسلن ہے۔</w:t>
      </w:r>
    </w:p>
    <w:p>
      <w:r>
        <w:rPr>
          <w:b/>
        </w:rPr>
        <w:t xml:space="preserve">[13:29] </w:t>
      </w:r>
      <w:r>
        <w:t>aur aqal ki phislan yeh hai ke kisi moamle ko aadmi is ke sahih rukh se na dekhe. kisi cheez ki haqiqat aadmi usi waqt samajhta hai jab ke woh us ko us rukh se dekhe jis rukh se us ko dekhna chahiye.</w:t>
      </w:r>
    </w:p>
    <w:p>
      <w:pPr>
        <w:jc w:val="right"/>
      </w:pPr>
      <w:r>
        <w:t>اور عقل کی فسلن یہ ہے کہ کسی معاملے کو آدمی اس کے صحیح رخ سے نہ دیکھے۔ کسی چیز کی حقیقت آدمی اسی وقت سمجھتا ہے جب کہ وہ اس کو اس رخ سے دیکھے جس رخ سے اس کو دیکھنا چاہیے۔</w:t>
      </w:r>
    </w:p>
    <w:p>
      <w:r>
        <w:rPr>
          <w:b/>
        </w:rPr>
        <w:t xml:space="preserve">[13:50] </w:t>
      </w:r>
      <w:r>
        <w:t>agar woh kisi aur rukh se dekhne lage to aain mumkin hai ke woh sahih rai qaim na kar sake aur galat fehmiyon mein pad kar reh jaye.</w:t>
      </w:r>
    </w:p>
    <w:p>
      <w:pPr>
        <w:jc w:val="right"/>
      </w:pPr>
      <w:r>
        <w:t>اگر وہ کسی اور رخ سے دیکھنے لگے تو عین ممکن ہے کہ وہ صحیح رائے قائم نہ کر سکے اور غلط فہمیوں میں پڑ کر رہ جائے۔</w:t>
      </w:r>
    </w:p>
    <w:p>
      <w:r>
        <w:rPr>
          <w:b/>
        </w:rPr>
        <w:t xml:space="preserve">[14:02] </w:t>
      </w:r>
      <w:r>
        <w:t>sab se bari danishwari yeh hai ke aadmi is raaz ko jaan le ke kisi cheez ko dekhne ka sahih tareen rukh kya hai.</w:t>
      </w:r>
    </w:p>
    <w:p>
      <w:pPr>
        <w:jc w:val="right"/>
      </w:pPr>
      <w:r>
        <w:t>سب سے بڑی دانائی یہ ہے کہ آدمی اس راز کو جان لے کہ کسی چیز کو دیکھنے کا صحیح ترین رخ کیا ہے۔</w:t>
      </w:r>
    </w:p>
    <w:p>
      <w:r>
        <w:rPr>
          <w:b/>
        </w:rPr>
        <w:t xml:space="preserve">[14:14] </w:t>
      </w:r>
      <w:r>
        <w:t>innal ladheena kafaroo lan tughni anhum amwaaluhum wala awlaaduhum minallahi shay an wa ulai'ka hum waqood</w:t>
      </w:r>
    </w:p>
    <w:p>
      <w:pPr>
        <w:jc w:val="right"/>
      </w:pPr>
      <w:r>
        <w:t>إن الذين كفروا لن تغني عنهم أموالهم ولا أولادهم من الله شيئا وأولئك هم وقود</w:t>
      </w:r>
    </w:p>
    <w:p>
      <w:r>
        <w:rPr>
          <w:b/>
        </w:rPr>
        <w:t xml:space="preserve">[14:32] </w:t>
      </w:r>
      <w:r>
        <w:t>annari kad aabi aali fir'awna walladheena min qablihim kadhaboo bi aayatina fa akhadhahumullahu bidhunoobihim wallahu shadeedul 'iqab</w:t>
      </w:r>
    </w:p>
    <w:p>
      <w:pPr>
        <w:jc w:val="right"/>
      </w:pPr>
      <w:r>
        <w:t>النار كدأب آل فرعون والذين من قبلهم كذبوا بآياتنا فأخذهم الله بذنوبهم والله شديد العقاب</w:t>
      </w:r>
    </w:p>
    <w:p>
      <w:r>
        <w:rPr>
          <w:b/>
        </w:rPr>
        <w:t xml:space="preserve">[14:52] </w:t>
      </w:r>
      <w:r>
        <w:t>qul lilladheena kafaroo satughlaboona wa tuhsharoo na ila jahannama wa bi'sal mahaad qad kaana lakum aayatun fi fi'atain iltaqataa</w:t>
      </w:r>
    </w:p>
    <w:p>
      <w:pPr>
        <w:jc w:val="right"/>
      </w:pPr>
      <w:r>
        <w:t>قل للذين كفروا ستغلبون وتحشرون إلى جهنم وبئس المهاد قد كان لكم آية في فئتين التقتا</w:t>
      </w:r>
    </w:p>
    <w:p>
      <w:r>
        <w:rPr>
          <w:b/>
        </w:rPr>
        <w:t xml:space="preserve">[15:10] </w:t>
      </w:r>
      <w:r>
        <w:t>fateh qatal fi sabil allah aur doosri kafir jin ko woh apni aankhon se dugna dekhte the aur allah jisko chahta hai apni madad se zor deta hai beshak is mein nishani hai aankh walon ke liye</w:t>
      </w:r>
    </w:p>
    <w:p>
      <w:pPr>
        <w:jc w:val="right"/>
      </w:pPr>
      <w:r>
        <w:t>فئة تقاتل في سبيل الله وأخرى كافرة يرونهم مثليهم رأي العين والله يؤيد بنصره من يشاء</w:t>
      </w:r>
    </w:p>
    <w:p>
      <w:r>
        <w:rPr>
          <w:b/>
        </w:rPr>
        <w:t xml:space="preserve">[15:30] </w:t>
      </w:r>
      <w:r>
        <w:t>beshak is mein nishani hai samajh walon ke liye</w:t>
      </w:r>
    </w:p>
    <w:p>
      <w:pPr>
        <w:jc w:val="right"/>
      </w:pPr>
      <w:r>
        <w:t>إن في ذلك لعبرة لأولي الأبصار</w:t>
      </w:r>
    </w:p>
    <w:p>
      <w:r>
        <w:rPr>
          <w:b/>
        </w:rPr>
        <w:t xml:space="preserve">[15:39] </w:t>
      </w:r>
      <w:r>
        <w:t>beshak jin logon ne inkar kiya unke maal aur unki aulad allah ke muqable mein unke kuch kaam na ayenge aur yahi log aag ke indhan honge</w:t>
      </w:r>
    </w:p>
    <w:p>
      <w:pPr>
        <w:jc w:val="right"/>
      </w:pPr>
      <w:r>
        <w:t>بے شک جن لوگوں نے انکار کیا، ان کے مال اور ان کی اولاد اللہ کے مقابلے میں ان کے کچھ کام نہ آئیں گے اور یہی لوگ آگ کے ایندھن ہوں گے۔</w:t>
      </w:r>
    </w:p>
    <w:p>
      <w:r>
        <w:rPr>
          <w:b/>
        </w:rPr>
        <w:t xml:space="preserve">[15:53] </w:t>
      </w:r>
      <w:r>
        <w:t>unka anjam waisa hi hoga</w:t>
      </w:r>
    </w:p>
    <w:p>
      <w:pPr>
        <w:jc w:val="right"/>
      </w:pPr>
      <w:r>
        <w:t>ان کا انجام ویسا ہی ہوگا</w:t>
      </w:r>
    </w:p>
    <w:p>
      <w:r>
        <w:rPr>
          <w:b/>
        </w:rPr>
        <w:t xml:space="preserve">[15:56] </w:t>
      </w:r>
      <w:r>
        <w:t>jaisa firoun walon ka aur unse pehle walon ka hua unhone hamari nishaniyon ko jhutlaya is par allah ne unke gunahon ke sabab unko pakad liya aur allah</w:t>
      </w:r>
    </w:p>
    <w:p>
      <w:pPr>
        <w:jc w:val="right"/>
      </w:pPr>
      <w:r>
        <w:t>جیسا فرعون والوں کا اور ان سے پہلے والوں کا ہوا۔ انہوں نے ہماری نشانیوں کو جھٹلایا، اس پر اللہ نے ان کے گناہوں کے باعث ان کو پکڑ لیا اور اللہ</w:t>
      </w:r>
    </w:p>
    <w:p>
      <w:r>
        <w:rPr>
          <w:b/>
        </w:rPr>
        <w:t xml:space="preserve">[16:12] </w:t>
      </w:r>
      <w:r>
        <w:t>sakht saza dene wala hai inkar karne walon se keh do ke ab tum magloob kiye jaoge aur jahannum ki taraf jama karke le jaye jaoge aur jahannum bahut bura thikana hai</w:t>
      </w:r>
    </w:p>
    <w:p>
      <w:pPr>
        <w:jc w:val="right"/>
      </w:pPr>
      <w:r>
        <w:t>سخت سزا دینے والا ہے۔ انکار کرنے والوں سے کہہ دو کہ اب تم مغلوب کیے جاؤ گے اور جہنم کی طرف جمع کر کے لے جائے جاؤ گے اور جہنم بہت برا ٹھکانہ ہے۔</w:t>
      </w:r>
    </w:p>
    <w:p>
      <w:r>
        <w:rPr>
          <w:b/>
        </w:rPr>
        <w:t xml:space="preserve">[16:30] </w:t>
      </w:r>
      <w:r>
        <w:t>beshak tumhare liye nishani hai un do girohon mein jisme badr mein muthhed hui ek giroh allah ki rah mein lad raha tha aur doosra munkir tha</w:t>
      </w:r>
    </w:p>
    <w:p>
      <w:pPr>
        <w:jc w:val="right"/>
      </w:pPr>
      <w:r>
        <w:t>بے شک تمہارے لیے نشانی ہے ان دو گروہوں میں جس میں بدر میں مٹھیڑ ہوئی۔ ایک گروہ اللہ کی راہ میں لڑ رہا تھا اور دوسرا منکر تھا۔</w:t>
      </w:r>
    </w:p>
    <w:p>
      <w:r>
        <w:rPr>
          <w:b/>
        </w:rPr>
        <w:t xml:space="preserve">[16:45] </w:t>
      </w:r>
      <w:r>
        <w:t>yeh munkir khuli aankhon se</w:t>
      </w:r>
    </w:p>
    <w:p>
      <w:pPr>
        <w:jc w:val="right"/>
      </w:pPr>
      <w:r>
        <w:t>یہ منکر کھلی آنکھوں سے</w:t>
      </w:r>
    </w:p>
    <w:p>
      <w:r>
        <w:rPr>
          <w:b/>
        </w:rPr>
        <w:t xml:space="preserve">[16:48] </w:t>
      </w:r>
      <w:r>
        <w:t>unko dugna dekh rahe the aur allah jisko chahta hai apni madad ka zor de deta hai is mein aankh walon ke liye bada sabak hai</w:t>
      </w:r>
    </w:p>
    <w:p>
      <w:pPr>
        <w:jc w:val="right"/>
      </w:pPr>
      <w:r>
        <w:t>ان کو دگنا دیکھ رہے تھے اور اللہ جس کو چاہتا ہے اپنی مدد کا زور دے دیتا ہے۔ اس میں آنکھ والوں کے لیے بڑا سبق ہے۔</w:t>
      </w:r>
    </w:p>
    <w:p>
      <w:r>
        <w:rPr>
          <w:b/>
        </w:rPr>
        <w:t xml:space="preserve">[17:04] </w:t>
      </w:r>
      <w:r>
        <w:t>tashreeh haq ki dawat jab bhi uthti hai to woh logon ko ek ghair aham awaz maloom hoti hai</w:t>
      </w:r>
    </w:p>
    <w:p>
      <w:pPr>
        <w:jc w:val="right"/>
      </w:pPr>
      <w:r>
        <w:t>تشریح حق کی دعوت جب بھی اٹھتی ہے تو وہ لوگوں کو ایک غیر اہم آواز معلوم ہوتی ہے۔</w:t>
      </w:r>
    </w:p>
    <w:p>
      <w:r>
        <w:rPr>
          <w:b/>
        </w:rPr>
        <w:t xml:space="preserve">[17:14] </w:t>
      </w:r>
      <w:r>
        <w:t>ek taraf waqt ka mahol hota hai jiske kabze mein har qism ke madi wasail hote hain</w:t>
      </w:r>
    </w:p>
    <w:p>
      <w:pPr>
        <w:jc w:val="right"/>
      </w:pPr>
      <w:r>
        <w:t>ایک طرف وقت کا ماحول ہوتا ہے جس کے قبضے میں ہر قسم کے مادی وسائل ہوتے ہیں،</w:t>
      </w:r>
    </w:p>
    <w:p>
      <w:r>
        <w:rPr>
          <w:b/>
        </w:rPr>
        <w:t xml:space="preserve">[17:22] </w:t>
      </w:r>
      <w:r>
        <w:t>doosri taraf haq ka qafila hota hai jisko abhi mahol mein koi jamao hasil nahi hota uske sath madi mafadat wabasta nahi hote</w:t>
      </w:r>
    </w:p>
    <w:p>
      <w:pPr>
        <w:jc w:val="right"/>
      </w:pPr>
      <w:r>
        <w:t>دوسری طرف حق کا قافلہ ہوتا ہے جس کو ابھی ماحول میں کوئی جماؤ حاصل نہیں ہوتا۔ اس کے ساتھ مادی مفادات وابستہ نہیں ہوتے۔</w:t>
      </w:r>
    </w:p>
    <w:p>
      <w:r>
        <w:rPr>
          <w:b/>
        </w:rPr>
        <w:t xml:space="preserve">[17:36] </w:t>
      </w:r>
      <w:r>
        <w:t>un halaton mein haq ki taraf badhna</w:t>
      </w:r>
    </w:p>
    <w:p>
      <w:pPr>
        <w:jc w:val="right"/>
      </w:pPr>
      <w:r>
        <w:t>ان حالات میں حق کی طرف بڑھنا</w:t>
      </w:r>
    </w:p>
    <w:p>
      <w:r>
        <w:rPr>
          <w:b/>
        </w:rPr>
        <w:t xml:space="preserve">[17:40] </w:t>
      </w:r>
      <w:r>
        <w:t>mahol se katne aur mafadat se mahroom hone ke hum maani ban jata hai natija yeh hota hai ke aadmi apne mafadat ko bachane ki khatir haq ko nahi manta</w:t>
      </w:r>
    </w:p>
    <w:p>
      <w:pPr>
        <w:jc w:val="right"/>
      </w:pPr>
      <w:r>
        <w:t>ماحول سے کٹنے اور مفادات سے محروم ہونے کے ہم معنی بن جاتا ہے۔ نتیجہ یہ ہوتا ہے کہ آدمی اپنے مفادات کو بچانے کی خاطر حق کو نہیں مانتا۔</w:t>
      </w:r>
    </w:p>
    <w:p>
      <w:r>
        <w:rPr>
          <w:b/>
        </w:rPr>
        <w:t xml:space="preserve">[17:56] </w:t>
      </w:r>
      <w:r>
        <w:t>apne sathiyon aur rishtedaron ko chhod kar</w:t>
      </w:r>
    </w:p>
    <w:p>
      <w:pPr>
        <w:jc w:val="right"/>
      </w:pPr>
      <w:r>
        <w:t>اپنے ساتھیوں اور رشتہ داروں کو چھوڑ کر</w:t>
      </w:r>
    </w:p>
    <w:p>
      <w:r>
        <w:rPr>
          <w:b/>
        </w:rPr>
        <w:t xml:space="preserve">[17:59] </w:t>
      </w:r>
      <w:r>
        <w:t>ek tanha dawi ki saf mein aane ke liye taiyar nahi hota magar yeh cheezen jo insan ko aaj aham nazar ati hain woh faisle ke din kisi ke kuch kaam na ayengi</w:t>
      </w:r>
    </w:p>
    <w:p>
      <w:pPr>
        <w:jc w:val="right"/>
      </w:pPr>
      <w:r>
        <w:t>ایک تنہا داعی کی صف میں آنے کے لیے تیار نہیں ہوتا۔ مگر یہ چیزیں جو انسان کو آج اہم نظر آتی ہیں، وہ فیصلے کے دن کسی کے کچھ کام نہ آئیں گی۔</w:t>
      </w:r>
    </w:p>
    <w:p>
      <w:r>
        <w:rPr>
          <w:b/>
        </w:rPr>
        <w:t xml:space="preserve">[18:14] </w:t>
      </w:r>
      <w:r>
        <w:t>un cheezon ki jo kuch ahmiyat hai sirf us waqt tak hai jab ke mamla insan aur insan ke darmiyan hai</w:t>
      </w:r>
    </w:p>
    <w:p>
      <w:pPr>
        <w:jc w:val="right"/>
      </w:pPr>
      <w:r>
        <w:t>ان چیزوں کی جو کچھ اہمیت ہے، صرف اس وقت تک ہے جب کہ معاملہ انسان اور انسان کے درمیان ہے۔</w:t>
      </w:r>
    </w:p>
    <w:p>
      <w:r>
        <w:rPr>
          <w:b/>
        </w:rPr>
        <w:t xml:space="preserve">[18:23] </w:t>
      </w:r>
      <w:r>
        <w:t>jab qayamat ka parda phatega aur mamla insan aur khuda ke darmiyan ho jayega to yeh cheezen itni be qeemat ho jayengi jaise ke unka koi wajood na tha</w:t>
      </w:r>
    </w:p>
    <w:p>
      <w:pPr>
        <w:jc w:val="right"/>
      </w:pPr>
      <w:r>
        <w:t>جب قیامت کا پردہ پھٹے گا اور معاملہ انسان اور خدا کے درمیان ہو جائے گا تو یہ چیزیں اتنی بے قیمت ہو جائیں گی جیسے کہ ان کا کوئی وجود نہ تھا۔</w:t>
      </w:r>
    </w:p>
    <w:p>
      <w:r>
        <w:rPr>
          <w:b/>
        </w:rPr>
        <w:t xml:space="preserve">[18:39] </w:t>
      </w:r>
      <w:r>
        <w:t>dawi is duniya mein bazahir bezor dikhai deta hai</w:t>
      </w:r>
    </w:p>
    <w:p>
      <w:pPr>
        <w:jc w:val="right"/>
      </w:pPr>
      <w:r>
        <w:t>داعی اس دنیا میں بظاہر بے زور دکھائی دیتا ہے</w:t>
      </w:r>
    </w:p>
    <w:p>
      <w:r>
        <w:rPr>
          <w:b/>
        </w:rPr>
        <w:t xml:space="preserve">[18:43] </w:t>
      </w:r>
      <w:r>
        <w:t>magar haqiqat mein wahi zor wala hai kyunke uske piche khuda hai munkir bazahir is duniya mein taqatwar dikhai deta hai magar woh bilkul be taqat hai kyunke uski taqat</w:t>
      </w:r>
    </w:p>
    <w:p>
      <w:pPr>
        <w:jc w:val="right"/>
      </w:pPr>
      <w:r>
        <w:t>مگر حقیقت میں وہی زور والا ہے کیونکہ اس کے پیچھے خدا ہے۔ منکر بظاہر اس دنیا میں طاقتور دکھائی دیتا ہے مگر وہ بالکل بے طاقت ہے کیونکہ اس کی طاقت</w:t>
      </w:r>
    </w:p>
    <w:p>
      <w:r>
        <w:rPr>
          <w:b/>
        </w:rPr>
        <w:t xml:space="preserve">[19:00] </w:t>
      </w:r>
      <w:r>
        <w:t>ek waqti fareb ke siwa aur kuch nahi</w:t>
      </w:r>
    </w:p>
    <w:p>
      <w:pPr>
        <w:jc w:val="right"/>
      </w:pPr>
      <w:r>
        <w:t>ایک وقتی فریب کے سوا اور کچھ نہیں۔</w:t>
      </w:r>
    </w:p>
    <w:p>
      <w:r>
        <w:rPr>
          <w:b/>
        </w:rPr>
        <w:t xml:space="preserve">[19:07] </w:t>
      </w:r>
      <w:r>
        <w:t>nubowat ke chaudahwein saal badr ka moarka akhirat mein hone wale waqe ka ek dunyavi namuna tha haq ka inkar karne wale tadad aur taqat mein bohat zyada the aur haq ko manane wale tadad aur taqat mein bohat kam</w:t>
      </w:r>
    </w:p>
    <w:p>
      <w:pPr>
        <w:jc w:val="right"/>
      </w:pPr>
      <w:r>
        <w:t>نبوت کے چودھویں سال بدر کا معرکہ آخرت میں ہونے والے واقعے کا ایک دنیاوی نمونہ تھا۔ حق کا انکار کرنے والے تعداد اور طاقت میں بہت زیادہ تھے اور حق کو ماننے والے تعداد اور طاقت میں بہت کم۔</w:t>
      </w:r>
    </w:p>
    <w:p>
      <w:r>
        <w:rPr>
          <w:b/>
        </w:rPr>
        <w:t xml:space="preserve">[19:27] </w:t>
      </w:r>
      <w:r>
        <w:t>iske bawajood munkireen ko ghair mamooli shikast hui aur haq ke pairawon ko faisla kun fateh hasil hui</w:t>
      </w:r>
    </w:p>
    <w:p>
      <w:pPr>
        <w:jc w:val="right"/>
      </w:pPr>
      <w:r>
        <w:t>اس کے باوجود منکرین کو غیر معمولی شکست ہوئی اور حق کے پیروؤں کو فیصلہ کن فتح حاصل ہوئی۔</w:t>
      </w:r>
    </w:p>
    <w:p>
      <w:r>
        <w:rPr>
          <w:b/>
        </w:rPr>
        <w:t xml:space="preserve">[19:37] </w:t>
      </w:r>
      <w:r>
        <w:t>yeh ek wazeh saboot hai ke allah hamesha haq ke pairawon ki janib hota hai itne ghair mamooli farq ke bawajood</w:t>
      </w:r>
    </w:p>
    <w:p>
      <w:pPr>
        <w:jc w:val="right"/>
      </w:pPr>
      <w:r>
        <w:t>یہ ایک واضح ثبوت ہے کہ اللہ ہمیشہ حق کے پیروؤں کی جانب ہوتا ہے۔ اتنے غیر معمولی فرق کے باوجود</w:t>
      </w:r>
    </w:p>
    <w:p>
      <w:r>
        <w:rPr>
          <w:b/>
        </w:rPr>
        <w:t xml:space="preserve">[19:47] </w:t>
      </w:r>
      <w:r>
        <w:t>itni ghair mamooli fateh allah ki madad ke baghair nahi ho sakti yeh khuda ki taraf se is baat ka ek muzahira hai ke haq is alam mein tanha nahi</w:t>
      </w:r>
    </w:p>
    <w:p>
      <w:pPr>
        <w:jc w:val="right"/>
      </w:pPr>
      <w:r>
        <w:t>اتنی غیر معمولی فتح اللہ کی مدد کے بغیر نہیں ہو سکتی۔ یہ خدا کی طرف سے اس بات کا ایک مظاہرہ ہے کہ حق اس عالم میں تنہا نہیں۔</w:t>
      </w:r>
    </w:p>
    <w:p>
      <w:r>
        <w:rPr>
          <w:b/>
        </w:rPr>
        <w:t xml:space="preserve">[20:00] </w:t>
      </w:r>
      <w:r>
        <w:t>isi ke sath munakreen ke liye</w:t>
      </w:r>
    </w:p>
    <w:p>
      <w:pPr>
        <w:jc w:val="right"/>
      </w:pPr>
      <w:r>
        <w:t>اسی کے ساتھ منکرین کے لیے</w:t>
      </w:r>
    </w:p>
    <w:p>
      <w:r>
        <w:rPr>
          <w:b/>
        </w:rPr>
        <w:t xml:space="preserve">[20:03] </w:t>
      </w:r>
      <w:r>
        <w:t>woh ek zahiri daleel bhi hai jis mein woh dekh sakte hain ke Khuda ki is dunya mein woh kitne be jagah hain.</w:t>
      </w:r>
    </w:p>
    <w:p>
      <w:pPr>
        <w:jc w:val="right"/>
      </w:pPr>
      <w:r>
        <w:t>وہ ایک ظاہری دلیل بھی ہے جس میں وہ دیکھ سکتے ہیں کہ خدا کی اس دنیا میں وہ کتنے بے جگہ ہیں۔</w:t>
      </w:r>
    </w:p>
    <w:p>
      <w:r>
        <w:rPr>
          <w:b/>
        </w:rPr>
        <w:t xml:space="preserve">[20:15] </w:t>
      </w:r>
      <w:r>
        <w:t>daai haq ke kalam aur us ki zindagi mein khuli hui alamatain hoti hain ke yeh Khuda ki taraf se hai magar jo sarkash log hain, woh is ko radd karne ke liye alfaaz ki ek panahgah bana lete hain.</w:t>
      </w:r>
    </w:p>
    <w:p>
      <w:pPr>
        <w:jc w:val="right"/>
      </w:pPr>
      <w:r>
        <w:t>داعی حق کے کلام اور اس کی زندگی میں کھلی ہوئی علامتیں ہوتی ہیں کہ یہ خدا کی طرف سے ہے مگر جو سرکش لوگ ہیں، وہ اس کو رد کرنے کے لیے الفاظ کی ایک پناہ گاہ بنا لیتے ہیں۔</w:t>
      </w:r>
    </w:p>
    <w:p>
      <w:r>
        <w:rPr>
          <w:b/>
        </w:rPr>
        <w:t xml:space="preserve">[20:32] </w:t>
      </w:r>
      <w:r>
        <w:t>woh jhooti tojihaat mein jeete rehte hain yahan tak ke woh aakhirat ki dunya mein pahunch jaate hain. sirf yeh janne ke liye ke woh jin alfaaz ka sahara liye hue thay,</w:t>
      </w:r>
    </w:p>
    <w:p>
      <w:pPr>
        <w:jc w:val="right"/>
      </w:pPr>
      <w:r>
        <w:t>وہ جھوٹی توجیحات میں جیتے رہتے ہیں یہاں تک کہ وہ آخرت کی دنیا میں پہنچ جاتے ہیں۔ صرف یہ جاننے کے لیے کہ وہ جن الفاظ کا سہارا لیے ہوئے تھے،</w:t>
      </w:r>
    </w:p>
    <w:p>
      <w:r>
        <w:rPr>
          <w:b/>
        </w:rPr>
        <w:t xml:space="preserve">[20:49] </w:t>
      </w:r>
      <w:r>
        <w:t>woh alfaaz haqeeqat ke aitbaar se kis qadar be maani thay. Zayyana linnasi hubbush shahawati minannisaa'i wabneena walqanaateeril muqantarati minadh dhahabi walfiddah</w:t>
      </w:r>
    </w:p>
    <w:p>
      <w:pPr>
        <w:jc w:val="right"/>
      </w:pPr>
      <w:r>
        <w:t>وہ الفاظ حقیقت کے اعتبار سے کس قدر بے معنی تھے۔ زين للناس حب الشهوات من النساء والبنين والقناطير المقنطرة من الذهب والفضة</w:t>
      </w:r>
    </w:p>
    <w:p>
      <w:r>
        <w:rPr>
          <w:b/>
        </w:rPr>
        <w:t xml:space="preserve">[21:13] </w:t>
      </w:r>
      <w:r>
        <w:t>walqanaateeril muqantarati minadh dhahabi walfiddah wal khailil musawwamati wal an'aami wal harts. Dhalika mataa'ul hayaatiddunya. Wallahu</w:t>
      </w:r>
    </w:p>
    <w:p>
      <w:pPr>
        <w:jc w:val="right"/>
      </w:pPr>
      <w:r>
        <w:t>والقناطير المقنطرة من الذهب والفضة والخيل المسومة والأنعام والحرث ذلك متاع الحياة الدنيا والله</w:t>
      </w:r>
    </w:p>
    <w:p>
      <w:r>
        <w:rPr>
          <w:b/>
        </w:rPr>
        <w:t xml:space="preserve">[21:30] </w:t>
      </w:r>
      <w:r>
        <w:t>indahu husnul ma'aab. Qul anbi'kum bikhairim min dhalikum. Lalladheena ittaqaw inda rabbihim jannatun</w:t>
      </w:r>
    </w:p>
    <w:p>
      <w:pPr>
        <w:jc w:val="right"/>
      </w:pPr>
      <w:r>
        <w:t>عنده حسن المآب قل أنبئكم بخير من ذلكم للذين اتقوا عند ربهم جنات</w:t>
      </w:r>
    </w:p>
    <w:p>
      <w:r>
        <w:rPr>
          <w:b/>
        </w:rPr>
        <w:t xml:space="preserve">[21:48] </w:t>
      </w:r>
      <w:r>
        <w:t>tajree min tahtihal anhaaru khaalideena feeha khaalideena feeha wa azwaajum mutahharatun waridwanum minallah. Wallahu baseerun</w:t>
      </w:r>
    </w:p>
    <w:p>
      <w:pPr>
        <w:jc w:val="right"/>
      </w:pPr>
      <w:r>
        <w:t>تجري من تحتها الأنهار خالدين فيها خالدين فيها وأزواج مطهرة ورضوان من الله والله بصير</w:t>
      </w:r>
    </w:p>
    <w:p>
      <w:r>
        <w:rPr>
          <w:b/>
        </w:rPr>
        <w:t xml:space="preserve">[22:09] </w:t>
      </w:r>
      <w:r>
        <w:t>bil ibaad</w:t>
      </w:r>
    </w:p>
    <w:p>
      <w:pPr>
        <w:jc w:val="right"/>
      </w:pPr>
      <w:r>
        <w:t>بالعباد</w:t>
      </w:r>
    </w:p>
    <w:p>
      <w:r>
        <w:rPr>
          <w:b/>
        </w:rPr>
        <w:t xml:space="preserve">[22:13] </w:t>
      </w:r>
      <w:r>
        <w:t>alladheena yaqooloona Rabbana innana aamnaa faghfir lanaa dhunoobanaa wa qinaa 'adhaban naar. Was saabireena was saadiqeen wal qaaniteena wal munfiqeena wal mustaghfireena bil ashaar</w:t>
      </w:r>
    </w:p>
    <w:p>
      <w:pPr>
        <w:jc w:val="right"/>
      </w:pPr>
      <w:r>
        <w:t>الذين يقولون ربنا إننا آمنا فاغفر لنا ذنوبنا وقنا عذاب النار يا الصابرين والصادقين والقانتين والمنفقين والمستغفرين بالأسحار</w:t>
      </w:r>
    </w:p>
    <w:p>
      <w:r>
        <w:rPr>
          <w:b/>
        </w:rPr>
        <w:t xml:space="preserve">[22:43] </w:t>
      </w:r>
      <w:r>
        <w:t>logon ke liye khushnuma kar di gayi hai mohabbat khwahishon ki auratein, bete, sone chandi ke dhair, nishan lage hue ghore, maweshi aur kheti.</w:t>
      </w:r>
    </w:p>
    <w:p>
      <w:pPr>
        <w:jc w:val="right"/>
      </w:pPr>
      <w:r>
        <w:t>لوگوں کے لیے خوشنما کر دی گئی ہے محبت خواہشوں کی عورتیں، بیٹے، سونے چاندی کے ڈھیر، نشان لگے ہوئے گھوڑے، مویشی اور کھیتی۔</w:t>
      </w:r>
    </w:p>
    <w:p>
      <w:r>
        <w:rPr>
          <w:b/>
        </w:rPr>
        <w:t xml:space="preserve">[22:59] </w:t>
      </w:r>
      <w:r>
        <w:t>yeh duniyawi zindagi ke saamaan hain</w:t>
      </w:r>
    </w:p>
    <w:p>
      <w:pPr>
        <w:jc w:val="right"/>
      </w:pPr>
      <w:r>
        <w:t>یہ دنیاوی زندگی کے سامان ہیں</w:t>
      </w:r>
    </w:p>
    <w:p>
      <w:r>
        <w:rPr>
          <w:b/>
        </w:rPr>
        <w:t xml:space="preserve">[23:02] </w:t>
      </w:r>
      <w:r>
        <w:t>aur Allah ke paas acha thikana hai. Kaho, kya main tum ko bataoon is se behtar cheez?</w:t>
      </w:r>
    </w:p>
    <w:p>
      <w:pPr>
        <w:jc w:val="right"/>
      </w:pPr>
      <w:r>
        <w:t>اور اللہ کے پاس اچھا ٹھکانہ ہے۔ کہو، کیا میں تم کو بتاؤں اس سے بہتر چیز؟</w:t>
      </w:r>
    </w:p>
    <w:p>
      <w:r>
        <w:rPr>
          <w:b/>
        </w:rPr>
        <w:t xml:space="preserve">[23:11] </w:t>
      </w:r>
      <w:r>
        <w:t>un logon ke liye jo darte hain, un ke Rabb ke paas baagh hain jin ke neeche nehrein jaari hongi.</w:t>
      </w:r>
    </w:p>
    <w:p>
      <w:pPr>
        <w:jc w:val="right"/>
      </w:pPr>
      <w:r>
        <w:t>ان لوگوں کے لیے جو ڈرتے ہیں، ان کے رب کے پاس باغ ہیں جن کے نیچے نہریں جاری ہوں گی۔</w:t>
      </w:r>
    </w:p>
    <w:p>
      <w:r>
        <w:rPr>
          <w:b/>
        </w:rPr>
        <w:t xml:space="preserve">[23:21] </w:t>
      </w:r>
      <w:r>
        <w:t>woh in mein hamesha rahenge aur sutri biwiyan hongi aur Allah ki raza mandana hogi aur Allah ki nigaah mein hain us ke bande jo kehte hain: "Ae hamare Rab!</w:t>
      </w:r>
    </w:p>
    <w:p>
      <w:pPr>
        <w:jc w:val="right"/>
      </w:pPr>
      <w:r>
        <w:t>وہ ان میں ہمیشہ رہیں گے اور ستھری بیویاں ہوں گی اور اللہ کی رضامندی ہوگی اور اللہ کی نگاہ میں ہیں اس کے بندے جو کہتے ہیں: "اے ہمارے رب!</w:t>
      </w:r>
    </w:p>
    <w:p>
      <w:r>
        <w:rPr>
          <w:b/>
        </w:rPr>
        <w:t xml:space="preserve">[23:39] </w:t>
      </w:r>
      <w:r>
        <w:t>hum imaan laaye, pas tu hamare gunahon ko maaf kar de aur hum ko aag ke azaab se bacha." Woh sabr karne wale hain aur sachche hain,</w:t>
      </w:r>
    </w:p>
    <w:p>
      <w:pPr>
        <w:jc w:val="right"/>
      </w:pPr>
      <w:r>
        <w:t>ہم ایمان لائے، پس تو ہمارے گناہوں کو معاف کر دے اور ہم کو آگ کے عذاب سے بچا۔" وہ صبر کرنے والے ہیں اور سچے ہیں،</w:t>
      </w:r>
    </w:p>
    <w:p>
      <w:r>
        <w:rPr>
          <w:b/>
        </w:rPr>
        <w:t xml:space="preserve">[23:52] </w:t>
      </w:r>
      <w:r>
        <w:t>farmanbardar hain aur kharch karne wale hain</w:t>
      </w:r>
    </w:p>
    <w:p>
      <w:pPr>
        <w:jc w:val="right"/>
      </w:pPr>
      <w:r>
        <w:t>فرمانبردار ہیں اور خرچ کرنے والے ہیں</w:t>
      </w:r>
    </w:p>
    <w:p>
      <w:r>
        <w:rPr>
          <w:b/>
        </w:rPr>
        <w:t xml:space="preserve">[23:57] </w:t>
      </w:r>
      <w:r>
        <w:t>aur pichli raat ko bakhshish maangne wale hain.</w:t>
      </w:r>
    </w:p>
    <w:p>
      <w:pPr>
        <w:jc w:val="right"/>
      </w:pPr>
      <w:r>
        <w:t>اور پچھلی رات کو بخشش مانگنے والے ہیں۔</w:t>
      </w:r>
    </w:p>
    <w:p>
      <w:r>
        <w:rPr>
          <w:b/>
        </w:rPr>
        <w:t xml:space="preserve">[24:05] </w:t>
      </w:r>
      <w:r>
        <w:t>tashreeh dunya imtehaan ki jagah hai, is liye yahan ki cheezon mein aadmi ke liye zahiri kashish rakhi gayi hai.</w:t>
      </w:r>
    </w:p>
    <w:p>
      <w:pPr>
        <w:jc w:val="right"/>
      </w:pPr>
      <w:r>
        <w:t>تشریح دنیا امتحان کی جگہ ہے، اس لیے یہاں کی چیزوں میں آدمی کے لیے ظاہری کشش رکھی گئی ہے۔</w:t>
      </w:r>
    </w:p>
    <w:p>
      <w:r>
        <w:rPr>
          <w:b/>
        </w:rPr>
        <w:t xml:space="preserve">[24:18] </w:t>
      </w:r>
      <w:r>
        <w:t>ab Khuda yeh dekhna chahta hai ke kaun hai</w:t>
      </w:r>
    </w:p>
    <w:p>
      <w:pPr>
        <w:jc w:val="right"/>
      </w:pPr>
      <w:r>
        <w:t>اب خدا یہ دیکھنا چاہتا ہے کہ کون ہے</w:t>
      </w:r>
    </w:p>
    <w:p>
      <w:r>
        <w:rPr>
          <w:b/>
        </w:rPr>
        <w:t xml:space="preserve">[24:22] </w:t>
      </w:r>
      <w:r>
        <w:t>jo zahiri kashish se mutasir ho kar dunya ki cheezon mein kho jaata hai aur kaun hai jo is se oopar uth kar aakhirat ki an dekhi cheezon ko apni tawajjuh ka markaz banata hai.</w:t>
      </w:r>
    </w:p>
    <w:p>
      <w:pPr>
        <w:jc w:val="right"/>
      </w:pPr>
      <w:r>
        <w:t>جو ظاہری کشش سے متاثر ہو کر دنیا کی چیزوں میں کھو جاتا ہے اور کون ہے جو اس سے اوپر اٹھ کر آخرت کی ان دیکھی چیزوں کو اپنی توجہ کا مرکز بناتا ہے۔</w:t>
      </w:r>
    </w:p>
    <w:p>
      <w:r>
        <w:rPr>
          <w:b/>
        </w:rPr>
        <w:t xml:space="preserve">[24:40] </w:t>
      </w:r>
      <w:r>
        <w:t>aadmi ko dunya ki cheezon mein taskeen milti hai, woh dekhta hai ke mahaul ke andar in ke zariye se waqar qaim hota hai.</w:t>
      </w:r>
    </w:p>
    <w:p>
      <w:pPr>
        <w:jc w:val="right"/>
      </w:pPr>
      <w:r>
        <w:t>آدمی کو دنیا کی چیزوں میں تسکین ملتی ہے، وہ دیکھتا ہے کہ ماحول کے اندر ان کے ذریعے سے وقار قائم ہوتا ہے۔</w:t>
      </w:r>
    </w:p>
    <w:p>
      <w:r>
        <w:rPr>
          <w:b/>
        </w:rPr>
        <w:t xml:space="preserve">[24:50] </w:t>
      </w:r>
      <w:r>
        <w:t>yeh cheezein hon to us ke sab kaam bante chale jaate hain. Woh samajhne lagta hai ke yahi cheezein asal ahmiyat ki cheezein hain.</w:t>
      </w:r>
    </w:p>
    <w:p>
      <w:pPr>
        <w:jc w:val="right"/>
      </w:pPr>
      <w:r>
        <w:t>یہ چیزیں ہوں تو اس کے سب کام بنتے چلے جاتے ہیں۔ وہ سمجھنے لگتا ہے کہ یہی چیزیں اصل اہمیت کی چیزیں ہیں۔</w:t>
      </w:r>
    </w:p>
    <w:p>
      <w:r>
        <w:rPr>
          <w:b/>
        </w:rPr>
        <w:t xml:space="preserve">[24:59] </w:t>
      </w:r>
      <w:r>
        <w:t>us ki dilchaspiyan aur sar-garmiyan simat kar biwi bachchon aur maal o jaidad ke gird jama ho jaati hain.</w:t>
      </w:r>
    </w:p>
    <w:p>
      <w:pPr>
        <w:jc w:val="right"/>
      </w:pPr>
      <w:r>
        <w:t>اس کی دلچسپیاں اور سرگرمیاں سمٹ کر بیوی بچوں اور مال و جائیداد کے گرد جمع ہو جاتی ہیں۔</w:t>
      </w:r>
    </w:p>
    <w:p>
      <w:r>
        <w:rPr>
          <w:b/>
        </w:rPr>
        <w:t xml:space="preserve">[25:09] </w:t>
      </w:r>
      <w:r>
        <w:t>yahi cheez aakhirat ke taqazon ki taraf badhne mein sab se badi rukawat hai. Dunya ki cheezon ki ahmiyat ka ehsaas aadmi ko</w:t>
      </w:r>
    </w:p>
    <w:p>
      <w:pPr>
        <w:jc w:val="right"/>
      </w:pPr>
      <w:r>
        <w:t>یہی چیز آخرت کے تقاضوں کی طرف بڑھنے میں سب سے بڑی رکاوٹ ہے۔ دنیا کی چیزوں کی اہمیت کا احساس آدمی کو</w:t>
      </w:r>
    </w:p>
    <w:p>
      <w:r>
        <w:rPr>
          <w:b/>
        </w:rPr>
        <w:t xml:space="preserve">[25:21] </w:t>
      </w:r>
      <w:r>
        <w:t>aakhirat ki cheezon ki taraf se ghafil kar deta hai. dunya mein apnay bachon ke mustaqbil ki taameer mein woh itna mashghool hota hai ke is ko yaad nahi rehta ke dunya se mawra bhi koi mustaqbil hai jis ki taameer ki is ko fikr karna chahiye.</w:t>
      </w:r>
    </w:p>
    <w:p>
      <w:pPr>
        <w:jc w:val="right"/>
      </w:pPr>
      <w:r>
        <w:t>آخرت کی چیزوں کی طرف سے غافل کر دیتا ہے۔ دنیا میں اپنے بچوں کے مستقبل کی تعمیر میں وہ اتنا مشغول ہوتا ہے کہ اس کو یاد نہیں رہتا کہ دنیا سے ماورا بھی کوئی مستقبل ہے جس کی تعمیر کی اس کو فکر کرنا چاہیے۔</w:t>
      </w:r>
    </w:p>
    <w:p>
      <w:r>
        <w:rPr>
          <w:b/>
        </w:rPr>
        <w:t xml:space="preserve">[25:42] </w:t>
      </w:r>
      <w:r>
        <w:t>dunya mein apnay ghar ko aabad karna is ke liye itna mehboob ban jata hai ke is ko kabhi khayal nahi aata ke is ke siwa bhi koi ghar hai jis ki aabadi mein is ko lagna chahiye.</w:t>
      </w:r>
    </w:p>
    <w:p>
      <w:pPr>
        <w:jc w:val="right"/>
      </w:pPr>
      <w:r>
        <w:t>دنیا میں اپنے گھر کو آباد کرنا اس کے لیے اتنا محبوب بن جاتا ہے کہ اس کو کبھی خیال نہیں آتا کہ اس کے سوا بھی کوئی گھر ہے جس کی آبادی میں اس کو لگنا چاہیے۔</w:t>
      </w:r>
    </w:p>
    <w:p>
      <w:r>
        <w:rPr>
          <w:b/>
        </w:rPr>
        <w:t xml:space="preserve">[25:58] </w:t>
      </w:r>
      <w:r>
        <w:t>dunya mein daulat samaitna aur</w:t>
      </w:r>
    </w:p>
    <w:p>
      <w:pPr>
        <w:jc w:val="right"/>
      </w:pPr>
      <w:r>
        <w:t>دنیا میں دولت سمیٹنا اور</w:t>
      </w:r>
    </w:p>
    <w:p>
      <w:r>
        <w:rPr>
          <w:b/>
        </w:rPr>
        <w:t xml:space="preserve">[26:01] </w:t>
      </w:r>
      <w:r>
        <w:t>jaidad banana is ko itna ziyada qeemti maloom hotay hain ke woh soch nahi pata ke is ke siwa bhi koi daulat hai jis ko haasil karne ke liye woh apnay ko waqf karay.</w:t>
      </w:r>
    </w:p>
    <w:p>
      <w:pPr>
        <w:jc w:val="right"/>
      </w:pPr>
      <w:r>
        <w:t>جائیداد بنانا اس کو اتنا زیادہ قیمتی معلوم ہوتے ہیں کہ وہ سوچ نہیں پاتا کہ اس کے سوا بھی کوئی دولت ہے جس کو حاصل کرنے کے لیے وہ اپنے کو وقف کرے۔</w:t>
      </w:r>
    </w:p>
    <w:p>
      <w:r>
        <w:rPr>
          <w:b/>
        </w:rPr>
        <w:t xml:space="preserve">[26:18] </w:t>
      </w:r>
      <w:r>
        <w:t>magar is qism ki tamam cheezain sirf maujooda aarzi zindagi ki raunaq hain. agli taweel tar zindagi mein woh kisi ke kuch kaam aanay wali nahi.</w:t>
      </w:r>
    </w:p>
    <w:p>
      <w:pPr>
        <w:jc w:val="right"/>
      </w:pPr>
      <w:r>
        <w:t>مگر اس قسم کی تمام چیزیں صرف موجودہ عارضی زندگی کی رونق ہیں۔ اگلی طویل تر زندگی میں وہ کسی کے کچھ کام آنے والی نہیں۔</w:t>
      </w:r>
    </w:p>
    <w:p>
      <w:r>
        <w:rPr>
          <w:b/>
        </w:rPr>
        <w:t xml:space="preserve">[26:36] </w:t>
      </w:r>
      <w:r>
        <w:t>jo shakhs aakhirat ki mustaqil zindagi ko apni tawajjohaat ka markaz banaye, us ki zindagi kaisi zindagi hogi?</w:t>
      </w:r>
    </w:p>
    <w:p>
      <w:pPr>
        <w:jc w:val="right"/>
      </w:pPr>
      <w:r>
        <w:t>جو شخص آخرت کی مستقل زندگی کو اپنی توجہات کا مرکز بنائے، اس کی زندگی کیسی زندگی ہوگی؟</w:t>
      </w:r>
    </w:p>
    <w:p>
      <w:r>
        <w:rPr>
          <w:b/>
        </w:rPr>
        <w:t xml:space="preserve">[26:48] </w:t>
      </w:r>
      <w:r>
        <w:t>dunya ki raunaqain us ki nazar mein haqeer ban jayengi. woh is yaqeen se bhar jayega ke aakhirat ka maamla tamam tar Allah ke ikhtiyar mein hai.</w:t>
      </w:r>
    </w:p>
    <w:p>
      <w:pPr>
        <w:jc w:val="right"/>
      </w:pPr>
      <w:r>
        <w:t>دنیا کی رونقیں اس کی نظر میں حقیر بن جائیں گی۔ وہ اس یقین سے بھر جائے گا کہ آخرت کا معاملہ تمام تر اللہ کے اختیار میں ہے۔</w:t>
      </w:r>
    </w:p>
    <w:p>
      <w:r>
        <w:rPr>
          <w:b/>
        </w:rPr>
        <w:t xml:space="preserve">[27:00] </w:t>
      </w:r>
      <w:r>
        <w:t>is ka nateeja yeh hoga ke woh sab se ziyada Allah se dray ga aur sab se ziyada</w:t>
      </w:r>
    </w:p>
    <w:p>
      <w:pPr>
        <w:jc w:val="right"/>
      </w:pPr>
      <w:r>
        <w:t>اس کا نتیجہ یہ ہوگا کہ وہ سب سے زیادہ اللہ سے ڈرے گا اور سب سے زیادہ</w:t>
      </w:r>
    </w:p>
    <w:p>
      <w:r>
        <w:rPr>
          <w:b/>
        </w:rPr>
        <w:t xml:space="preserve">[27:08] </w:t>
      </w:r>
      <w:r>
        <w:t>aakhirat ka hareess ban jayega. maamlaat mein woh apni khwahish ke peechay nahi chalay ga balkay Allah ki adalat ko samnay rakh kar apna rawaiyya mutayyan karay ga.</w:t>
      </w:r>
    </w:p>
    <w:p>
      <w:pPr>
        <w:jc w:val="right"/>
      </w:pPr>
      <w:r>
        <w:t>آخرت کا حریص بن جائے گا۔ معاملات میں وہ اپنی خواہش کے پیچھے نہیں چلے گا بلکہ اللہ کی عدالت کو سامنے رکھ کر اپنا رویہ متعین کرے گا۔</w:t>
      </w:r>
    </w:p>
    <w:p>
      <w:r>
        <w:rPr>
          <w:b/>
        </w:rPr>
        <w:t xml:space="preserve">[27:23] </w:t>
      </w:r>
      <w:r>
        <w:t>is ke qaul o amal mein farq nahi hoga. is ka maal apna maal na rahay ga balkay Khuda ke liye waqf ho jayega.</w:t>
      </w:r>
    </w:p>
    <w:p>
      <w:pPr>
        <w:jc w:val="right"/>
      </w:pPr>
      <w:r>
        <w:t>اس کے قول و عمل میں فرق نہیں ہوگا۔ اس کا مال اپنا مال نہ رہے گا بلکہ خدا کے لیے وقف ہو جائے گا۔</w:t>
      </w:r>
    </w:p>
    <w:p>
      <w:r>
        <w:rPr>
          <w:b/>
        </w:rPr>
        <w:t xml:space="preserve">[27:33] </w:t>
      </w:r>
      <w:r>
        <w:t>Allah ki raah mein chalnay mein khwah kitni hi mushkilain paish ayen, woh poori istiqamat ke sath is par qaim rahay ga kyun ke is ko yaqeen hoga</w:t>
      </w:r>
    </w:p>
    <w:p>
      <w:pPr>
        <w:jc w:val="right"/>
      </w:pPr>
      <w:r>
        <w:t>اللہ کی راہ میں چلنے میں خواہ کتنی ہی مشکلیں پیش آئیں، وہ پوری استقامت کے ساتھ اس پر قائم رہے گا کیونکہ اس کو یقین ہوگا</w:t>
      </w:r>
    </w:p>
    <w:p>
      <w:r>
        <w:rPr>
          <w:b/>
        </w:rPr>
        <w:t xml:space="preserve">[27:49] </w:t>
      </w:r>
      <w:r>
        <w:t>ke Allah ko chhodnay ke baad koi nahi hai jo is ka sahara banay. is ka dil Allah ki yaad se is tarah pighal uthay ga ke woh baytabana is ko pukaarnay lagay ga.</w:t>
      </w:r>
    </w:p>
    <w:p>
      <w:pPr>
        <w:jc w:val="right"/>
      </w:pPr>
      <w:r>
        <w:t>کہ اللہ کو چھوڑنے کے بعد کوئی نہیں ہے جو اس کا سہارا بنے۔ اس کا دل اللہ کی یاد سے اس طرح پگھل اٹھے گا کہ وہ بے تابانہ اس کو پکارنے لگے گا۔</w:t>
      </w:r>
    </w:p>
    <w:p>
      <w:r>
        <w:rPr>
          <w:b/>
        </w:rPr>
        <w:t xml:space="preserve">[28:04] </w:t>
      </w:r>
      <w:r>
        <w:t>is ki tanhaiyan</w:t>
      </w:r>
    </w:p>
    <w:p>
      <w:pPr>
        <w:jc w:val="right"/>
      </w:pPr>
      <w:r>
        <w:t>اس کی تنہائیاں</w:t>
      </w:r>
    </w:p>
    <w:p>
      <w:r>
        <w:rPr>
          <w:b/>
        </w:rPr>
        <w:t xml:space="preserve">[28:06] </w:t>
      </w:r>
      <w:r>
        <w:t>apnay Rab ki sohbat mein basar honay lagengi. Allah ki azmat o kamal ke agay is ko apna wajood sar-ta-pa ghalti nazar ayega.</w:t>
      </w:r>
    </w:p>
    <w:p>
      <w:pPr>
        <w:jc w:val="right"/>
      </w:pPr>
      <w:r>
        <w:t>اپنے رب کی صحبت میں بسر ہونے لگیں گی۔ اللہ کی عظمت و کمال کے آگے اس کو اپنا وجود سرتاپا غلطی نظر آئے گا۔</w:t>
      </w:r>
    </w:p>
    <w:p>
      <w:r>
        <w:rPr>
          <w:b/>
        </w:rPr>
        <w:t xml:space="preserve">[28:18] </w:t>
      </w:r>
      <w:r>
        <w:t>is ke paas kehne ke liye is ke siwa aur kuch na hoga ke:</w:t>
      </w:r>
    </w:p>
    <w:p>
      <w:pPr>
        <w:jc w:val="right"/>
      </w:pPr>
      <w:r>
        <w:t>اس کے پاس کہنے کے لیے اس کے سوا اور کچھ نہ ہوگا کہ:</w:t>
      </w:r>
    </w:p>
    <w:p>
      <w:r>
        <w:rPr>
          <w:b/>
        </w:rPr>
        <w:t xml:space="preserve">[28:25] </w:t>
      </w:r>
      <w:r>
        <w:t>"ae mere Rab!</w:t>
      </w:r>
    </w:p>
    <w:p>
      <w:pPr>
        <w:jc w:val="right"/>
      </w:pPr>
      <w:r>
        <w:t>"اے میرے رب!</w:t>
      </w:r>
    </w:p>
    <w:p>
      <w:r>
        <w:rPr>
          <w:b/>
        </w:rPr>
        <w:t xml:space="preserve">[28:26] </w:t>
      </w:r>
      <w:r>
        <w:t>mujhe maaf kar de." shahid allahu annahu la ilaha illa huwa wal malaikatu wa ulu-l-ilmi qa-iman bil qist</w:t>
      </w:r>
    </w:p>
    <w:p>
      <w:pPr>
        <w:jc w:val="right"/>
      </w:pPr>
      <w:r>
        <w:t>مجھے معاف کر دے۔" شهد الله أنه لا إله إلا هو والملائكة وأولو العلم قائما بالقسط</w:t>
      </w:r>
    </w:p>
    <w:p>
      <w:r>
        <w:rPr>
          <w:b/>
        </w:rPr>
        <w:t xml:space="preserve">[28:46] </w:t>
      </w:r>
      <w:r>
        <w:t>la ilaha illa huwal azeez-ul-hakeem</w:t>
      </w:r>
    </w:p>
    <w:p>
      <w:pPr>
        <w:jc w:val="right"/>
      </w:pPr>
      <w:r>
        <w:t>لا إله إلا هو العزيز الحكيم</w:t>
      </w:r>
    </w:p>
    <w:p>
      <w:r>
        <w:rPr>
          <w:b/>
        </w:rPr>
        <w:t xml:space="preserve">[28:54] </w:t>
      </w:r>
      <w:r>
        <w:t>in-nad-deena indallahi-l-islam</w:t>
      </w:r>
    </w:p>
    <w:p>
      <w:pPr>
        <w:jc w:val="right"/>
      </w:pPr>
      <w:r>
        <w:t>إن الدين عند الله الإسلام</w:t>
      </w:r>
    </w:p>
    <w:p>
      <w:r>
        <w:rPr>
          <w:b/>
        </w:rPr>
        <w:t xml:space="preserve">[29:01] </w:t>
      </w:r>
      <w:r>
        <w:t>wa ma-khtalafal-ladheena ootul-kitaba illa min ba'di ma ja-ahum-ul-'ilmu baghyan bainahum wa mai yakfur bi-ayatillahi fa-in-nallaha saree'ul-hisab</w:t>
      </w:r>
    </w:p>
    <w:p>
      <w:pPr>
        <w:jc w:val="right"/>
      </w:pPr>
      <w:r>
        <w:t>وما اختلف الذين أوتوا الكتاب إلا من بعد ما جاءهم العلم بغيا بينهم ومن يكفر بآيات الله فإن الله سريع الحساب</w:t>
      </w:r>
    </w:p>
    <w:p>
      <w:r>
        <w:rPr>
          <w:b/>
        </w:rPr>
        <w:t xml:space="preserve">[29:24] </w:t>
      </w:r>
      <w:r>
        <w:t>fa-in hajjooka fa-qul aslamtu wajhiya lillahi wa man-ittaba'ani wa qul lil-ladheena ootul-kitaba wal-ummiyeen: "a-aslamtum?"</w:t>
      </w:r>
    </w:p>
    <w:p>
      <w:pPr>
        <w:jc w:val="right"/>
      </w:pPr>
      <w:r>
        <w:t>فإن حاجوك فقل أسلمت وجهي لله ومن اتبعني وقل للذين أوتوا الكتاب والأميين: "أأسلمتم؟"</w:t>
      </w:r>
    </w:p>
    <w:p>
      <w:r>
        <w:rPr>
          <w:b/>
        </w:rPr>
        <w:t xml:space="preserve">[29:43] </w:t>
      </w:r>
      <w:r>
        <w:t>fa-in aslamu fa-qad-ihtadaw wa in tawallaw fa-in-nama 'alaikal-balaghu wallahu baseerun bil-'ibad</w:t>
      </w:r>
    </w:p>
    <w:p>
      <w:pPr>
        <w:jc w:val="right"/>
      </w:pPr>
      <w:r>
        <w:t>فإن أسلموا فقد اهتدوا وإن تولوا فإنما عليك البلاغ والله بصير بالعباد</w:t>
      </w:r>
    </w:p>
    <w:p>
      <w:r>
        <w:rPr>
          <w:b/>
        </w:rPr>
        <w:t xml:space="preserve">[30:01] </w:t>
      </w:r>
      <w:r>
        <w:t>in-nal-ladheena yakfuruna bi-ayatillahi wa yaqtulun-nabiyyeena bi-ghairi haqqin wa yaqtulun-nal-ladheena ya'muruna bil-qisti wa yaqtulun-nal-ladheena ya'muruna bil-qisti min</w:t>
      </w:r>
    </w:p>
    <w:p>
      <w:pPr>
        <w:jc w:val="right"/>
      </w:pPr>
      <w:r>
        <w:t>إن الذين يكفرون بآيات الله ويقتلون النبيين بغير حق ويقتلون الذين يأمرون بالقسط ويقتلون الذين يأمرون بالقسط من</w:t>
      </w:r>
    </w:p>
    <w:p>
      <w:r>
        <w:rPr>
          <w:b/>
        </w:rPr>
        <w:t xml:space="preserve">[30:22] </w:t>
      </w:r>
      <w:r>
        <w:t>an-nasi fa-bashshirhum bi-'adhabin aleem. ula-ikal-ladheena habitat a'maluhum fid-dunya wal-akhirati wa ma lahum min nasireen</w:t>
      </w:r>
    </w:p>
    <w:p>
      <w:pPr>
        <w:jc w:val="right"/>
      </w:pPr>
      <w:r>
        <w:t>الناس فبشرهم بعذاب أليم أولئك الذين حبطت أعمالهم في الدنيا والآخرة وما لهم من ناصرين</w:t>
      </w:r>
    </w:p>
    <w:p>
      <w:r>
        <w:rPr>
          <w:b/>
        </w:rPr>
        <w:t xml:space="preserve">[30:43] </w:t>
      </w:r>
      <w:r>
        <w:t>Allah ki gawahi hai aur farishton ki aur ahl-e-ilm ki ke Allah ke siwa koi mabood nahi.</w:t>
      </w:r>
    </w:p>
    <w:p>
      <w:pPr>
        <w:jc w:val="right"/>
      </w:pPr>
      <w:r>
        <w:t>اللہ کی گواہی ہے اور فرشتوں کی اور اہل علم کی کہ اللہ کے سوا کوئی معبود نہیں۔</w:t>
      </w:r>
    </w:p>
    <w:p>
      <w:r>
        <w:rPr>
          <w:b/>
        </w:rPr>
        <w:t xml:space="preserve">[30:54] </w:t>
      </w:r>
      <w:r>
        <w:t>woh qaim rakhne wala hai insaaf ka, is ke siwa koi maabood nahin.</w:t>
      </w:r>
    </w:p>
    <w:p>
      <w:pPr>
        <w:jc w:val="right"/>
      </w:pPr>
      <w:r>
        <w:t>وہ قائم رکھنے والا ہے انصاف کا، اس کے سوا کوئی معبود نہیں۔</w:t>
      </w:r>
    </w:p>
    <w:p>
      <w:r>
        <w:rPr>
          <w:b/>
        </w:rPr>
        <w:t xml:space="preserve">[31:03] </w:t>
      </w:r>
      <w:r>
        <w:t>woh zabardast hai, hikmat wala hai. deen Allah ke nazdeek sirf Islam hai aur ahle kitaab ne is mein jo ikhtilaf kiya,</w:t>
      </w:r>
    </w:p>
    <w:p>
      <w:pPr>
        <w:jc w:val="right"/>
      </w:pPr>
      <w:r>
        <w:t>وہ زبردست ہے، حکمت والا ہے۔ دین اللہ کے نزدیک صرف اسلام ہے اور اہل کتاب نے اس میں جو اختلاف کیا،</w:t>
      </w:r>
    </w:p>
    <w:p>
      <w:r>
        <w:rPr>
          <w:b/>
        </w:rPr>
        <w:t xml:space="preserve">[31:18] </w:t>
      </w:r>
      <w:r>
        <w:t>woh aapas ki zid ki wajah se kiya,</w:t>
      </w:r>
    </w:p>
    <w:p>
      <w:pPr>
        <w:jc w:val="right"/>
      </w:pPr>
      <w:r>
        <w:t>وہ آپس کی ضد کی وجہ سے کیا،</w:t>
      </w:r>
    </w:p>
    <w:p>
      <w:r>
        <w:rPr>
          <w:b/>
        </w:rPr>
        <w:t xml:space="preserve">[31:21] </w:t>
      </w:r>
      <w:r>
        <w:t>baad is ke ke un ko sahi ilm pahunch chuka tha. aur jo Allah ki aayat ka inkar kare to Allah yaqeenan jald hisab lene wala hai.</w:t>
      </w:r>
    </w:p>
    <w:p>
      <w:pPr>
        <w:jc w:val="right"/>
      </w:pPr>
      <w:r>
        <w:t>بعد اس کے کہ ان کو صحیح علم پہنچ چکا تھا۔ اور جو اللہ کی آیتوں کا انکار کرے تو اللہ یقینا جلد حساب لینے والا ہے۔</w:t>
      </w:r>
    </w:p>
    <w:p>
      <w:r>
        <w:rPr>
          <w:b/>
        </w:rPr>
        <w:t xml:space="preserve">[31:37] </w:t>
      </w:r>
      <w:r>
        <w:t>phir agar woh tum se is bare mein jhagrein to un se keh do</w:t>
      </w:r>
    </w:p>
    <w:p>
      <w:pPr>
        <w:jc w:val="right"/>
      </w:pPr>
      <w:r>
        <w:t>پھر اگر وہ تم سے اس بارے میں جھگڑیں تو ان سے کہہ دو</w:t>
      </w:r>
    </w:p>
    <w:p>
      <w:r>
        <w:rPr>
          <w:b/>
        </w:rPr>
        <w:t xml:space="preserve">[31:43] </w:t>
      </w:r>
      <w:r>
        <w:t>ke main apna rukh Allah ki taraf kar chuka aur jo mere پیروں hain, woh bhi. aur ahle kitaab se aur un parhon se poochho:</w:t>
      </w:r>
    </w:p>
    <w:p>
      <w:pPr>
        <w:jc w:val="right"/>
      </w:pPr>
      <w:r>
        <w:t>کہ میں اپنا رخ اللہ کی طرف کر چکا اور جو میرے پیروں ہیں، وہ بھی۔ اور اہل کتاب سے اور ان پڑھوں سے پوچھو:</w:t>
      </w:r>
    </w:p>
    <w:p>
      <w:r>
        <w:rPr>
          <w:b/>
        </w:rPr>
        <w:t xml:space="preserve">[31:56] </w:t>
      </w:r>
      <w:r>
        <w:t>"kya tum bhi isi tarah Islam late ho?" agar woh Islam layein to unhon ne raah pa li,</w:t>
      </w:r>
    </w:p>
    <w:p>
      <w:pPr>
        <w:jc w:val="right"/>
      </w:pPr>
      <w:r>
        <w:t>"کیا تم بھی اسی طرح اسلام لاتے ہو؟" اگر وہ اسلام لائیں تو انہوں نے راہ پا لی،</w:t>
      </w:r>
    </w:p>
    <w:p>
      <w:r>
        <w:rPr>
          <w:b/>
        </w:rPr>
        <w:t xml:space="preserve">[32:05] </w:t>
      </w:r>
      <w:r>
        <w:t>aur agar woh phir jayein to tumhare upar sirf pahuncha dena hai. aur Allah ki nigaah mein hain is ke bande jo log Allah ki nishaniyon ka inkar karte hain</w:t>
      </w:r>
    </w:p>
    <w:p>
      <w:pPr>
        <w:jc w:val="right"/>
      </w:pPr>
      <w:r>
        <w:t>اور اگر وہ پھر جائیں تو تمہارے اوپر صرف پہنچا دینا ہے۔ اور اللہ کی نگاہ میں ہیں اس کے بندے جو لوگ اللہ کی نشانیوں کا انکار کرتے ہیں</w:t>
      </w:r>
    </w:p>
    <w:p>
      <w:r>
        <w:rPr>
          <w:b/>
        </w:rPr>
        <w:t xml:space="preserve">[32:23] </w:t>
      </w:r>
      <w:r>
        <w:t>aur paighambaron ko nahak qatal karte hain, aur un logon ko maar dalte hain jo logon mein se insaaf ki dawat le kar uthte hain.</w:t>
      </w:r>
    </w:p>
    <w:p>
      <w:pPr>
        <w:jc w:val="right"/>
      </w:pPr>
      <w:r>
        <w:t>اور پیغمبروں کو ناحق قتل کرتے ہیں، اور ان لوگوں کو مار ڈالتے ہیں جو لوگوں میں سے انصاف کی دعوت لے کر اٹھتے ہیں۔</w:t>
      </w:r>
    </w:p>
    <w:p>
      <w:r>
        <w:rPr>
          <w:b/>
        </w:rPr>
        <w:t xml:space="preserve">[32:37] </w:t>
      </w:r>
      <w:r>
        <w:t>un ko ek dardnak saza ki khushkhabri de do.</w:t>
      </w:r>
    </w:p>
    <w:p>
      <w:pPr>
        <w:jc w:val="right"/>
      </w:pPr>
      <w:r>
        <w:t>ان کو ایک دردناک سزا کی خوشخبری دے دو۔</w:t>
      </w:r>
    </w:p>
    <w:p>
      <w:r>
        <w:rPr>
          <w:b/>
        </w:rPr>
        <w:t xml:space="preserve">[32:43] </w:t>
      </w:r>
      <w:r>
        <w:t>yahi woh log hain jin ke aamal dunya aur aakhirat mein zaya ho gaye aur un ka madadgar koi nahin.</w:t>
      </w:r>
    </w:p>
    <w:p>
      <w:pPr>
        <w:jc w:val="right"/>
      </w:pPr>
      <w:r>
        <w:t>یہی وہ لوگ ہیں جن کے اعمال دنیا اور آخرت میں ضائع ہو گئے اور ان کا مددگار کوئی نہیں۔</w:t>
      </w:r>
    </w:p>
    <w:p>
      <w:r>
        <w:rPr>
          <w:b/>
        </w:rPr>
        <w:t xml:space="preserve">[32:55] </w:t>
      </w:r>
      <w:r>
        <w:t>tashreeh</w:t>
      </w:r>
    </w:p>
    <w:p>
      <w:pPr>
        <w:jc w:val="right"/>
      </w:pPr>
      <w:r>
        <w:t>تشریح</w:t>
      </w:r>
    </w:p>
    <w:p>
      <w:r>
        <w:rPr>
          <w:b/>
        </w:rPr>
        <w:t xml:space="preserve">[33:00] </w:t>
      </w:r>
      <w:r>
        <w:t>kainat ka Khuda ek hi Khuda hai aur woh adl o qist ko pasand karta hai. tamam aasmani kitabein apni sahi surat mein isi ka aelan kar rahi hain.</w:t>
      </w:r>
    </w:p>
    <w:p>
      <w:pPr>
        <w:jc w:val="right"/>
      </w:pPr>
      <w:r>
        <w:t>کائنات کا خدا ایک ہی خدا ہے اور وہ عدل و قسط کو پسند کرتا ہے۔ تمام آسمانی کتابیں اپنی صحیح صورت میں اسی کا اعلان کر رہی ہیں۔</w:t>
      </w:r>
    </w:p>
    <w:p>
      <w:r>
        <w:rPr>
          <w:b/>
        </w:rPr>
        <w:t xml:space="preserve">[33:17] </w:t>
      </w:r>
      <w:r>
        <w:t>pheili hui kainat jo is ka malik apne ghair marai karindon ke zariye chala raha hai, woh kamil taur par waise hi hai jaisa ke is ko hona chahiye.</w:t>
      </w:r>
    </w:p>
    <w:p>
      <w:pPr>
        <w:jc w:val="right"/>
      </w:pPr>
      <w:r>
        <w:t>پھیلی ہوئی کائنات جو اس کا مالک اپنے غیر مرئی کارندوں کے ذریعے چلا رہا ہے، وہ کامل طور پر ویسے ہی ہے جیسا کہ اس کو ہونا چاہیے۔</w:t>
      </w:r>
    </w:p>
    <w:p>
      <w:r>
        <w:rPr>
          <w:b/>
        </w:rPr>
        <w:t xml:space="preserve">[33:36] </w:t>
      </w:r>
      <w:r>
        <w:t>sabit shuda ilm insani ke mutabiq kainat ek had darja wahdani nizam hai. is se wazeh hota hai ke kainat ka mudabir sirf ek hai.</w:t>
      </w:r>
    </w:p>
    <w:p>
      <w:pPr>
        <w:jc w:val="right"/>
      </w:pPr>
      <w:r>
        <w:t>ثابت شدہ علم انسانی کے مطابق کائنات ایک حد درجہ وحدانی نظام ہے۔ اس سے واضح ہوتا ہے کہ کائنات کا مدبر صرف ایک ہے۔</w:t>
      </w:r>
    </w:p>
    <w:p>
      <w:r>
        <w:rPr>
          <w:b/>
        </w:rPr>
        <w:t xml:space="preserve">[33:50] </w:t>
      </w:r>
      <w:r>
        <w:t>isi tarah kainat ki har cheez ka apne</w:t>
      </w:r>
    </w:p>
    <w:p>
      <w:pPr>
        <w:jc w:val="right"/>
      </w:pPr>
      <w:r>
        <w:t>اسی طرح کائنات کی ہر چیز کا اپنے</w:t>
      </w:r>
    </w:p>
    <w:p>
      <w:r>
        <w:rPr>
          <w:b/>
        </w:rPr>
        <w:t xml:space="preserve">[33:54] </w:t>
      </w:r>
      <w:r>
        <w:t>mahal munasib mein hona is baat ka saboot hai ke is ka Khuda adl ko pasand karne wala Khuda hai, na ke be insafi ko pasand karne wala.</w:t>
      </w:r>
    </w:p>
    <w:p>
      <w:pPr>
        <w:jc w:val="right"/>
      </w:pPr>
      <w:r>
        <w:t>محل مناسب میں ہونا اس بات کا ثبوت ہے کہ اس کا خدا عدل کو پسند کرنے والا خدا ہے، نہ کہ بے انصافی کو پسند کرنے والا۔</w:t>
      </w:r>
    </w:p>
    <w:p>
      <w:r>
        <w:rPr>
          <w:b/>
        </w:rPr>
        <w:t xml:space="preserve">[34:09] </w:t>
      </w:r>
      <w:r>
        <w:t>phir jo Khuda wasee tar kainat mein</w:t>
      </w:r>
    </w:p>
    <w:p>
      <w:pPr>
        <w:jc w:val="right"/>
      </w:pPr>
      <w:r>
        <w:t>پھر جو خدا وسیع تر کائنات میں</w:t>
      </w:r>
    </w:p>
    <w:p>
      <w:r>
        <w:rPr>
          <w:b/>
        </w:rPr>
        <w:t xml:space="preserve">[34:12] </w:t>
      </w:r>
      <w:r>
        <w:t>musalsal adl ko qaim kiye hue ho, woh insaan ke mamle mein khilaf adl baton par kaise razi ho jayega?</w:t>
      </w:r>
    </w:p>
    <w:p>
      <w:pPr>
        <w:jc w:val="right"/>
      </w:pPr>
      <w:r>
        <w:t>مسلسل عدل کو قائم کیے ہوئے ہو، وہ انسان کے معاملے میں خلاف عدل باتوں پر کیسے راضی ہو جائے گا؟</w:t>
      </w:r>
    </w:p>
    <w:p>
      <w:r>
        <w:rPr>
          <w:b/>
        </w:rPr>
        <w:t xml:space="preserve">[34:26] </w:t>
      </w:r>
      <w:r>
        <w:t>kainat ka har juz kamil taur par muslim hai, yani apni sargarmion ko Allah ke muqarrar naqshe ke mutabiq anjam deta hai.</w:t>
      </w:r>
    </w:p>
    <w:p>
      <w:pPr>
        <w:jc w:val="right"/>
      </w:pPr>
      <w:r>
        <w:t>کائنات کا ہر جز کامل طور پر مسلم ہے، یعنی اپنی سرگرمیوں کو اللہ کے مقرر نقشے کے مطابق انجام دیتا ہے۔</w:t>
      </w:r>
    </w:p>
    <w:p>
      <w:r>
        <w:rPr>
          <w:b/>
        </w:rPr>
        <w:t xml:space="preserve">[34:38] </w:t>
      </w:r>
      <w:r>
        <w:t>theek yahi rawaiyya insaan se bhi matloob hai.</w:t>
      </w:r>
    </w:p>
    <w:p>
      <w:pPr>
        <w:jc w:val="right"/>
      </w:pPr>
      <w:r>
        <w:t>ٹھیک یہی رویہ انسان سے بھی مطلوب ہے۔</w:t>
      </w:r>
    </w:p>
    <w:p>
      <w:r>
        <w:rPr>
          <w:b/>
        </w:rPr>
        <w:t xml:space="preserve">[34:43] </w:t>
      </w:r>
      <w:r>
        <w:t>insaan ko chahiye ke woh apne Rab ko pehchane aur is ke matloob naqshe ke mutabiq apni zindagi ko dhal le.</w:t>
      </w:r>
    </w:p>
    <w:p>
      <w:pPr>
        <w:jc w:val="right"/>
      </w:pPr>
      <w:r>
        <w:t>انسان کو چاہیے کہ وہ اپنے رب کو پہچانے اور اس کے مطلوبہ نقشے کے مطابق اپنی زندگی کو ڈھال لے۔</w:t>
      </w:r>
    </w:p>
    <w:p>
      <w:r>
        <w:rPr>
          <w:b/>
        </w:rPr>
        <w:t xml:space="preserve">[34:55] </w:t>
      </w:r>
      <w:r>
        <w:t>Allah ke siwa kisi aur ko apna markaz tawajjuh banana</w:t>
      </w:r>
    </w:p>
    <w:p>
      <w:pPr>
        <w:jc w:val="right"/>
      </w:pPr>
      <w:r>
        <w:t>اللہ کے سوا کسی اور کو اپنا مرکز توجہ بنانا</w:t>
      </w:r>
    </w:p>
    <w:p>
      <w:r>
        <w:rPr>
          <w:b/>
        </w:rPr>
        <w:t xml:space="preserve">[35:01] </w:t>
      </w:r>
      <w:r>
        <w:t>ya yeh khayal karna ke Allah ka faisla adl ke siwa kisi aur buniyad par ho sakta hai, aisi be asal baat hai jis ke liye maujooda kainat mein koi gunjaish nahin.</w:t>
      </w:r>
    </w:p>
    <w:p>
      <w:pPr>
        <w:jc w:val="right"/>
      </w:pPr>
      <w:r>
        <w:t>یا یہ خیال کرنا کہ اللہ کا فیصلہ عدل کے سوا کسی اور بنیاد پر ہو سکتا ہے، ایسی بے اصل بات ہے جس کے لیے موجودہ کائنات میں کوئی گنجائش نہیں۔</w:t>
      </w:r>
    </w:p>
    <w:p>
      <w:r>
        <w:rPr>
          <w:b/>
        </w:rPr>
        <w:t xml:space="preserve">[35:20] </w:t>
      </w:r>
      <w:r>
        <w:t>Quran ki dawat isi sachay Islam ki dawat hai. jo log is se ikhtilaf kar rahe hain, is ki wajah yeh nahin hai ke is ka haq hona un par wazeh nahin hai.</w:t>
      </w:r>
    </w:p>
    <w:p>
      <w:pPr>
        <w:jc w:val="right"/>
      </w:pPr>
      <w:r>
        <w:t>قرآن کی دعوت اسی سچے اسلام کی دعوت ہے۔ جو لوگ اس سے اختلاف کر رہے ہیں، اس کی وجہ یہ نہیں ہے کہ اس کا حق ہونا ان پر واضح نہیں ہے۔</w:t>
      </w:r>
    </w:p>
    <w:p>
      <w:r>
        <w:rPr>
          <w:b/>
        </w:rPr>
        <w:t xml:space="preserve">[35:35] </w:t>
      </w:r>
      <w:r>
        <w:t>is ki waja</w:t>
      </w:r>
    </w:p>
    <w:p>
      <w:pPr>
        <w:jc w:val="right"/>
      </w:pPr>
      <w:r>
        <w:t>اس کی وجہ</w:t>
      </w:r>
    </w:p>
    <w:p>
      <w:r>
        <w:rPr>
          <w:b/>
        </w:rPr>
        <w:t xml:space="preserve">[35:37] </w:t>
      </w:r>
      <w:r>
        <w:t>zid hai. is ko manna unhein daaiye quran ki fikri bartari tasleem karne ke hamana nazar aata hai aur un ki hasad aur kibr ki nafsiyat is qism ka etraf karne par raazi nahin.</w:t>
      </w:r>
    </w:p>
    <w:p>
      <w:pPr>
        <w:jc w:val="right"/>
      </w:pPr>
      <w:r>
        <w:t>ضد ہے۔ اس کو ماننا انہیں داعی قرآن کی فکری برتری تسلیم کرنے کے ہمانہ نظر آتا ہے اور ان کی حسد اور کبر کی نفسیات اس قسم کا اعتراف کرنے پر راضی نہیں۔</w:t>
      </w:r>
    </w:p>
    <w:p>
      <w:r>
        <w:rPr>
          <w:b/>
        </w:rPr>
        <w:t xml:space="preserve">[35:56] </w:t>
      </w:r>
      <w:r>
        <w:t>seedhi tarah haq ko maan lene ke bajaye woh chahte hain ke is zabani ko band kar dein jo haq ka ailaan kar rahi hai.</w:t>
      </w:r>
    </w:p>
    <w:p>
      <w:pPr>
        <w:jc w:val="right"/>
      </w:pPr>
      <w:r>
        <w:t>سیدھی طرح حق کو مان لینے کے بجائے وہ چاہتے ہیں کہ اس زبانی کو بند کر دیں جو حق کا اعلان کر رہی ہے۔</w:t>
      </w:r>
    </w:p>
    <w:p>
      <w:r>
        <w:rPr>
          <w:b/>
        </w:rPr>
        <w:t xml:space="preserve">[36:06] </w:t>
      </w:r>
      <w:r>
        <w:t>tahum khuda ki dunya mein aisa hona mumkin nahin. daaiye haq ki zaban ko band karne ke liye</w:t>
      </w:r>
    </w:p>
    <w:p>
      <w:pPr>
        <w:jc w:val="right"/>
      </w:pPr>
      <w:r>
        <w:t>تاہم خدا کی دنیا میں ایسا ہونا ممکن نہیں۔ داعی حق کی زبان کو بند کرنے کے لیے</w:t>
      </w:r>
    </w:p>
    <w:p>
      <w:r>
        <w:rPr>
          <w:b/>
        </w:rPr>
        <w:t xml:space="preserve">[36:15] </w:t>
      </w:r>
      <w:r>
        <w:t>un ka har mansooba nakam hoga aur jab khuda ke adl ka tarazu khara hoga to woh dekh len ge ke un ke woh aamal kis qadar be qeemat thay jin ke bal par woh apni nijaat aur kamyabi ka yaqeen kiye hue thay.</w:t>
      </w:r>
    </w:p>
    <w:p>
      <w:pPr>
        <w:jc w:val="right"/>
      </w:pPr>
      <w:r>
        <w:t>ان کا ہر منصوبہ ناکام ہوگا اور جب خدا کے عدل کا ترازو کھڑا ہوگا تو وہ دیکھ لیں گے کہ ان کے وہ اعمال کس قدر بے قیمت تھے جن کے بل پر وہ اپنی نجات اور کامیابی کا یقین کیے ہوئے تھے۔</w:t>
      </w:r>
    </w:p>
    <w:p>
      <w:r>
        <w:rPr>
          <w:b/>
        </w:rPr>
        <w:t xml:space="preserve">[36:36] </w:t>
      </w:r>
      <w:r>
        <w:t>sachi daleel khuda ki nishani hai. jo shakhs daleel ke samne nahin jhukta, woh gaya khuda ke samne nahin jhukta.</w:t>
      </w:r>
    </w:p>
    <w:p>
      <w:pPr>
        <w:jc w:val="right"/>
      </w:pPr>
      <w:r>
        <w:t>سچی دلیل خدا کی نشانی ہے۔ جو شخص دلیل کے سامنے نہیں جھکتا، وہ گیا خدا کے سامنے نہیں جھکتا۔</w:t>
      </w:r>
    </w:p>
    <w:p>
      <w:r>
        <w:rPr>
          <w:b/>
        </w:rPr>
        <w:t xml:space="preserve">[36:46] </w:t>
      </w:r>
      <w:r>
        <w:t>aise log qayamat mein is tarah uthen ge ke woh sab se ziyada</w:t>
      </w:r>
    </w:p>
    <w:p>
      <w:pPr>
        <w:jc w:val="right"/>
      </w:pPr>
      <w:r>
        <w:t>ایسے لوگ قیامت میں اس طرح اٹھیں گے کہ وہ سب سے زیادہ</w:t>
      </w:r>
    </w:p>
    <w:p>
      <w:r>
        <w:rPr>
          <w:b/>
        </w:rPr>
        <w:t xml:space="preserve">[36:53] </w:t>
      </w:r>
      <w:r>
        <w:t>be sahara hon ge.</w:t>
      </w:r>
    </w:p>
    <w:p>
      <w:pPr>
        <w:jc w:val="right"/>
      </w:pPr>
      <w:r>
        <w:t>بے سہارا ہوں گے۔</w:t>
      </w:r>
    </w:p>
    <w:p>
      <w:r>
        <w:rPr>
          <w:b/>
        </w:rPr>
        <w:t xml:space="preserve">[36:57] </w:t>
      </w:r>
      <w:r>
        <w:t>alam tar allazeena ootoo naseeban min al-kitab yad'oona ila kitab allahi liyahkuma baynahum thumma yatawalla fareequn minhum wa hum</w:t>
      </w:r>
    </w:p>
    <w:p>
      <w:pPr>
        <w:jc w:val="right"/>
      </w:pPr>
      <w:r>
        <w:t>الم تر الذين أوتوا نصيبا من الكتاب يدعون إلى كتاب الله ليحكم بينهم ثم يتولى فريق منهم وهم</w:t>
      </w:r>
    </w:p>
    <w:p>
      <w:r>
        <w:rPr>
          <w:b/>
        </w:rPr>
        <w:t xml:space="preserve">[37:13] </w:t>
      </w:r>
      <w:r>
        <w:t>mu'ridoon? thalika bi'annahum qalo: "lan tamassana al-naaru illa ayyaman ma'doodat"</w:t>
      </w:r>
    </w:p>
    <w:p>
      <w:pPr>
        <w:jc w:val="right"/>
      </w:pPr>
      <w:r>
        <w:t>معرضون؟ ذلك بأنهم قالوا: "لن تمسنا النار إلا أياما معدودات"</w:t>
      </w:r>
    </w:p>
    <w:p>
      <w:r>
        <w:rPr>
          <w:b/>
        </w:rPr>
        <w:t xml:space="preserve">[37:32] </w:t>
      </w:r>
      <w:r>
        <w:t>wa ghurrahum fi deenihim ma kanoo yaftaroon.</w:t>
      </w:r>
    </w:p>
    <w:p>
      <w:pPr>
        <w:jc w:val="right"/>
      </w:pPr>
      <w:r>
        <w:t>وغرهم في دينهم ما كانوا يفترون.</w:t>
      </w:r>
    </w:p>
    <w:p>
      <w:r>
        <w:rPr>
          <w:b/>
        </w:rPr>
        <w:t xml:space="preserve">[37:39] </w:t>
      </w:r>
      <w:r>
        <w:t>fakayfa itha jama'nahum liyawmin la rayba feehi wa wuffiyat kullu nafsin ma kasabat wa hum la yuzlamoon?</w:t>
      </w:r>
    </w:p>
    <w:p>
      <w:pPr>
        <w:jc w:val="right"/>
      </w:pPr>
      <w:r>
        <w:t>فكيف إذا جمعناهم ليوم لا ريب فيه ووفيت كل نفس ما كسبت وهم لا يظلمون؟</w:t>
      </w:r>
    </w:p>
    <w:p>
      <w:r>
        <w:rPr>
          <w:b/>
        </w:rPr>
        <w:t xml:space="preserve">[37:52] </w:t>
      </w:r>
      <w:r>
        <w:t>qul: "allahumma malik al mulk tu ti al mulka man tasha</w:t>
      </w:r>
    </w:p>
    <w:p>
      <w:pPr>
        <w:jc w:val="right"/>
      </w:pPr>
      <w:r>
        <w:t>قل: "اللهم مالك الملك تؤتي الملك من تشاء</w:t>
      </w:r>
    </w:p>
    <w:p>
      <w:r>
        <w:rPr>
          <w:b/>
        </w:rPr>
        <w:t xml:space="preserve">[38:01] </w:t>
      </w:r>
      <w:r>
        <w:t>wa tanza al mulka mimman</w:t>
      </w:r>
    </w:p>
    <w:p>
      <w:pPr>
        <w:jc w:val="right"/>
      </w:pPr>
      <w:r>
        <w:t>وتنزع الملك ممن</w:t>
      </w:r>
    </w:p>
    <w:p>
      <w:r>
        <w:rPr>
          <w:b/>
        </w:rPr>
        <w:t xml:space="preserve">[38:05] </w:t>
      </w:r>
      <w:r>
        <w:t>tasha wa tu izzu man tasha</w:t>
      </w:r>
    </w:p>
    <w:p>
      <w:pPr>
        <w:jc w:val="right"/>
      </w:pPr>
      <w:r>
        <w:t>تشاء وتعز من تشاء</w:t>
      </w:r>
    </w:p>
    <w:p>
      <w:r>
        <w:rPr>
          <w:b/>
        </w:rPr>
        <w:t xml:space="preserve">[38:12] </w:t>
      </w:r>
      <w:r>
        <w:t>wa tu izzu man tasha</w:t>
      </w:r>
    </w:p>
    <w:p>
      <w:pPr>
        <w:jc w:val="right"/>
      </w:pPr>
      <w:r>
        <w:t>وتعز من تشاء</w:t>
      </w:r>
    </w:p>
    <w:p>
      <w:r>
        <w:rPr>
          <w:b/>
        </w:rPr>
        <w:t xml:space="preserve">[38:17] </w:t>
      </w:r>
      <w:r>
        <w:t>wa tuzillu man tasha</w:t>
      </w:r>
    </w:p>
    <w:p>
      <w:pPr>
        <w:jc w:val="right"/>
      </w:pPr>
      <w:r>
        <w:t>وتذل من تشاء</w:t>
      </w:r>
    </w:p>
    <w:p>
      <w:r>
        <w:rPr>
          <w:b/>
        </w:rPr>
        <w:t xml:space="preserve">[38:21] </w:t>
      </w:r>
      <w:r>
        <w:t>bi yadik al khair innaka</w:t>
      </w:r>
    </w:p>
    <w:p>
      <w:pPr>
        <w:jc w:val="right"/>
      </w:pPr>
      <w:r>
        <w:t>بيدك الخير إنك</w:t>
      </w:r>
    </w:p>
    <w:p>
      <w:r>
        <w:rPr>
          <w:b/>
        </w:rPr>
        <w:t xml:space="preserve">[38:25] </w:t>
      </w:r>
      <w:r>
        <w:t>ala kulli shay</w:t>
      </w:r>
    </w:p>
    <w:p>
      <w:pPr>
        <w:jc w:val="right"/>
      </w:pPr>
      <w:r>
        <w:t>على كل شيء</w:t>
      </w:r>
    </w:p>
    <w:p>
      <w:r>
        <w:rPr>
          <w:b/>
        </w:rPr>
        <w:t xml:space="preserve">[38:28] </w:t>
      </w:r>
      <w:r>
        <w:t>qadir.</w:t>
      </w:r>
    </w:p>
    <w:p>
      <w:pPr>
        <w:jc w:val="right"/>
      </w:pPr>
      <w:r>
        <w:t>قدير.</w:t>
      </w:r>
    </w:p>
    <w:p>
      <w:r>
        <w:rPr>
          <w:b/>
        </w:rPr>
        <w:t xml:space="preserve">[38:31] </w:t>
      </w:r>
      <w:r>
        <w:t>tuliju al-layla fi al-nahari wa tuliju al-nahara fi al-layli wa tukhriju al-hayya min al-mayyiti wa tukhriju al-mayyita min al-hayyi wa tarzuqu man tashaa'u bi ghayri hisab.</w:t>
      </w:r>
    </w:p>
    <w:p>
      <w:pPr>
        <w:jc w:val="right"/>
      </w:pPr>
      <w:r>
        <w:t>تولج الليل في النهار وتولج النهار في الليل وتخرج الحي من الميت وتخرج الميت من الحي وترزق من تشاء بغير حساب.</w:t>
      </w:r>
    </w:p>
    <w:p>
      <w:r>
        <w:rPr>
          <w:b/>
        </w:rPr>
        <w:t xml:space="preserve">[38:57] </w:t>
      </w:r>
      <w:r>
        <w:t>kya tum ne in logon ko nahin dekha jin ko Allah ki kitab ka ek hissa diya gaya tha? un ko Allah ki kitab ki taraf bulaya ja raha hai ke woh un ke darmiyan faisla karein.</w:t>
      </w:r>
    </w:p>
    <w:p>
      <w:pPr>
        <w:jc w:val="right"/>
      </w:pPr>
      <w:r>
        <w:t>کیا تم نے ان لوگوں کو نہیں دیکھا جن کو اللہ کی کتاب کا ایک حصہ دیا گیا تھا؟ ان کو اللہ کی کتاب کی طرف بلایا جا رہا ہے کہ وہ ان کے درمیان فیصلہ کرے۔</w:t>
      </w:r>
    </w:p>
    <w:p>
      <w:r>
        <w:rPr>
          <w:b/>
        </w:rPr>
        <w:t xml:space="preserve">[39:13] </w:t>
      </w:r>
      <w:r>
        <w:t>phir un ka ek giroh munh pher leta hai, be-rukkhi karte hue. yeh is sabab se ke woh log kehte hain ke hum ko hargiz aag na chhooe gi, bajuz gine hue chand dinon ke.</w:t>
      </w:r>
    </w:p>
    <w:p>
      <w:pPr>
        <w:jc w:val="right"/>
      </w:pPr>
      <w:r>
        <w:t>پھر ان کا ایک گروہ منہ پھیر لیتا ہے، بے رخی کرتے ہوئے۔ یہ اس سبب سے کہ وہ لوگ کہتے ہیں کہ ہم کو ہرگز آگ نہ چھوئے گی، بجز گنے ہوئے چند دنوں کے۔</w:t>
      </w:r>
    </w:p>
    <w:p>
      <w:r>
        <w:rPr>
          <w:b/>
        </w:rPr>
        <w:t xml:space="preserve">[39:29] </w:t>
      </w:r>
      <w:r>
        <w:t>aur un ki banai hui baaton ne un ko un ke deen ke bare mein dhoke mein daal diya hai. phir is waqt kya hoga jab hum un ko jama karein ge ek din jis ke aane mein koi shakk nahin?</w:t>
      </w:r>
    </w:p>
    <w:p>
      <w:pPr>
        <w:jc w:val="right"/>
      </w:pPr>
      <w:r>
        <w:t>اور ان کی بنائی ہوئی باتوں نے ان کو ان کے دین کے بارے میں دھوکے میں ڈال دیا ہے۔ پھر اس وقت کیا ہوگا جب ہم ان کو جمع کریں گے ایک دن جس کے آنے میں کوئی شک نہیں؟</w:t>
      </w:r>
    </w:p>
    <w:p>
      <w:r>
        <w:rPr>
          <w:b/>
        </w:rPr>
        <w:t xml:space="preserve">[39:47] </w:t>
      </w:r>
      <w:r>
        <w:t>aur har shakhs ko jo kuch us ne kiya hai, us ka poora poora badla diya jaye ga aur un par zulm na kiya jaye ga.</w:t>
      </w:r>
    </w:p>
    <w:p>
      <w:pPr>
        <w:jc w:val="right"/>
      </w:pPr>
      <w:r>
        <w:t>اور ہر شخص کو جو کچھ اس نے کیا ہے، اس کا پورا پورا بدلہ دیا جائے گا اور ان پر ظلم نہ کیا جائے گا۔</w:t>
      </w:r>
    </w:p>
    <w:p>
      <w:r>
        <w:rPr>
          <w:b/>
        </w:rPr>
        <w:t xml:space="preserve">[39:59] </w:t>
      </w:r>
      <w:r>
        <w:t>tum kaho: "ae Allah!</w:t>
      </w:r>
    </w:p>
    <w:p>
      <w:pPr>
        <w:jc w:val="right"/>
      </w:pPr>
      <w:r>
        <w:t>تم کہو: "اے اللہ!</w:t>
      </w:r>
    </w:p>
    <w:p>
      <w:r>
        <w:rPr>
          <w:b/>
        </w:rPr>
        <w:t xml:space="preserve">[40:02] </w:t>
      </w:r>
      <w:r>
        <w:t>sultanat ke malik! tu jis ko chahe sultanat de aur jis se chahe sultanat chheen le, aur tu jis ko chahe izzat de aur jis ko chahe zaleel kar.</w:t>
      </w:r>
    </w:p>
    <w:p>
      <w:pPr>
        <w:jc w:val="right"/>
      </w:pPr>
      <w:r>
        <w:t>سلطنت کے مالک! تو جس کو چاہے سلطنت دے اور جس سے چاہے سلطنت چھین لے، اور تو جس کو چاہے عزت دے اور جس کو چاہے ذلیل کرے۔</w:t>
      </w:r>
    </w:p>
    <w:p>
      <w:r>
        <w:rPr>
          <w:b/>
        </w:rPr>
        <w:t xml:space="preserve">[40:17] </w:t>
      </w:r>
      <w:r>
        <w:t>tere hath mein hai sab khoobi.</w:t>
      </w:r>
    </w:p>
    <w:p>
      <w:pPr>
        <w:jc w:val="right"/>
      </w:pPr>
      <w:r>
        <w:t>تیرے ہاتھ میں ہے سب خوبی۔</w:t>
      </w:r>
    </w:p>
    <w:p>
      <w:r>
        <w:rPr>
          <w:b/>
        </w:rPr>
        <w:t xml:space="preserve">[40:20] </w:t>
      </w:r>
      <w:r>
        <w:t>beshak tu har cheez par qadir hai. tu raat ko din mein dakhal karta hai aur din ko raat mein dakhal karta hai, aur tu be-jan se jan-dar ko nikalta hai aur tu jan-dar se</w:t>
      </w:r>
    </w:p>
    <w:p>
      <w:pPr>
        <w:jc w:val="right"/>
      </w:pPr>
      <w:r>
        <w:t>بے شک تو ہر چیز پر قادر ہے۔ تو رات کو دن میں داخل کرتا ہے اور دن کو رات میں داخل کرتا ہے، اور تو بے جان سے جاندار کو نکالتا ہے اور تو جاندار سے</w:t>
      </w:r>
    </w:p>
    <w:p>
      <w:r>
        <w:rPr>
          <w:b/>
        </w:rPr>
        <w:t xml:space="preserve">[40:38] </w:t>
      </w:r>
      <w:r>
        <w:t>be-jan ko nikalta hai, aur tu jis ko chahta hai be-hisab rizq deta hai."</w:t>
      </w:r>
    </w:p>
    <w:p>
      <w:pPr>
        <w:jc w:val="right"/>
      </w:pPr>
      <w:r>
        <w:t>بے جان کو نکالتا ہے، اور تو جس کو چاہتا ہے بے حساب رزق دیتا ہے۔"</w:t>
      </w:r>
    </w:p>
    <w:p>
      <w:r>
        <w:rPr>
          <w:b/>
        </w:rPr>
        <w:t xml:space="preserve">[40:48] </w:t>
      </w:r>
      <w:r>
        <w:t>tashreeh Allah ki hidayat ek hi hidayat hai jo mukhtalif qomon ki zaban mein un ke paighambaron par utari jati rahi hai.</w:t>
      </w:r>
    </w:p>
    <w:p>
      <w:pPr>
        <w:jc w:val="right"/>
      </w:pPr>
      <w:r>
        <w:t>تشریح اللہ کی ہدایت ایک ہی ہدایت ہے جو مختلف قوموں کی زبان میں ان کے پیغمبروں پر اتاری جاتی رہی ہے۔</w:t>
      </w:r>
    </w:p>
    <w:p>
      <w:r>
        <w:rPr>
          <w:b/>
        </w:rPr>
        <w:t xml:space="preserve">[41:01] </w:t>
      </w:r>
      <w:r>
        <w:t>wohi Quran ki surat mein paighambar akhir-uz-zaman par utari gayi hai.</w:t>
      </w:r>
    </w:p>
    <w:p>
      <w:pPr>
        <w:jc w:val="right"/>
      </w:pPr>
      <w:r>
        <w:t>وہی قرآن کی صورت میں پیغمبر آخر الزماں پر اتاری گئی ہے۔</w:t>
      </w:r>
    </w:p>
    <w:p>
      <w:r>
        <w:rPr>
          <w:b/>
        </w:rPr>
        <w:t xml:space="preserve">[41:07] </w:t>
      </w:r>
      <w:r>
        <w:t>is yeksaniyat ki wajah se aasmani kitabon ko janne aur manne walon ke liye quran ki dawat ko pehchanna mushkil nahin.</w:t>
      </w:r>
    </w:p>
    <w:p>
      <w:pPr>
        <w:jc w:val="right"/>
      </w:pPr>
      <w:r>
        <w:t>اس یکسانیت کی وجہ سے آسمانی کتابوں کو جاننے اور ماننے والوں کے لیے قرآن کی دعوت کو پہچاننا مشکل نہیں۔</w:t>
      </w:r>
    </w:p>
    <w:p>
      <w:r>
        <w:rPr>
          <w:b/>
        </w:rPr>
        <w:t xml:space="preserve">[41:20] </w:t>
      </w:r>
      <w:r>
        <w:t>quran ki dawat mein aur pichhli aasmani kitabon mein agar kuch farq hai to sirf yeh</w:t>
      </w:r>
    </w:p>
    <w:p>
      <w:pPr>
        <w:jc w:val="right"/>
      </w:pPr>
      <w:r>
        <w:t>قرآن کی دعوت میں اور پچھلی آسمانی کتابوں میں اگر کچھ فرق ہے تو صرف یہ</w:t>
      </w:r>
    </w:p>
    <w:p>
      <w:r>
        <w:rPr>
          <w:b/>
        </w:rPr>
        <w:t xml:space="preserve">[41:27] </w:t>
      </w:r>
      <w:r>
        <w:t>ke quran ki dawat un ki apni milawaton se deen o khadawandi ko pak kar rahi hai. is ke bawajood kyun aisa hai ke bohat se log quran ki dawat ka inkar kar rahe hain?</w:t>
      </w:r>
    </w:p>
    <w:p>
      <w:pPr>
        <w:jc w:val="right"/>
      </w:pPr>
      <w:r>
        <w:t>کہ قرآن کی دعوت ان کی اپنی ملاوٹوں سے دین و خداوندی کو پاک کر رہی ہے۔ اس کے باوجود کیوں ایسا ہے کہ بہت سے لوگ قرآن کی دعوت کا انکار کر رہے ہیں؟</w:t>
      </w:r>
    </w:p>
    <w:p>
      <w:r>
        <w:rPr>
          <w:b/>
        </w:rPr>
        <w:t xml:space="preserve">[41:44] </w:t>
      </w:r>
      <w:r>
        <w:t>is ki wajah yeh hai ke quran ki dawat ko woh apne liye</w:t>
      </w:r>
    </w:p>
    <w:p>
      <w:pPr>
        <w:jc w:val="right"/>
      </w:pPr>
      <w:r>
        <w:t>اس کی وجہ یہ ہے کہ قرآن کی دعوت کو وہ اپنے لیے</w:t>
      </w:r>
    </w:p>
    <w:p>
      <w:r>
        <w:rPr>
          <w:b/>
        </w:rPr>
        <w:t xml:space="preserve">[41:48] </w:t>
      </w:r>
      <w:r>
        <w:t>koi sanjeeda muamla nahin samajhte. apne khud sakhta aqaaid ki bina par unhon ne apne ko jahannum ki aag se mehfooz farz kar liya hai.</w:t>
      </w:r>
    </w:p>
    <w:p>
      <w:pPr>
        <w:jc w:val="right"/>
      </w:pPr>
      <w:r>
        <w:t>کوئی سنجیدہ معاملہ نہیں سمجھتے۔ اپنے خود ساختہ عقائد کی بنا پر انہوں نے اپنے کو جہنم کی آگ سے محفوظ فرض کر لیا ہے۔</w:t>
      </w:r>
    </w:p>
    <w:p>
      <w:r>
        <w:rPr>
          <w:b/>
        </w:rPr>
        <w:t xml:space="preserve">[42:04] </w:t>
      </w:r>
      <w:r>
        <w:t>apni is nafsiyat ke tehat woh samajhte hain</w:t>
      </w:r>
    </w:p>
    <w:p>
      <w:pPr>
        <w:jc w:val="right"/>
      </w:pPr>
      <w:r>
        <w:t>اپنی اس نفسیات کے تحت وہ سمجھتے ہیں</w:t>
      </w:r>
    </w:p>
    <w:p>
      <w:r>
        <w:rPr>
          <w:b/>
        </w:rPr>
        <w:t xml:space="preserve">[42:07] </w:t>
      </w:r>
      <w:r>
        <w:t>ke agar woh is haq ka etraf na karein to is se un ki nijat khatre mein padne wali nahin.</w:t>
      </w:r>
    </w:p>
    <w:p>
      <w:pPr>
        <w:jc w:val="right"/>
      </w:pPr>
      <w:r>
        <w:t>کہ اگر وہ اس حق کا اعتراف نہ کریں تو اس سے ان کی نجات خطرے میں پڑنے والی نہیں۔</w:t>
      </w:r>
    </w:p>
    <w:p>
      <w:r>
        <w:rPr>
          <w:b/>
        </w:rPr>
        <w:t xml:space="preserve">[42:17] </w:t>
      </w:r>
      <w:r>
        <w:t>magar jab khuda ke insaaf ka tarazu khara hoga, us waqt un ko maloom hoga ke woh mahaz khushkhayaliyon ke andhere mein pade hue the.</w:t>
      </w:r>
    </w:p>
    <w:p>
      <w:pPr>
        <w:jc w:val="right"/>
      </w:pPr>
      <w:r>
        <w:t>مگر جب خدا کے انصاف کا ترازو کھڑا ہوگا، اس وقت ان کو معلوم ہوگا کہ وہ محض خوشخیالیوں کے اندھیرے میں پڑے ہوئے تھے۔</w:t>
      </w:r>
    </w:p>
    <w:p>
      <w:r>
        <w:rPr>
          <w:b/>
        </w:rPr>
        <w:t xml:space="preserve">[42:31] </w:t>
      </w:r>
      <w:r>
        <w:t>har qism ki izzat o taqat Allah ke ikhtiyar mein hai. waqt ke bare jis ko be haqeeqat samajh lein, khuda chahe to usi ke haq mein izzat o sarbulandi ka faisla kar de.</w:t>
      </w:r>
    </w:p>
    <w:p>
      <w:pPr>
        <w:jc w:val="right"/>
      </w:pPr>
      <w:r>
        <w:t>ہر قسم کی عزت و طاقت اللہ کے اختیار میں ہے۔ وقت کے بڑے جس کو بے حقیقت سمجھ لیں، خدا چاہے تو اسی کے حق میں عزت و سربلندی کا فیصلہ کر دے۔</w:t>
      </w:r>
    </w:p>
    <w:p>
      <w:r>
        <w:rPr>
          <w:b/>
        </w:rPr>
        <w:t xml:space="preserve">[42:46] </w:t>
      </w:r>
      <w:r>
        <w:t>ilm ki gadiyon par baithne wale</w:t>
      </w:r>
    </w:p>
    <w:p>
      <w:pPr>
        <w:jc w:val="right"/>
      </w:pPr>
      <w:r>
        <w:t>علم کی گدیوں پر بیٹھنے والے</w:t>
      </w:r>
    </w:p>
    <w:p>
      <w:r>
        <w:rPr>
          <w:b/>
        </w:rPr>
        <w:t xml:space="preserve">[42:48] </w:t>
      </w:r>
      <w:r>
        <w:t>jis ke jahl ka faisla dein, khuda chahe to usi ke zariye ilm ka chashma jari kar de. khuda ki nazar mein agar koi izzat o taqat ka mustahiq ho sakta hai to woh jo us ko khalis khuda ki cheez samjhe, aur khuda ki nazar mein uska sab se zyada ghair mustahiq agar koi hai to woh</w:t>
      </w:r>
    </w:p>
    <w:p>
      <w:pPr>
        <w:jc w:val="right"/>
      </w:pPr>
      <w:r>
        <w:t>جس کے جہل کا فیصلہ دیں، خدا چاہے تو اسی کے ذریعے علم کا چشمہ جاری کر دے۔ خدا کی نظر میں اگر کوئی عزت و طاقت کا مستحق ہو سکتا ہے تو وہ جو اس کو خالص خدا کی چیز سمجھے، اور خدا کی نظر میں اس کا سب سے زیادہ غیر مستحق اگر کوئی ہے تو وہ</w:t>
      </w:r>
    </w:p>
    <w:p>
      <w:r>
        <w:rPr>
          <w:b/>
        </w:rPr>
        <w:t xml:space="preserve">[43:12] </w:t>
      </w:r>
      <w:r>
        <w:t>jo us ko apni zaati milkiyat samajh le. khuda wasee tar kainat mein rozana bohat bade paimane par yeh karishma dikha raha hai ke woh tareeki ko roshni ke upar uda deta hai aur</w:t>
      </w:r>
    </w:p>
    <w:p>
      <w:pPr>
        <w:jc w:val="right"/>
      </w:pPr>
      <w:r>
        <w:t>جو اس کو اپنی ذاتی ملکیت سمجھ لے۔ خدا وسیع تر کائنات میں روزانہ بہت بڑے پیمانے پر یہ کرشمہ دکھا رہا ہے کہ وہ تاریکی کو روشنی کے اوپر اڑا دیتا ہے اور</w:t>
      </w:r>
    </w:p>
    <w:p>
      <w:r>
        <w:rPr>
          <w:b/>
        </w:rPr>
        <w:t xml:space="preserve">[43:28] </w:t>
      </w:r>
      <w:r>
        <w:t>roshni ko tareeki ke upar daal deta hai. woh murda anasir se zindagi wajood mein lata hai aur zinda cheezon ko murda anasir mein tabdeel karta hai.</w:t>
      </w:r>
    </w:p>
    <w:p>
      <w:pPr>
        <w:jc w:val="right"/>
      </w:pPr>
      <w:r>
        <w:t>روشنی کو تاریکی کے اوپر ڈال دیتا ہے۔ وہ مردہ عناصر سے زندگی وجود میں لاتا ہے اور زندہ چیزوں کو مردہ عناصر میں تبدیل کرتا ہے۔</w:t>
      </w:r>
    </w:p>
    <w:p>
      <w:r>
        <w:rPr>
          <w:b/>
        </w:rPr>
        <w:t xml:space="preserve">[43:45] </w:t>
      </w:r>
      <w:r>
        <w:t>khuda ki yahi qudrat agar</w:t>
      </w:r>
    </w:p>
    <w:p>
      <w:pPr>
        <w:jc w:val="right"/>
      </w:pPr>
      <w:r>
        <w:t>خدا کی یہی قدرت اگر</w:t>
      </w:r>
    </w:p>
    <w:p>
      <w:r>
        <w:rPr>
          <w:b/>
        </w:rPr>
        <w:t xml:space="preserve">[43:48] </w:t>
      </w:r>
      <w:r>
        <w:t>insani tareekh mein zahir ho to is mein taajub ki kya baat hai? jo log haq ke naam par nahq ka karobar kar rahe hon, woh hamesha sachi dawat haq ke mukhalif ho jate hain.</w:t>
      </w:r>
    </w:p>
    <w:p>
      <w:pPr>
        <w:jc w:val="right"/>
      </w:pPr>
      <w:r>
        <w:t>انسانی تاریخ میں ظاہر ہو تو اس میں تعجب کی کیا بات ہے؟ جو لوگ حق کے نام پر ناحق کا کاروبار کر رہے ہوں، وہ ہمیشہ سچی دعوت حق کے مخالف ہو جاتے ہیں۔</w:t>
      </w:r>
    </w:p>
    <w:p>
      <w:r>
        <w:rPr>
          <w:b/>
        </w:rPr>
        <w:t xml:space="preserve">[44:04] </w:t>
      </w:r>
      <w:r>
        <w:t>aise daee ko be ghar kiya jata hai, is ke maashi zarea barbad kiye jate hain, magar aisa shakhs barah e raast Allah ki sarparasti mein hota hai.</w:t>
      </w:r>
    </w:p>
    <w:p>
      <w:pPr>
        <w:jc w:val="right"/>
      </w:pPr>
      <w:r>
        <w:t>ایسے داعی کو بے گھر کیا جاتا ہے، اس کے معاشی ذرائع برباد کیے جاتے ہیں، مگر ایسا شخص براہ راست اللہ کی سرپرستی میں ہوتا ہے۔</w:t>
      </w:r>
    </w:p>
    <w:p>
      <w:r>
        <w:rPr>
          <w:b/>
        </w:rPr>
        <w:t xml:space="preserve">[44:18] </w:t>
      </w:r>
      <w:r>
        <w:t>woh is ke liye khusoosi rizq ka intezam karta hai.</w:t>
      </w:r>
    </w:p>
    <w:p>
      <w:pPr>
        <w:jc w:val="right"/>
      </w:pPr>
      <w:r>
        <w:t>وہ اس کے لیے خصوصی رزق کا انتظام کرتا ہے۔</w:t>
      </w:r>
    </w:p>
    <w:p>
      <w:r>
        <w:rPr>
          <w:b/>
        </w:rPr>
        <w:t xml:space="preserve">[44:23] </w:t>
      </w:r>
      <w:r>
        <w:t>dusron ko un ki maashi mehnat ke hisab se rizq diya jata hai, aur aise shakhs ko bila hisab.</w:t>
      </w:r>
    </w:p>
    <w:p>
      <w:pPr>
        <w:jc w:val="right"/>
      </w:pPr>
      <w:r>
        <w:t>دوسروں کو ان کی معاشی محنت کے حساب سے رزق دیا جاتا ہے، اور ایسے شخص کو بلا حساب۔</w:t>
      </w:r>
    </w:p>
    <w:p>
      <w:r>
        <w:rPr>
          <w:b/>
        </w:rPr>
        <w:t xml:space="preserve">[44:35] </w:t>
      </w:r>
      <w:r>
        <w:t>la yattakhiz al mominoon al kafireen awliyaa</w:t>
      </w:r>
    </w:p>
    <w:p>
      <w:pPr>
        <w:jc w:val="right"/>
      </w:pPr>
      <w:r>
        <w:t>لا يتخذ المؤمنون الكافرين أولياء</w:t>
      </w:r>
    </w:p>
    <w:p>
      <w:r>
        <w:rPr>
          <w:b/>
        </w:rPr>
        <w:t xml:space="preserve">[44:42] </w:t>
      </w:r>
      <w:r>
        <w:t>min doon al momineen, wa man yaf'al thalika falaysa min Allahi fi shay'in illa an tattaqoo minhum tuqaah,</w:t>
      </w:r>
    </w:p>
    <w:p>
      <w:pPr>
        <w:jc w:val="right"/>
      </w:pPr>
      <w:r>
        <w:t>من دون المؤمنين، ومن يفعل ذلك فليس من الله في شيء إلا أن تتقوا منهم تقاه،</w:t>
      </w:r>
    </w:p>
    <w:p>
      <w:r>
        <w:rPr>
          <w:b/>
        </w:rPr>
        <w:t xml:space="preserve">[45:00] </w:t>
      </w:r>
      <w:r>
        <w:t>wa yuhadhirukum Allahu nafsahu, wa ila Allahi al maseer</w:t>
      </w:r>
    </w:p>
    <w:p>
      <w:pPr>
        <w:jc w:val="right"/>
      </w:pPr>
      <w:r>
        <w:t>ويحذركم الله نفسه، وإلى الله المصير</w:t>
      </w:r>
    </w:p>
    <w:p>
      <w:r>
        <w:rPr>
          <w:b/>
        </w:rPr>
        <w:t xml:space="preserve">[45:09] </w:t>
      </w:r>
      <w:r>
        <w:t>. qul: in tukhfoo ma fi sudoorikum aw tubduhu ya'lamhu Allah, wa ya'lamu ma fi al samawati wa ma fi al ard,</w:t>
      </w:r>
    </w:p>
    <w:p>
      <w:pPr>
        <w:jc w:val="right"/>
      </w:pPr>
      <w:r>
        <w:t>. قل: إن تخفوا ما في صدوركم أو تبدوه يعلمه الله، ويعلم ما في السماوات وما في الأرض،</w:t>
      </w:r>
    </w:p>
    <w:p>
      <w:r>
        <w:rPr>
          <w:b/>
        </w:rPr>
        <w:t xml:space="preserve">[45:23] </w:t>
      </w:r>
      <w:r>
        <w:t>wa Allahu 'ala kulli shay'in qadeer.</w:t>
      </w:r>
    </w:p>
    <w:p>
      <w:pPr>
        <w:jc w:val="right"/>
      </w:pPr>
      <w:r>
        <w:t>والله على كل شيء قدير.</w:t>
      </w:r>
    </w:p>
    <w:p>
      <w:r>
        <w:rPr>
          <w:b/>
        </w:rPr>
        <w:t xml:space="preserve">[45:30] </w:t>
      </w:r>
      <w:r>
        <w:t>yawma tajidu kullu nafsin ma 'amilat min khairin muhdaran wa ma 'amilat min soo'in tawaddu law anna baynaha wa baynahu amadan ba'eedan,</w:t>
      </w:r>
    </w:p>
    <w:p>
      <w:pPr>
        <w:jc w:val="right"/>
      </w:pPr>
      <w:r>
        <w:t>يوم تجد كل نفس ما عملت من خير محضراً وما عملت من سوء تود لو أن بينها وبينه أمداً بعيداً،</w:t>
      </w:r>
    </w:p>
    <w:p>
      <w:r>
        <w:rPr>
          <w:b/>
        </w:rPr>
        <w:t xml:space="preserve">[45:51] </w:t>
      </w:r>
      <w:r>
        <w:t>wa yuhadhirukum Allahu nafsahu, wa Allahu ra'oofun bil 'ibad.</w:t>
      </w:r>
    </w:p>
    <w:p>
      <w:pPr>
        <w:jc w:val="right"/>
      </w:pPr>
      <w:r>
        <w:t>ويحذركم الله نفسه، والله رؤوف بالعباد.</w:t>
      </w:r>
    </w:p>
    <w:p>
      <w:r>
        <w:rPr>
          <w:b/>
        </w:rPr>
        <w:t xml:space="preserve">[46:01] </w:t>
      </w:r>
      <w:r>
        <w:t>Qul: In kuntum tuhibbunallaha fattabi'uni yuhbibkumullahu wa yaghfir lakum zunubakum, wallahu ghafurur rahim.</w:t>
      </w:r>
    </w:p>
    <w:p>
      <w:pPr>
        <w:jc w:val="right"/>
      </w:pPr>
      <w:r>
        <w:t>قل: إن كنتم تحبون الله فاتبعوني يحببكم الله ويغفر لكم ذنوبكم، والله غفور رحيم.</w:t>
      </w:r>
    </w:p>
    <w:p>
      <w:r>
        <w:rPr>
          <w:b/>
        </w:rPr>
        <w:t xml:space="preserve">[46:17] </w:t>
      </w:r>
      <w:r>
        <w:t>Qul: Ati'ullaha war rasula fa in tawallaw fa innallaha la yuhibbul kafirin.</w:t>
      </w:r>
    </w:p>
    <w:p>
      <w:pPr>
        <w:jc w:val="right"/>
      </w:pPr>
      <w:r>
        <w:t>قل: أطيعوا الله والرسول فإن تولوا فإن الله لا يحب الكافرين.</w:t>
      </w:r>
    </w:p>
    <w:p>
      <w:r>
        <w:rPr>
          <w:b/>
        </w:rPr>
        <w:t xml:space="preserve">[46:32] </w:t>
      </w:r>
      <w:r>
        <w:t>Musalmanon ko chahiye ke musalmanon ko chhod kar munkiron ko dost na banayen, aur jo shakhs aisa karega to Allah se uska koi talluq nahi hai,</w:t>
      </w:r>
    </w:p>
    <w:p>
      <w:pPr>
        <w:jc w:val="right"/>
      </w:pPr>
      <w:r>
        <w:t>مسلمانوں کو چاہیے کہ مسلمانوں کو چھوڑ کر منکروں کو دوست نہ بنائیں، اور جو شخص ایسا کرے گا تو اللہ سے اس کا کوئی تعلق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