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CPS Ulema October 3, 2020 Maulana Wahiduddin Khan</w:t>
      </w:r>
    </w:p>
    <w:p>
      <w:r>
        <w:t>https://www.youtube.com/watch?v=5MzuTftI8jY</w:t>
      </w:r>
    </w:p>
    <w:p>
      <w:r>
        <w:rPr>
          <w:b/>
        </w:rPr>
        <w:t xml:space="preserve">[00:13] </w:t>
      </w:r>
      <w:r>
        <w:t>Bismillah hir rahman nir rahim, wa salallahu ala nabiyyil karim. 3 October 2020 ko</w:t>
      </w:r>
    </w:p>
    <w:p>
      <w:pPr>
        <w:jc w:val="right"/>
      </w:pPr>
      <w:r>
        <w:t>بسم اللہ الرحمن الرحیم، وصلی اللہ علی نبی الکریم۔ 3 اکتوبر 2020 کو</w:t>
      </w:r>
    </w:p>
    <w:p>
      <w:r>
        <w:rPr>
          <w:b/>
        </w:rPr>
        <w:t xml:space="preserve">[00:32] </w:t>
      </w:r>
      <w:r>
        <w:t>hamari mulaqat</w:t>
      </w:r>
    </w:p>
    <w:p>
      <w:pPr>
        <w:jc w:val="right"/>
      </w:pPr>
      <w:r>
        <w:t>ہماری ملاقات</w:t>
      </w:r>
    </w:p>
    <w:p>
      <w:r>
        <w:rPr>
          <w:b/>
        </w:rPr>
        <w:t xml:space="preserve">[00:37] </w:t>
      </w:r>
      <w:r>
        <w:t>hui hai, ho rahi hai, jise hum</w:t>
      </w:r>
    </w:p>
    <w:p>
      <w:pPr>
        <w:jc w:val="right"/>
      </w:pPr>
      <w:r>
        <w:t>ہوئی ہے، ہو رہی ہے، جسے ہم</w:t>
      </w:r>
    </w:p>
    <w:p>
      <w:r>
        <w:rPr>
          <w:b/>
        </w:rPr>
        <w:t xml:space="preserve">[00:45] </w:t>
      </w:r>
      <w:r>
        <w:t>Umri Ulama kehte hain.</w:t>
      </w:r>
    </w:p>
    <w:p>
      <w:pPr>
        <w:jc w:val="right"/>
      </w:pPr>
      <w:r>
        <w:t>عمری علماء کہتے ہیں۔</w:t>
      </w:r>
    </w:p>
    <w:p>
      <w:r>
        <w:rPr>
          <w:b/>
        </w:rPr>
        <w:t xml:space="preserve">[00:51] </w:t>
      </w:r>
      <w:r>
        <w:t>To main zyada tafseel nahi karunga, aap log jo sawal karenge uski wazahat karne ki koshish karunga,</w:t>
      </w:r>
    </w:p>
    <w:p>
      <w:pPr>
        <w:jc w:val="right"/>
      </w:pPr>
      <w:r>
        <w:t>تو میں زیادہ تفصیل نہیں کروں گا، آپ لوگ جو سوال کریں گے اس کی وضاحت کرنے کی کوشش کروں گا،</w:t>
      </w:r>
    </w:p>
    <w:p>
      <w:r>
        <w:rPr>
          <w:b/>
        </w:rPr>
        <w:t xml:space="preserve">[01:06] </w:t>
      </w:r>
      <w:r>
        <w:t>ya aap hi shuru karen.</w:t>
      </w:r>
    </w:p>
    <w:p>
      <w:pPr>
        <w:jc w:val="right"/>
      </w:pPr>
      <w:r>
        <w:t>یا آپ ہی شروع کریں۔</w:t>
      </w:r>
    </w:p>
    <w:p>
      <w:r>
        <w:rPr>
          <w:b/>
        </w:rPr>
        <w:t xml:space="preserve">[01:09] </w:t>
      </w:r>
      <w:r>
        <w:t>Ah, Maulana yeh sawal Qasim Almani Sahab ki janib se aya hai, yeh Pakistan se talluq rakhte hain aur hamari CPS team se hain.</w:t>
      </w:r>
    </w:p>
    <w:p>
      <w:pPr>
        <w:jc w:val="right"/>
      </w:pPr>
      <w:r>
        <w:t>اہ، مولانا یہ سوال قاسم المانی صاحب کی جانب سے آیا ہے، یہ پاکستان سے تعلق رکھتے ہیں اور ہماری سی پی ایس ٹیم سے ہیں۔</w:t>
      </w:r>
    </w:p>
    <w:p>
      <w:r>
        <w:rPr>
          <w:b/>
        </w:rPr>
        <w:t xml:space="preserve">[01:21] </w:t>
      </w:r>
      <w:r>
        <w:t>Ah, unka sawal yeh hai: Hum paidaishi musalman shuru se hi Islam ko qabool karne ki wajah se khud ko sachai ko pehchanne wala samajhte hain.</w:t>
      </w:r>
    </w:p>
    <w:p>
      <w:pPr>
        <w:jc w:val="right"/>
      </w:pPr>
      <w:r>
        <w:t>اہ، ان کا سوال یہ ہے: ہم پیدائشی مسلمان شروع سے ہی اسلام کو قبول کرنے کی وجہ سے خود کو سچائی کو پہچانے والا سمجھتے ہیں۔</w:t>
      </w:r>
    </w:p>
    <w:p>
      <w:r>
        <w:rPr>
          <w:b/>
        </w:rPr>
        <w:t xml:space="preserve">[01:32] </w:t>
      </w:r>
      <w:r>
        <w:t>Is wajah se hum talash-e-haq ki zaroorat mehsoos nahi karte, aur isi wajah se hum seeker nahi bante. Aur ab sadiyon se yun hota chala aa raha hai ke musalman ki aksariyat seeker nahi hai aur maarfat se mahroom hai.</w:t>
      </w:r>
    </w:p>
    <w:p>
      <w:pPr>
        <w:jc w:val="right"/>
      </w:pPr>
      <w:r>
        <w:t>اس وجہ سے ہم تلاش حق کی ضرورت محسوس نہیں کرتے، اور اسی وجہ سے ہم سیکھر نہیں بنتے۔ اور اب صدیوں سے یوں ہوتا چلا آ رہا ہے کہ مسلمان کی اکثریت سیکھر نہیں ہے اور معرفت سے محروم ہے۔</w:t>
      </w:r>
    </w:p>
    <w:p>
      <w:r>
        <w:rPr>
          <w:b/>
        </w:rPr>
        <w:t xml:space="preserve">[01:53] </w:t>
      </w:r>
      <w:r>
        <w:t>To ab is masle ka hal kya hai?</w:t>
      </w:r>
    </w:p>
    <w:p>
      <w:pPr>
        <w:jc w:val="right"/>
      </w:pPr>
      <w:r>
        <w:t>تو اب اس مسئلے کا حل کیا ہے؟</w:t>
      </w:r>
    </w:p>
    <w:p>
      <w:r>
        <w:rPr>
          <w:b/>
        </w:rPr>
        <w:t xml:space="preserve">[01:57] </w:t>
      </w:r>
      <w:r>
        <w:t>Is masle ka hal yeh hai ke aap aise log</w:t>
      </w:r>
    </w:p>
    <w:p>
      <w:pPr>
        <w:jc w:val="right"/>
      </w:pPr>
      <w:r>
        <w:t>اس مسئلے کا حل یہ ہے کہ آپ ایسے لوگ</w:t>
      </w:r>
    </w:p>
    <w:p>
      <w:r>
        <w:rPr>
          <w:b/>
        </w:rPr>
        <w:t xml:space="preserve">[02:03] </w:t>
      </w:r>
      <w:r>
        <w:t>Islam ki rediscovery karen, koi doosra hal nahi hai.</w:t>
      </w:r>
    </w:p>
    <w:p>
      <w:pPr>
        <w:jc w:val="right"/>
      </w:pPr>
      <w:r>
        <w:t>اسلام کی ری ڈسکوری کریں، کوئی دوسرا حل نہیں ہے۔</w:t>
      </w:r>
    </w:p>
    <w:p>
      <w:r>
        <w:rPr>
          <w:b/>
        </w:rPr>
        <w:t xml:space="preserve">[02:14] </w:t>
      </w:r>
      <w:r>
        <w:t>Dekhiye, Quran mein hai ke "waida zal fahada" ya "zal" ka mani gumrah nahi hai, seeker.</w:t>
      </w:r>
    </w:p>
    <w:p>
      <w:pPr>
        <w:jc w:val="right"/>
      </w:pPr>
      <w:r>
        <w:t>دیکھیے، قرآن میں ہے کہ "بویدہ ذال فہدا" یا "ذال" کا معنی گمراہ نہیں ہے، سیکھر۔</w:t>
      </w:r>
    </w:p>
    <w:p>
      <w:r>
        <w:rPr>
          <w:b/>
        </w:rPr>
        <w:t xml:space="preserve">[02:27] </w:t>
      </w:r>
      <w:r>
        <w:t>"Waida zal fahada"</w:t>
      </w:r>
    </w:p>
    <w:p>
      <w:pPr>
        <w:jc w:val="right"/>
      </w:pPr>
      <w:r>
        <w:t>"بویدہ ذال فہدا"</w:t>
      </w:r>
    </w:p>
    <w:p>
      <w:r>
        <w:rPr>
          <w:b/>
        </w:rPr>
        <w:t xml:space="preserve">[02:31] </w:t>
      </w:r>
      <w:r>
        <w:t>To koi seeker paya to phir to koi hidayat di. To jab tak aap seeker na banen, aap ko sahi maanon mein find hi nahi ho sakti.</w:t>
      </w:r>
    </w:p>
    <w:p>
      <w:pPr>
        <w:jc w:val="right"/>
      </w:pPr>
      <w:r>
        <w:t>تو کوئی سیکھر پایا تو پھر تو کوئی ہدایت دی۔ تو جب تک آپ سیکھر نہ بنیں، آپ کو صحیح معنوں میں فائنڈ ہی نہیں ہو سکتی۔</w:t>
      </w:r>
    </w:p>
    <w:p>
      <w:r>
        <w:rPr>
          <w:b/>
        </w:rPr>
        <w:t xml:space="preserve">[02:47] </w:t>
      </w:r>
      <w:r>
        <w:t>To jo log paida hue hain Islam mein, unke upar yeh karna hai ke woh Islam ko rediscovery banen. Rediscovery banne ka formula kya hai, woh hum ne apni kitab "Islam Rediscover" mein bataya hai,</w:t>
      </w:r>
    </w:p>
    <w:p>
      <w:pPr>
        <w:jc w:val="right"/>
      </w:pPr>
      <w:r>
        <w:t>تو جو لوگ پیدا ہوئے ہیں اسلام میں، ان کے اوپر یہ کرنا ہے کہ وہ اسلام کو ری ڈسکوری بنیں۔ ری ڈسکوری بننے کا فارمولا کیا ہے، وہ ہم نے اپنی کتاب "اسلام ری ڈسکور" میں بتایا ہے،</w:t>
      </w:r>
    </w:p>
    <w:p>
      <w:r>
        <w:rPr>
          <w:b/>
        </w:rPr>
        <w:t xml:space="preserve">[03:05] </w:t>
      </w:r>
      <w:r>
        <w:t>"Islam Rediscover" to usko aap padh sakte hain.</w:t>
      </w:r>
    </w:p>
    <w:p>
      <w:pPr>
        <w:jc w:val="right"/>
      </w:pPr>
      <w:r>
        <w:t>"اسلام ری ڈسکور" تو اس کو آپ پڑھ سکتے ہیں۔</w:t>
      </w:r>
    </w:p>
    <w:p>
      <w:r>
        <w:rPr>
          <w:b/>
        </w:rPr>
        <w:t xml:space="preserve">[03:13] </w:t>
      </w:r>
      <w:r>
        <w:t>Unka doosra sawal jo isi se milta julta hai: Allah taala ne musalmanon ko bohat se shauq diye, maslan Arab Israel jang mein shikast, Falasteen mein shikast, Hindustan mein Angrezon se shikast,</w:t>
      </w:r>
    </w:p>
    <w:p>
      <w:pPr>
        <w:jc w:val="right"/>
      </w:pPr>
      <w:r>
        <w:t>ان کا دوسرا سوال جو اسی سے ملتا جلتا ہے: اللہ تعالیٰ نے مسلمانوں کو بہت سے شوق دیے، مثلاً عرب اسرائیل جنگ میں شکست، فلسطین میں شکست، ہندوستان میں انگریزوں سے شکست،</w:t>
      </w:r>
    </w:p>
    <w:p>
      <w:r>
        <w:rPr>
          <w:b/>
        </w:rPr>
        <w:t xml:space="preserve">[03:28] </w:t>
      </w:r>
      <w:r>
        <w:t>Kashmir mein nakami, Babri Masjid ka shauq, Mashriqi Pakistan ka shauq, Iraq, Afghanistan, Iran aur Yemen ka shauq, ab tel se mala mal mulkon ka diwaliya hone ka shauq waghera waghera.</w:t>
      </w:r>
    </w:p>
    <w:p>
      <w:pPr>
        <w:jc w:val="right"/>
      </w:pPr>
      <w:r>
        <w:t>کشمیر میں ناکامی، بابری مسجد کا شوق، مشرقی پاکستان کا شوق، عراق، افغانستان، ایران اوریمن کا شوق، اب تیل سے مالا مال ملکوں کا دیوالیہ ہونے کا شوق وغیرہ وغیرہ۔</w:t>
      </w:r>
    </w:p>
    <w:p>
      <w:r>
        <w:rPr>
          <w:b/>
        </w:rPr>
        <w:t xml:space="preserve">[03:44] </w:t>
      </w:r>
      <w:r>
        <w:t>Itni nakami dekhne ke baad bhi hum trigger kyun nahi hue?</w:t>
      </w:r>
    </w:p>
    <w:p>
      <w:pPr>
        <w:jc w:val="right"/>
      </w:pPr>
      <w:r>
        <w:t>اتنی ناکامی دیکھنے کے بعد بھی ہم ٹریگر کیوں نہیں ہوئے؟</w:t>
      </w:r>
    </w:p>
    <w:p>
      <w:r>
        <w:rPr>
          <w:b/>
        </w:rPr>
        <w:t xml:space="preserve">[03:50] </w:t>
      </w:r>
      <w:r>
        <w:t>Is ki wajah yeh hai ke paida hote hi aadmi sochta hai ke main to Muslim hoon.</w:t>
      </w:r>
    </w:p>
    <w:p>
      <w:pPr>
        <w:jc w:val="right"/>
      </w:pPr>
      <w:r>
        <w:t>اس کی وجہ یہ ہے کہ پیدا ہوتے ہی آدمی سوچتا ہے کہ میں تو مسلم ہوں۔</w:t>
      </w:r>
    </w:p>
    <w:p>
      <w:r>
        <w:rPr>
          <w:b/>
        </w:rPr>
        <w:t xml:space="preserve">[03:59] </w:t>
      </w:r>
      <w:r>
        <w:t>Woh is is daur se guzarta hi nahi, "waida zal fahada".</w:t>
      </w:r>
    </w:p>
    <w:p>
      <w:pPr>
        <w:jc w:val="right"/>
      </w:pPr>
      <w:r>
        <w:t>وہ اس اس دور سے گزرتا ہی نہیں، "بویدہ ذال فہدا"۔</w:t>
      </w:r>
    </w:p>
    <w:p>
      <w:r>
        <w:rPr>
          <w:b/>
        </w:rPr>
        <w:t xml:space="preserve">[04:10] </w:t>
      </w:r>
      <w:r>
        <w:t>to</w:t>
      </w:r>
    </w:p>
    <w:p>
      <w:pPr>
        <w:jc w:val="right"/>
      </w:pPr>
      <w:r>
        <w:t>تو</w:t>
      </w:r>
    </w:p>
    <w:p>
      <w:r>
        <w:rPr>
          <w:b/>
        </w:rPr>
        <w:t xml:space="preserve">[04:14] </w:t>
      </w:r>
      <w:r>
        <w:t>aaj kal ke jo musalman hain, woh khade hue hain aqeeday par, discovery par nahi khade hue hain. aur mere ilm ke mutabiq poori history mein mujhe koi bhi nahi maloom</w:t>
      </w:r>
    </w:p>
    <w:p>
      <w:pPr>
        <w:jc w:val="right"/>
      </w:pPr>
      <w:r>
        <w:t>آج کل کے جو مسلمان ہیں، وہ کھڑے ہوئے ہیں عقیدے پر، ڈسکوری پر نہیں کھڑے ہوئے ہیں۔ اور میرے علم کے مطابق پوری ہسٹری میں مجھے کوئی بھی نہیں معلوم</w:t>
      </w:r>
    </w:p>
    <w:p>
      <w:r>
        <w:rPr>
          <w:b/>
        </w:rPr>
        <w:t xml:space="preserve">[04:30] </w:t>
      </w:r>
      <w:r>
        <w:t>jo jis qareeb khada hua ho. albattah kuch log aise hain jo baaz ko islam qabool kiya unhon ne, woh is mein exception hain, mislan</w:t>
      </w:r>
    </w:p>
    <w:p>
      <w:pPr>
        <w:jc w:val="right"/>
      </w:pPr>
      <w:r>
        <w:t>جو جس قریب کھڑا ہوا ہو۔ البتہ کچھ لوگ ایسے ہیں جو بعض کو اسلام قبول کیا انہوں نے، وہ اس میں ایکسیپشن ہیں، مثلاً</w:t>
      </w:r>
    </w:p>
    <w:p>
      <w:r>
        <w:rPr>
          <w:b/>
        </w:rPr>
        <w:t xml:space="preserve">[04:47] </w:t>
      </w:r>
      <w:r>
        <w:t>nishi kant trade badshah, un ke case mein bayan kiya hai is kitab mein, yaani "islam re-discover".</w:t>
      </w:r>
    </w:p>
    <w:p>
      <w:pPr>
        <w:jc w:val="right"/>
      </w:pPr>
      <w:r>
        <w:t>نشی کانت ٹریڈ بادشاہ، ان کے کیس میں بیان کیا ہے اس کتاب میں، یعنی "اسلام ری ڈسکور"۔</w:t>
      </w:r>
    </w:p>
    <w:p>
      <w:r>
        <w:rPr>
          <w:b/>
        </w:rPr>
        <w:t xml:space="preserve">[04:58] </w:t>
      </w:r>
      <w:r>
        <w:t>woh waqai seeker tha, phir us ko islam mila.</w:t>
      </w:r>
    </w:p>
    <w:p>
      <w:pPr>
        <w:jc w:val="right"/>
      </w:pPr>
      <w:r>
        <w:t>وہ واقعی سیکھر تھا، پھر اس کو اسلام ملا۔</w:t>
      </w:r>
    </w:p>
    <w:p>
      <w:r>
        <w:rPr>
          <w:b/>
        </w:rPr>
        <w:t xml:space="preserve">[05:04] </w:t>
      </w:r>
      <w:r>
        <w:t>aur jo mashhoor akabir hain, woh toh sab ke sab wohi hain, aqeeday pe khade hue hain,</w:t>
      </w:r>
    </w:p>
    <w:p>
      <w:pPr>
        <w:jc w:val="right"/>
      </w:pPr>
      <w:r>
        <w:t>اور جو مشہور اکابر ہیں، وہ تو سب کے سب وہی ہیں، عقیدے پہ کھڑے ہوئے ہیں،</w:t>
      </w:r>
    </w:p>
    <w:p>
      <w:r>
        <w:rPr>
          <w:b/>
        </w:rPr>
        <w:t xml:space="preserve">[05:15] </w:t>
      </w:r>
      <w:r>
        <w:t>discovery pe khade hue nahi hain. hatta ke imam ghazali ne jo kitab likhi hai, "al-munkidh min al-dalal", toh woh bhi is mani mein nahi hai, yeh jis mani mein</w:t>
      </w:r>
    </w:p>
    <w:p>
      <w:pPr>
        <w:jc w:val="right"/>
      </w:pPr>
      <w:r>
        <w:t>ڈسکوری پہ کھڑے ہوئے نہیں ہیں۔ حتیٰ کہ امام غزالی نے جو کتاب لکھی ہے، "الملکت من الضلال"، تو وہ بھی اس معنی میں نہیں ہے، یہ جس معنی میں</w:t>
      </w:r>
    </w:p>
    <w:p>
      <w:r>
        <w:rPr>
          <w:b/>
        </w:rPr>
        <w:t xml:space="preserve">[05:35] </w:t>
      </w:r>
      <w:r>
        <w:t>yeh ibtidai daur ke saabiq ka case tha.</w:t>
      </w:r>
    </w:p>
    <w:p>
      <w:pPr>
        <w:jc w:val="right"/>
      </w:pPr>
      <w:r>
        <w:t>یہ ابتدائی دور کے سابق کا کیس تھا۔</w:t>
      </w:r>
    </w:p>
    <w:p>
      <w:r>
        <w:rPr>
          <w:b/>
        </w:rPr>
        <w:t xml:space="preserve">[05:46] </w:t>
      </w:r>
      <w:r>
        <w:t>aap ghaur se padhiye in kitabon, in hazraat ki toh aap payenge ke woh discovery pe khadi hue nahi thay, woh aqeeday pe khadi hui thi.</w:t>
      </w:r>
    </w:p>
    <w:p>
      <w:pPr>
        <w:jc w:val="right"/>
      </w:pPr>
      <w:r>
        <w:t>آپ غور سے پڑھیے ان کتابیں، ان حضرات کی تو آپ پائیں گے کہ وہ ڈسکری پہ کھڑی ہوئے نہیں تھے، وہ عقیدے پہ کھڑی ہوئی تھیں۔</w:t>
      </w:r>
    </w:p>
    <w:p>
      <w:r>
        <w:rPr>
          <w:b/>
        </w:rPr>
        <w:t xml:space="preserve">[06:05] </w:t>
      </w:r>
      <w:r>
        <w:t>maulana, yeh bilkul sahi hai ke aap ke paas aane ke baad hi woh woh cheez maloom hui jis ko seeking spirit kaha jata hai.</w:t>
      </w:r>
    </w:p>
    <w:p>
      <w:pPr>
        <w:jc w:val="right"/>
      </w:pPr>
      <w:r>
        <w:t>مولانا، یہ بالکل صحیح ہے کہ آپ کے پاس آنے کے بعد ہی وہ وہ چیز معلوم ہوئی جس کو سیکھنگ اسپرٹ کہا جاتا ہے۔</w:t>
      </w:r>
    </w:p>
    <w:p>
      <w:r>
        <w:rPr>
          <w:b/>
        </w:rPr>
        <w:t xml:space="preserve">[06:14] </w:t>
      </w:r>
      <w:r>
        <w:t>is se pehle hum bhi nahi jante thay, halanke meri poori umar guzri hai madrasah mein ulama ke darmiyan. toh yeh ulama quran o hadith padhte hain, is ke bawajood kyun yeh cheez nahi jaan paye?</w:t>
      </w:r>
    </w:p>
    <w:p>
      <w:pPr>
        <w:jc w:val="right"/>
      </w:pPr>
      <w:r>
        <w:t>اس سے پہلے ہم بھی نہیں جانتے تھے، حالانکہ میری پوری عمر گزری ہے مدرسہ میں علماء کے درمیان۔ تو یہ علماء قرآن و حدیث پڑھتے ہیں، اس کے باوجود کیوں یہ چیز نہیں جان پائے؟</w:t>
      </w:r>
    </w:p>
    <w:p>
      <w:r>
        <w:rPr>
          <w:b/>
        </w:rPr>
        <w:t xml:space="preserve">[06:31] </w:t>
      </w:r>
      <w:r>
        <w:t>un ka aaghaz sahi nahi hota. aaghaz is liye hota hai ke main islam ko re-discover karoon.</w:t>
      </w:r>
    </w:p>
    <w:p>
      <w:pPr>
        <w:jc w:val="right"/>
      </w:pPr>
      <w:r>
        <w:t>ان کا آغاز صحیح نہیں ہوتا۔ آغاز اس لیے ہوتا ہے کہ میں اسلام کو ری ڈسکور کروں۔</w:t>
      </w:r>
    </w:p>
    <w:p>
      <w:r>
        <w:rPr>
          <w:b/>
        </w:rPr>
        <w:t xml:space="preserve">[06:40] </w:t>
      </w:r>
      <w:r>
        <w:t>yahan se aaghaz hi nahi hota. main Allah ke fazl se apne ko ek exception samajhta hoon,</w:t>
      </w:r>
    </w:p>
    <w:p>
      <w:pPr>
        <w:jc w:val="right"/>
      </w:pPr>
      <w:r>
        <w:t>یہاں سے آغاز ہی نہیں ہوتا۔ میں اللہ کے فضل سے اپنے کو ایک ایکسیپشن سمجھتا ہوں،</w:t>
      </w:r>
    </w:p>
    <w:p>
      <w:r>
        <w:rPr>
          <w:b/>
        </w:rPr>
        <w:t xml:space="preserve">[06:48] </w:t>
      </w:r>
      <w:r>
        <w:t>kyun ke main ne is se pehle bataya hai aap ko ke</w:t>
      </w:r>
    </w:p>
    <w:p>
      <w:pPr>
        <w:jc w:val="right"/>
      </w:pPr>
      <w:r>
        <w:t>کیونکہ میں نے اس سے پہلے بتایا ہے آپ کو کہ</w:t>
      </w:r>
    </w:p>
    <w:p>
      <w:r>
        <w:rPr>
          <w:b/>
        </w:rPr>
        <w:t xml:space="preserve">[06:56] </w:t>
      </w:r>
      <w:r>
        <w:t>nojawani ke umar mein,</w:t>
      </w:r>
    </w:p>
    <w:p>
      <w:pPr>
        <w:jc w:val="right"/>
      </w:pPr>
      <w:r>
        <w:t>نوجوانی کے عمر میں،</w:t>
      </w:r>
    </w:p>
    <w:p>
      <w:r>
        <w:rPr>
          <w:b/>
        </w:rPr>
        <w:t xml:space="preserve">[07:01] </w:t>
      </w:r>
      <w:r>
        <w:t>ghaliban 19 se 22 ki baat hai, main nojawani ke umar mein tha us waqt. toh main azerbaijan mein gaya, jamia masjid mein,</w:t>
      </w:r>
    </w:p>
    <w:p>
      <w:pPr>
        <w:jc w:val="right"/>
      </w:pPr>
      <w:r>
        <w:t>غالباً 19 سے 22 کی بات ہے، میں نوجوانی کے عمر میں تھا اس وقت۔ تو میں اذربائجان میں گیا، جامع مسجد میں،</w:t>
      </w:r>
    </w:p>
    <w:p>
      <w:r>
        <w:rPr>
          <w:b/>
        </w:rPr>
        <w:t xml:space="preserve">[07:16] </w:t>
      </w:r>
      <w:r>
        <w:t>isi isi date ke sath tha us waqt.</w:t>
      </w:r>
    </w:p>
    <w:p>
      <w:pPr>
        <w:jc w:val="right"/>
      </w:pPr>
      <w:r>
        <w:t>اسی اسی ڈیٹ کے ساتھ تھا اس وقت۔</w:t>
      </w:r>
    </w:p>
    <w:p>
      <w:r>
        <w:rPr>
          <w:b/>
        </w:rPr>
        <w:t xml:space="preserve">[07:20] </w:t>
      </w:r>
      <w:r>
        <w:t>toh wahan koi tha nahi masjid mein, main akela tha. toh achaanak meri awaz zuban se nikla: "khawand, tu kab aayega?</w:t>
      </w:r>
    </w:p>
    <w:p>
      <w:pPr>
        <w:jc w:val="right"/>
      </w:pPr>
      <w:r>
        <w:t>تو وہاں کوئی تھا نہیں مسجد میں، میں اکیلا تھا۔ تو اچانک میری آواز زبان سے نکلا: "خداوند، تو کب آئے گا؟</w:t>
      </w:r>
    </w:p>
    <w:p>
      <w:r>
        <w:rPr>
          <w:b/>
        </w:rPr>
        <w:t xml:space="preserve">[07:32] </w:t>
      </w:r>
      <w:r>
        <w:t>main kab tak tere dard hoon? khawand, tu kab aayega?</w:t>
      </w:r>
    </w:p>
    <w:p>
      <w:pPr>
        <w:jc w:val="right"/>
      </w:pPr>
      <w:r>
        <w:t>میں کب تک تیرے درد ہوں؟ خداوند، تو کب آئے گا؟</w:t>
      </w:r>
    </w:p>
    <w:p>
      <w:r>
        <w:rPr>
          <w:b/>
        </w:rPr>
        <w:t xml:space="preserve">[07:39] </w:t>
      </w:r>
      <w:r>
        <w:t>main kab tak tere dard hoon?" toh is is seeking spirit ke baad mujhe islam mila. mujhe nahi maloom ke islam ki history mein hamare so called ulama hain, woh is se guzre hain.</w:t>
      </w:r>
    </w:p>
    <w:p>
      <w:pPr>
        <w:jc w:val="right"/>
      </w:pPr>
      <w:r>
        <w:t>میں کب تک تیرے درد ہوں؟" تو اس اس سیکھنگ اسپرٹ کے بعد مجھے اسلام ملا۔ مجھے نہیں معلوم کہ اسلام کی تاریخ میں ہمارے سو کال جو علماء ہیں، وہ اس سے گزرے ہیں۔</w:t>
      </w:r>
    </w:p>
    <w:p>
      <w:r>
        <w:rPr>
          <w:b/>
        </w:rPr>
        <w:t xml:space="preserve">[07:58] </w:t>
      </w:r>
      <w:r>
        <w:t>albattah kuch naam-e-salm aise mujhe samne aate hain, mislan nishi kant trade badshah.</w:t>
      </w:r>
    </w:p>
    <w:p>
      <w:pPr>
        <w:jc w:val="right"/>
      </w:pPr>
      <w:r>
        <w:t>البتہ کچھ نامسلم ایسے مجھے سامنے آتے ہیں، مثلاً نشی کانت ٹریڈ بادشاہ۔</w:t>
      </w:r>
    </w:p>
    <w:p>
      <w:r>
        <w:rPr>
          <w:b/>
        </w:rPr>
        <w:t xml:space="preserve">[08:08] </w:t>
      </w:r>
      <w:r>
        <w:t>nishi kant trade badshah ke case ko agar aap ko janna ho toh aap is kitab mein bhi dekhiye, "islam re-discover".</w:t>
      </w:r>
    </w:p>
    <w:p>
      <w:pPr>
        <w:jc w:val="right"/>
      </w:pPr>
      <w:r>
        <w:t>نشی کانت ٹریڈ بادشاہ کے کیس کو اگر آپ کو جاننا ہو تو آپ اس کتاب میں بھی دیکھیے، "اسلام ری ڈسکور"۔</w:t>
      </w:r>
    </w:p>
    <w:p>
      <w:r>
        <w:rPr>
          <w:b/>
        </w:rPr>
        <w:t xml:space="preserve">[08:20] </w:t>
      </w:r>
      <w:r>
        <w:t>ah, maulana, yeh hum sahaba karam ki zindagi ko jo dekhte hain toh maloom hota hai ke aksariyat aisi thi jis ke andar seeking spirit thi.</w:t>
      </w:r>
    </w:p>
    <w:p>
      <w:pPr>
        <w:jc w:val="right"/>
      </w:pPr>
      <w:r>
        <w:t>اہ، مولانا، یہ ہم صحابہ کرام کی زندگی کو جو دیکھتے ہیں تو معلوم ہوتا ہے کہ اکثریت ایسی تھی جس کے اندر سیکھنگ اسپرٹ تھی۔</w:t>
      </w:r>
    </w:p>
    <w:p>
      <w:r>
        <w:rPr>
          <w:b/>
        </w:rPr>
        <w:t xml:space="preserve">[08:30] </w:t>
      </w:r>
      <w:r>
        <w:t>misaal ke taur par Hazrat Umar ke bare mein aata hai, ya Ibn Abi Ruwaha ke bare mein aata hai, ya Mu'adh bin Jabal ke bare mein aata hai, woh kehte thay: "ta'alunaman sa'atan".</w:t>
      </w:r>
    </w:p>
    <w:p>
      <w:pPr>
        <w:jc w:val="right"/>
      </w:pPr>
      <w:r>
        <w:t>مثال کے طور پر حضرت عمر کے بارے میں آتا ہے، یا ابن ابی رواحہ کے بارے میں آتا ہے، یا معاذ بن جبل کے بارے میں آتا ہے، وہ کہتے تھے: "تعال نومن ساعت"۔</w:t>
      </w:r>
    </w:p>
    <w:p>
      <w:r>
        <w:rPr>
          <w:b/>
        </w:rPr>
        <w:t xml:space="preserve">[08:41] </w:t>
      </w:r>
      <w:r>
        <w:t>toh umumiyat, amoomi tadad jo thi sahaba karam ki, woh seeking spirit thi un ke andar. aaj musalmanon ke andar seeking spirit nahi hai.</w:t>
      </w:r>
    </w:p>
    <w:p>
      <w:pPr>
        <w:jc w:val="right"/>
      </w:pPr>
      <w:r>
        <w:t>تو عمومیت، عمومی تعداد جو تھی صحابہ کرام کی، وہ سیکھنگ اسپرٹ تھی ان کے اندر۔ آج مسلمانوں کے اندر سیکھنگ اسپرٹ نہیں ہے۔</w:t>
      </w:r>
    </w:p>
    <w:p>
      <w:r>
        <w:rPr>
          <w:b/>
        </w:rPr>
        <w:t xml:space="preserve">[08:52] </w:t>
      </w:r>
      <w:r>
        <w:t>to sawal yeh hai ke musalmanon ki aksariyat mein seeking spirit aa sakti hai aaj ya nahi?</w:t>
      </w:r>
    </w:p>
    <w:p>
      <w:pPr>
        <w:jc w:val="right"/>
      </w:pPr>
      <w:r>
        <w:t>تو سوال یہ ہے کہ مسلمانوں کی اکثریت میں سیکھنگ اسپرٹ آ سکتی ہے آج یا نہیں؟</w:t>
      </w:r>
    </w:p>
    <w:p>
      <w:r>
        <w:rPr>
          <w:b/>
        </w:rPr>
        <w:t xml:space="preserve">[09:00] </w:t>
      </w:r>
      <w:r>
        <w:t>aa sakti hai, bahesiyat ke woh</w:t>
      </w:r>
    </w:p>
    <w:p>
      <w:pPr>
        <w:jc w:val="right"/>
      </w:pPr>
      <w:r>
        <w:t>آ سکتی ہے، بحیثیت کہ وہ</w:t>
      </w:r>
    </w:p>
    <w:p>
      <w:r>
        <w:rPr>
          <w:b/>
        </w:rPr>
        <w:t xml:space="preserve">[09:05] </w:t>
      </w:r>
      <w:r>
        <w:t>hamari kitaab, hamari kitaabein jo hain, woh sab ki sab Islam rediscovery ke mauzu par hain. Isi mauzu par kitaabein hain hamari sab, aur woh kitaab jo hai "Islam Rediscover",</w:t>
      </w:r>
    </w:p>
    <w:p>
      <w:pPr>
        <w:jc w:val="right"/>
      </w:pPr>
      <w:r>
        <w:t>ہماری کتاب، ہماری کتابیں جو ہیں، وہ سب کی سب اسلام ری ڈسکوری کے موضوع پر ہیں۔ اسی موضوع پر کتابیں ہیں ہماری سب، اور وہ کتاب جو ہے "اسلام ری ڈسکور"،</w:t>
      </w:r>
    </w:p>
    <w:p>
      <w:r>
        <w:rPr>
          <w:b/>
        </w:rPr>
        <w:t xml:space="preserve">[09:26] </w:t>
      </w:r>
      <w:r>
        <w:t>isko aap parhiye.</w:t>
      </w:r>
    </w:p>
    <w:p>
      <w:pPr>
        <w:jc w:val="right"/>
      </w:pPr>
      <w:r>
        <w:t>اس کو آپ پڑھیے۔</w:t>
      </w:r>
    </w:p>
    <w:p>
      <w:r>
        <w:rPr>
          <w:b/>
        </w:rPr>
        <w:t xml:space="preserve">[09:30] </w:t>
      </w:r>
      <w:r>
        <w:t>to Islam ko is tarah se padhein ke unhein rediscovery karna hai, disk disk Islam ki disk rediscovery karna hai,</w:t>
      </w:r>
    </w:p>
    <w:p>
      <w:pPr>
        <w:jc w:val="right"/>
      </w:pPr>
      <w:r>
        <w:t>تو اسلام کو اس طرح سے پڑھیں کہ انہیں ری ڈسکوری کرنا ہے، ڈسک ڈسک اسلام کی ڈسک ری ڈسکوری کرنا ہے،</w:t>
      </w:r>
    </w:p>
    <w:p>
      <w:r>
        <w:rPr>
          <w:b/>
        </w:rPr>
        <w:t xml:space="preserve">[09:43] </w:t>
      </w:r>
      <w:r>
        <w:t>is buniyad ke saath padhein to yaqeenan wahi Islam mil sakta hai unko.</w:t>
      </w:r>
    </w:p>
    <w:p>
      <w:pPr>
        <w:jc w:val="right"/>
      </w:pPr>
      <w:r>
        <w:t>اس بنیاد کے ساتھ پڑھیں تو یقینا وہی اسلام مل سکتا ہے ان کو۔</w:t>
      </w:r>
    </w:p>
    <w:p>
      <w:r>
        <w:rPr>
          <w:b/>
        </w:rPr>
        <w:t xml:space="preserve">[09:53] </w:t>
      </w:r>
      <w:r>
        <w:t>Maulana Iqbal Umri sahib ka sawal hai:</w:t>
      </w:r>
    </w:p>
    <w:p>
      <w:pPr>
        <w:jc w:val="right"/>
      </w:pPr>
      <w:r>
        <w:t>مولانا اقبال عمری صاحب کا سوال ہے:</w:t>
      </w:r>
    </w:p>
    <w:p>
      <w:r>
        <w:rPr>
          <w:b/>
        </w:rPr>
        <w:t xml:space="preserve">[09:58] </w:t>
      </w:r>
      <w:r>
        <w:t>Maulana, asal ke aitbaar se azmat Rab ko saabit karna hai aur uska zikr karna hai, yahi matloob hai. Magar azmat Rasool saabit karna kis ma'ne mein matloob ho sakta hai aur kis ma'ne mein nahi?</w:t>
      </w:r>
    </w:p>
    <w:p>
      <w:pPr>
        <w:jc w:val="right"/>
      </w:pPr>
      <w:r>
        <w:t>مولانا، اصل کے اعتبار سے عظمت رب کو ثابت کرنا ہے اور اس کا ذکر کرنا ہے، یہی مطلوب ہے۔ مگر عظمت رسول ثابت کرنا کس معنی میں مطلوب ہو سکتا ہے اور کس معنی میں نہیں؟</w:t>
      </w:r>
    </w:p>
    <w:p>
      <w:r>
        <w:rPr>
          <w:b/>
        </w:rPr>
        <w:t xml:space="preserve">[10:15] </w:t>
      </w:r>
      <w:r>
        <w:t>Azmat Rasool yeh mere nazdeek koi sahi topic nahi hai. Rasool ki rediscovery, discovery of Rasool, azmat Rasool nahi.</w:t>
      </w:r>
    </w:p>
    <w:p>
      <w:pPr>
        <w:jc w:val="right"/>
      </w:pPr>
      <w:r>
        <w:t>عظمت رسول یہ میرے نزدیک کوئی صحیح ٹاپک نہیں ہے۔ رسول کی ڈسکوری، ڈسکوری آف رسول، عظمت رسول نہیں۔</w:t>
      </w:r>
    </w:p>
    <w:p>
      <w:r>
        <w:rPr>
          <w:b/>
        </w:rPr>
        <w:t xml:space="preserve">[10:31] </w:t>
      </w:r>
      <w:r>
        <w:t>yeh to musalmanon ne do razwan mein bana rakha hai, azmat Rasool. Sahi, sahi jo concept hai woh hai discovery of Rasool.</w:t>
      </w:r>
    </w:p>
    <w:p>
      <w:pPr>
        <w:jc w:val="right"/>
      </w:pPr>
      <w:r>
        <w:t>یہ تو مسلمانوں نے دو رضوان میں بنا رکھا ہے، عظمت رسول۔ صحیح، صحیح جو کانسیپٹ ہے وہ ہے ڈسکوری آف رسول۔</w:t>
      </w:r>
    </w:p>
    <w:p>
      <w:r>
        <w:rPr>
          <w:b/>
        </w:rPr>
        <w:t xml:space="preserve">[10:46] </w:t>
      </w:r>
      <w:r>
        <w:t>main ne kai kitaabein likhi hain seerat ke mauzu par, woh sab isi aitbaar se hain, yaani discovery of Rasool ke aitbaar se.</w:t>
      </w:r>
    </w:p>
    <w:p>
      <w:pPr>
        <w:jc w:val="right"/>
      </w:pPr>
      <w:r>
        <w:t>میں نے کئی کتابیں لکھی ہیں سیرت کے موضوع پر، وہ سب اسی اعتبار سے ہیں، یعنی ڈسکوری آف رسول کے اعتبار سے۔</w:t>
      </w:r>
    </w:p>
    <w:p>
      <w:r>
        <w:rPr>
          <w:b/>
        </w:rPr>
        <w:t xml:space="preserve">[11:03] </w:t>
      </w:r>
      <w:r>
        <w:t>Iqbal Umri sahib ka ek doosra sawal hai: Maulana, kabhi aisa mehsoos hota hai ke Khuda se ta'alluq mein bohat kami rehti hai. Aisa lagta hai ke Khuda zindagi mein haashiye par chala gaya hai.</w:t>
      </w:r>
    </w:p>
    <w:p>
      <w:pPr>
        <w:jc w:val="right"/>
      </w:pPr>
      <w:r>
        <w:t>اقبال عمری صاحب کا ایک دوسرا سوال ہے: مولانا، کبھی ایسا محسوس ہوتا ہے کہ خدا سے تعلق میں بہت کمی رہتی ہے۔ ایسا لگتا ہے کہ خدا زندگی میں حاشیے پر چلا گیا ہے۔</w:t>
      </w:r>
    </w:p>
    <w:p>
      <w:r>
        <w:rPr>
          <w:b/>
        </w:rPr>
        <w:t xml:space="preserve">[11:19] </w:t>
      </w:r>
      <w:r>
        <w:t>Maulana, aisa kyun hota hai aur iska ilaaj kya hai?</w:t>
      </w:r>
    </w:p>
    <w:p>
      <w:pPr>
        <w:jc w:val="right"/>
      </w:pPr>
      <w:r>
        <w:t>مولانا، ایسا کیوں ہوتا ہے اور اس کا علاج کیا ہے؟</w:t>
      </w:r>
    </w:p>
    <w:p>
      <w:r>
        <w:rPr>
          <w:b/>
        </w:rPr>
        <w:t xml:space="preserve">[11:22] </w:t>
      </w:r>
      <w:r>
        <w:t>yeh to Sahaba ka bhi haal tha.</w:t>
      </w:r>
    </w:p>
    <w:p>
      <w:pPr>
        <w:jc w:val="right"/>
      </w:pPr>
      <w:r>
        <w:t>یہ تو صحابہ کا بھی حال تھا۔</w:t>
      </w:r>
    </w:p>
    <w:p>
      <w:r>
        <w:rPr>
          <w:b/>
        </w:rPr>
        <w:t xml:space="preserve">[11:27] </w:t>
      </w:r>
      <w:r>
        <w:t>yeh to koi, yeh koi</w:t>
      </w:r>
    </w:p>
    <w:p>
      <w:pPr>
        <w:jc w:val="right"/>
      </w:pPr>
      <w:r>
        <w:t>یہ تو کوئی، یہ کوئی</w:t>
      </w:r>
    </w:p>
    <w:p>
      <w:r>
        <w:rPr>
          <w:b/>
        </w:rPr>
        <w:t xml:space="preserve">[11:34] </w:t>
      </w:r>
      <w:r>
        <w:t>gumrahi ki baat nahi hai.</w:t>
      </w:r>
    </w:p>
    <w:p>
      <w:pPr>
        <w:jc w:val="right"/>
      </w:pPr>
      <w:r>
        <w:t>گمراہی کی بات نہیں ہے۔</w:t>
      </w:r>
    </w:p>
    <w:p>
      <w:r>
        <w:rPr>
          <w:b/>
        </w:rPr>
        <w:t xml:space="preserve">[11:42] </w:t>
      </w:r>
      <w:r>
        <w:t>yeh Ittehaadi se waqea saabit hai ke ek Sahabi ghar se nikle to raaste mein doosre Sahabi se mulaqaat hui.</w:t>
      </w:r>
    </w:p>
    <w:p>
      <w:pPr>
        <w:jc w:val="right"/>
      </w:pPr>
      <w:r>
        <w:t>یہ اتحادی سے واقعہ ثابت ہے کہ ایک صحابی گھر سے نکلے تو راستے میں دوسرے صحابی سے ملاقات ہوئی۔</w:t>
      </w:r>
    </w:p>
    <w:p>
      <w:r>
        <w:rPr>
          <w:b/>
        </w:rPr>
        <w:t xml:space="preserve">[11:52] </w:t>
      </w:r>
      <w:r>
        <w:t>H</w:t>
      </w:r>
    </w:p>
    <w:p>
      <w:pPr>
        <w:jc w:val="right"/>
      </w:pPr>
      <w:r>
        <w:t>ح</w:t>
      </w:r>
    </w:p>
    <w:p>
      <w:r>
        <w:rPr>
          <w:b/>
        </w:rPr>
        <w:t xml:space="preserve">[11:54] </w:t>
      </w:r>
      <w:r>
        <w:t>Nazla? Hanzala? Haan, Hanzala. Hanzala. To raaste mein mulaqaat hui, Shahid Umar se.</w:t>
      </w:r>
    </w:p>
    <w:p>
      <w:pPr>
        <w:jc w:val="right"/>
      </w:pPr>
      <w:r>
        <w:t>نزلہ؟ حنزلہ؟ ہاں، حنزلہ۔ حنزلہ۔ تو راستے میں ملاقات ہوئی، شاہد عمر سے۔</w:t>
      </w:r>
    </w:p>
    <w:p>
      <w:r>
        <w:rPr>
          <w:b/>
        </w:rPr>
        <w:t xml:space="preserve">[12:03] </w:t>
      </w:r>
      <w:r>
        <w:t>Abu Bakr? Abu Bakr se hui. Ji. To unhon ne kaha, kahan ja rahe ho?</w:t>
      </w:r>
    </w:p>
    <w:p>
      <w:pPr>
        <w:jc w:val="right"/>
      </w:pPr>
      <w:r>
        <w:t>ابوبکر؟ ابوبکر سے ہوئی۔ جی۔ تو انہوں نے کہا، کہاں جا رہے ہو؟</w:t>
      </w:r>
    </w:p>
    <w:p>
      <w:r>
        <w:rPr>
          <w:b/>
        </w:rPr>
        <w:t xml:space="preserve">[12:15] </w:t>
      </w:r>
      <w:r>
        <w:t>To unhon ne kaha ke Rasool Allah ke paas ja rahe hain. Aur yahi baat unhon ne woh kahi.</w:t>
      </w:r>
    </w:p>
    <w:p>
      <w:pPr>
        <w:jc w:val="right"/>
      </w:pPr>
      <w:r>
        <w:t>تو انہوں نے کہا کہ رسول اللہ کے پاس جا رہے ہیں۔ اور یہی بات انہوں نے وہ کہی۔</w:t>
      </w:r>
    </w:p>
    <w:p>
      <w:r>
        <w:rPr>
          <w:b/>
        </w:rPr>
        <w:t xml:space="preserve">[12:24] </w:t>
      </w:r>
      <w:r>
        <w:t>Rasool Allah ne kaha ke yahi hoga.</w:t>
      </w:r>
    </w:p>
    <w:p>
      <w:pPr>
        <w:jc w:val="right"/>
      </w:pPr>
      <w:r>
        <w:t>رسول اللہ نے کہا کہ یہی ہوگا۔</w:t>
      </w:r>
    </w:p>
    <w:p>
      <w:r>
        <w:rPr>
          <w:b/>
        </w:rPr>
        <w:t xml:space="preserve">[12:31] </w:t>
      </w:r>
      <w:r>
        <w:t>walakin jahan Hanzala, aya</w:t>
      </w:r>
    </w:p>
    <w:p>
      <w:pPr>
        <w:jc w:val="right"/>
      </w:pPr>
      <w:r>
        <w:t>ولكن جہاں حنزلہ، ایا</w:t>
      </w:r>
    </w:p>
    <w:p>
      <w:r>
        <w:rPr>
          <w:b/>
        </w:rPr>
        <w:t xml:space="preserve">[12:37] </w:t>
      </w:r>
      <w:r>
        <w:t>yaani kabhi yeh hoga, kabhi woh hoga.</w:t>
      </w:r>
    </w:p>
    <w:p>
      <w:pPr>
        <w:jc w:val="right"/>
      </w:pPr>
      <w:r>
        <w:t>یعنی کبھی یہ ہوگا، کبھی وہ ہوگا۔</w:t>
      </w:r>
    </w:p>
    <w:p>
      <w:r>
        <w:rPr>
          <w:b/>
        </w:rPr>
        <w:t xml:space="preserve">[12:45] </w:t>
      </w:r>
      <w:r>
        <w:t>hum is liye ekso halat mein rehte hain. To aap ne farmaya tha: "Bala Hanzala, hayana". To is se ghabrana nahi chahiye, is se dua karni chahiye bas.</w:t>
      </w:r>
    </w:p>
    <w:p>
      <w:pPr>
        <w:jc w:val="right"/>
      </w:pPr>
      <w:r>
        <w:t>ہم اس لیے ایکسو حالت میں رہتے ہیں۔ تو آپ نے فرمایا تھا: "بلا حنزلہ، حیانا"۔ تو اس سے گھبرانا نہیں چاہیے، اس سے دعا کرنی چاہیے بس۔</w:t>
      </w:r>
    </w:p>
    <w:p>
      <w:r>
        <w:rPr>
          <w:b/>
        </w:rPr>
        <w:t xml:space="preserve">[13:05] </w:t>
      </w:r>
      <w:r>
        <w:t>doctor rajat malhotra sawal karte hain: Maulana, hum apni capacity ko kaise daryaft kar sakte hain taake na over confidence ka shikar hon aur na under utilization ka?</w:t>
      </w:r>
    </w:p>
    <w:p>
      <w:pPr>
        <w:jc w:val="right"/>
      </w:pPr>
      <w:r>
        <w:t>ڈاکٹر رجت ملوثرا سوال کرتے ہیں: مولانا، ہم اپنی کیپیسٹی کو کیسے دریافت کر سکتے ہیں تاکہ نہ اوور کانفیڈنس کا شکار ہوں اور نہ انڈر یوٹیلائزیشن کا؟</w:t>
      </w:r>
    </w:p>
    <w:p>
      <w:r>
        <w:rPr>
          <w:b/>
        </w:rPr>
        <w:t xml:space="preserve">[13:19] </w:t>
      </w:r>
      <w:r>
        <w:t>is masle ka hal kya hai? kya main samjha nahi? hum apni capacity ko kaise daryaft karein ke hum na over confidence ke shikar hon aur na hi under utilization ke</w:t>
      </w:r>
    </w:p>
    <w:p>
      <w:pPr>
        <w:jc w:val="right"/>
      </w:pPr>
      <w:r>
        <w:t>اس مسئلے کا حل کیا ہے؟ کیا میں سمجھا نہیں؟ ہم اپنی کیپیسٹی کو کیسے دریافت کریں کہ ہم نہ اوور کانفیڈنس کے شکار ہوں اور نہ ہی انڈر انڈر یوٹیلائزیشن کے</w:t>
      </w:r>
    </w:p>
    <w:p>
      <w:r>
        <w:rPr>
          <w:b/>
        </w:rPr>
        <w:t xml:space="preserve">[13:31] </w:t>
      </w:r>
      <w:r>
        <w:t>? capacity? ji.</w:t>
      </w:r>
    </w:p>
    <w:p>
      <w:pPr>
        <w:jc w:val="right"/>
      </w:pPr>
      <w:r>
        <w:t>؟ کیپیسٹی؟ جی۔</w:t>
      </w:r>
    </w:p>
    <w:p>
      <w:r>
        <w:rPr>
          <w:b/>
        </w:rPr>
        <w:t xml:space="preserve">[13:36] </w:t>
      </w:r>
      <w:r>
        <w:t>dekhiye, yeh toh hamesha aadmi isi ehsas mein jiye ga ke mein ke kuch kami hai mere andar.</w:t>
      </w:r>
    </w:p>
    <w:p>
      <w:pPr>
        <w:jc w:val="right"/>
      </w:pPr>
      <w:r>
        <w:t>دیکھیے، یہ تو ہمیشہ آدمی اسی احساس میں جیے گا کہ میں کہ کچھ کمی ہے میرے اندر۔</w:t>
      </w:r>
    </w:p>
    <w:p>
      <w:r>
        <w:rPr>
          <w:b/>
        </w:rPr>
        <w:t xml:space="preserve">[13:51] </w:t>
      </w:r>
      <w:r>
        <w:t>yeh toh hawass waqe rahe gi. yeh aap ko dua par ubharti hai. is ke liye, yaani yeh pareshan hone ki zaroorat nahi hai.</w:t>
      </w:r>
    </w:p>
    <w:p>
      <w:pPr>
        <w:jc w:val="right"/>
      </w:pPr>
      <w:r>
        <w:t>یہ تو حواس واقع رہے گی۔ یہ آپ کو دعا پر ابھارتی ہے۔ اس کے لیے، یعنی یہ پریشان ہونے کی ضرورت نہیں ہے۔</w:t>
      </w:r>
    </w:p>
    <w:p>
      <w:r>
        <w:rPr>
          <w:b/>
        </w:rPr>
        <w:t xml:space="preserve">[14:04] </w:t>
      </w:r>
      <w:r>
        <w:t>yeh dua kijiye bas.</w:t>
      </w:r>
    </w:p>
    <w:p>
      <w:pPr>
        <w:jc w:val="right"/>
      </w:pPr>
      <w:r>
        <w:t>یہ دعا کیجئے بس۔</w:t>
      </w:r>
    </w:p>
    <w:p>
      <w:r>
        <w:rPr>
          <w:b/>
        </w:rPr>
        <w:t xml:space="preserve">[14:13] </w:t>
      </w:r>
      <w:r>
        <w:t>Maulana khateeb asrar ul hassan umri sahib chennai se sawal kar rahe hain: kya dawat ke liye khidmat khalq zaroori hai</w:t>
      </w:r>
    </w:p>
    <w:p>
      <w:pPr>
        <w:jc w:val="right"/>
      </w:pPr>
      <w:r>
        <w:t>مولانا خطیب اسرار الحسن عمری صاحب چنئی سے سوال کر رہے ہیں: کیا دعوت کے لیے خدمت خلق ضروری ہے</w:t>
      </w:r>
    </w:p>
    <w:p>
      <w:r>
        <w:rPr>
          <w:b/>
        </w:rPr>
        <w:t xml:space="preserve">[14:22] </w:t>
      </w:r>
      <w:r>
        <w:t>? hargiz nahi. khidmat khalq toh badal dase ka formula hai.</w:t>
      </w:r>
    </w:p>
    <w:p>
      <w:pPr>
        <w:jc w:val="right"/>
      </w:pPr>
      <w:r>
        <w:t>؟ ہرگز نہیں۔ خدمت خلق تو بدل ڈسے کا فارمولا ہے۔</w:t>
      </w:r>
    </w:p>
    <w:p>
      <w:r>
        <w:rPr>
          <w:b/>
        </w:rPr>
        <w:t xml:space="preserve">[14:36] </w:t>
      </w:r>
      <w:r>
        <w:t>dawat ke liye zaroorat hai aap ko Allah ki pukar ki spirit ho aap ke andar.</w:t>
      </w:r>
    </w:p>
    <w:p>
      <w:pPr>
        <w:jc w:val="right"/>
      </w:pPr>
      <w:r>
        <w:t>دعوت کے لیے ضرورت ہے آپ کو اللہ کی پکار کی اسپرٹ ہو آپ کے اندر۔</w:t>
      </w:r>
    </w:p>
    <w:p>
      <w:r>
        <w:rPr>
          <w:b/>
        </w:rPr>
        <w:t xml:space="preserve">[14:46] </w:t>
      </w:r>
      <w:r>
        <w:t>khidmat khalq toh alag ek cheez hai, woh toh badal tesa ka</w:t>
      </w:r>
    </w:p>
    <w:p>
      <w:pPr>
        <w:jc w:val="right"/>
      </w:pPr>
      <w:r>
        <w:t>خدمت خلق تو الگ ایک چیز ہے، وہ تو بدل ٹیسا کا</w:t>
      </w:r>
    </w:p>
    <w:p>
      <w:r>
        <w:rPr>
          <w:b/>
        </w:rPr>
        <w:t xml:space="preserve">[14:52] </w:t>
      </w:r>
      <w:r>
        <w:t>model hai. woh model aap bataiye, kis kis kis nabi nabi ka yeh model banta hai?</w:t>
      </w:r>
    </w:p>
    <w:p>
      <w:pPr>
        <w:jc w:val="right"/>
      </w:pPr>
      <w:r>
        <w:t>ماڈل ہے۔ وہ ماڈل آپ بتائیے، کس کس کس نبی نبی کا یہ ماڈل بنتا ہے؟</w:t>
      </w:r>
    </w:p>
    <w:p>
      <w:r>
        <w:rPr>
          <w:b/>
        </w:rPr>
        <w:t xml:space="preserve">[15:01] </w:t>
      </w:r>
      <w:r>
        <w:t>Rasool Allah ka bhi nahi. toh khidmat khalq ka model yeh Rasool Allah ka model nahi hai.</w:t>
      </w:r>
    </w:p>
    <w:p>
      <w:pPr>
        <w:jc w:val="right"/>
      </w:pPr>
      <w:r>
        <w:t>رسول اللہ کا بھی نہیں۔ تو خدمت خلق کا ماڈل یہ رسول اللہ کا ماڈل نہیں ہے۔</w:t>
      </w:r>
    </w:p>
    <w:p>
      <w:r>
        <w:rPr>
          <w:b/>
        </w:rPr>
        <w:t xml:space="preserve">[15:11] </w:t>
      </w:r>
      <w:r>
        <w:t>khidmat khalq ka model wahi hai.</w:t>
      </w:r>
    </w:p>
    <w:p>
      <w:pPr>
        <w:jc w:val="right"/>
      </w:pPr>
      <w:r>
        <w:t>خدمت خلق کا ماڈل وہی ہے۔</w:t>
      </w:r>
    </w:p>
    <w:p>
      <w:r>
        <w:rPr>
          <w:b/>
        </w:rPr>
        <w:t xml:space="preserve">[15:21] </w:t>
      </w:r>
      <w:r>
        <w:t>aap ko discovery honi chahiye.</w:t>
      </w:r>
    </w:p>
    <w:p>
      <w:pPr>
        <w:jc w:val="right"/>
      </w:pPr>
      <w:r>
        <w:t>آپ کو ڈسکوری ہونی چاہیے۔</w:t>
      </w:r>
    </w:p>
    <w:p>
      <w:r>
        <w:rPr>
          <w:b/>
        </w:rPr>
        <w:t xml:space="preserve">[15:28] </w:t>
      </w:r>
      <w:r>
        <w:t>khateeb asrar ul hassan sahib ka ek doosra sawal hai: marifat e rab ke liye science ke ilm ki kitni ahmiyat hai?</w:t>
      </w:r>
    </w:p>
    <w:p>
      <w:pPr>
        <w:jc w:val="right"/>
      </w:pPr>
      <w:r>
        <w:t>خطیب اسرار الحسن صاحب کا ایک دوسرا سوال ہے: معرفت رب کے لیے سائنس کے علم کی کتنی اہمیت ہے؟</w:t>
      </w:r>
    </w:p>
    <w:p>
      <w:r>
        <w:rPr>
          <w:b/>
        </w:rPr>
        <w:t xml:space="preserve">[15:40] </w:t>
      </w:r>
      <w:r>
        <w:t>dek</w:t>
      </w:r>
    </w:p>
    <w:p>
      <w:pPr>
        <w:jc w:val="right"/>
      </w:pPr>
      <w:r>
        <w:t>دیک</w:t>
      </w:r>
    </w:p>
    <w:p>
      <w:r>
        <w:rPr>
          <w:b/>
        </w:rPr>
        <w:t xml:space="preserve">[15:41] </w:t>
      </w:r>
      <w:r>
        <w:t>hiye, science ka ilm aap ko</w:t>
      </w:r>
    </w:p>
    <w:p>
      <w:pPr>
        <w:jc w:val="right"/>
      </w:pPr>
      <w:r>
        <w:t>ھیے، سائنس کا علم آپ کو</w:t>
      </w:r>
    </w:p>
    <w:p>
      <w:r>
        <w:rPr>
          <w:b/>
        </w:rPr>
        <w:t xml:space="preserve">[15:46] </w:t>
      </w:r>
      <w:r>
        <w:t>faizil cheez nahi deta.</w:t>
      </w:r>
    </w:p>
    <w:p>
      <w:pPr>
        <w:jc w:val="right"/>
      </w:pPr>
      <w:r>
        <w:t>فاضل چیز نہیں دیتا۔</w:t>
      </w:r>
    </w:p>
    <w:p>
      <w:r>
        <w:rPr>
          <w:b/>
        </w:rPr>
        <w:t xml:space="preserve">[15:54] </w:t>
      </w:r>
      <w:r>
        <w:t>woh madadgar hai. science ka ilm aap ke liye madadgar hai, kyunke science ke ilm ke bawajood intuition ki zaroorat rehti hai.</w:t>
      </w:r>
    </w:p>
    <w:p>
      <w:pPr>
        <w:jc w:val="right"/>
      </w:pPr>
      <w:r>
        <w:t>وہ مددگار ہے۔ سائنس کا علم آپ کے لیے مددگار ہے، کیونکہ سائنس کے علم کے باوجود انٹیوشن کی ضرورت رہتی ہے۔</w:t>
      </w:r>
    </w:p>
    <w:p>
      <w:r>
        <w:rPr>
          <w:b/>
        </w:rPr>
        <w:t xml:space="preserve">[16:05] </w:t>
      </w:r>
      <w:r>
        <w:t>faizil jo cheez hai, woh intuition hai. aap is ghor o fikr karte hain, padhte hain aur Allah ko daryaft karte hain toh jo aakhri cheez jo aap ko pahunchati hai Allah tak, woh intuition hai.</w:t>
      </w:r>
    </w:p>
    <w:p>
      <w:pPr>
        <w:jc w:val="right"/>
      </w:pPr>
      <w:r>
        <w:t>فاضل جو چیز ہے، وہ انٹیوشن ہے۔ آپ اس غور و فکر کرتے ہیں، پڑھتے ہیں اور اللہ کو دریافت کرتے ہیں تو جو آخری چیز جو آپ کو پہنچاتی ہے اللہ تک، وہ انٹیوشن ہے۔</w:t>
      </w:r>
    </w:p>
    <w:p>
      <w:r>
        <w:rPr>
          <w:b/>
        </w:rPr>
        <w:t xml:space="preserve">[16:29] </w:t>
      </w:r>
      <w:r>
        <w:t>ah, tariq badar sahib ka sawal hai lahore se: kal France ke sadar ne kaha ke Islam separatism ko promote karta hai, kyunke musalman France mein alag rehte hain, apne school mein padhte hain aur France ke culture aur norm ko follow nahi karte.</w:t>
      </w:r>
    </w:p>
    <w:p>
      <w:pPr>
        <w:jc w:val="right"/>
      </w:pPr>
      <w:r>
        <w:t>اہ، طارق بدر صاحب کا سوال ہے لاہور سے: کل فرانس کے صدر نے کہا کہ اسلام سیپریٹزم کو پروموٹ کرتا ہے، کیونکہ مسلمان فرانس میں الگ رہتے ہیں، اپنے اسکول میں پڑھتے ہیں اور فرانس کے کلچر اور نارم کو فالو نہیں کرتے۔</w:t>
      </w:r>
    </w:p>
    <w:p>
      <w:r>
        <w:rPr>
          <w:b/>
        </w:rPr>
        <w:t xml:space="preserve">[16:50] </w:t>
      </w:r>
      <w:r>
        <w:t>is ke liye woh ek law pass kar rahe hain. Maulana, aap is par kuch bataein. kya main samjha nahi</w:t>
      </w:r>
    </w:p>
    <w:p>
      <w:pPr>
        <w:jc w:val="right"/>
      </w:pPr>
      <w:r>
        <w:t>اس کے لیے وہ ایک لاء پاس کر رہے ہیں۔ مولانا، آپ اس پر کچھ بتائیں۔ کیا میں سمجھا نہیں</w:t>
      </w:r>
    </w:p>
    <w:p>
      <w:r>
        <w:rPr>
          <w:b/>
        </w:rPr>
        <w:t xml:space="preserve">[16:56] </w:t>
      </w:r>
      <w:r>
        <w:t>? France ke sadar ne kal yeh kaha tha ke Islam separatism ko promote karta hai, kyunke musalman bilkul alag rehte hain, France ke culture ko woh follow nahi karte hain.</w:t>
      </w:r>
    </w:p>
    <w:p>
      <w:pPr>
        <w:jc w:val="right"/>
      </w:pPr>
      <w:r>
        <w:t>؟ فرانس کے صدر نے کل یہ کہا تھا کہ اسلام سیپریٹزم کو پروموٹ کرتا ہے، کیونکہ مسلمان بالکل الگ رہتے ہیں، فرانس کے کلچر کو وہ فالو نہیں کرتے ہیں۔</w:t>
      </w:r>
    </w:p>
    <w:p>
      <w:r>
        <w:rPr>
          <w:b/>
        </w:rPr>
        <w:t xml:space="preserve">[17:07] </w:t>
      </w:r>
      <w:r>
        <w:t>toh is par woh law par la rahe hain France ke andar. toh is par aap kuch bataein.</w:t>
      </w:r>
    </w:p>
    <w:p>
      <w:pPr>
        <w:jc w:val="right"/>
      </w:pPr>
      <w:r>
        <w:t>تو اس پر وہ لاء پر لا رہے ہیں فرانس کے اندر۔ تو اس پر آپ کچھ بتائیں۔</w:t>
      </w:r>
    </w:p>
    <w:p>
      <w:r>
        <w:rPr>
          <w:b/>
        </w:rPr>
        <w:t xml:space="preserve">[17:14] </w:t>
      </w:r>
      <w:r>
        <w:t>woh layenge. ab aap ke protest nahi manenge woh, kyunke un ki jo naturality ka jo concept hai, us ke khilaf hai.</w:t>
      </w:r>
    </w:p>
    <w:p>
      <w:pPr>
        <w:jc w:val="right"/>
      </w:pPr>
      <w:r>
        <w:t>وہ لائیں گے۔ اب آپ کے پروٹیسٹ نہیں مانیں گے وہ، کیونکہ ان کی جو نیچرلٹی کا جو کانسیپٹ ہے، اس کے خلاف ہے۔</w:t>
      </w:r>
    </w:p>
    <w:p>
      <w:r>
        <w:rPr>
          <w:b/>
        </w:rPr>
        <w:t xml:space="preserve">[17:28] </w:t>
      </w:r>
      <w:r>
        <w:t>mein aik martaba gaya tha amreeka</w:t>
      </w:r>
    </w:p>
    <w:p>
      <w:pPr>
        <w:jc w:val="right"/>
      </w:pPr>
      <w:r>
        <w:t>میں ایک مرتبہ گیا تھا امریکہ</w:t>
      </w:r>
    </w:p>
    <w:p>
      <w:r>
        <w:rPr>
          <w:b/>
        </w:rPr>
        <w:t xml:space="preserve">[17:32] </w:t>
      </w:r>
      <w:r>
        <w:t>to hamare aik saathi thay, woh ja rahe thay,</w:t>
      </w:r>
    </w:p>
    <w:p>
      <w:pPr>
        <w:jc w:val="right"/>
      </w:pPr>
      <w:r>
        <w:t>تو ہمارے ایک ساتھی تھے، وہ جا رہے تھے،</w:t>
      </w:r>
    </w:p>
    <w:p>
      <w:r>
        <w:rPr>
          <w:b/>
        </w:rPr>
        <w:t xml:space="preserve">[17:40] </w:t>
      </w:r>
      <w:r>
        <w:t>is ki is ke liye ja rahe thay, woh national kiya kehte hain is ko? national citizenship?</w:t>
      </w:r>
    </w:p>
    <w:p>
      <w:pPr>
        <w:jc w:val="right"/>
      </w:pPr>
      <w:r>
        <w:t>اس کی اس کے لیے جا رہے تھے، وہ نیشنل کیا کہتے ہیں اس کو؟ نیشنل سٹیزن شپ؟</w:t>
      </w:r>
    </w:p>
    <w:p>
      <w:r>
        <w:rPr>
          <w:b/>
        </w:rPr>
        <w:t xml:space="preserve">[17:50] </w:t>
      </w:r>
      <w:r>
        <w:t>haan, citizenship. to mein ne kaha chaliye, mein chalta hoon. to wahan mein gaya</w:t>
      </w:r>
    </w:p>
    <w:p>
      <w:pPr>
        <w:jc w:val="right"/>
      </w:pPr>
      <w:r>
        <w:t>ہاں، سٹیزن شپ۔ تو میں نے کہا چلیے، میں چلتا ہوں۔ تو وہاں میں گیا</w:t>
      </w:r>
    </w:p>
    <w:p>
      <w:r>
        <w:rPr>
          <w:b/>
        </w:rPr>
        <w:t xml:space="preserve">[17:57] </w:t>
      </w:r>
      <w:r>
        <w:t>to wahan mein ne dekha aik form hota hai, is form par sign karna parta hai. tab aap ko service milti hai. is mein saaf saaf likha hua tha ke koi bhi extra terrestrial royalty aap ki nahi hogi,</w:t>
      </w:r>
    </w:p>
    <w:p>
      <w:pPr>
        <w:jc w:val="right"/>
      </w:pPr>
      <w:r>
        <w:t>تو وہاں میں نے دیکھا ایک فارم ہوتا ہے، اس فارم پر سائن کرنا پڑتا ہے۔ تب آپ کو سروس ملتی ہے۔ اس میں صاف صاف لکھا ہوا تھا کہ کوئی بھی ایکسٹرا ٹرسٹیریل رائلٹی آپ کی نہیں ہوگی،</w:t>
      </w:r>
    </w:p>
    <w:p>
      <w:r>
        <w:rPr>
          <w:b/>
        </w:rPr>
        <w:t xml:space="preserve">[18:14] </w:t>
      </w:r>
      <w:r>
        <w:t>yani amreeka se bahir koi cheez aap ki royalty nahi banay gi. is lihaaz se mein ne kaha ke jitne log amreeka mein rehte hain,</w:t>
      </w:r>
    </w:p>
    <w:p>
      <w:pPr>
        <w:jc w:val="right"/>
      </w:pPr>
      <w:r>
        <w:t>یعنی امریکہ سے باہر کوئی چیز آپ کی رائلٹی نہیں بنے گی۔ اس لحاظ سے میں نے کہا کہ جتنے لوگ امریکہ میں رہتے ہیں،</w:t>
      </w:r>
    </w:p>
    <w:p>
      <w:r>
        <w:rPr>
          <w:b/>
        </w:rPr>
        <w:t xml:space="preserve">[18:28] </w:t>
      </w:r>
      <w:r>
        <w:t>royalty le kar ke, woh sab, yani</w:t>
      </w:r>
    </w:p>
    <w:p>
      <w:pPr>
        <w:jc w:val="right"/>
      </w:pPr>
      <w:r>
        <w:t>رائلٹی لے کر کے، وہ سب، یعنی</w:t>
      </w:r>
    </w:p>
    <w:p>
      <w:r>
        <w:rPr>
          <w:b/>
        </w:rPr>
        <w:t xml:space="preserve">[18:38] </w:t>
      </w:r>
      <w:r>
        <w:t>un ka islam</w:t>
      </w:r>
    </w:p>
    <w:p>
      <w:pPr>
        <w:jc w:val="right"/>
      </w:pPr>
      <w:r>
        <w:t>ان کا اسلام</w:t>
      </w:r>
    </w:p>
    <w:p>
      <w:r>
        <w:rPr>
          <w:b/>
        </w:rPr>
        <w:t xml:space="preserve">[18:42] </w:t>
      </w:r>
      <w:r>
        <w:t>mere nazdeek mukammal islam nahi hai,</w:t>
      </w:r>
    </w:p>
    <w:p>
      <w:pPr>
        <w:jc w:val="right"/>
      </w:pPr>
      <w:r>
        <w:t>میرے نزدیک مکمل اسلام نہیں ہے،</w:t>
      </w:r>
    </w:p>
    <w:p>
      <w:r>
        <w:rPr>
          <w:b/>
        </w:rPr>
        <w:t xml:space="preserve">[18:47] </w:t>
      </w:r>
      <w:r>
        <w:t>kyun ke amreeka ki loyalty alag cheez hai aur islam ki discovery alag cheez hai.</w:t>
      </w:r>
    </w:p>
    <w:p>
      <w:pPr>
        <w:jc w:val="right"/>
      </w:pPr>
      <w:r>
        <w:t>کیونکہ امریکہ کی لائلٹی الگ چیز ہے اور اسلام کی ڈسکوری الگ چیز ہے۔</w:t>
      </w:r>
    </w:p>
    <w:p>
      <w:r>
        <w:rPr>
          <w:b/>
        </w:rPr>
        <w:t xml:space="preserve">[18:59] </w:t>
      </w:r>
      <w:r>
        <w:t>maulana, aap is hadith ki bunyaad par kehte hain, woh hadith jo "hubb ul watan min al iman" ke watan se muhabbat iman ka juz hai, to yeh loyalty, yeh watan se muhabbat nahi hai.</w:t>
      </w:r>
    </w:p>
    <w:p>
      <w:pPr>
        <w:jc w:val="right"/>
      </w:pPr>
      <w:r>
        <w:t>مولانا، آپ اس حدیث کی بنیاد پر کہتے ہیں، وہ حدیث جو "حب الوطن من الایمان" کہ وطن سے محبت ایمان کا جز ہے، تو یہ لائلٹی، یہ وطن سے محبت نہیں ہے۔</w:t>
      </w:r>
    </w:p>
    <w:p>
      <w:r>
        <w:rPr>
          <w:b/>
        </w:rPr>
        <w:t xml:space="preserve">[19:11] </w:t>
      </w:r>
      <w:r>
        <w:t>hmm, dekhiye, jab aap aik mulk mein rehte hain to is se aap ko muhabbat honi chahiye.</w:t>
      </w:r>
    </w:p>
    <w:p>
      <w:pPr>
        <w:jc w:val="right"/>
      </w:pPr>
      <w:r>
        <w:t>ہمم، دیکھیے، جب آپ ایک ملک میں رہتے ہیں تو اس سے آپ کو محبت ہونی چاہیے۔</w:t>
      </w:r>
    </w:p>
    <w:p>
      <w:r>
        <w:rPr>
          <w:b/>
        </w:rPr>
        <w:t xml:space="preserve">[19:20] </w:t>
      </w:r>
      <w:r>
        <w:t>hmm, woh woh nature hai, fitrat hai. hmm, baqi jab is mulk mein rehte hain to is mulk ke qanoon ko follow karna paray ga. hmm,</w:t>
      </w:r>
    </w:p>
    <w:p>
      <w:pPr>
        <w:jc w:val="right"/>
      </w:pPr>
      <w:r>
        <w:t>ہمم، وہ وہ نیچر ہے، فطرت ہے۔ ہمم، باقی جب اس ملک میں رہتے ہیں تو اس ملک کے قانون کو فالو کرنا پڑے گا۔ ہمم،</w:t>
      </w:r>
    </w:p>
    <w:p>
      <w:r>
        <w:rPr>
          <w:b/>
        </w:rPr>
        <w:t xml:space="preserve">[19:30] </w:t>
      </w:r>
      <w:r>
        <w:t>is mulk ke qanoon ko follow karna paray ga ke is mulk mein jo citizenship jo hai, woh milti hai aik khaas matric, is ka hai, is ko ikhtiyar karne se.</w:t>
      </w:r>
    </w:p>
    <w:p>
      <w:pPr>
        <w:jc w:val="right"/>
      </w:pPr>
      <w:r>
        <w:t>اس ملک کے قانون کو فالو کرنا پڑے گا کہ اس ملک میں جو سیٹلشپ جو ہے، وہ ملتی ہے ایک خاص میٹرک، اس کا ہے، اس کو اختیار کرنے سے۔</w:t>
      </w:r>
    </w:p>
    <w:p>
      <w:r>
        <w:rPr>
          <w:b/>
        </w:rPr>
        <w:t xml:space="preserve">[19:46] </w:t>
      </w:r>
      <w:r>
        <w:t>agar woh na karein to loyalty nahi mile gi aap ko,</w:t>
      </w:r>
    </w:p>
    <w:p>
      <w:pPr>
        <w:jc w:val="right"/>
      </w:pPr>
      <w:r>
        <w:t>اگر وہ نہ کریں تو لائلٹی نہیں ملے گی آپ کو،</w:t>
      </w:r>
    </w:p>
    <w:p>
      <w:r>
        <w:rPr>
          <w:b/>
        </w:rPr>
        <w:t xml:space="preserve">[19:50] </w:t>
      </w:r>
      <w:r>
        <w:t>to woh woh faida aap ko nahi mile ga.</w:t>
      </w:r>
    </w:p>
    <w:p>
      <w:pPr>
        <w:jc w:val="right"/>
      </w:pPr>
      <w:r>
        <w:t>تو وہ وہ فائدہ آپ کو نہیں ملے گا۔</w:t>
      </w:r>
    </w:p>
    <w:p>
      <w:r>
        <w:rPr>
          <w:b/>
        </w:rPr>
        <w:t xml:space="preserve">[19:56] </w:t>
      </w:r>
      <w:r>
        <w:t>to jo log amreeka mein rehte hain, unhein jaanna chahiye ke yeh woh alag cheez hai aur islam spirit ke aitbaar se aik alag cheez hai.</w:t>
      </w:r>
    </w:p>
    <w:p>
      <w:pPr>
        <w:jc w:val="right"/>
      </w:pPr>
      <w:r>
        <w:t>تو جو لوگ امریکہ میں رہتے ہیں، انہیں جاننا چاہیے کہ یہ وہ الگ چیز ہے اور اسلام اسپرٹ کے اعتبار سے ایک الگ چیز ہے۔</w:t>
      </w:r>
    </w:p>
    <w:p>
      <w:r>
        <w:rPr>
          <w:b/>
        </w:rPr>
        <w:t xml:space="preserve">[20:19] </w:t>
      </w:r>
      <w:r>
        <w:t>yani islam ke aitbaar se agar koi kisi mulk ka loyal banta hai to yeh islam ki spirit ke mutabiq hai.</w:t>
      </w:r>
    </w:p>
    <w:p>
      <w:pPr>
        <w:jc w:val="right"/>
      </w:pPr>
      <w:r>
        <w:t>یعنی اسلام کے اعتبار سے اگر کوئی کسی ملک کا لائل بنتا ہے تو یہ اسلام کی اسپرٹ کے مطابق ہے۔</w:t>
      </w:r>
    </w:p>
    <w:p>
      <w:r>
        <w:rPr>
          <w:b/>
        </w:rPr>
        <w:t xml:space="preserve">[20:29] </w:t>
      </w:r>
      <w:r>
        <w:t>dekhiye, aik hai ke aap kisi mulk mein reh rahe hain, is ke huqooq chahte hain aap. hmm, jo huqooq chahte hain aap, to aap ko form parhna paray ga.</w:t>
      </w:r>
    </w:p>
    <w:p>
      <w:pPr>
        <w:jc w:val="right"/>
      </w:pPr>
      <w:r>
        <w:t>دیکھیے، ایک ہے کہ آپ کسی ملک میں رہ رہے ہیں، اس کے حقوق چاہتے ہیں آپ۔ ہمم، جو حقوق چاہتے ہیں آپ، تو آپ کو فارم پڑھنا پڑے گا۔</w:t>
      </w:r>
    </w:p>
    <w:p>
      <w:r>
        <w:rPr>
          <w:b/>
        </w:rPr>
        <w:t xml:space="preserve">[20:38] </w:t>
      </w:r>
      <w:r>
        <w:t>hmm, woh aik alag cheez hai. jo log amreeka mein rehte hain, un ko huqooq nahi milein ge, misaal ke tour par voting, vote kar dene ka haq nahi mile ga jab tak aap is form par sign na karein.</w:t>
      </w:r>
    </w:p>
    <w:p>
      <w:pPr>
        <w:jc w:val="right"/>
      </w:pPr>
      <w:r>
        <w:t>ہمم، وہ ایک الگ چیز ہے۔ جو لوگ امریکہ میں رہتے ہیں، ان کو حقوق نہیں ملیں گے، مثلاً ووٹنگ، ووٹ کر دینے کا حق نہیں ملے گا جب تک آپ اس فارم پر سائن نہ کریں۔</w:t>
      </w:r>
    </w:p>
    <w:p>
      <w:r>
        <w:rPr>
          <w:b/>
        </w:rPr>
        <w:t xml:space="preserve">[20:56] </w:t>
      </w:r>
      <w:r>
        <w:t>to woh aik wataniyat ka maamla hai, woh islam ka maamla nahi hai. mere nazdeek.</w:t>
      </w:r>
    </w:p>
    <w:p>
      <w:pPr>
        <w:jc w:val="right"/>
      </w:pPr>
      <w:r>
        <w:t>تو وہ ایک وطنیت کا معاملہ ہے، وہ اسلام کا معاملہ نہیں ہے۔ میرے نزدیک۔</w:t>
      </w:r>
    </w:p>
    <w:p>
      <w:r>
        <w:rPr>
          <w:b/>
        </w:rPr>
        <w:t xml:space="preserve">[21:06] </w:t>
      </w:r>
      <w:r>
        <w:t>doctor naghma siddiqui ne kaha hai: "you one said muslim feel that their paradise assured as they are born in a muslim family.</w:t>
      </w:r>
    </w:p>
    <w:p>
      <w:pPr>
        <w:jc w:val="right"/>
      </w:pPr>
      <w:r>
        <w:t>ڈاکٹر نغمہ صدیقی نے کہا ہے: "یو ون سیڈ مسلم فیل دیٹ دیر پیراڈائز ایشورڈ ایز دے ار بورن ان ا مسلم فیملی۔</w:t>
      </w:r>
    </w:p>
    <w:p>
      <w:r>
        <w:rPr>
          <w:b/>
        </w:rPr>
        <w:t xml:space="preserve">[21:18] </w:t>
      </w:r>
      <w:r>
        <w:t>i realize that no one's paradise is assured. we have to be earn it. what can we do to create the road to paradise?" aik martaba aap ne yeh kaha tha ke paradise musalman yeh mehsoos karte hain ke woh muslim family mein paida hue, to un ke liye paradise jo hai, yeh un ka istihqaq hai.</w:t>
      </w:r>
    </w:p>
    <w:p>
      <w:pPr>
        <w:jc w:val="right"/>
      </w:pPr>
      <w:r>
        <w:t>ائی ریلائز دیٹ نو ونز پیراڈائز از ایشورڈ۔ وی ہیو ٹو بی ارن اٹ۔ واٹ کین وی ڈو ٹو کریٹ دا روڈ ٹو پیراڈائز؟" ایک مرتبہ آپ نے یہ کہا تھا کہ پیراڈائز مسلمان یہ محسوس کرتے ہیں کہ وہ مسلم فیملی میں پیدا ہوئے، تو ان کے لیے پیراڈائز جو ہے، یہ ان کا استحقاق ہے۔</w:t>
      </w:r>
    </w:p>
    <w:p>
      <w:r>
        <w:rPr>
          <w:b/>
        </w:rPr>
        <w:t xml:space="preserve">[21:43] </w:t>
      </w:r>
      <w:r>
        <w:t>lekin aap ne yeh kaha tha ke aisa nahi hai. to un ka sawal yeh hai ke hum kya karein ke hum hamare liye paradise ka raasta aasan ho?</w:t>
      </w:r>
    </w:p>
    <w:p>
      <w:pPr>
        <w:jc w:val="right"/>
      </w:pPr>
      <w:r>
        <w:t>لیکن آپ نے یہ کہا تھا کہ ایسا نہیں ہے۔ تو ان کا سوال یہ ہے کہ ہم کیا کریں کہ ہم ہمارے لیے پیراڈائز کا راستہ آسان ہو؟</w:t>
      </w:r>
    </w:p>
    <w:p>
      <w:r>
        <w:rPr>
          <w:b/>
        </w:rPr>
        <w:t xml:space="preserve">[21:53] </w:t>
      </w:r>
      <w:r>
        <w:t>yeh kisi bhi shakhs ke liye paradise bator haq nahi mile gi,</w:t>
      </w:r>
    </w:p>
    <w:p>
      <w:pPr>
        <w:jc w:val="right"/>
      </w:pPr>
      <w:r>
        <w:t>یہ کسی بھی شخص کے لیے پیراڈائز بطور حق نہیں ملے گی،</w:t>
      </w:r>
    </w:p>
    <w:p>
      <w:r>
        <w:rPr>
          <w:b/>
        </w:rPr>
        <w:t xml:space="preserve">[22:01] </w:t>
      </w:r>
      <w:r>
        <w:t>balkay eman, sachay eman kay zariye milay gi. to isi eman ko mein kehta hoon, eman ka matlab hai discovery.</w:t>
      </w:r>
    </w:p>
    <w:p>
      <w:pPr>
        <w:jc w:val="right"/>
      </w:pPr>
      <w:r>
        <w:t>بلکہ ایمان، سچے ایمان کے ذریعے ملے گی۔ تو اسی ایمان کو میں کہتا ہوں، ایمان کا مطلب ہے ڈسکوری۔</w:t>
      </w:r>
    </w:p>
    <w:p>
      <w:r>
        <w:rPr>
          <w:b/>
        </w:rPr>
        <w:t xml:space="preserve">[22:16] </w:t>
      </w:r>
      <w:r>
        <w:t>yani jo islami lafz hai, wo to eman hai. mein is ki wazahat bhi karta hoon kay wo is ka matlab hai discovery.</w:t>
      </w:r>
    </w:p>
    <w:p>
      <w:pPr>
        <w:jc w:val="right"/>
      </w:pPr>
      <w:r>
        <w:t>یعنی جو اسلامی لفظ ہے، وہ تو ایمان ہے۔ میں اس کی وضاحت بھی کرتا ہوں کہ وہ اس کا مطلب ہے ڈسکوری۔</w:t>
      </w:r>
    </w:p>
    <w:p>
      <w:r>
        <w:rPr>
          <w:b/>
        </w:rPr>
        <w:t xml:space="preserve">[22:36] </w:t>
      </w:r>
      <w:r>
        <w:t>d</w:t>
      </w:r>
    </w:p>
    <w:p>
      <w:pPr>
        <w:jc w:val="right"/>
      </w:pPr>
      <w:r>
        <w:t>ڈ</w:t>
      </w:r>
    </w:p>
    <w:p>
      <w:r>
        <w:rPr>
          <w:b/>
        </w:rPr>
        <w:t xml:space="preserve">[22:37] </w:t>
      </w:r>
      <w:r>
        <w:t>doctor rajat malhotra ka sawal hai: "maulana, aksar yeh kaha jata hai kay agar hum achay kaam kartay hain to Allah taala hamaray minor sin, yani saghira gunah ko maaf kar de ga.</w:t>
      </w:r>
    </w:p>
    <w:p>
      <w:pPr>
        <w:jc w:val="right"/>
      </w:pPr>
      <w:r>
        <w:t>اکٹر رجت ملوثرا کا سوال ہے: "مولانا، اکثر یہ کہا جاتا ہے کہ اگر ہم اچھے کام کرتے ہیں تو اللہ تعالی ہمارے مائنر سن، یعنی صغیرہ گناہ کو معاف کر دے گا۔</w:t>
      </w:r>
    </w:p>
    <w:p>
      <w:r>
        <w:rPr>
          <w:b/>
        </w:rPr>
        <w:t xml:space="preserve">[22:51] </w:t>
      </w:r>
      <w:r>
        <w:t>mera sawal yeh hai kay major sin, yani gunah kabira kia hai aur minor sin, gunah kabira kia hai, saghira kia hai? dono mein kia farq hai?</w:t>
      </w:r>
    </w:p>
    <w:p>
      <w:pPr>
        <w:jc w:val="right"/>
      </w:pPr>
      <w:r>
        <w:t>میرا سوال یہ ہے کہ میجر سن، یعنی گناہ کبیرہ کیا ہے اور مائنر سن، گناہ کبیرہ کیا ہے، صغیرہ کیا ہے؟ دونوں میں کیا فرق ہے؟</w:t>
      </w:r>
    </w:p>
    <w:p>
      <w:r>
        <w:rPr>
          <w:b/>
        </w:rPr>
        <w:t xml:space="preserve">[23:01] </w:t>
      </w:r>
      <w:r>
        <w:t>" dekhiye, koi bhi gunah apna maaf nahi hota. aap ko</w:t>
      </w:r>
    </w:p>
    <w:p>
      <w:pPr>
        <w:jc w:val="right"/>
      </w:pPr>
      <w:r>
        <w:t>" دیکھیے، کوئی بھی گناہ اپنا معاف نہیں ہوتا۔ آپ کو</w:t>
      </w:r>
    </w:p>
    <w:p>
      <w:r>
        <w:rPr>
          <w:b/>
        </w:rPr>
        <w:t xml:space="preserve">[23:10] </w:t>
      </w:r>
      <w:r>
        <w:t>dependence chahiye, aap ko</w:t>
      </w:r>
    </w:p>
    <w:p>
      <w:pPr>
        <w:jc w:val="right"/>
      </w:pPr>
      <w:r>
        <w:t>ڈیپینڈنس چاہیے، آپ کو</w:t>
      </w:r>
    </w:p>
    <w:p>
      <w:r>
        <w:rPr>
          <w:b/>
        </w:rPr>
        <w:t xml:space="preserve">[23:16] </w:t>
      </w:r>
      <w:r>
        <w:t>maafi ki spirit chahiye, maghfirat ka talib banna chahiye. apnay aap hi maaf ho jaye.</w:t>
      </w:r>
    </w:p>
    <w:p>
      <w:pPr>
        <w:jc w:val="right"/>
      </w:pPr>
      <w:r>
        <w:t>معافی کی اسپرٹ چاہیے، مغفرت کا طالب بننا چاہیے۔ اپنے آپ ہی معاف ہو جائے۔</w:t>
      </w:r>
    </w:p>
    <w:p>
      <w:r>
        <w:rPr>
          <w:b/>
        </w:rPr>
        <w:t xml:space="preserve">[23:26] </w:t>
      </w:r>
      <w:r>
        <w:t>aisa islam mein aisa kuch concept nahi hai.</w:t>
      </w:r>
    </w:p>
    <w:p>
      <w:pPr>
        <w:jc w:val="right"/>
      </w:pPr>
      <w:r>
        <w:t>ایسا اسلام میں ایسا کچھ کانسیپٹ نہیں ہے۔</w:t>
      </w:r>
    </w:p>
    <w:p>
      <w:r>
        <w:rPr>
          <w:b/>
        </w:rPr>
        <w:t xml:space="preserve">[23:39] </w:t>
      </w:r>
      <w:r>
        <w:t>ah, doctor sani hasnain khan sawal kartay hain dehli se: "how can we make muslims understand the concept of dawah?"</w:t>
      </w:r>
    </w:p>
    <w:p>
      <w:pPr>
        <w:jc w:val="right"/>
      </w:pPr>
      <w:r>
        <w:t>اہ، ڈاکٹر ثانی حسنین خان سوال کرتے ہیں دہلی سے: "ہاؤ کین وی میک مسلمز انڈرسٹینڈ دا کانسیپٹ اف دعوی؟"</w:t>
      </w:r>
    </w:p>
    <w:p>
      <w:r>
        <w:rPr>
          <w:b/>
        </w:rPr>
        <w:t xml:space="preserve">[23:49] </w:t>
      </w:r>
      <w:r>
        <w:t>kia kaha hai? musalmanon ko hum kaise samjhayein dawah ka concept ta kay wo samajh jayein?</w:t>
      </w:r>
    </w:p>
    <w:p>
      <w:pPr>
        <w:jc w:val="right"/>
      </w:pPr>
      <w:r>
        <w:t>کیا کہا ہے؟ مسلمانوں کو ہم کیسے سمجھائیں دعوی کا کانسیپٹ تاکہ وہ سمجھ جائیں؟</w:t>
      </w:r>
    </w:p>
    <w:p>
      <w:r>
        <w:rPr>
          <w:b/>
        </w:rPr>
        <w:t xml:space="preserve">[23:59] </w:t>
      </w:r>
      <w:r>
        <w:t>bhai, isi kay liye hum nay sari kitabein likhi hain. hamari sari kitabein isi par hain.</w:t>
      </w:r>
    </w:p>
    <w:p>
      <w:pPr>
        <w:jc w:val="right"/>
      </w:pPr>
      <w:r>
        <w:t>بھائی، اسی کے لیے ہم نے ساری کتابیں لکھی ہیں۔ ہماری ساری کتابیں اسی پر ہیں۔</w:t>
      </w:r>
    </w:p>
    <w:p>
      <w:r>
        <w:rPr>
          <w:b/>
        </w:rPr>
        <w:t xml:space="preserve">[24:08] </w:t>
      </w:r>
      <w:r>
        <w:t>to aap in kitabon ko parhiye, parhwaiye.</w:t>
      </w:r>
    </w:p>
    <w:p>
      <w:pPr>
        <w:jc w:val="right"/>
      </w:pPr>
      <w:r>
        <w:t>تو آپ ان کتابوں کو پڑھیے، پڑھوائیے۔</w:t>
      </w:r>
    </w:p>
    <w:p>
      <w:r>
        <w:rPr>
          <w:b/>
        </w:rPr>
        <w:t xml:space="preserve">[24:19] </w:t>
      </w:r>
      <w:r>
        <w:t>maulana, quran ki aik ayat hai: "ista'eenoo bis sabri was salati, innallaha ma'as sabireen" kay sabr aur namaz kay zariye madad mango, aur Allah taala sabr karnay walon kay sath hai.</w:t>
      </w:r>
    </w:p>
    <w:p>
      <w:pPr>
        <w:jc w:val="right"/>
      </w:pPr>
      <w:r>
        <w:t>مولانا، قرآن کی ایک آیت ہے: "استعینوا بالصبر والصلاۃ، ان اللہ مع الصابرین" کہ صبر اور نماز کے ذریعے مدد مانگو، اور اللہ تعالی صبر کرنے والوں کے ساتھ ہے۔</w:t>
      </w:r>
    </w:p>
    <w:p>
      <w:r>
        <w:rPr>
          <w:b/>
        </w:rPr>
        <w:t xml:space="preserve">[24:36] </w:t>
      </w:r>
      <w:r>
        <w:t>namaz islam ka ke panch bunyadi رکن mein se pehla رکن hai, sab se basic cheez hai. is kay baray mein Allah taala nay nahi kaha kay Allah taala namaziyon kay sath, namaz parhnay walon kay sath hai, lekin kaha sabr karnay walon kay sath hai.</w:t>
      </w:r>
    </w:p>
    <w:p>
      <w:pPr>
        <w:jc w:val="right"/>
      </w:pPr>
      <w:r>
        <w:t>نماز اسلام کا کے پانچ بنیادی رکن میں سے پہلا رکن ہے، سب سے بیسک چیز ہے۔ اس کے بارے میں اللہ تعالی نے نہیں کہا کہ اللہ تعالی نمازیوں کے ساتھ، نماز پڑھنے والوں کے ساتھ ہے، لیکن کہا صبر کرنے والوں کے ساتھ ہے۔</w:t>
      </w:r>
    </w:p>
    <w:p>
      <w:r>
        <w:rPr>
          <w:b/>
        </w:rPr>
        <w:t xml:space="preserve">[24:53] </w:t>
      </w:r>
      <w:r>
        <w:t>dekhiye, quran se sabit hai kay sabr sab se bari cheez hai,</w:t>
      </w:r>
    </w:p>
    <w:p>
      <w:pPr>
        <w:jc w:val="right"/>
      </w:pPr>
      <w:r>
        <w:t>دیکھیے، قرآن سے ثابت ہے کہ صبر سب سے بڑی چیز ہے،</w:t>
      </w:r>
    </w:p>
    <w:p>
      <w:r>
        <w:rPr>
          <w:b/>
        </w:rPr>
        <w:t xml:space="preserve">[25:04] </w:t>
      </w:r>
      <w:r>
        <w:t>sab se bari cheez hai. aisay to is jo aap jab namaz namaz ki baat kartay hain to wo aqeeday ki baat ban jati hai, lekin sabr jo hai wo aik bohat bari,</w:t>
      </w:r>
    </w:p>
    <w:p>
      <w:pPr>
        <w:jc w:val="right"/>
      </w:pPr>
      <w:r>
        <w:t>سب سے بڑی چیز ہے۔ ایسے تو اس جو آپ جب نماز نماز کی بات کرتے ہیں تو وہ عقیدے کی بات بن جاتی ہے، لیکن صبر جو ہے وہ ایک بہت بڑی،</w:t>
      </w:r>
    </w:p>
    <w:p>
      <w:r>
        <w:rPr>
          <w:b/>
        </w:rPr>
        <w:t xml:space="preserve">[25:23] </w:t>
      </w:r>
      <w:r>
        <w:t>bohat bara amal hai.</w:t>
      </w:r>
    </w:p>
    <w:p>
      <w:pPr>
        <w:jc w:val="right"/>
      </w:pPr>
      <w:r>
        <w:t>بہت بڑا عمل ہے۔</w:t>
      </w:r>
    </w:p>
    <w:p>
      <w:r>
        <w:rPr>
          <w:b/>
        </w:rPr>
        <w:t xml:space="preserve">[25:26] </w:t>
      </w:r>
      <w:r>
        <w:t>maulana, quran mein sabr kay baray mein aya hai: "innama yuwaffa as sabiroona ajrahum bighayri hisab" kay sabr par Allah taala bay hisab ajr de ga.</w:t>
      </w:r>
    </w:p>
    <w:p>
      <w:pPr>
        <w:jc w:val="right"/>
      </w:pPr>
      <w:r>
        <w:t>مولانا، قرآن میں صبر کے بارے میں آیا ہے: "إنما يوف الصابرون أجرهم بغير حساب" کہ صبر پر اللہ تعالی بے حساب اجر دے گا۔</w:t>
      </w:r>
    </w:p>
    <w:p>
      <w:r>
        <w:rPr>
          <w:b/>
        </w:rPr>
        <w:t xml:space="preserve">[25:38] </w:t>
      </w:r>
      <w:r>
        <w:t>to aakhir sabr kay andar hota kia hai kay Allah taala nay aisa keh diya?</w:t>
      </w:r>
    </w:p>
    <w:p>
      <w:pPr>
        <w:jc w:val="right"/>
      </w:pPr>
      <w:r>
        <w:t>تو آخر صبر کے اندر ہوتا کیا ہے کہ اللہ تعالی نے ایسا کہہ دیا؟</w:t>
      </w:r>
    </w:p>
    <w:p>
      <w:r>
        <w:rPr>
          <w:b/>
        </w:rPr>
        <w:t xml:space="preserve">[25:43] </w:t>
      </w:r>
      <w:r>
        <w:t>dekhiye, sabr karna parta hai kis cheez par? aap aik Allah kay aik hukum pe chalna chahtay hain, us mein rukawatein aati hain to tamam rukawaton ko overcome kartay hain,</w:t>
      </w:r>
    </w:p>
    <w:p>
      <w:pPr>
        <w:jc w:val="right"/>
      </w:pPr>
      <w:r>
        <w:t>دیکھیے، صبر کرنا پڑتا ہے کس چیز پر؟ آپ ایک اللہ کے ایک حکم پہ چلنا چاہتے ہیں، اس میں رکاوٹیں آتی ہیں تو تمام رکاوٹوں کو اوورکم کرتے ہیں،</w:t>
      </w:r>
    </w:p>
    <w:p>
      <w:r>
        <w:rPr>
          <w:b/>
        </w:rPr>
        <w:t xml:space="preserve">[26:01] </w:t>
      </w:r>
      <w:r>
        <w:t>us ko yani aik nai soch develop kartay hain,</w:t>
      </w:r>
    </w:p>
    <w:p>
      <w:pPr>
        <w:jc w:val="right"/>
      </w:pPr>
      <w:r>
        <w:t>اس کو یعنی ایک نئی سوچ ڈویلپ کرتے ہیں،</w:t>
      </w:r>
    </w:p>
    <w:p>
      <w:r>
        <w:rPr>
          <w:b/>
        </w:rPr>
        <w:t xml:space="preserve">[26:10] </w:t>
      </w:r>
      <w:r>
        <w:t>apnay aap se ladte hain.</w:t>
      </w:r>
    </w:p>
    <w:p>
      <w:pPr>
        <w:jc w:val="right"/>
      </w:pPr>
      <w:r>
        <w:t>اپنے آپ سے لڑتے ہیں۔</w:t>
      </w:r>
    </w:p>
    <w:p>
      <w:r>
        <w:rPr>
          <w:b/>
        </w:rPr>
        <w:t xml:space="preserve">[26:15] </w:t>
      </w:r>
      <w:r>
        <w:t>sabr aik amal hai, aik amal kartay hain tab ja kay aap ko sabr ki qadar jab milta hai.</w:t>
      </w:r>
    </w:p>
    <w:p>
      <w:pPr>
        <w:jc w:val="right"/>
      </w:pPr>
      <w:r>
        <w:t>صبر ایک عمل ہے، ایک عمل کرتے ہیں تب جا کے آپ کو صبر کی قدر جب ملتا ہے۔</w:t>
      </w:r>
    </w:p>
    <w:p>
      <w:r>
        <w:rPr>
          <w:b/>
        </w:rPr>
        <w:t xml:space="preserve">[26:27] </w:t>
      </w:r>
      <w:r>
        <w:t>to mein samajhta hoon kay yeh waqia yeh hai kay sabr se bara koi amal nahi.</w:t>
      </w:r>
    </w:p>
    <w:p>
      <w:pPr>
        <w:jc w:val="right"/>
      </w:pPr>
      <w:r>
        <w:t>تو میں سمجھتا ہوں کہ یہ واقعہ یہ ہے کہ صبر سے بڑا کوئی عمل نہیں۔</w:t>
      </w:r>
    </w:p>
    <w:p>
      <w:r>
        <w:rPr>
          <w:b/>
        </w:rPr>
        <w:t xml:space="preserve">[26:40] </w:t>
      </w:r>
      <w:r>
        <w:t>ah, maulana abdul samad sahib ka sawal hai dehli se: "agar koi musalman apne mulk ke kuch aisay qanoon ki ittaba karne par majboor hai jis ki wajah se kuch islami qanoon ki mukhalifat hoti hai to kya is ke liye aisa karna jaiz hai?" bilkul jaiz hai.</w:t>
      </w:r>
    </w:p>
    <w:p>
      <w:pPr>
        <w:jc w:val="right"/>
      </w:pPr>
      <w:r>
        <w:t>اہ، مولانا عبدالصمد صاحب کا سوال ہے دہلی سے: "اگر کوئی مسلمان اپنے ملک کے کچھ ایسے قانون کی اتباع کرنے پر مجبور ہے جس کی وجہ سے کچھ اسلامی قانون کی مخالفت ہوتی ہے تو کیا اس کے لیے ایسا کرنا جائز ہے؟" بالکل جائز ہے۔</w:t>
      </w:r>
    </w:p>
    <w:p>
      <w:r>
        <w:rPr>
          <w:b/>
        </w:rPr>
        <w:t xml:space="preserve">[27:01] </w:t>
      </w:r>
      <w:r>
        <w:t>illa man akriha, illa man akriha, wa qalbohu mutma'inn</w:t>
      </w:r>
    </w:p>
    <w:p>
      <w:pPr>
        <w:jc w:val="right"/>
      </w:pPr>
      <w:r>
        <w:t>الا من اکریہ، الا من اکریہ، وقلبہ مطمئن</w:t>
      </w:r>
    </w:p>
    <w:p>
      <w:r>
        <w:rPr>
          <w:b/>
        </w:rPr>
        <w:t xml:space="preserve">[27:07] </w:t>
      </w:r>
      <w:r>
        <w:t>bil imaan. humm, yeh to quran ki ayat hai.</w:t>
      </w:r>
    </w:p>
    <w:p>
      <w:pPr>
        <w:jc w:val="right"/>
      </w:pPr>
      <w:r>
        <w:t>بالایمان۔ ہمم، یہ تو قرآن کی آیت ہے۔</w:t>
      </w:r>
    </w:p>
    <w:p>
      <w:r>
        <w:rPr>
          <w:b/>
        </w:rPr>
        <w:t xml:space="preserve">[27:20] </w:t>
      </w:r>
      <w:r>
        <w:t>doctor miss asteti malhotra ka sawal hai: "what is the starting point for self purification?"</w:t>
      </w:r>
    </w:p>
    <w:p>
      <w:pPr>
        <w:jc w:val="right"/>
      </w:pPr>
      <w:r>
        <w:t>ڈاکٹر مس استتی ملوثرا کا سوال ہے: "واٹ از دا سٹارٹنگ پوائنٹ فار سیلف پیوریفیکیشن؟"</w:t>
      </w:r>
    </w:p>
    <w:p>
      <w:r>
        <w:rPr>
          <w:b/>
        </w:rPr>
        <w:t xml:space="preserve">[27:31] </w:t>
      </w:r>
      <w:r>
        <w:t>self purification ke liye aghaz kya hai? haan, self purification ke liye aghaz kya hai?</w:t>
      </w:r>
    </w:p>
    <w:p>
      <w:pPr>
        <w:jc w:val="right"/>
      </w:pPr>
      <w:r>
        <w:t>سیلف پیوریفیکیشن کے لیے آغاز کیا ہے؟ ہاں، سیلف پیوریفیکیشن کے لیے آغاز کیا ہے؟</w:t>
      </w:r>
    </w:p>
    <w:p>
      <w:r>
        <w:rPr>
          <w:b/>
        </w:rPr>
        <w:t xml:space="preserve">[27:40] </w:t>
      </w:r>
      <w:r>
        <w:t>aghaz, humm,</w:t>
      </w:r>
    </w:p>
    <w:p>
      <w:pPr>
        <w:jc w:val="right"/>
      </w:pPr>
      <w:r>
        <w:t>آغاز، ہمم،</w:t>
      </w:r>
    </w:p>
    <w:p>
      <w:r>
        <w:rPr>
          <w:b/>
        </w:rPr>
        <w:t xml:space="preserve">[27:46] </w:t>
      </w:r>
      <w:r>
        <w:t>mein samajhta hoon ke aghaz hai sochna,</w:t>
      </w:r>
    </w:p>
    <w:p>
      <w:pPr>
        <w:jc w:val="right"/>
      </w:pPr>
      <w:r>
        <w:t>میں سمجھتا ہوں کہ آغاز ہے سوچنا،</w:t>
      </w:r>
    </w:p>
    <w:p>
      <w:r>
        <w:rPr>
          <w:b/>
        </w:rPr>
        <w:t xml:space="preserve">[27:54] </w:t>
      </w:r>
      <w:r>
        <w:t>tadabbur, tawakkul. doctor naghma siddiqui ka sawal hai: "does sabr only come from completely depending on god?"</w:t>
      </w:r>
    </w:p>
    <w:p>
      <w:pPr>
        <w:jc w:val="right"/>
      </w:pPr>
      <w:r>
        <w:t>تدبر، توکل۔ ڈاکٹر نغمہ صدیقی کا سوال ہے: "ڈز صبر اونلی کم فرام کمپلیٹلی ڈیپینڈنگ ان گاڈ؟"</w:t>
      </w:r>
    </w:p>
    <w:p>
      <w:r>
        <w:rPr>
          <w:b/>
        </w:rPr>
        <w:t xml:space="preserve">[28:08] </w:t>
      </w:r>
      <w:r>
        <w:t>kam to hua</w:t>
      </w:r>
    </w:p>
    <w:p>
      <w:pPr>
        <w:jc w:val="right"/>
      </w:pPr>
      <w:r>
        <w:t>کم تو ہوا</w:t>
      </w:r>
    </w:p>
    <w:p>
      <w:r>
        <w:rPr>
          <w:b/>
        </w:rPr>
        <w:t xml:space="preserve">[28:10] </w:t>
      </w:r>
      <w:r>
        <w:t>. kya sabr sirf is waqt aata hai jab ke hum completely khuda par depend ho jayen? haan, bilkul sahi hai.</w:t>
      </w:r>
    </w:p>
    <w:p>
      <w:pPr>
        <w:jc w:val="right"/>
      </w:pPr>
      <w:r>
        <w:t>۔ کیا صبر صرف اس وقت آتا ہے جب کہ ہم کمپلیٹلی خدا پر ڈیپینڈ ہو جائیں؟ ہاں، بالکل صحیح ہے۔</w:t>
      </w:r>
    </w:p>
    <w:p>
      <w:r>
        <w:rPr>
          <w:b/>
        </w:rPr>
        <w:t xml:space="preserve">[28:22] </w:t>
      </w:r>
      <w:r>
        <w:t>us waqt sabr aayega. allah par bharosa kamil aap ko natija hota hai, tab aap ko sabr ka sawab milta hai.</w:t>
      </w:r>
    </w:p>
    <w:p>
      <w:pPr>
        <w:jc w:val="right"/>
      </w:pPr>
      <w:r>
        <w:t>اس وقت صبر آئے گا۔ اللہ پر بھروسہ کامل آپ کو نتیجہ ہوتا ہے، تب آپ کو صبر کا ثواب ملتا ہے۔</w:t>
      </w:r>
    </w:p>
    <w:p>
      <w:r>
        <w:rPr>
          <w:b/>
        </w:rPr>
        <w:t xml:space="preserve">[28:37] </w:t>
      </w:r>
      <w:r>
        <w:t>maulana, koi ek naseehat kar dijiye aaj cps team ko.</w:t>
      </w:r>
    </w:p>
    <w:p>
      <w:pPr>
        <w:jc w:val="right"/>
      </w:pPr>
      <w:r>
        <w:t>مولانا، کوئی ایک نصیحت کر دیجئے آج سی پی ایس ٹیم کو۔</w:t>
      </w:r>
    </w:p>
    <w:p>
      <w:r>
        <w:rPr>
          <w:b/>
        </w:rPr>
        <w:t xml:space="preserve">[28:51] </w:t>
      </w:r>
      <w:r>
        <w:t>yahi jahan tak talluq hai mission, mission ka to mission mein chunchke mil ke kaam karna padta hai, is liye ikhtilafat bilkul fitri hain.</w:t>
      </w:r>
    </w:p>
    <w:p>
      <w:pPr>
        <w:jc w:val="right"/>
      </w:pPr>
      <w:r>
        <w:t>یہی جہاں تک تعلق ہے مشن، مشن کا تو مشن میں چونکہ مل کے کام کرنا پڑتا ہے، اس لیے اختلافات بالکل فطری ہیں۔</w:t>
      </w:r>
    </w:p>
    <w:p>
      <w:r>
        <w:rPr>
          <w:b/>
        </w:rPr>
        <w:t xml:space="preserve">[29:06] </w:t>
      </w:r>
      <w:r>
        <w:t>to ikhtilaf to hoga, lekin aap ikhtilaf ko</w:t>
      </w:r>
    </w:p>
    <w:p>
      <w:pPr>
        <w:jc w:val="right"/>
      </w:pPr>
      <w:r>
        <w:t>تو اختلاف تو ہوگا، لیکن آپ اختلاف کو</w:t>
      </w:r>
    </w:p>
    <w:p>
      <w:r>
        <w:rPr>
          <w:b/>
        </w:rPr>
        <w:t xml:space="preserve">[29:17] </w:t>
      </w:r>
      <w:r>
        <w:t>intellectual development ka zariya banayen.</w:t>
      </w:r>
    </w:p>
    <w:p>
      <w:pPr>
        <w:jc w:val="right"/>
      </w:pPr>
      <w:r>
        <w:t>انٹلیکچول ڈیویلپمنٹ کا ذریعہ بنائیں۔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