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with CPS Ulema September 26, 2020 Maulana Wahiduddin Khan</w:t>
      </w:r>
    </w:p>
    <w:p>
      <w:r>
        <w:t>https://www.youtube.com/watch?v=bLd4ZKlFvWY</w:t>
      </w:r>
    </w:p>
    <w:p>
      <w:r>
        <w:rPr>
          <w:b/>
        </w:rPr>
        <w:t xml:space="preserve">[00:13] </w:t>
      </w:r>
      <w:r>
        <w:t>bismillah hir rehman nir rahim.</w:t>
      </w:r>
    </w:p>
    <w:p>
      <w:pPr>
        <w:jc w:val="right"/>
      </w:pPr>
      <w:r>
        <w:t>بسم اللہ الرحمن الرحیم۔</w:t>
      </w:r>
    </w:p>
    <w:p>
      <w:r>
        <w:rPr>
          <w:b/>
        </w:rPr>
        <w:t xml:space="preserve">[00:18] </w:t>
      </w:r>
      <w:r>
        <w:t>26 sitar, 26 sitambar 2020.</w:t>
      </w:r>
    </w:p>
    <w:p>
      <w:pPr>
        <w:jc w:val="right"/>
      </w:pPr>
      <w:r>
        <w:t>26 سطر، 26 ستمبر 2020۔</w:t>
      </w:r>
    </w:p>
    <w:p>
      <w:r>
        <w:rPr>
          <w:b/>
        </w:rPr>
        <w:t xml:space="preserve">[00:29] </w:t>
      </w:r>
      <w:r>
        <w:t>quran fahmi ke liye logon ne mukhtalif qism ki baatein likhi hain, mislan shair nazool, nazal quran waghera.</w:t>
      </w:r>
    </w:p>
    <w:p>
      <w:pPr>
        <w:jc w:val="right"/>
      </w:pPr>
      <w:r>
        <w:t>قرآن فہمی کے لیے لوگوں نے مختلف قسم کی باتیں لکھی ہیں، مثلاً شاعر نزول، نزل قرآن وغیرہ۔</w:t>
      </w:r>
    </w:p>
    <w:p>
      <w:r>
        <w:rPr>
          <w:b/>
        </w:rPr>
        <w:t xml:space="preserve">[00:47] </w:t>
      </w:r>
      <w:r>
        <w:t>lekin bas bachta hoon ke</w:t>
      </w:r>
    </w:p>
    <w:p>
      <w:pPr>
        <w:jc w:val="right"/>
      </w:pPr>
      <w:r>
        <w:t>لیکن بس بچتا ہوں کہ</w:t>
      </w:r>
    </w:p>
    <w:p>
      <w:r>
        <w:rPr>
          <w:b/>
        </w:rPr>
        <w:t xml:space="preserve">[00:51] </w:t>
      </w:r>
      <w:r>
        <w:t>quran fahmi ke liye sab se zaroori cheez hai quran ko,</w:t>
      </w:r>
    </w:p>
    <w:p>
      <w:pPr>
        <w:jc w:val="right"/>
      </w:pPr>
      <w:r>
        <w:t>قرآن فہمی کے لیے سب سے ضروری چیز ہے قرآن کو،</w:t>
      </w:r>
    </w:p>
    <w:p>
      <w:r>
        <w:rPr>
          <w:b/>
        </w:rPr>
        <w:t xml:space="preserve">[01:03] </w:t>
      </w:r>
      <w:r>
        <w:t>quran ke usloob ko daryaft karna. quran ka usloob aam kitabon se bohat mukhtalif hai.</w:t>
      </w:r>
    </w:p>
    <w:p>
      <w:pPr>
        <w:jc w:val="right"/>
      </w:pPr>
      <w:r>
        <w:t>قرآن کے اسلوب کو دریافت کرنا۔ قرآن کا اسلوب عام کتابوں سے بہت مختلف ہے۔</w:t>
      </w:r>
    </w:p>
    <w:p>
      <w:r>
        <w:rPr>
          <w:b/>
        </w:rPr>
        <w:t xml:space="preserve">[01:15] </w:t>
      </w:r>
      <w:r>
        <w:t>yani agar aap chahte hain quran ko samajhna to quran ke usloob ko samajh len,</w:t>
      </w:r>
    </w:p>
    <w:p>
      <w:pPr>
        <w:jc w:val="right"/>
      </w:pPr>
      <w:r>
        <w:t>یعنی اگر آپ چاہتے ہیں قرآن کو سمجھنا تو قرآن کے اسلوب کو سمجھ لیں،</w:t>
      </w:r>
    </w:p>
    <w:p>
      <w:r>
        <w:rPr>
          <w:b/>
        </w:rPr>
        <w:t xml:space="preserve">[01:24] </w:t>
      </w:r>
      <w:r>
        <w:t>yeh bohat zaroori hai.</w:t>
      </w:r>
    </w:p>
    <w:p>
      <w:pPr>
        <w:jc w:val="right"/>
      </w:pPr>
      <w:r>
        <w:t>یہ بہت ضروری ہے۔</w:t>
      </w:r>
    </w:p>
    <w:p>
      <w:r>
        <w:rPr>
          <w:b/>
        </w:rPr>
        <w:t xml:space="preserve">[01:30] </w:t>
      </w:r>
      <w:r>
        <w:t>misalan dekhiye, alhamdulillah rabbil alameen, yeh kya hai? yeh bande ki zuban se discovery ka kalma hai.</w:t>
      </w:r>
    </w:p>
    <w:p>
      <w:pPr>
        <w:jc w:val="right"/>
      </w:pPr>
      <w:r>
        <w:t>مثلاً دیکھیے، الحمدللہ رب العالمین، یہ کیا ہے؟ یہ بندے کی زبان سے ڈسکوری کا کلمہ ہے۔</w:t>
      </w:r>
    </w:p>
    <w:p>
      <w:r>
        <w:rPr>
          <w:b/>
        </w:rPr>
        <w:t xml:space="preserve">[01:46] </w:t>
      </w:r>
      <w:r>
        <w:t>ya aap kehte hain ke alhamdulillah rabbil alameen</w:t>
      </w:r>
    </w:p>
    <w:p>
      <w:pPr>
        <w:jc w:val="right"/>
      </w:pPr>
      <w:r>
        <w:t>یا آپ کہتے ہیں کہ الحمدللہ رب العالمین</w:t>
      </w:r>
    </w:p>
    <w:p>
      <w:r>
        <w:rPr>
          <w:b/>
        </w:rPr>
        <w:t xml:space="preserve">[01:50] </w:t>
      </w:r>
      <w:r>
        <w:t>to aap apni discovery ko batate hain. agar bator discovery aap ne is haqeeqat ko daryaft kiya ho to aap is ko sahih tor par samajh nahi sakte.</w:t>
      </w:r>
    </w:p>
    <w:p>
      <w:pPr>
        <w:jc w:val="right"/>
      </w:pPr>
      <w:r>
        <w:t>تو آپ اپنی ڈسکوری کو بتاتے ہیں۔ اگر بطور ڈسکوری آپ نے اس حقیقت کو دریافت کیا ہو تو آپ اس کو صحیح طور پر سمجھ نہیں سکتے۔</w:t>
      </w:r>
    </w:p>
    <w:p>
      <w:r>
        <w:rPr>
          <w:b/>
        </w:rPr>
        <w:t xml:space="preserve">[02:15] </w:t>
      </w:r>
      <w:r>
        <w:t>beh-haal, aaj ki nishist is liye hai ke aap log apne apne sawalat ko bataen</w:t>
      </w:r>
    </w:p>
    <w:p>
      <w:pPr>
        <w:jc w:val="right"/>
      </w:pPr>
      <w:r>
        <w:t>بہرحال، آج کی نشست اس لیے ہے کہ آپ لوگ اپنے اپنے سوالات کو بتائیں</w:t>
      </w:r>
    </w:p>
    <w:p>
      <w:r>
        <w:rPr>
          <w:b/>
        </w:rPr>
        <w:t xml:space="preserve">[02:32] </w:t>
      </w:r>
      <w:r>
        <w:t>aur mashaa Allah apni khwaab ke mutabiq wazahat karen ge.</w:t>
      </w:r>
    </w:p>
    <w:p>
      <w:pPr>
        <w:jc w:val="right"/>
      </w:pPr>
      <w:r>
        <w:t>اور ماشاءاللہ اپنی خواب کے مطابق وضاحت کریں گے۔</w:t>
      </w:r>
    </w:p>
    <w:p>
      <w:r>
        <w:rPr>
          <w:b/>
        </w:rPr>
        <w:t xml:space="preserve">[02:49] </w:t>
      </w:r>
      <w:r>
        <w:t>ah Maulana, yeh Iqbal Umri sahib ka sawal hai, Umer Abad, Tamil Nadu se. Khuda ko apna goal ya hadaf banane ka matlab kya hai?</w:t>
      </w:r>
    </w:p>
    <w:p>
      <w:pPr>
        <w:jc w:val="right"/>
      </w:pPr>
      <w:r>
        <w:t>اہ مولانا، یہ اقبال عمری صاحب کا سوال ہے، عمر آباد، تمل ناڈو سے۔ خدا کو اپنا گول یا ہدف بنانے کا مطلب کیا ہے؟</w:t>
      </w:r>
    </w:p>
    <w:p>
      <w:r>
        <w:rPr>
          <w:b/>
        </w:rPr>
        <w:t xml:space="preserve">[02:59] </w:t>
      </w:r>
      <w:r>
        <w:t>phir se kaho? Khuda.</w:t>
      </w:r>
    </w:p>
    <w:p>
      <w:pPr>
        <w:jc w:val="right"/>
      </w:pPr>
      <w:r>
        <w:t>پھر سے کہو؟ خدا۔</w:t>
      </w:r>
    </w:p>
    <w:p>
      <w:r>
        <w:rPr>
          <w:b/>
        </w:rPr>
        <w:t xml:space="preserve">[03:04] </w:t>
      </w:r>
      <w:r>
        <w:t>Khuda ko. apna goal ya hadaf banane ka matlab kya hai?</w:t>
      </w:r>
    </w:p>
    <w:p>
      <w:pPr>
        <w:jc w:val="right"/>
      </w:pPr>
      <w:r>
        <w:t>خدا کو۔ اپنا گول یا ہدف بنانے کا مطلب کیا ہے؟</w:t>
      </w:r>
    </w:p>
    <w:p>
      <w:r>
        <w:rPr>
          <w:b/>
        </w:rPr>
        <w:t xml:space="preserve">[03:14] </w:t>
      </w:r>
      <w:r>
        <w:t>Khuda to sari kainat ka hadaf hai, kainat sari kainat ka center hai.</w:t>
      </w:r>
    </w:p>
    <w:p>
      <w:pPr>
        <w:jc w:val="right"/>
      </w:pPr>
      <w:r>
        <w:t>خدا تو ساری کائنات کا ہدف ہے، کائنات ساری کائنات کا سینٹر ہے۔</w:t>
      </w:r>
    </w:p>
    <w:p>
      <w:r>
        <w:rPr>
          <w:b/>
        </w:rPr>
        <w:t xml:space="preserve">[03:25] </w:t>
      </w:r>
      <w:r>
        <w:t>to yeh haqeeqat KhudaWandi ko samajhna hai, yeh koi alag cheez nahi hai. is ka matlab hai haqeeqat KhudaWandi ko samajhna.</w:t>
      </w:r>
    </w:p>
    <w:p>
      <w:pPr>
        <w:jc w:val="right"/>
      </w:pPr>
      <w:r>
        <w:t>تو یہ حقیقت خداوندی کو سمجھنا ہے، یہ کوئی الگ چیز نہیں ہے۔ اس کا مطلب ہے حقیقت خداوندی کو سمجھنا۔</w:t>
      </w:r>
    </w:p>
    <w:p>
      <w:r>
        <w:rPr>
          <w:b/>
        </w:rPr>
        <w:t xml:space="preserve">[03:42] </w:t>
      </w:r>
      <w:r>
        <w:t>Sufiya fana fillah ki baat karte hain aur hum Khuda ko apna concern banane ki baat karte hain. dono mein buniyadi farq kya hai?</w:t>
      </w:r>
    </w:p>
    <w:p>
      <w:pPr>
        <w:jc w:val="right"/>
      </w:pPr>
      <w:r>
        <w:t>صوفیاء فنا فی اللہ کی بات کرتے ہیں اور ہم خدا کو اپنا کنسرن بنانے کی بات کرتے ہیں۔ دونوں میں بنیادی فرق کیا ہے؟</w:t>
      </w:r>
    </w:p>
    <w:p>
      <w:r>
        <w:rPr>
          <w:b/>
        </w:rPr>
        <w:t xml:space="preserve">[03:54] </w:t>
      </w:r>
      <w:r>
        <w:t>dekhen, fana fillah ek bohat bara lafz hai</w:t>
      </w:r>
    </w:p>
    <w:p>
      <w:pPr>
        <w:jc w:val="right"/>
      </w:pPr>
      <w:r>
        <w:t>دیکھیں، فنا فی اللہ ایک بہت بڑا لفظ ہے</w:t>
      </w:r>
    </w:p>
    <w:p>
      <w:r>
        <w:rPr>
          <w:b/>
        </w:rPr>
        <w:t xml:space="preserve">[04:01] </w:t>
      </w:r>
      <w:r>
        <w:t>ke is ka wazeh tashreeh maujood nahi.</w:t>
      </w:r>
    </w:p>
    <w:p>
      <w:pPr>
        <w:jc w:val="right"/>
      </w:pPr>
      <w:r>
        <w:t>کہ اس کا واضح تشریح موجود نہیں۔</w:t>
      </w:r>
    </w:p>
    <w:p>
      <w:r>
        <w:rPr>
          <w:b/>
        </w:rPr>
        <w:t xml:space="preserve">[04:11] </w:t>
      </w:r>
      <w:r>
        <w:t>Qur'an ke mutabiq jo sahih baat hai woh yeh hai ke walana ashadd billah yaani hubb-e-shadeed jo hai Allah se woh matloob hai,</w:t>
      </w:r>
    </w:p>
    <w:p>
      <w:pPr>
        <w:jc w:val="right"/>
      </w:pPr>
      <w:r>
        <w:t>قرآن کے مطابق جو صحیح بات ہے وہ یہ ہے کہ ولنا اشد باللہ یعنی حب شدید جو ہے اللہ سے وہ مطلوب ہے،</w:t>
      </w:r>
    </w:p>
    <w:p>
      <w:r>
        <w:rPr>
          <w:b/>
        </w:rPr>
        <w:t xml:space="preserve">[04:28] </w:t>
      </w:r>
      <w:r>
        <w:t>fana fillah matloob nahi hai.</w:t>
      </w:r>
    </w:p>
    <w:p>
      <w:pPr>
        <w:jc w:val="right"/>
      </w:pPr>
      <w:r>
        <w:t>فنا فی اللہ مطلوب نہیں ہے۔</w:t>
      </w:r>
    </w:p>
    <w:p>
      <w:r>
        <w:rPr>
          <w:b/>
        </w:rPr>
        <w:t xml:space="preserve">[04:30] </w:t>
      </w:r>
      <w:r>
        <w:t>kyun ke ek cheez kahin Qur'an mein maujood hi nahi. Qur'an mein yeh kaha hi nahi ke Allah mein fana ho jao.</w:t>
      </w:r>
    </w:p>
    <w:p>
      <w:pPr>
        <w:jc w:val="right"/>
      </w:pPr>
      <w:r>
        <w:t>کیونکہ ایک چیز کہیں قرآن میں موجود ہی نہیں۔ قرآن میں یہ کہا ہی نہیں کہ اللہ میں فنا ہو جاؤ۔</w:t>
      </w:r>
    </w:p>
    <w:p>
      <w:r>
        <w:rPr>
          <w:b/>
        </w:rPr>
        <w:t xml:space="preserve">[04:42] </w:t>
      </w:r>
      <w:r>
        <w:t>Qur'an mein doosri taraf woh yeh keh</w:t>
      </w:r>
    </w:p>
    <w:p>
      <w:pPr>
        <w:jc w:val="right"/>
      </w:pPr>
      <w:r>
        <w:t>قرآن میں دوسری طرف وہ یہ کہ</w:t>
      </w:r>
    </w:p>
    <w:p>
      <w:r>
        <w:rPr>
          <w:b/>
        </w:rPr>
        <w:t xml:space="preserve">[04:48] </w:t>
      </w:r>
      <w:r>
        <w:t>Allah se, Allah ko is tarah is tarah discover karna, Allah ke ko is tarah discover karna ke woh tumhare liye hubb-e-shadeed ka</w:t>
      </w:r>
    </w:p>
    <w:p>
      <w:pPr>
        <w:jc w:val="right"/>
      </w:pPr>
      <w:r>
        <w:t>اللہ سے، اللہ کو اس طرح اس طرح ڈسکور کرنا، اللہ کے کو اس طرح ڈسکور کرنا کہ وہ تمہارے لیے حب شدید کا</w:t>
      </w:r>
    </w:p>
    <w:p>
      <w:r>
        <w:rPr>
          <w:b/>
        </w:rPr>
        <w:t xml:space="preserve">[05:07] </w:t>
      </w:r>
      <w:r>
        <w:t>zariya ban jaye.</w:t>
      </w:r>
    </w:p>
    <w:p>
      <w:pPr>
        <w:jc w:val="right"/>
      </w:pPr>
      <w:r>
        <w:t>ذریعہ بن جائے۔</w:t>
      </w:r>
    </w:p>
    <w:p>
      <w:r>
        <w:rPr>
          <w:b/>
        </w:rPr>
        <w:t xml:space="preserve">[05:15] </w:t>
      </w:r>
      <w:r>
        <w:t>Iqbal sahib ka ek aur sawal hai: Khuda par yaqeen aur izdiad-e-imaan, yeh dono alag alag marhale hain.</w:t>
      </w:r>
    </w:p>
    <w:p>
      <w:pPr>
        <w:jc w:val="right"/>
      </w:pPr>
      <w:r>
        <w:t>اقبال صاحب کا ایک اور سوال ہے: خدا پر یقین اور ازدیاد ایمان، یہ دونوں الگ الگ مرحلے ہیں۔</w:t>
      </w:r>
    </w:p>
    <w:p>
      <w:r>
        <w:rPr>
          <w:b/>
        </w:rPr>
        <w:t xml:space="preserve">[05:24] </w:t>
      </w:r>
      <w:r>
        <w:t>yaani pehle yaqeen paida hota hai, phir izdiad-e-yaqeen ka amal shuru hota hai. kya mera samajhna durust hai?</w:t>
      </w:r>
    </w:p>
    <w:p>
      <w:pPr>
        <w:jc w:val="right"/>
      </w:pPr>
      <w:r>
        <w:t>یعنی پہلے یقین پیدا ہوتا ہے، پھر ازدیاد یقین کا عمل شروع ہوتا ہے۔ کیا میرا سمجھنا درست ہے؟</w:t>
      </w:r>
    </w:p>
    <w:p>
      <w:r>
        <w:rPr>
          <w:b/>
        </w:rPr>
        <w:t xml:space="preserve">[05:33] </w:t>
      </w:r>
      <w:r>
        <w:t>nahi, durust hai, sahih hai.</w:t>
      </w:r>
    </w:p>
    <w:p>
      <w:pPr>
        <w:jc w:val="right"/>
      </w:pPr>
      <w:r>
        <w:t>نہیں، درست ہے، صحیح ہے۔</w:t>
      </w:r>
    </w:p>
    <w:p>
      <w:r>
        <w:rPr>
          <w:b/>
        </w:rPr>
        <w:t xml:space="preserve">[05:38] </w:t>
      </w:r>
      <w:r>
        <w:t>sab se pehle to aap ko wajood-e-KhudaWandi pe yaqeen paida hona chahiye. main ne is par bohat das socha hai.</w:t>
      </w:r>
    </w:p>
    <w:p>
      <w:pPr>
        <w:jc w:val="right"/>
      </w:pPr>
      <w:r>
        <w:t>سب سے پہلے تو آپ کو وجود خداوندی پہ یقین پیدا ہونا چاہیے۔ میں نے اس پر بہت دس سوچا ہے۔</w:t>
      </w:r>
    </w:p>
    <w:p>
      <w:r>
        <w:rPr>
          <w:b/>
        </w:rPr>
        <w:t xml:space="preserve">[05:51] </w:t>
      </w:r>
      <w:r>
        <w:t>aakhir mein jo baat meri sar gaai woh yeh hai ke main ne kaha</w:t>
      </w:r>
    </w:p>
    <w:p>
      <w:pPr>
        <w:jc w:val="right"/>
      </w:pPr>
      <w:r>
        <w:t>آخر میں جو بات میری سرگائی وہ یہ ہے کہ میں نے کہا</w:t>
      </w:r>
    </w:p>
    <w:p>
      <w:r>
        <w:rPr>
          <w:b/>
        </w:rPr>
        <w:t xml:space="preserve">[06:03] </w:t>
      </w:r>
      <w:r>
        <w:t>ke Allah par, Allah ko manna ajeeb hai, lekin Allah ko na manna is se bhi zyada ajeeb hai.</w:t>
      </w:r>
    </w:p>
    <w:p>
      <w:pPr>
        <w:jc w:val="right"/>
      </w:pPr>
      <w:r>
        <w:t>کہ اللہ پر، اللہ کو ماننا عجیب ہے، لیکن اللہ کو نہ ماننا اس سے بھی زیادہ عجیب ہے۔</w:t>
      </w:r>
    </w:p>
    <w:p>
      <w:r>
        <w:rPr>
          <w:b/>
        </w:rPr>
        <w:t xml:space="preserve">[06:16] </w:t>
      </w:r>
      <w:r>
        <w:t>is liye main jab Allah ko maanta hoon</w:t>
      </w:r>
    </w:p>
    <w:p>
      <w:pPr>
        <w:jc w:val="right"/>
      </w:pPr>
      <w:r>
        <w:t>اس لیے میں جب اللہ کو مانتا ہوں</w:t>
      </w:r>
    </w:p>
    <w:p>
      <w:r>
        <w:rPr>
          <w:b/>
        </w:rPr>
        <w:t xml:space="preserve">[06:21] </w:t>
      </w:r>
      <w:r>
        <w:t>to main zyada ajeeb ke muqable mein kam ajeeb ko tarjeeh deta hoon.</w:t>
      </w:r>
    </w:p>
    <w:p>
      <w:pPr>
        <w:jc w:val="right"/>
      </w:pPr>
      <w:r>
        <w:t>تو میں زیادہ عجیب کے مقابلے میں کم عجیب کو ترجیح دیتا ہوں۔</w:t>
      </w:r>
    </w:p>
    <w:p>
      <w:r>
        <w:rPr>
          <w:b/>
        </w:rPr>
        <w:t xml:space="preserve">[06:37] </w:t>
      </w:r>
      <w:r>
        <w:t>maulana abdul salam sahib ne apna aik tasur bheja hai. maine maulana ka aik video clip suna jis ka unwan tha "islam without spirit has no value".</w:t>
      </w:r>
    </w:p>
    <w:p>
      <w:pPr>
        <w:jc w:val="right"/>
      </w:pPr>
      <w:r>
        <w:t>مولانا عبدالسلام صاحب نے اپنا ایک تاثر بھیجا ہے۔ میں نے مولانا کا ایک ویڈیو کلپ سنا جس کا عنوان تھا "اسلام ودا آؤٹ اسپرٹ ہیز نو ویلیو"۔</w:t>
      </w:r>
    </w:p>
    <w:p>
      <w:r>
        <w:rPr>
          <w:b/>
        </w:rPr>
        <w:t xml:space="preserve">[06:50] </w:t>
      </w:r>
      <w:r>
        <w:t>is unwan ke tehat maulana ne "sabghatullah wa man ahsan min Allah"</w:t>
      </w:r>
    </w:p>
    <w:p>
      <w:pPr>
        <w:jc w:val="right"/>
      </w:pPr>
      <w:r>
        <w:t>اس عنوان کے تحت مولانا نے "صبغۃ اللہ ومن احسن من اللہ"</w:t>
      </w:r>
    </w:p>
    <w:p>
      <w:r>
        <w:rPr>
          <w:b/>
        </w:rPr>
        <w:t xml:space="preserve">[06:55] </w:t>
      </w:r>
      <w:r>
        <w:t>is ayat ki tashreeh ki hai. is ko maine aise samjha hai ke islam ki shanakht ke naam par ummat ne jis radius form ko pakde rakha, woh pani mein kankar ya pathar ki tarah hai jis mein deen alag aur us ki shakhsiyat alag hai.</w:t>
      </w:r>
    </w:p>
    <w:p>
      <w:pPr>
        <w:jc w:val="right"/>
      </w:pPr>
      <w:r>
        <w:t>اس آیت کی تشریح کی ہے۔ اس کو میں نے ایسے سمجھا ہے کہ اسلام کی شناخت کے نام پر امت نے جس ریڈیوس فارم کو پکڑے رکھا، وہ پانی میں کنکر یا پتھر کی طرح ہے جس میں دین الگ اور اس کی شخصیت الگ ہے۔</w:t>
      </w:r>
    </w:p>
    <w:p>
      <w:r>
        <w:rPr>
          <w:b/>
        </w:rPr>
        <w:t xml:space="preserve">[07:11] </w:t>
      </w:r>
      <w:r>
        <w:t>allah ka, allah ko jo deen jo matlab hai, woh pani mein color hai jis mein deen aur us ki shakhsiyat aik ho jati hai.</w:t>
      </w:r>
    </w:p>
    <w:p>
      <w:pPr>
        <w:jc w:val="right"/>
      </w:pPr>
      <w:r>
        <w:t>اللہ کا، اللہ کو جو دین جو مطلوب ہے، وہ پانی میں کلر ہے جس میں دین اور اس کی شخصیت ایک ہو جاتی ہے۔</w:t>
      </w:r>
    </w:p>
    <w:p>
      <w:r>
        <w:rPr>
          <w:b/>
        </w:rPr>
        <w:t xml:space="preserve">[07:21] </w:t>
      </w:r>
      <w:r>
        <w:t>maulana, aap ki yeh tashreeh meri fitrat ko lagi aur mujhe yeh tashreeh nabvi tashreeh lagi. is tashreeh se mere andar tajziya ki salahiyat paida hui, wisdom par mera zehan murtakiz ho gaya.</w:t>
      </w:r>
    </w:p>
    <w:p>
      <w:pPr>
        <w:jc w:val="right"/>
      </w:pPr>
      <w:r>
        <w:t>مولانا، آپ کی یہ تشریح میری فطرت کو لگی اور مجھے یہ تشریح نبوی تشریح لگی۔ اس تشریح سے میرے اندر تجزیہ کی صلاحیت پیدا ہوئی، وزڈم پر میرا ذہن مرتکز ہو گیا۔</w:t>
      </w:r>
    </w:p>
    <w:p>
      <w:r>
        <w:rPr>
          <w:b/>
        </w:rPr>
        <w:t xml:space="preserve">[07:34] </w:t>
      </w:r>
      <w:r>
        <w:t>maulana, aap ki in jaisi tashrihat se pehle main bhi deen ke zawal yafta radius form wali tashreeh</w:t>
      </w:r>
    </w:p>
    <w:p>
      <w:pPr>
        <w:jc w:val="right"/>
      </w:pPr>
      <w:r>
        <w:t>مولانا، آپ کی ان جیسی تشریحات سے پہلے میں بھی دین کے زوال یافتہ ریڈیوس فارم والی تشریح</w:t>
      </w:r>
    </w:p>
    <w:p>
      <w:r>
        <w:rPr>
          <w:b/>
        </w:rPr>
        <w:t xml:space="preserve">[07:42] </w:t>
      </w:r>
      <w:r>
        <w:t>yani fiqhi tashreeh mein phansa hua tha. maulana, mujhe aap na mile hue hote to main form bech deen ka ho kar halak ho gaya hota.</w:t>
      </w:r>
    </w:p>
    <w:p>
      <w:pPr>
        <w:jc w:val="right"/>
      </w:pPr>
      <w:r>
        <w:t>یعنی فقہی تشریح میں پھنسا ہوا تھا۔ مولانا، مجھے آپ نہ ملے ہوئے ہوتے تو میں فارم بیچ دین کا ہو کر ہلاک ہو گیا ہوتا۔</w:t>
      </w:r>
    </w:p>
    <w:p>
      <w:r>
        <w:rPr>
          <w:b/>
        </w:rPr>
        <w:t xml:space="preserve">[07:52] </w:t>
      </w:r>
      <w:r>
        <w:t>maulana abdul salam, umri, hyderabad</w:t>
      </w:r>
    </w:p>
    <w:p>
      <w:pPr>
        <w:jc w:val="right"/>
      </w:pPr>
      <w:r>
        <w:t>مولانا عبدالسلام، عمری، حیدرآباد</w:t>
      </w:r>
    </w:p>
    <w:p>
      <w:r>
        <w:rPr>
          <w:b/>
        </w:rPr>
        <w:t xml:space="preserve">[07:55] </w:t>
      </w:r>
      <w:r>
        <w:t>. main aap ke liye dua karta hoon, aap ko allah zyada se zyada</w:t>
      </w:r>
    </w:p>
    <w:p>
      <w:pPr>
        <w:jc w:val="right"/>
      </w:pPr>
      <w:r>
        <w:t>۔ میں آپ کے لیے دعا کرتا ہوں، آپ کو اللہ زیادہ سے زیادہ</w:t>
      </w:r>
    </w:p>
    <w:p>
      <w:r>
        <w:rPr>
          <w:b/>
        </w:rPr>
        <w:t xml:space="preserve">[08:04] </w:t>
      </w:r>
      <w:r>
        <w:t>allah wala banaye.</w:t>
      </w:r>
    </w:p>
    <w:p>
      <w:pPr>
        <w:jc w:val="right"/>
      </w:pPr>
      <w:r>
        <w:t>اللہ والا بنائے۔</w:t>
      </w:r>
    </w:p>
    <w:p>
      <w:r>
        <w:rPr>
          <w:b/>
        </w:rPr>
        <w:t xml:space="preserve">[08:11] </w:t>
      </w:r>
      <w:r>
        <w:t>khateeb asrar ul hasan, umri, chennai se likhte hain. un ka sawal hai: "what is right thinking? how we how we can adopt it?"</w:t>
      </w:r>
    </w:p>
    <w:p>
      <w:pPr>
        <w:jc w:val="right"/>
      </w:pPr>
      <w:r>
        <w:t>خطیب اسرار الحسن، عمری، چنئی سے لکھتے ہیں۔ ان کا سوال ہے: "واٹس رائٹ تھنکنگ؟ ہاؤ وی ہاؤ وی کین اڈاپٹ اٹ؟"</w:t>
      </w:r>
    </w:p>
    <w:p>
      <w:r>
        <w:rPr>
          <w:b/>
        </w:rPr>
        <w:t xml:space="preserve">[08:25] </w:t>
      </w:r>
      <w:r>
        <w:t>dekhen, right thinking kya hai?</w:t>
      </w:r>
    </w:p>
    <w:p>
      <w:pPr>
        <w:jc w:val="right"/>
      </w:pPr>
      <w:r>
        <w:t>دیکھیں، رائٹ تھنکنگ کیا ہے؟</w:t>
      </w:r>
    </w:p>
    <w:p>
      <w:r>
        <w:rPr>
          <w:b/>
        </w:rPr>
        <w:t xml:space="preserve">[08:30] </w:t>
      </w:r>
      <w:r>
        <w:t>haq, haqeeqat ka, integrity ka jo tasawwur allah rabb ul alameen ke mani mein hai, us ko daryaft karna. jo khaliq hai, us ki soch hi sahi soch ho sakti hai.</w:t>
      </w:r>
    </w:p>
    <w:p>
      <w:pPr>
        <w:jc w:val="right"/>
      </w:pPr>
      <w:r>
        <w:t>حق، حقیقت کا، انٹیگریٹی کا جو تصور اللہ رب العالمین کے معنی میں ہے، اس کو دریافت کرنا۔ جو خالق ہے، اس کی سوچ ہی صحیح سوچ ہو سکتی ہے۔</w:t>
      </w:r>
    </w:p>
    <w:p>
      <w:r>
        <w:rPr>
          <w:b/>
        </w:rPr>
        <w:t xml:space="preserve">[08:48] </w:t>
      </w:r>
      <w:r>
        <w:t>to khaliq wali soch ko daryaft karna aur us par yaqeen lana</w:t>
      </w:r>
    </w:p>
    <w:p>
      <w:pPr>
        <w:jc w:val="right"/>
      </w:pPr>
      <w:r>
        <w:t>تو خالق والی سوچ کو دریافت کرنا اور اس پر یقین لانا</w:t>
      </w:r>
    </w:p>
    <w:p>
      <w:r>
        <w:rPr>
          <w:b/>
        </w:rPr>
        <w:t xml:space="preserve">[08:55] </w:t>
      </w:r>
      <w:r>
        <w:t>yahi right thinking hai.</w:t>
      </w:r>
    </w:p>
    <w:p>
      <w:pPr>
        <w:jc w:val="right"/>
      </w:pPr>
      <w:r>
        <w:t>یہی رائٹ تھنکنگ ہے۔</w:t>
      </w:r>
    </w:p>
    <w:p>
      <w:r>
        <w:rPr>
          <w:b/>
        </w:rPr>
        <w:t xml:space="preserve">[09:03] </w:t>
      </w:r>
      <w:r>
        <w:t>doctor rajat malhotra ka sawal hai: "maulana, surah hud mein yeh surah hud se yeh baat samajh mein aati hai ke hum ko dawat ke mamle mein tilt forward nahi, hum dawat ke mamle mein tilt forward nahi kar sakte hain.</w:t>
      </w:r>
    </w:p>
    <w:p>
      <w:pPr>
        <w:jc w:val="right"/>
      </w:pPr>
      <w:r>
        <w:t>ڈاکٹر رجت ملوثرا کا سوال ہے: "مولانا، سورہ ہود میں یہ سورہ ہود سے یہ بات سمجھ میں آتی ہے کہ ہم کو دعوت کے معاملے میں ٹلٹ افورڈ نہیں، ہم دعوت کے معاملے میں ٹلٹ افورڈ نہیں کر سکتے ہیں۔</w:t>
      </w:r>
    </w:p>
    <w:p>
      <w:r>
        <w:rPr>
          <w:b/>
        </w:rPr>
        <w:t xml:space="preserve">[09:18] </w:t>
      </w:r>
      <w:r>
        <w:t>is ko wazeh kar dijiye ke tilt mein kya kya aata hai?"</w:t>
      </w:r>
    </w:p>
    <w:p>
      <w:pPr>
        <w:jc w:val="right"/>
      </w:pPr>
      <w:r>
        <w:t>اس کو واضح کر دیجئے کہ ٹلٹ میں کیا کیا آتا ہے؟"</w:t>
      </w:r>
    </w:p>
    <w:p>
      <w:r>
        <w:rPr>
          <w:b/>
        </w:rPr>
        <w:t xml:space="preserve">[09:27] </w:t>
      </w:r>
      <w:r>
        <w:t>tilt. wa la tarkunu ila allazeena zalamoo. achha hai. rukoon.</w:t>
      </w:r>
    </w:p>
    <w:p>
      <w:pPr>
        <w:jc w:val="right"/>
      </w:pPr>
      <w:r>
        <w:t>ٹلٹ۔ ولا تركنوا الا الذین ظلموا۔ اچھا ہے۔ رکون۔</w:t>
      </w:r>
    </w:p>
    <w:p>
      <w:r>
        <w:rPr>
          <w:b/>
        </w:rPr>
        <w:t xml:space="preserve">[09:33] </w:t>
      </w:r>
      <w:r>
        <w:t>achha hai.</w:t>
      </w:r>
    </w:p>
    <w:p>
      <w:pPr>
        <w:jc w:val="right"/>
      </w:pPr>
      <w:r>
        <w:t>اچھا ہے۔</w:t>
      </w:r>
    </w:p>
    <w:p>
      <w:r>
        <w:rPr>
          <w:b/>
        </w:rPr>
        <w:t xml:space="preserve">[09:37] </w:t>
      </w:r>
      <w:r>
        <w:t>zalimon se murad woh log hain jo</w:t>
      </w:r>
    </w:p>
    <w:p>
      <w:pPr>
        <w:jc w:val="right"/>
      </w:pPr>
      <w:r>
        <w:t>ظلموں سے مراد وہ لوگ ہیں جو</w:t>
      </w:r>
    </w:p>
    <w:p>
      <w:r>
        <w:rPr>
          <w:b/>
        </w:rPr>
        <w:t xml:space="preserve">[09:48] </w:t>
      </w:r>
      <w:r>
        <w:t>jo allah ki soch se hat gaye.</w:t>
      </w:r>
    </w:p>
    <w:p>
      <w:pPr>
        <w:jc w:val="right"/>
      </w:pPr>
      <w:r>
        <w:t>جو اللہ کی سوچ سے ہٹ گئے۔</w:t>
      </w:r>
    </w:p>
    <w:p>
      <w:r>
        <w:rPr>
          <w:b/>
        </w:rPr>
        <w:t xml:space="preserve">[09:57] </w:t>
      </w:r>
      <w:r>
        <w:t>zalim woh log hain jo allah wali soch se hataye, hate hue hain.</w:t>
      </w:r>
    </w:p>
    <w:p>
      <w:pPr>
        <w:jc w:val="right"/>
      </w:pPr>
      <w:r>
        <w:t>ظالم وہ لوگ ہیں جو اللہ والی سوچ سے ہٹائے، ہٹے ہوئے ہیں۔</w:t>
      </w:r>
    </w:p>
    <w:p>
      <w:r>
        <w:rPr>
          <w:b/>
        </w:rPr>
        <w:t xml:space="preserve">[10:06] </w:t>
      </w:r>
      <w:r>
        <w:t>to tilt yahi hai ke is soch se hat jayen.</w:t>
      </w:r>
    </w:p>
    <w:p>
      <w:pPr>
        <w:jc w:val="right"/>
      </w:pPr>
      <w:r>
        <w:t>تو ٹلٹ یہی ہے کہ اس سوچ سے ہٹ جائیں۔</w:t>
      </w:r>
    </w:p>
    <w:p>
      <w:r>
        <w:rPr>
          <w:b/>
        </w:rPr>
        <w:t xml:space="preserve">[10:15] </w:t>
      </w:r>
      <w:r>
        <w:t>misal ke taur par dekhen, tareekh mein aik tabqa bohat dinon tak yeh mashhoor raha, is is mein</w:t>
      </w:r>
    </w:p>
    <w:p>
      <w:pPr>
        <w:jc w:val="right"/>
      </w:pPr>
      <w:r>
        <w:t>مثلاً دیکھیں، تاریخ میں ایک طبقہ بہت دنوں تک یہ مشہور رہا، اس اس میں</w:t>
      </w:r>
    </w:p>
    <w:p>
      <w:r>
        <w:rPr>
          <w:b/>
        </w:rPr>
        <w:t xml:space="preserve">[10:28] </w:t>
      </w:r>
      <w:r>
        <w:t>ke woh</w:t>
      </w:r>
    </w:p>
    <w:p>
      <w:pPr>
        <w:jc w:val="right"/>
      </w:pPr>
      <w:r>
        <w:t>کہ وہ</w:t>
      </w:r>
    </w:p>
    <w:p>
      <w:r>
        <w:rPr>
          <w:b/>
        </w:rPr>
        <w:t xml:space="preserve">[10:35] </w:t>
      </w:r>
      <w:r>
        <w:t>allah ki zaat kya hai, zaat-e-khudawandi</w:t>
      </w:r>
    </w:p>
    <w:p>
      <w:pPr>
        <w:jc w:val="right"/>
      </w:pPr>
      <w:r>
        <w:t>اللہ کی ذات کیا ہے، ذات خداوندی</w:t>
      </w:r>
    </w:p>
    <w:p>
      <w:r>
        <w:rPr>
          <w:b/>
        </w:rPr>
        <w:t xml:space="preserve">[10:43] </w:t>
      </w:r>
      <w:r>
        <w:t>mein</w:t>
      </w:r>
    </w:p>
    <w:p>
      <w:pPr>
        <w:jc w:val="right"/>
      </w:pPr>
      <w:r>
        <w:t>میں</w:t>
      </w:r>
    </w:p>
    <w:p>
      <w:r>
        <w:rPr>
          <w:b/>
        </w:rPr>
        <w:t xml:space="preserve">[10:47] </w:t>
      </w:r>
      <w:r>
        <w:t>ko daryaft karna.</w:t>
      </w:r>
    </w:p>
    <w:p>
      <w:pPr>
        <w:jc w:val="right"/>
      </w:pPr>
      <w:r>
        <w:t>کو دریافت کرنا۔</w:t>
      </w:r>
    </w:p>
    <w:p>
      <w:r>
        <w:rPr>
          <w:b/>
        </w:rPr>
        <w:t xml:space="preserve">[10:52] </w:t>
      </w:r>
      <w:r>
        <w:t>mein chahta hoon ke allah ke wajood ko hum</w:t>
      </w:r>
    </w:p>
    <w:p>
      <w:pPr>
        <w:jc w:val="right"/>
      </w:pPr>
      <w:r>
        <w:t>میں چاہتا ہوں کہ اللہ کے وجود کو ہم</w:t>
      </w:r>
    </w:p>
    <w:p>
      <w:r>
        <w:rPr>
          <w:b/>
        </w:rPr>
        <w:t xml:space="preserve">[11:00] </w:t>
      </w:r>
      <w:r>
        <w:t>is tarah nahi jaan sakte jis tarah se</w:t>
      </w:r>
    </w:p>
    <w:p>
      <w:pPr>
        <w:jc w:val="right"/>
      </w:pPr>
      <w:r>
        <w:t>اس طرح نہیں جان سکتے جس طرح سے</w:t>
      </w:r>
    </w:p>
    <w:p>
      <w:r>
        <w:rPr>
          <w:b/>
        </w:rPr>
        <w:t xml:space="preserve">[11:07] </w:t>
      </w:r>
      <w:r>
        <w:t>sheefa, sheefa ne bator-e-khud jaana. mislan ek soofi kaar ne kaha ke "ra'ayat rabbi,</w:t>
      </w:r>
    </w:p>
    <w:p>
      <w:pPr>
        <w:jc w:val="right"/>
      </w:pPr>
      <w:r>
        <w:t>شیفہ، شیفہ نے بطور خود جانا۔ مثلاً ایک صوفی کار نے کہا کہ "رعایت ربی،</w:t>
      </w:r>
    </w:p>
    <w:p>
      <w:r>
        <w:rPr>
          <w:b/>
        </w:rPr>
        <w:t xml:space="preserve">[11:22] </w:t>
      </w:r>
      <w:r>
        <w:t>ra'ayat rabbi, kashaf bilamart". yeh bilkul</w:t>
      </w:r>
    </w:p>
    <w:p>
      <w:pPr>
        <w:jc w:val="right"/>
      </w:pPr>
      <w:r>
        <w:t>رعایت ربی، کشاب بالامرت"۔ یہ بالکل</w:t>
      </w:r>
    </w:p>
    <w:p>
      <w:r>
        <w:rPr>
          <w:b/>
        </w:rPr>
        <w:t xml:space="preserve">[11:32] </w:t>
      </w:r>
      <w:r>
        <w:t>ghalat baat hai.</w:t>
      </w:r>
    </w:p>
    <w:p>
      <w:pPr>
        <w:jc w:val="right"/>
      </w:pPr>
      <w:r>
        <w:t>غلط بات ہے۔</w:t>
      </w:r>
    </w:p>
    <w:p>
      <w:r>
        <w:rPr>
          <w:b/>
        </w:rPr>
        <w:t xml:space="preserve">[11:38] </w:t>
      </w:r>
      <w:r>
        <w:t>aap allah ko insaan ke roop mein nahi jaan sakte. insaan ko aap</w:t>
      </w:r>
    </w:p>
    <w:p>
      <w:pPr>
        <w:jc w:val="right"/>
      </w:pPr>
      <w:r>
        <w:t>آپ اللہ کو انسان کے روپ میں نہیں جان سکتے۔ انسان کو آپ</w:t>
      </w:r>
    </w:p>
    <w:p>
      <w:r>
        <w:rPr>
          <w:b/>
        </w:rPr>
        <w:t xml:space="preserve">[11:54] </w:t>
      </w:r>
      <w:r>
        <w:t>ek aisi hasti ke roop mein jaan sakte hain jo makhsus tasawwur se mawara hai.</w:t>
      </w:r>
    </w:p>
    <w:p>
      <w:pPr>
        <w:jc w:val="right"/>
      </w:pPr>
      <w:r>
        <w:t>ایک ایسی ہستی کے روپ میں جان سکتے ہیں جو مشخص تصور سے ماوراء ہے۔</w:t>
      </w:r>
    </w:p>
    <w:p>
      <w:r>
        <w:rPr>
          <w:b/>
        </w:rPr>
        <w:t xml:space="preserve">[12:05] </w:t>
      </w:r>
      <w:r>
        <w:t>maulana, yeh question doctor naghma siddiqui sahiba ki taraf se hai: "what does it mean to present islam as it is?</w:t>
      </w:r>
    </w:p>
    <w:p>
      <w:pPr>
        <w:jc w:val="right"/>
      </w:pPr>
      <w:r>
        <w:t>مولانا، یہ کوئسچن ڈاکٹر نغمہ صدیقی صاحبہ کی طرف سے ہے: "واٹ ڈز اٹ مین ٹو پریزنٹ اسلام ایز اٹ از؟</w:t>
      </w:r>
    </w:p>
    <w:p>
      <w:r>
        <w:rPr>
          <w:b/>
        </w:rPr>
        <w:t xml:space="preserve">[12:15] </w:t>
      </w:r>
      <w:r>
        <w:t>and through well wishing?</w:t>
      </w:r>
    </w:p>
    <w:p>
      <w:pPr>
        <w:jc w:val="right"/>
      </w:pPr>
      <w:r>
        <w:t>اینڈ تھرو ویل وشنگ؟</w:t>
      </w:r>
    </w:p>
    <w:p>
      <w:r>
        <w:rPr>
          <w:b/>
        </w:rPr>
        <w:t xml:space="preserve">[12:19] </w:t>
      </w:r>
      <w:r>
        <w:t>" easy cheez.</w:t>
      </w:r>
    </w:p>
    <w:p>
      <w:pPr>
        <w:jc w:val="right"/>
      </w:pPr>
      <w:r>
        <w:t>" ایزی چیز۔</w:t>
      </w:r>
    </w:p>
    <w:p>
      <w:r>
        <w:rPr>
          <w:b/>
        </w:rPr>
        <w:t xml:space="preserve">[12:24] </w:t>
      </w:r>
      <w:r>
        <w:t>yaani kisi</w:t>
      </w:r>
    </w:p>
    <w:p>
      <w:pPr>
        <w:jc w:val="right"/>
      </w:pPr>
      <w:r>
        <w:t>یعنی کسی</w:t>
      </w:r>
    </w:p>
    <w:p>
      <w:r>
        <w:rPr>
          <w:b/>
        </w:rPr>
        <w:t xml:space="preserve">[12:30] </w:t>
      </w:r>
      <w:r>
        <w:t>is condition se pak ho kar.</w:t>
      </w:r>
    </w:p>
    <w:p>
      <w:pPr>
        <w:jc w:val="right"/>
      </w:pPr>
      <w:r>
        <w:t>اس کنڈیشن سے پاک ہو کر۔</w:t>
      </w:r>
    </w:p>
    <w:p>
      <w:r>
        <w:rPr>
          <w:b/>
        </w:rPr>
        <w:t xml:space="preserve">[12:37] </w:t>
      </w:r>
      <w:r>
        <w:t>kyunke sab se bara masla conditioning ka hota hai. aadmi ek mahaul mein jeeta hai, us mahaul se us ki condition hoti rehti hai.</w:t>
      </w:r>
    </w:p>
    <w:p>
      <w:pPr>
        <w:jc w:val="right"/>
      </w:pPr>
      <w:r>
        <w:t>کیونکہ سب سے بڑا مسئلہ کنڈیشننگ کا ہوتا ہے۔ آدمی ایک ماحول میں جیتا ہے، اس ماحول سے اس کی کنڈیشن ہوتی رہتی ہے۔</w:t>
      </w:r>
    </w:p>
    <w:p>
      <w:r>
        <w:rPr>
          <w:b/>
        </w:rPr>
        <w:t xml:space="preserve">[12:51] </w:t>
      </w:r>
      <w:r>
        <w:t>hazrat ibrahim ne jo nusrat tayyar ki thi,</w:t>
      </w:r>
    </w:p>
    <w:p>
      <w:pPr>
        <w:jc w:val="right"/>
      </w:pPr>
      <w:r>
        <w:t>حضرت ابراہیم نے جو نصرت تیار کی تھی،</w:t>
      </w:r>
    </w:p>
    <w:p>
      <w:r>
        <w:rPr>
          <w:b/>
        </w:rPr>
        <w:t xml:space="preserve">[12:56] </w:t>
      </w:r>
      <w:r>
        <w:t>sehra mein, woh isi liye thi ke har qism ki condition se pak afraad.</w:t>
      </w:r>
    </w:p>
    <w:p>
      <w:pPr>
        <w:jc w:val="right"/>
      </w:pPr>
      <w:r>
        <w:t>صحرا میں، وہ اسی لیے تھی کہ ہر قسم کی کنڈیشن سے پاک افراد۔</w:t>
      </w:r>
    </w:p>
    <w:p>
      <w:r>
        <w:rPr>
          <w:b/>
        </w:rPr>
        <w:t xml:space="preserve">[13:06] </w:t>
      </w:r>
      <w:r>
        <w:t>mein samajhta hoon ke</w:t>
      </w:r>
    </w:p>
    <w:p>
      <w:pPr>
        <w:jc w:val="right"/>
      </w:pPr>
      <w:r>
        <w:t>میں سمجھتا ہوں کہ</w:t>
      </w:r>
    </w:p>
    <w:p>
      <w:r>
        <w:rPr>
          <w:b/>
        </w:rPr>
        <w:t xml:space="preserve">[13:10] </w:t>
      </w:r>
      <w:r>
        <w:t>jo nasal tayyar hui thi, sara arab mein, woh ek model hai.</w:t>
      </w:r>
    </w:p>
    <w:p>
      <w:pPr>
        <w:jc w:val="right"/>
      </w:pPr>
      <w:r>
        <w:t>جو نسل تیار ہوئی تھی، سارا عرب میں، وہ ایک ماڈل ہے۔</w:t>
      </w:r>
    </w:p>
    <w:p>
      <w:r>
        <w:rPr>
          <w:b/>
        </w:rPr>
        <w:t xml:space="preserve">[13:20] </w:t>
      </w:r>
      <w:r>
        <w:t>isi ko zyada se zyada samjhiye</w:t>
      </w:r>
    </w:p>
    <w:p>
      <w:pPr>
        <w:jc w:val="right"/>
      </w:pPr>
      <w:r>
        <w:t>اسی کو زیادہ سے زیادہ سمجھیے</w:t>
      </w:r>
    </w:p>
    <w:p>
      <w:r>
        <w:rPr>
          <w:b/>
        </w:rPr>
        <w:t xml:space="preserve">[13:25] </w:t>
      </w:r>
      <w:r>
        <w:t>kyunke wahi model hai.</w:t>
      </w:r>
    </w:p>
    <w:p>
      <w:pPr>
        <w:jc w:val="right"/>
      </w:pPr>
      <w:r>
        <w:t>کیونکہ وہی ماڈل ہے۔</w:t>
      </w:r>
    </w:p>
    <w:p>
      <w:r>
        <w:rPr>
          <w:b/>
        </w:rPr>
        <w:t xml:space="preserve">[13:29] </w:t>
      </w:r>
      <w:r>
        <w:t>aur well wishing ka kya matlab hai?</w:t>
      </w:r>
    </w:p>
    <w:p>
      <w:pPr>
        <w:jc w:val="right"/>
      </w:pPr>
      <w:r>
        <w:t>اور ویل وشنگ کا کیا مطلب ہے؟</w:t>
      </w:r>
    </w:p>
    <w:p>
      <w:r>
        <w:rPr>
          <w:b/>
        </w:rPr>
        <w:t xml:space="preserve">[13:34] </w:t>
      </w:r>
      <w:r>
        <w:t>well wishing ki dekhen, insaan hum rehte hain insaanon ke darmiyan. jab bar bar kuch na kuch ikhtilafat paida hote hain to is se aadmi digdag ho jata hai.</w:t>
      </w:r>
    </w:p>
    <w:p>
      <w:pPr>
        <w:jc w:val="right"/>
      </w:pPr>
      <w:r>
        <w:t>ویل وشنگ کی دیکھیں، انسان ہم رہتے ہیں انسانوں کے درمیان۔ جب بار بار کچھ نہ کچھ اختلافات پیدا ہوتے ہیں تو اس سے آدمی ڈگڈگ ہو جاتا ہے۔</w:t>
      </w:r>
    </w:p>
    <w:p>
      <w:r>
        <w:rPr>
          <w:b/>
        </w:rPr>
        <w:t xml:space="preserve">[13:52] </w:t>
      </w:r>
      <w:r>
        <w:t>aap apne ko uthayen, itna uthayen ke har insaan aap ko yaksaan dikhai de. kisi insaan se aap ko shikayat na rahe.</w:t>
      </w:r>
    </w:p>
    <w:p>
      <w:pPr>
        <w:jc w:val="right"/>
      </w:pPr>
      <w:r>
        <w:t>آپ اپنے کو اٹھائیں، اتنا اٹھائیں کہ ہر انسان آپ کو یکساں دکھائی دے۔ کسی انسان سے آپ کو شکایت نہ رہے۔</w:t>
      </w:r>
    </w:p>
    <w:p>
      <w:r>
        <w:rPr>
          <w:b/>
        </w:rPr>
        <w:t xml:space="preserve">[14:09] </w:t>
      </w:r>
      <w:r>
        <w:t>yahi hai mere khayal se.</w:t>
      </w:r>
    </w:p>
    <w:p>
      <w:pPr>
        <w:jc w:val="right"/>
      </w:pPr>
      <w:r>
        <w:t>یہی ہے میرے خیال سے۔</w:t>
      </w:r>
    </w:p>
    <w:p>
      <w:r>
        <w:rPr>
          <w:b/>
        </w:rPr>
        <w:t xml:space="preserve">[14:17] </w:t>
      </w:r>
      <w:r>
        <w:t>miz istati mulathra ka sawal hai: "maulana, quran ka sab se bara message kya hai?"</w:t>
      </w:r>
    </w:p>
    <w:p>
      <w:pPr>
        <w:jc w:val="right"/>
      </w:pPr>
      <w:r>
        <w:t>میز استطیع ملوثرا کا سوال ہے: "مولانا، قرآن کا سب سے بڑا میسج کیا ہے؟"</w:t>
      </w:r>
    </w:p>
    <w:p>
      <w:r>
        <w:rPr>
          <w:b/>
        </w:rPr>
        <w:t xml:space="preserve">[14:26] </w:t>
      </w:r>
      <w:r>
        <w:t>main to samajhta hoon ke sab bara message yeh hai ke walzain aamanu ashad billah allah ki daryaft aap ko zyada se zyada ho jaye ke allah se aap se mohabbat ka talluq paida ho jaye.</w:t>
      </w:r>
    </w:p>
    <w:p>
      <w:pPr>
        <w:jc w:val="right"/>
      </w:pPr>
      <w:r>
        <w:t>میں تو سمجھتا ہوں کہ سب بڑا میسج یہ ہے کہ والذین آمنوا اشد باللہ اللہ کی دریافت آپ کو زیادہ سے زیادہ ہو جائے کہ اللہ سے آپ سے محبت کا تعلق پیدا ہو جائے۔</w:t>
      </w:r>
    </w:p>
    <w:p>
      <w:r>
        <w:rPr>
          <w:b/>
        </w:rPr>
        <w:t xml:space="preserve">[14:49] </w:t>
      </w:r>
      <w:r>
        <w:t>misalan dekhen, aap dunya mein jeete hain to</w:t>
      </w:r>
    </w:p>
    <w:p>
      <w:pPr>
        <w:jc w:val="right"/>
      </w:pPr>
      <w:r>
        <w:t>مثلاً دیکھیں، آپ دنیا میں جیتے ہیں تو</w:t>
      </w:r>
    </w:p>
    <w:p>
      <w:r>
        <w:rPr>
          <w:b/>
        </w:rPr>
        <w:t xml:space="preserve">[14:57] </w:t>
      </w:r>
      <w:r>
        <w:t>kaha jata hai ke</w:t>
      </w:r>
    </w:p>
    <w:p>
      <w:pPr>
        <w:jc w:val="right"/>
      </w:pPr>
      <w:r>
        <w:t>کہا جاتا ہے کہ</w:t>
      </w:r>
    </w:p>
    <w:p>
      <w:r>
        <w:rPr>
          <w:b/>
        </w:rPr>
        <w:t xml:space="preserve">[15:01] </w:t>
      </w:r>
      <w:r>
        <w:t>yeh dunya</w:t>
      </w:r>
    </w:p>
    <w:p>
      <w:pPr>
        <w:jc w:val="right"/>
      </w:pPr>
      <w:r>
        <w:t>یہ دنیا</w:t>
      </w:r>
    </w:p>
    <w:p>
      <w:r>
        <w:rPr>
          <w:b/>
        </w:rPr>
        <w:t xml:space="preserve">[15:06] </w:t>
      </w:r>
      <w:r>
        <w:t>kiska baith dunya hai. to aap bataiye ke insan alag bana, dunya alag bani.</w:t>
      </w:r>
    </w:p>
    <w:p>
      <w:pPr>
        <w:jc w:val="right"/>
      </w:pPr>
      <w:r>
        <w:t>کس کا بیٹھ دنیا ہے۔ تو آپ بتائیے کہ انسان الگ بنا، دنیا الگ بنی۔</w:t>
      </w:r>
    </w:p>
    <w:p>
      <w:r>
        <w:rPr>
          <w:b/>
        </w:rPr>
        <w:t xml:space="preserve">[15:16] </w:t>
      </w:r>
      <w:r>
        <w:t>kaise khuda ne jana ke insan ko aisi dunya matloob hai aur us se kis ne bari dunya banai?</w:t>
      </w:r>
    </w:p>
    <w:p>
      <w:pPr>
        <w:jc w:val="right"/>
      </w:pPr>
      <w:r>
        <w:t>کیسے خدا نے جانا کہ انسان کو ایسی دنیا مطلوب ہے اور اس سے کس نے بڑی دنیا بنائی؟</w:t>
      </w:r>
    </w:p>
    <w:p>
      <w:r>
        <w:rPr>
          <w:b/>
        </w:rPr>
        <w:t xml:space="preserve">[15:27] </w:t>
      </w:r>
      <w:r>
        <w:t>is haqeeqat ko aap zyada se zyada daryaft karen, itni zyada allah se mohabbat paida hogi.</w:t>
      </w:r>
    </w:p>
    <w:p>
      <w:pPr>
        <w:jc w:val="right"/>
      </w:pPr>
      <w:r>
        <w:t>اس حقیقت کو آپ زیادہ سے زیادہ دریافت کریں، اتنی زیادہ اللہ سے محبت پیدا ہوگی۔</w:t>
      </w:r>
    </w:p>
    <w:p>
      <w:r>
        <w:rPr>
          <w:b/>
        </w:rPr>
        <w:t xml:space="preserve">[15:41] </w:t>
      </w:r>
      <w:r>
        <w:t>un ka ek aur sawal hai: "how can we connect with god?" main samajhta hoon ke allah ki nematton ko sochna.</w:t>
      </w:r>
    </w:p>
    <w:p>
      <w:pPr>
        <w:jc w:val="right"/>
      </w:pPr>
      <w:r>
        <w:t>ان کا ایک اور سوال ہے: "ہاؤ کین وی کنیکٹ ود گاڈ؟" میں سمجھتا ہوں کہ اللہ کی نعمتوں کو سوچنا۔</w:t>
      </w:r>
    </w:p>
    <w:p>
      <w:r>
        <w:rPr>
          <w:b/>
        </w:rPr>
        <w:t xml:space="preserve">[15:52] </w:t>
      </w:r>
      <w:r>
        <w:t>misalan jab main subah uthta hoon to foran yeh sochta hoon ke kaise aisa hua ke main raat ko soya, subah ko uth gaya.</w:t>
      </w:r>
    </w:p>
    <w:p>
      <w:pPr>
        <w:jc w:val="right"/>
      </w:pPr>
      <w:r>
        <w:t>مثلاً جب میں صبح اٹھتا ہوں تو فوراً یہ سوچتا ہوں کہ کیسے ایسا ہوا کہ میں رات کو سویا، صبح کو اٹھ گیا۔</w:t>
      </w:r>
    </w:p>
    <w:p>
      <w:r>
        <w:rPr>
          <w:b/>
        </w:rPr>
        <w:t xml:space="preserve">[16:03] </w:t>
      </w:r>
      <w:r>
        <w:t>kaisa aisa hai ke jo kuch maine kal sham ko khaya tha, meri body ka hissa ban gaya.</w:t>
      </w:r>
    </w:p>
    <w:p>
      <w:pPr>
        <w:jc w:val="right"/>
      </w:pPr>
      <w:r>
        <w:t>کیسا ایسا ہے کہ جو کچھ میں نے کل شام کو کھایا تھا، میری باڈی کا حصہ بن گیا۔</w:t>
      </w:r>
    </w:p>
    <w:p>
      <w:r>
        <w:rPr>
          <w:b/>
        </w:rPr>
        <w:t xml:space="preserve">[16:12] </w:t>
      </w:r>
      <w:r>
        <w:t>yani is tarah ki hazaron baaten hain. to jitna zyada aap sochenge, is ko itna zyada aap ko allah se talluq paida hoga.</w:t>
      </w:r>
    </w:p>
    <w:p>
      <w:pPr>
        <w:jc w:val="right"/>
      </w:pPr>
      <w:r>
        <w:t>یعنی اس طرح کی ہزاروں باتیں ہیں۔ تو جتنا زیادہ آپ سوچیں گے، اس کو اتنا زیادہ آپ کو اللہ سے تعلق پیدا ہوگا۔</w:t>
      </w:r>
    </w:p>
    <w:p>
      <w:r>
        <w:rPr>
          <w:b/>
        </w:rPr>
        <w:t xml:space="preserve">[16:25] </w:t>
      </w:r>
      <w:r>
        <w:t>behtareen formula main samajhta hoon ke woh hai jo ek angrez shayar ne jo kaha tha:</w:t>
      </w:r>
    </w:p>
    <w:p>
      <w:pPr>
        <w:jc w:val="right"/>
      </w:pPr>
      <w:r>
        <w:t>بہترین فارمولا میں سمجھتا ہوں کہ وہ ہے جو ایک انگریز شاعر نے جو کہا تھا:</w:t>
      </w:r>
    </w:p>
    <w:p>
      <w:r>
        <w:rPr>
          <w:b/>
        </w:rPr>
        <w:t xml:space="preserve">[16:36] </w:t>
      </w:r>
      <w:r>
        <w:t>"his very art is art can't be whatever mystery, its transfer mystery." yeh bohat hi ajeeb baat hai ke kal aap ne khana khaya, pani piya, wahan hi badal ke hissa ban gaya.</w:t>
      </w:r>
    </w:p>
    <w:p>
      <w:pPr>
        <w:jc w:val="right"/>
      </w:pPr>
      <w:r>
        <w:t>"ہز ویری آرٹ ایز آرٹ کیٹ بی واٹ ایور مسٹری، اٹس ٹرانسفر مسٹری۔" یہ بہت ہی عجیب بات ہے کہ کل آپ نے کھانا کھایا، پانی پیا، وہاں ہی بدل کے حصہ بن گیا۔</w:t>
      </w:r>
    </w:p>
    <w:p>
      <w:r>
        <w:rPr>
          <w:b/>
        </w:rPr>
        <w:t xml:space="preserve">[16:52] </w:t>
      </w:r>
      <w:r>
        <w:t>to kaisi ajeeb baat hai ke jitna zyada aap sochenge, allah ki is jagah se itna zyada aap ko talluq paida hoga.</w:t>
      </w:r>
    </w:p>
    <w:p>
      <w:pPr>
        <w:jc w:val="right"/>
      </w:pPr>
      <w:r>
        <w:t>تو کیسی عجیب بات ہے کہ جتنا زیادہ آپ سوچیں گے، اللہ کی اس جگہ سے اتنا زیادہ آپ کو تعلق پیدا ہوگا۔</w:t>
      </w:r>
    </w:p>
    <w:p>
      <w:r>
        <w:rPr>
          <w:b/>
        </w:rPr>
        <w:t xml:space="preserve">[17:06] </w:t>
      </w:r>
      <w:r>
        <w:t>maulana yaqoob umri sahib sawal karte hain nai dilli se: "maulana, how to identify distraction to get focused on our goal?"</w:t>
      </w:r>
    </w:p>
    <w:p>
      <w:pPr>
        <w:jc w:val="right"/>
      </w:pPr>
      <w:r>
        <w:t>مولانا یعقوب عمری صاحب سوال کرتے ہیں نئی دہلی سے: "مولانا، ہاؤ ٹو آئیڈینٹیفائی ڈسٹریکشن ٹو گیٹ فوکسڈ ان اور گول؟"</w:t>
      </w:r>
    </w:p>
    <w:p>
      <w:r>
        <w:rPr>
          <w:b/>
        </w:rPr>
        <w:t xml:space="preserve">[17:23] </w:t>
      </w:r>
      <w:r>
        <w:t>distraction dekhen, misalan walzain aamanu ashad billah iman wale bohat zyada allah se mohabbat wale hote hain.</w:t>
      </w:r>
    </w:p>
    <w:p>
      <w:pPr>
        <w:jc w:val="right"/>
      </w:pPr>
      <w:r>
        <w:t>ڈسٹریکشن دیکھیں، مثلاً والذین آمنوا اشد باللہ ایمان والے بہت زیادہ اللہ سے محبت والے ہوتے ہیں۔</w:t>
      </w:r>
    </w:p>
    <w:p>
      <w:r>
        <w:rPr>
          <w:b/>
        </w:rPr>
        <w:t xml:space="preserve">[17:37] </w:t>
      </w:r>
      <w:r>
        <w:t>to koi aisi cheez jo aap ke is aqeeday ko disturb kare, yeh galat hai.</w:t>
      </w:r>
    </w:p>
    <w:p>
      <w:pPr>
        <w:jc w:val="right"/>
      </w:pPr>
      <w:r>
        <w:t>تو کوئی ایسی چیز جو آپ کے اس عقیدے کو ڈسٹرب کرے، یہ غلط ہے۔</w:t>
      </w:r>
    </w:p>
    <w:p>
      <w:r>
        <w:rPr>
          <w:b/>
        </w:rPr>
        <w:t xml:space="preserve">[17:48] </w:t>
      </w:r>
      <w:r>
        <w:t>misalan jo cheezen aap ko mil rahi hain, suraj, hawa, pani, to is mein aap kisi aur ka istemal len. to distraction yeh sab kuch barah e rast allah ki taraf se supply ho raha hai.</w:t>
      </w:r>
    </w:p>
    <w:p>
      <w:pPr>
        <w:jc w:val="right"/>
      </w:pPr>
      <w:r>
        <w:t>مثلاً جو چیزیں آپ کو مل رہی ہیں، سورج، ہوا، پانی، تو اس میں آپ کسی اور کا استعمال لیں۔ تو ڈسٹریکشن یہ سب کچھ براہ راست اللہ کی طرف سے سپلائی ہو رہا ہے۔</w:t>
      </w:r>
    </w:p>
    <w:p>
      <w:r>
        <w:rPr>
          <w:b/>
        </w:rPr>
        <w:t xml:space="preserve">[18:16] </w:t>
      </w:r>
      <w:r>
        <w:t>maulana, ek waqia hai jo be haqi waghera ne riwayat kiya hai: samia umar r.a. rajulan yaqool laula an al-yawm yawm jumu'ah la kharajtu fa qala lahu ukhruj fa inna al-jumu'ah la tahbisu 'an safar</w:t>
      </w:r>
    </w:p>
    <w:p>
      <w:pPr>
        <w:jc w:val="right"/>
      </w:pPr>
      <w:r>
        <w:t>مولانا، ایک واقعہ ہے جو بے حقی وغیرہ نے روایت کیا ہے: سمیع عمر رضی اللہ عنہ رجلا یقول لولا ان اليوم یوم جمعت لخرجت فقال له اخرج فان الجمعہ لا تحبس عن سفر</w:t>
      </w:r>
    </w:p>
    <w:p>
      <w:r>
        <w:rPr>
          <w:b/>
        </w:rPr>
        <w:t xml:space="preserve">[18:40] </w:t>
      </w:r>
      <w:r>
        <w:t>umar r.a. ne ek admi ko yeh kehte hue suna ke agar aaj ka din juma ka din nahi hota to main safar ke liye nikalta. to umar ne un se kaha ke safar ke liye niklo kyunke juma safar se nahi rokta hai.</w:t>
      </w:r>
    </w:p>
    <w:p>
      <w:pPr>
        <w:jc w:val="right"/>
      </w:pPr>
      <w:r>
        <w:t>عمر رضی اللہ عنہ نے ایک آدمی کو یہ کہتے ہوئے سنا کہ اگر آج کا دن جمعہ کا دن نہیں ہوتا تو میں سفر کے لیے نکلتا۔ تو عمر نے ان سے کہا کہ سفر کے لیے نکلو کیونکہ جمعہ سفر سے نہیں روکتا ہے۔</w:t>
      </w:r>
    </w:p>
    <w:p>
      <w:r>
        <w:rPr>
          <w:b/>
        </w:rPr>
        <w:t xml:space="preserve">[18:55] </w:t>
      </w:r>
      <w:r>
        <w:t>to is ko agar hum tausee ma'ni mein aaj ke aitbar se len to yeh kya yeh kaha ja sakta hai ke aap science, technology waghera ki taleem hasil karo, secular taleem hasil karo kyunke islam science aur technology se nahi rokta hai?</w:t>
      </w:r>
    </w:p>
    <w:p>
      <w:pPr>
        <w:jc w:val="right"/>
      </w:pPr>
      <w:r>
        <w:t>تو اس کو اگر ہم توسیع معنی میں آج کے اعتبار سے لیں تو یہ کیا یہ کہا جا سکتا ہے کہ آپ سائنس، ٹیکنالوجی وغیرہ کی تعلیم حاصل کرو، سیکولر تعلیم حاصل کرو کیونکہ اسلام سائنس اور ٹیکنالوجی سے نہیں روکتا ہے؟</w:t>
      </w:r>
    </w:p>
    <w:p>
      <w:r>
        <w:rPr>
          <w:b/>
        </w:rPr>
        <w:t xml:space="preserve">[19:14] </w:t>
      </w:r>
      <w:r>
        <w:t>achha. kya aisa kehna sahi hai? haan, main to samajhta hoon ke sahi hai.</w:t>
      </w:r>
    </w:p>
    <w:p>
      <w:pPr>
        <w:jc w:val="right"/>
      </w:pPr>
      <w:r>
        <w:t>اچھا۔ کیا ایسا کہنا صحیح ہے؟ ہاں، میں تو سمجھتا ہوں کہ صحیح ہے۔</w:t>
      </w:r>
    </w:p>
    <w:p>
      <w:r>
        <w:rPr>
          <w:b/>
        </w:rPr>
        <w:t xml:space="preserve">[19:27] </w:t>
      </w:r>
      <w:r>
        <w:t>takra jaye koi takra jaye to allah ki sifat ka izhar hai.</w:t>
      </w:r>
    </w:p>
    <w:p>
      <w:pPr>
        <w:jc w:val="right"/>
      </w:pPr>
      <w:r>
        <w:t>ٹکرا جائے کوئی ٹکرا جائے تو اللہ کی صفات کا اظہار ہے۔</w:t>
      </w:r>
    </w:p>
    <w:p>
      <w:r>
        <w:rPr>
          <w:b/>
        </w:rPr>
        <w:t xml:space="preserve">[19:39] </w:t>
      </w:r>
      <w:r>
        <w:t>maulana, aap jo kehte hain ke technology ya science hai, yeh Allah taala ki sifaat ka izhaar hai lekin aksariyat jo ulama ki hai, woh is ko nahi manti hai.</w:t>
      </w:r>
    </w:p>
    <w:p>
      <w:pPr>
        <w:jc w:val="right"/>
      </w:pPr>
      <w:r>
        <w:t>مولانا، آپ جو کہتے ہیں کہ ٹیکنالوجی یا سائنس ہے، یہ اللہ تعالی کی صفات کا اظہار ہے لیکن اکثریت جو علماء کی ہے، وہ اس کو نہیں مانتی ہے۔</w:t>
      </w:r>
    </w:p>
    <w:p>
      <w:r>
        <w:rPr>
          <w:b/>
        </w:rPr>
        <w:t xml:space="preserve">[19:51] </w:t>
      </w:r>
      <w:r>
        <w:t>woh kehte hain ke is se aadmi deen se door ho jata hai. toh hum kaise samjhein ke yeh Allah taala ki sifaat ka izhaar hai?</w:t>
      </w:r>
    </w:p>
    <w:p>
      <w:pPr>
        <w:jc w:val="right"/>
      </w:pPr>
      <w:r>
        <w:t>وہ کہتے ہیں کہ اس سے آدمی دین سے دور ہو جاتا ہے۔ تو ہم کیسے سمجھیں کہ یہ اللہ تعالی کی صفات کا اظہار ہے؟</w:t>
      </w:r>
    </w:p>
    <w:p>
      <w:r>
        <w:rPr>
          <w:b/>
        </w:rPr>
        <w:t xml:space="preserve">[20:01] </w:t>
      </w:r>
      <w:r>
        <w:t>yeh toh khud Quran se saabit hai. sari cheezein Khuda ki takhleeq hain. yeh toh Quran saabit hai.</w:t>
      </w:r>
    </w:p>
    <w:p>
      <w:pPr>
        <w:jc w:val="right"/>
      </w:pPr>
      <w:r>
        <w:t>یہ تو خود قرآن سے ثابت ہے۔ ساری چیزیں خدا کی تخلیق ہیں۔ یہ تو قرآن ثابت ہے۔</w:t>
      </w:r>
    </w:p>
    <w:p>
      <w:r>
        <w:rPr>
          <w:b/>
        </w:rPr>
        <w:t xml:space="preserve">[20:11] </w:t>
      </w:r>
      <w:r>
        <w:t>khalq asmaa, koi lafz jo</w:t>
      </w:r>
    </w:p>
    <w:p>
      <w:pPr>
        <w:jc w:val="right"/>
      </w:pPr>
      <w:r>
        <w:t>خلق اسماء، کوئی لفظ جو</w:t>
      </w:r>
    </w:p>
    <w:p>
      <w:r>
        <w:rPr>
          <w:b/>
        </w:rPr>
        <w:t xml:space="preserve">[20:17] </w:t>
      </w:r>
      <w:r>
        <w:t>cheez Allah ki takhleeq ho, us mein mashgool hona. isi tarah technology hai. toh door kaise karenge?</w:t>
      </w:r>
    </w:p>
    <w:p>
      <w:pPr>
        <w:jc w:val="right"/>
      </w:pPr>
      <w:r>
        <w:t>چیز اللہ کی تخلیق ہو، اس میں مشغول ہونا۔ اسی طرح ٹیکنالوجی ہے۔ تو دور کیسے کریں گے؟</w:t>
      </w:r>
    </w:p>
    <w:p>
      <w:r>
        <w:rPr>
          <w:b/>
        </w:rPr>
        <w:t xml:space="preserve">[20:33] </w:t>
      </w:r>
      <w:r>
        <w:t>maulana abdul basit umri sahib ka sawal hai gulbergah se: "maulana, shikayati zehan se bachne ka aasan formula kya hai?"</w:t>
      </w:r>
    </w:p>
    <w:p>
      <w:pPr>
        <w:jc w:val="right"/>
      </w:pPr>
      <w:r>
        <w:t>مولانا عبدالباسط عمری صاحب کا سوال ہے گلبرگہ سے: "مولانا، شکایتی ذہن سے بچنے کا آسان فارمولا کیا ہے؟"</w:t>
      </w:r>
    </w:p>
    <w:p>
      <w:r>
        <w:rPr>
          <w:b/>
        </w:rPr>
        <w:t xml:space="preserve">[20:46] </w:t>
      </w:r>
      <w:r>
        <w:t>har insaan ko aap apna samajh jaayen, apna bhai samajh jaayen.</w:t>
      </w:r>
    </w:p>
    <w:p>
      <w:pPr>
        <w:jc w:val="right"/>
      </w:pPr>
      <w:r>
        <w:t>ہر انسان کو آپ اپنا سمجھ جائیں، اپنا بھائی سمجھ جائیں۔</w:t>
      </w:r>
    </w:p>
    <w:p>
      <w:r>
        <w:rPr>
          <w:b/>
        </w:rPr>
        <w:t xml:space="preserve">[20:54] </w:t>
      </w:r>
      <w:r>
        <w:t>yeh yeh apne ko tatoliye ke kya aap usey samajhte hain, nahi samajhte hain. toh istighfar kijiye.</w:t>
      </w:r>
    </w:p>
    <w:p>
      <w:pPr>
        <w:jc w:val="right"/>
      </w:pPr>
      <w:r>
        <w:t>یہ یہ اپنے کو ٹٹولیے کہ کیا آپ اسے سمجھتے ہیں، نہیں سمجھتے ہیں۔ تو استغفار کیجئے۔</w:t>
      </w:r>
    </w:p>
    <w:p>
      <w:r>
        <w:rPr>
          <w:b/>
        </w:rPr>
        <w:t xml:space="preserve">[21:04] </w:t>
      </w:r>
      <w:r>
        <w:t>har insaan aap ko bhai hai.</w:t>
      </w:r>
    </w:p>
    <w:p>
      <w:pPr>
        <w:jc w:val="right"/>
      </w:pPr>
      <w:r>
        <w:t>ہر انسان آپ کو بھائی ہے۔</w:t>
      </w:r>
    </w:p>
    <w:p>
      <w:r>
        <w:rPr>
          <w:b/>
        </w:rPr>
        <w:t xml:space="preserve">[21:09] </w:t>
      </w:r>
      <w:r>
        <w:t>har zabaan nahi, main keh raha hoon, har insaan keh raha hoon.</w:t>
      </w:r>
    </w:p>
    <w:p>
      <w:pPr>
        <w:jc w:val="right"/>
      </w:pPr>
      <w:r>
        <w:t>ہر زبان نہیں، میں کہہ رہا ہوں، ہر انسان کہہ رہا ہوں۔</w:t>
      </w:r>
    </w:p>
    <w:p>
      <w:r>
        <w:rPr>
          <w:b/>
        </w:rPr>
        <w:t xml:space="preserve">[21:18] </w:t>
      </w:r>
      <w:r>
        <w:t>yeh jo hum kuch logon ka apna dushman samajh lete hain, yeh bilkul galat hai. koi galat dushman nahi hai.</w:t>
      </w:r>
    </w:p>
    <w:p>
      <w:pPr>
        <w:jc w:val="right"/>
      </w:pPr>
      <w:r>
        <w:t>یہ جو ہم کچھ لوگوں کا اپنا دشمن سمجھ لیتے ہیں، یہ بالکل غلط ہے۔ کوئی غلط دشمن نہیں ہے۔</w:t>
      </w:r>
    </w:p>
    <w:p>
      <w:r>
        <w:rPr>
          <w:b/>
        </w:rPr>
        <w:t xml:space="preserve">[21:33] </w:t>
      </w:r>
      <w:r>
        <w:t>har insaan insaan hai. har insaan aap ka bhai hai.</w:t>
      </w:r>
    </w:p>
    <w:p>
      <w:pPr>
        <w:jc w:val="right"/>
      </w:pPr>
      <w:r>
        <w:t>ہر انسان انسان ہے۔ ہر انسان آپ کا بھائی ہے۔</w:t>
      </w:r>
    </w:p>
    <w:p>
      <w:r>
        <w:rPr>
          <w:b/>
        </w:rPr>
        <w:t xml:space="preserve">[21:44] </w:t>
      </w:r>
      <w:r>
        <w:t>bilal shafi sahib nai dilli se sawal karte hain: "hum apne dil ko kaise bada karein? kya dil ko bada karne aur Allah ke angle se cheezon ko dekhna hum maana hain?"</w:t>
      </w:r>
    </w:p>
    <w:p>
      <w:pPr>
        <w:jc w:val="right"/>
      </w:pPr>
      <w:r>
        <w:t>بلال شفیع صاحب نئی دہلی سے سوال کرتے ہیں: "ہم اپنے دل کو کیسے بڑا کریں؟ کیا دل کو بڑا کرنے اور اللہ کے اینگل سے چیزوں کو دیکھنا ہم مانا ہیں؟"</w:t>
      </w:r>
    </w:p>
    <w:p>
      <w:r>
        <w:rPr>
          <w:b/>
        </w:rPr>
        <w:t xml:space="preserve">[22:05] </w:t>
      </w:r>
      <w:r>
        <w:t>haan, main toh samajhta hoon ke hum maaneinge.</w:t>
      </w:r>
    </w:p>
    <w:p>
      <w:pPr>
        <w:jc w:val="right"/>
      </w:pPr>
      <w:r>
        <w:t>ہاں، میں تو سمجھتا ہوں کہ ہم مانیں گے۔</w:t>
      </w:r>
    </w:p>
    <w:p>
      <w:r>
        <w:rPr>
          <w:b/>
        </w:rPr>
        <w:t xml:space="preserve">[22:17] </w:t>
      </w:r>
      <w:r>
        <w:t>ek doosre se taalluq hai.</w:t>
      </w:r>
    </w:p>
    <w:p>
      <w:pPr>
        <w:jc w:val="right"/>
      </w:pPr>
      <w:r>
        <w:t>ایک دوسرے سے تعلق ہے۔</w:t>
      </w:r>
    </w:p>
    <w:p>
      <w:r>
        <w:rPr>
          <w:b/>
        </w:rPr>
        <w:t xml:space="preserve">[22:28] </w:t>
      </w:r>
      <w:r>
        <w:t>dil ko bada karna kaise ho sakta hai?</w:t>
      </w:r>
    </w:p>
    <w:p>
      <w:pPr>
        <w:jc w:val="right"/>
      </w:pPr>
      <w:r>
        <w:t>دل کو بڑا کرنا کیسے ہو سکتا ہے؟</w:t>
      </w:r>
    </w:p>
    <w:p>
      <w:r>
        <w:rPr>
          <w:b/>
        </w:rPr>
        <w:t xml:space="preserve">[22:35] </w:t>
      </w:r>
      <w:r>
        <w:t>apna o ghair yeh taqseem khatam ho jaaye. koi ghair nahi hai. aap ka apna hai.</w:t>
      </w:r>
    </w:p>
    <w:p>
      <w:pPr>
        <w:jc w:val="right"/>
      </w:pPr>
      <w:r>
        <w:t>اپنا و غیر یہ تقسیم ختم ہو جائے۔ کوئی غیر نہیں ہے۔ آپ کا اپنا ہے۔</w:t>
      </w:r>
    </w:p>
    <w:p>
      <w:r>
        <w:rPr>
          <w:b/>
        </w:rPr>
        <w:t xml:space="preserve">[22:49] </w:t>
      </w:r>
      <w:r>
        <w:t>ghair qaum se bolte hain log. koi ghair qaum nahi.</w:t>
      </w:r>
    </w:p>
    <w:p>
      <w:pPr>
        <w:jc w:val="right"/>
      </w:pPr>
      <w:r>
        <w:t>غیر قوم سے بولتے ہیں لوگ۔ کوئی غیر قوم نہیں۔</w:t>
      </w:r>
    </w:p>
    <w:p>
      <w:r>
        <w:rPr>
          <w:b/>
        </w:rPr>
        <w:t xml:space="preserve">[22:58] </w:t>
      </w:r>
      <w:r>
        <w:t>agar aap ke dil mein ehsaas ho ke koi shakhs ghair qaum hai, us ko</w:t>
      </w:r>
    </w:p>
    <w:p>
      <w:pPr>
        <w:jc w:val="right"/>
      </w:pPr>
      <w:r>
        <w:t>اگر آپ کے دل میں احساس ہو کہ کوئی شخص غیر قوم ہے،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