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CPS Ulema September 12, 2020 Maulana Wahiduddin Khan</w:t>
      </w:r>
    </w:p>
    <w:p>
      <w:r>
        <w:t>https://www.youtube.com/watch?v=JOOC8q8aGFM</w:t>
      </w:r>
    </w:p>
    <w:p>
      <w:r>
        <w:rPr>
          <w:b/>
        </w:rPr>
        <w:t xml:space="preserve">[00:12] </w:t>
      </w:r>
      <w:r>
        <w:t>abhi hum ek. bismillah rahman rahim, pak khabar 2020. ji.</w:t>
      </w:r>
    </w:p>
    <w:p>
      <w:pPr>
        <w:jc w:val="right"/>
      </w:pPr>
      <w:r>
        <w:t>ابھی ہم ایک۔ بسم اللہ الرحمن الرحیم، پاک خبر 2020۔ جی۔</w:t>
      </w:r>
    </w:p>
    <w:p>
      <w:r>
        <w:rPr>
          <w:b/>
        </w:rPr>
        <w:t xml:space="preserve">[00:22] </w:t>
      </w:r>
      <w:r>
        <w:t>jo kehna hai aap, aap kahiye. abhi hum khwaja kaleemuddin sahib ke sawal se</w:t>
      </w:r>
    </w:p>
    <w:p>
      <w:pPr>
        <w:jc w:val="right"/>
      </w:pPr>
      <w:r>
        <w:t>جو کہنا ہے آپ، آپ کہیے۔ ابھی ہم خواجہ کلیم الدین صاحب کے سوال سے</w:t>
      </w:r>
    </w:p>
    <w:p>
      <w:r>
        <w:rPr>
          <w:b/>
        </w:rPr>
        <w:t xml:space="preserve">[00:31] </w:t>
      </w:r>
      <w:r>
        <w:t>shuru karenge aaj ki baat ko. woh likhte hain: "daur-e-hazir ke ulama jab kisi topic par lecture dete hain toh apne mukhatibeen ko kafi saari maloomat toh dete hain,</w:t>
      </w:r>
    </w:p>
    <w:p>
      <w:pPr>
        <w:jc w:val="right"/>
      </w:pPr>
      <w:r>
        <w:t>شروع کریں گے آج کی بات کو۔ وہ لکھتے ہیں: "دورِ حاضر کے علماء جب کسی ٹاپک پر لیکچر دیتے ہیں تو اپنے مخاطبین کو کافی ساری معلومات تو دیتے ہیں،</w:t>
      </w:r>
    </w:p>
    <w:p>
      <w:r>
        <w:rPr>
          <w:b/>
        </w:rPr>
        <w:t xml:space="preserve">[00:45] </w:t>
      </w:r>
      <w:r>
        <w:t>lekin woh apna koi stand nahi le paate.</w:t>
      </w:r>
    </w:p>
    <w:p>
      <w:pPr>
        <w:jc w:val="right"/>
      </w:pPr>
      <w:r>
        <w:t>لیکن وہ اپنا کوئی اسٹینڈ نہیں لے پاتے۔</w:t>
      </w:r>
    </w:p>
    <w:p>
      <w:r>
        <w:rPr>
          <w:b/>
        </w:rPr>
        <w:t xml:space="preserve">[00:48] </w:t>
      </w:r>
      <w:r>
        <w:t>yeh baat sirf aap ke lecture aur literature mein milti hai. is liye maulana, aap ki baat mein ek mudallal naseehat hoti hai, aur doosre ulama ke nazdeek sirf maloomat ka anbaar hota hai, koi naseehat nahi hoti.</w:t>
      </w:r>
    </w:p>
    <w:p>
      <w:pPr>
        <w:jc w:val="right"/>
      </w:pPr>
      <w:r>
        <w:t>یہ بات صرف آپ کے لیکچر اور لٹریچر میں ملتی ہے۔ اس لیے مولانا، آپ کی بات میں ایک مدلل نصیحت ہوتی ہے، اور دوسرے علماء کے نزدیک صرف معلومات کا انبار ہوتا ہے، کوئی نصیحت نہیں ہوتی۔</w:t>
      </w:r>
    </w:p>
    <w:p>
      <w:r>
        <w:rPr>
          <w:b/>
        </w:rPr>
        <w:t xml:space="preserve">[01:04] </w:t>
      </w:r>
      <w:r>
        <w:t>phir bhi log sirf maloomat ki taraf daudte hain, na ke naseehat ki taraf.</w:t>
      </w:r>
    </w:p>
    <w:p>
      <w:pPr>
        <w:jc w:val="right"/>
      </w:pPr>
      <w:r>
        <w:t>پھر بھی لوگ صرف معلومات کی طرف دوڑتے ہیں، نہ کہ نصیحت کی طرف۔</w:t>
      </w:r>
    </w:p>
    <w:p>
      <w:r>
        <w:rPr>
          <w:b/>
        </w:rPr>
        <w:t xml:space="preserve">[01:09] </w:t>
      </w:r>
      <w:r>
        <w:t>aisa kyun hai? kya insaan isi nafsiyat ko le kar paida hua hai ya is par mahaul ki conditioning ka asar hai? Maulana, kya is soorat-e-haal ko badla ja sakta hai?</w:t>
      </w:r>
    </w:p>
    <w:p>
      <w:pPr>
        <w:jc w:val="right"/>
      </w:pPr>
      <w:r>
        <w:t>ایسا کیوں ہے؟ کیا انسان اسی نفسیات کو لے کر پیدا ہوا ہے یا اس پر ماحول کی کنڈیشننگ کا اثر ہے؟ مولانا، کیا اس صورتِ حال کو بدلا جا سکتا ہے؟</w:t>
      </w:r>
    </w:p>
    <w:p>
      <w:r>
        <w:rPr>
          <w:b/>
        </w:rPr>
        <w:t xml:space="preserve">[01:22] </w:t>
      </w:r>
      <w:r>
        <w:t>agar haan, badla ja sakta hai to kis tarah badla ja sakta hai?</w:t>
      </w:r>
    </w:p>
    <w:p>
      <w:pPr>
        <w:jc w:val="right"/>
      </w:pPr>
      <w:r>
        <w:t>اگر ہاں، بدلا جا سکتا ہے تو کس طرح بدلا جا سکتا ہے؟</w:t>
      </w:r>
    </w:p>
    <w:p>
      <w:r>
        <w:rPr>
          <w:b/>
        </w:rPr>
        <w:t xml:space="preserve">[01:29] </w:t>
      </w:r>
      <w:r>
        <w:t>dekhiye, mera tajurba to yeh hai ke in ke paas maloomat nahi hoti, alfaaz hote hain, alfaaz, alfaaz. maloomat naam hai meaningful, koi meaningful baat karne ka.</w:t>
      </w:r>
    </w:p>
    <w:p>
      <w:pPr>
        <w:jc w:val="right"/>
      </w:pPr>
      <w:r>
        <w:t>دیکھیے، میرا تجربہ تو یہ ہے کہ ان کے پاس معلومات نہیں ہوتی، الفاظ ہوتے ہیں، الفاظ، الفاظ۔ معلومات نام ہے میننگ فل، کوئی میننگ فل بات کرنے کا۔</w:t>
      </w:r>
    </w:p>
    <w:p>
      <w:r>
        <w:rPr>
          <w:b/>
        </w:rPr>
        <w:t xml:space="preserve">[01:45] </w:t>
      </w:r>
      <w:r>
        <w:t>in ki baaton mein clarity nahi hoti, koi</w:t>
      </w:r>
    </w:p>
    <w:p>
      <w:pPr>
        <w:jc w:val="right"/>
      </w:pPr>
      <w:r>
        <w:t>ان کی باتوں میں کلیرٹی نہیں ہوتی، کوئی</w:t>
      </w:r>
    </w:p>
    <w:p>
      <w:r>
        <w:rPr>
          <w:b/>
        </w:rPr>
        <w:t xml:space="preserve">[01:48] </w:t>
      </w:r>
      <w:r>
        <w:t>koi baat nikalti nahi, to alfaaz bolte hain, alfaaz, alfaaz. samajh sakta hoon ke jo Iqbal ne kaha tha ke</w:t>
      </w:r>
    </w:p>
    <w:p>
      <w:pPr>
        <w:jc w:val="right"/>
      </w:pPr>
      <w:r>
        <w:t>کوئی بات نکلتی نہیں، تو الفاظ بولتے ہیں، الفاظ، الفاظ۔ سمجھ سکتا ہوں کہ جو اقبال نے کہا تھا کہ</w:t>
      </w:r>
    </w:p>
    <w:p>
      <w:r>
        <w:rPr>
          <w:b/>
        </w:rPr>
        <w:t xml:space="preserve">[02:03] </w:t>
      </w:r>
      <w:r>
        <w:t>faqih hai, shayar, qaro hai, lughat hai Hijazi ka, pata nahi unhon ne kis baare mein kaha tha, lekin main jab bhi kisi kisi ko bhi XYZ sunta hoon to mujhe sirf alfaaz milte hain,</w:t>
      </w:r>
    </w:p>
    <w:p>
      <w:pPr>
        <w:jc w:val="right"/>
      </w:pPr>
      <w:r>
        <w:t>فقیہ ہے، شاعر، قارو ہے، لغت ہے حجازی کا، پتہ نہیں انہوں نے کس بارے میں کہا تھا، لیکن میں جب بھی کسی کسی کو بھی ایکس وائی زیڈ سنتا ہوں تو مجھے صرف الفاظ ملتے ہیں،</w:t>
      </w:r>
    </w:p>
    <w:p>
      <w:r>
        <w:rPr>
          <w:b/>
        </w:rPr>
        <w:t xml:space="preserve">[02:21] </w:t>
      </w:r>
      <w:r>
        <w:t>koi ba-maani baat nahi milti, koi clarity nahi milti mujhe. to is ki wajah yeh hai ke woh sochte nahi hain, bas yun hi zindagi guzarte hain, aur jo bolna hota hai, bolne bolna shuru kar dete hain.</w:t>
      </w:r>
    </w:p>
    <w:p>
      <w:pPr>
        <w:jc w:val="right"/>
      </w:pPr>
      <w:r>
        <w:t>کوئی بامعنی بات نہیں ملتی، کوئی کلیرٹی نہیں ملتی مجھے۔ تو اس کی وجہ یہ ہے کہ وہ سوچتے نہیں ہیں، بس یوں ہی زندگی گزارتے ہیں، اور جو بولنا ہوتا ہے، بولنے بولنا شروع کر دیتے ہیں۔</w:t>
      </w:r>
    </w:p>
    <w:p>
      <w:r>
        <w:rPr>
          <w:b/>
        </w:rPr>
        <w:t xml:space="preserve">[02:44] </w:t>
      </w:r>
      <w:r>
        <w:t>bolna ek woh hota hai jo aadmi soch soch sochta ho.</w:t>
      </w:r>
    </w:p>
    <w:p>
      <w:pPr>
        <w:jc w:val="right"/>
      </w:pPr>
      <w:r>
        <w:t>بولنا ایک وہ ہوتا ہے جو آدمی سوچ سوچ سوچتا ہو۔</w:t>
      </w:r>
    </w:p>
    <w:p>
      <w:r>
        <w:rPr>
          <w:b/>
        </w:rPr>
        <w:t xml:space="preserve">[02:56] </w:t>
      </w:r>
      <w:r>
        <w:t>jab aap sochte hain tab aap kuch kuch keh paate hain, ya agar aap jab aap sochte nahi to aap ke paas kuch kehne ke liye baat nahi hoti.</w:t>
      </w:r>
    </w:p>
    <w:p>
      <w:pPr>
        <w:jc w:val="right"/>
      </w:pPr>
      <w:r>
        <w:t>جب آپ سوچتے ہیں تب آپ کچھ کچھ کہہ پاتے ہیں، یا اگر آپ جب آپ سوچتے نہیں تو آپ کے پاس کچھ کہنے کے لیے بات نہیں ہوتی۔</w:t>
      </w:r>
    </w:p>
    <w:p>
      <w:r>
        <w:rPr>
          <w:b/>
        </w:rPr>
        <w:t xml:space="preserve">[03:09] </w:t>
      </w:r>
      <w:r>
        <w:t>to alfaaz to delivery ho jaate hain, koi dohrate hain,</w:t>
      </w:r>
    </w:p>
    <w:p>
      <w:pPr>
        <w:jc w:val="right"/>
      </w:pPr>
      <w:r>
        <w:t>تو الفاظ تو ڈسلیوری ہو جاتے ہیں، کوئی دہراتے ہیں،</w:t>
      </w:r>
    </w:p>
    <w:p>
      <w:r>
        <w:rPr>
          <w:b/>
        </w:rPr>
        <w:t xml:space="preserve">[03:15] </w:t>
      </w:r>
      <w:r>
        <w:t>bas alfaaz, alfaaz, alfaaz.</w:t>
      </w:r>
    </w:p>
    <w:p>
      <w:pPr>
        <w:jc w:val="right"/>
      </w:pPr>
      <w:r>
        <w:t>بس الفاظ، الفاظ، الفاظ۔</w:t>
      </w:r>
    </w:p>
    <w:p>
      <w:r>
        <w:rPr>
          <w:b/>
        </w:rPr>
        <w:t xml:space="preserve">[03:21] </w:t>
      </w:r>
      <w:r>
        <w:t>Maulana, in ke is par in ka sawal jo tha ke Musalman jo hai woh naseehat ki baaton ki taraf nahi jaate hain, balke alfaaz ya yeh ke jo maloomat Khwaja Kaleemuddin sahib keh rahe hain, us ki taraf jaate hain, to is se kaise un ko naseehat ki taraf laya ja sakta hai?</w:t>
      </w:r>
    </w:p>
    <w:p>
      <w:pPr>
        <w:jc w:val="right"/>
      </w:pPr>
      <w:r>
        <w:t>مولانا، ان کے اس پر ان کا سوال جو تھا کہ مسلمان جو ہے وہ نصیحت کی باتوں کی طرف نہیں جاتے ہیں، بلکہ الفاظ یا یہ کہ جو معلومات خواجہ کلیم الدین صاحب کہہ رہے ہیں، اس کی طرف جاتے ہیں، تو اس سے کیسے ان کو نصیحت کی طرف لایا جا سکتا ہے؟</w:t>
      </w:r>
    </w:p>
    <w:p>
      <w:r>
        <w:rPr>
          <w:b/>
        </w:rPr>
        <w:t xml:space="preserve">[03:43] </w:t>
      </w:r>
      <w:r>
        <w:t>bhai, main to samajhta hoon ke yeh possible nahi raha. woh daur khatam ho gaya jab koi kahe aur koi sune.</w:t>
      </w:r>
    </w:p>
    <w:p>
      <w:pPr>
        <w:jc w:val="right"/>
      </w:pPr>
      <w:r>
        <w:t>بھئی، میں تو سمجھتا ہوں کہ یہ پاسیبل نہیں رہا۔ وہ دور ختم ہو گیا جب کوئی کہے اور کوئی سنے۔</w:t>
      </w:r>
    </w:p>
    <w:p>
      <w:r>
        <w:rPr>
          <w:b/>
        </w:rPr>
        <w:t xml:space="preserve">[03:53] </w:t>
      </w:r>
      <w:r>
        <w:t>ab logon ko khoob khaane peene ko mil raha hai, log</w:t>
      </w:r>
    </w:p>
    <w:p>
      <w:pPr>
        <w:jc w:val="right"/>
      </w:pPr>
      <w:r>
        <w:t>اب لوگوں کو خوب کھانے پینے کو مل رہا ہے، لوگ</w:t>
      </w:r>
    </w:p>
    <w:p>
      <w:r>
        <w:rPr>
          <w:b/>
        </w:rPr>
        <w:t xml:space="preserve">[04:02] </w:t>
      </w:r>
      <w:r>
        <w:t>kha pee ke mote ho rahe hain, kisi ko sochta nahi hai. woh daur hi khatam ho gaya jab aadmi sochta tha.</w:t>
      </w:r>
    </w:p>
    <w:p>
      <w:pPr>
        <w:jc w:val="right"/>
      </w:pPr>
      <w:r>
        <w:t>کھا پی کے موٹے ہو رہے ہیں، کسی کو سوچتا نہیں ہے۔ وہ دور ہی ختم ہو گیا جب آدمی سوچتا تھا۔</w:t>
      </w:r>
    </w:p>
    <w:p>
      <w:r>
        <w:rPr>
          <w:b/>
        </w:rPr>
        <w:t xml:space="preserve">[04:13] </w:t>
      </w:r>
      <w:r>
        <w:t>bara-e-ehsaas kijiye.</w:t>
      </w:r>
    </w:p>
    <w:p>
      <w:pPr>
        <w:jc w:val="right"/>
      </w:pPr>
      <w:r>
        <w:t>براہِ احساس کیجیے۔</w:t>
      </w:r>
    </w:p>
    <w:p>
      <w:r>
        <w:rPr>
          <w:b/>
        </w:rPr>
        <w:t xml:space="preserve">[04:19] </w:t>
      </w:r>
      <w:r>
        <w:t>Tariq Badar sahib likhte hain: "Doctor Taymur Rehman, Young Professor from Pakistan top university, studies studied in US A.</w:t>
      </w:r>
    </w:p>
    <w:p>
      <w:pPr>
        <w:jc w:val="right"/>
      </w:pPr>
      <w:r>
        <w:t>طارق بدر صاحب لکھتے ہیں: "ڈاکٹر تیمور الرحمن،ینگ پروفیسر فرام پاکستان ٹاپ یونیورسٹی، اسٹڈیز اسٹڈیڈ ان یو ایس اے۔</w:t>
      </w:r>
    </w:p>
    <w:p>
      <w:r>
        <w:rPr>
          <w:b/>
        </w:rPr>
        <w:t xml:space="preserve">[04:33] </w:t>
      </w:r>
      <w:r>
        <w:t>He is now discovering that state and religion should be separate. Maulana, you have said this things fifty years ago.</w:t>
      </w:r>
    </w:p>
    <w:p>
      <w:pPr>
        <w:jc w:val="right"/>
      </w:pPr>
      <w:r>
        <w:t>ہی از ناؤ ڈسکورنگ دیٹ اسٹیٹ اینڈ ریلیجن شوڈ بی سیپریٹ۔ مولانا، یو ہیو سیڈ دس تھنگز ففٹی ایئرز اگو۔</w:t>
      </w:r>
    </w:p>
    <w:p>
      <w:r>
        <w:rPr>
          <w:b/>
        </w:rPr>
        <w:t xml:space="preserve">[04:43] </w:t>
      </w:r>
      <w:r>
        <w:t>Maulana, aap ka daur to ab Pakistan mein shuru hua hai. Your every single word is wisdom. Jazak Allah."</w:t>
      </w:r>
    </w:p>
    <w:p>
      <w:pPr>
        <w:jc w:val="right"/>
      </w:pPr>
      <w:r>
        <w:t>مولانا، آپ کا دور تو اب پاکستان میں شروع ہوا ہے۔ یور ایوری سنگل ورڈ از وزڈم۔ جزاک اللہ۔"</w:t>
      </w:r>
    </w:p>
    <w:p>
      <w:r>
        <w:rPr>
          <w:b/>
        </w:rPr>
        <w:t xml:space="preserve">[04:57] </w:t>
      </w:r>
      <w:r>
        <w:t>in ka sawal banta hai. sawal nahi, unhon ne yeh kaha hai ke aap ki baaton ka daur jo hai Pakistan mein ab shuru ho raha hai. to bari khushi ki khushi ki baat hai ke shuru to ho gaya, hmm,</w:t>
      </w:r>
    </w:p>
    <w:p>
      <w:pPr>
        <w:jc w:val="right"/>
      </w:pPr>
      <w:r>
        <w:t>ان کا سوال بنتا ہے۔ سوال نہیں، انہوں نے یہ کہا ہے کہ آپ کی باتوں کا دور جو ہے پاکستان میں اب شروع ہو رہا ہے۔ تو بڑی خوشی کی خوشی کی بات ہے کہ شروع تو ہو گیا، ہمم،</w:t>
      </w:r>
    </w:p>
    <w:p>
      <w:r>
        <w:rPr>
          <w:b/>
        </w:rPr>
        <w:t xml:space="preserve">[05:12] </w:t>
      </w:r>
      <w:r>
        <w:t>shuru to ho gaya.</w:t>
      </w:r>
    </w:p>
    <w:p>
      <w:pPr>
        <w:jc w:val="right"/>
      </w:pPr>
      <w:r>
        <w:t>شروع تو ہو گیا۔</w:t>
      </w:r>
    </w:p>
    <w:p>
      <w:r>
        <w:rPr>
          <w:b/>
        </w:rPr>
        <w:t xml:space="preserve">[05:15] </w:t>
      </w:r>
      <w:r>
        <w:t>Maulana Abdul Basit Umri sahib, Quran ki ek aayat, yeh Surah At-Tawbah aayat number 100, woh aayat main parhta hoon pehle: "Was-sabiqunal-awwaluna minal-muhajireena wal-ansari wallazina-ttaba'uhum bi-ihsan"</w:t>
      </w:r>
    </w:p>
    <w:p>
      <w:pPr>
        <w:jc w:val="right"/>
      </w:pPr>
      <w:r>
        <w:t>مولانا عبدالباسط عمری صاحب، قرآن کی ایک آیت، یہ سورہ التوبہ آیت نمبر 100، وہ آیت میں پڑھتا ہوں پہلے: "والسابقون الاولون من المہاجرین والانصار والذین اتبعوہم باحسان"</w:t>
      </w:r>
    </w:p>
    <w:p>
      <w:r>
        <w:rPr>
          <w:b/>
        </w:rPr>
        <w:t xml:space="preserve">[05:34] </w:t>
      </w:r>
      <w:r>
        <w:t>ke Muhajireen aur Ansar mein se sabqat karne wale aur pehal karne wale aur jinhon ne un ki itba ki ehsan ke sath. to woh yeh keh rahe hain ke itba'uhum bi-ihsan ka matlab aaj pehli baar samajh mein aaya ke reaction ka shikar na hona.</w:t>
      </w:r>
    </w:p>
    <w:p>
      <w:pPr>
        <w:jc w:val="right"/>
      </w:pPr>
      <w:r>
        <w:t>کہ مہاجرین اور انصار میں سے سبقت کرنے والے اور پہل کرنے والے اور جنہوں نے ان کی اتباع کی احسان کے ساتھ۔ تو وہ یہ کہہ رہے ہیں کہ اتبعوہم باحسان کا مطلب آج پہلی بار سمجھ میں آیا کہ ری ایکشن کا شکار نہ ہونا۔</w:t>
      </w:r>
    </w:p>
    <w:p>
      <w:r>
        <w:rPr>
          <w:b/>
        </w:rPr>
        <w:t xml:space="preserve">[05:51] </w:t>
      </w:r>
      <w:r>
        <w:t>itba ehsan ka matlab marifat-o-rabaniyat ko apna goal banaye rakhna, kabhi is se na hatna, aur doosron ko isi goal yani marifat-o-rabaniyat ki taraf bulana ya dawat dena.</w:t>
      </w:r>
    </w:p>
    <w:p>
      <w:pPr>
        <w:jc w:val="right"/>
      </w:pPr>
      <w:r>
        <w:t>اتباع احسان کا مطلب معرفت و ربانیت کو اپنا گول بنائے رکھنا، کبھی اس سے نہ ہٹنا، اور دوسروں کو اسی گول یعنی معرفت و ربانیت کی طرف بلانا یا دعوت دینا۔</w:t>
      </w:r>
    </w:p>
    <w:p>
      <w:r>
        <w:rPr>
          <w:b/>
        </w:rPr>
        <w:t xml:space="preserve">[06:03] </w:t>
      </w:r>
      <w:r>
        <w:t>reaction ka shikar na hone ka matlab apna goal badal dena, yani marifat-o-rabaniyat ke bajaye kisi aur cheez ko apna goal banana, jaise Muslim empowerment ko apna goal banana ya social work ko apna goal banana waghera.</w:t>
      </w:r>
    </w:p>
    <w:p>
      <w:pPr>
        <w:jc w:val="right"/>
      </w:pPr>
      <w:r>
        <w:t>ری ایکشن کا شکار نہ ہونے کا مطلب اپنا گول بدل دینا، یعنی معرفت و ربانیت کے بجائے کسی اور چیز کو اپنا گول بنانا، جیسے مسلم ایمپاورمنٹ کو اپنا گول بنانا یا سوشل ورک کو اپنا گول بنانا وغیرہ۔</w:t>
      </w:r>
    </w:p>
    <w:p>
      <w:r>
        <w:rPr>
          <w:b/>
        </w:rPr>
        <w:t xml:space="preserve">[06:18] </w:t>
      </w:r>
      <w:r>
        <w:t>maulana, kya yeh meri baat durust hai?</w:t>
      </w:r>
    </w:p>
    <w:p>
      <w:pPr>
        <w:jc w:val="right"/>
      </w:pPr>
      <w:r>
        <w:t>مولانا، کیا یہ میری بات درست ہے؟</w:t>
      </w:r>
    </w:p>
    <w:p>
      <w:r>
        <w:rPr>
          <w:b/>
        </w:rPr>
        <w:t xml:space="preserve">[06:23] </w:t>
      </w:r>
      <w:r>
        <w:t>bhai, mera ehsas yeh hai ke yeh jo log</w:t>
      </w:r>
    </w:p>
    <w:p>
      <w:pPr>
        <w:jc w:val="right"/>
      </w:pPr>
      <w:r>
        <w:t>بھئی، میرا احساس یہ ہے کہ یہ جو لوگ</w:t>
      </w:r>
    </w:p>
    <w:p>
      <w:r>
        <w:rPr>
          <w:b/>
        </w:rPr>
        <w:t xml:space="preserve">[06:32] </w:t>
      </w:r>
      <w:r>
        <w:t>aaj kal chhaye hue hain, in mein se kisi ne koi zindagi nahi guzari hai talash mein.</w:t>
      </w:r>
    </w:p>
    <w:p>
      <w:pPr>
        <w:jc w:val="right"/>
      </w:pPr>
      <w:r>
        <w:t>آج کل چھائے ہوئے ہیں، ان میں سے کسی نے کوئی زندگی نہیں گزاری ہے تلاش میں۔</w:t>
      </w:r>
    </w:p>
    <w:p>
      <w:r>
        <w:rPr>
          <w:b/>
        </w:rPr>
        <w:t xml:space="preserve">[06:43] </w:t>
      </w:r>
      <w:r>
        <w:t>dekhein, aaghaz hai talash. aap aap mutallashi banen, mutallashi banen.</w:t>
      </w:r>
    </w:p>
    <w:p>
      <w:pPr>
        <w:jc w:val="right"/>
      </w:pPr>
      <w:r>
        <w:t>دیکھیں، آغاز ہے تلاش۔ آپ آپ متلاشی بنیں، متلاشی بنیں۔</w:t>
      </w:r>
    </w:p>
    <w:p>
      <w:r>
        <w:rPr>
          <w:b/>
        </w:rPr>
        <w:t xml:space="preserve">[06:52] </w:t>
      </w:r>
      <w:r>
        <w:t>jab mutallashi banen ge to aap kuch kuch daryaft karen ge aap. lekin yeh jo tale log hain, yeh koi mutallashi banne wale mujhe dikhai nahi parta.</w:t>
      </w:r>
    </w:p>
    <w:p>
      <w:pPr>
        <w:jc w:val="right"/>
      </w:pPr>
      <w:r>
        <w:t>جب متلاشی بنیں گے تو آپ کچھ کچھ دریافت کریں گے آپ۔ لیکن یہ جو تلے لوگ ہیں، یہ کوئی متلاشی بننے والے مجھے دکھائی نہیں پڑتا۔</w:t>
      </w:r>
    </w:p>
    <w:p>
      <w:r>
        <w:rPr>
          <w:b/>
        </w:rPr>
        <w:t xml:space="preserve">[07:07] </w:t>
      </w:r>
      <w:r>
        <w:t>bas kuch baat mil gayi, in ko le ke uth gaye, stage maujood hai,</w:t>
      </w:r>
    </w:p>
    <w:p>
      <w:pPr>
        <w:jc w:val="right"/>
      </w:pPr>
      <w:r>
        <w:t>بس کچھ بات مل گئی، ان کو لے کے اٹھ گئے، اسٹیج موجود ہے،</w:t>
      </w:r>
    </w:p>
    <w:p>
      <w:r>
        <w:rPr>
          <w:b/>
        </w:rPr>
        <w:t xml:space="preserve">[07:13] </w:t>
      </w:r>
      <w:r>
        <w:t>aur stage pe khare ho ke lage bolne.</w:t>
      </w:r>
    </w:p>
    <w:p>
      <w:pPr>
        <w:jc w:val="right"/>
      </w:pPr>
      <w:r>
        <w:t>اور اسٹیج پہ کھڑے ہو کے لگے بولنے۔</w:t>
      </w:r>
    </w:p>
    <w:p>
      <w:r>
        <w:rPr>
          <w:b/>
        </w:rPr>
        <w:t xml:space="preserve">[07:18] </w:t>
      </w:r>
      <w:r>
        <w:t>to zindagi</w:t>
      </w:r>
    </w:p>
    <w:p>
      <w:pPr>
        <w:jc w:val="right"/>
      </w:pPr>
      <w:r>
        <w:t>تو زندگی</w:t>
      </w:r>
    </w:p>
    <w:p>
      <w:r>
        <w:rPr>
          <w:b/>
        </w:rPr>
        <w:t xml:space="preserve">[07:22] </w:t>
      </w:r>
      <w:r>
        <w:t>ki beginning jo hoti hai, woh hoti hai</w:t>
      </w:r>
    </w:p>
    <w:p>
      <w:pPr>
        <w:jc w:val="right"/>
      </w:pPr>
      <w:r>
        <w:t>کی بگننگ جو ہوتی ہے، وہ ہوتی ہے</w:t>
      </w:r>
    </w:p>
    <w:p>
      <w:r>
        <w:rPr>
          <w:b/>
        </w:rPr>
        <w:t xml:space="preserve">[07:29] </w:t>
      </w:r>
      <w:r>
        <w:t>seekh, seekh, seekh. aap seekher banen. jo seekher banega, wahi payega. jo seekher nahi banega, us us ke liye paana bhi muqaddar nahi.</w:t>
      </w:r>
    </w:p>
    <w:p>
      <w:pPr>
        <w:jc w:val="right"/>
      </w:pPr>
      <w:r>
        <w:t>سیکھ، سیکھ، سیکھ۔ آپ سیکھر بنیں۔ جو سیکھر بنے گا، وہی پائے گا۔ جو سیکھر نہیں بنے گا، اس اس کے لیے پانا بھی مقدر نہیں۔</w:t>
      </w:r>
    </w:p>
    <w:p>
      <w:r>
        <w:rPr>
          <w:b/>
        </w:rPr>
        <w:t xml:space="preserve">[07:42] </w:t>
      </w:r>
      <w:r>
        <w:t>to main jitne log mashhoor hain, un sab logon ke bare mein maine bohat socha aur parha, kyunke in mein se koi bhi mera jo seekher bana ho,</w:t>
      </w:r>
    </w:p>
    <w:p>
      <w:pPr>
        <w:jc w:val="right"/>
      </w:pPr>
      <w:r>
        <w:t>تو میں جتنے لوگ مشہور ہیں، ان سب لوگوں کے بارے میں میں نے بہت سوچا اور پڑھا، کیونکہ ان میں سے کوئی بھی میرا جو سیکھر بنا ہو،</w:t>
      </w:r>
    </w:p>
    <w:p>
      <w:r>
        <w:rPr>
          <w:b/>
        </w:rPr>
        <w:t xml:space="preserve">[07:55] </w:t>
      </w:r>
      <w:r>
        <w:t>seekher ji, hamein kya kabhi meri finding yahi hai. spait meri zindagi ka aaghaz hua hai spait inquiry se.</w:t>
      </w:r>
    </w:p>
    <w:p>
      <w:pPr>
        <w:jc w:val="right"/>
      </w:pPr>
      <w:r>
        <w:t>سیکھر جی، ہمیں کیا کبھی میری فائنڈنگ یہی ہے۔ اسپیٹ میری زندگی کا آغاز ہوا ہے اسپیٹ انکوائری سے۔</w:t>
      </w:r>
    </w:p>
    <w:p>
      <w:r>
        <w:rPr>
          <w:b/>
        </w:rPr>
        <w:t xml:space="preserve">[08:11] </w:t>
      </w:r>
      <w:r>
        <w:t>seeking spait pehle aayi mere andar,</w:t>
      </w:r>
    </w:p>
    <w:p>
      <w:pPr>
        <w:jc w:val="right"/>
      </w:pPr>
      <w:r>
        <w:t>سیکھنگ اسپیٹ پہلے آئی میرے اندر،</w:t>
      </w:r>
    </w:p>
    <w:p>
      <w:r>
        <w:rPr>
          <w:b/>
        </w:rPr>
        <w:t xml:space="preserve">[08:14] </w:t>
      </w:r>
      <w:r>
        <w:t>phir finding ka dour hua hai. log jo hain, aisa lagta hai ke in ko seeking ka dour hi nahi aaya, to to payen ge kya?</w:t>
      </w:r>
    </w:p>
    <w:p>
      <w:pPr>
        <w:jc w:val="right"/>
      </w:pPr>
      <w:r>
        <w:t>پھر فائنڈنگ کا دور ہوا ہے۔ لوگ جو ہیں، ایسا لگتا ہے کہ ان کو سیکھنگ کا دور ہی نہیں آیا، تو تو پائیں گے کیا؟</w:t>
      </w:r>
    </w:p>
    <w:p>
      <w:r>
        <w:rPr>
          <w:b/>
        </w:rPr>
        <w:t xml:space="preserve">[08:33] </w:t>
      </w:r>
      <w:r>
        <w:t>maulana, aap ne ek aap ek mazmoon likha rahe the abhi haal mein, to us mein aap ne bataya hai ke kisi insan ki zindagi mein jo inqilab aata hai, woh do cheezon ki buniyad par aata hai: kamil sadgi aur mukammal qana'at.</w:t>
      </w:r>
    </w:p>
    <w:p>
      <w:pPr>
        <w:jc w:val="right"/>
      </w:pPr>
      <w:r>
        <w:t>مولانا، آپ نے ایک آپ ایک مضمون لکھا رہے تھے ابھی حال میں، تو اس میں آپ نے بتایا ہے کہ کسی انسان کی زندگی میں جو انقلاب آتا ہے، وہ دو چیزوں کی بنیاد پر آتا ہے: کامل سادگی اور مکمل قناعت۔</w:t>
      </w:r>
    </w:p>
    <w:p>
      <w:r>
        <w:rPr>
          <w:b/>
        </w:rPr>
        <w:t xml:space="preserve">[08:50] </w:t>
      </w:r>
      <w:r>
        <w:t>to is par kuch aur bataiye hamein.</w:t>
      </w:r>
    </w:p>
    <w:p>
      <w:pPr>
        <w:jc w:val="right"/>
      </w:pPr>
      <w:r>
        <w:t>تو اس پر کچھ اور بتائیے ہمیں۔</w:t>
      </w:r>
    </w:p>
    <w:p>
      <w:r>
        <w:rPr>
          <w:b/>
        </w:rPr>
        <w:t xml:space="preserve">[09:10] </w:t>
      </w:r>
      <w:r>
        <w:t>mera masla hai ke simple living, high thinking. main kehta hoon yeh bohat sahi hai.</w:t>
      </w:r>
    </w:p>
    <w:p>
      <w:pPr>
        <w:jc w:val="right"/>
      </w:pPr>
      <w:r>
        <w:t>میرا مسئلہ ہے کہ سمپل لیونگ، ہائی تھنکنگ۔ میں کہتا ہوں یہ بہت صحیح ہے۔</w:t>
      </w:r>
    </w:p>
    <w:p>
      <w:r>
        <w:rPr>
          <w:b/>
        </w:rPr>
        <w:t xml:space="preserve">[09:20] </w:t>
      </w:r>
      <w:r>
        <w:t>high thinking aati hai simple living se, pehle aati hai simple living, is ke baad aati hai</w:t>
      </w:r>
    </w:p>
    <w:p>
      <w:pPr>
        <w:jc w:val="right"/>
      </w:pPr>
      <w:r>
        <w:t>ہائی تھنکنگ آتی ہے سمپل لیونگ سے، پہلے آتی ہے سمپل لیونگ، اس کے بعد آتی ہے</w:t>
      </w:r>
    </w:p>
    <w:p>
      <w:r>
        <w:rPr>
          <w:b/>
        </w:rPr>
        <w:t xml:space="preserve">[09:35] </w:t>
      </w:r>
      <w:r>
        <w:t>log. maine paya nahi kisi ko ke sahi ma'ne mein woh sadgi mein bhi dene wala ho, sadgi mein bhi dene wala.</w:t>
      </w:r>
    </w:p>
    <w:p>
      <w:pPr>
        <w:jc w:val="right"/>
      </w:pPr>
      <w:r>
        <w:t>لوگ۔ میں نے پایا نہیں کسی کو کہ صحیح معنی میں وہ سادگی میں بھی دینے والا ہو، سادگی میں بھی دینے والا۔</w:t>
      </w:r>
    </w:p>
    <w:p>
      <w:r>
        <w:rPr>
          <w:b/>
        </w:rPr>
        <w:t xml:space="preserve">[09:47] </w:t>
      </w:r>
      <w:r>
        <w:t>to high think aaye kahan se?</w:t>
      </w:r>
    </w:p>
    <w:p>
      <w:pPr>
        <w:jc w:val="right"/>
      </w:pPr>
      <w:r>
        <w:t>تو ہائی تھنک آئے کہاں سے؟</w:t>
      </w:r>
    </w:p>
    <w:p>
      <w:r>
        <w:rPr>
          <w:b/>
        </w:rPr>
        <w:t xml:space="preserve">[09:53] </w:t>
      </w:r>
      <w:r>
        <w:t>maulana, yeh doctor naghma siddiqui ne likha hai: "maulana, you are right, people very seldom become seekers. i want to ask you how the seeking spait started in your life."</w:t>
      </w:r>
    </w:p>
    <w:p>
      <w:pPr>
        <w:jc w:val="right"/>
      </w:pPr>
      <w:r>
        <w:t>مولانا، یہ ڈاکٹر نغمہ صدیقی نے لکھا ہے: "مولانا، یو آر رائٹ، پیپل ویری سیلڈم بیکم سیکرز۔ آئی وانٹ ٹو اسک یو ہاؤ دا سیکھنگ اسپیٹ اسٹارٹڈ ان یور لائف۔"</w:t>
      </w:r>
    </w:p>
    <w:p>
      <w:r>
        <w:rPr>
          <w:b/>
        </w:rPr>
        <w:t xml:space="preserve">[10:19] </w:t>
      </w:r>
      <w:r>
        <w:t>dekhiye, main ek dam shuru ki zindagi ka dour hai, shuru ka dour. is waqt se yeh baat aayi mere andar ke woh</w:t>
      </w:r>
    </w:p>
    <w:p>
      <w:pPr>
        <w:jc w:val="right"/>
      </w:pPr>
      <w:r>
        <w:t>دیکھیے، میں ایک دم شروع کی زندگی کا دور ہے، شروع کا دور۔ اس وقت سے یہ بات آئی میرے اندر کہ وہ</w:t>
      </w:r>
    </w:p>
    <w:p>
      <w:r>
        <w:rPr>
          <w:b/>
        </w:rPr>
        <w:t xml:space="preserve">[10:35] </w:t>
      </w:r>
      <w:r>
        <w:t>maine likha hai apni kitab mein ek waqea likha hai ke jab hum madrase mein parhte the, ek dam shuru ki ki baat hai,</w:t>
      </w:r>
    </w:p>
    <w:p>
      <w:pPr>
        <w:jc w:val="right"/>
      </w:pPr>
      <w:r>
        <w:t>میں نے لکھا ہے اپنی کتاب میں ایک واقعہ لکھا ہے کہ جب ہم مدرسے میں پڑھتے تھے، ایک دم شروع کی کی بات ہے،</w:t>
      </w:r>
    </w:p>
    <w:p>
      <w:r>
        <w:rPr>
          <w:b/>
        </w:rPr>
        <w:t xml:space="preserve">[10:50] </w:t>
      </w:r>
      <w:r>
        <w:t>to</w:t>
      </w:r>
    </w:p>
    <w:p>
      <w:pPr>
        <w:jc w:val="right"/>
      </w:pPr>
      <w:r>
        <w:t>تو</w:t>
      </w:r>
    </w:p>
    <w:p>
      <w:r>
        <w:rPr>
          <w:b/>
        </w:rPr>
        <w:t xml:space="preserve">[10:53] </w:t>
      </w:r>
      <w:r>
        <w:t>ek ayat aayi,</w:t>
      </w:r>
    </w:p>
    <w:p>
      <w:pPr>
        <w:jc w:val="right"/>
      </w:pPr>
      <w:r>
        <w:t>ایک آیت آئی،</w:t>
      </w:r>
    </w:p>
    <w:p>
      <w:r>
        <w:rPr>
          <w:b/>
        </w:rPr>
        <w:t xml:space="preserve">[10:58] </w:t>
      </w:r>
      <w:r>
        <w:t>woh kya hai? "afalaynazuroon alabili kaifa khaliqat." haan, bas "afalaynazuroon alabili kaifa khaliqat." toh hamare jo ustad thay, unhon ne tamam talaba se poocha ke oont ke bare mein batao.</w:t>
      </w:r>
    </w:p>
    <w:p>
      <w:pPr>
        <w:jc w:val="right"/>
      </w:pPr>
      <w:r>
        <w:t>وہ کیا ہے؟ "افلاینظرون الابلی کیف خلقت۔" ہاں، بس "افلاینظرون الابلی کیف خلقت۔" تو ہمارے جو استاد تھے، انہوں نے تمام طلباء سے پوچھا کہ اونٹ کے بارے میں بتاؤ۔</w:t>
      </w:r>
    </w:p>
    <w:p>
      <w:r>
        <w:rPr>
          <w:b/>
        </w:rPr>
        <w:t xml:space="preserve">[11:17] </w:t>
      </w:r>
      <w:r>
        <w:t>misalan yeh ke oont ke sum phate hotay hain, juray hotay hain, koi bata nahi saka. toh us waqt unhon ne ek qaul bataya tha, ek bohat purana qaul hai ke woh</w:t>
      </w:r>
    </w:p>
    <w:p>
      <w:pPr>
        <w:jc w:val="right"/>
      </w:pPr>
      <w:r>
        <w:t>مثلاً یہ کہ اونٹ کے سم پھٹے ہوتے ہیں، جڑے ہوتے ہیں، کوئی بتا نہیں سکا۔ تو اس وقت انہوں نے ایک قول بتایا تھا، ایک بہت پرانا قول ہے کہ وہ</w:t>
      </w:r>
    </w:p>
    <w:p>
      <w:r>
        <w:rPr>
          <w:b/>
        </w:rPr>
        <w:t xml:space="preserve">[11:35] </w:t>
      </w:r>
      <w:r>
        <w:t>kya hai? woh "la adri nisf al-ilm." "la adri nisf al-ilm." yeh purana qaul hai kisi kisi bohat hi aarif aadmi ka.</w:t>
      </w:r>
    </w:p>
    <w:p>
      <w:pPr>
        <w:jc w:val="right"/>
      </w:pPr>
      <w:r>
        <w:t>کیا ہے؟ وہ "لا ادری نصف العلم۔" "لا ادری نصف العلم۔" یہ پرانا قول ہے کسی کسی بہت ہی عارف آدمی کا۔</w:t>
      </w:r>
    </w:p>
    <w:p>
      <w:r>
        <w:rPr>
          <w:b/>
        </w:rPr>
        <w:t xml:space="preserve">[11:46] </w:t>
      </w:r>
      <w:r>
        <w:t>"la adri nisf al-ilm." yaani sab se pehle aap ko yeh janna chahiye ke main</w:t>
      </w:r>
    </w:p>
    <w:p>
      <w:pPr>
        <w:jc w:val="right"/>
      </w:pPr>
      <w:r>
        <w:t>"لا ادری نصف العلم۔" یعنی سب سے پہلے آپ کو یہ جاننا چاہیے کہ میں</w:t>
      </w:r>
    </w:p>
    <w:p>
      <w:r>
        <w:rPr>
          <w:b/>
        </w:rPr>
        <w:t xml:space="preserve">[11:53] </w:t>
      </w:r>
      <w:r>
        <w:t>janta nahi. main la adri ke daryaft ho aap ko. jab aap ko jab aap jab aap apne na janne ko janenge, us ke baad aap janne ki koshish karenge.</w:t>
      </w:r>
    </w:p>
    <w:p>
      <w:pPr>
        <w:jc w:val="right"/>
      </w:pPr>
      <w:r>
        <w:t>جانتا نہیں۔ میں لا ادری کے دریافت ہو آپ کو۔ جب آپ کو جب آپ جب آپ اپنے نہ جاننے کو جانیں گے، اس کے بعد آپ جاننے کی کوشش کریں گے۔</w:t>
      </w:r>
    </w:p>
    <w:p>
      <w:r>
        <w:rPr>
          <w:b/>
        </w:rPr>
        <w:t xml:space="preserve">[12:08] </w:t>
      </w:r>
      <w:r>
        <w:t>toh yeh aisi cheez thi</w:t>
      </w:r>
    </w:p>
    <w:p>
      <w:pPr>
        <w:jc w:val="right"/>
      </w:pPr>
      <w:r>
        <w:t>تو یہ ایسی چیز تھی</w:t>
      </w:r>
    </w:p>
    <w:p>
      <w:r>
        <w:rPr>
          <w:b/>
        </w:rPr>
        <w:t xml:space="preserve">[12:11] </w:t>
      </w:r>
      <w:r>
        <w:t>ke mere dil mein shamil ho gayi. ek dam shuru zamane se main yeh jaan isi mein</w:t>
      </w:r>
    </w:p>
    <w:p>
      <w:pPr>
        <w:jc w:val="right"/>
      </w:pPr>
      <w:r>
        <w:t>کہ میرے دل میں شامل ہو گئی۔ ایک دم شروع زمانے سے میں یہ جان اسی میں</w:t>
      </w:r>
    </w:p>
    <w:p>
      <w:r>
        <w:rPr>
          <w:b/>
        </w:rPr>
        <w:t xml:space="preserve">[12:21] </w:t>
      </w:r>
      <w:r>
        <w:t>yeh cheez mere andar aa gayi ke apne la adri ko janna baat ko main hmm, main ne jab science kisi se parhi toh maloom hua ke toh scientific concept hai,</w:t>
      </w:r>
    </w:p>
    <w:p>
      <w:pPr>
        <w:jc w:val="right"/>
      </w:pPr>
      <w:r>
        <w:t>یہ چیز میرے اندر آ گئی کہ اپنے لا ادری کو جاننا بات کو میں ہمم، میں نے جب سائنس کسی سے پڑھی تو معلوم ہوا کہ تو سائنٹیفک کانسیپٹ ہے،</w:t>
      </w:r>
    </w:p>
    <w:p>
      <w:r>
        <w:rPr>
          <w:b/>
        </w:rPr>
        <w:t xml:space="preserve">[12:39] </w:t>
      </w:r>
      <w:r>
        <w:t>us ko bolte hain spirit of inquiry. toh pehli cheez hai spirit of inquiry. spirit of inquiry pehli aati hai toh meri zindagi ka aaghaz hua hua spirit of inquiry se.</w:t>
      </w:r>
    </w:p>
    <w:p>
      <w:pPr>
        <w:jc w:val="right"/>
      </w:pPr>
      <w:r>
        <w:t>اس کو بولتے ہیں اسپیٹ اف انکوائری۔ تو پہلی چیز ہے اسپیٹ اف انکوائری۔ اسپیٹ اف انکوائری پہلی آتی ہے تو میری زندگی کا آغاز ہوا ہوا اسپیٹ اف انکوائری سے۔</w:t>
      </w:r>
    </w:p>
    <w:p>
      <w:r>
        <w:rPr>
          <w:b/>
        </w:rPr>
        <w:t xml:space="preserve">[12:52] </w:t>
      </w:r>
      <w:r>
        <w:t>isi se maine jana Allah ki daryaft, Quran ki daryaft,</w:t>
      </w:r>
    </w:p>
    <w:p>
      <w:pPr>
        <w:jc w:val="right"/>
      </w:pPr>
      <w:r>
        <w:t>اسی سے میں نے جانا اللہ کی دریافت، قرآن کی دریافت،</w:t>
      </w:r>
    </w:p>
    <w:p>
      <w:r>
        <w:rPr>
          <w:b/>
        </w:rPr>
        <w:t xml:space="preserve">[12:58] </w:t>
      </w:r>
      <w:r>
        <w:t>har cheez is ke baad aayi. sab se pehle ja ke mere andar spirit inquiry, sab se pehle mere andar ja ke spirit inquiry, is ke baad toh aap se aage chali gayi.</w:t>
      </w:r>
    </w:p>
    <w:p>
      <w:pPr>
        <w:jc w:val="right"/>
      </w:pPr>
      <w:r>
        <w:t>ہر چیز اس کے بعد آئی۔ سب سے پہلے جا کے میرے اندر اسپیٹ انکوائری، سب سے پہلے میرے اندر جا کے اسپیٹ انکوائری، اس کے بعد تو آپ سے آگے چلی گئی۔</w:t>
      </w:r>
    </w:p>
    <w:p>
      <w:r>
        <w:rPr>
          <w:b/>
        </w:rPr>
        <w:t xml:space="preserve">[13:14] </w:t>
      </w:r>
      <w:r>
        <w:t>maulana, ek sawal mere zehn mein baar baar aata hai. ab jaise aap ki majlis mein baithta hua toh Allah taala se ya yeh ke marifat ke bare mein gehri baatein maloom hoti hain aur zehn mein baat aati hai ke is ko karna chahiye.</w:t>
      </w:r>
    </w:p>
    <w:p>
      <w:pPr>
        <w:jc w:val="right"/>
      </w:pPr>
      <w:r>
        <w:t>مولانا، ایک سوال میرے ذہن میں بار بار آتا ہے۔ اب جیسے آپ کی مجلس میں بیٹھتا ہوا تو اللہ تعالیٰ سے یا یہ کہ معرفت کے بارے میں گہری باتیں معلوم ہوتی ہیں اور ذہن میں بات آتی ہے کہ اس کو کرنا چاہیے۔</w:t>
      </w:r>
    </w:p>
    <w:p>
      <w:r>
        <w:rPr>
          <w:b/>
        </w:rPr>
        <w:t xml:space="preserve">[13:30] </w:t>
      </w:r>
      <w:r>
        <w:t>lekin kabhi kabhi aisa hota hai ke woh jo usool hum aap ke paas seekhte hain, woh zehn mein nahi rehta hai. toh ab sawal mera yeh hai ke agar woh cheez us waqt zehn mein nahi hai, koi ghalti ho gayi toh Allah taala toh pakad karega is par.</w:t>
      </w:r>
    </w:p>
    <w:p>
      <w:pPr>
        <w:jc w:val="right"/>
      </w:pPr>
      <w:r>
        <w:t>لیکن کبھی کبھی ایسا ہوتا ہے کہ وہ جو اصول ہم آپ کے پاس سیکھتے ہیں، وہ ذہن میں نہیں رہتا ہے۔ تو اب سوال میرا یہ ہے کہ اگر وہ چیز اس وقت ذہن میں نہیں ہے، کوئی غلطی ہو گئی تو اللہ تعالیٰ تو پکڑ کرے گا اس پر۔</w:t>
      </w:r>
    </w:p>
    <w:p>
      <w:r>
        <w:rPr>
          <w:b/>
        </w:rPr>
        <w:t xml:space="preserve">[13:43] </w:t>
      </w:r>
      <w:r>
        <w:t>toh is par is se kaise bacha ja sake?</w:t>
      </w:r>
    </w:p>
    <w:p>
      <w:pPr>
        <w:jc w:val="right"/>
      </w:pPr>
      <w:r>
        <w:t>تو اس پر اس سے کیسے بچا جا سکے؟</w:t>
      </w:r>
    </w:p>
    <w:p>
      <w:r>
        <w:rPr>
          <w:b/>
        </w:rPr>
        <w:t xml:space="preserve">[13:48] </w:t>
      </w:r>
      <w:r>
        <w:t>jab tak misal na samne aaye, hmm, tab tak main kuch kar sakta hoon. misal ke taur par jaise aap kehte hain ghussa nahi karna, lekin ab aadmi ghussa kar jata hai.</w:t>
      </w:r>
    </w:p>
    <w:p>
      <w:pPr>
        <w:jc w:val="right"/>
      </w:pPr>
      <w:r>
        <w:t>جب تک مثال نہ سامنے آئے، ہمم، تب تک میں کچھ کر سکتا ہوں۔ مثال کے طور پر جیسے آپ کہتے ہیں غصہ نہیں کرنا، لیکن اب آدمی غصہ کر جاتا ہے۔</w:t>
      </w:r>
    </w:p>
    <w:p>
      <w:r>
        <w:rPr>
          <w:b/>
        </w:rPr>
        <w:t xml:space="preserve">[14:00] </w:t>
      </w:r>
      <w:r>
        <w:t>bohat se moqa aate hain toh</w:t>
      </w:r>
    </w:p>
    <w:p>
      <w:pPr>
        <w:jc w:val="right"/>
      </w:pPr>
      <w:r>
        <w:t>بہت سے موقع آتے ہیں تو</w:t>
      </w:r>
    </w:p>
    <w:p>
      <w:r>
        <w:rPr>
          <w:b/>
        </w:rPr>
        <w:t xml:space="preserve">[14:03] </w:t>
      </w:r>
      <w:r>
        <w:t>. toh dekhiye, main pehle main bohat ghussa karta tha, ghussa bohat zyada tha meri zindagi mein. toh phir</w:t>
      </w:r>
    </w:p>
    <w:p>
      <w:pPr>
        <w:jc w:val="right"/>
      </w:pPr>
      <w:r>
        <w:t>۔ تو دیکھیے، میں پہلے میں بہت غصہ کرتا تھا، غصہ بہت زیادہ تھا میری زندگی میں۔ تو پھر</w:t>
      </w:r>
    </w:p>
    <w:p>
      <w:r>
        <w:rPr>
          <w:b/>
        </w:rPr>
        <w:t xml:space="preserve">[14:15] </w:t>
      </w:r>
      <w:r>
        <w:t>main ne ek cheez daryaft ki, main ne ek hadith parhi ke "la taghzab".</w:t>
      </w:r>
    </w:p>
    <w:p>
      <w:pPr>
        <w:jc w:val="right"/>
      </w:pPr>
      <w:r>
        <w:t>میں نے ایک چیز دریافت کی، میں نے ایک حدیث پڑھی کہ "لا تغضب"۔</w:t>
      </w:r>
    </w:p>
    <w:p>
      <w:r>
        <w:rPr>
          <w:b/>
        </w:rPr>
        <w:t xml:space="preserve">[14:24] </w:t>
      </w:r>
      <w:r>
        <w:t>toh "la taghzab" kyun? ghussa na karo kyun? toh asal cheez yeh hai ke ghussa na karo ka matlab yeh hai</w:t>
      </w:r>
    </w:p>
    <w:p>
      <w:pPr>
        <w:jc w:val="right"/>
      </w:pPr>
      <w:r>
        <w:t>تو "لا تغضب" کیوں؟ غصہ نہ کرو کیوں؟ تو اصل چیز یہ ہے کہ غصہ نہ کرو کا معنی یہ ہے</w:t>
      </w:r>
    </w:p>
    <w:p>
      <w:r>
        <w:rPr>
          <w:b/>
        </w:rPr>
        <w:t xml:space="preserve">[14:33] </w:t>
      </w:r>
      <w:r>
        <w:t>ghusse ko manage karo, kyunke ghussa na karne par aap qadir nahi hain. gusse ko manage karo, kyunke dekhiye jab ghussa aata hai toh bohat zabardast ek energy nikalti hai aap ke andar se, woh hai anger energy.</w:t>
      </w:r>
    </w:p>
    <w:p>
      <w:pPr>
        <w:jc w:val="right"/>
      </w:pPr>
      <w:r>
        <w:t>غصے کو مانج کرو، کیونکہ غصہ نہ کرنے پر آپ قادر نہیں ہیں۔ غصے کو مانج کرو، کیونکہ دیکھیے جب غصہ آتا ہے تو بہت زبردست ایک انرجی نکلتی ہے آپ کے اندر سے، وہ ہے اینگر انرجی۔</w:t>
      </w:r>
    </w:p>
    <w:p>
      <w:r>
        <w:rPr>
          <w:b/>
        </w:rPr>
        <w:t xml:space="preserve">[14:52] </w:t>
      </w:r>
      <w:r>
        <w:t>teesra pehlu maine janne ki koshish ki, toh main yeh koshish karne laga ke main apni anger energy ko control karoon, us ko utilize karoon.</w:t>
      </w:r>
    </w:p>
    <w:p>
      <w:pPr>
        <w:jc w:val="right"/>
      </w:pPr>
      <w:r>
        <w:t>تیسرا پہلو میں نے جانے کی کوشش کی، تو میں یہ کوشش کرنے لگا کہ میں اپنی اینگر انرجی کو کنٹرول کروں، اس کو یوٹیلائز کروں۔</w:t>
      </w:r>
    </w:p>
    <w:p>
      <w:r>
        <w:rPr>
          <w:b/>
        </w:rPr>
        <w:t xml:space="preserve">[15:03] </w:t>
      </w:r>
      <w:r>
        <w:t>yeh ek lamba process period hai, is ke baad mere andar yeh baatein aayin.</w:t>
      </w:r>
    </w:p>
    <w:p>
      <w:pPr>
        <w:jc w:val="right"/>
      </w:pPr>
      <w:r>
        <w:t>یہ ایک لمبا پریس پیریڈ ہے، اس کے بعد میرے اندر یہ باتیں آئیں۔</w:t>
      </w:r>
    </w:p>
    <w:p>
      <w:r>
        <w:rPr>
          <w:b/>
        </w:rPr>
        <w:t xml:space="preserve">[15:14] </w:t>
      </w:r>
      <w:r>
        <w:t>aaj subah ko maulana aap ne bataya hai "la ihtanak al-dhariyat illa qalila".</w:t>
      </w:r>
    </w:p>
    <w:p>
      <w:pPr>
        <w:jc w:val="right"/>
      </w:pPr>
      <w:r>
        <w:t>آج صبح کو مولانا آپ نے بتایا ہے "لا احتنک الذریت الا قلیلا"۔</w:t>
      </w:r>
    </w:p>
    <w:p>
      <w:r>
        <w:rPr>
          <w:b/>
        </w:rPr>
        <w:t xml:space="preserve">[15:22] </w:t>
      </w:r>
      <w:r>
        <w:t>shaitan ne yeh challenge diya tha, aap Allah taala ke samne kya tha yeh challenge. toh aap ne kaha ke shaitan ke andar yeh taqat kahan se aa gayi? phir aap ne yeh bataya ke yeh taqat is liye aayi ke shaitan ne yeh jana ke insan jo rahega, woh conditioning ka shikar hoga.</w:t>
      </w:r>
    </w:p>
    <w:p>
      <w:pPr>
        <w:jc w:val="right"/>
      </w:pPr>
      <w:r>
        <w:t>شیطان نے یہ چیلنج دیا تھا، آپ اللہ تعالیٰ کے سامنے کیا تھا یہ چیلنج۔ تو آپ نے کہا کہ شیطان کے اندر یہ طاقت کہاں سے آ گئی؟ پھر آپ نے یہ بتایا کہ یہ طاقت اس لیے آئی کہ شیطان نے یہ جانا کہ انسان جو رہے گا، وہ کنڈیشننگ کا شکار ہوگا۔</w:t>
      </w:r>
    </w:p>
    <w:p>
      <w:r>
        <w:rPr>
          <w:b/>
        </w:rPr>
        <w:t xml:space="preserve">[15:39] </w:t>
      </w:r>
      <w:r>
        <w:t>aur yeh cheez jo hai, is shaitan ko yeh moqa deti hai ke woh insan ko Allah ke raste se hataye. toh insan conditioning ka shikar hone ki wajah se kyun itna vulnerable</w:t>
      </w:r>
    </w:p>
    <w:p>
      <w:pPr>
        <w:jc w:val="right"/>
      </w:pPr>
      <w:r>
        <w:t>اور یہ چیز جو ہے، اس شیطان کو یہ موقع دیتی ہے کہ وہ انسان کو اللہ کے راستے سے ہٹائے۔ تو انسان کنڈیشننگ کا شکار ہونے کی وجہ سے کیوں اتنا ولنیری</w:t>
      </w:r>
    </w:p>
    <w:p>
      <w:r>
        <w:rPr>
          <w:b/>
        </w:rPr>
        <w:t xml:space="preserve">[15:52] </w:t>
      </w:r>
      <w:r>
        <w:t>bil ho jata hai? quran mein wohi cheez hai, quran mein hmm ke shaitan tazeen karta hai, hmm, is tarah se conditioning shuru hoti hai.</w:t>
      </w:r>
    </w:p>
    <w:p>
      <w:pPr>
        <w:jc w:val="right"/>
      </w:pPr>
      <w:r>
        <w:t>بل ہو جاتا ہے؟ قرآن میں وہی چیز ہے، قرآن میں ہمم کہ شیطان تزین کرتا ہے، ہمم، اس طرح سے کنڈیشننگ شروع ہوتی ہے۔</w:t>
      </w:r>
    </w:p>
    <w:p>
      <w:r>
        <w:rPr>
          <w:b/>
        </w:rPr>
        <w:t xml:space="preserve">[16:03] </w:t>
      </w:r>
      <w:r>
        <w:t>hmm,</w:t>
      </w:r>
    </w:p>
    <w:p>
      <w:pPr>
        <w:jc w:val="right"/>
      </w:pPr>
      <w:r>
        <w:t>ہمم،</w:t>
      </w:r>
    </w:p>
    <w:p>
      <w:r>
        <w:rPr>
          <w:b/>
        </w:rPr>
        <w:t xml:space="preserve">[16:07] </w:t>
      </w:r>
      <w:r>
        <w:t>to bohat ziyada aap ko sochna parta hai apne aap ko condition se bachane ke liye. jab aap bacha paate hain, tab aap shaitan ka shikar hone se bachte hain.</w:t>
      </w:r>
    </w:p>
    <w:p>
      <w:pPr>
        <w:jc w:val="right"/>
      </w:pPr>
      <w:r>
        <w:t>تو بہت زیادہ آپ کو سوچنا پڑتا ہے اپنے آپ کو کنڈیشن سے بچانے کے لیے۔ جب آپ بچا پاتے ہیں، تب آپ شیطان کا شکار ہونے سے بچتے ہیں۔</w:t>
      </w:r>
    </w:p>
    <w:p>
      <w:r>
        <w:rPr>
          <w:b/>
        </w:rPr>
        <w:t xml:space="preserve">[16:26] </w:t>
      </w:r>
      <w:r>
        <w:t>maulana iqbal umri sahib ka sawal hai: "maulana, jab tak halaat nahi, us waqt tak kaifiyat nahi." maulana, is ka matlab yeh hai ke insaan apne upar halaat paida kare taake kaifiyat milen.</w:t>
      </w:r>
    </w:p>
    <w:p>
      <w:pPr>
        <w:jc w:val="right"/>
      </w:pPr>
      <w:r>
        <w:t>مولانا اقبال عمری صاحب کا سوال ہے: "مولانا، جب تک حالات نہیں، اس وقت تک کیفیات نہیں۔" مولانا، اس کا مطلب یہ ہے کہ انسان اپنے اوپر حالات پیدا کرے تاکہ کیفیات ملے۔</w:t>
      </w:r>
    </w:p>
    <w:p>
      <w:r>
        <w:rPr>
          <w:b/>
        </w:rPr>
        <w:t xml:space="preserve">[16:39] </w:t>
      </w:r>
      <w:r>
        <w:t>aisa sochna</w:t>
      </w:r>
    </w:p>
    <w:p>
      <w:pPr>
        <w:jc w:val="right"/>
      </w:pPr>
      <w:r>
        <w:t>ایسا سوچنا</w:t>
      </w:r>
    </w:p>
    <w:p>
      <w:r>
        <w:rPr>
          <w:b/>
        </w:rPr>
        <w:t xml:space="preserve">[16:40] </w:t>
      </w:r>
      <w:r>
        <w:t>sahi hai? nahi, aisa bilkul sahi nahi hai. halaat aap nahi paida kar sakte, halaat to nature se paida hote hain.</w:t>
      </w:r>
    </w:p>
    <w:p>
      <w:pPr>
        <w:jc w:val="right"/>
      </w:pPr>
      <w:r>
        <w:t>صحیح ہے؟ نہیں، ایسا بالکل صحیح نہیں ہے۔ حالات آپ نہیں پیدا کر سکتے، حالات تو نیچر سے پیدا ہوتے ہیں۔</w:t>
      </w:r>
    </w:p>
    <w:p>
      <w:r>
        <w:rPr>
          <w:b/>
        </w:rPr>
        <w:t xml:space="preserve">[16:49] </w:t>
      </w:r>
      <w:r>
        <w:t>aap halaat ko istemal kijiye, yeh aap ke bas mein hai. halaat paida karna aap ke bas mein nahi hai, aap ke bas mein sirf ek dafa halaat paida ho jayen to aap react na karen,</w:t>
      </w:r>
    </w:p>
    <w:p>
      <w:pPr>
        <w:jc w:val="right"/>
      </w:pPr>
      <w:r>
        <w:t>آپ حالات کو استعمال کیجئے، یہ آپ کے بس میں ہے۔ حالات پیدا کرنا آپ کے بس میں نہیں ہے، آپ کے بس میں صرف ایک دفعہ حالات پیدا ہو جائیں تو آپ ری ایکٹ نہ کریں،</w:t>
      </w:r>
    </w:p>
    <w:p>
      <w:r>
        <w:rPr>
          <w:b/>
        </w:rPr>
        <w:t xml:space="preserve">[17:05] </w:t>
      </w:r>
      <w:r>
        <w:t>react na karen, balke un ko utilize karen, avail karen.</w:t>
      </w:r>
    </w:p>
    <w:p>
      <w:pPr>
        <w:jc w:val="right"/>
      </w:pPr>
      <w:r>
        <w:t>ری ایکٹ نہ کریں، بلکہ ان کو یوٹیلائز کریں، اویل کریں۔</w:t>
      </w:r>
    </w:p>
    <w:p>
      <w:r>
        <w:rPr>
          <w:b/>
        </w:rPr>
        <w:t xml:space="preserve">[17:14] </w:t>
      </w:r>
      <w:r>
        <w:t>muhammad bilal shafi sahib likhte hain: "when i look at the mindset of muslims and the discussion they have amongst themself, i find that none of them agree with other, with the other.</w:t>
      </w:r>
    </w:p>
    <w:p>
      <w:pPr>
        <w:jc w:val="right"/>
      </w:pPr>
      <w:r>
        <w:t>محمد بلال شفیع صاحب لکھتے ہیں: "وین آئی لوک ایٹ دا مائنڈ سیٹ اف مسلمز اینڈ دا ڈسکشن دے ہیو امنگز دیم سیلف، آئی فائنڈ دیٹ نن اف دیم ایگری ود ادر، ود دی ادر۔</w:t>
      </w:r>
    </w:p>
    <w:p>
      <w:r>
        <w:rPr>
          <w:b/>
        </w:rPr>
        <w:t xml:space="preserve">[17:30] </w:t>
      </w:r>
      <w:r>
        <w:t>there seems to be no acceptance of anyone's leadership. this i think is the reason for their confusion with regard to their planning.</w:t>
      </w:r>
    </w:p>
    <w:p>
      <w:pPr>
        <w:jc w:val="right"/>
      </w:pPr>
      <w:r>
        <w:t>دیر سیمز ٹو بی نو ایکسیپٹنس اف اینی ونز لیڈرشپ۔ دس آئی تھنک از دا ریزن فار دیر کنفیوژن ود ریگارڈ ٹو دیر پلاننگ۔</w:t>
      </w:r>
    </w:p>
    <w:p>
      <w:r>
        <w:rPr>
          <w:b/>
        </w:rPr>
        <w:t xml:space="preserve">[17:41] </w:t>
      </w:r>
      <w:r>
        <w:t>how can we help them in this scenario?"</w:t>
      </w:r>
    </w:p>
    <w:p>
      <w:pPr>
        <w:jc w:val="right"/>
      </w:pPr>
      <w:r>
        <w:t>ہاؤ کین وی ہیلپ دیم ان دس سنیریو؟"</w:t>
      </w:r>
    </w:p>
    <w:p>
      <w:r>
        <w:rPr>
          <w:b/>
        </w:rPr>
        <w:t xml:space="preserve">[17:45] </w:t>
      </w:r>
      <w:r>
        <w:t>bas aap janen is baat ko. un ka kehna yeh hai ke jab hum musalmanon ke mindset ko dekhte hain to un ke darmiyan ek jo kami pai jati hai, woh yeh hai ke woh ek doosre ki rai se woh agree nahi karte hain.</w:t>
      </w:r>
    </w:p>
    <w:p>
      <w:pPr>
        <w:jc w:val="right"/>
      </w:pPr>
      <w:r>
        <w:t>بس آپ جانیں اس بات کو۔ ان کا کہنا یہ ہے کہ جب ہم مسلمانوں کے مائنڈ سیٹ کو دیکھتے ہیں تو ان کے درمیان ایک جو کمی پائی جاتی ہے، وہ یہ ہے کہ وہ ایک دوسرے کی رائے سے وہ ایگری نہیں کرتے ہیں۔</w:t>
      </w:r>
    </w:p>
    <w:p>
      <w:r>
        <w:rPr>
          <w:b/>
        </w:rPr>
        <w:t xml:space="preserve">[18:00] </w:t>
      </w:r>
      <w:r>
        <w:t>aur is ka nateeja hai ke woh kisi ki leadership par woh raazi nahi hain. to woh bolne ki yeh yahi confusion hai, yeh confusion paya jata hai un ki planning mein.</w:t>
      </w:r>
    </w:p>
    <w:p>
      <w:pPr>
        <w:jc w:val="right"/>
      </w:pPr>
      <w:r>
        <w:t>اور اس کا نتیجہ ہے کہ وہ کسی کی لیڈرشپ پر وہ راضی نہیں ہیں۔ تو وہ بولنے کی یہ یہی کنفیوژن ہے، یہ کنفیوژن پایا جاتا ہے ان کی پلاننگ میں۔</w:t>
      </w:r>
    </w:p>
    <w:p>
      <w:r>
        <w:rPr>
          <w:b/>
        </w:rPr>
        <w:t xml:space="preserve">[18:15] </w:t>
      </w:r>
      <w:r>
        <w:t>to kaise hum un ki madad kar sakte hain is</w:t>
      </w:r>
    </w:p>
    <w:p>
      <w:pPr>
        <w:jc w:val="right"/>
      </w:pPr>
      <w:r>
        <w:t>تو کیسے ہم ان کی مدد کر سکتے ہیں اس</w:t>
      </w:r>
    </w:p>
    <w:p>
      <w:r>
        <w:rPr>
          <w:b/>
        </w:rPr>
        <w:t xml:space="preserve">[18:18] </w:t>
      </w:r>
      <w:r>
        <w:t>haalat mein? nahi, musalman jo bhi un ki marzi ki baat bole, us ko apna baraah kar leader jo peechay bhagte hain, hmm, yeh to kamzori hai.</w:t>
      </w:r>
    </w:p>
    <w:p>
      <w:pPr>
        <w:jc w:val="right"/>
      </w:pPr>
      <w:r>
        <w:t>حالت میں؟ نہیں، مسلمان جو بھی ان کی مرضی کی بات بولے، اس کو اپنا براہ کر لیڈر جو پیچھے بھاگتے ہیں، ہمم، یہ تو کمزوری ہے۔</w:t>
      </w:r>
    </w:p>
    <w:p>
      <w:r>
        <w:rPr>
          <w:b/>
        </w:rPr>
        <w:t xml:space="preserve">[18:31] </w:t>
      </w:r>
      <w:r>
        <w:t>yeh to kamzori ke jo musalmanon ke dil ki baat woh kahe, woh un ka follow us ko follow karte hain.</w:t>
      </w:r>
    </w:p>
    <w:p>
      <w:pPr>
        <w:jc w:val="right"/>
      </w:pPr>
      <w:r>
        <w:t>یہ تو کمزوری کہ جو مسلمانوں کے دل کی بات وہ کہے، وہ ان کا فالو اس کو فالو کرتے ہیں۔</w:t>
      </w:r>
    </w:p>
    <w:p>
      <w:r>
        <w:rPr>
          <w:b/>
        </w:rPr>
        <w:t xml:space="preserve">[18:40] </w:t>
      </w:r>
      <w:r>
        <w:t>woh democracy mein yeh policy chal nahi sakti. hum ko falan ko harana hai, yeh yeh policy galat hai.</w:t>
      </w:r>
    </w:p>
    <w:p>
      <w:pPr>
        <w:jc w:val="right"/>
      </w:pPr>
      <w:r>
        <w:t>وہ ڈیموکریسی میں یہ پالیسی چل نہیں سکتی۔ ہم کو فلاں کو ہرانا ہے، یہ یہ پالیسی غلط ہے۔</w:t>
      </w:r>
    </w:p>
    <w:p>
      <w:r>
        <w:rPr>
          <w:b/>
        </w:rPr>
        <w:t xml:space="preserve">[18:52] </w:t>
      </w:r>
      <w:r>
        <w:t>ab musalmanon ne poora daur isi mein guzar diya, ab is is ka is ka shikar ho rahe hain to shik shikayat karte hain.</w:t>
      </w:r>
    </w:p>
    <w:p>
      <w:pPr>
        <w:jc w:val="right"/>
      </w:pPr>
      <w:r>
        <w:t>اب مسلمانوں نے پورا دور اسی میں گزار دیا، اب اس اس کا اس کا شکار ہو رہے ہیں تو شک شکایت کرتے ہیں۔</w:t>
      </w:r>
    </w:p>
    <w:p>
      <w:r>
        <w:rPr>
          <w:b/>
        </w:rPr>
        <w:t xml:space="preserve">[19:09] </w:t>
      </w:r>
      <w:r>
        <w:t>tariq badar sahib lahore se sawal karte hain: "muslim riyasat ka failure, kuch log is ko islam ka failure ya mazhab ka failure samajhte hain.</w:t>
      </w:r>
    </w:p>
    <w:p>
      <w:pPr>
        <w:jc w:val="right"/>
      </w:pPr>
      <w:r>
        <w:t>طارق بدر صاحب لاہور سے سوال کرتے ہیں: "مسلم ریاست کا فیلیر، کچھ لوگ اس کو اسلام کا فیلیر یا مذہب کا فیلیر سمجھتے ہیں۔</w:t>
      </w:r>
    </w:p>
    <w:p>
      <w:r>
        <w:rPr>
          <w:b/>
        </w:rPr>
        <w:t xml:space="preserve">[19:20] </w:t>
      </w:r>
      <w:r>
        <w:t>islam aur siyasat ko combine karne ke bohat nuqsan hue hone ke ki wajah se log islam se bhi door ho gaye hain aur khuda ke un ke ka bhi inkari hain.</w:t>
      </w:r>
    </w:p>
    <w:p>
      <w:pPr>
        <w:jc w:val="right"/>
      </w:pPr>
      <w:r>
        <w:t>اسلام اور سیاست کو کمبائن کرنے کے بہت نقصان ہوئے ہونے کے کی وجہ سے لوگ اسلام سے بھی دور ہو گئے ہیں اور خدا کے ان کے کا بھی انکاری ہیں۔</w:t>
      </w:r>
    </w:p>
    <w:p>
      <w:r>
        <w:rPr>
          <w:b/>
        </w:rPr>
        <w:t xml:space="preserve">[19:33] </w:t>
      </w:r>
      <w:r>
        <w:t>is ta'alluq se aap kuch bataen."</w:t>
      </w:r>
    </w:p>
    <w:p>
      <w:pPr>
        <w:jc w:val="right"/>
      </w:pPr>
      <w:r>
        <w:t>اس تعلق سے آپ کچھ بتائیں۔"</w:t>
      </w:r>
    </w:p>
    <w:p>
      <w:r>
        <w:rPr>
          <w:b/>
        </w:rPr>
        <w:t xml:space="preserve">[19:35] </w:t>
      </w:r>
      <w:r>
        <w:t>bhai, muslim riyasat ka concept hi baseless hai, baseless. rasool Allah ne kab bhi kaha ke mujhe islami riyasat qaim karna hai?</w:t>
      </w:r>
    </w:p>
    <w:p>
      <w:pPr>
        <w:jc w:val="right"/>
      </w:pPr>
      <w:r>
        <w:t>بھئی، مسلم ریاست کا کانسیپٹ ہی بیس لیس ہے، بیس لیس۔ رسول اللہ نے کب بھی کہا کہ مجھے اسلامی ریاست قائم کرنا ہے؟</w:t>
      </w:r>
    </w:p>
    <w:p>
      <w:r>
        <w:rPr>
          <w:b/>
        </w:rPr>
        <w:t xml:space="preserve">[19:45] </w:t>
      </w:r>
      <w:r>
        <w:t>mujhe bataiye kon si ayat hai, kon si hadith hai? yeh tha hi nahi. yeh to kuch logon ne jin ki jis ka mutala bohat ziyada gehre nahi tha, muslim hukumat, muslim riyasat jo bana diya,</w:t>
      </w:r>
    </w:p>
    <w:p>
      <w:pPr>
        <w:jc w:val="right"/>
      </w:pPr>
      <w:r>
        <w:t>مجھے بتائیے کون سی آیت ہے، کون سی حدیث ہے؟ یہ تھا ہی نہیں۔ یہ تو کچھ لوگوں نے جن کی جس کا مطالعہ بہت زیادہ گہرے نہیں تھا، مسلم حکومت، مسلم ریاست جو بنا دیا،</w:t>
      </w:r>
    </w:p>
    <w:p>
      <w:r>
        <w:rPr>
          <w:b/>
        </w:rPr>
        <w:t xml:space="preserve">[20:01] </w:t>
      </w:r>
      <w:r>
        <w:t>yeh yeh bana diya. khud galat hai yeh. yeh muslim riyasat ka koi concept islam mein maujood hi nahi hai.</w:t>
      </w:r>
    </w:p>
    <w:p>
      <w:pPr>
        <w:jc w:val="right"/>
      </w:pPr>
      <w:r>
        <w:t>یہ یہ بنا دیا۔ خود غلط ہے یہ۔ یہ مسلم ریاست کا کوئی کانسیپٹ اسلام میں موجود ہی نہیں ہے۔</w:t>
      </w:r>
    </w:p>
    <w:p>
      <w:r>
        <w:rPr>
          <w:b/>
        </w:rPr>
        <w:t xml:space="preserve">[20:13] </w:t>
      </w:r>
      <w:r>
        <w:t>jinhon ne is ko goal banaya, woh kuch jante nahi the. woh.</w:t>
      </w:r>
    </w:p>
    <w:p>
      <w:pPr>
        <w:jc w:val="right"/>
      </w:pPr>
      <w:r>
        <w:t>جنہوں نے اس کو گول بنایا، وہ کچھ جانتے نہیں تھے۔ وہ۔</w:t>
      </w:r>
    </w:p>
    <w:p>
      <w:r>
        <w:rPr>
          <w:b/>
        </w:rPr>
        <w:t xml:space="preserve">[20:22] </w:t>
      </w:r>
      <w:r>
        <w:t>maulana, ek aakhri naseehat aaj ki kar dijiye cps team ko.</w:t>
      </w:r>
    </w:p>
    <w:p>
      <w:pPr>
        <w:jc w:val="right"/>
      </w:pPr>
      <w:r>
        <w:t>مولانا، ایک آخری نصیحت آج کی کر دیجئے سی پی ایس ٹیم کو۔</w:t>
      </w:r>
    </w:p>
    <w:p>
      <w:r>
        <w:rPr>
          <w:b/>
        </w:rPr>
        <w:t xml:space="preserve">[20:32] </w:t>
      </w:r>
      <w:r>
        <w:t>bhai, main to kahunga ke aap sab logon ko naseehat meri yahi hai ke aap apne na janne ko janiye aur dua kijiye.</w:t>
      </w:r>
    </w:p>
    <w:p>
      <w:pPr>
        <w:jc w:val="right"/>
      </w:pPr>
      <w:r>
        <w:t>بھائی، میں تو کہوں گا کہ آپ سب لوگوں کو نصیحت میری یہی ہے کہ آپ اپنے نہ جاننے کو جانیے اور دعا کیجئے۔</w:t>
      </w:r>
    </w:p>
    <w:p>
      <w:r>
        <w:rPr>
          <w:b/>
        </w:rPr>
        <w:t xml:space="preserve">[20:44] </w:t>
      </w:r>
      <w:r>
        <w:t>har aadmi apne na janne ko janna samajhta hai. nahi, apne na janne ko janiye aur dua kijiye ke Allah taala aap ko janne wala banaye.</w:t>
      </w:r>
    </w:p>
    <w:p>
      <w:pPr>
        <w:jc w:val="right"/>
      </w:pPr>
      <w:r>
        <w:t>ہر آدمی اپنے نہ جاننے کو جاننا سمجھتا ہے۔ نہیں، اپنے نہ جاننے کو جانیے اور دعا کیجئے کہ اللہ تعالیٰ آپ کو جاننے والا بنائے۔</w:t>
      </w:r>
    </w:p>
    <w:p>
      <w:r>
        <w:rPr>
          <w:b/>
        </w:rPr>
        <w:t xml:space="preserve">[21:00] </w:t>
      </w:r>
      <w:r>
        <w:t>woh jo main ne kaha ke woh jo hai ke la adri nasr, apne na janne ko janiye aur phir dua kijiye.</w:t>
      </w:r>
    </w:p>
    <w:p>
      <w:pPr>
        <w:jc w:val="right"/>
      </w:pPr>
      <w:r>
        <w:t>وہ جو میں نے کہا کہ وہ جو ہے کہ لا ادری نصر، اپنے نہ جاننے کو جانیے اور پھر دعا کیجئے۔</w:t>
      </w:r>
    </w:p>
    <w:p>
      <w:r>
        <w:rPr>
          <w:b/>
        </w:rPr>
        <w:t xml:space="preserve">[21:15] </w:t>
      </w:r>
      <w:r>
        <w:t>maulana, aaj ka session aaj yahin par khatm karenge. jazakum Allah, jazakum Allah.</w:t>
      </w:r>
    </w:p>
    <w:p>
      <w:pPr>
        <w:jc w:val="right"/>
      </w:pPr>
      <w:r>
        <w:t>مولانا، آج کا سیشن آج یہیں پر ختم کریں گے۔ جزاکم اللہ، 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