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Develop A Universal Outlook September 27, 2020 Maulana Wahiduddin Khan</w:t>
      </w:r>
    </w:p>
    <w:p>
      <w:r>
        <w:t>https://www.youtube.com/watch?v=2_ilDB968dk</w:t>
      </w:r>
    </w:p>
    <w:p>
      <w:r>
        <w:rPr>
          <w:b/>
        </w:rPr>
        <w:t xml:space="preserve">[00:14] </w:t>
      </w:r>
      <w:r>
        <w:t>bismillah rahman rahim, 27 sitambar 2020. aaj main soch raha tha ke bahut din pehle</w:t>
      </w:r>
    </w:p>
    <w:p>
      <w:pPr>
        <w:jc w:val="right"/>
      </w:pPr>
      <w:r>
        <w:t>بسم اللہ الرحمن الرحیم، 27 ستمبر 2020۔ آج میں سوچ رہا تھا کہ بہت دن پہلے</w:t>
      </w:r>
    </w:p>
    <w:p>
      <w:r>
        <w:rPr>
          <w:b/>
        </w:rPr>
        <w:t xml:space="preserve">[00:32] </w:t>
      </w:r>
      <w:r>
        <w:t>ek sahab mujh se mile the, jo bahut zaheer aadmi the lekin hamare mission se un ko koi khaas lagao nahi tha.</w:t>
      </w:r>
    </w:p>
    <w:p>
      <w:pPr>
        <w:jc w:val="right"/>
      </w:pPr>
      <w:r>
        <w:t>ایک صاحب مجھ سے ملے تھے، جو بہت ظہیر آدمی تھے لیکن ہمارے مشن سے ان کو کوئی خاص لگاؤ نہیں تھا۔</w:t>
      </w:r>
    </w:p>
    <w:p>
      <w:r>
        <w:rPr>
          <w:b/>
        </w:rPr>
        <w:t xml:space="preserve">[00:44] </w:t>
      </w:r>
      <w:r>
        <w:t>to unhon ne kaha tha ke bhai aap ka, aap</w:t>
      </w:r>
    </w:p>
    <w:p>
      <w:pPr>
        <w:jc w:val="right"/>
      </w:pPr>
      <w:r>
        <w:t>تو انہوں نے کہا تھا کہ بھئی آپ کا، آپ</w:t>
      </w:r>
    </w:p>
    <w:p>
      <w:r>
        <w:rPr>
          <w:b/>
        </w:rPr>
        <w:t xml:space="preserve">[00:50] </w:t>
      </w:r>
      <w:r>
        <w:t>ka zamana khatm ho gaya. aap ne apne kitaab se apna kaam shuru kiya tha, yaani book based mission tha aap ka.</w:t>
      </w:r>
    </w:p>
    <w:p>
      <w:pPr>
        <w:jc w:val="right"/>
      </w:pPr>
      <w:r>
        <w:t>کا زمانہ ختم ہو گیا۔ آپ نے اپنے کتاب سے اپنا کام شروع کیا تھا، یعنی بک بیسڈ مشن تھا آپ کا۔</w:t>
      </w:r>
    </w:p>
    <w:p>
      <w:r>
        <w:rPr>
          <w:b/>
        </w:rPr>
        <w:t xml:space="preserve">[01:01] </w:t>
      </w:r>
      <w:r>
        <w:t>to ab kaun kitaab se palta hai? ab to book reading ka daur khatm ho gaya.</w:t>
      </w:r>
    </w:p>
    <w:p>
      <w:pPr>
        <w:jc w:val="right"/>
      </w:pPr>
      <w:r>
        <w:t>تو اب کون کتاب سے پلتا ہے؟ اب تو بک ریڈنگ کا دور ختم ہو گیا۔</w:t>
      </w:r>
    </w:p>
    <w:p>
      <w:r>
        <w:rPr>
          <w:b/>
        </w:rPr>
        <w:t xml:space="preserve">[01:12] </w:t>
      </w:r>
      <w:r>
        <w:t>yahan tak ke unhon ne yeh keh diya, ab chhodie yeh sab, ab koi aur kaam kijiye.</w:t>
      </w:r>
    </w:p>
    <w:p>
      <w:pPr>
        <w:jc w:val="right"/>
      </w:pPr>
      <w:r>
        <w:t>یہاں تک کہ انہوں نے یہ کہہ دیا، اب چھوڑیے یہ سب، اب کوئی اور کام کیجیے۔</w:t>
      </w:r>
    </w:p>
    <w:p>
      <w:r>
        <w:rPr>
          <w:b/>
        </w:rPr>
        <w:t xml:space="preserve">[01:21] </w:t>
      </w:r>
      <w:r>
        <w:t>aaj mujhe yeh discovery hui ke kitni galat baat thi jo unhon ne kahi thi.</w:t>
      </w:r>
    </w:p>
    <w:p>
      <w:pPr>
        <w:jc w:val="right"/>
      </w:pPr>
      <w:r>
        <w:t>آج مجھے یہ ڈسکوری ہوئی کہ کتنی غلط بات تھی جو انہوں نے کہی تھی۔</w:t>
      </w:r>
    </w:p>
    <w:p>
      <w:r>
        <w:rPr>
          <w:b/>
        </w:rPr>
        <w:t xml:space="preserve">[01:30] </w:t>
      </w:r>
      <w:r>
        <w:t>discovery kaise hui? main soch raha tha rasool Allah sallallahu alaihi wasallam ke ek qaul padha. aap ne kaha hai ke "j'alat li al-ardh kulluha</w:t>
      </w:r>
    </w:p>
    <w:p>
      <w:pPr>
        <w:jc w:val="right"/>
      </w:pPr>
      <w:r>
        <w:t>ڈسکوری کیسے ہوئی؟ میں سوچ رہا تھا رسول اللہ صلی اللہ علیہ وسلم کے ایک قول پڑھا۔ آپ نے کہا ہے کہ "جعلت لي الأرض كلها</w:t>
      </w:r>
    </w:p>
    <w:p>
      <w:r>
        <w:rPr>
          <w:b/>
        </w:rPr>
        <w:t xml:space="preserve">[01:48] </w:t>
      </w:r>
      <w:r>
        <w:t>mashhadan wa tahuran". yeh qaul jante hain ke rasool ka hai, rasool ka hone ke mani ke Allah ka bataya hua qaul hai.</w:t>
      </w:r>
    </w:p>
    <w:p>
      <w:pPr>
        <w:jc w:val="right"/>
      </w:pPr>
      <w:r>
        <w:t>مشهدًا وطهورًا" ۔ یہ قول جانتے ہیں کہ رسول کا ہے، رسول کا ہونے کے معنی کہ اللہ کا بتایا ہوا قول ہے۔</w:t>
      </w:r>
    </w:p>
    <w:p>
      <w:r>
        <w:rPr>
          <w:b/>
        </w:rPr>
        <w:t xml:space="preserve">[02:01] </w:t>
      </w:r>
      <w:r>
        <w:t>to aap ne farmaya ke hamare liye yeh jo ibt hai,</w:t>
      </w:r>
    </w:p>
    <w:p>
      <w:pPr>
        <w:jc w:val="right"/>
      </w:pPr>
      <w:r>
        <w:t>تو آپ نے فرمایا کہ ہمارے لیے یہ جو ابت ہے،</w:t>
      </w:r>
    </w:p>
    <w:p>
      <w:r>
        <w:rPr>
          <w:b/>
        </w:rPr>
        <w:t xml:space="preserve">[02:07] </w:t>
      </w:r>
      <w:r>
        <w:t>rasool Allah ki ibt ke liye</w:t>
      </w:r>
    </w:p>
    <w:p>
      <w:pPr>
        <w:jc w:val="right"/>
      </w:pPr>
      <w:r>
        <w:t>رسول اللہ کی ابت کے لیے</w:t>
      </w:r>
    </w:p>
    <w:p>
      <w:r>
        <w:rPr>
          <w:b/>
        </w:rPr>
        <w:t xml:space="preserve">[02:12] </w:t>
      </w:r>
      <w:r>
        <w:t>saari zameen masjid bana di gayi.</w:t>
      </w:r>
    </w:p>
    <w:p>
      <w:pPr>
        <w:jc w:val="right"/>
      </w:pPr>
      <w:r>
        <w:t>ساری زمین مسجد بنا دی گئی۔</w:t>
      </w:r>
    </w:p>
    <w:p>
      <w:r>
        <w:rPr>
          <w:b/>
        </w:rPr>
        <w:t xml:space="preserve">[02:19] </w:t>
      </w:r>
      <w:r>
        <w:t>to yeh ek naya tasawwur hai, pehle kisi paighambar ne yeh nahi kaha tha. to maine socha ke kis bare mein? is ke bare mein yeh tha ke hamara jo mission hai, tauheed ka mission,</w:t>
      </w:r>
    </w:p>
    <w:p>
      <w:pPr>
        <w:jc w:val="right"/>
      </w:pPr>
      <w:r>
        <w:t>تو یہ ایک نیا تصور ہے، پہلے کسی پیغمبر نے یہ نہیں کہا تھا۔ تو میں نے سوچا کہ کس بارے میں؟ اس کے بارے میں یہ تھا کہ ہمارا جو مشن ہے، توحید کا مشن،</w:t>
      </w:r>
    </w:p>
    <w:p>
      <w:r>
        <w:rPr>
          <w:b/>
        </w:rPr>
        <w:t xml:space="preserve">[02:34] </w:t>
      </w:r>
      <w:r>
        <w:t>jo paighambar Islam sallallahu alaihi wasallam ke zariye shuru hua,</w:t>
      </w:r>
    </w:p>
    <w:p>
      <w:pPr>
        <w:jc w:val="right"/>
      </w:pPr>
      <w:r>
        <w:t>جو پیغمبر اسلام صلی اللہ علیہ وسلم کے ذریعے شروع ہوا،</w:t>
      </w:r>
    </w:p>
    <w:p>
      <w:r>
        <w:rPr>
          <w:b/>
        </w:rPr>
        <w:t xml:space="preserve">[02:40] </w:t>
      </w:r>
      <w:r>
        <w:t>to yeh mission ek aise daur mein pahunchega jab siyasatein khatm ho jayengi.</w:t>
      </w:r>
    </w:p>
    <w:p>
      <w:pPr>
        <w:jc w:val="right"/>
      </w:pPr>
      <w:r>
        <w:t>تو یہ مشن ایک ایسے دور میں پہنچے گا جب سیاستیں ختم ہو جائیں گی۔</w:t>
      </w:r>
    </w:p>
    <w:p>
      <w:r>
        <w:rPr>
          <w:b/>
        </w:rPr>
        <w:t xml:space="preserve">[02:52] </w:t>
      </w:r>
      <w:r>
        <w:t>ek aise daur mein pahunchega jab kuch siyasatein khatm ho jayengi. saari zameen</w:t>
      </w:r>
    </w:p>
    <w:p>
      <w:pPr>
        <w:jc w:val="right"/>
      </w:pPr>
      <w:r>
        <w:t>ایک ایسے دور میں پہنچے گا جب کچھ سیاستیں ختم ہو جائیں گی۔ ساری زمین</w:t>
      </w:r>
    </w:p>
    <w:p>
      <w:r>
        <w:rPr>
          <w:b/>
        </w:rPr>
        <w:t xml:space="preserve">[03:01] </w:t>
      </w:r>
      <w:r>
        <w:t>hamara maidan ban jayegi.</w:t>
      </w:r>
    </w:p>
    <w:p>
      <w:pPr>
        <w:jc w:val="right"/>
      </w:pPr>
      <w:r>
        <w:t>ہمارا میدان بن جائے گی۔</w:t>
      </w:r>
    </w:p>
    <w:p>
      <w:r>
        <w:rPr>
          <w:b/>
        </w:rPr>
        <w:t xml:space="preserve">[03:07] </w:t>
      </w:r>
      <w:r>
        <w:t>saari zameen hamari, hamare liye work place ban jayegi. saari zameen hamare liye</w:t>
      </w:r>
    </w:p>
    <w:p>
      <w:pPr>
        <w:jc w:val="right"/>
      </w:pPr>
      <w:r>
        <w:t>ساری زمین ہماری، ہمارے لیے ورک پلیس بن جائے گی۔ ساری زمین ہمارے لیے</w:t>
      </w:r>
    </w:p>
    <w:p>
      <w:r>
        <w:rPr>
          <w:b/>
        </w:rPr>
        <w:t xml:space="preserve">[03:20] </w:t>
      </w:r>
      <w:r>
        <w:t>platform ban jayegi.</w:t>
      </w:r>
    </w:p>
    <w:p>
      <w:pPr>
        <w:jc w:val="right"/>
      </w:pPr>
      <w:r>
        <w:t>پلیٹ فارم بن جائے گی۔</w:t>
      </w:r>
    </w:p>
    <w:p>
      <w:r>
        <w:rPr>
          <w:b/>
        </w:rPr>
        <w:t xml:space="preserve">[03:24] </w:t>
      </w:r>
      <w:r>
        <w:t>yaani poori zameen hi hamare liye allot ho jayegi ke koi rukawat nahi hai jo jo deen tum ko diya gaya hai, us ko khoob phailao, khoob phailao.</w:t>
      </w:r>
    </w:p>
    <w:p>
      <w:pPr>
        <w:jc w:val="right"/>
      </w:pPr>
      <w:r>
        <w:t>یعنی پوری زمین ہی ہمارے لیے الاٹ ہو جائے گی کہ کوئی رکاوٹ نہیں ہے جو جو دین تم کو دیا گیا ہے، اس کو خوب پھیلاؤ، خوب پھیلاؤ۔</w:t>
      </w:r>
    </w:p>
    <w:p>
      <w:r>
        <w:rPr>
          <w:b/>
        </w:rPr>
        <w:t xml:space="preserve">[03:42] </w:t>
      </w:r>
      <w:r>
        <w:t>yeh soch kar maine yeh socha ke jo log kehte hain ke yeh mushkilat aur masail, woh jhoot bolte hain.</w:t>
      </w:r>
    </w:p>
    <w:p>
      <w:pPr>
        <w:jc w:val="right"/>
      </w:pPr>
      <w:r>
        <w:t>یہ سوچ کر میں نے یہ سوچا کہ جو لوگ کہتے ہیں کہ یہ مشکلات اور مسائل، وہ جھوٹ بولتے ہیں۔</w:t>
      </w:r>
    </w:p>
    <w:p>
      <w:r>
        <w:rPr>
          <w:b/>
        </w:rPr>
        <w:t xml:space="preserve">[03:53] </w:t>
      </w:r>
      <w:r>
        <w:t>Allah, Allah ke ailan ke baad jo aap se baat kahe, woh woh jhoot bolta hai.</w:t>
      </w:r>
    </w:p>
    <w:p>
      <w:pPr>
        <w:jc w:val="right"/>
      </w:pPr>
      <w:r>
        <w:t>اللہ، اللہ کے اعلان کے بعد جو آپ سے بات کہے، وہ وہ جھوٹ بولتا ہے۔</w:t>
      </w:r>
    </w:p>
    <w:p>
      <w:r>
        <w:rPr>
          <w:b/>
        </w:rPr>
        <w:t xml:space="preserve">[04:00] </w:t>
      </w:r>
      <w:r>
        <w:t>koi record kiya hai? jab poori zameen hamare liye allot kar di gayi, poori zameen hamare liye workplace bana di gayi, poori zameen hamare liye platform ban gayi, to ab rukawat ke baad jhooti baat hai.</w:t>
      </w:r>
    </w:p>
    <w:p>
      <w:pPr>
        <w:jc w:val="right"/>
      </w:pPr>
      <w:r>
        <w:t>کوئی ریکارڈ کیا ہے؟ جب پوری زمین ہمارے لیے الاٹ کر دی گئی، پوری زمین ہمارے لیے ورک پلیس بنا دی گئی، پوری زمین ہمارے لیے پلیٹ فارم بن گئی، تو اب رکاوٹ کے بعد جھوٹی بات ہے۔</w:t>
      </w:r>
    </w:p>
    <w:p>
      <w:r>
        <w:rPr>
          <w:b/>
        </w:rPr>
        <w:t xml:space="preserve">[04:16] </w:t>
      </w:r>
      <w:r>
        <w:t>koi rukawat nahi, koi rukawat nahi, koi rukawat nahi.</w:t>
      </w:r>
    </w:p>
    <w:p>
      <w:pPr>
        <w:jc w:val="right"/>
      </w:pPr>
      <w:r>
        <w:t>کوئی رکاوٹ نہیں، کوئی رکاوٹ نہیں، کوئی رکاوٹ نہیں۔</w:t>
      </w:r>
    </w:p>
    <w:p>
      <w:r>
        <w:rPr>
          <w:b/>
        </w:rPr>
        <w:t xml:space="preserve">[04:20] </w:t>
      </w:r>
      <w:r>
        <w:t>is ke bare mein kya? hamare outlook hona chahiye, outlook jo rasool Allah salallahu alaihi wasallam ne diya hai. yani har insan ko aap ab apna bhai samjhein, har insan ko apna bhai samjhein ke sari dunya aap ki hai.</w:t>
      </w:r>
    </w:p>
    <w:p>
      <w:pPr>
        <w:jc w:val="right"/>
      </w:pPr>
      <w:r>
        <w:t>اس کے بارے میں کیا؟ ہمارے آؤٹ لک ہونا چاہیے، آؤٹ لک جو رسول اللہ صلی اللہ علیہ وسلم نے دیا ہے۔ یعنی ہر انسان کو آپ اب اپنا بھائی سمجھیں، ہر انسان کو اپنا بھائی سمجھیں کہ ساری دنیا آپ کی ہے۔</w:t>
      </w:r>
    </w:p>
    <w:p>
      <w:r>
        <w:rPr>
          <w:b/>
        </w:rPr>
        <w:t xml:space="preserve">[04:39] </w:t>
      </w:r>
      <w:r>
        <w:t>har mauqe ko apna mauqa samjhein ke sari dunya aap ki hai.</w:t>
      </w:r>
    </w:p>
    <w:p>
      <w:pPr>
        <w:jc w:val="right"/>
      </w:pPr>
      <w:r>
        <w:t>ہر موقع کو اپنا موقع سمجھیں کہ ساری دنیا آپ کی ہے۔</w:t>
      </w:r>
    </w:p>
    <w:p>
      <w:r>
        <w:rPr>
          <w:b/>
        </w:rPr>
        <w:t xml:space="preserve">[04:46] </w:t>
      </w:r>
      <w:r>
        <w:t>mukammal maano mein aap peaceful ho jayen, koi invite nahi, koi dushman nahi, kuch nahi.</w:t>
      </w:r>
    </w:p>
    <w:p>
      <w:pPr>
        <w:jc w:val="right"/>
      </w:pPr>
      <w:r>
        <w:t>مکمل معنوں میں آپ پیس فل ہو جائیں، کوئی انویٹ نہیں، کوئی دشمن نہیں، کچھ نہیں۔</w:t>
      </w:r>
    </w:p>
    <w:p>
      <w:r>
        <w:rPr>
          <w:b/>
        </w:rPr>
        <w:t xml:space="preserve">[04:57] </w:t>
      </w:r>
      <w:r>
        <w:t>"tajallat li al-ardh kulluha masajid".</w:t>
      </w:r>
    </w:p>
    <w:p>
      <w:pPr>
        <w:jc w:val="right"/>
      </w:pPr>
      <w:r>
        <w:t>"تجارت لي الأرض كلها مساجد" ۔</w:t>
      </w:r>
    </w:p>
    <w:p>
      <w:r>
        <w:rPr>
          <w:b/>
        </w:rPr>
        <w:t xml:space="preserve">[05:03] </w:t>
      </w:r>
      <w:r>
        <w:t>sari zameen hamare liye masjid ban gayi. sari zameen hamare liye masjid bana di gayi. is ke bare mein ke poori zameen hamare liye workplace hai,</w:t>
      </w:r>
    </w:p>
    <w:p>
      <w:pPr>
        <w:jc w:val="right"/>
      </w:pPr>
      <w:r>
        <w:t>ساری زمین ہمارے لیے مسجد بن گئی۔ ساری زمین ہمارے لیے مسجد بنا دی گئی۔ اس کے بارے میں کہ پوری زمین ہمارے لیے ورک پلیس ہے،</w:t>
      </w:r>
    </w:p>
    <w:p>
      <w:r>
        <w:rPr>
          <w:b/>
        </w:rPr>
        <w:t xml:space="preserve">[05:18] </w:t>
      </w:r>
      <w:r>
        <w:t>poori zameen hamare liye</w:t>
      </w:r>
    </w:p>
    <w:p>
      <w:pPr>
        <w:jc w:val="right"/>
      </w:pPr>
      <w:r>
        <w:t>پوری زمین ہمارے لیے</w:t>
      </w:r>
    </w:p>
    <w:p>
      <w:r>
        <w:rPr>
          <w:b/>
        </w:rPr>
        <w:t xml:space="preserve">[05:21] </w:t>
      </w:r>
      <w:r>
        <w:t>platform hai. sare mauqe hamare liye allot kyun diye gaye hain?</w:t>
      </w:r>
    </w:p>
    <w:p>
      <w:pPr>
        <w:jc w:val="right"/>
      </w:pPr>
      <w:r>
        <w:t>پلیٹ فارم ہے۔ سارے مواقع ہمارے لیے الاٹ کیوں دیے گئے ہیں؟</w:t>
      </w:r>
    </w:p>
    <w:p>
      <w:r>
        <w:rPr>
          <w:b/>
        </w:rPr>
        <w:t xml:space="preserve">[05:30] </w:t>
      </w:r>
      <w:r>
        <w:t>ke is ke bare mein kaisi soch ki jaye? kisi ka dushman samjhein, kisi se ladne ki baatein karein. yeh jhooti baat hai.</w:t>
      </w:r>
    </w:p>
    <w:p>
      <w:pPr>
        <w:jc w:val="right"/>
      </w:pPr>
      <w:r>
        <w:t>کہ اس کے بارے میں کیسی سوچ کی جائے؟ کسی کا دشمن سمجھیں، کسی سے لڑنے کی باتیں کریں۔ یہ جھوٹی بات ہے۔</w:t>
      </w:r>
    </w:p>
    <w:p>
      <w:r>
        <w:rPr>
          <w:b/>
        </w:rPr>
        <w:t xml:space="preserve">[05:39] </w:t>
      </w:r>
      <w:r>
        <w:t>yeh ladna kis ke liye? apne bhaiyon se ladna? ladna kis ke liye?</w:t>
      </w:r>
    </w:p>
    <w:p>
      <w:pPr>
        <w:jc w:val="right"/>
      </w:pPr>
      <w:r>
        <w:t>یہ لڑنا کس کے لیے؟ اپنے بھائیوں سے لڑنا؟ لڑنا کس کے لیے؟</w:t>
      </w:r>
    </w:p>
    <w:p>
      <w:r>
        <w:rPr>
          <w:b/>
        </w:rPr>
        <w:t xml:space="preserve">[05:47] </w:t>
      </w:r>
      <w:r>
        <w:t>ab ladna, koi ladne ki koi baatein karna ek bilkul hi nadani ki baat hai.</w:t>
      </w:r>
    </w:p>
    <w:p>
      <w:pPr>
        <w:jc w:val="right"/>
      </w:pPr>
      <w:r>
        <w:t>اب لڑنا، کوئی لڑنے کی کوئی باتیں کرنا ایک بالکل ہی نادانی کی بات ہے۔</w:t>
      </w:r>
    </w:p>
    <w:p>
      <w:r>
        <w:rPr>
          <w:b/>
        </w:rPr>
        <w:t xml:space="preserve">[06:02] </w:t>
      </w:r>
      <w:r>
        <w:t>ab hamari planning honi chahiye, planning mehdood nahi honi chahiye, universal planning honi chahiye. yani hamari har planning, universal planning.</w:t>
      </w:r>
    </w:p>
    <w:p>
      <w:pPr>
        <w:jc w:val="right"/>
      </w:pPr>
      <w:r>
        <w:t>اب ہماری پلاننگ ہونی چاہیے، پلاننگ محدود نہیں ہونی چاہیے، یونیورسل پلاننگ ہونی چاہیے۔ یعنی ہماری ہر پلاننگ، یونیورسل پلاننگ۔</w:t>
      </w:r>
    </w:p>
    <w:p>
      <w:r>
        <w:rPr>
          <w:b/>
        </w:rPr>
        <w:t xml:space="preserve">[06:17] </w:t>
      </w:r>
      <w:r>
        <w:t>jaise mujhe dekhiye, main ek madarse mein padha hua aadmi hoon. main jaanta nahi tha ke complete kya cheez hai.</w:t>
      </w:r>
    </w:p>
    <w:p>
      <w:pPr>
        <w:jc w:val="right"/>
      </w:pPr>
      <w:r>
        <w:t>جیسے مجھے دیکھیے، میں ایک مدرسے میں پڑھا ہوا آدمی ہوں۔ میں جانتا نہیں تھا کہ کمپلیٹ کیا چیز ہے۔</w:t>
      </w:r>
    </w:p>
    <w:p>
      <w:r>
        <w:rPr>
          <w:b/>
        </w:rPr>
        <w:t xml:space="preserve">[06:30] </w:t>
      </w:r>
      <w:r>
        <w:t>aaj bhi nahi jaanta main complete kya cheez hai.</w:t>
      </w:r>
    </w:p>
    <w:p>
      <w:pPr>
        <w:jc w:val="right"/>
      </w:pPr>
      <w:r>
        <w:t>آج بھی نہیں جانتا میں کمپلیٹ کیا چیز ہے۔</w:t>
      </w:r>
    </w:p>
    <w:p>
      <w:r>
        <w:rPr>
          <w:b/>
        </w:rPr>
        <w:t xml:space="preserve">[06:35] </w:t>
      </w:r>
      <w:r>
        <w:t>lekin main dekhta hoon ke hamare saathi sari dunya mein kaam kar rahe hain, kaise? computer ke zariye. hamare saathi hain, woh sari dunya mein apni baat phaila rahe hain,</w:t>
      </w:r>
    </w:p>
    <w:p>
      <w:pPr>
        <w:jc w:val="right"/>
      </w:pPr>
      <w:r>
        <w:t>لیکن میں دیکھتا ہوں کہ ہمارے ساتھی ساری دنیا میں کام کر رہے ہیں، کیسے؟ کمپیوٹر کے ذریعے۔ ہمارے ساتھی ہیں، وہ ساری دنیا میں اپنی بات پھیلا رہے ہیں،</w:t>
      </w:r>
    </w:p>
    <w:p>
      <w:r>
        <w:rPr>
          <w:b/>
        </w:rPr>
        <w:t xml:space="preserve">[06:51] </w:t>
      </w:r>
      <w:r>
        <w:t>kaise? computer ke zariye se.</w:t>
      </w:r>
    </w:p>
    <w:p>
      <w:pPr>
        <w:jc w:val="right"/>
      </w:pPr>
      <w:r>
        <w:t>کیسے؟ کمپیوٹر کے ذریعے سے۔</w:t>
      </w:r>
    </w:p>
    <w:p>
      <w:r>
        <w:rPr>
          <w:b/>
        </w:rPr>
        <w:t xml:space="preserve">[06:56] </w:t>
      </w:r>
      <w:r>
        <w:t>to maine apni ghalti ko maana ke meri conditioning hui thi madarse ke mahol mein, aur aaj dunya is se bahar aa chuki hai.</w:t>
      </w:r>
    </w:p>
    <w:p>
      <w:pPr>
        <w:jc w:val="right"/>
      </w:pPr>
      <w:r>
        <w:t>تو میں نے اپنی غلطی کو مانا کہ میری کنڈیشننگ ہوئی تھی مدرسے کے ماحول میں، اور آج دنیا اس سے باہر آ چکی ہے۔</w:t>
      </w:r>
    </w:p>
    <w:p>
      <w:r>
        <w:rPr>
          <w:b/>
        </w:rPr>
        <w:t xml:space="preserve">[07:10] </w:t>
      </w:r>
      <w:r>
        <w:t>aaj dunya is se bahar aa chuki hai.</w:t>
      </w:r>
    </w:p>
    <w:p>
      <w:pPr>
        <w:jc w:val="right"/>
      </w:pPr>
      <w:r>
        <w:t>آج دنیا اس سے باہر آ چکی ہے۔</w:t>
      </w:r>
    </w:p>
    <w:p>
      <w:r>
        <w:rPr>
          <w:b/>
        </w:rPr>
        <w:t xml:space="preserve">[07:15] </w:t>
      </w:r>
      <w:r>
        <w:t>haan, to hum sab ko mil kar hi yeh cheez matlab discovery jaanna chahiye ke hum ek naye, ek aise daur mein hain jahan poori dunya hamare maidan hai, poori dunya hamara platform hai,</w:t>
      </w:r>
    </w:p>
    <w:p>
      <w:pPr>
        <w:jc w:val="right"/>
      </w:pPr>
      <w:r>
        <w:t>ہاں، تو ہم سب کو مل کر ہی یہ چیز مطلب ڈسکوری جاننا چاہیے کہ ہم ایک نئے، ایک ایسے دور میں ہیں جہاں پوری دنیا ہمارے میدان ہے، پوری دنیا ہمارا پلیٹ فارم ہے،</w:t>
      </w:r>
    </w:p>
    <w:p>
      <w:r>
        <w:rPr>
          <w:b/>
        </w:rPr>
        <w:t xml:space="preserve">[07:35] </w:t>
      </w:r>
      <w:r>
        <w:t>poori dunya hamari workplace hai. hamari har planning universal planning honi chahiye. shart kya hai?</w:t>
      </w:r>
    </w:p>
    <w:p>
      <w:pPr>
        <w:jc w:val="right"/>
      </w:pPr>
      <w:r>
        <w:t>پوری دنیا ہماری ورک پلیس ہے۔ ہماری ہر پلاننگ یونیورسل پلاننگ ہونی چاہیے۔ شرط کیا ہے؟</w:t>
      </w:r>
    </w:p>
    <w:p>
      <w:r>
        <w:rPr>
          <w:b/>
        </w:rPr>
        <w:t xml:space="preserve">[07:45] </w:t>
      </w:r>
      <w:r>
        <w:t>shart yeh hai ke hamare dil mein negativity zara bhi nahi ho. hamare dil mein negativity zara bhi na ho.</w:t>
      </w:r>
    </w:p>
    <w:p>
      <w:pPr>
        <w:jc w:val="right"/>
      </w:pPr>
      <w:r>
        <w:t>شرط یہ ہے کہ ہمارے دل میں نیگیٹیوٹی ذرا بھی نہیں ہو۔ ہمارے دل میں نیگیٹیوٹی ذرا بھی نہ ہو۔</w:t>
      </w:r>
    </w:p>
    <w:p>
      <w:r>
        <w:rPr>
          <w:b/>
        </w:rPr>
        <w:t xml:space="preserve">[07:58] </w:t>
      </w:r>
      <w:r>
        <w:t>hamare dil mein zara kisi ko gair nahi maanna hai, sab apne hain, sab sab bhai hain.</w:t>
      </w:r>
    </w:p>
    <w:p>
      <w:pPr>
        <w:jc w:val="right"/>
      </w:pPr>
      <w:r>
        <w:t>ہمارے دل میں ذرا کسی کو غیر نہیں ماننا ہے، سب اپنے ہیں، سب سب بھائی ہیں۔</w:t>
      </w:r>
    </w:p>
    <w:p>
      <w:r>
        <w:rPr>
          <w:b/>
        </w:rPr>
        <w:t xml:space="preserve">[08:13] </w:t>
      </w:r>
      <w:r>
        <w:t>ab hum ko ek naye outlook ke sath naye dunya mein kaam karna hai, woh universal outlook hai.</w:t>
      </w:r>
    </w:p>
    <w:p>
      <w:pPr>
        <w:jc w:val="right"/>
      </w:pPr>
      <w:r>
        <w:t>اب ہم کو ایک نئے آؤٹ لک کے ساتھ نئے دنیا میں کام کرنا ہے، وہ یونیورسل آؤٹ لک ہے۔</w:t>
      </w:r>
    </w:p>
    <w:p>
      <w:r>
        <w:rPr>
          <w:b/>
        </w:rPr>
        <w:t xml:space="preserve">[08:30] </w:t>
      </w:r>
      <w:r>
        <w:t>ek yeh kal mujh par zyada wazeh tor par yeh baat khuli.</w:t>
      </w:r>
    </w:p>
    <w:p>
      <w:pPr>
        <w:jc w:val="right"/>
      </w:pPr>
      <w:r>
        <w:t>ایک یہ کل مجھ پر زیادہ واضح طور پر یہ بات کھلی۔</w:t>
      </w:r>
    </w:p>
    <w:p>
      <w:r>
        <w:rPr>
          <w:b/>
        </w:rPr>
        <w:t xml:space="preserve">[08:38] </w:t>
      </w:r>
      <w:r>
        <w:t>jo log kapoor jatay thay, unhon ne jaldi pakar liya is ko. main chounkay nahi jata tha kapoor, mujhe is ko pakarnay mein thori dair lagi.</w:t>
      </w:r>
    </w:p>
    <w:p>
      <w:pPr>
        <w:jc w:val="right"/>
      </w:pPr>
      <w:r>
        <w:t>جو لوگ کپور جاتے تھے، انہوں نے جلدی پکڑ لیا اس کو۔ میں چونکہ نہیں جاتا تھا کپور، مجھے اس کو پکڑنے میں تھوڑی دیر لگی۔</w:t>
      </w:r>
    </w:p>
    <w:p>
      <w:r>
        <w:rPr>
          <w:b/>
        </w:rPr>
        <w:t xml:space="preserve">[08:50] </w:t>
      </w:r>
      <w:r>
        <w:t>lekin kal aisi baatein huin</w:t>
      </w:r>
    </w:p>
    <w:p>
      <w:pPr>
        <w:jc w:val="right"/>
      </w:pPr>
      <w:r>
        <w:t>لیکن کل ایسی باتیں ہوئیں</w:t>
      </w:r>
    </w:p>
    <w:p>
      <w:r>
        <w:rPr>
          <w:b/>
        </w:rPr>
        <w:t xml:space="preserve">[08:55] </w:t>
      </w:r>
      <w:r>
        <w:t>logon se, kal ek dam mere par khul gaya achanak ke yeh sari dunya hamari place hai, platform hai, sari dunya hamara work place hai, sari dunya hamari hai.</w:t>
      </w:r>
    </w:p>
    <w:p>
      <w:pPr>
        <w:jc w:val="right"/>
      </w:pPr>
      <w:r>
        <w:t>لوگوں سے، کل ایک دم میرے پر کھل گیا اچانک کہ یہ ساری دنیا ہماری پلیس ہے، پلیٹ فارم ہے، ساری دنیا ہمارا ورک پلیس ہے، ساری دنیا ہماری ہے۔</w:t>
      </w:r>
    </w:p>
    <w:p>
      <w:r>
        <w:rPr>
          <w:b/>
        </w:rPr>
        <w:t xml:space="preserve">[09:11] </w:t>
      </w:r>
      <w:r>
        <w:t>hum sari dunya ke liye hain,</w:t>
      </w:r>
    </w:p>
    <w:p>
      <w:pPr>
        <w:jc w:val="right"/>
      </w:pPr>
      <w:r>
        <w:t>ہم ساری دنیا کے لیے ہیں،</w:t>
      </w:r>
    </w:p>
    <w:p>
      <w:r>
        <w:rPr>
          <w:b/>
        </w:rPr>
        <w:t xml:space="preserve">[09:14] </w:t>
      </w:r>
      <w:r>
        <w:t>yani sari dunya hamare liye hai aur hum sari dunya ke liye hain.</w:t>
      </w:r>
    </w:p>
    <w:p>
      <w:pPr>
        <w:jc w:val="right"/>
      </w:pPr>
      <w:r>
        <w:t>یعنی ساری دنیا ہمارے لیے ہے اور ہم ساری دنیا کے لیے ہیں۔</w:t>
      </w:r>
    </w:p>
    <w:p>
      <w:r>
        <w:rPr>
          <w:b/>
        </w:rPr>
        <w:t xml:space="preserve">[09:21] </w:t>
      </w:r>
      <w:r>
        <w:t>bas yahi, yahi nukta hai jo janna hai aap ko ke sari dunya hamare liye hai aur hum sari dunya ke liye hain.</w:t>
      </w:r>
    </w:p>
    <w:p>
      <w:pPr>
        <w:jc w:val="right"/>
      </w:pPr>
      <w:r>
        <w:t>بس یہی، یہی نکتہ ہے جو جاننا ہے آپ کو کہ ساری دنیا ہمارے لیے ہے اور ہم ساری دنیا کے لیے ہیں۔</w:t>
      </w:r>
    </w:p>
    <w:p>
      <w:r>
        <w:rPr>
          <w:b/>
        </w:rPr>
        <w:t xml:space="preserve">[09:35] </w:t>
      </w:r>
      <w:r>
        <w:t>isi, isi zehn ke sath aap naye daur mein dakhil ho jaiye, aur phir itna bara kaam hoga ke jis ki koi had hisab nahi.</w:t>
      </w:r>
    </w:p>
    <w:p>
      <w:pPr>
        <w:jc w:val="right"/>
      </w:pPr>
      <w:r>
        <w:t>اسی، اسی ذہن کے ساتھ آپ نئے دور میں داخل ہو جائیے، اور پھر اتنا بڑا کام ہوگا کہ جس کی کوئی حد حساب نہیں۔</w:t>
      </w:r>
    </w:p>
    <w:p>
      <w:r>
        <w:rPr>
          <w:b/>
        </w:rPr>
        <w:t xml:space="preserve">[09:50] </w:t>
      </w:r>
      <w:r>
        <w:t>bohat dinon se log mujh se kehtay thay ke aap ka, aap ka jo kaam hai, woh to book book base tha, kitabi kitab par mabni tha.</w:t>
      </w:r>
    </w:p>
    <w:p>
      <w:pPr>
        <w:jc w:val="right"/>
      </w:pPr>
      <w:r>
        <w:t>بہت دنوں سے لوگ مجھ سے کہتے تھے کہ آپ کا، آپ کا جو کام ہے، وہ تو بک بک بیس تھا، کتابی کتاب پر مبنی تھا۔</w:t>
      </w:r>
    </w:p>
    <w:p>
      <w:r>
        <w:rPr>
          <w:b/>
        </w:rPr>
        <w:t xml:space="preserve">[10:02] </w:t>
      </w:r>
      <w:r>
        <w:t>to kitab to ab koi parta hai, kitab ka daur khatam ho gaya,</w:t>
      </w:r>
    </w:p>
    <w:p>
      <w:pPr>
        <w:jc w:val="right"/>
      </w:pPr>
      <w:r>
        <w:t>تو کتاب تو اب کوئی پڑھتا ہے، کتاب کا دور ختم ہو گیا،</w:t>
      </w:r>
    </w:p>
    <w:p>
      <w:r>
        <w:rPr>
          <w:b/>
        </w:rPr>
        <w:t xml:space="preserve">[10:07] </w:t>
      </w:r>
      <w:r>
        <w:t>ab to kapoor ka daur hai. to chounkay main kapoor nahi janta tha, main is se thora mutasir ho gaya. lekin kal kuch baatein huin ke mujh par ek thama para,</w:t>
      </w:r>
    </w:p>
    <w:p>
      <w:pPr>
        <w:jc w:val="right"/>
      </w:pPr>
      <w:r>
        <w:t>اب تو کپور کا دور ہے۔ تو چونکہ میں کپور نہیں جانتا تھا، میں اس سے تھوڑا متاثر ہو گیا۔ لیکن کل کچھ باتیں ہوئیں کہ مجھ پر ایک تھاما پڑا،</w:t>
      </w:r>
    </w:p>
    <w:p>
      <w:r>
        <w:rPr>
          <w:b/>
        </w:rPr>
        <w:t xml:space="preserve">[10:24] </w:t>
      </w:r>
      <w:r>
        <w:t>zehn mera badal gaya.</w:t>
      </w:r>
    </w:p>
    <w:p>
      <w:pPr>
        <w:jc w:val="right"/>
      </w:pPr>
      <w:r>
        <w:t>ذہن میرا بدل گیا۔</w:t>
      </w:r>
    </w:p>
    <w:p>
      <w:r>
        <w:rPr>
          <w:b/>
        </w:rPr>
        <w:t xml:space="preserve">[10:27] </w:t>
      </w:r>
      <w:r>
        <w:t>aaj main sochta hoon ke</w:t>
      </w:r>
    </w:p>
    <w:p>
      <w:pPr>
        <w:jc w:val="right"/>
      </w:pPr>
      <w:r>
        <w:t>آج میں سوچتا ہوں کہ</w:t>
      </w:r>
    </w:p>
    <w:p>
      <w:r>
        <w:rPr>
          <w:b/>
        </w:rPr>
        <w:t xml:space="preserve">[10:32] </w:t>
      </w:r>
      <w:r>
        <w:t>puri dunya hamare liye hai, hum puri dunya ke liye hain. shart yeh hai ke aap ke andar koi negative thinking na ho,</w:t>
      </w:r>
    </w:p>
    <w:p>
      <w:pPr>
        <w:jc w:val="right"/>
      </w:pPr>
      <w:r>
        <w:t>پوری دنیا ہمارے لیے ہے، ہم پوری دنیا کے لیے ہیں۔ شرط یہ ہے کہ آپ کے اندر کوئی نیگیٹیو تھنکنگ نہ ہو،</w:t>
      </w:r>
    </w:p>
    <w:p>
      <w:r>
        <w:rPr>
          <w:b/>
        </w:rPr>
        <w:t xml:space="preserve">[10:44] </w:t>
      </w:r>
      <w:r>
        <w:t>aap kisi ko ghair na samjhein, aap mukammal mein positive outlook aap ke andar ho, poore mani mein aap ke andar</w:t>
      </w:r>
    </w:p>
    <w:p>
      <w:pPr>
        <w:jc w:val="right"/>
      </w:pPr>
      <w:r>
        <w:t>آپ کسی کو غیر نہ سمجھیں، آپ مکمل میں پازیٹیو آؤٹ لک آپ کے اندر ہو، پورے معنی میں آپ کے اندر</w:t>
      </w:r>
    </w:p>
    <w:p>
      <w:r>
        <w:rPr>
          <w:b/>
        </w:rPr>
        <w:t xml:space="preserve">[10:56] </w:t>
      </w:r>
      <w:r>
        <w:t>worldly thinking ho.</w:t>
      </w:r>
    </w:p>
    <w:p>
      <w:pPr>
        <w:jc w:val="right"/>
      </w:pPr>
      <w:r>
        <w:t>ورلڈلی تھنکنگ ہو۔</w:t>
      </w:r>
    </w:p>
    <w:p>
      <w:r>
        <w:rPr>
          <w:b/>
        </w:rPr>
        <w:t xml:space="preserve">[11:04] </w:t>
      </w:r>
      <w:r>
        <w:t>ek item ke barabar hi aap ke andar negativity na ho,</w:t>
      </w:r>
    </w:p>
    <w:p>
      <w:pPr>
        <w:jc w:val="right"/>
      </w:pPr>
      <w:r>
        <w:t>ایک آئٹم کے برابر ہی آپ کے اندر نیگیٹیوٹی نہ ہو،</w:t>
      </w:r>
    </w:p>
    <w:p>
      <w:r>
        <w:rPr>
          <w:b/>
        </w:rPr>
        <w:t xml:space="preserve">[11:10] </w:t>
      </w:r>
      <w:r>
        <w:t>ek item ke barabar bhi na ho. agar kisi ke andar negative thinking hai to usay khuj ke nikal dijiye, us ko khuj ke nikal dijiye bilkul.</w:t>
      </w:r>
    </w:p>
    <w:p>
      <w:pPr>
        <w:jc w:val="right"/>
      </w:pPr>
      <w:r>
        <w:t>ایک آئٹم کے برابر بھی نہ ہو۔ اگر کسی کے اندر نیگیٹیو تھنکنگ ہے تو اسے کھج کے نکال دیجئے، اس کو کھج کے نکال دیجئے بالکل۔</w:t>
      </w:r>
    </w:p>
    <w:p>
      <w:r>
        <w:rPr>
          <w:b/>
        </w:rPr>
        <w:t xml:space="preserve">[11:27] </w:t>
      </w:r>
      <w:r>
        <w:t>tab aap kaam kar paingay. ab ghore kijiye, hum ko aap ko Allah ke samnay jana hai, aur hum yahan par yeh shikayat de ke maren ke aray bhai halaat to bohat mushkil hain.</w:t>
      </w:r>
    </w:p>
    <w:p>
      <w:pPr>
        <w:jc w:val="right"/>
      </w:pPr>
      <w:r>
        <w:t>تب آپ کام کر پائیں گے۔ اب غور کیجئے، ہم کو آپ کو اللہ کے سامنے جانا ہے، اور ہم یہاں پر یہ شکایت دے کے مریں کہ ارے بھئی حالات تو بہت مشکل ہیں۔</w:t>
      </w:r>
    </w:p>
    <w:p>
      <w:r>
        <w:rPr>
          <w:b/>
        </w:rPr>
        <w:t xml:space="preserve">[11:47] </w:t>
      </w:r>
      <w:r>
        <w:t>to wahan Allah taala kahay ga ke aray bewaqoofon, main tumhari sari dunya khol di thi, aur tum shikayat mein jeetay rahay.</w:t>
      </w:r>
    </w:p>
    <w:p>
      <w:pPr>
        <w:jc w:val="right"/>
      </w:pPr>
      <w:r>
        <w:t>تو وہاں اللہ تعالی کہے گا کہ ارے بیوقوفوں، میں تمہاری ساری دنیا کھول دی تھی، اور تم شکایت میں جیتے رہے۔</w:t>
      </w:r>
    </w:p>
    <w:p>
      <w:r>
        <w:rPr>
          <w:b/>
        </w:rPr>
        <w:t xml:space="preserve">[11:58] </w:t>
      </w:r>
      <w:r>
        <w:t>ab ghore kijiye, kya hum is ko, is ko hum afford kar sakain gay?</w:t>
      </w:r>
    </w:p>
    <w:p>
      <w:pPr>
        <w:jc w:val="right"/>
      </w:pPr>
      <w:r>
        <w:t>اب غور کیجئے، کیا ہم اس کو، اس کو ہم افورڈ کر سکیں گے؟</w:t>
      </w:r>
    </w:p>
    <w:p>
      <w:r>
        <w:rPr>
          <w:b/>
        </w:rPr>
        <w:t xml:space="preserve">[12:04] </w:t>
      </w:r>
      <w:r>
        <w:t>is is zehn ke sath hum Allah rab ul alameen ko face kar sakain gay? yani hum dunya mein jeetay rahay ke yeh dushman hai, yeh apna hai, yeh ghair hai.</w:t>
      </w:r>
    </w:p>
    <w:p>
      <w:pPr>
        <w:jc w:val="right"/>
      </w:pPr>
      <w:r>
        <w:t>اس اس ذہن کے ساتھ ہم اللہ رب العالمین کو فیس کر سکیں گے؟ یعنی ہم دنیا میں جیتے رہے کہ یہ دشمن ہے، یہ اپنا ہے، یہ غیر ہے۔</w:t>
      </w:r>
    </w:p>
    <w:p>
      <w:r>
        <w:rPr>
          <w:b/>
        </w:rPr>
        <w:t xml:space="preserve">[12:19] </w:t>
      </w:r>
      <w:r>
        <w:t>negative thinking ke sath, mehdood soch ke sath, rai ke zehn ke sath,</w:t>
      </w:r>
    </w:p>
    <w:p>
      <w:pPr>
        <w:jc w:val="right"/>
      </w:pPr>
      <w:r>
        <w:t>نیگیٹیو تھنکنگ کے ساتھ، محدود سوچ کے ساتھ، رائے کے ذہن کے ساتھ،</w:t>
      </w:r>
    </w:p>
    <w:p>
      <w:r>
        <w:rPr>
          <w:b/>
        </w:rPr>
        <w:t xml:space="preserve">[12:30] </w:t>
      </w:r>
      <w:r>
        <w:t>aur jab hum Allah ke samnay kharay hon, to Allah khulay ga, Allah taala ailan karay ga ke main sari dunya apne deen ke liye khol diya tha.</w:t>
      </w:r>
    </w:p>
    <w:p>
      <w:pPr>
        <w:jc w:val="right"/>
      </w:pPr>
      <w:r>
        <w:t>اور جب ہم اللہ کے سامنے کھڑے ہوں، تو اللہ کھلے گا، اللہ تعالی اعلان کرے گا کہ میں ساری دنیا اپنے دین کے لیے کھول دیا تھا۔</w:t>
      </w:r>
    </w:p>
    <w:p>
      <w:r>
        <w:rPr>
          <w:b/>
        </w:rPr>
        <w:t xml:space="preserve">[12:44] </w:t>
      </w:r>
      <w:r>
        <w:t>deen toheed jo tha,</w:t>
      </w:r>
    </w:p>
    <w:p>
      <w:pPr>
        <w:jc w:val="right"/>
      </w:pPr>
      <w:r>
        <w:t>دین توحید جو تھا،</w:t>
      </w:r>
    </w:p>
    <w:p>
      <w:r>
        <w:rPr>
          <w:b/>
        </w:rPr>
        <w:t xml:space="preserve">[12:46] </w:t>
      </w:r>
      <w:r>
        <w:t>is ke liye sari dunya khol khol di bani ke khoob kaam karo, koi rukawat nahin. tum ko na to kis koi ladna hai, na takrao karna hai,</w:t>
      </w:r>
    </w:p>
    <w:p>
      <w:pPr>
        <w:jc w:val="right"/>
      </w:pPr>
      <w:r>
        <w:t>اس کے لیے ساری دنیا کھول کھول دی بنی کہ خوب کام کرو، کوئی رکاوٹ نہیں۔ تم کو نہ تو کس کوئی لڑنا ہے، نہ ٹکراؤ کرنا ہے،</w:t>
      </w:r>
    </w:p>
    <w:p>
      <w:r>
        <w:rPr>
          <w:b/>
        </w:rPr>
        <w:t xml:space="preserve">[13:00] </w:t>
      </w:r>
      <w:r>
        <w:t>na na na nafrat karna hai.</w:t>
      </w:r>
    </w:p>
    <w:p>
      <w:pPr>
        <w:jc w:val="right"/>
      </w:pPr>
      <w:r>
        <w:t>نہ نہ نہ نفرت کرنا ہے۔</w:t>
      </w:r>
    </w:p>
    <w:p>
      <w:r>
        <w:rPr>
          <w:b/>
        </w:rPr>
        <w:t xml:space="preserve">[13:09] </w:t>
      </w:r>
      <w:r>
        <w:t>har insan tumhara bhai hai, har jagah tumhari hai.</w:t>
      </w:r>
    </w:p>
    <w:p>
      <w:pPr>
        <w:jc w:val="right"/>
      </w:pPr>
      <w:r>
        <w:t>ہر انسان تمہارا بھائی ہے، ہر جگہ تمہاری ہے۔</w:t>
      </w:r>
    </w:p>
    <w:p>
      <w:r>
        <w:rPr>
          <w:b/>
        </w:rPr>
        <w:t xml:space="preserve">[13:18] </w:t>
      </w:r>
      <w:r>
        <w:t>aise zehan mein humein kaam kiya karna hai? universal outlook.</w:t>
      </w:r>
    </w:p>
    <w:p>
      <w:pPr>
        <w:jc w:val="right"/>
      </w:pPr>
      <w:r>
        <w:t>ایسے ذہن میں ہمیں کام کیا کرنا ہے؟ یونیورسل آؤٹ لک۔</w:t>
      </w:r>
    </w:p>
    <w:p>
      <w:r>
        <w:rPr>
          <w:b/>
        </w:rPr>
        <w:t xml:space="preserve">[13:29] </w:t>
      </w:r>
      <w:r>
        <w:t>aur dekhiye,</w:t>
      </w:r>
    </w:p>
    <w:p>
      <w:pPr>
        <w:jc w:val="right"/>
      </w:pPr>
      <w:r>
        <w:t>اور دیکھیے،</w:t>
      </w:r>
    </w:p>
    <w:p>
      <w:r>
        <w:rPr>
          <w:b/>
        </w:rPr>
        <w:t xml:space="preserve">[13:36] </w:t>
      </w:r>
      <w:r>
        <w:t>ek ajib gharib baat kal mujhe khuli ke</w:t>
      </w:r>
    </w:p>
    <w:p>
      <w:pPr>
        <w:jc w:val="right"/>
      </w:pPr>
      <w:r>
        <w:t>ایک عجیب غریب بات کل مجھے کھلی کہ</w:t>
      </w:r>
    </w:p>
    <w:p>
      <w:r>
        <w:rPr>
          <w:b/>
        </w:rPr>
        <w:t xml:space="preserve">[13:44] </w:t>
      </w:r>
      <w:r>
        <w:t>ab parhne ka daur nahin hai, ab sunne ka daur hai.</w:t>
      </w:r>
    </w:p>
    <w:p>
      <w:pPr>
        <w:jc w:val="right"/>
      </w:pPr>
      <w:r>
        <w:t>اب پڑھنے کا دور نہیں ہے، اب سننے کا دور ہے۔</w:t>
      </w:r>
    </w:p>
    <w:p>
      <w:r>
        <w:rPr>
          <w:b/>
        </w:rPr>
        <w:t xml:space="preserve">[13:49] </w:t>
      </w:r>
      <w:r>
        <w:t>main sari zindagi</w:t>
      </w:r>
    </w:p>
    <w:p>
      <w:pPr>
        <w:jc w:val="right"/>
      </w:pPr>
      <w:r>
        <w:t>میں ساری زندگی</w:t>
      </w:r>
    </w:p>
    <w:p>
      <w:r>
        <w:rPr>
          <w:b/>
        </w:rPr>
        <w:t xml:space="preserve">[13:53] </w:t>
      </w:r>
      <w:r>
        <w:t>laga kar ke urdu mein tafsir tayyar ki, tafsir-ul-quran. to urdu janne wale to bohat hain dunya mein, lekin parhne wala koi nahin hai.</w:t>
      </w:r>
    </w:p>
    <w:p>
      <w:pPr>
        <w:jc w:val="right"/>
      </w:pPr>
      <w:r>
        <w:t>لگا کر کے اردو میں تفسیر تیار کی، تفسیر القرآن۔ تو اردو جاننے والے تو بہت ہیں دنیا میں، لیکن پڑھنے والا کوئی نہیں ہے۔</w:t>
      </w:r>
    </w:p>
    <w:p>
      <w:r>
        <w:rPr>
          <w:b/>
        </w:rPr>
        <w:t xml:space="preserve">[14:09] </w:t>
      </w:r>
      <w:r>
        <w:t>main sochta tha ke ab kya hoga? kal maine woh mazmoon parha jo maine likha tha us waqt, jab ke mere mere</w:t>
      </w:r>
    </w:p>
    <w:p>
      <w:pPr>
        <w:jc w:val="right"/>
      </w:pPr>
      <w:r>
        <w:t>میں سوچتا تھا کہ اب کیا ہوگا؟ کل میں نے وہ مضمون پڑھا جو میں نے لکھا تھا اس وقت، جب کہ میرے میرے</w:t>
      </w:r>
    </w:p>
    <w:p>
      <w:r>
        <w:rPr>
          <w:b/>
        </w:rPr>
        <w:t xml:space="preserve">[14:27] </w:t>
      </w:r>
      <w:r>
        <w:t>electric burn ka waqia hua tha. electric burn to main hospital mein pada hua tha, aur mujhe yaad hai ke main us waqt shayad dead ho chuka tha,</w:t>
      </w:r>
    </w:p>
    <w:p>
      <w:pPr>
        <w:jc w:val="right"/>
      </w:pPr>
      <w:r>
        <w:t>الیکٹرک برن کا واقعہ ہوا تھا۔ الیکٹرک برن تو میں ہسپتال میں پڑا ہوا تھا، اور مجھے یاد ہے کہ میں اس وقت شاید ڈیڈ ہو چکا تھا،</w:t>
      </w:r>
    </w:p>
    <w:p>
      <w:r>
        <w:rPr>
          <w:b/>
        </w:rPr>
        <w:t xml:space="preserve">[14:42] </w:t>
      </w:r>
      <w:r>
        <w:t>lekin kahin na kahin mere mind mein mein</w:t>
      </w:r>
    </w:p>
    <w:p>
      <w:pPr>
        <w:jc w:val="right"/>
      </w:pPr>
      <w:r>
        <w:t>لیکن کہیں نہ کہیں میرے مائنڈ میں میں</w:t>
      </w:r>
    </w:p>
    <w:p>
      <w:r>
        <w:rPr>
          <w:b/>
        </w:rPr>
        <w:t xml:space="preserve">[14:45] </w:t>
      </w:r>
      <w:r>
        <w:t>zinda tha. to main sochta tha ke Allah, mera waqt aakhri waqt aa gaya, ab kaun hai jo quran ki tafsir likhe?</w:t>
      </w:r>
    </w:p>
    <w:p>
      <w:pPr>
        <w:jc w:val="right"/>
      </w:pPr>
      <w:r>
        <w:t>زندہ تھا۔ تو میں سوچتا تھا کہ اللہ، میرا وقت آخری وقت آگیا، اب کون ہے جو قرآن کی تفسیر لکھے؟</w:t>
      </w:r>
    </w:p>
    <w:p>
      <w:r>
        <w:rPr>
          <w:b/>
        </w:rPr>
        <w:t xml:space="preserve">[15:00] </w:t>
      </w:r>
      <w:r>
        <w:t>to kya quran ki tafsir likhe baghair dunya khatm ho jayegi?</w:t>
      </w:r>
    </w:p>
    <w:p>
      <w:pPr>
        <w:jc w:val="right"/>
      </w:pPr>
      <w:r>
        <w:t>تو کیا قرآن کی تفسیر لکھے بغیر دنیا ختم ہو جائے گی؟</w:t>
      </w:r>
    </w:p>
    <w:p>
      <w:r>
        <w:rPr>
          <w:b/>
        </w:rPr>
        <w:t xml:space="preserve">[15:12] </w:t>
      </w:r>
      <w:r>
        <w:t>main rota tha aur dua karta tha. to quran ki tafsir tayyar hui, mukhtalif duaaon ne iske tarjume kiye. to ab parhne ka daur khatm ho gaya, aur phir main sochta tha ke ab jab parhne ka daur khatm hoga</w:t>
      </w:r>
    </w:p>
    <w:p>
      <w:pPr>
        <w:jc w:val="right"/>
      </w:pPr>
      <w:r>
        <w:t>میں روتا تھا اور دعا کرتا تھا۔ تو قرآن کی تفسیر تیار ہوئی، مختلف دعاؤں نے اس کے ترجمے کیے۔ تو اب پڑھنے کا دور ختم ہو گیا، اور پھر میں سوچتا تھا کہ اب جب پڑھنے کا دور ختم ہوگا</w:t>
      </w:r>
    </w:p>
    <w:p>
      <w:r>
        <w:rPr>
          <w:b/>
        </w:rPr>
        <w:t xml:space="preserve">[15:30] </w:t>
      </w:r>
      <w:r>
        <w:t>to likhi hui kitab ko kaise pahunchega logon tak?</w:t>
      </w:r>
    </w:p>
    <w:p>
      <w:pPr>
        <w:jc w:val="right"/>
      </w:pPr>
      <w:r>
        <w:t>تو لکھی ہوئی کتاب کو کیسے پہنچے گا لوگوں تک؟</w:t>
      </w:r>
    </w:p>
    <w:p>
      <w:r>
        <w:rPr>
          <w:b/>
        </w:rPr>
        <w:t xml:space="preserve">[15:38] </w:t>
      </w:r>
      <w:r>
        <w:t>ab to kisi ko ab koi parhta hi nahin hai, ab to international ka daur hai,</w:t>
      </w:r>
    </w:p>
    <w:p>
      <w:pPr>
        <w:jc w:val="right"/>
      </w:pPr>
      <w:r>
        <w:t>اب تو کسی کو اب کوئی پڑھتا ہی نہیں ہے، اب تو انٹرنیشنل کا دور ہے،</w:t>
      </w:r>
    </w:p>
    <w:p>
      <w:r>
        <w:rPr>
          <w:b/>
        </w:rPr>
        <w:t xml:space="preserve">[15:47] </w:t>
      </w:r>
      <w:r>
        <w:t>yani sunne ka daur hai. aap ko parhne ki zaroorat nahin hai,</w:t>
      </w:r>
    </w:p>
    <w:p>
      <w:pPr>
        <w:jc w:val="right"/>
      </w:pPr>
      <w:r>
        <w:t>یعنی سننے کا دور ہے۔ آپ کو پڑھنے کی ضرورت نہیں ہے،</w:t>
      </w:r>
    </w:p>
    <w:p>
      <w:r>
        <w:rPr>
          <w:b/>
        </w:rPr>
        <w:t xml:space="preserve">[15:54] </w:t>
      </w:r>
      <w:r>
        <w:t>ek barhe doai hai, aur aap ko awaz aane lagegi.</w:t>
      </w:r>
    </w:p>
    <w:p>
      <w:pPr>
        <w:jc w:val="right"/>
      </w:pPr>
      <w:r>
        <w:t>ایک بڑے دوائی ہے، اور آپ کو آواز آنے لگے گی۔</w:t>
      </w:r>
    </w:p>
    <w:p>
      <w:r>
        <w:rPr>
          <w:b/>
        </w:rPr>
        <w:t xml:space="preserve">[16:06] </w:t>
      </w:r>
      <w:r>
        <w:t>to yeh touch button age hai,</w:t>
      </w:r>
    </w:p>
    <w:p>
      <w:pPr>
        <w:jc w:val="right"/>
      </w:pPr>
      <w:r>
        <w:t>تو یہ ٹچ بٹن ایج ہے،</w:t>
      </w:r>
    </w:p>
    <w:p>
      <w:r>
        <w:rPr>
          <w:b/>
        </w:rPr>
        <w:t xml:space="preserve">[16:11] </w:t>
      </w:r>
      <w:r>
        <w:t>is mein hum koi rukawat nahin, koi mushkil nahin, sirf aap negative. apne andar negative khatm kar dijiye, koi dushman nahin hai, yeh khatm kar dijiye, koi dunya mein hamare dost dushman hain,</w:t>
      </w:r>
    </w:p>
    <w:p>
      <w:pPr>
        <w:jc w:val="right"/>
      </w:pPr>
      <w:r>
        <w:t>اس میں ہم کوئی رکاوٹ نہیں، کوئی مشکل نہیں، صرف آپ نیگیٹیو۔ اپنے اندر نیگیٹیو ختم کر دیجئے، کوئی دشمن نہیں ہے، یہ ختم کر دیجئے، کوئی دنیا میں ہمارے دوست دشمن ہیں،</w:t>
      </w:r>
    </w:p>
    <w:p>
      <w:r>
        <w:rPr>
          <w:b/>
        </w:rPr>
        <w:t xml:space="preserve">[16:28] </w:t>
      </w:r>
      <w:r>
        <w:t>koi dushman nahin, koi hamare khilaf nahin.</w:t>
      </w:r>
    </w:p>
    <w:p>
      <w:pPr>
        <w:jc w:val="right"/>
      </w:pPr>
      <w:r>
        <w:t>کوئی دشمن نہیں، کوئی ہمارے خلاف نہیں۔</w:t>
      </w:r>
    </w:p>
    <w:p>
      <w:r>
        <w:rPr>
          <w:b/>
        </w:rPr>
        <w:t xml:space="preserve">[16:40] </w:t>
      </w:r>
      <w:r>
        <w:t>to aaj main aap ko yeh</w:t>
      </w:r>
    </w:p>
    <w:p>
      <w:pPr>
        <w:jc w:val="right"/>
      </w:pPr>
      <w:r>
        <w:t>تو آج میں آپ کو یہ</w:t>
      </w:r>
    </w:p>
    <w:p>
      <w:r>
        <w:rPr>
          <w:b/>
        </w:rPr>
        <w:t xml:space="preserve">[16:46] </w:t>
      </w:r>
      <w:r>
        <w:t>baat kehne ke liye zinda hoon</w:t>
      </w:r>
    </w:p>
    <w:p>
      <w:pPr>
        <w:jc w:val="right"/>
      </w:pPr>
      <w:r>
        <w:t>بات کہنے کے لیے زندہ ہوں</w:t>
      </w:r>
    </w:p>
    <w:p>
      <w:r>
        <w:rPr>
          <w:b/>
        </w:rPr>
        <w:t xml:space="preserve">[16:54] </w:t>
      </w:r>
      <w:r>
        <w:t>keh woh daur hi khatm ho gaya,</w:t>
      </w:r>
    </w:p>
    <w:p>
      <w:pPr>
        <w:jc w:val="right"/>
      </w:pPr>
      <w:r>
        <w:t>کہ وہ دور ہی ختم ہو گیا،</w:t>
      </w:r>
    </w:p>
    <w:p>
      <w:r>
        <w:rPr>
          <w:b/>
        </w:rPr>
        <w:t xml:space="preserve">[17:02] </w:t>
      </w:r>
      <w:r>
        <w:t>ab hum naya daur bhi jeete hain. ab to baray dawai aur sab kuch aap ke liye sara alam khula khula hua hai.</w:t>
      </w:r>
    </w:p>
    <w:p>
      <w:pPr>
        <w:jc w:val="right"/>
      </w:pPr>
      <w:r>
        <w:t>اب ہم نیا دور بھی جیتے ہیں۔ اب تو بڑے دوائی اور سب کچھ آپ کے لیے سارا عالم کھلا کھلا ہوا ہے۔</w:t>
      </w:r>
    </w:p>
    <w:p>
      <w:r>
        <w:rPr>
          <w:b/>
        </w:rPr>
        <w:t xml:space="preserve">[17:16] </w:t>
      </w:r>
      <w:r>
        <w:t>kaisa ajeeb Allah taala ka yeh ehsan hai keh hamare is deen ke kaam karne ka moqa khol diya, jo jannat ka rasta dene wala hai hum ko.</w:t>
      </w:r>
    </w:p>
    <w:p>
      <w:pPr>
        <w:jc w:val="right"/>
      </w:pPr>
      <w:r>
        <w:t>کیسا عجیب اللہ تعالی کا یہ احسان ہے کہ ہمارے اس دین کے کام کرنے کا موقع کھول دیا، جو جنت کا راستہ دینے والا ہے ہم کو۔</w:t>
      </w:r>
    </w:p>
    <w:p>
      <w:r>
        <w:rPr>
          <w:b/>
        </w:rPr>
        <w:t xml:space="preserve">[17:30] </w:t>
      </w:r>
      <w:r>
        <w:t>yani kaisi ajeeb baat hai keh</w:t>
      </w:r>
    </w:p>
    <w:p>
      <w:pPr>
        <w:jc w:val="right"/>
      </w:pPr>
      <w:r>
        <w:t>یعنی کیسی عجیب بات ہے کہ</w:t>
      </w:r>
    </w:p>
    <w:p>
      <w:r>
        <w:rPr>
          <w:b/>
        </w:rPr>
        <w:t xml:space="preserve">[17:34] </w:t>
      </w:r>
      <w:r>
        <w:t>keh Allah taala ne hamein khol diya jannat ka rasta, poora yahan se wahan tak, sare moaqay hata diye,</w:t>
      </w:r>
    </w:p>
    <w:p>
      <w:pPr>
        <w:jc w:val="right"/>
      </w:pPr>
      <w:r>
        <w:t>کہ اللہ تعالی نے ہمیں کھول دیا جنت کا راستہ، پورا یہاں سے وہاں تک، سارے مواقع ہٹا دیے،</w:t>
      </w:r>
    </w:p>
    <w:p>
      <w:r>
        <w:rPr>
          <w:b/>
        </w:rPr>
        <w:t xml:space="preserve">[17:51] </w:t>
      </w:r>
      <w:r>
        <w:t>sare moaqay hata diye, sare mawaneh hata diye.</w:t>
      </w:r>
    </w:p>
    <w:p>
      <w:pPr>
        <w:jc w:val="right"/>
      </w:pPr>
      <w:r>
        <w:t>سارے مواقع ہٹا دیے، سارے موانع ہٹا دیے۔</w:t>
      </w:r>
    </w:p>
    <w:p>
      <w:r>
        <w:rPr>
          <w:b/>
        </w:rPr>
        <w:t xml:space="preserve">[18:00] </w:t>
      </w:r>
      <w:r>
        <w:t>to khoob Allah ke liye kaam kijiye, khoob deen ke liye kaam kijiye, khoob dawat ke liye kaam kijiye, dawat ke liye.</w:t>
      </w:r>
    </w:p>
    <w:p>
      <w:pPr>
        <w:jc w:val="right"/>
      </w:pPr>
      <w:r>
        <w:t>تو خوب اللہ کے لیے کام کیجئے، خوب دین کے لیے کام کیجئے، خوب دعوت کے لیے کام کیجئے، دعوت کے لیے۔</w:t>
      </w:r>
    </w:p>
    <w:p>
      <w:r>
        <w:rPr>
          <w:b/>
        </w:rPr>
        <w:t xml:space="preserve">[18:12] </w:t>
      </w:r>
      <w:r>
        <w:t>mere bachpan ke zamanay mein ek qissa mujhe yaad aata hai keh ek sahib thay, woh parhay likhay nahi thay, lekin un ko bolna aata tha.</w:t>
      </w:r>
    </w:p>
    <w:p>
      <w:pPr>
        <w:jc w:val="right"/>
      </w:pPr>
      <w:r>
        <w:t>میرے بچپن کے زمانے میں ایک قصہ مجھے یاد آتا ہے کہ ایک صاحب تھے، وہ پڑھے لکھے نہیں تھے، لیکن ان کو بولنا آتا تھا۔</w:t>
      </w:r>
    </w:p>
    <w:p>
      <w:r>
        <w:rPr>
          <w:b/>
        </w:rPr>
        <w:t xml:space="preserve">[18:21] </w:t>
      </w:r>
      <w:r>
        <w:t>un ko to un ko paisa kamana tha, to main sochta keh main paisa kaise kamaoon?</w:t>
      </w:r>
    </w:p>
    <w:p>
      <w:pPr>
        <w:jc w:val="right"/>
      </w:pPr>
      <w:r>
        <w:t>ان کو تو ان کو پیسہ کمانا تھا، تو میں سوچتا کہ میں پیسہ کیسے کماؤں؟</w:t>
      </w:r>
    </w:p>
    <w:p>
      <w:r>
        <w:rPr>
          <w:b/>
        </w:rPr>
        <w:t xml:space="preserve">[18:34] </w:t>
      </w:r>
      <w:r>
        <w:t>to unhon ne ek ajeeb ghareeb tareeqa nikala, unhon ne har daura kar ke taqreer shuru ki,</w:t>
      </w:r>
    </w:p>
    <w:p>
      <w:pPr>
        <w:jc w:val="right"/>
      </w:pPr>
      <w:r>
        <w:t>تو انہوں نے ایک عجیب غریب طریقہ نکالا، انہوں نے ہر دورہ کر کے تقریر شروع کی،</w:t>
      </w:r>
    </w:p>
    <w:p>
      <w:r>
        <w:rPr>
          <w:b/>
        </w:rPr>
        <w:t xml:space="preserve">[18:47] </w:t>
      </w:r>
      <w:r>
        <w:t>aur woh kehte thay logon se keh masjid banao aur jannat mein jao, masjid banao aur jannat mein jao.</w:t>
      </w:r>
    </w:p>
    <w:p>
      <w:pPr>
        <w:jc w:val="right"/>
      </w:pPr>
      <w:r>
        <w:t>اور وہ کہتے تھے لوگوں سے کہ مسجد بناؤ اور جنت میں جاؤ، مسجد بناؤ اور جنت میں جاؤ۔</w:t>
      </w:r>
    </w:p>
    <w:p>
      <w:r>
        <w:rPr>
          <w:b/>
        </w:rPr>
        <w:t xml:space="preserve">[18:58] </w:t>
      </w:r>
      <w:r>
        <w:t>to un ke alfaaz hotay thay: "kood jaoon jannat mein, kood jaoon jannat mein." ab to poori duniya chala rahi hai keh</w:t>
      </w:r>
    </w:p>
    <w:p>
      <w:pPr>
        <w:jc w:val="right"/>
      </w:pPr>
      <w:r>
        <w:t>تو ان کے الفاظ ہوتے تھے: "کود جاؤں جنت میں، کود جاؤں جنت میں۔" اب تو پوری دنیا چلا رہی ہے کہ</w:t>
      </w:r>
    </w:p>
    <w:p>
      <w:r>
        <w:rPr>
          <w:b/>
        </w:rPr>
        <w:t xml:space="preserve">[19:10] </w:t>
      </w:r>
      <w:r>
        <w:t>ae Allah ke bando, sab rastay khule hue hon, kood jao, jaoon, jaoon, sab jannat mein, koi rukawat nahi, koi dushman nahi.</w:t>
      </w:r>
    </w:p>
    <w:p>
      <w:pPr>
        <w:jc w:val="right"/>
      </w:pPr>
      <w:r>
        <w:t>اے اللہ کے بندوں، سب راستے کھلے ہوئے ہوں، کود جاؤ، جاؤں، جاؤں، سب جنت میں، کوئی رکاوٹ نہیں، کوئی دشمن نہیں۔</w:t>
      </w:r>
    </w:p>
    <w:p>
      <w:r>
        <w:rPr>
          <w:b/>
        </w:rPr>
        <w:t xml:space="preserve">[19:28] </w:t>
      </w:r>
      <w:r>
        <w:t>har taraf se awaz aa rahi hai, har taraf se awaz aa rahi hai: "kood jaoon jannat mein, kood jaoon jannat mein."</w:t>
      </w:r>
    </w:p>
    <w:p>
      <w:pPr>
        <w:jc w:val="right"/>
      </w:pPr>
      <w:r>
        <w:t>ہر طرف سے آواز آ رہی ہے، ہر طرف سے آواز آ رہی ہے: "کود جاؤں جنت میں، کود جاؤں جنت میں۔"</w:t>
      </w:r>
    </w:p>
    <w:p>
      <w:r>
        <w:rPr>
          <w:b/>
        </w:rPr>
        <w:t xml:space="preserve">[19:43] </w:t>
      </w:r>
      <w:r>
        <w:t>to kaisa ajeeb daur hai!</w:t>
      </w:r>
    </w:p>
    <w:p>
      <w:pPr>
        <w:jc w:val="right"/>
      </w:pPr>
      <w:r>
        <w:t>تو کیسا عجیب دور ہے!</w:t>
      </w:r>
    </w:p>
    <w:p>
      <w:r>
        <w:rPr>
          <w:b/>
        </w:rPr>
        <w:t xml:space="preserve">[19:48] </w:t>
      </w:r>
      <w:r>
        <w:t>yani boorha ho, jawan ho, ek jawan ka ho, doosre jawan ka ho, kuch bhi ho, har har har record khatm, har record khatm.</w:t>
      </w:r>
    </w:p>
    <w:p>
      <w:pPr>
        <w:jc w:val="right"/>
      </w:pPr>
      <w:r>
        <w:t>یعنی بوڑھا ہو، جوان ہو، ایک جوان کا ہو، دوسرے جوان کا ہو، کچھ بھی ہو، ہر ہر ہر ریکارڈ ختم، ہر ریکارڈ ختم۔</w:t>
      </w:r>
    </w:p>
    <w:p>
      <w:r>
        <w:rPr>
          <w:b/>
        </w:rPr>
        <w:t xml:space="preserve">[20:02] </w:t>
      </w:r>
      <w:r>
        <w:t>ab sach much hoga keh "kood jao jannat mein."</w:t>
      </w:r>
    </w:p>
    <w:p>
      <w:pPr>
        <w:jc w:val="right"/>
      </w:pPr>
      <w:r>
        <w:t>اب سچ مچ ہوگا کہ "کود جاؤ جنت میں۔"</w:t>
      </w:r>
    </w:p>
    <w:p>
      <w:r>
        <w:rPr>
          <w:b/>
        </w:rPr>
        <w:t xml:space="preserve">[20:17] </w:t>
      </w:r>
      <w:r>
        <w:t>to main</w:t>
      </w:r>
    </w:p>
    <w:p>
      <w:pPr>
        <w:jc w:val="right"/>
      </w:pPr>
      <w:r>
        <w:t>تو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