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History 0f Thoughts November 12, 2006</w:t>
      </w:r>
    </w:p>
    <w:p>
      <w:r>
        <w:t>https://youtu.be/BvzmJxA0j7c</w:t>
      </w:r>
    </w:p>
    <w:p>
      <w:r>
        <w:rPr>
          <w:b/>
        </w:rPr>
        <w:t xml:space="preserve">[00:38] </w:t>
      </w:r>
      <w:r>
        <w:t>aaj</w:t>
      </w:r>
    </w:p>
    <w:p>
      <w:pPr>
        <w:jc w:val="right"/>
      </w:pPr>
      <w:r>
        <w:t>آج</w:t>
      </w:r>
    </w:p>
    <w:p>
      <w:r>
        <w:rPr>
          <w:b/>
        </w:rPr>
        <w:t xml:space="preserve">[00:43] </w:t>
      </w:r>
      <w:r>
        <w:t>ki topic ka</w:t>
      </w:r>
    </w:p>
    <w:p>
      <w:pPr>
        <w:jc w:val="right"/>
      </w:pPr>
      <w:r>
        <w:t>کی ٹاپک کا</w:t>
      </w:r>
    </w:p>
    <w:p>
      <w:r>
        <w:rPr>
          <w:b/>
        </w:rPr>
        <w:t xml:space="preserve">[00:47] </w:t>
      </w:r>
      <w:r>
        <w:t>title hai "History of Thought" . yahan main ek baat clear kar doon ke hum apni is class mein jab bhi koi topic lete hain to woh professional sense mein nahi hota.</w:t>
      </w:r>
    </w:p>
    <w:p>
      <w:pPr>
        <w:jc w:val="right"/>
      </w:pPr>
      <w:r>
        <w:t>ٹائٹل ہے "History of Thought" ۔ یہاں میں ایک بات کلیئر کر دوں کہ ہم اپنی اس کلاس میں جب بھی کوئی ٹاپک لیتے ہیں تو وہ پروفیشنل سینس میں نہیں ہوتا۔</w:t>
      </w:r>
    </w:p>
    <w:p>
      <w:r>
        <w:rPr>
          <w:b/>
        </w:rPr>
        <w:t xml:space="preserve">[01:10] </w:t>
      </w:r>
      <w:r>
        <w:t>scientific circle mein ya educated circle mein topic ka matlab hota hai is ko bator discipline lene.</w:t>
      </w:r>
    </w:p>
    <w:p>
      <w:pPr>
        <w:jc w:val="right"/>
      </w:pPr>
      <w:r>
        <w:t>سائنٹیفک سرکل میں یا ایجوکیٹڈ سرکل میں ٹاپک کا مطلب ہوتا ہے اس کو بطور ڈسپلن لینا۔</w:t>
      </w:r>
    </w:p>
    <w:p>
      <w:r>
        <w:rPr>
          <w:b/>
        </w:rPr>
        <w:t xml:space="preserve">[01:29] </w:t>
      </w:r>
      <w:r>
        <w:t>lekin aap jante hain ke hamara ek mission hai. to jab bhi hum kehte hain ke aaj ka topic hai "History of Thought" .</w:t>
      </w:r>
    </w:p>
    <w:p>
      <w:pPr>
        <w:jc w:val="right"/>
      </w:pPr>
      <w:r>
        <w:t>لیکن آپ جانتے ہیں کہ ہمارا ایک مشن ہے۔ تو جب بھی ہم کہتے ہیں کہ آج کا ٹاپک ہے "History of Thought" ۔</w:t>
      </w:r>
    </w:p>
    <w:p>
      <w:r>
        <w:rPr>
          <w:b/>
        </w:rPr>
        <w:t xml:space="preserve">[01:40] </w:t>
      </w:r>
      <w:r>
        <w:t>is ka matlab sirf yeh hota hai ke woh jo baatein hum kehne ja rahe hain woh history of thought ko touch karti hain.</w:t>
      </w:r>
    </w:p>
    <w:p>
      <w:pPr>
        <w:jc w:val="right"/>
      </w:pPr>
      <w:r>
        <w:t>اس کا مطلب صرف یہ ہوتا ہے کہ وہ جو باتیں ہم کہنے جا رہے ہیں وہ ہسٹری آف تھاٹ کو ٹچ کرتی ہیں۔</w:t>
      </w:r>
    </w:p>
    <w:p>
      <w:r>
        <w:rPr>
          <w:b/>
        </w:rPr>
        <w:t xml:space="preserve">[01:49] </w:t>
      </w:r>
      <w:r>
        <w:t>bas is ko yani professional sense mein deal karna yeh hamara maqsad nahi hota hai.</w:t>
      </w:r>
    </w:p>
    <w:p>
      <w:pPr>
        <w:jc w:val="right"/>
      </w:pPr>
      <w:r>
        <w:t>بس اس کو یعنی پروفیشنل سینس میں ڈیل کرنا یہ ہمارا مقصد نہیں ہوتا ہے۔</w:t>
      </w:r>
    </w:p>
    <w:p>
      <w:r>
        <w:rPr>
          <w:b/>
        </w:rPr>
        <w:t xml:space="preserve">[02:01] </w:t>
      </w:r>
      <w:r>
        <w:t>to main quran par sochta rehta hoon to aaj subah sochte hue ek ayat mere zehan mein aayi MA NAFQAHU KATHEERAN MIMMA TAQOOL .</w:t>
      </w:r>
    </w:p>
    <w:p>
      <w:pPr>
        <w:jc w:val="right"/>
      </w:pPr>
      <w:r>
        <w:t>تو میں قرآن پر سوچتا رہتا ہوں تو آج صبح سوچتے ہوئے ایک آیت میرے ذہن میں آئی مَا نَفْقَهُ كَثِيرًا مِمَّا تَقُولُ ۔</w:t>
      </w:r>
    </w:p>
    <w:p>
      <w:r>
        <w:rPr>
          <w:b/>
        </w:rPr>
        <w:t xml:space="preserve">[02:19] </w:t>
      </w:r>
      <w:r>
        <w:t>yani quran mein history ki jo tasweer di gayi hai woh yeh hai ke har zamane mein har mein lagataar</w:t>
      </w:r>
    </w:p>
    <w:p>
      <w:pPr>
        <w:jc w:val="right"/>
      </w:pPr>
      <w:r>
        <w:t>یعنی قرآن میں ہسٹری کی جو تصویر دی گئی ہے وہ یہ ہے کہ ہر زمانے میں ہر میں لگاتار</w:t>
      </w:r>
    </w:p>
    <w:p>
      <w:r>
        <w:rPr>
          <w:b/>
        </w:rPr>
        <w:t xml:space="preserve">[02:33] </w:t>
      </w:r>
      <w:r>
        <w:t>nabi aaye thumma arsalna rusulana tatri . lekin</w:t>
      </w:r>
    </w:p>
    <w:p>
      <w:pPr>
        <w:jc w:val="right"/>
      </w:pPr>
      <w:r>
        <w:t>نبی آئے ثُمَّ أَرْسَلْنَا رُسُلَنَا تَطْرَى ۔ لیکن</w:t>
      </w:r>
    </w:p>
    <w:p>
      <w:r>
        <w:rPr>
          <w:b/>
        </w:rPr>
        <w:t xml:space="preserve">[02:44] </w:t>
      </w:r>
      <w:r>
        <w:t>hamesha rasoolon ka inkar kiya gaya.</w:t>
      </w:r>
    </w:p>
    <w:p>
      <w:pPr>
        <w:jc w:val="right"/>
      </w:pPr>
      <w:r>
        <w:t>ہمیشہ رسولوں کا انکار کیا گیا۔</w:t>
      </w:r>
    </w:p>
    <w:p>
      <w:r>
        <w:rPr>
          <w:b/>
        </w:rPr>
        <w:t xml:space="preserve">[02:49] </w:t>
      </w:r>
      <w:r>
        <w:t>to un ko mazak uraya gaya.</w:t>
      </w:r>
    </w:p>
    <w:p>
      <w:pPr>
        <w:jc w:val="right"/>
      </w:pPr>
      <w:r>
        <w:t>تو ان کو مذاق اُڑایا گیا۔</w:t>
      </w:r>
    </w:p>
    <w:p>
      <w:r>
        <w:rPr>
          <w:b/>
        </w:rPr>
        <w:t xml:space="preserve">[02:55] </w:t>
      </w:r>
      <w:r>
        <w:t>to isi silsile mein yeh ayat hai ke unhon ne kaha ke ma nafqahu katheeran mimma taqool .</w:t>
      </w:r>
    </w:p>
    <w:p>
      <w:pPr>
        <w:jc w:val="right"/>
      </w:pPr>
      <w:r>
        <w:t>تو اسی سلسلے میں یہ آیت ہے کہ انہوں نے کہا کہ مَا نَفْقَهُ كَثِيرًا مِمَّا تَقُولُ ۔</w:t>
      </w:r>
    </w:p>
    <w:p>
      <w:r>
        <w:rPr>
          <w:b/>
        </w:rPr>
        <w:t xml:space="preserve">[03:03] </w:t>
      </w:r>
      <w:r>
        <w:t>yani nabiyon se kaha unhon ne, un ke ham asar jo thay ke tum jo kehte ho woh hamari samajh mein kuch aata nahi. tumhari baat hamari samajh mein nahi</w:t>
      </w:r>
    </w:p>
    <w:p>
      <w:pPr>
        <w:jc w:val="right"/>
      </w:pPr>
      <w:r>
        <w:t>یعنی نبیوں سے کہا انہوں نے، ان کے ہم عصر جو تھے کہ تم جو کہتے ہو وہ ہماری سمجھ میں کچھ آتا نہیں۔ تمہاری بات ہماری سمجھ میں نہیں</w:t>
      </w:r>
    </w:p>
    <w:p>
      <w:r>
        <w:rPr>
          <w:b/>
        </w:rPr>
        <w:t xml:space="preserve">[03:14] </w:t>
      </w:r>
      <w:r>
        <w:t>aati. is par mein sochne laga ke jo nabi aaye hain dunya mein woh sab ke sab bohat hi</w:t>
      </w:r>
    </w:p>
    <w:p>
      <w:pPr>
        <w:jc w:val="right"/>
      </w:pPr>
      <w:r>
        <w:t>آتی۔ اس پر میں سوچنے لگا کہ جو نبی آئے ہیں دنیا میں وہ سب کے سب بہت ہی</w:t>
      </w:r>
    </w:p>
    <w:p>
      <w:r>
        <w:rPr>
          <w:b/>
        </w:rPr>
        <w:t xml:space="preserve">[03:23] </w:t>
      </w:r>
      <w:r>
        <w:t>oonche zehan ke log thay. quran mein hai ke zatuhu basatan fil ilm wal jism .</w:t>
      </w:r>
    </w:p>
    <w:p>
      <w:pPr>
        <w:jc w:val="right"/>
      </w:pPr>
      <w:r>
        <w:t>اونچے ذہن کے لوگ تھے۔ قرآن میں ہے کہ ذَاتَهُ بَسَطًا فِي الْعِلْمِ وَالْجِسْمِ ۔</w:t>
      </w:r>
    </w:p>
    <w:p>
      <w:r>
        <w:rPr>
          <w:b/>
        </w:rPr>
        <w:t xml:space="preserve">[03:31] </w:t>
      </w:r>
      <w:r>
        <w:t>yani jismani sehat ke aitbar se woh bohat zabardast thay. aur zehni aitbar se bhi, zehan ke aitbar se bhi woh bohat hi mazboot thay, bohat oonche thay.</w:t>
      </w:r>
    </w:p>
    <w:p>
      <w:pPr>
        <w:jc w:val="right"/>
      </w:pPr>
      <w:r>
        <w:t>یعنی جسمانی صحت کے اعتبار سے وہ بہت زبردست تھے۔ اور ذہنی اعتبار سے بھی، ذہن کے اعتبار سے بھی وہ بہت ہی مضبوط تھے، بہت اونچے تھے۔</w:t>
      </w:r>
    </w:p>
    <w:p>
      <w:r>
        <w:rPr>
          <w:b/>
        </w:rPr>
        <w:t xml:space="preserve">[03:43] </w:t>
      </w:r>
      <w:r>
        <w:t>saare nabi.</w:t>
      </w:r>
    </w:p>
    <w:p>
      <w:pPr>
        <w:jc w:val="right"/>
      </w:pPr>
      <w:r>
        <w:t>سارے نبی۔</w:t>
      </w:r>
    </w:p>
    <w:p>
      <w:r>
        <w:rPr>
          <w:b/>
        </w:rPr>
        <w:t xml:space="preserve">[03:45] </w:t>
      </w:r>
      <w:r>
        <w:t>yani jismani aur zehni dono aitbar se woh bohat zabardast log thay. to aise logon ne baat kahi aur koi samjha nahi aur inkar karte rahe.</w:t>
      </w:r>
    </w:p>
    <w:p>
      <w:pPr>
        <w:jc w:val="right"/>
      </w:pPr>
      <w:r>
        <w:t>یعنی جسمانی اور ذہنی دونوں اعتبار سے وہ بہت زبردست لوگ تھے۔ تو ایسے لوگوں نے بات کہی اور کوئی سمجھا نہیں اور انکار کرتے رہے۔</w:t>
      </w:r>
    </w:p>
    <w:p>
      <w:r>
        <w:rPr>
          <w:b/>
        </w:rPr>
        <w:t xml:space="preserve">[03:58] </w:t>
      </w:r>
      <w:r>
        <w:t>to what was the reason?</w:t>
      </w:r>
    </w:p>
    <w:p>
      <w:pPr>
        <w:jc w:val="right"/>
      </w:pPr>
      <w:r>
        <w:t>تو What was the reason?</w:t>
      </w:r>
    </w:p>
    <w:p>
      <w:r>
        <w:rPr>
          <w:b/>
        </w:rPr>
        <w:t xml:space="preserve">[04:03] </w:t>
      </w:r>
      <w:r>
        <w:t>yeh bohat zyada sochne ki baat hai.</w:t>
      </w:r>
    </w:p>
    <w:p>
      <w:pPr>
        <w:jc w:val="right"/>
      </w:pPr>
      <w:r>
        <w:t>یہ بہت زیادہ سوچنے کی بات ہے۔</w:t>
      </w:r>
    </w:p>
    <w:p>
      <w:r>
        <w:rPr>
          <w:b/>
        </w:rPr>
        <w:t xml:space="preserve">[04:06] </w:t>
      </w:r>
      <w:r>
        <w:t>agar hum mante hain quran ko ke quran is the book of god . to hamein sochna padega ke yeh tabsarah jo history par hai quran ka to kyun aisa hua?</w:t>
      </w:r>
    </w:p>
    <w:p>
      <w:pPr>
        <w:jc w:val="right"/>
      </w:pPr>
      <w:r>
        <w:t>اگر ہم مانتے ہیں قرآن کو کہ قرآن is the book of God ۔ تو ہمیں سوچنا پڑے گا کہ یہ تبصرہ جو ہسٹری پر ہے قرآن کا تو کیوں ایسا ہوا؟</w:t>
      </w:r>
    </w:p>
    <w:p>
      <w:r>
        <w:rPr>
          <w:b/>
        </w:rPr>
        <w:t xml:space="preserve">[04:22] </w:t>
      </w:r>
      <w:r>
        <w:t>kyun aisa hua? to quran ki ek doosri ayat se yeh cheez wazeh hoti hai qul kullun ya'malu ala shaqilatihi</w:t>
      </w:r>
    </w:p>
    <w:p>
      <w:pPr>
        <w:jc w:val="right"/>
      </w:pPr>
      <w:r>
        <w:t>کیوں ایسا ہوا؟ تو قرآنی کی ایک دوسری آیت سے یہ چیز واضح ہوتی ہے قُلْ كُلُّ يَعْمَلُ عَلَى شَاكِلَتِهِ</w:t>
      </w:r>
    </w:p>
    <w:p>
      <w:r>
        <w:rPr>
          <w:b/>
        </w:rPr>
        <w:t xml:space="preserve">[04:33] </w:t>
      </w:r>
      <w:r>
        <w:t>wa rabbukum a'lamu biman huwa ahda sabeela</w:t>
      </w:r>
    </w:p>
    <w:p>
      <w:pPr>
        <w:jc w:val="right"/>
      </w:pPr>
      <w:r>
        <w:t>وَرَبُّكُمْ عَلَمُ بِمَنْ هُوَ أَهْدَى سَبِيلًا</w:t>
      </w:r>
    </w:p>
    <w:p>
      <w:r>
        <w:rPr>
          <w:b/>
        </w:rPr>
        <w:t xml:space="preserve">[04:37] </w:t>
      </w:r>
      <w:r>
        <w:t>. is ka matlab yeh hai ke har aadmi, har aurat aur mard apne framework mein sochte hain.</w:t>
      </w:r>
    </w:p>
    <w:p>
      <w:pPr>
        <w:jc w:val="right"/>
      </w:pPr>
      <w:r>
        <w:t>۔ اس کا مطلب یہ ہے کہ ہر آدمی، ہر عورت اور مرد اپنے فریم ورک میں سوچتے ہیں۔</w:t>
      </w:r>
    </w:p>
    <w:p>
      <w:r>
        <w:rPr>
          <w:b/>
        </w:rPr>
        <w:t xml:space="preserve">[04:47] </w:t>
      </w:r>
      <w:r>
        <w:t>khud apne framework mein. aur sahi framework to woh hai jo khuda ka hai.</w:t>
      </w:r>
    </w:p>
    <w:p>
      <w:pPr>
        <w:jc w:val="right"/>
      </w:pPr>
      <w:r>
        <w:t>خود اپنے فریم ورک میں۔ اور صحیح فریم ورک تو وہ ہے جو خدا کا ہے۔</w:t>
      </w:r>
    </w:p>
    <w:p>
      <w:r>
        <w:rPr>
          <w:b/>
        </w:rPr>
        <w:t xml:space="preserve">[05:03] </w:t>
      </w:r>
      <w:r>
        <w:t>is se mujhe samajh mein aaya ke log is liye nahi peghambaron ko samajh sake ke unhon ne apne framework hi mein suna un ki baaton ko.</w:t>
      </w:r>
    </w:p>
    <w:p>
      <w:pPr>
        <w:jc w:val="right"/>
      </w:pPr>
      <w:r>
        <w:t>اس سے مجھے سمجھ میں آیا کہ لوگ اس لئے نہیں پیغمبروں کو سمجھ سکے کہ انہوں نے اپنے فریم ورک ہی میں سنا ان کی باتوں کو۔</w:t>
      </w:r>
    </w:p>
    <w:p>
      <w:r>
        <w:rPr>
          <w:b/>
        </w:rPr>
        <w:t xml:space="preserve">[05:16] </w:t>
      </w:r>
      <w:r>
        <w:t>aur woh apne framework ko tod kar nahi suna.</w:t>
      </w:r>
    </w:p>
    <w:p>
      <w:pPr>
        <w:jc w:val="right"/>
      </w:pPr>
      <w:r>
        <w:t>اور وہ اپنے فریم ورک کو توڑ کر نہیں سنا۔</w:t>
      </w:r>
    </w:p>
    <w:p>
      <w:r>
        <w:rPr>
          <w:b/>
        </w:rPr>
        <w:t xml:space="preserve">[05:24] </w:t>
      </w:r>
      <w:r>
        <w:t>ek amriki communist tha, hai abhi shayad zinda hai woh.</w:t>
      </w:r>
    </w:p>
    <w:p>
      <w:pPr>
        <w:jc w:val="right"/>
      </w:pPr>
      <w:r>
        <w:t>ایک امریکی کمیونسٹ تھا، ہے ابھی شاید زندہ ہے وہ۔</w:t>
      </w:r>
    </w:p>
    <w:p>
      <w:r>
        <w:rPr>
          <w:b/>
        </w:rPr>
        <w:t xml:space="preserve">[05:32] </w:t>
      </w:r>
      <w:r>
        <w:t>us ne communism ko chhod diya. krishchf ka jo bohat hi maroof, us ne jo baatein khol kar kiya tha sirf wahan ki.</w:t>
      </w:r>
    </w:p>
    <w:p>
      <w:pPr>
        <w:jc w:val="right"/>
      </w:pPr>
      <w:r>
        <w:t>اس نے کمیونزم کو چھوڑ دیا۔ کرسچف کا جو بہت ہی معروف، اس نے جو باتیں کھول کر کیا تھا صرف وہاں کی۔</w:t>
      </w:r>
    </w:p>
    <w:p>
      <w:r>
        <w:rPr>
          <w:b/>
        </w:rPr>
        <w:t xml:space="preserve">[05:43] </w:t>
      </w:r>
      <w:r>
        <w:t>to us ne kitab likhi hai naked god .</w:t>
      </w:r>
    </w:p>
    <w:p>
      <w:pPr>
        <w:jc w:val="right"/>
      </w:pPr>
      <w:r>
        <w:t>تو اس نے کتاب لکھی ہے Naked God ۔</w:t>
      </w:r>
    </w:p>
    <w:p>
      <w:r>
        <w:rPr>
          <w:b/>
        </w:rPr>
        <w:t xml:space="preserve">[05:49] </w:t>
      </w:r>
      <w:r>
        <w:t>is mein woh kehta hai ke maine communism ko apne hi framework mein paya. to mein samajhta hoon ke saari history ka hi mamla hai.</w:t>
      </w:r>
    </w:p>
    <w:p>
      <w:pPr>
        <w:jc w:val="right"/>
      </w:pPr>
      <w:r>
        <w:t>اس میں وہ کہتا ہے کہ میں نے کمیونزم کو اپنے ہی فریم ورک میں پایا۔ تو میں سمجھتا ہوں کہ ساری ہسٹری کا ہی معاملہ ہے۔</w:t>
      </w:r>
    </w:p>
    <w:p>
      <w:r>
        <w:rPr>
          <w:b/>
        </w:rPr>
        <w:t xml:space="preserve">[06:01] </w:t>
      </w:r>
      <w:r>
        <w:t>log baaton ko khud apne framework mein lete hain. aur jab nahi lete to is liye nahi lete ke un ke apne framework mein fit nahi baithti woh.</w:t>
      </w:r>
    </w:p>
    <w:p>
      <w:pPr>
        <w:jc w:val="right"/>
      </w:pPr>
      <w:r>
        <w:t>لوگ باتوں کو خود اپنے فریم ورک میں لیتے ہیں۔ اور جب نہیں لیتے تو اس لئے نہیں لیتے کہ ان کے اپنے فریم ورک میں فِٹ نہیں بیٹھتی وہ۔</w:t>
      </w:r>
    </w:p>
    <w:p>
      <w:r>
        <w:rPr>
          <w:b/>
        </w:rPr>
        <w:t xml:space="preserve">[06:13] </w:t>
      </w:r>
      <w:r>
        <w:t>yeh tha woh wajah jis ki wajah se poori history mein nabiyon ko</w:t>
      </w:r>
    </w:p>
    <w:p>
      <w:pPr>
        <w:jc w:val="right"/>
      </w:pPr>
      <w:r>
        <w:t>یہ تھا وہ وجہ جس کی وجہ سے پوری ہسٹری میں نبیوں کو</w:t>
      </w:r>
    </w:p>
    <w:p>
      <w:r>
        <w:rPr>
          <w:b/>
        </w:rPr>
        <w:t xml:space="preserve">[06:26] </w:t>
      </w:r>
      <w:r>
        <w:t>yeh surat-e-haal pesh aai ke log in ka inkaar karte rahe.</w:t>
      </w:r>
    </w:p>
    <w:p>
      <w:pPr>
        <w:jc w:val="right"/>
      </w:pPr>
      <w:r>
        <w:t>یہ صورتحال پیش آئی کہ لوگ ان کا انکار کرتے رہے۔</w:t>
      </w:r>
    </w:p>
    <w:p>
      <w:r>
        <w:rPr>
          <w:b/>
        </w:rPr>
        <w:t xml:space="preserve">[06:36] </w:t>
      </w:r>
      <w:r>
        <w:t>is se maine yeh samjha hai ke sachai ko samajhne ke liye sab se zaroori shart kya hai? Woh hai objectivity.</w:t>
      </w:r>
    </w:p>
    <w:p>
      <w:pPr>
        <w:jc w:val="right"/>
      </w:pPr>
      <w:r>
        <w:t>اس سے میں نے یہ سمجھا ہے کہ سچائی کو سمجھنے کے لئے سب سے ضروری شرط کیا ہے؟ وہ ہے آبجیکٹیویٹی۔</w:t>
      </w:r>
    </w:p>
    <w:p>
      <w:r>
        <w:rPr>
          <w:b/>
        </w:rPr>
        <w:t xml:space="preserve">[06:49] </w:t>
      </w:r>
      <w:r>
        <w:t>sirf objective sochne wala hi samajh sakta hai sachai ko. Nahi to woh nahi maane ga, nahi samjhe ga, inkaar kar de ga.</w:t>
      </w:r>
    </w:p>
    <w:p>
      <w:pPr>
        <w:jc w:val="right"/>
      </w:pPr>
      <w:r>
        <w:t>صرف آبجیکٹیو سوچنے والا ہی سمجھ سکتا ہے سچائی کو۔ نہیں تو وہ نہیں مانے گا، نہیں سمجھے گا، انکار کر دے گا۔</w:t>
      </w:r>
    </w:p>
    <w:p>
      <w:r>
        <w:rPr>
          <w:b/>
        </w:rPr>
        <w:t xml:space="preserve">[06:59] </w:t>
      </w:r>
      <w:r>
        <w:t>objective sochna yeh laazmi hai sachai ko samajhne ke liye aur is ko maanne ke liye. Jitni kami hogi objectivity mein utni woh kam samajh paaye ga sachai ko.</w:t>
      </w:r>
    </w:p>
    <w:p>
      <w:pPr>
        <w:jc w:val="right"/>
      </w:pPr>
      <w:r>
        <w:t>آبجیکٹیو سوچنا یہ لازمی ہے سچائی کو سمجھنے کے لئے اور اس کو ماننے کے لئے۔ جتنی کمی ہوگی آبجیکٹیویٹی میں اتنی وہ کم سمجھ پائے گا سچائی کو۔</w:t>
      </w:r>
    </w:p>
    <w:p>
      <w:r>
        <w:rPr>
          <w:b/>
        </w:rPr>
        <w:t xml:space="preserve">[07:15] </w:t>
      </w:r>
      <w:r>
        <w:t>yeh bohat hi ahem baat hai jo hamesha har aadmi ko samajhni chahiye.</w:t>
      </w:r>
    </w:p>
    <w:p>
      <w:pPr>
        <w:jc w:val="right"/>
      </w:pPr>
      <w:r>
        <w:t>یہ بہت ہی اہم بات ہے جو ہمیشہ ہر آدمی کو سمجھنی چاہیئے۔</w:t>
      </w:r>
    </w:p>
    <w:p>
      <w:r>
        <w:rPr>
          <w:b/>
        </w:rPr>
        <w:t xml:space="preserve">[07:27] </w:t>
      </w:r>
      <w:r>
        <w:t>main aap ko yahan do misalein deta hoon framework ko janne ki.</w:t>
      </w:r>
    </w:p>
    <w:p>
      <w:pPr>
        <w:jc w:val="right"/>
      </w:pPr>
      <w:r>
        <w:t>میں آپ کو یہاں دو مثالیں دیتا ہوں فریم ورک کو جاننے کی۔</w:t>
      </w:r>
    </w:p>
    <w:p>
      <w:r>
        <w:rPr>
          <w:b/>
        </w:rPr>
        <w:t xml:space="preserve">[07:35] </w:t>
      </w:r>
      <w:r>
        <w:t>Yesu Masih ab se do hazar saal pehle Jerusalem mein aaye.</w:t>
      </w:r>
    </w:p>
    <w:p>
      <w:pPr>
        <w:jc w:val="right"/>
      </w:pPr>
      <w:r>
        <w:t>یسوع مسیح اب سے دو ہزار سال پہلے یروشلم میں آئے۔</w:t>
      </w:r>
    </w:p>
    <w:p>
      <w:r>
        <w:rPr>
          <w:b/>
        </w:rPr>
        <w:t xml:space="preserve">[07:46] </w:t>
      </w:r>
      <w:r>
        <w:t>aur yeh hum samajhte hain ke un ke andar bohat hi zabardast shakhsiyat wale aadmi the woh.</w:t>
      </w:r>
    </w:p>
    <w:p>
      <w:pPr>
        <w:jc w:val="right"/>
      </w:pPr>
      <w:r>
        <w:t>اور یہ ہم سمجھتے ہیں کہ ان کے اندر بہت ہی زبردست شخصیت والے آدمی تھے وہ۔</w:t>
      </w:r>
    </w:p>
    <w:p>
      <w:r>
        <w:rPr>
          <w:b/>
        </w:rPr>
        <w:t xml:space="preserve">[07:54] </w:t>
      </w:r>
      <w:r>
        <w:t>woh jab bolte the to anokha andaaz hota tha un ke bolne ka.</w:t>
      </w:r>
    </w:p>
    <w:p>
      <w:pPr>
        <w:jc w:val="right"/>
      </w:pPr>
      <w:r>
        <w:t>وہ جب بولتے تھے تو انوکھا انداز ہوتا تھا ان کے بولنے کا۔</w:t>
      </w:r>
    </w:p>
    <w:p>
      <w:r>
        <w:rPr>
          <w:b/>
        </w:rPr>
        <w:t xml:space="preserve">[08:01] </w:t>
      </w:r>
      <w:r>
        <w:t>yaani anokhi shakhsiyat thi un ki. Aap sochiye ke jo Khuda ke barah-e-raast</w:t>
      </w:r>
    </w:p>
    <w:p>
      <w:pPr>
        <w:jc w:val="right"/>
      </w:pPr>
      <w:r>
        <w:t>یعنی انوکھی شخصیت تھی ان کی۔ آپ سوچئے کہ جو خدا کے براہِ راست</w:t>
      </w:r>
    </w:p>
    <w:p>
      <w:r>
        <w:rPr>
          <w:b/>
        </w:rPr>
        <w:t xml:space="preserve">[08:12] </w:t>
      </w:r>
      <w:r>
        <w:t>mudaakhalat se paida hue hon kaisi ajeeb, ajeeb anokhi shakhsiyat un ki hogi. Kaisi anokhi shakhsiyat hogi.</w:t>
      </w:r>
    </w:p>
    <w:p>
      <w:pPr>
        <w:jc w:val="right"/>
      </w:pPr>
      <w:r>
        <w:t>مداخلت سے پیدا ہوئے ہوں کیسی عجیب، عجیب انوکھی شخصیت ان کی ہوگی۔ کیسی انوکھی شخصیت ہوگی۔</w:t>
      </w:r>
    </w:p>
    <w:p>
      <w:r>
        <w:rPr>
          <w:b/>
        </w:rPr>
        <w:t xml:space="preserve">[08:22] </w:t>
      </w:r>
      <w:r>
        <w:t>to un ka tasweer to hamare saamne koi nahi hai ke hum dekhein. Lekin un ke alfaaz abhi bhi New Testament mein hain. Is ko aap padhiye to lagta hai ke un ka andaaz bara hi anokha tha.</w:t>
      </w:r>
    </w:p>
    <w:p>
      <w:pPr>
        <w:jc w:val="right"/>
      </w:pPr>
      <w:r>
        <w:t>تو ان کا تصویر تو ہمارے سامنے کوئی نہیں ہے کہ ہم دیکھیں۔ لیکن ان کے الفاظ ابھی بھی نیو ٹیسٹامنٹ میں ہیں۔ اس کو آپ پڑھئے تو لگتا ہے کہ ان کا انداز بڑا ہی انوکھا تھا۔</w:t>
      </w:r>
    </w:p>
    <w:p>
      <w:r>
        <w:rPr>
          <w:b/>
        </w:rPr>
        <w:t xml:space="preserve">[08:36] </w:t>
      </w:r>
      <w:r>
        <w:t>bohat anokha tha. Phir bhi aap jante hain ke jab un ko naam-nahad phansi di gayi to kul aath aadmi the.</w:t>
      </w:r>
    </w:p>
    <w:p>
      <w:pPr>
        <w:jc w:val="right"/>
      </w:pPr>
      <w:r>
        <w:t>بہت انوکھا تھا۔ پھر بھی آپ جانتے ہیں کہ جب ان کو نام نہاد پھانسی دی گئی تو کل آٹھ آدمی تھے۔</w:t>
      </w:r>
    </w:p>
    <w:p>
      <w:r>
        <w:rPr>
          <w:b/>
        </w:rPr>
        <w:t xml:space="preserve">[08:48] </w:t>
      </w:r>
      <w:r>
        <w:t>aath پیروکار bas.</w:t>
      </w:r>
    </w:p>
    <w:p>
      <w:pPr>
        <w:jc w:val="right"/>
      </w:pPr>
      <w:r>
        <w:t>آٹھ پیروکار بس۔</w:t>
      </w:r>
    </w:p>
    <w:p>
      <w:r>
        <w:rPr>
          <w:b/>
        </w:rPr>
        <w:t xml:space="preserve">[08:52] </w:t>
      </w:r>
      <w:r>
        <w:t>to Hazrat Masih ki saari shakhsiyat aur saari un ki intelligence aur un ka behtareen dhang par batana logon ko kuch kaam nahi aaya.</w:t>
      </w:r>
    </w:p>
    <w:p>
      <w:pPr>
        <w:jc w:val="right"/>
      </w:pPr>
      <w:r>
        <w:t>تو حضرت مسیح کی ساری شخصیت اور ساری ان کی انٹیلیجنس اور ان کا بہترین ڈھنگ پر بتانا لوگوں کو کچھ کام نہیں آیا۔</w:t>
      </w:r>
    </w:p>
    <w:p>
      <w:r>
        <w:rPr>
          <w:b/>
        </w:rPr>
        <w:t xml:space="preserve">[09:05] </w:t>
      </w:r>
      <w:r>
        <w:t>aur logon ne yahan tak inkaar kiya un ko ke un ko sooli par chadha diya apni samajh se. Khuda ne bacha liya woh alag baat hai. To kyun hua</w:t>
      </w:r>
    </w:p>
    <w:p>
      <w:pPr>
        <w:jc w:val="right"/>
      </w:pPr>
      <w:r>
        <w:t>اور لوگوں نے یہاں تک انکار کیا ان کو کہ ان کو سولی پر چڑھا دیا اپنی سمجھ سے۔ خدا نے بچا لیا وہ الگ بات ہے۔ تو کیوں ہوا</w:t>
      </w:r>
    </w:p>
    <w:p>
      <w:r>
        <w:rPr>
          <w:b/>
        </w:rPr>
        <w:t xml:space="preserve">[09:14] </w:t>
      </w:r>
      <w:r>
        <w:t>? Is ki bhi wajah yahi hai ke Jerusalem ke log ya Falasteen ke log us waqt un ka jo framework bana hua tha sainkdo hazaron saal se us mein fit nahi aate the Hazrat Yesu Masih.</w:t>
      </w:r>
    </w:p>
    <w:p>
      <w:pPr>
        <w:jc w:val="right"/>
      </w:pPr>
      <w:r>
        <w:t>؟ اس کی بھی وجہ یہی ہے کہ یروشلم کے لوگ یا فلسطین کے لوگ اس وقت ان کا جو فریم ورک بنا ہوا تھا سینکڑوں ہزاروں سال سے اس میں فِٹ نہیں آتے تھے حضرت یسوع مسیح۔</w:t>
      </w:r>
    </w:p>
    <w:p>
      <w:r>
        <w:rPr>
          <w:b/>
        </w:rPr>
        <w:t xml:space="preserve">[09:31] </w:t>
      </w:r>
      <w:r>
        <w:t>to unhone inkaar kar diya. Aaj aap jante hain ke Isaiyat dunya ka sab se bada mazhab hai.</w:t>
      </w:r>
    </w:p>
    <w:p>
      <w:pPr>
        <w:jc w:val="right"/>
      </w:pPr>
      <w:r>
        <w:t>تو انہوں نے انکار کر دیا۔ آج آپ جانتے ہیں کہ عیسائیت دنیا کا سب سے بڑا مذہب ہے۔</w:t>
      </w:r>
    </w:p>
    <w:p>
      <w:r>
        <w:rPr>
          <w:b/>
        </w:rPr>
        <w:t xml:space="preserve">[09:43] </w:t>
      </w:r>
      <w:r>
        <w:t>lekin yeh sab se bada mazhab kaise bana?</w:t>
      </w:r>
    </w:p>
    <w:p>
      <w:pPr>
        <w:jc w:val="right"/>
      </w:pPr>
      <w:r>
        <w:t>لیکن یہ سب سے بڑا مذہب کیسے بنا؟</w:t>
      </w:r>
    </w:p>
    <w:p>
      <w:r>
        <w:rPr>
          <w:b/>
        </w:rPr>
        <w:t xml:space="preserve">[09:48] </w:t>
      </w:r>
      <w:r>
        <w:t>is ke liye aap ko Nicaea council jo hui thi teen so pachees mein, teen so pachees Isvi mein.</w:t>
      </w:r>
    </w:p>
    <w:p>
      <w:pPr>
        <w:jc w:val="right"/>
      </w:pPr>
      <w:r>
        <w:t>اس کے لئے آپ کو نیکیا کونسل جو ہوئی تھی تین سو پچیس میں، تین سو پچیس عیسوی میں۔</w:t>
      </w:r>
    </w:p>
    <w:p>
      <w:r>
        <w:rPr>
          <w:b/>
        </w:rPr>
        <w:t xml:space="preserve">[10:00] </w:t>
      </w:r>
      <w:r>
        <w:t>Nicaea ek shehar tha jo maujooda Turkey mein tha. Us waqt Romans wahan wahan tak hukmarani karte the.</w:t>
      </w:r>
    </w:p>
    <w:p>
      <w:pPr>
        <w:jc w:val="right"/>
      </w:pPr>
      <w:r>
        <w:t>نیکیا ایک شہر تھا جو موجودہ ٹرکی میں تھا۔ اس وقت رومنز وہاں وہاں تک حکمرانی کرتے تھے۔</w:t>
      </w:r>
    </w:p>
    <w:p>
      <w:r>
        <w:rPr>
          <w:b/>
        </w:rPr>
        <w:t xml:space="preserve">[10:10] </w:t>
      </w:r>
      <w:r>
        <w:t>yeh saara ilaqa Romans ke zer-e-asar tha. To wahan par hui thi teen so pachees Isvi mein.</w:t>
      </w:r>
    </w:p>
    <w:p>
      <w:pPr>
        <w:jc w:val="right"/>
      </w:pPr>
      <w:r>
        <w:t>یہ سارا علاقہ رومنز کے زیرِ اثر تھا۔ تو وہاں پر ہوئی تھی تین سو پچیس عیسوی میں۔</w:t>
      </w:r>
    </w:p>
    <w:p>
      <w:r>
        <w:rPr>
          <w:b/>
        </w:rPr>
        <w:t xml:space="preserve">[10:21] </w:t>
      </w:r>
      <w:r>
        <w:t>us waqt Church ne kya kiya? Woh kya us ko kehte hain? Helinization of Christianity</w:t>
      </w:r>
    </w:p>
    <w:p>
      <w:pPr>
        <w:jc w:val="right"/>
      </w:pPr>
      <w:r>
        <w:t>اس وقت چرچ نے کیا کیا؟ وہ کیا اس کو کہتے ہیں؟ Helinization of Christianity</w:t>
      </w:r>
    </w:p>
    <w:p>
      <w:r>
        <w:rPr>
          <w:b/>
        </w:rPr>
        <w:t xml:space="preserve">[10:32] </w:t>
      </w:r>
      <w:r>
        <w:t>. Yaani Isaiyat ko unhone Yunani falsafe mein dhaal diya.</w:t>
      </w:r>
    </w:p>
    <w:p>
      <w:pPr>
        <w:jc w:val="right"/>
      </w:pPr>
      <w:r>
        <w:t>۔ یعنی عیسائیت کو انہوں نے یونانی فلسفے میں ڈھال دیا۔</w:t>
      </w:r>
    </w:p>
    <w:p>
      <w:r>
        <w:rPr>
          <w:b/>
        </w:rPr>
        <w:t xml:space="preserve">[10:42] </w:t>
      </w:r>
      <w:r>
        <w:t>yeh jo teen ek mein ek ka jo tasawwur hai yeh Yunani tasawwur hai. Yeh yeh Hazrat Masih ka diya hua nahi hai. Hazrat Masih ka diya hua nahi hai teen ek mein ek.</w:t>
      </w:r>
    </w:p>
    <w:p>
      <w:pPr>
        <w:jc w:val="right"/>
      </w:pPr>
      <w:r>
        <w:t>یہ جو تین ایک میں ایک کا جو تصور ہے یہ یونانی تصور ہے۔ یہ یہ حضرت مسیح کا دیا ہوا نہیں ہے۔ حضرت مسیح کا دیا ہوا نہیں ہے تین ایک میں ایک۔</w:t>
      </w:r>
    </w:p>
    <w:p>
      <w:r>
        <w:rPr>
          <w:b/>
        </w:rPr>
        <w:t xml:space="preserve">[10:56] </w:t>
      </w:r>
      <w:r>
        <w:t>to nekiyā council jo huī thī tīn so pachīs mein is mein church ne constantine awwal jo us waqt ke is mein is kā sarbarāh thā us kā to unhoñ ne isā'īyat ko helenize kar diyā.</w:t>
      </w:r>
    </w:p>
    <w:p>
      <w:pPr>
        <w:jc w:val="right"/>
      </w:pPr>
      <w:r>
        <w:t>تو نیکیا کونسل جو ہوئی تھی تین سو پچیس میں اس میں چرچ نے کانسٹنٹائن اوّل جو اس وقت کے اس میں اس کا سربراہ تھا اس کا تو انہوں نے عیسائیت کو ہیلینائز کر دیا۔</w:t>
      </w:r>
    </w:p>
    <w:p>
      <w:r>
        <w:rPr>
          <w:b/>
        </w:rPr>
        <w:t xml:space="preserve">[11:16] </w:t>
      </w:r>
      <w:r>
        <w:t>They helinized the Christianity</w:t>
      </w:r>
    </w:p>
    <w:p>
      <w:pPr>
        <w:jc w:val="right"/>
      </w:pPr>
      <w:r>
        <w:t>They helinized the Christianity</w:t>
      </w:r>
    </w:p>
    <w:p>
      <w:r>
        <w:rPr>
          <w:b/>
        </w:rPr>
        <w:t xml:space="preserve">[11:19] </w:t>
      </w:r>
      <w:r>
        <w:t>yani yunānī</w:t>
      </w:r>
    </w:p>
    <w:p>
      <w:pPr>
        <w:jc w:val="right"/>
      </w:pPr>
      <w:r>
        <w:t>۔ یعنی یونانی</w:t>
      </w:r>
    </w:p>
    <w:p>
      <w:r>
        <w:rPr>
          <w:b/>
        </w:rPr>
        <w:t xml:space="preserve">[11:24] </w:t>
      </w:r>
      <w:r>
        <w:t>filsafa mein aur yunānī soch mein ḍhāl diyā. To sāre log jo haiñ sārā Europe jo hai woh isā'ī ban gayā. Kyuñ ke us waqt āp jānte haiñ ke yunānī soch hi ghalib ā rahī thī pure Europe ko.</w:t>
      </w:r>
    </w:p>
    <w:p>
      <w:pPr>
        <w:jc w:val="right"/>
      </w:pPr>
      <w:r>
        <w:t>فلسفے میں اور یونانی سوچ میں ڈھال دیا۔ تو سارے لوگ جو ہیں سارا یورپ جو ہے وہ عیسائی بن گیا۔ کیوں کہ اس وقت آپ جانتے ہیں کہ یونانی سوچ ہی غالب آ رہی تھی پورے یورپ کو۔</w:t>
      </w:r>
    </w:p>
    <w:p>
      <w:r>
        <w:rPr>
          <w:b/>
        </w:rPr>
        <w:t xml:space="preserve">[11:41] </w:t>
      </w:r>
      <w:r>
        <w:t>yunānī soch hi ghalib soch thī. Senkaṛoñ sāl se.</w:t>
      </w:r>
    </w:p>
    <w:p>
      <w:pPr>
        <w:jc w:val="right"/>
      </w:pPr>
      <w:r>
        <w:t>یونانی سوچ ہی غالب سوچ تھی۔ سینکڑوں سال سے۔</w:t>
      </w:r>
    </w:p>
    <w:p>
      <w:r>
        <w:rPr>
          <w:b/>
        </w:rPr>
        <w:t xml:space="preserve">[11:46] </w:t>
      </w:r>
      <w:r>
        <w:t>To jab isā'īyoñ ne apne mazhab ko yasū' masīh se haṭā kar ke helenistic model mein ḍhāl diyā tab isā'īyat phail gaī.</w:t>
      </w:r>
    </w:p>
    <w:p>
      <w:pPr>
        <w:jc w:val="right"/>
      </w:pPr>
      <w:r>
        <w:t>تو جب عیسائیوں نے اپنے مذہب کو یسوع مسیح سے ہٹا کر کے ہیلینسٹک ماڈل میں ڈھال دیا تب عیسائیت پھیل گئی۔</w:t>
      </w:r>
    </w:p>
    <w:p>
      <w:r>
        <w:rPr>
          <w:b/>
        </w:rPr>
        <w:t xml:space="preserve">[12:03] </w:t>
      </w:r>
      <w:r>
        <w:t>Lekin aaj kī jo isā'īyat hai woh yasū' masīh kī isā'īyat nahīñ hai.</w:t>
      </w:r>
    </w:p>
    <w:p>
      <w:pPr>
        <w:jc w:val="right"/>
      </w:pPr>
      <w:r>
        <w:t>لیکن آج کی جو عیسائیت ہے وہ یسوع مسیح کی عیسائیت نہیں ہے۔</w:t>
      </w:r>
    </w:p>
    <w:p>
      <w:r>
        <w:rPr>
          <w:b/>
        </w:rPr>
        <w:t xml:space="preserve">[12:08] </w:t>
      </w:r>
      <w:r>
        <w:t>Ek ādmī ne ek kitāb likhī hai. Chhoṭī sī kitāb hai lekin is mein ek bahut dilchasp tarīqe se is ne batāyā hai ke aaj agar yasū' masīh āeñ aur Vatican mein pahuñch jāeñ to un ko mār ke bhagā diyā jāe gā.</w:t>
      </w:r>
    </w:p>
    <w:p>
      <w:pPr>
        <w:jc w:val="right"/>
      </w:pPr>
      <w:r>
        <w:t>ایک آدمی نے ایک کتاب لکھی ہے۔ چھوٹی سی کتاب ہے لیکن اس میں ایک بہت دلچسپ طریقے سے اس نے بتایا ہے کہ آج اگر یسوع مسیح آئیں اور ویٹیکن میں پہنچ جائیں تو ان کو مار کے بھگا دیا جائے گا۔</w:t>
      </w:r>
    </w:p>
    <w:p>
      <w:r>
        <w:rPr>
          <w:b/>
        </w:rPr>
        <w:t xml:space="preserve">[12:24] </w:t>
      </w:r>
      <w:r>
        <w:t>Kyuñ ke aaj kā jo Vatican hai ya aaj kā jo church hai woh yasū' masīh ke mazhab par nahīñ hai.</w:t>
      </w:r>
    </w:p>
    <w:p>
      <w:pPr>
        <w:jc w:val="right"/>
      </w:pPr>
      <w:r>
        <w:t>کیوں کہ آج کا جو ویٹیکن ہے یا آج کا جو چرچ ہے وہ یسوع مسیح کے مذہب پر نہیں ہے۔</w:t>
      </w:r>
    </w:p>
    <w:p>
      <w:r>
        <w:rPr>
          <w:b/>
        </w:rPr>
        <w:t xml:space="preserve">[12:32] </w:t>
      </w:r>
      <w:r>
        <w:t>To jab isā'īyat ko logoñ ke apne framework mein ḍhāl diyā gayā logoñ ke mānos framework mein.</w:t>
      </w:r>
    </w:p>
    <w:p>
      <w:pPr>
        <w:jc w:val="right"/>
      </w:pPr>
      <w:r>
        <w:t>تو جب عیسائیت کو لوگوں کے اپنے فریم ورک میں ڈھال دیا گیا۔ لوگوں کے مانوس فریم ورک میں۔</w:t>
      </w:r>
    </w:p>
    <w:p>
      <w:r>
        <w:rPr>
          <w:b/>
        </w:rPr>
        <w:t xml:space="preserve">[12:43] </w:t>
      </w:r>
      <w:r>
        <w:t>Jis framework se woh mānos the us mein ḍhāl diyā gayā tab isā'īyat phail gaī.</w:t>
      </w:r>
    </w:p>
    <w:p>
      <w:pPr>
        <w:jc w:val="right"/>
      </w:pPr>
      <w:r>
        <w:t>جس فریم ورک سے وہ مانوس تھے اس میں ڈھال دیا گیا تب عیسائیت پھیل گئی۔</w:t>
      </w:r>
    </w:p>
    <w:p>
      <w:r>
        <w:rPr>
          <w:b/>
        </w:rPr>
        <w:t xml:space="preserve">[12:53] </w:t>
      </w:r>
      <w:r>
        <w:t>Same history was repeated in India</w:t>
      </w:r>
    </w:p>
    <w:p>
      <w:pPr>
        <w:jc w:val="right"/>
      </w:pPr>
      <w:r>
        <w:t>Same history was repeated in India</w:t>
      </w:r>
    </w:p>
    <w:p>
      <w:r>
        <w:rPr>
          <w:b/>
        </w:rPr>
        <w:t xml:space="preserve">[12:56] </w:t>
      </w:r>
      <w:r>
        <w:t>Dekhiye India mein pehle Islām jo hai jo Islām ke jo scholars the un ke zarīe yahāñ par Islām kī dāwat kā kām ho rahā thā.</w:t>
      </w:r>
    </w:p>
    <w:p>
      <w:pPr>
        <w:jc w:val="right"/>
      </w:pPr>
      <w:r>
        <w:t>۔ دیکھئے انڈیا میں پہلے اسلام جو ہے جو اسلام کے جو اسکالرز تھے ان کے ذریعے یہاں پر اسلام کی دعوت کا کام ہو رہا تھا۔</w:t>
      </w:r>
    </w:p>
    <w:p>
      <w:r>
        <w:rPr>
          <w:b/>
        </w:rPr>
        <w:t xml:space="preserve">[13:10] </w:t>
      </w:r>
      <w:r>
        <w:t>Us ke ba'd kyā huā? Sufī log āe. Jo unhoñ ne kyā kiyā? Ke Islām ko hindūoñ mein taqsīm kar diyā.</w:t>
      </w:r>
    </w:p>
    <w:p>
      <w:pPr>
        <w:jc w:val="right"/>
      </w:pPr>
      <w:r>
        <w:t>اس کے بعد کیا ہوا؟ صوفی لوگ آئے۔ جو انہوں نے کیا کیا؟ کہ اسلام کو ہندوؤں میں تقسیم کر دیا۔</w:t>
      </w:r>
    </w:p>
    <w:p>
      <w:r>
        <w:rPr>
          <w:b/>
        </w:rPr>
        <w:t xml:space="preserve">[13:21] </w:t>
      </w:r>
      <w:r>
        <w:t>Sufī logoñ ne Islām ko hindūoñ mein taqsīm kar diyā.</w:t>
      </w:r>
    </w:p>
    <w:p>
      <w:pPr>
        <w:jc w:val="right"/>
      </w:pPr>
      <w:r>
        <w:t>صوفی لوگوں نے اسلام کو ہندوؤں میں تقسیم کر دیا۔</w:t>
      </w:r>
    </w:p>
    <w:p>
      <w:r>
        <w:rPr>
          <w:b/>
        </w:rPr>
        <w:t xml:space="preserve">[13:24] </w:t>
      </w:r>
      <w:r>
        <w:t>To āp dekhiye ke dhaṛā dhaṛ lākhon lākh log musalmān ho gae. Kyuñ ke ab unheñ Islām milā apne hi framework mein.</w:t>
      </w:r>
    </w:p>
    <w:p>
      <w:pPr>
        <w:jc w:val="right"/>
      </w:pPr>
      <w:r>
        <w:t>تو آپ دیکھئے کہ دھڑا دھڑ یعنی لاکھوں لاکھ لوگ مسلمان ہو گئے۔ کیوں کہ اب انہیں اسلام ملا اپنے ہی فریم ورک میں۔</w:t>
      </w:r>
    </w:p>
    <w:p>
      <w:r>
        <w:rPr>
          <w:b/>
        </w:rPr>
        <w:t xml:space="preserve">[13:35] </w:t>
      </w:r>
      <w:r>
        <w:t>Main Rishikesh mein gayā. To Rishikesh mein agar āp jāeñ to dekheñge ke devtā'oñ kī mūrtiyāñ rakhī huī haiñ bahut sārī.</w:t>
      </w:r>
    </w:p>
    <w:p>
      <w:pPr>
        <w:jc w:val="right"/>
      </w:pPr>
      <w:r>
        <w:t>میں رشیکش میں گیا۔ تو رشیکش میں اگر آپ جائیں تو دیکھیں گے کہ دیوتاؤں کی مورتیاں رکھی ہوئی ہیں بہت ساری۔</w:t>
      </w:r>
    </w:p>
    <w:p>
      <w:r>
        <w:rPr>
          <w:b/>
        </w:rPr>
        <w:t xml:space="preserve">[13:46] </w:t>
      </w:r>
      <w:r>
        <w:t>Ek aisī ek aisā hi woh hai rāsta hai idhar bhi idhar bhi</w:t>
      </w:r>
    </w:p>
    <w:p>
      <w:pPr>
        <w:jc w:val="right"/>
      </w:pPr>
      <w:r>
        <w:t>ایک ایسی ایک ایسا ہی وہ ہے راستہ ہے ادھر بھی ادھر بھی</w:t>
      </w:r>
    </w:p>
    <w:p>
      <w:r>
        <w:rPr>
          <w:b/>
        </w:rPr>
        <w:t xml:space="preserve">[13:51] </w:t>
      </w:r>
      <w:r>
        <w:t>To vahāñ maiñ woh le gayā mujhe dikhāne ke liye. To vahāñ ke ek sāhab the. To us ko dikhāte hue unhoñ ne kahā ke dekhiye sāhab kyā farq hai hindū mein musalmān mein?</w:t>
      </w:r>
    </w:p>
    <w:p>
      <w:pPr>
        <w:jc w:val="right"/>
      </w:pPr>
      <w:r>
        <w:t>۔ تو وہاں میں وہ لے گیا مجھے دکھانے کے لئے۔ تو وہاں کے ایک صاحب تھے۔ تو اس کو دکھاتے ہوئے انہوں نے کہا کہ دیکھئے صاحب کیا فرق ہے ہندو میں مسلمان میں؟</w:t>
      </w:r>
    </w:p>
    <w:p>
      <w:r>
        <w:rPr>
          <w:b/>
        </w:rPr>
        <w:t xml:space="preserve">[14:05] </w:t>
      </w:r>
      <w:r>
        <w:t>Āp log leṭā kar pūchhte haiñ ham khaṛā kar pūchhte haiñ.</w:t>
      </w:r>
    </w:p>
    <w:p>
      <w:pPr>
        <w:jc w:val="right"/>
      </w:pPr>
      <w:r>
        <w:t>آپ لوگ لیٹا کر پوچھتے ہیں ہم کھڑا کر پوچھتے ہیں۔</w:t>
      </w:r>
    </w:p>
    <w:p>
      <w:r>
        <w:rPr>
          <w:b/>
        </w:rPr>
        <w:t xml:space="preserve">[14:12] </w:t>
      </w:r>
      <w:r>
        <w:t>Āp ke devtā qabr mein leṭe hue haiñ. Hamāre devtā yahāñ patthar kī mūrt ke qarīb baiṭhe hue haiñ.</w:t>
      </w:r>
    </w:p>
    <w:p>
      <w:pPr>
        <w:jc w:val="right"/>
      </w:pPr>
      <w:r>
        <w:t>آپ کے دیوتا قبر میں لیٹے ہوئے ہیں۔ ہمارے دیوتا یہاں پتھر کی مورت کے قریب بیٹھے ہوئے ہیں۔</w:t>
      </w:r>
    </w:p>
    <w:p>
      <w:r>
        <w:rPr>
          <w:b/>
        </w:rPr>
        <w:t xml:space="preserve">[14:18] </w:t>
      </w:r>
      <w:r>
        <w:t>To ab tak mujhe yād hai ke unhoñ ne kahā ke kyā farq hai ham mein āp mein? Āp log leṭā kar pūchhte haiñ ham khaṛā kar pūchhte haiñ.</w:t>
      </w:r>
    </w:p>
    <w:p>
      <w:pPr>
        <w:jc w:val="right"/>
      </w:pPr>
      <w:r>
        <w:t>تو اب تک مجھے یاد ہے کہ انہوں نے کہا کہ کیا فرق ہے ہم میں آپ میں؟ آپ لوگ لیٹا کر پوچھتے ہیں ہم کھڑا کر پوچھتے ہیں۔</w:t>
      </w:r>
    </w:p>
    <w:p>
      <w:r>
        <w:rPr>
          <w:b/>
        </w:rPr>
        <w:t xml:space="preserve">[14:29] </w:t>
      </w:r>
      <w:r>
        <w:t>To yeh Islām Qur'ān o Hadīs wālā nahīñ hai Islām. Yeh sufīyoñ kā Islām hai jo hindūoñ mein taqsīm hai. To ṭhīk vahī history yahāñ par dohrāī gaī.</w:t>
      </w:r>
    </w:p>
    <w:p>
      <w:pPr>
        <w:jc w:val="right"/>
      </w:pPr>
      <w:r>
        <w:t>تو یہ اسلام قرآن و حدیث والا نہیں ہے اسلام۔ یہ صوفیوں کا اسلام ہے جو ہندوؤں میں تقسیم ہے۔ تو ٹھیک وہی ہسٹری یہاں پر دہرائی گئی۔</w:t>
      </w:r>
    </w:p>
    <w:p>
      <w:r>
        <w:rPr>
          <w:b/>
        </w:rPr>
        <w:t xml:space="preserve">[14:39] </w:t>
      </w:r>
      <w:r>
        <w:t>Jab isā'īyoñ ne helenize kiyā isā'īyat ko to sāre Europe mein isā'īyat phail gaī.</w:t>
      </w:r>
    </w:p>
    <w:p>
      <w:pPr>
        <w:jc w:val="right"/>
      </w:pPr>
      <w:r>
        <w:t>جب عیسائیوں نے ہیلینائز کیا عیسائیت کو تو سارے یورپ میں عیسائیت پھیل گئی۔</w:t>
      </w:r>
    </w:p>
    <w:p>
      <w:r>
        <w:rPr>
          <w:b/>
        </w:rPr>
        <w:t xml:space="preserve">[14:44] </w:t>
      </w:r>
      <w:r>
        <w:t>Jab sufīyoñ ne Islām ko hindūoñ mein taqsīm kiyā to India mein hindūism phail gayā. Bahut se log musalmān ho gae. Yeh sab se baṛī tragedy hai history.</w:t>
      </w:r>
    </w:p>
    <w:p>
      <w:pPr>
        <w:jc w:val="right"/>
      </w:pPr>
      <w:r>
        <w:t>جب صوفیوں نے اسلام کو ہندوؤں میں تقسیم کیا تو انڈیا میں ہندو ازم پھیل گیا۔ بہت سے لوگ مسلمان ہو گئے۔ یہ سب سے بڑی ٹریجڈی ہے ہسٹری۔</w:t>
      </w:r>
    </w:p>
    <w:p>
      <w:r>
        <w:rPr>
          <w:b/>
        </w:rPr>
        <w:t xml:space="preserve">[15:02] </w:t>
      </w:r>
      <w:r>
        <w:t>sab se bari tragedy. aur poori history par chhai hui hai.</w:t>
      </w:r>
    </w:p>
    <w:p>
      <w:pPr>
        <w:jc w:val="right"/>
      </w:pPr>
      <w:r>
        <w:t>سب سے بڑی ٹریجڈی۔ اور پوری ہسٹری پر چھائی ہوئی ہے۔</w:t>
      </w:r>
    </w:p>
    <w:p>
      <w:r>
        <w:rPr>
          <w:b/>
        </w:rPr>
        <w:t xml:space="preserve">[15:06] </w:t>
      </w:r>
      <w:r>
        <w:t>agar main yeh kahoon to shayad mubalgha nahi hoga ke the greatest tragedy of history is that it is a series of tragic events .</w:t>
      </w:r>
    </w:p>
    <w:p>
      <w:pPr>
        <w:jc w:val="right"/>
      </w:pPr>
      <w:r>
        <w:t>اگر میں یہ کہوں تو شاید مبالغہ نہیں ہوگا کہ the greatest tragedy of history is that it is a series of tragic events ۔</w:t>
      </w:r>
    </w:p>
    <w:p>
      <w:r>
        <w:rPr>
          <w:b/>
        </w:rPr>
        <w:t xml:space="preserve">[15:24] </w:t>
      </w:r>
      <w:r>
        <w:t>sab se bara tragic event to yahi hai ke sachai ko badal diya jaye. aur phir badal badal kar ke woh kahein ke hum to sachai par hain.</w:t>
      </w:r>
    </w:p>
    <w:p>
      <w:pPr>
        <w:jc w:val="right"/>
      </w:pPr>
      <w:r>
        <w:t>سب سے بڑا ٹریجک ایونٹ تو یہی ہے کہ سچائی کو بدل دیا جائے۔ اور پھر بدل بدل کر کے وہ کہیں کہ ہم تو سچائی پر ہیں۔</w:t>
      </w:r>
    </w:p>
    <w:p>
      <w:r>
        <w:rPr>
          <w:b/>
        </w:rPr>
        <w:t xml:space="preserve">[15:33] </w:t>
      </w:r>
      <w:r>
        <w:t>yani badla hua ek version le kar kahein ke hum to sachai par hain. sab se bara yeh fitna hai jo zameen par hai.</w:t>
      </w:r>
    </w:p>
    <w:p>
      <w:pPr>
        <w:jc w:val="right"/>
      </w:pPr>
      <w:r>
        <w:t>یعنی بدلا ہوا ایک ورژن لے کر کہیں کہ ہم تو سچائی پر ہیں۔ سب سے بڑا یہ فتنہ ہے جو زمین پر ہے۔</w:t>
      </w:r>
    </w:p>
    <w:p>
      <w:r>
        <w:rPr>
          <w:b/>
        </w:rPr>
        <w:t xml:space="preserve">[15:43] </w:t>
      </w:r>
      <w:r>
        <w:t>kyun ke zuhal jo hai yahi karta hai. zuhal asal sachai se to hata nahi pata logon ko. to kya karta hai woh?</w:t>
      </w:r>
    </w:p>
    <w:p>
      <w:pPr>
        <w:jc w:val="right"/>
      </w:pPr>
      <w:r>
        <w:t>کیوں کہ زحل جو ہے یہی کرتا ہے۔ زحل اصل سچائی سے تو ہٹا نہیں پاتا لوگوں کو۔ تو کیا کرتا ہے وہ؟</w:t>
      </w:r>
    </w:p>
    <w:p>
      <w:r>
        <w:rPr>
          <w:b/>
        </w:rPr>
        <w:t xml:space="preserve">[15:52] </w:t>
      </w:r>
      <w:r>
        <w:t>sachai ka ek jhoota model banata hai. us jhoote model par logon ko khara karta hai. us yaqeen se log lete hain us ko ke hum to sachai par hain.</w:t>
      </w:r>
    </w:p>
    <w:p>
      <w:pPr>
        <w:jc w:val="right"/>
      </w:pPr>
      <w:r>
        <w:t>سچائی کا ایک جھوٹا ماڈل بناتا ہے۔ اس جھوٹے ماڈل پر لوگوں کو کھڑا کرتا ہے۔ اس یقین سے لوگ لیتے ہیں اس کو کہ ہم تو سچائی پر ہیں۔</w:t>
      </w:r>
    </w:p>
    <w:p>
      <w:r>
        <w:rPr>
          <w:b/>
        </w:rPr>
        <w:t xml:space="preserve">[16:03] </w:t>
      </w:r>
      <w:r>
        <w:t>halankeh woh sachai ke ek jhoote model par hote hain.</w:t>
      </w:r>
    </w:p>
    <w:p>
      <w:pPr>
        <w:jc w:val="right"/>
      </w:pPr>
      <w:r>
        <w:t>حالانکہ وہ سچائی کے ایک جھوٹے ماڈل پر ہوتے ہیں۔</w:t>
      </w:r>
    </w:p>
    <w:p>
      <w:r>
        <w:rPr>
          <w:b/>
        </w:rPr>
        <w:t xml:space="preserve">[16:09] </w:t>
      </w:r>
      <w:r>
        <w:t>yahi har jagah ho raha hai. to hamara jo mission hai yahan jo hum koshish kar rahe hain woh hai jaisa ke main aksar kehta hoon ke islam ki dobara daryaft.</w:t>
      </w:r>
    </w:p>
    <w:p>
      <w:pPr>
        <w:jc w:val="right"/>
      </w:pPr>
      <w:r>
        <w:t>یہی ہر جگہ ہو رہا ہے۔ تو ہمارا جو مشن ہے یہاں جو ہم کوشش کر رہے ہیں وہ ہے جیسا کہ میں اکثر کہتا ہوں کہ اسلام کی دوبارہ دریافت۔</w:t>
      </w:r>
    </w:p>
    <w:p>
      <w:r>
        <w:rPr>
          <w:b/>
        </w:rPr>
        <w:t xml:space="preserve">[16:25] </w:t>
      </w:r>
      <w:r>
        <w:t>sachai ki dobara daryaft.</w:t>
      </w:r>
    </w:p>
    <w:p>
      <w:pPr>
        <w:jc w:val="right"/>
      </w:pPr>
      <w:r>
        <w:t>سچائی کی دوبارہ دریافت۔</w:t>
      </w:r>
    </w:p>
    <w:p>
      <w:r>
        <w:rPr>
          <w:b/>
        </w:rPr>
        <w:t xml:space="preserve">[16:29] </w:t>
      </w:r>
      <w:r>
        <w:t>saare mazhabon mein yeh hua hai ke in mazhabon ko unhon ne badal dala hai. yahan tak ke islam ko hi badal dala hai.</w:t>
      </w:r>
    </w:p>
    <w:p>
      <w:pPr>
        <w:jc w:val="right"/>
      </w:pPr>
      <w:r>
        <w:t>سارے مذہبوں میں یہ ہوا ہے کہ ان مذہبوں کو انہوں نے بدل ڈالا ہے۔ یہاں تک کہ اسلام کو ہی بدل ڈالا ہے۔</w:t>
      </w:r>
    </w:p>
    <w:p>
      <w:r>
        <w:rPr>
          <w:b/>
        </w:rPr>
        <w:t xml:space="preserve">[16:40] </w:t>
      </w:r>
      <w:r>
        <w:t>yani aaj hum hinduo mein taqseem islam ko jante hain. hamare awam jo hain hamare jo log hain woh hinduo mein taqseem islam ko jante hain.</w:t>
      </w:r>
    </w:p>
    <w:p>
      <w:pPr>
        <w:jc w:val="right"/>
      </w:pPr>
      <w:r>
        <w:t>یعنی آج ہم ہندوؤں میں تقسیم اسلام کو جانتے ہیں۔ ہمارے عوام جو ہیں ہمارے جو لوگ ہیں وہ ہندوؤں میں تقسیم اسلام کو جانتے ہیں۔</w:t>
      </w:r>
    </w:p>
    <w:p>
      <w:r>
        <w:rPr>
          <w:b/>
        </w:rPr>
        <w:t xml:space="preserve">[16:51] </w:t>
      </w:r>
      <w:r>
        <w:t>sache islam ko nahi jante woh.</w:t>
      </w:r>
    </w:p>
    <w:p>
      <w:pPr>
        <w:jc w:val="right"/>
      </w:pPr>
      <w:r>
        <w:t>سچے اسلام کو نہیں جانتے وہ۔</w:t>
      </w:r>
    </w:p>
    <w:p>
      <w:r>
        <w:rPr>
          <w:b/>
        </w:rPr>
        <w:t xml:space="preserve">[16:59] </w:t>
      </w:r>
      <w:r>
        <w:t>hamara jo mission hai hamari jo koshish hai woh yahi hai ke hum phir se islam ko us ke asli roop mein dunya ke samne layein.</w:t>
      </w:r>
    </w:p>
    <w:p>
      <w:pPr>
        <w:jc w:val="right"/>
      </w:pPr>
      <w:r>
        <w:t>ہمارا جو مشن ہے ہماری جو کوشش ہے وہ یہی ہے کہ ہم پھر سے اسلام کو اس کے اصلی روپ میں دنیا کے سامنے لائیں۔</w:t>
      </w:r>
    </w:p>
    <w:p>
      <w:r>
        <w:rPr>
          <w:b/>
        </w:rPr>
        <w:t xml:space="preserve">[17:14] </w:t>
      </w:r>
      <w:r>
        <w:t>aur yeh baat jo main keh raha hoon woh koi yani koi anokhi baat nahi hai. nabi ne pehle hi yeh bata diya tha ke aisa hoga.</w:t>
      </w:r>
    </w:p>
    <w:p>
      <w:pPr>
        <w:jc w:val="right"/>
      </w:pPr>
      <w:r>
        <w:t>اور یہ بات جو میں کہہ رہا ہوں وہ کوئی یعنی کوئی انوکھی بات نہیں ہے۔ نبی نے پہلے ہی یہ بتا دیا تھا کہ ایسا ہوگا۔</w:t>
      </w:r>
    </w:p>
    <w:p>
      <w:r>
        <w:rPr>
          <w:b/>
        </w:rPr>
        <w:t xml:space="preserve">[17:23] </w:t>
      </w:r>
      <w:r>
        <w:t>aisa hoga. aur quran mein is ke liye jo lafz aaya hai woh hai mudahaat. yazahoon qawl alladheena kafaroo .</w:t>
      </w:r>
    </w:p>
    <w:p>
      <w:pPr>
        <w:jc w:val="right"/>
      </w:pPr>
      <w:r>
        <w:t>ایسا ہوگا۔ اور قرآن میں اس کے لئے جو لفظ آیا ہے وہ ہے مضاحات۔ يَزَاحُونَ قَوْلَ الَّذِينَ كَفَرُوا ۔</w:t>
      </w:r>
    </w:p>
    <w:p>
      <w:r>
        <w:rPr>
          <w:b/>
        </w:rPr>
        <w:t xml:space="preserve">[17:34] </w:t>
      </w:r>
      <w:r>
        <w:t>yeh mudahaat jo hai mudahaat ka matlab yahi hai. yahi matlab hai. yani jo maine kaha ke isaiyon ne hellenize kiya isaiyat ko aur musalmanon ne hinduo mein taqseem kiya islam ko isi ko quran mein mudahaat kaha gaya hai.</w:t>
      </w:r>
    </w:p>
    <w:p>
      <w:pPr>
        <w:jc w:val="right"/>
      </w:pPr>
      <w:r>
        <w:t>یہ مضاحات جو ہے مضاحات کا مطلب یہی ہے۔ یہی مطلب ہے۔ یعنی جو میں نے کہا کہ عیسائیوں نے ہیلینائز کیا عیسائیت کو اور مسلمانوں نے ہندوؤں میں تقسیم کیا اسلام کو اسی کو قرآن میں مضاحات کہا گیا ہے۔</w:t>
      </w:r>
    </w:p>
    <w:p>
      <w:r>
        <w:rPr>
          <w:b/>
        </w:rPr>
        <w:t xml:space="preserve">[17:50] </w:t>
      </w:r>
      <w:r>
        <w:t>yazahoon qawl alladheena kafaroo .</w:t>
      </w:r>
    </w:p>
    <w:p>
      <w:pPr>
        <w:jc w:val="right"/>
      </w:pPr>
      <w:r>
        <w:t>يَزَاحُونَ قَوْلَ الَّذِينَ كَفَرُوا ۔</w:t>
      </w:r>
    </w:p>
    <w:p>
      <w:r>
        <w:rPr>
          <w:b/>
        </w:rPr>
        <w:t xml:space="preserve">[17:54] </w:t>
      </w:r>
      <w:r>
        <w:t>aur isi liye hadith mein aata hai ke lam yabqa bil al-islami illa ismuhu wa lam yabqa bil al-qurani illa rasmuhu .</w:t>
      </w:r>
    </w:p>
    <w:p>
      <w:pPr>
        <w:jc w:val="right"/>
      </w:pPr>
      <w:r>
        <w:t>اور اسی لئے حدیث میں آتا ہے کہ لم يبقَ بْلَ الْإِسْلَامِ إِلَّا إِسْمَهُ وَلَمْ يَبْقَ بْلَ الْقُرْآنِ إِلَّا رَسْمَهُ ۔</w:t>
      </w:r>
    </w:p>
    <w:p>
      <w:r>
        <w:rPr>
          <w:b/>
        </w:rPr>
        <w:t xml:space="preserve">[18:05] </w:t>
      </w:r>
      <w:r>
        <w:t>ek waqt aayega jab ke islam ka sirf naam reh jayega. naam. aur quran ki sirf lakeerein reh jayengi.</w:t>
      </w:r>
    </w:p>
    <w:p>
      <w:pPr>
        <w:jc w:val="right"/>
      </w:pPr>
      <w:r>
        <w:t>ایک وقت آئے گا جب کہ اسلام کا صرف نام رہ جائے گا۔ نام۔ اور قرآن کی صرف لکیریں رہ جائیں گی۔</w:t>
      </w:r>
    </w:p>
    <w:p>
      <w:r>
        <w:rPr>
          <w:b/>
        </w:rPr>
        <w:t xml:space="preserve">[18:16] </w:t>
      </w:r>
      <w:r>
        <w:t>yeh yeh hadith mein maujood hai. to quran mein jis cheez ko kaha gaya hai mudahaat isi ko hadith mein is tarah se bataya gaya hai.</w:t>
      </w:r>
    </w:p>
    <w:p>
      <w:pPr>
        <w:jc w:val="right"/>
      </w:pPr>
      <w:r>
        <w:t>یہ یہ حدیث میں موجود ہے۔ تو قرآن میں جس چیز کو کہا گیا ہے مضاحات اسی کو حدیث میں اس طریقے سے بتایا گیا ہے۔</w:t>
      </w:r>
    </w:p>
    <w:p>
      <w:r>
        <w:rPr>
          <w:b/>
        </w:rPr>
        <w:t xml:space="preserve">[18:25] </w:t>
      </w:r>
      <w:r>
        <w:t>to dekhiye sachai ko paane ke liye bohat hi gehri soch zarori hai. bohat ziyada gehri soch.</w:t>
      </w:r>
    </w:p>
    <w:p>
      <w:pPr>
        <w:jc w:val="right"/>
      </w:pPr>
      <w:r>
        <w:t>تو دیکھئے سچائی کو پانے کے لئے بہت ہی گہری سوچ ضروری ہے۔ بہت زیادہ گہری سوچ۔</w:t>
      </w:r>
    </w:p>
    <w:p>
      <w:r>
        <w:rPr>
          <w:b/>
        </w:rPr>
        <w:t xml:space="preserve">[18:36] </w:t>
      </w:r>
      <w:r>
        <w:t>aaj kal kya hai log shabdon mein gum hain. aaj kal ke log jo hain woh shabdon mein gum hain. ek aadmi koi khoobsurat lafz bol deta hai bas log daud padte hain us ki taraf.</w:t>
      </w:r>
    </w:p>
    <w:p>
      <w:pPr>
        <w:jc w:val="right"/>
      </w:pPr>
      <w:r>
        <w:t>آج کل کیا ہے لوگ शब्दوں میں گم ہیں۔ آج کل کے لوگ جو ہیں وہ शब्दوں میں گم ہیں۔ ایک آدمی کوئی خوبصورت لفظ بول دیتا ہے بس لوگ دوڑ پڑتے ہیں اس کی طرف۔</w:t>
      </w:r>
    </w:p>
    <w:p>
      <w:r>
        <w:rPr>
          <w:b/>
        </w:rPr>
        <w:t xml:space="preserve">[18:50] </w:t>
      </w:r>
      <w:r>
        <w:t>shabdon ka parda phadna padega tab aap sachai ko payenge.</w:t>
      </w:r>
    </w:p>
    <w:p>
      <w:pPr>
        <w:jc w:val="right"/>
      </w:pPr>
      <w:r>
        <w:t>शब्दوں کا پردہ پھاڑنا پڑے گا تب آپ سچائی کو پائیں گے۔</w:t>
      </w:r>
    </w:p>
    <w:p>
      <w:r>
        <w:rPr>
          <w:b/>
        </w:rPr>
        <w:t xml:space="preserve">[18:57] </w:t>
      </w:r>
      <w:r>
        <w:t>abhi kal parson aisa hua ke main tv to dekhta nahi hoon lekin kisi wajah se main dekhne laga subah ko.</w:t>
      </w:r>
    </w:p>
    <w:p>
      <w:pPr>
        <w:jc w:val="right"/>
      </w:pPr>
      <w:r>
        <w:t>ابھی کل پرسوں ایسا ہوا کہ میں ٹی وی تو دیکھتا نہیں ہوں لیکن کسی وجہ سے میں دیکھنے لگا صبح کو۔</w:t>
      </w:r>
    </w:p>
    <w:p>
      <w:r>
        <w:rPr>
          <w:b/>
        </w:rPr>
        <w:t xml:space="preserve">[19:06] </w:t>
      </w:r>
      <w:r>
        <w:t>to aap log jante honge mujh se ziyada ke rozana tv mein ek yoga ka program aata hai. ek sahab jo jin ko kaha jata hai ke top most aadmi hain is mein.</w:t>
      </w:r>
    </w:p>
    <w:p>
      <w:pPr>
        <w:jc w:val="right"/>
      </w:pPr>
      <w:r>
        <w:t>تو آپ لوگ جانتے ہوں گے مجھ سے زیادہ کہ روزانہ ٹی وی میں ایک یوگا کا پروگرام آتا ہے۔ ایک صاحب جو جن کو کہا جاتا ہے کہ ٹاپ موسٹ آدمی ہیں اس میں۔</w:t>
      </w:r>
    </w:p>
    <w:p>
      <w:r>
        <w:rPr>
          <w:b/>
        </w:rPr>
        <w:t xml:space="preserve">[19:16] </w:t>
      </w:r>
      <w:r>
        <w:t>bahut hi bare mahir hain India ke. un ka naam aap log jante honge. woh rozana aata hai in ka.</w:t>
      </w:r>
    </w:p>
    <w:p>
      <w:pPr>
        <w:jc w:val="right"/>
      </w:pPr>
      <w:r>
        <w:t>بہت ہی بڑے ماہر ہیں انڈیا کے۔ ان کا نام آپ لوگ جانتے ہوں گے۔ وہ روزانہ آتا ہے ان کا۔</w:t>
      </w:r>
    </w:p>
    <w:p>
      <w:r>
        <w:rPr>
          <w:b/>
        </w:rPr>
        <w:t xml:space="preserve">[19:23] </w:t>
      </w:r>
      <w:r>
        <w:t>India ke top par hain yoga yani yoga ka jo bhi science kahiye jo bhi kahiye is ko sikhate hain woh.</w:t>
      </w:r>
    </w:p>
    <w:p>
      <w:pPr>
        <w:jc w:val="right"/>
      </w:pPr>
      <w:r>
        <w:t>انڈیا کے ٹاپ پر ہیں یوگا یعنی یوگا کا جو جو بھی سائنس کہیے جو بھی کہیے اس کو سکھاتے ہیں وہ۔</w:t>
      </w:r>
    </w:p>
    <w:p>
      <w:r>
        <w:rPr>
          <w:b/>
        </w:rPr>
        <w:t xml:space="preserve">[19:35] </w:t>
      </w:r>
      <w:r>
        <w:t>to main ne socha main ne dekha ke woh yoga sikha rahe hain aur yoga sikhate hue kehte hain is ke yani yoga ke kamal batate hain.</w:t>
      </w:r>
    </w:p>
    <w:p>
      <w:pPr>
        <w:jc w:val="right"/>
      </w:pPr>
      <w:r>
        <w:t>تو میں نے سوچا میں نے دیکھا کہ وہ یوگا سکھا رہے ہیں اور یوگا سکھاتے ہوئے کہتے ہیں اس کے یعنی یوگا کے کمال بتاتے ہیں۔</w:t>
      </w:r>
    </w:p>
    <w:p>
      <w:r>
        <w:rPr>
          <w:b/>
        </w:rPr>
        <w:t xml:space="preserve">[19:45] </w:t>
      </w:r>
      <w:r>
        <w:t>yoga ke kamal. to unhon ne kaha ke jawani sada rahegi.</w:t>
      </w:r>
    </w:p>
    <w:p>
      <w:pPr>
        <w:jc w:val="right"/>
      </w:pPr>
      <w:r>
        <w:t>یوگا کے کمال۔ تو انہوں نے کہا کہ جوانی سدا رہے گی۔</w:t>
      </w:r>
    </w:p>
    <w:p>
      <w:r>
        <w:rPr>
          <w:b/>
        </w:rPr>
        <w:t xml:space="preserve">[19:52] </w:t>
      </w:r>
      <w:r>
        <w:t>yeh unhi ki wording hai. jawani sada rahegi barhapa aayega nahi. yani agar tum yoga karo to itni bari cheez tum ko milegi ke jawani sada rahegi barhapa aayega hi nahi.</w:t>
      </w:r>
    </w:p>
    <w:p>
      <w:pPr>
        <w:jc w:val="right"/>
      </w:pPr>
      <w:r>
        <w:t>یہ انہی کی ورڈنگ ہے۔ جوانی سدا رہے گی بڑھاپا آئے گا نہیں۔ یعنی اگر تم یوگا کرو تو اتنی بڑی چیز تم کو ملے گی کہ جوانی سدا رہے گی بڑھاپا آئے گا ہی نہیں۔</w:t>
      </w:r>
    </w:p>
    <w:p>
      <w:r>
        <w:rPr>
          <w:b/>
        </w:rPr>
        <w:t xml:space="preserve">[20:10] </w:t>
      </w:r>
      <w:r>
        <w:t>ab dekhiye tajziya kiya bani is ka. log to tajziya karte nahi wahan bare khush ho rahe the log. kya baat keh di kya baat keh di.</w:t>
      </w:r>
    </w:p>
    <w:p>
      <w:pPr>
        <w:jc w:val="right"/>
      </w:pPr>
      <w:r>
        <w:t>اب دیکھئے تجزیہ کیا بنی اس کا۔ لوگ تو تجزیہ کرتے نہیں۔ وہاں بڑے خوش ہو رہے تھے لوگ۔ کیا بات کہہ دی کیا بات کہہ دی۔</w:t>
      </w:r>
    </w:p>
    <w:p>
      <w:r>
        <w:rPr>
          <w:b/>
        </w:rPr>
        <w:t xml:space="preserve">[20:20] </w:t>
      </w:r>
      <w:r>
        <w:t>dekhiye in comparison that we understand. hamesha compare kijiye tab baat samajh aayegi. to main ne compare kiya ke woh naujawanon ko le kar wahan yoga sikha rahe the.</w:t>
      </w:r>
    </w:p>
    <w:p>
      <w:pPr>
        <w:jc w:val="right"/>
      </w:pPr>
      <w:r>
        <w:t>دیکھئے in comparison that we understand ۔ ہمیشہ کمپیئر کیجئے تب بات سمجھ آئے گی۔ تو میں نے کمپیئر کیا کہ وہ نوجوانوں کو لے کر وہاں یوگا سکھا رہے تھے۔</w:t>
      </w:r>
    </w:p>
    <w:p>
      <w:r>
        <w:rPr>
          <w:b/>
        </w:rPr>
        <w:t xml:space="preserve">[20:33] </w:t>
      </w:r>
      <w:r>
        <w:t>main ne kaha main to 80 plus hoon 85 plus hoon. aur 80 saal se zyada tak main jawan hi raha hoon. baghair yoga ke.</w:t>
      </w:r>
    </w:p>
    <w:p>
      <w:pPr>
        <w:jc w:val="right"/>
      </w:pPr>
      <w:r>
        <w:t>میں نے کہا میں تو 80 پلس ہوں 85 پلس ہوں۔ اور 80 سال سے زیادہ تک میں جوان ہی رہا ہوں۔ بغیر یوگا کے۔</w:t>
      </w:r>
    </w:p>
    <w:p>
      <w:r>
        <w:rPr>
          <w:b/>
        </w:rPr>
        <w:t xml:space="preserve">[20:43] </w:t>
      </w:r>
      <w:r>
        <w:t>log mujhe dekhte the to kehte the bhai aap to jawano ki tarah chalte hain. aap to jawano ki tarah bolte hain.</w:t>
      </w:r>
    </w:p>
    <w:p>
      <w:pPr>
        <w:jc w:val="right"/>
      </w:pPr>
      <w:r>
        <w:t>لوگ مجھے دیکھتے تھے تو کہتے تھے بھئی آپ تو جوانوں کی طرح چلتے ہیں۔ آپ تو جوانوں کی طرح بولتے ہیں۔</w:t>
      </w:r>
    </w:p>
    <w:p>
      <w:r>
        <w:rPr>
          <w:b/>
        </w:rPr>
        <w:t xml:space="preserve">[20:50] </w:t>
      </w:r>
      <w:r>
        <w:t>to main ne to kabhi yoga nahi kiya. to yoga kiye baghair itni lambi muddat tak main jawan bana raha. ji kyun?</w:t>
      </w:r>
    </w:p>
    <w:p>
      <w:pPr>
        <w:jc w:val="right"/>
      </w:pPr>
      <w:r>
        <w:t>تو میں نے تو کبھی یوگا نہیں کیا۔ تو یوگا کیے بغیر اتنی لمبی مدت تک میں جوان بنا رہا۔ جی کیوں؟</w:t>
      </w:r>
    </w:p>
    <w:p>
      <w:r>
        <w:rPr>
          <w:b/>
        </w:rPr>
        <w:t xml:space="preserve">[21:01] </w:t>
      </w:r>
      <w:r>
        <w:t>sadah zindagi aur aur bilkul hi sadah diet. qudrati zindagi aur musbat soch yahi mera tareeqa tha.</w:t>
      </w:r>
    </w:p>
    <w:p>
      <w:pPr>
        <w:jc w:val="right"/>
      </w:pPr>
      <w:r>
        <w:t>سادہ زندگی اور اور بالکل ہی سادہ ڈائٹ۔ قدرتی زندگی اور مثبت سوچ یہی میرا طریقہ تھا۔</w:t>
      </w:r>
    </w:p>
    <w:p>
      <w:r>
        <w:rPr>
          <w:b/>
        </w:rPr>
        <w:t xml:space="preserve">[21:14] </w:t>
      </w:r>
      <w:r>
        <w:t>to mere liye is mein koi kashish nahi hai. koi kashish nahi hai. kyun?</w:t>
      </w:r>
    </w:p>
    <w:p>
      <w:pPr>
        <w:jc w:val="right"/>
      </w:pPr>
      <w:r>
        <w:t>تو میرے لئے اس میں کوئی کشش نہیں ہے۔ کوئی کشش نہیں ہے۔ کیوں؟</w:t>
      </w:r>
    </w:p>
    <w:p>
      <w:r>
        <w:rPr>
          <w:b/>
        </w:rPr>
        <w:t xml:space="preserve">[21:20] </w:t>
      </w:r>
      <w:r>
        <w:t>ab main jab is umar ko hoon abhi main jo bol raha hoon main main nahi samajhta koi jawan aadmi is se zyada taqatwar mazboot andaaz mein bol sakta hai. abhi bhi.</w:t>
      </w:r>
    </w:p>
    <w:p>
      <w:pPr>
        <w:jc w:val="right"/>
      </w:pPr>
      <w:r>
        <w:t>اب میں جب اس عمر کو ہوں ابھی میں جو بول رہا ہوں میں میں نہیں سمجھتا کوئی جوان آدمی اس سے زیادہ طاقتور مضبوط انداز میں بول سکتا ہے۔ ابھی بھی۔</w:t>
      </w:r>
    </w:p>
    <w:p>
      <w:r>
        <w:rPr>
          <w:b/>
        </w:rPr>
        <w:t xml:space="preserve">[21:29] </w:t>
      </w:r>
      <w:r>
        <w:t>yani 85 plus ho kar ke bhi main jo bol raha hoon mujhe nahi maloom ke is se zyada mazboot awaz mein koi bol sakta hai. to 85 plus mein mujhe aap ki yoga ki zaroorat kya hai?</w:t>
      </w:r>
    </w:p>
    <w:p>
      <w:pPr>
        <w:jc w:val="right"/>
      </w:pPr>
      <w:r>
        <w:t>یعنی 85 پلس ہو کر کے بھی میں جو بول رہا ہوں مجھے نہیں معلوم کہ اس سے زیادہ مضبوط آواز میں کوئی بول سکتا ہے۔ تو 85 پلس میں مجھے آپ کی یوگا کی ضرورت کیا ہے؟</w:t>
      </w:r>
    </w:p>
    <w:p>
      <w:r>
        <w:rPr>
          <w:b/>
        </w:rPr>
        <w:t xml:space="preserve">[21:41] </w:t>
      </w:r>
      <w:r>
        <w:t>kya kya karunga main yoga ko le kar? ji mere liye asal masla kya hai woh hai m</w:t>
      </w:r>
    </w:p>
    <w:p>
      <w:pPr>
        <w:jc w:val="right"/>
      </w:pPr>
      <w:r>
        <w:t>کیا کیا کروں گا میں یوگا کو لے کر؟ جی میرے لئے اصل مسئلہ کیا ہے وہ ہے م</w:t>
      </w:r>
    </w:p>
    <w:p>
      <w:r>
        <w:rPr>
          <w:b/>
        </w:rPr>
        <w:t xml:space="preserve">[21:48] </w:t>
      </w:r>
      <w:r>
        <w:t>aut. barhapa nahi. barhapa aayega nahi yeh mere nazdeek galat wording hai.</w:t>
      </w:r>
    </w:p>
    <w:p>
      <w:pPr>
        <w:jc w:val="right"/>
      </w:pPr>
      <w:r>
        <w:t>وت۔ بڑھاپا نہیں۔ بڑھاپا آئے گا نہیں یہ میرے نزدیک غلط ورڈنگ ہے۔</w:t>
      </w:r>
    </w:p>
    <w:p>
      <w:r>
        <w:rPr>
          <w:b/>
        </w:rPr>
        <w:t xml:space="preserve">[21:58] </w:t>
      </w:r>
      <w:r>
        <w:t>aap yeh mujhe bataiye ke doosra formula ke zindagi sada rahegi maut aayegi nahi kabhi.</w:t>
      </w:r>
    </w:p>
    <w:p>
      <w:pPr>
        <w:jc w:val="right"/>
      </w:pPr>
      <w:r>
        <w:t>آپ یہ مجھے بتائیے کہ دوسرا فارمولا کہ زندگی سدا رہے گی موت آئے گی نہیں کبھی۔</w:t>
      </w:r>
    </w:p>
    <w:p>
      <w:r>
        <w:rPr>
          <w:b/>
        </w:rPr>
        <w:t xml:space="preserve">[22:08] </w:t>
      </w:r>
      <w:r>
        <w:t>aap jo formula de rahe hain ke jawani sada rahegi barhapa aayega nahi kabhi to mujhe is hawale se koi dilchaspi nahi. koi dilchaspi nahi.</w:t>
      </w:r>
    </w:p>
    <w:p>
      <w:pPr>
        <w:jc w:val="right"/>
      </w:pPr>
      <w:r>
        <w:t>آپ جو فارمولا دے رہے ہیں کہ جوانی سدا رہے گی بڑھاپا آئے گا نہیں کبھی تو مجھے اس حوالے سے کوئی دلچسپی نہیں۔ کوئی دلچسپی نہیں۔</w:t>
      </w:r>
    </w:p>
    <w:p>
      <w:r>
        <w:rPr>
          <w:b/>
        </w:rPr>
        <w:t xml:space="preserve">[22:16] </w:t>
      </w:r>
      <w:r>
        <w:t>aur har samajhdar ko dilchaspi nahi hog</w:t>
      </w:r>
    </w:p>
    <w:p>
      <w:pPr>
        <w:jc w:val="right"/>
      </w:pPr>
      <w:r>
        <w:t>اور ہر سمجھدار کو دلچسپی نہیں ہوگ</w:t>
      </w:r>
    </w:p>
    <w:p>
      <w:r>
        <w:rPr>
          <w:b/>
        </w:rPr>
        <w:t xml:space="preserve">[22:18] </w:t>
      </w:r>
      <w:r>
        <w:t>a. kuch ahmaq log is mein dilchaspi lenge.</w:t>
      </w:r>
    </w:p>
    <w:p>
      <w:pPr>
        <w:jc w:val="right"/>
      </w:pPr>
      <w:r>
        <w:t>ا۔ کچھ احمق لوگ اس میں دلچسپی لیں گے۔</w:t>
      </w:r>
    </w:p>
    <w:p>
      <w:r>
        <w:rPr>
          <w:b/>
        </w:rPr>
        <w:t xml:space="preserve">[22:24] </w:t>
      </w:r>
      <w:r>
        <w:t>to mujhe jis jo cheez mutawajjah kar sakti hai woh yeh hai ke aap yeh formula bataein ke zindagi sada rahegi maut kabhi nahi aayegi. to aap ke paas to hai hi nahi yeh.</w:t>
      </w:r>
    </w:p>
    <w:p>
      <w:pPr>
        <w:jc w:val="right"/>
      </w:pPr>
      <w:r>
        <w:t>تو مجھے جس جو چیز متوجہ کر سکتی ہے وہ یہ ہے کہ آپ یہ فارمولا بتائیں کہ زندگی سدا رہے گی موت کبھی نہیں آئے گی۔ تو آپ کے پاس تو ہے ہی نہیں یہ۔</w:t>
      </w:r>
    </w:p>
    <w:p>
      <w:r>
        <w:rPr>
          <w:b/>
        </w:rPr>
        <w:t xml:space="preserve">[22:34] </w:t>
      </w:r>
      <w:r>
        <w:t>tum bhi maroge tumhare saathi bhi marenge. to marne ke baad kya hoga woh mera masla hai. main yun bhi jawan hoon.</w:t>
      </w:r>
    </w:p>
    <w:p>
      <w:pPr>
        <w:jc w:val="right"/>
      </w:pPr>
      <w:r>
        <w:t>تم بھی مرو گے تمہارے ساتھی بھی مریں گے۔ تو مرنے کے بعد کیا ہوگا وہ میرا مسئلہ ہے۔ میں یوں بھی جوان ہوں۔</w:t>
      </w:r>
    </w:p>
    <w:p>
      <w:r>
        <w:rPr>
          <w:b/>
        </w:rPr>
        <w:t xml:space="preserve">[22:45] </w:t>
      </w:r>
      <w:r>
        <w:t>mere saath ab mujhe log chalte hue dekhte hain seerhiyon par chartay hue bhi dekhte hain to kehte hain arey aap jawano ki tarah charh rahe hain.</w:t>
      </w:r>
    </w:p>
    <w:p>
      <w:pPr>
        <w:jc w:val="right"/>
      </w:pPr>
      <w:r>
        <w:t>میرے ساتھ اب مجھے لوگ چلتے ہوئے دیکھتے ہیں سیڑھیوں پر چڑھتے ہوئے بھی دیکھتے ہیں تو کہتے ہیں ارے آپ جوانوں کی طرح چڑھ رہے ہیں۔</w:t>
      </w:r>
    </w:p>
    <w:p>
      <w:r>
        <w:rPr>
          <w:b/>
        </w:rPr>
        <w:t xml:space="preserve">[22:57] </w:t>
      </w:r>
      <w:r>
        <w:t>to mujhe kya is mein dilchaspi ho sakti hai aise yoga mein. siwaye kuch ahmaq logon ke ho sakti hai.</w:t>
      </w:r>
    </w:p>
    <w:p>
      <w:pPr>
        <w:jc w:val="right"/>
      </w:pPr>
      <w:r>
        <w:t>تو مجھے کیا اس میں دلچسپی ہو سکتی ہے ایسے یوگا میں۔ سوائے کچھ احمق لوگوں کے ہو سکتی ہے۔</w:t>
      </w:r>
    </w:p>
    <w:p>
      <w:r>
        <w:rPr>
          <w:b/>
        </w:rPr>
        <w:t xml:space="preserve">[23:05] </w:t>
      </w:r>
      <w:r>
        <w:t>mujhe to dilchaspi hai ke tum mujhe aisa koi formula batao ke main apni zindagi is tarah bataoon ke maut ke baad jo hai mujhe umeed de sako tum.</w:t>
      </w:r>
    </w:p>
    <w:p>
      <w:pPr>
        <w:jc w:val="right"/>
      </w:pPr>
      <w:r>
        <w:t>مجھے تو دلچسپی ہے کہ تم مجھے ایسا کوئی فارمولا بتاؤ کہ میں اپنی زندگی اس طرح بتاؤں کہ موت کے بعد جو ہے مجھے امید دے سکو تم۔</w:t>
      </w:r>
    </w:p>
    <w:p>
      <w:r>
        <w:rPr>
          <w:b/>
        </w:rPr>
        <w:t xml:space="preserve">[23:18] </w:t>
      </w:r>
      <w:r>
        <w:t>puri maut ki muddat ki baatein aap kar rahe hain woh to mein waise bhi theek thaak houn. is maut ki muddat mein mujhe koi umeed dijiye aap woh kya hai?</w:t>
      </w:r>
    </w:p>
    <w:p>
      <w:pPr>
        <w:jc w:val="right"/>
      </w:pPr>
      <w:r>
        <w:t>پوری موت کی مدت کی باتیں آپ کر رہے ہیں وہ تو میں ویسے بھی ٹھیک ٹھاک ہوں۔ اس موت کی مدت میں مجھے کوئی امید دیجئے آپ وہ کیا ہے؟</w:t>
      </w:r>
    </w:p>
    <w:p>
      <w:r>
        <w:rPr>
          <w:b/>
        </w:rPr>
        <w:t xml:space="preserve">[23:30] </w:t>
      </w:r>
      <w:r>
        <w:t>jaisa ke maine aap se arz kiya tha is se pehle ek qissa is ka woh gurham ka billi gurham ka ke ek billionaire ne is ko bulaya apne paas billionaire jo boodha ho chuka tha.</w:t>
      </w:r>
    </w:p>
    <w:p>
      <w:pPr>
        <w:jc w:val="right"/>
      </w:pPr>
      <w:r>
        <w:t>جیسا کہ میں نے آپ سے عرض کیا تھا اس سے پہلے ایک قصہ اس کا وہ گرہم کا بلی گرہم کا کہ ایک بلیونر نے اس کو بلایا اپنے پاس بلیونر جو بوڑھا ہو چکا تھا۔</w:t>
      </w:r>
    </w:p>
    <w:p>
      <w:r>
        <w:rPr>
          <w:b/>
        </w:rPr>
        <w:t xml:space="preserve">[23:45] </w:t>
      </w:r>
      <w:r>
        <w:t>is ne is se kaha ke you see i am an old man life has lost all meaning</w:t>
      </w:r>
    </w:p>
    <w:p>
      <w:pPr>
        <w:jc w:val="right"/>
      </w:pPr>
      <w:r>
        <w:t>اس نے اس سے کہا کہ you see I am an old man life has lost all meaning</w:t>
      </w:r>
    </w:p>
    <w:p>
      <w:r>
        <w:rPr>
          <w:b/>
        </w:rPr>
        <w:t xml:space="preserve">[23:59] </w:t>
      </w:r>
      <w:r>
        <w:t>i am going to take a faithful leap into the unknown i am going to take a faithful leap into the unknowning man can you give me a ray of hope masla to yahan hai.</w:t>
      </w:r>
    </w:p>
    <w:p>
      <w:pPr>
        <w:jc w:val="right"/>
      </w:pPr>
      <w:r>
        <w:t>I am going to take a faithful leap into the unknown I am going to take a faithful leap into the unknownینگ مین can you give me a ray of hope مسئلہ تو یہاں ہے۔</w:t>
      </w:r>
    </w:p>
    <w:p>
      <w:r>
        <w:rPr>
          <w:b/>
        </w:rPr>
        <w:t xml:space="preserve">[24:14] </w:t>
      </w:r>
      <w:r>
        <w:t>wahan masla nahi hai jahan woh tv par dikha rahe hain. wahan masla hai hi nahi. mein zinda yaani living example houn ke tumhare yoga ke baghair mein jawan bana hua houn.</w:t>
      </w:r>
    </w:p>
    <w:p>
      <w:pPr>
        <w:jc w:val="right"/>
      </w:pPr>
      <w:r>
        <w:t>وہاں مسئلہ نہیں ہے جہاں وہ ٹی وی پر دکھا رہے ہیں۔ وہاں مسئلہ ہے ہی نہیں۔ میں زندہ یعنی لیونگ ایگزیمپل ہوں کہ تمہارے یوگا کے بغیر میں جوان بنا ہوا ہوں۔</w:t>
      </w:r>
    </w:p>
    <w:p>
      <w:r>
        <w:rPr>
          <w:b/>
        </w:rPr>
        <w:t xml:space="preserve">[24:28] </w:t>
      </w:r>
      <w:r>
        <w:t>sound sleep mein jati hai khana hazam hota hai. mein bol raha houn jawano ki tarah. soch meri jo hai jo aap dekh rahe hain meri yaad-dasht mehfooz hai.</w:t>
      </w:r>
    </w:p>
    <w:p>
      <w:pPr>
        <w:jc w:val="right"/>
      </w:pPr>
      <w:r>
        <w:t>ساؤنڈ سلیپ میں جاتی ہے کھانا ہضم ہوتا ہے۔ میں بول رہا ہوں جوانوں کی طرح۔ سوچ میری جو ہے جو آپ دیکھ رہے ہیں میری یادداشت محفوظ ہے۔</w:t>
      </w:r>
    </w:p>
    <w:p>
      <w:r>
        <w:rPr>
          <w:b/>
        </w:rPr>
        <w:t xml:space="preserve">[24:39] </w:t>
      </w:r>
      <w:r>
        <w:t>lekin sawal yeh hai ke maut jo aayegi to us ke baad kya hoga? sawal yeh sab nahi hai jo aap dikha rahe hain tv par. sawal yeh hai ke abhi meri maut aa jayegi to us ke baad kya?</w:t>
      </w:r>
    </w:p>
    <w:p>
      <w:pPr>
        <w:jc w:val="right"/>
      </w:pPr>
      <w:r>
        <w:t>لیکن سوال یہ ہے کہ موت جو آئے گی تو اس کے بعد کیا ہوگا؟ سوال یہ سب نہیں ہے جو آپ دکھا رہے ہیں ٹی وی پر۔ سوال یہ ہے کہ ابھی میری موت آ جائے گی تو اس کے بعد کیا؟</w:t>
      </w:r>
    </w:p>
    <w:p>
      <w:r>
        <w:rPr>
          <w:b/>
        </w:rPr>
        <w:t xml:space="preserve">[24:50] </w:t>
      </w:r>
      <w:r>
        <w:t>i am going to take a faithful leap into the unknown is ka aap mujhe jawab do.</w:t>
      </w:r>
    </w:p>
    <w:p>
      <w:pPr>
        <w:jc w:val="right"/>
      </w:pPr>
      <w:r>
        <w:t>I am going to take a faithful leap into the unknown اس کا آپ مجھے جواب دو۔</w:t>
      </w:r>
    </w:p>
    <w:p>
      <w:r>
        <w:rPr>
          <w:b/>
        </w:rPr>
        <w:t xml:space="preserve">[24:58] </w:t>
      </w:r>
      <w:r>
        <w:t>yahan in ke paas koi jawab nahi hai. to hamara mission is baat ka jawab dene ke liye hai jahan yoga ki had aa jati hai wahan se hamara safar shuru hota hai.</w:t>
      </w:r>
    </w:p>
    <w:p>
      <w:pPr>
        <w:jc w:val="right"/>
      </w:pPr>
      <w:r>
        <w:t>یہاں ان کے پاس کوئی جواب نہیں ہے۔ تو ہمارا مشن اس بات کا جواب دینے کے لئے ہے جہاں یوگا کی حد آ جاتی ہے وہاں سے ہمارا سفر شروع ہوتا ہے۔</w:t>
      </w:r>
    </w:p>
    <w:p>
      <w:r>
        <w:rPr>
          <w:b/>
        </w:rPr>
        <w:t xml:space="preserve">[25:14] </w:t>
      </w:r>
      <w:r>
        <w:t>yahan dekhiye. yoga ki ya medical science ki ya health sciences ki jahan had aa jati hai wahan se hamara safar shuru hota hai.</w:t>
      </w:r>
    </w:p>
    <w:p>
      <w:pPr>
        <w:jc w:val="right"/>
      </w:pPr>
      <w:r>
        <w:t>یہاں دیکھئے۔ یوگا کی یا میڈیکل سائنس کی یا ہیلتھ سائنسز کی جہاں حد آ جاتی ہے وہاں سے ہمارا سفر شروع ہوتا ہے۔</w:t>
      </w:r>
    </w:p>
    <w:p>
      <w:r>
        <w:rPr>
          <w:b/>
        </w:rPr>
        <w:t xml:space="preserve">[25:31] </w:t>
      </w:r>
      <w:r>
        <w:t>to aap ko ek bohat hi bara mission aap ke samne hai. is ko poora kiye baghair aap mar gaye aap to aap ke liye dunya bhi bekar thi aur akhirat bhi bekar hai.</w:t>
      </w:r>
    </w:p>
    <w:p>
      <w:pPr>
        <w:jc w:val="right"/>
      </w:pPr>
      <w:r>
        <w:t>تو آپ کو ایک بہت ہی بڑا مشن آپ کے سامنے ہے۔ اس کو پورا کیے بغیر آپ مر گئے آپ تو آپ کے لئے دنیا بھی بیکار تھی اور آخرت بھی بیکار ہے۔</w:t>
      </w:r>
    </w:p>
    <w:p>
      <w:r>
        <w:rPr>
          <w:b/>
        </w:rPr>
        <w:t xml:space="preserve">[25:48] </w:t>
      </w:r>
      <w:r>
        <w:t>kal mein kisi se keh raha tha ke jis aadmi ko sachai ka pata ho jaye us ko apna waqt aur apni raqam dono ke bare mein intehai hoshyar hona chahiye.</w:t>
      </w:r>
    </w:p>
    <w:p>
      <w:pPr>
        <w:jc w:val="right"/>
      </w:pPr>
      <w:r>
        <w:t>کل میں کسی سے کہہ رہا تھا کہ جس آدمی کو سچائی کا پتہ ہو جائے اس کو اپنا وقت اور اپنی رقم دونوں کے بارے میں انتہائی ہوشیار ہونا چاہیے۔</w:t>
      </w:r>
    </w:p>
    <w:p>
      <w:r>
        <w:rPr>
          <w:b/>
        </w:rPr>
        <w:t xml:space="preserve">[26:01] </w:t>
      </w:r>
      <w:r>
        <w:t>hoshyar. bohat zyada ehtiyat. apna paisa kharch karne mein apna waqt kharch karne mein. is liye ke yahi woh cheez hai aap ko sehat mil jayegi.</w:t>
      </w:r>
    </w:p>
    <w:p>
      <w:pPr>
        <w:jc w:val="right"/>
      </w:pPr>
      <w:r>
        <w:t>ہوشیار۔ بہت زیادہ احتیاط۔ اپنا پیسہ خرچ کرنے میں اپنا وقت خرچ کرنے میں۔ اس لئے کہ یہی وہ چیز ہے آپ کو صحت ملے جائے گی۔</w:t>
      </w:r>
    </w:p>
    <w:p>
      <w:r>
        <w:rPr>
          <w:b/>
        </w:rPr>
        <w:t xml:space="preserve">[26:13] </w:t>
      </w:r>
      <w:r>
        <w:t>agar aap ne apni raqam ko zaya kiya apne waqt ko aap istemal nahi kar sake to yaad rakhiye ke siwaye sehat ke aur koi aap koi hamari manzil nahi hai.</w:t>
      </w:r>
    </w:p>
    <w:p>
      <w:pPr>
        <w:jc w:val="right"/>
      </w:pPr>
      <w:r>
        <w:t>اگر آپ نے اپنی رقم کو ضائع کیا اپنے وقت کو آپ استعمال نہیں کر سکے تو یاد رکھیے کہ سوائے صحت کے اور کوئی آپ کوئی ہماری منزل نہیں ہے۔</w:t>
      </w:r>
    </w:p>
    <w:p>
      <w:r>
        <w:rPr>
          <w:b/>
        </w:rPr>
        <w:t xml:space="preserve">[26:26] </w:t>
      </w:r>
      <w:r>
        <w:t>yaani jannat koi koi khel nahi hai pana. jannat pana koi khel nahi hai.</w:t>
      </w:r>
    </w:p>
    <w:p>
      <w:pPr>
        <w:jc w:val="right"/>
      </w:pPr>
      <w:r>
        <w:t>یعنی جنت کوئی کوئی کھیل نہیں ہے پانا۔ جنت پانا کوئی کھیل نہیں ہے۔</w:t>
      </w:r>
    </w:p>
    <w:p>
      <w:r>
        <w:rPr>
          <w:b/>
        </w:rPr>
        <w:t xml:space="preserve">[26:35] </w:t>
      </w:r>
      <w:r>
        <w:t>yeh is insaan ke is khush naseeb insaan ke liye hai jannat jo apne waqt ko sach much manage kar sake. jo apni raqam ko sach much manage kar sake.</w:t>
      </w:r>
    </w:p>
    <w:p>
      <w:pPr>
        <w:jc w:val="right"/>
      </w:pPr>
      <w:r>
        <w:t>یہ اس انسان کے اس خوش نصیب انسان کے لئے ہے جنت جو اپنے وقت کو سچ مچ منیج کر سکے۔ جو اپنی رقم کو سچ مچ منیج کر سکے۔</w:t>
      </w:r>
    </w:p>
    <w:p>
      <w:r>
        <w:rPr>
          <w:b/>
        </w:rPr>
        <w:t xml:space="preserve">[26:47] </w:t>
      </w:r>
      <w:r>
        <w:t>zaya na kare. apne waqt ko apni raqam ko zaya na kare. khuda ka khuda ki ek barkat is sense mein samjhein ke is diya hai is liye ke mein apne yaani mission mein is ko laga sakun.</w:t>
      </w:r>
    </w:p>
    <w:p>
      <w:pPr>
        <w:jc w:val="right"/>
      </w:pPr>
      <w:r>
        <w:t>ضائع نہ کرے۔ اپنے وقت کو اپنی رقم کو ضائع نہ کرے۔ خدا کا خدا کی ایک برکت اس سense میں سمجھیں کہ اس دیا ہے اس لئے کہ میں اپنے یعنی مشن میں اس کو لگا سکوں۔</w:t>
      </w:r>
    </w:p>
    <w:p>
      <w:r>
        <w:rPr>
          <w:b/>
        </w:rPr>
        <w:t xml:space="preserve">[27:04] </w:t>
      </w:r>
      <w:r>
        <w:t>is liye nahi ke apni aaram dahi mein apni luxury mein apne ho-ha mein apni kharidari mein apni party mein. yeh is mein jo lagayega jo zaya karega aur jo zaya karega un ke liye quran mein hai ke woh shaitan ke bhai hain.</w:t>
      </w:r>
    </w:p>
    <w:p>
      <w:pPr>
        <w:jc w:val="right"/>
      </w:pPr>
      <w:r>
        <w:t>اس لئے نہیں کہ اپنی آرام دہی میں اپنی لگژری میں اپنے ہوہا میں اپنی خریداری میں اپنی پارٹی میں۔ یہ اس میں جو لگائے گا جو ضائع کرے گا اور جو ضائع کرے گا ان کے لئے قرآن میں ہے کہ وہ شیطان کے بھائی ہیں۔</w:t>
      </w:r>
    </w:p>
    <w:p>
      <w:r>
        <w:rPr>
          <w:b/>
        </w:rPr>
        <w:t xml:space="preserve">[27:21] </w:t>
      </w:r>
      <w:r>
        <w:t>shaitan ke bhai hain.</w:t>
      </w:r>
    </w:p>
    <w:p>
      <w:pPr>
        <w:jc w:val="right"/>
      </w:pPr>
      <w:r>
        <w:t>شیطان کے بھائی ہیں۔</w:t>
      </w:r>
    </w:p>
    <w:p>
      <w:r>
        <w:rPr>
          <w:b/>
        </w:rPr>
        <w:t xml:space="preserve">[27:22] </w:t>
      </w:r>
      <w:r>
        <w:t>inna al-mubathireena kanoo ikhwana al-shayateen. jo apne paise ko apne waqt ko bikhairien zaya karen to woh shaitan ke bhai hain.</w:t>
      </w:r>
    </w:p>
    <w:p>
      <w:pPr>
        <w:jc w:val="right"/>
      </w:pPr>
      <w:r>
        <w:t>إِنَّ الْمُبَذِّرِينَ كَانُوا إِخْوَانَ الشَّيَاطِينَ ۔ جو اپنے پیسے کو اپنے وقت کو بکھیریں ضائع کریں تو وہ شیطان کے بھائی ہیں۔</w:t>
      </w:r>
    </w:p>
    <w:p>
      <w:r>
        <w:rPr>
          <w:b/>
        </w:rPr>
        <w:t xml:space="preserve">[27:35] </w:t>
      </w:r>
      <w:r>
        <w:t>woh aap samajhte hain ke shaitan ke bhai kahan jayenge?</w:t>
      </w:r>
    </w:p>
    <w:p>
      <w:pPr>
        <w:jc w:val="right"/>
      </w:pPr>
      <w:r>
        <w:t>وہ آپ سمجھتے ہیں کہ شیطان کے بھائی کہاں جائیں گے؟</w:t>
      </w:r>
    </w:p>
    <w:p>
      <w:r>
        <w:rPr>
          <w:b/>
        </w:rPr>
        <w:t xml:space="preserve">[27:41] </w:t>
      </w:r>
      <w:r>
        <w:t>ek bohat bari jo rukawat hai rukawat hai sachai ko samajhne mein woh kya hai?</w:t>
      </w:r>
    </w:p>
    <w:p>
      <w:pPr>
        <w:jc w:val="right"/>
      </w:pPr>
      <w:r>
        <w:t>ایک بہت بڑی جو رکاوٹ ہے رکاوٹ ہے سچائی کو سمجھنے میں وہ کیا ہے؟</w:t>
      </w:r>
    </w:p>
    <w:p>
      <w:r>
        <w:rPr>
          <w:b/>
        </w:rPr>
        <w:t xml:space="preserve">[27:50] </w:t>
      </w:r>
      <w:r>
        <w:t>woh yeh hai ke maine dekha hai ke kitni logic ke sath baat kahiye ke daleel dijiye.</w:t>
      </w:r>
    </w:p>
    <w:p>
      <w:pPr>
        <w:jc w:val="right"/>
      </w:pPr>
      <w:r>
        <w:t>وہ یہ ہے کہ میں نے دیکھا ہے کہ کتنی منطق کے ساتھ بات کہیئے کہ دلیل دیجئے۔</w:t>
      </w:r>
    </w:p>
    <w:p>
      <w:r>
        <w:rPr>
          <w:b/>
        </w:rPr>
        <w:t xml:space="preserve">[27:59] </w:t>
      </w:r>
      <w:r>
        <w:t>kahin na kahin ek manfi nuqta nikal kar aadmi usi ko bolne lagega. phir manfi nuqta kisi mein nahi hota. dekhiye manfi nuqta aap khuda ki kitab mein pa sakte hain.</w:t>
      </w:r>
    </w:p>
    <w:p>
      <w:pPr>
        <w:jc w:val="right"/>
      </w:pPr>
      <w:r>
        <w:t>کہیں نہ کہیں ایک منفی نکتہ نکال کر آدمی اسی کو بولنے لگے گا۔ پھر منفی نکتہ کسی میں نہیں ہوتا۔ دیکھئے منفی نکتہ آپ خدا کی کتاب میں پا سکتے ہیں۔</w:t>
      </w:r>
    </w:p>
    <w:p>
      <w:r>
        <w:rPr>
          <w:b/>
        </w:rPr>
        <w:t xml:space="preserve">[28:12] </w:t>
      </w:r>
      <w:r>
        <w:t>kisi jagah pa sakte hain manfi nuqta. manfi nuqte se kabhi bhi koi cheez khali nahi hoti.</w:t>
      </w:r>
    </w:p>
    <w:p>
      <w:pPr>
        <w:jc w:val="right"/>
      </w:pPr>
      <w:r>
        <w:t>کسی جگہ پا سکتے ہیں منفی نکتہ۔ منفی نکتے سے کبھی بھی کوئی چیز خالی نہیں ہوتی۔</w:t>
      </w:r>
    </w:p>
    <w:p>
      <w:r>
        <w:rPr>
          <w:b/>
        </w:rPr>
        <w:t xml:space="preserve">[28:20] </w:t>
      </w:r>
      <w:r>
        <w:t>manfi nukta aap ke zehen mein hota hai bahar nahi hota hai. yeh bhi yaad rakhiye. jab aap ek manfi nukta nikalen to is ka matlab yeh nahi ke manfi nukta bahar tha woh.</w:t>
      </w:r>
    </w:p>
    <w:p>
      <w:pPr>
        <w:jc w:val="right"/>
      </w:pPr>
      <w:r>
        <w:t>منفی نکتہ آپ کے ذہن میں ہوتا ہے باہر نہیں ہوتا ہے۔ یہ بھی یاد رکھیئے۔ جب آپ ایک منفی نکتہ نکالیں تو اس کا مطلب یہ نہیں کہ منفی نکتہ باہر تھا وہ۔</w:t>
      </w:r>
    </w:p>
    <w:p>
      <w:r>
        <w:rPr>
          <w:b/>
        </w:rPr>
        <w:t xml:space="preserve">[28:30] </w:t>
      </w:r>
      <w:r>
        <w:t>woh aap ke zehen tha jis ko aap ne agla diya.</w:t>
      </w:r>
    </w:p>
    <w:p>
      <w:pPr>
        <w:jc w:val="right"/>
      </w:pPr>
      <w:r>
        <w:t>وہ آپ کے ذہن تھا جس کو آپ نے اگل دیا۔</w:t>
      </w:r>
    </w:p>
    <w:p>
      <w:r>
        <w:rPr>
          <w:b/>
        </w:rPr>
        <w:t xml:space="preserve">[28:35] </w:t>
      </w:r>
      <w:r>
        <w:t>zindagi khel nahi hai. apne manfi nukte ko pakriye samjhiye ke main jo bol raha hoon ek manfi radd-e-amal de raha hoon woh kahin shaitan ne nahi daal diya mere zehen mein.</w:t>
      </w:r>
    </w:p>
    <w:p>
      <w:pPr>
        <w:jc w:val="right"/>
      </w:pPr>
      <w:r>
        <w:t>زندگی کھیل نہیں ہے۔ اپنے منفی نکتے کو پکڑیئے سمجھیئے کہ میں جو بول رہا ہوں ایک منفی ردعمل دے رہا ہوں وہ کہیں شیطان نے نہیں ڈال دیا میرے ذہن میں۔</w:t>
      </w:r>
    </w:p>
    <w:p>
      <w:r>
        <w:rPr>
          <w:b/>
        </w:rPr>
        <w:t xml:space="preserve">[28:50] </w:t>
      </w:r>
      <w:r>
        <w:t>hadees mein aata hai ke ek lafz bhi jab tum bolo to soch kar bolo.</w:t>
      </w:r>
    </w:p>
    <w:p>
      <w:pPr>
        <w:jc w:val="right"/>
      </w:pPr>
      <w:r>
        <w:t>حدیث میں آتا ہے کہ ایک لفظ بھی جب تم بولو تو سوچ کر بولو۔</w:t>
      </w:r>
    </w:p>
    <w:p>
      <w:r>
        <w:rPr>
          <w:b/>
        </w:rPr>
        <w:t xml:space="preserve">[28:57] </w:t>
      </w:r>
      <w:r>
        <w:t>to unhon ne poocha jis se aap ne kaha tha kya yeh jo bolte hain lafz is ko bhi soch kar bolna hai? to aap ne kaha ke yahi to tum ko sehat mein le jayega.</w:t>
      </w:r>
    </w:p>
    <w:p>
      <w:pPr>
        <w:jc w:val="right"/>
      </w:pPr>
      <w:r>
        <w:t>تو انہوں نے پوچھا جس سے آپ نے کہا تھا کیا یہ جو بولتے ہیں لفظ اس کو بھی سوچ کر بولنا ہے؟ تو آپ نے کہا کہ یہی تو تم کو صحت میں لے جائے گا۔</w:t>
      </w:r>
    </w:p>
    <w:p>
      <w:r>
        <w:rPr>
          <w:b/>
        </w:rPr>
        <w:t xml:space="preserve">[29:10] </w:t>
      </w:r>
      <w:r>
        <w:t>be socha samjha lafz hi tum ko sehat mein le jayega. itni bari sanjeedgi hai is mein sochiye.</w:t>
      </w:r>
    </w:p>
    <w:p>
      <w:pPr>
        <w:jc w:val="right"/>
      </w:pPr>
      <w:r>
        <w:t>بے سوچا سمجھا لفظ ہی تم کو صحت میں لے جائے گا۔ اتنی بڑی سنجیدگی ہے اس میں سوچیئے۔</w:t>
      </w:r>
    </w:p>
    <w:p>
      <w:r>
        <w:rPr>
          <w:b/>
        </w:rPr>
        <w:t xml:space="preserve">[29:18] </w:t>
      </w:r>
      <w:r>
        <w:t>main aksar dekhta hoon ke log kuch bhi kahiye ek jhoota radd-e-amal de kar ke bas samajhte hain ke hum ne is ko radd kar diya. yeh set kaam hai yeh yaad rakhiye.</w:t>
      </w:r>
    </w:p>
    <w:p>
      <w:pPr>
        <w:jc w:val="right"/>
      </w:pPr>
      <w:r>
        <w:t>میں اکثر دیکھتا ہوں کہ لوگ کچھ بھی کہیئے ایک جھوٹا ردعمل دے کر کے بس سمجھتے ہیں کہ ہم نے اس کو رد کر دیا۔ یہ سیٹ کام ہے یہ یاد رکھیئے۔</w:t>
      </w:r>
    </w:p>
    <w:p>
      <w:r>
        <w:rPr>
          <w:b/>
        </w:rPr>
        <w:t xml:space="preserve">[29:32] </w:t>
      </w:r>
      <w:r>
        <w:t>main aap ko ek misaal doon. main ek jagah gaya</w:t>
      </w:r>
    </w:p>
    <w:p>
      <w:pPr>
        <w:jc w:val="right"/>
      </w:pPr>
      <w:r>
        <w:t>میں آپ کو ایک مثال دوں۔ میں ایک جگہ گیا</w:t>
      </w:r>
    </w:p>
    <w:p>
      <w:r>
        <w:rPr>
          <w:b/>
        </w:rPr>
        <w:t xml:space="preserve">[29:40] </w:t>
      </w:r>
      <w:r>
        <w:t>to logon ka haal main ne paya hai ke abay woh baat to aap ne kahi nahi.</w:t>
      </w:r>
    </w:p>
    <w:p>
      <w:pPr>
        <w:jc w:val="right"/>
      </w:pPr>
      <w:r>
        <w:t>تو لوگوں کا حال میں نے پایا ہے کہ ابے وہ بات تو آپ نے کہی نہیں۔</w:t>
      </w:r>
    </w:p>
    <w:p>
      <w:r>
        <w:rPr>
          <w:b/>
        </w:rPr>
        <w:t xml:space="preserve">[29:46] </w:t>
      </w:r>
      <w:r>
        <w:t>aap a se zed tak sari baat kahiye to ek nikal lenge nukta. arey bhai aap ne woh baat to kahi nahi. to bas aap ka sara kya kaha hua koi bekar hai. jo kuch aap ne kaha woh kuch nahi.</w:t>
      </w:r>
    </w:p>
    <w:p>
      <w:pPr>
        <w:jc w:val="right"/>
      </w:pPr>
      <w:r>
        <w:t>آپ اے سے زیڈ تک ساری بات کہیئے تو ایک نکال لیں گے نکتہ۔ ارے بھئی آپ نے وہ بات تو کہی نہیں۔ تو بس آپ کا سارا کیا کہا ہوا کوئی بیکار ہے۔ جو کچھ آپ نے کہا وہ کچھ نہیں۔</w:t>
      </w:r>
    </w:p>
    <w:p>
      <w:r>
        <w:rPr>
          <w:b/>
        </w:rPr>
        <w:t xml:space="preserve">[29:57] </w:t>
      </w:r>
      <w:r>
        <w:t>woh baat to aap ne kahi nahi. woh ghaas wali baat to aap ne kahi nahi. to main is ki ek misaal deta hoon aap ko. woh to aap ne kaha nahi.</w:t>
      </w:r>
    </w:p>
    <w:p>
      <w:pPr>
        <w:jc w:val="right"/>
      </w:pPr>
      <w:r>
        <w:t>وہ بات تو آپ نے کہی نہیں۔ وہ گھاس والی بات تو آپ نے کہی نہیں۔ تو میں اس کی ایک مثال دیتا ہوں آپ کو۔ وہ تو آپ نے کہا نہیں۔</w:t>
      </w:r>
    </w:p>
    <w:p>
      <w:r>
        <w:rPr>
          <w:b/>
        </w:rPr>
        <w:t xml:space="preserve">[30:09] </w:t>
      </w:r>
      <w:r>
        <w:t>main ek jagah gaya mujhe bulaya gaya tha milad un nabi ke jalse mein. seerat-e-rasool ke jalse mein.</w:t>
      </w:r>
    </w:p>
    <w:p>
      <w:pPr>
        <w:jc w:val="right"/>
      </w:pPr>
      <w:r>
        <w:t>میں ایک جگہ گیا مجھے بلایا گیا تھا میلاد النبی کے جلسے میں۔ سیرت رسول کے جلسے میں۔</w:t>
      </w:r>
    </w:p>
    <w:p>
      <w:r>
        <w:rPr>
          <w:b/>
        </w:rPr>
        <w:t xml:space="preserve">[30:18] </w:t>
      </w:r>
      <w:r>
        <w:t>to</w:t>
      </w:r>
    </w:p>
    <w:p>
      <w:pPr>
        <w:jc w:val="right"/>
      </w:pPr>
      <w:r>
        <w:t>تو</w:t>
      </w:r>
    </w:p>
    <w:p>
      <w:r>
        <w:rPr>
          <w:b/>
        </w:rPr>
        <w:t xml:space="preserve">[30:21] </w:t>
      </w:r>
      <w:r>
        <w:t>seerat-e-rasool ka jalsa hota hai barah rabi ul awal ko. kyunke yeh samjha jata hai ke barah rabi ul awal ko nabi jo thay un ki paidaish hui thi. to is din musalman jalsa karte hain aur nabi ki zindagi par muqarririn log bolte hain.</w:t>
      </w:r>
    </w:p>
    <w:p>
      <w:pPr>
        <w:jc w:val="right"/>
      </w:pPr>
      <w:r>
        <w:t>سیرت رسول کا جلسہ ہوتا ہے بارہ ربیع الاول کو۔ کیونکہ یہ سمجھا جاتا ہے کہ بارہ ربیع الاول کو نبی جو تھے ان کی پیدائش ہوئی تھی۔ تو اس دن مسلمان جلسہ کرتے ہیں اور نبی کی زندگی پر مقررین لوگ بولتے ہیں۔</w:t>
      </w:r>
    </w:p>
    <w:p>
      <w:r>
        <w:rPr>
          <w:b/>
        </w:rPr>
        <w:t xml:space="preserve">[30:39] </w:t>
      </w:r>
      <w:r>
        <w:t>to mujhe aksar bulaya jata hai is mein to ek qissa bata raha hoon aap ko.</w:t>
      </w:r>
    </w:p>
    <w:p>
      <w:pPr>
        <w:jc w:val="right"/>
      </w:pPr>
      <w:r>
        <w:t>تو مجھے اکثر بلایا جاتا ہے اس میں تو ایک قصہ بتا رہا ہوں آپ کو۔</w:t>
      </w:r>
    </w:p>
    <w:p>
      <w:r>
        <w:rPr>
          <w:b/>
        </w:rPr>
        <w:t xml:space="preserve">[30:46] </w:t>
      </w:r>
      <w:r>
        <w:t>ke main ghaliban dedh ghanta bola. dedh ghanta. aur main ne aap ki yeh taqreer bhi dekhiye sakhti se yeh kya ke sirf nabi ke qaul ko aur nabi ki zindagi ko yani un ke jo event hain un ki jo kahaniyan hain bas.</w:t>
      </w:r>
    </w:p>
    <w:p>
      <w:pPr>
        <w:jc w:val="right"/>
      </w:pPr>
      <w:r>
        <w:t>کہ میں غالباً ڈیڑھ گھنٹہ بولا۔ ڈیڑھ گھنٹہ۔ اور میں نے آپ کی یہ تقریر بھی دیکھیئے سختی سے یہ کیا کہ صرف نبی کے قول کو اور نبی کی زندگی کو یعنی ان کے جو ایونٹ ہیں ان کی جو کہانیاں ہیں بس۔</w:t>
      </w:r>
    </w:p>
    <w:p>
      <w:r>
        <w:rPr>
          <w:b/>
        </w:rPr>
        <w:t xml:space="preserve">[31:07] </w:t>
      </w:r>
      <w:r>
        <w:t>is mein na koi tashreeh thi na koi apni taraf se kuch izafa karna tha.</w:t>
      </w:r>
    </w:p>
    <w:p>
      <w:pPr>
        <w:jc w:val="right"/>
      </w:pPr>
      <w:r>
        <w:t>اس میں نہ کوئی تشریح تھی نہ کوئی اپنی طرف سے کچھ اضافہ کرنا تھا۔</w:t>
      </w:r>
    </w:p>
    <w:p>
      <w:r>
        <w:rPr>
          <w:b/>
        </w:rPr>
        <w:t xml:space="preserve">[31:13] </w:t>
      </w:r>
      <w:r>
        <w:t>nabi ki zindagi ke jo waqiat hain jo events hain un ko bayan kiya aur nabi ke qaul ko bayan kiya.</w:t>
      </w:r>
    </w:p>
    <w:p>
      <w:pPr>
        <w:jc w:val="right"/>
      </w:pPr>
      <w:r>
        <w:t>نبی کی زندگی کے جو واقعات ہیں جو ایونٹس ہیں ان کو بیان کیا اور نبی کے قول کو بیان کیا۔</w:t>
      </w:r>
    </w:p>
    <w:p>
      <w:r>
        <w:rPr>
          <w:b/>
        </w:rPr>
        <w:t xml:space="preserve">[31:22] </w:t>
      </w:r>
      <w:r>
        <w:t>bas. aur phir kya hua? apne dil mein to mera yeh tha ke main ne aaj jo yahan meri taqreer hui hai woh sau feesad woh zindagi nabi par thi.</w:t>
      </w:r>
    </w:p>
    <w:p>
      <w:pPr>
        <w:jc w:val="right"/>
      </w:pPr>
      <w:r>
        <w:t>بس۔ اور پھر کیا ہوا؟ اپنے دل میں تو میرا یہ تھا کہ میں نے آج جو یہاں میری تقریر ہوئی ہے وہ سو فیصد وہ زندگی نبی پر تھی۔</w:t>
      </w:r>
    </w:p>
    <w:p>
      <w:r>
        <w:rPr>
          <w:b/>
        </w:rPr>
        <w:t xml:space="preserve">[31:37] </w:t>
      </w:r>
      <w:r>
        <w:t>yani theek mauzu par thi.</w:t>
      </w:r>
    </w:p>
    <w:p>
      <w:pPr>
        <w:jc w:val="right"/>
      </w:pPr>
      <w:r>
        <w:t>یعنی ٹھیک موضوع پر تھی۔</w:t>
      </w:r>
    </w:p>
    <w:p>
      <w:r>
        <w:rPr>
          <w:b/>
        </w:rPr>
        <w:t xml:space="preserve">[31:40] </w:t>
      </w:r>
      <w:r>
        <w:t>ab jab neeche utra main stage se to ek sahib mile. kehne lage sahib aap seerat to bolay hi nahi. seerat ka lafz nabi ka lafz jo hai is ka matlab hota hai nabi ki zindagi.</w:t>
      </w:r>
    </w:p>
    <w:p>
      <w:pPr>
        <w:jc w:val="right"/>
      </w:pPr>
      <w:r>
        <w:t>اب جب نیچے اترا میں اسٹیج سے تو ایک صاحب ملے۔ کہنے لگے صاحب آپ سیرت تو بولے ہی نہیں۔ سیرت کا لفظ نبی کا لفظ جو ہے اس کا مطلب ہوتا ہے نبی کی زندگی۔</w:t>
      </w:r>
    </w:p>
    <w:p>
      <w:r>
        <w:rPr>
          <w:b/>
        </w:rPr>
        <w:t xml:space="preserve">[31:54] </w:t>
      </w:r>
      <w:r>
        <w:t>matlab nabi ki zindagi par to kuch bolay nahi aap. ab kuch chand chand second ke liye to main yani behoshi ki halat mein aa gaya.</w:t>
      </w:r>
    </w:p>
    <w:p>
      <w:pPr>
        <w:jc w:val="right"/>
      </w:pPr>
      <w:r>
        <w:t>مطلب نبی کی زندگی پر تو کچھ بولے نہیں آپ۔ اب کچھ چند چند سیکنڈ کے لئے تو میں یعنی بے ہوشی کی حالت میں آگیا۔</w:t>
      </w:r>
    </w:p>
    <w:p>
      <w:r>
        <w:rPr>
          <w:b/>
        </w:rPr>
        <w:t xml:space="preserve">[32:04] </w:t>
      </w:r>
      <w:r>
        <w:t>jab unhon ne kaha ke aap seerat par to kuch bolay nahi aap.</w:t>
      </w:r>
    </w:p>
    <w:p>
      <w:pPr>
        <w:jc w:val="right"/>
      </w:pPr>
      <w:r>
        <w:t>جب انہوں نے کہا کہ آپ سیرت پر تو کچھ بولے نہیں آپ۔</w:t>
      </w:r>
    </w:p>
    <w:p>
      <w:r>
        <w:rPr>
          <w:b/>
        </w:rPr>
        <w:t xml:space="preserve">[32:08] </w:t>
      </w:r>
      <w:r>
        <w:t>to thori dair sochne ke baad pehle mujh se kaha ke bhai main to seerat hi bola. acha kaise aap keh rahe hain? nahi sahib aap ne woh moajza nahi bataya moajze jo hain nahi bataye aur woh laraiyan nahi batain aur me'raj nahi bataya.</w:t>
      </w:r>
    </w:p>
    <w:p>
      <w:pPr>
        <w:jc w:val="right"/>
      </w:pPr>
      <w:r>
        <w:t>تو تھوڑی دیر سوچنے کے بعد پہلے مجھ سے کہا کہ بھئی میں تو سیرت ہی بولا۔ اچھا کیسے آپ کہہ رہے ہیں؟ نہیں صاحب آپ نے وہ معجزہ نہیں بتایا معجزے جو ہیں نہیں بتائے اور وہ لڑائیاں نہیں بتائیں اور معراج نہیں بتایا۔</w:t>
      </w:r>
    </w:p>
    <w:p>
      <w:r>
        <w:rPr>
          <w:b/>
        </w:rPr>
        <w:t xml:space="preserve">[32:29] </w:t>
      </w:r>
      <w:r>
        <w:t>ab main is par sochne laga ke aisa is aadmi ne aisa kyun kaha ke aap seerat par to bolay nahi. to cheez kya hai</w:t>
      </w:r>
    </w:p>
    <w:p>
      <w:pPr>
        <w:jc w:val="right"/>
      </w:pPr>
      <w:r>
        <w:t>اب میں اس پر سوچنے لگا کہ ایسا اس آدمی نے ایسا کیوں کہا کہ آپ سیرت پر تو بولے نہیں۔ تو چیز کیا ہے</w:t>
      </w:r>
    </w:p>
    <w:p>
      <w:r>
        <w:rPr>
          <w:b/>
        </w:rPr>
        <w:t xml:space="preserve">[32:36] </w:t>
      </w:r>
      <w:r>
        <w:t>is aadmi ka jo framework tha woh mabni karta tha fakhr par. islam is ke liye mazhab nahi tha. is ka apna qaumi fakhr tha.</w:t>
      </w:r>
    </w:p>
    <w:p>
      <w:pPr>
        <w:jc w:val="right"/>
      </w:pPr>
      <w:r>
        <w:t>اس آدمی کا جو فریم ورک تھا وہ مبنی کرتا تھا فخر پر۔ اسلام اس کے لئے مذہب نہیں تھا۔ اس کا اپنا قومی فخر تھا۔</w:t>
      </w:r>
    </w:p>
    <w:p>
      <w:r>
        <w:rPr>
          <w:b/>
        </w:rPr>
        <w:t xml:space="preserve">[32:47] </w:t>
      </w:r>
      <w:r>
        <w:t>aur fakhr zahir hai ke hum yeh kahein ke rasool Allah ne aisa kaha hai ke aye aye logon tum log sach bolo. ise fakhr ko hum.</w:t>
      </w:r>
    </w:p>
    <w:p>
      <w:pPr>
        <w:jc w:val="right"/>
      </w:pPr>
      <w:r>
        <w:t>اور فخر ظاہر ہے کہ ہم یہ کہیں کہ رسول اللہ نے ایسا کہا ہے کہ اے اے لوگوں تم لوگ سچ بولو۔ اسے فخر کو ہم۔</w:t>
      </w:r>
    </w:p>
    <w:p>
      <w:r>
        <w:rPr>
          <w:b/>
        </w:rPr>
        <w:t xml:space="preserve">[32:57] </w:t>
      </w:r>
      <w:r>
        <w:t>kuch kuch khurak nahi milega is ko.</w:t>
      </w:r>
    </w:p>
    <w:p>
      <w:pPr>
        <w:jc w:val="right"/>
      </w:pPr>
      <w:r>
        <w:t>کچھ کچھ خوراک نہیں ملے گا اس کو۔</w:t>
      </w:r>
    </w:p>
    <w:p>
      <w:r>
        <w:rPr>
          <w:b/>
        </w:rPr>
        <w:t xml:space="preserve">[33:00] </w:t>
      </w:r>
      <w:r>
        <w:t>agar hum yeh kahein ke rasool Allah ne kaha hai ke imandar ban kar raho sach bolo aur koi kisi se keh koi lafz de do kisi ko to is ko poora karo.</w:t>
      </w:r>
    </w:p>
    <w:p>
      <w:pPr>
        <w:jc w:val="right"/>
      </w:pPr>
      <w:r>
        <w:t>اگر ہم یہ کہیں کہ رسول اللہ نے کہا ہے کہ ایماندار بن کر رہو سچ بولو اور کوئی کسی سے کہہ کوئی لفظ دے دو کسی کو تو اس کو پورا کرو۔</w:t>
      </w:r>
    </w:p>
    <w:p>
      <w:r>
        <w:rPr>
          <w:b/>
        </w:rPr>
        <w:t xml:space="preserve">[33:12] </w:t>
      </w:r>
      <w:r>
        <w:t>to is ke fakhr ko is mein koi khurak nahi mila. in ko khurak kab milega fakhr ko?</w:t>
      </w:r>
    </w:p>
    <w:p>
      <w:pPr>
        <w:jc w:val="right"/>
      </w:pPr>
      <w:r>
        <w:t>تو اس کے فخر کو اس میں کوئی خوراک نہیں ملا۔ ان کو خوراک کب ملے گا فخر کو؟</w:t>
      </w:r>
    </w:p>
    <w:p>
      <w:r>
        <w:rPr>
          <w:b/>
        </w:rPr>
        <w:t xml:space="preserve">[33:18] </w:t>
      </w:r>
      <w:r>
        <w:t>rasool Allah ne is fouj ko woh maar kar khatm kar diya aur woh unhone chand ko do tukre kar diya aur unhone pahaar se kaha ke aao.</w:t>
      </w:r>
    </w:p>
    <w:p>
      <w:pPr>
        <w:jc w:val="right"/>
      </w:pPr>
      <w:r>
        <w:t>رسول اللہ نے اس فوج کو وہ مار کر ختم کر دیا اور وہ انہوں نے چاند کو دو ٹکڑے کر دیا اور انہوں نے پہاڑ سے کہا کہ آؤ۔</w:t>
      </w:r>
    </w:p>
    <w:p>
      <w:r>
        <w:rPr>
          <w:b/>
        </w:rPr>
        <w:t xml:space="preserve">[33:33] </w:t>
      </w:r>
      <w:r>
        <w:t>to woh aya aur aap ko sajda kiya. is tarah ki kahaniyan. jo bhi be buniyad kahaniyan hain yeh sab. lekin kitabon mein bhari hui hain.</w:t>
      </w:r>
    </w:p>
    <w:p>
      <w:pPr>
        <w:jc w:val="right"/>
      </w:pPr>
      <w:r>
        <w:t>تو وہ آیا اور آپ کو سجدہ کیا۔ اس طرح کی کہانیاں۔ جو بھی بے بنیاد کہانیاں ہیں یہ سب۔ لیکن کتابوں میں بھری ہوئی ہیں۔</w:t>
      </w:r>
    </w:p>
    <w:p>
      <w:r>
        <w:rPr>
          <w:b/>
        </w:rPr>
        <w:t xml:space="preserve">[33:43] </w:t>
      </w:r>
      <w:r>
        <w:t>to jab yeh hum kahenge wah wah kya tha mera</w:t>
      </w:r>
    </w:p>
    <w:p>
      <w:pPr>
        <w:jc w:val="right"/>
      </w:pPr>
      <w:r>
        <w:t>تو جب یہ ہم کہیں گے واہ واہ کیا تھا میرا</w:t>
      </w:r>
    </w:p>
    <w:p>
      <w:r>
        <w:rPr>
          <w:b/>
        </w:rPr>
        <w:t xml:space="preserve">[33:46] </w:t>
      </w:r>
      <w:r>
        <w:t>rasool kaisa tha mera nabi. is ke fakhr ka jo hai andar is ko is ko khurak milega. to chunke woh aadmi jo tha woh he has taken islam as a pride</w:t>
      </w:r>
    </w:p>
    <w:p>
      <w:pPr>
        <w:jc w:val="right"/>
      </w:pPr>
      <w:r>
        <w:t>رسول کیسا تھا میرا نبی۔ اس کے فخر کا جو ہے اندر اس کو اس کو خوراک ملے گا۔ تو چونکہ وہ آدمی جو تھا وہ he has taken اسلام as a pride</w:t>
      </w:r>
    </w:p>
    <w:p>
      <w:r>
        <w:rPr>
          <w:b/>
        </w:rPr>
        <w:t xml:space="preserve">[34:06] </w:t>
      </w:r>
      <w:r>
        <w:t>woh un logon mein se jo kehte hain ke woh I am proud to be a Muslim aaj kal aik chala hua hai bohat ziyada I am proud to be a Muslim</w:t>
      </w:r>
    </w:p>
    <w:p>
      <w:pPr>
        <w:jc w:val="right"/>
      </w:pPr>
      <w:r>
        <w:t>وہ ان لوگوں میں سے جو کہتے ہیں کہ وہ I am proud to be a Muslim آج کل ایک چلا ہوا ہے بہت زیادہ I am proud to be a Muslim</w:t>
      </w:r>
    </w:p>
    <w:p>
      <w:r>
        <w:rPr>
          <w:b/>
        </w:rPr>
        <w:t xml:space="preserve">[34:18] </w:t>
      </w:r>
      <w:r>
        <w:t>to is tarah ke jo log hain woh un ko un ka zehn address nahi hota. agar aap saada kisi ki baatein batayein.</w:t>
      </w:r>
    </w:p>
    <w:p>
      <w:pPr>
        <w:jc w:val="right"/>
      </w:pPr>
      <w:r>
        <w:t>تو اس طرح کے جو لوگ ہیں وہ ان کو ان کا ذہن ایڈریس نہیں ہوتا۔ اگر آپ سادہ کسی کی باتیں بتائیں۔</w:t>
      </w:r>
    </w:p>
    <w:p>
      <w:r>
        <w:rPr>
          <w:b/>
        </w:rPr>
        <w:t xml:space="preserve">[34:29] </w:t>
      </w:r>
      <w:r>
        <w:t>un ka zehn jab jab hoga address un ka zehn jab koi moajze batayein aur jahan futuhat batayein aur chand ko phaar diya aur suraj ko phaar diya.</w:t>
      </w:r>
    </w:p>
    <w:p>
      <w:pPr>
        <w:jc w:val="right"/>
      </w:pPr>
      <w:r>
        <w:t>ان کا ذہن جب جب ہوگا ایڈریس ان کا ذہن جب کوئی معجزے بتائیں اور جہاں فتوحات بتائیں اور چاند کو پھاڑ دیا اور سورج کو پھاڑ دیا۔</w:t>
      </w:r>
    </w:p>
    <w:p>
      <w:r>
        <w:rPr>
          <w:b/>
        </w:rPr>
        <w:t xml:space="preserve">[34:39] </w:t>
      </w:r>
      <w:r>
        <w:t>yeh sab baatein kahein.</w:t>
      </w:r>
    </w:p>
    <w:p>
      <w:pPr>
        <w:jc w:val="right"/>
      </w:pPr>
      <w:r>
        <w:t>یہ سب باتیں کہیں۔</w:t>
      </w:r>
    </w:p>
    <w:p>
      <w:r>
        <w:rPr>
          <w:b/>
        </w:rPr>
        <w:t xml:space="preserve">[34:42] </w:t>
      </w:r>
      <w:r>
        <w:t>jaise aik choti kahani hai ke rasool Allah ko woh der ho gayi thi aur suraj doobne ja raha tha.</w:t>
      </w:r>
    </w:p>
    <w:p>
      <w:pPr>
        <w:jc w:val="right"/>
      </w:pPr>
      <w:r>
        <w:t>جیسے ایک چھوٹی کہانی ہے کہ رسول اللہ کو وہ دیر ہو گئی تھی اور سورج ڈوبنے جا رہا تھا۔</w:t>
      </w:r>
    </w:p>
    <w:p>
      <w:r>
        <w:rPr>
          <w:b/>
        </w:rPr>
        <w:t xml:space="preserve">[34:51] </w:t>
      </w:r>
      <w:r>
        <w:t>abhi aap ne asar ki namaz nahi padhi to aap ne kaha ke ruk jao jao suraj ruk jao. suraj ruka raha. jab aap ne namaz padh li to suraj chala. sab jhooti kahaniyan hain.</w:t>
      </w:r>
    </w:p>
    <w:p>
      <w:pPr>
        <w:jc w:val="right"/>
      </w:pPr>
      <w:r>
        <w:t>ابھی آپ نے عصر کی نماز نہیں پڑھی تو آپ نے کہا کہ رک جاؤ جاؤ سورج رک جاؤ۔ سورج رکا رہا۔ جب آپ نے نماز پڑھ لی تو سورج چلا۔ سب جھوٹی کہانیاں ہیں۔</w:t>
      </w:r>
    </w:p>
    <w:p>
      <w:r>
        <w:rPr>
          <w:b/>
        </w:rPr>
        <w:t xml:space="preserve">[35:01] </w:t>
      </w:r>
      <w:r>
        <w:t>lekin isi mein logon ko un ke fakhr ko khurak milta hai.</w:t>
      </w:r>
    </w:p>
    <w:p>
      <w:pPr>
        <w:jc w:val="right"/>
      </w:pPr>
      <w:r>
        <w:t>لیکن اسی میں لوگوں کو ان کے فخر کو خوراک ملتا ہے۔</w:t>
      </w:r>
    </w:p>
    <w:p>
      <w:r>
        <w:rPr>
          <w:b/>
        </w:rPr>
        <w:t xml:space="preserve">[35:07] </w:t>
      </w:r>
      <w:r>
        <w:t>to main ne socha ke asal baat yeh hai jo unhone kaha ke aap to nabi ki zindagi par to koi bole nahi. yeh sab un ke liye ghair mutalliq tha.</w:t>
      </w:r>
    </w:p>
    <w:p>
      <w:pPr>
        <w:jc w:val="right"/>
      </w:pPr>
      <w:r>
        <w:t>تو میں نے سوچا کہ اصل بات یہ ہے جو انہوں نے کہا کہ آپ تو نبی کی زندگی پر تو کوئی بولے نہیں۔ یہ سب ان کے لئے غیر متعلق تھا۔</w:t>
      </w:r>
    </w:p>
    <w:p>
      <w:r>
        <w:rPr>
          <w:b/>
        </w:rPr>
        <w:t xml:space="preserve">[35:16] </w:t>
      </w:r>
      <w:r>
        <w:t>jo kuch bola main woh un ke liye ghair mutalliq tha. ke aman ke sath raho ke adl ke sath raho aur imandari ke sath raho.</w:t>
      </w:r>
    </w:p>
    <w:p>
      <w:pPr>
        <w:jc w:val="right"/>
      </w:pPr>
      <w:r>
        <w:t>جو کچھ بولا میں وہ ان کے لئے غیر متعلق تھا۔ کہ امن کے ساتھ رہو کہ عدل کے ساتھ رہو اور ایمانداری کے ساتھ رہو۔</w:t>
      </w:r>
    </w:p>
    <w:p>
      <w:r>
        <w:rPr>
          <w:b/>
        </w:rPr>
        <w:t xml:space="preserve">[35:26] </w:t>
      </w:r>
      <w:r>
        <w:t>insaf ke sath raho. yeh sab un ke liye ghair mutalliq tha. kyunke un ke fakhr ka khurak is mein nahi tha.</w:t>
      </w:r>
    </w:p>
    <w:p>
      <w:pPr>
        <w:jc w:val="right"/>
      </w:pPr>
      <w:r>
        <w:t>انصاف کے ساتھ رہو۔ یہ سب ان کے لئے غیر متعلق تھا۔ کیونکہ ان کے فخر کا خوراک اس میں نہیں تھا۔</w:t>
      </w:r>
    </w:p>
    <w:p>
      <w:r>
        <w:rPr>
          <w:b/>
        </w:rPr>
        <w:t xml:space="preserve">[35:32] </w:t>
      </w:r>
      <w:r>
        <w:t>to main yeh kahunga ke aap mein se har shakhs ko yeh karna hai ke apne framework se bahar aana hai.</w:t>
      </w:r>
    </w:p>
    <w:p>
      <w:pPr>
        <w:jc w:val="right"/>
      </w:pPr>
      <w:r>
        <w:t>تو میں یہ کہوں گا کہ آپ میں سے ہر شخص کو یہ کرنا ہے کہ اپنے فریم ورک سے باہر آنا ہے۔</w:t>
      </w:r>
    </w:p>
    <w:p>
      <w:r>
        <w:rPr>
          <w:b/>
        </w:rPr>
        <w:t xml:space="preserve">[35:44] </w:t>
      </w:r>
      <w:r>
        <w:t>yahan yaad rakhiye aap jannat ka risk le rahe hain. jannat ka risk le rahe hain. yahan.</w:t>
      </w:r>
    </w:p>
    <w:p>
      <w:pPr>
        <w:jc w:val="right"/>
      </w:pPr>
      <w:r>
        <w:t>یہاں یاد رکھیئے آپ جنت کا رسک لے رہے ہیں۔ جنت کا رسک لے رہے ہیں۔ یہاں۔</w:t>
      </w:r>
    </w:p>
    <w:p>
      <w:r>
        <w:rPr>
          <w:b/>
        </w:rPr>
        <w:t xml:space="preserve">[35:52] </w:t>
      </w:r>
      <w:r>
        <w:t>agarche main janta hoon ke apne framework ko todna yeh himalaya himalaya ke pahaar jo hai is ko todne se ziyada mushkil hai.</w:t>
      </w:r>
    </w:p>
    <w:p>
      <w:pPr>
        <w:jc w:val="right"/>
      </w:pPr>
      <w:r>
        <w:t>اگرچہ میں جانتا ہوں کہ اپنے فریم ورک کو توڑنا یہ ہمالیہ ہمالیہ کے پہاڑ جو ہے اس کو توڑنے سے زیادہ مشکل ہے۔</w:t>
      </w:r>
    </w:p>
    <w:p>
      <w:r>
        <w:rPr>
          <w:b/>
        </w:rPr>
        <w:t xml:space="preserve">[36:05] </w:t>
      </w:r>
      <w:r>
        <w:t>apne zehni framework ko todna itna mushkil hai ke woh</w:t>
      </w:r>
    </w:p>
    <w:p>
      <w:pPr>
        <w:jc w:val="right"/>
      </w:pPr>
      <w:r>
        <w:t>اپنے ذہنی فریم ورک کو توڑنا اتنا مشکل ہے کہ وہ</w:t>
      </w:r>
    </w:p>
    <w:p>
      <w:r>
        <w:rPr>
          <w:b/>
        </w:rPr>
        <w:t xml:space="preserve">[36:14] </w:t>
      </w:r>
      <w:r>
        <w:t>woh yani himalaya ko todne se ziyada mushkil hai.</w:t>
      </w:r>
    </w:p>
    <w:p>
      <w:pPr>
        <w:jc w:val="right"/>
      </w:pPr>
      <w:r>
        <w:t>وہ یعنی ہمالیہ کو توڑنے سے زیادہ مشکل ہے۔</w:t>
      </w:r>
    </w:p>
    <w:p>
      <w:r>
        <w:rPr>
          <w:b/>
        </w:rPr>
        <w:t xml:space="preserve">[36:24] </w:t>
      </w:r>
      <w:r>
        <w:t>yani kai baar mujhe yeh is ka tajurba</w:t>
      </w:r>
    </w:p>
    <w:p>
      <w:pPr>
        <w:jc w:val="right"/>
      </w:pPr>
      <w:r>
        <w:t>یعنی کئی بار مجھے یہ اس کا تجربہ</w:t>
      </w:r>
    </w:p>
    <w:p>
      <w:r>
        <w:rPr>
          <w:b/>
        </w:rPr>
        <w:t xml:space="preserve">[36:27] </w:t>
      </w:r>
      <w:r>
        <w:t>hua hai ke kisi ne koi taqreer di aadmi kehta hai oh you haven't said anything about the subject yeh kai baar mujhe aisa hua hai.</w:t>
      </w:r>
    </w:p>
    <w:p>
      <w:pPr>
        <w:jc w:val="right"/>
      </w:pPr>
      <w:r>
        <w:t>ہوا ہے کہ کسی میں نے کوئی تقریر دی آدمی کہتا ہے oh you haven't said anything about the subject یہ کئی بار مجھے ایسا ہوا ہے۔</w:t>
      </w:r>
    </w:p>
    <w:p>
      <w:r>
        <w:rPr>
          <w:b/>
        </w:rPr>
        <w:t xml:space="preserve">[36:40] </w:t>
      </w:r>
      <w:r>
        <w:t>yaani secular logon mein bhi aur mazhabi logon mein bhi you haven't said anything about the subject tab mein sochta hoon ke aakhir is mauzu ka kya iske concept iske zehan mein hai.</w:t>
      </w:r>
    </w:p>
    <w:p>
      <w:pPr>
        <w:jc w:val="right"/>
      </w:pPr>
      <w:r>
        <w:t>یعنی سیکولر لوگوں میں بھی اور مذہبی لوگوں میں بھی you haven't said anything about the subject تب میں سوچتا ہوں کہ آخر اس موضوع کا کیا اس کے کانسیپٹ اس کے ذہن میں ہے۔</w:t>
      </w:r>
    </w:p>
    <w:p>
      <w:r>
        <w:rPr>
          <w:b/>
        </w:rPr>
        <w:t xml:space="preserve">[36:51] </w:t>
      </w:r>
      <w:r>
        <w:t>toh apna ek zehan bana rakha hai isne.</w:t>
      </w:r>
    </w:p>
    <w:p>
      <w:pPr>
        <w:jc w:val="right"/>
      </w:pPr>
      <w:r>
        <w:t>تو اپنا ایک ذہن بنا رکھا ہے اس نے۔</w:t>
      </w:r>
    </w:p>
    <w:p>
      <w:r>
        <w:rPr>
          <w:b/>
        </w:rPr>
        <w:t xml:space="preserve">[36:54] </w:t>
      </w:r>
      <w:r>
        <w:t>wo framework jo iska hai iska zahni framework chuki woh address nahi hua toh aisa aisa bolta hai woh.</w:t>
      </w:r>
    </w:p>
    <w:p>
      <w:pPr>
        <w:jc w:val="right"/>
      </w:pPr>
      <w:r>
        <w:t>وہ فریم ورک جو اس کا ہے اس کا ذہنی فریم ورک چونکہ وہ ایڈریس نہیں ہوا تو ایسا ایسا بولتا ہے وہ۔</w:t>
      </w:r>
    </w:p>
    <w:p>
      <w:r>
        <w:rPr>
          <w:b/>
        </w:rPr>
        <w:t xml:space="preserve">[37:04] </w:t>
      </w:r>
      <w:r>
        <w:t>oof bas sir mauzu par toh aap bolay nahi kuch.</w:t>
      </w:r>
    </w:p>
    <w:p>
      <w:pPr>
        <w:jc w:val="right"/>
      </w:pPr>
      <w:r>
        <w:t>اوف بس سر موضوع پر تو آپ بولے نہیں کچھ۔</w:t>
      </w:r>
    </w:p>
    <w:p>
      <w:r>
        <w:rPr>
          <w:b/>
        </w:rPr>
        <w:t xml:space="preserve">[37:09] </w:t>
      </w:r>
      <w:r>
        <w:t>is par toh aap bolay nahi kuch. toh yeh isko aap doosron ki baat na samjhiye apni baat samjhiye isko. doosron ki baat na samjhiye.</w:t>
      </w:r>
    </w:p>
    <w:p>
      <w:pPr>
        <w:jc w:val="right"/>
      </w:pPr>
      <w:r>
        <w:t>اس پر تو آپ بولے نہیں کچھ۔ تو یہ اس کو آپ دوسروں کی بات نہ سمجھیے اپنی بات سمجھیے اس کو۔ دوسروں کی بات نہ سمجھیے۔</w:t>
      </w:r>
    </w:p>
    <w:p>
      <w:r>
        <w:rPr>
          <w:b/>
        </w:rPr>
        <w:t xml:space="preserve">[37:22] </w:t>
      </w:r>
      <w:r>
        <w:t>kyunki har aadmi ka masla yeh hai ke uska apna ek framework hai.</w:t>
      </w:r>
    </w:p>
    <w:p>
      <w:pPr>
        <w:jc w:val="right"/>
      </w:pPr>
      <w:r>
        <w:t>کیونکہ ہر آدمی کا مسئلہ یہ ہے کہ اس کا اپنا ایک فریم ورک ہے۔</w:t>
      </w:r>
    </w:p>
    <w:p>
      <w:r>
        <w:rPr>
          <w:b/>
        </w:rPr>
        <w:t xml:space="preserve">[37:28] </w:t>
      </w:r>
      <w:r>
        <w:t>is framework mein woh jeeta hai. is framework mein woh sochta hai. is mein is mein woh manoos ho gaya hai.</w:t>
      </w:r>
    </w:p>
    <w:p>
      <w:pPr>
        <w:jc w:val="right"/>
      </w:pPr>
      <w:r>
        <w:t>اس فریم ورک میں وہ جیتا ہے۔ اس فریم ورک میں وہ سوچتا ہے۔ اس میں اس میں وہ مانوس ہو گیا ہے۔</w:t>
      </w:r>
    </w:p>
    <w:p>
      <w:r>
        <w:rPr>
          <w:b/>
        </w:rPr>
        <w:t xml:space="preserve">[37:41] </w:t>
      </w:r>
      <w:r>
        <w:t>manoos ho gaya hai. ab iske bahar ki koi baat use samajh hi nahi aati.</w:t>
      </w:r>
    </w:p>
    <w:p>
      <w:pPr>
        <w:jc w:val="right"/>
      </w:pPr>
      <w:r>
        <w:t>مانوس ہو گیا ہے۔ اب اس کے باہر کی کوئی بات اسے سمجھ ہی نہیں آتی۔</w:t>
      </w:r>
    </w:p>
    <w:p>
      <w:r>
        <w:rPr>
          <w:b/>
        </w:rPr>
        <w:t xml:space="preserve">[37:47] </w:t>
      </w:r>
      <w:r>
        <w:t>agar woh baat aap kahein jis se uska zehan address ho ke wah wah wah wah kya achi baat kahi. aur agar address na ho toh us se bhai kuch kaha hi nahi inhone.</w:t>
      </w:r>
    </w:p>
    <w:p>
      <w:pPr>
        <w:jc w:val="right"/>
      </w:pPr>
      <w:r>
        <w:t>اگر وہ بات آپ کہیں جس سے اس کا ذہن ایڈریس ہو کہ واہ واہ واہ واہ کیا اچھا بات کہی۔ اور اگر ایڈریس نہ ہو تو اس سے بھئی کچھ کہا ہی نہیں انہوں نے۔</w:t>
      </w:r>
    </w:p>
    <w:p>
      <w:r>
        <w:rPr>
          <w:b/>
        </w:rPr>
        <w:t xml:space="preserve">[37:56] </w:t>
      </w:r>
      <w:r>
        <w:t>khwamkhwah bolte rahe bolte bolte chup ho gaye.</w:t>
      </w:r>
    </w:p>
    <w:p>
      <w:pPr>
        <w:jc w:val="right"/>
      </w:pPr>
      <w:r>
        <w:t>خوامخواہ بولتے رہے بولتے بولتے چپ ہو گئے۔</w:t>
      </w:r>
    </w:p>
    <w:p>
      <w:r>
        <w:rPr>
          <w:b/>
        </w:rPr>
        <w:t xml:space="preserve">[38:02] </w:t>
      </w:r>
      <w:r>
        <w:t>mein samajhta hoon ke jo aadmi chahta hai jannat mein jana khuda ka adrak aur sachai ki daryaft usko sab se pehle yeh karna padega ke apne framework ko todna hoga.</w:t>
      </w:r>
    </w:p>
    <w:p>
      <w:pPr>
        <w:jc w:val="right"/>
      </w:pPr>
      <w:r>
        <w:t>میں سمجھتا ہوں کہ جو آدمی چاہتا ہے جنت میں جانا خدا کا ادراک اور سچائی کی دریافت اس کو سب سے پہلے یہ کرنا پڑے گا کہ اپنے فریم ورک کو توڑنا ہوگا۔</w:t>
      </w:r>
    </w:p>
    <w:p>
      <w:r>
        <w:rPr>
          <w:b/>
        </w:rPr>
        <w:t xml:space="preserve">[38:21] </w:t>
      </w:r>
      <w:r>
        <w:t>apne framework se bahar aa kar sachai ko dekhna hoga. koi doosra option insaan ke liye nahi hai is mamle mein.</w:t>
      </w:r>
    </w:p>
    <w:p>
      <w:pPr>
        <w:jc w:val="right"/>
      </w:pPr>
      <w:r>
        <w:t>اپنے فریم ورک سے باہر آ کر سچائی کو دیکھنا ہوگا۔ کوئی دوسرا آپشن انسان کے لئے نہیں ہے اس معاملے میں۔</w:t>
      </w:r>
    </w:p>
    <w:p>
      <w:r>
        <w:rPr>
          <w:b/>
        </w:rPr>
        <w:t xml:space="preserve">[38:29] </w:t>
      </w:r>
      <w:r>
        <w:t>hindi zaban ke bohat se aise shabd hain jo mujh ko bohat pasand hain. maslan khoobsurti ka shabd mujhe pasand nahi.</w:t>
      </w:r>
    </w:p>
    <w:p>
      <w:pPr>
        <w:jc w:val="right"/>
      </w:pPr>
      <w:r>
        <w:t>ہندی زبان کے بہت سے ایسے शब्द ہیں جو مجھ کو بہت پسند ہیں۔ مثلاً خوبصورتی کا لفظ مجھے پسند نہیں۔</w:t>
      </w:r>
    </w:p>
    <w:p>
      <w:r>
        <w:rPr>
          <w:b/>
        </w:rPr>
        <w:t xml:space="preserve">[38:38] </w:t>
      </w:r>
      <w:r>
        <w:t>lekin khoobsurat ke muqable mein sundar mujhe zyada acha lagta hai. khoobsurat se zyada acha lagta hai mujhe sundar. ghazal se mujhe ache lagte hain hindi geet.</w:t>
      </w:r>
    </w:p>
    <w:p>
      <w:pPr>
        <w:jc w:val="right"/>
      </w:pPr>
      <w:r>
        <w:t>لیکن خوبصورت کے مقابلے میں سندر مجھے زیادہ اچھا لگتا ہے۔ خوبصورت سے زیادہ اچھا لگتا ہے مجھے سندر۔ غزل سے مجھے اچھے لگتے ہیں ہندی گیت۔</w:t>
      </w:r>
    </w:p>
    <w:p>
      <w:r>
        <w:rPr>
          <w:b/>
        </w:rPr>
        <w:t xml:space="preserve">[38:51] </w:t>
      </w:r>
      <w:r>
        <w:t>toh isi tarah se ek hindi mein ek shabd hai shab janjal. yeh bohat hi acha shabd hai.</w:t>
      </w:r>
    </w:p>
    <w:p>
      <w:pPr>
        <w:jc w:val="right"/>
      </w:pPr>
      <w:r>
        <w:t>تو اسی طرح سے ایک ہندی میں ایک لفظ ہے شب جنجال۔ یہ بہت ہی اچھا لفظ ہے۔</w:t>
      </w:r>
    </w:p>
    <w:p>
      <w:r>
        <w:rPr>
          <w:b/>
        </w:rPr>
        <w:t xml:space="preserve">[39:00] </w:t>
      </w:r>
      <w:r>
        <w:t>yaani amuman jo hai aksariyat logon ki yeh jo hai woh shab janjal mein phansi rehti hai.</w:t>
      </w:r>
    </w:p>
    <w:p>
      <w:pPr>
        <w:jc w:val="right"/>
      </w:pPr>
      <w:r>
        <w:t>یعنی عموماً جو ہے اکثریت لوگوں کی یہ جو ہے وہ شب جنجال میں پھنسی رہتی ہے۔</w:t>
      </w:r>
    </w:p>
    <w:p>
      <w:r>
        <w:rPr>
          <w:b/>
        </w:rPr>
        <w:t xml:space="preserve">[39:07] </w:t>
      </w:r>
      <w:r>
        <w:t>yaani isko mein doosre shabd mein kahunga galat naami naam. log naye galat tor par naam ek rakh dete hain.</w:t>
      </w:r>
    </w:p>
    <w:p>
      <w:pPr>
        <w:jc w:val="right"/>
      </w:pPr>
      <w:r>
        <w:t>یعنی اس کو میں دوسرے لفظ میں کہوں گا غلط نامی نام۔ لوگ نئے غلط طور پر نام ایک رکھ دیتے ہیں۔</w:t>
      </w:r>
    </w:p>
    <w:p>
      <w:r>
        <w:rPr>
          <w:b/>
        </w:rPr>
        <w:t xml:space="preserve">[39:20] </w:t>
      </w:r>
      <w:r>
        <w:t>aur us naam ki wajah se isko pehchante hain halanke woh naam khud galat hota hai. woh galat naami naam ka mazhar hota hai woh.</w:t>
      </w:r>
    </w:p>
    <w:p>
      <w:pPr>
        <w:jc w:val="right"/>
      </w:pPr>
      <w:r>
        <w:t>اور اس نام کی وجہ سے اس کو پہچانتے ہیں حالانکہ وہ نام خود غلط ہوتا ہے۔ وہ غلط نامی نام کا مظہر ہوتا ہے وہ۔</w:t>
      </w:r>
    </w:p>
    <w:p>
      <w:r>
        <w:rPr>
          <w:b/>
        </w:rPr>
        <w:t xml:space="preserve">[39:30] </w:t>
      </w:r>
      <w:r>
        <w:t>jaise</w:t>
      </w:r>
    </w:p>
    <w:p>
      <w:pPr>
        <w:jc w:val="right"/>
      </w:pPr>
      <w:r>
        <w:t>جیسے</w:t>
      </w:r>
    </w:p>
    <w:p>
      <w:r>
        <w:rPr>
          <w:b/>
        </w:rPr>
        <w:t xml:space="preserve">[39:33] </w:t>
      </w:r>
      <w:r>
        <w:t>bohat se log hain jin ko kaha jata hai super achiever. yeh baat bohat suna hoga aap ne. super achievers. bohat si kitabein chhapi hain super achievers par.</w:t>
      </w:r>
    </w:p>
    <w:p>
      <w:pPr>
        <w:jc w:val="right"/>
      </w:pPr>
      <w:r>
        <w:t>بہت سے لوگ ہیں جن کو کہا جاتا ہے سپر اچیور۔ یہ بات بہت سنا ہوگا آپ نے۔ سپر اچیورز۔ بہت سی کتابیں چھپی ہیں سپر اچیورز پر۔</w:t>
      </w:r>
    </w:p>
    <w:p>
      <w:r>
        <w:rPr>
          <w:b/>
        </w:rPr>
        <w:t xml:space="preserve">[39:45] </w:t>
      </w:r>
      <w:r>
        <w:t>aur mein kahunga woh super loser hain woh. yeh galat naami naam hai. yeh in logon ko super achiever kehna yeh galat naami naam hai.</w:t>
      </w:r>
    </w:p>
    <w:p>
      <w:pPr>
        <w:jc w:val="right"/>
      </w:pPr>
      <w:r>
        <w:t>اور میں کہوں گا وہ سپر لوزر ہیں وہ۔ یہ غلط نامی نام ہے۔ یہ ان لوگوں کو سپر اچیور کہنا یہ غلط نامی نام ہے۔</w:t>
      </w:r>
    </w:p>
    <w:p>
      <w:r>
        <w:rPr>
          <w:b/>
        </w:rPr>
        <w:t xml:space="preserve">[39:55] </w:t>
      </w:r>
      <w:r>
        <w:t>kyunki agar aap zyada gehrai ke sath dekhiye toh woh super loser hote hain woh log.</w:t>
      </w:r>
    </w:p>
    <w:p>
      <w:pPr>
        <w:jc w:val="right"/>
      </w:pPr>
      <w:r>
        <w:t>کیونکہ اگر آپ زیادہ گہرائی کے ساتھ دیکھیئے تو وہ سپر لوزر ہوتے ہیں وہ لوگ۔</w:t>
      </w:r>
    </w:p>
    <w:p>
      <w:r>
        <w:rPr>
          <w:b/>
        </w:rPr>
        <w:t xml:space="preserve">[40:00] </w:t>
      </w:r>
      <w:r>
        <w:t>kyun? aap kyun in ko super achiever kehte hain? kamyabi toh ek bohat bara shabd hai. woh jis cheez ko paate hain woh kya hai woh toh paisa hai.</w:t>
      </w:r>
    </w:p>
    <w:p>
      <w:pPr>
        <w:jc w:val="right"/>
      </w:pPr>
      <w:r>
        <w:t>کیوں؟ آپ کیوں ان کو سپر اچیور کہتے ہیں؟ کامیابی تو ایک بہت بڑا لفظ ہے۔ وہ جس چیز کو پاتے ہیں وہ کیا ہے وہ تو پیسہ ہے۔</w:t>
      </w:r>
    </w:p>
    <w:p>
      <w:r>
        <w:rPr>
          <w:b/>
        </w:rPr>
        <w:t xml:space="preserve">[40:14] </w:t>
      </w:r>
      <w:r>
        <w:t>woh toh paisa hai.</w:t>
      </w:r>
    </w:p>
    <w:p>
      <w:pPr>
        <w:jc w:val="right"/>
      </w:pPr>
      <w:r>
        <w:t>وہ تو پیسہ ہے۔</w:t>
      </w:r>
    </w:p>
    <w:p>
      <w:r>
        <w:rPr>
          <w:b/>
        </w:rPr>
        <w:t xml:space="preserve">[40:18] </w:t>
      </w:r>
      <w:r>
        <w:t>woh kamyabi kahan hota hai woh? agar woh kamyabi hota to kyun aisa ho ke jitne bhi super achiever hain one to all sab mayusi mein marte hain.</w:t>
      </w:r>
    </w:p>
    <w:p>
      <w:pPr>
        <w:jc w:val="right"/>
      </w:pPr>
      <w:r>
        <w:t>وہ کامیابی کہاں ہوتا ہے وہ؟ اگر وہ کامیابی ہوتا تو کیوں ایسا ہو کہ جتنے بھی سپر اچیور ہیں ون ٹو آل سب مایوسی میں مرتے ہیں۔</w:t>
      </w:r>
    </w:p>
    <w:p>
      <w:r>
        <w:rPr>
          <w:b/>
        </w:rPr>
        <w:t xml:space="preserve">[40:28] </w:t>
      </w:r>
      <w:r>
        <w:t>mayusi mein.</w:t>
      </w:r>
    </w:p>
    <w:p>
      <w:pPr>
        <w:jc w:val="right"/>
      </w:pPr>
      <w:r>
        <w:t>مایوسی میں۔</w:t>
      </w:r>
    </w:p>
    <w:p>
      <w:r>
        <w:rPr>
          <w:b/>
        </w:rPr>
        <w:t xml:space="preserve">[40:29] </w:t>
      </w:r>
      <w:r>
        <w:t>aap kisi ko bhi dekh lijie. to kaise super achiever hain woh?</w:t>
      </w:r>
    </w:p>
    <w:p>
      <w:pPr>
        <w:jc w:val="right"/>
      </w:pPr>
      <w:r>
        <w:t>آپ کسی کو بھی دیکھ لیجیئے۔ تو کیسے سپر اچیور ہیں وہ؟</w:t>
      </w:r>
    </w:p>
    <w:p>
      <w:r>
        <w:rPr>
          <w:b/>
        </w:rPr>
        <w:t xml:space="preserve">[40:38] </w:t>
      </w:r>
      <w:r>
        <w:t>kaise super achiever hain woh? yeh sab ke sab sahi baat hai ke paisa kamyab hain. They are money achievers rather than super achievers.</w:t>
      </w:r>
    </w:p>
    <w:p>
      <w:pPr>
        <w:jc w:val="right"/>
      </w:pPr>
      <w:r>
        <w:t>کیسے سپر اچیور ہیں وہ؟ یہ سب کے سب صحیح بات ہے کہ پیسہ کامیاب ہیں۔ They are money achievers rather than super achievers.</w:t>
      </w:r>
    </w:p>
    <w:p>
      <w:r>
        <w:rPr>
          <w:b/>
        </w:rPr>
        <w:t xml:space="preserve">[40:48] </w:t>
      </w:r>
      <w:r>
        <w:t>yeh hai ghalat naami naam. ke paisa kamyab ko aap log super achiever keh lete hain. Acha dekhiye aap paisa kya hai?</w:t>
      </w:r>
    </w:p>
    <w:p>
      <w:pPr>
        <w:jc w:val="right"/>
      </w:pPr>
      <w:r>
        <w:t>یہ ہے غلط نامی نام۔ کہ پیسہ کامیاب کو آپ لوگ سپر اچیور کہہ لیتے ہیں۔ اچھا دیکھیئے آپ پیسہ کیا ہے؟</w:t>
      </w:r>
    </w:p>
    <w:p>
      <w:r>
        <w:rPr>
          <w:b/>
        </w:rPr>
        <w:t xml:space="preserve">[40:59] </w:t>
      </w:r>
      <w:r>
        <w:t>paisa kuch bhi nahi hai. maine is pe ek qissa bataya tha aap ko ke Abbasid peer ka jo aakhri caliph tha to jab us ko tatariyon ne wahan par qabza kiya to us ko band kar diya ek ek kisi ghar mein band kar diya us ko.</w:t>
      </w:r>
    </w:p>
    <w:p>
      <w:pPr>
        <w:jc w:val="right"/>
      </w:pPr>
      <w:r>
        <w:t>پیسہ کچھ بھی نہیں ہے۔ میں نے اس پہ ایک قصہ بتایا تھا آپ کو کہ عباسد پیر کا جو آخری کیلف تھا تو جب اس کو تاتاریوں نے وہاں پر قبضہ کیا تو اس کو بند کر دیا ایک ایک کسی گھر میں بند کر دیا اس کو۔</w:t>
      </w:r>
    </w:p>
    <w:p>
      <w:r>
        <w:rPr>
          <w:b/>
        </w:rPr>
        <w:t xml:space="preserve">[41:26] </w:t>
      </w:r>
      <w:r>
        <w:t>aur khana peena kuch nahi.</w:t>
      </w:r>
    </w:p>
    <w:p>
      <w:pPr>
        <w:jc w:val="right"/>
      </w:pPr>
      <w:r>
        <w:t>اور کھانا پینا کچھ نہیں۔</w:t>
      </w:r>
    </w:p>
    <w:p>
      <w:r>
        <w:rPr>
          <w:b/>
        </w:rPr>
        <w:t xml:space="preserve">[41:28] </w:t>
      </w:r>
      <w:r>
        <w:t>woh bechara bhooka tarpne laga. woh jo badshah tha to us ne paigham bheja ke bhai main bohat bhooka hoon kuch khane ko bhi bhej do.</w:t>
      </w:r>
    </w:p>
    <w:p>
      <w:pPr>
        <w:jc w:val="right"/>
      </w:pPr>
      <w:r>
        <w:t>وہ بیچارہ بھوکا تڑپنے لگا۔ وہ جو بادشاہ تھا تو اس نے پیغام بھیجا کہ بھائی میں بہت بھوکا ہوں کچھ کھانے کو بھیجو۔</w:t>
      </w:r>
    </w:p>
    <w:p>
      <w:r>
        <w:rPr>
          <w:b/>
        </w:rPr>
        <w:t xml:space="preserve">[41:39] </w:t>
      </w:r>
      <w:r>
        <w:t>to jo tatari jo victor tha us ne kaha ke ek ek tray mein diamond wahan bohat diamond un ke jo jo un ka jo mahal tha us mein bohat sare diamond mile the us ko.</w:t>
      </w:r>
    </w:p>
    <w:p>
      <w:pPr>
        <w:jc w:val="right"/>
      </w:pPr>
      <w:r>
        <w:t>تو جو تاتاری جو وکٹر تھا اس نے کہا کہ ایک ایک ٹرے میں ڈائمنڈ وہاں بہت ڈائمنڈ ان کے جو جو ان کا جو محل تھا اس میں بہت سارے ڈائمنڈ ملے تھے اس کو۔</w:t>
      </w:r>
    </w:p>
    <w:p>
      <w:r>
        <w:rPr>
          <w:b/>
        </w:rPr>
        <w:t xml:space="preserve">[41:56] </w:t>
      </w:r>
      <w:r>
        <w:t>to kaha yeh diamond jo itne sare yahan par mile hain in mein se kuch lo aur ek tray mein rakh kar un ko pesh kar do un ko le kar ke. to diamond jab us ko diye gaye us bhooke badshah ko to jante hain kya hua?</w:t>
      </w:r>
    </w:p>
    <w:p>
      <w:pPr>
        <w:jc w:val="right"/>
      </w:pPr>
      <w:r>
        <w:t>تو کہا یہ ڈائمنڈ جو اتنے سارے یہاں پر ملے ہیں ان میں سے کچھ لو اور ایک ٹرے میں رکھ کر ان کو پیش کر دو ان کو لے کر کے۔ تو ڈائمنڈ جب اس کو دیئے گئے اس بھوکے بادشاہ کو تو جانتے ہیں کیا ہوا؟</w:t>
      </w:r>
    </w:p>
    <w:p>
      <w:r>
        <w:rPr>
          <w:b/>
        </w:rPr>
        <w:t xml:space="preserve">[42:15] </w:t>
      </w:r>
      <w:r>
        <w:t>woh rone laga. rone laga. jis diamond ko dekh kar pehle woh khush hota tha ab rone laga.</w:t>
      </w:r>
    </w:p>
    <w:p>
      <w:pPr>
        <w:jc w:val="right"/>
      </w:pPr>
      <w:r>
        <w:t>وہ رونے لگا۔ رونے لگا۔ جس ڈائمنڈ کو دیکھ کر پہلے وہ خوش ہوتا تھا اب رونے لگا۔</w:t>
      </w:r>
    </w:p>
    <w:p>
      <w:r>
        <w:rPr>
          <w:b/>
        </w:rPr>
        <w:t xml:space="preserve">[42:26] </w:t>
      </w:r>
      <w:r>
        <w:t>us ne kaha ke إِنَّ الْجَوَاهِرَ لَا تُؤكَلَ diamond to khaye nahi jatay. to yeh jo hain paisa kamyab</w:t>
      </w:r>
    </w:p>
    <w:p>
      <w:pPr>
        <w:jc w:val="right"/>
      </w:pPr>
      <w:r>
        <w:t>اس نے کہا کہ إِنَّ الْجَوَاهِرَ لَا تُؤكَلَ ڈائمنڈ تو کھائے نہیں جاتے۔ تو یہ جو ہیں پیسہ کامیاب</w:t>
      </w:r>
    </w:p>
    <w:p>
      <w:r>
        <w:rPr>
          <w:b/>
        </w:rPr>
        <w:t xml:space="preserve">[42:40] </w:t>
      </w:r>
      <w:r>
        <w:t>jab woh</w:t>
      </w:r>
    </w:p>
    <w:p>
      <w:pPr>
        <w:jc w:val="right"/>
      </w:pPr>
      <w:r>
        <w:t>جب وہ</w:t>
      </w:r>
    </w:p>
    <w:p>
      <w:r>
        <w:rPr>
          <w:b/>
        </w:rPr>
        <w:t xml:space="preserve">[42:43] </w:t>
      </w:r>
      <w:r>
        <w:t>kuch din to apne josh mein rehte hain. baad ko kya hota hai?</w:t>
      </w:r>
    </w:p>
    <w:p>
      <w:pPr>
        <w:jc w:val="right"/>
      </w:pPr>
      <w:r>
        <w:t>کچھ دن تو اپنے جوش میں رہتے ہیں۔ بعد کو کیا ہوتا ہے؟</w:t>
      </w:r>
    </w:p>
    <w:p>
      <w:r>
        <w:rPr>
          <w:b/>
        </w:rPr>
        <w:t xml:space="preserve">[42:49] </w:t>
      </w:r>
      <w:r>
        <w:t>barhapa aata hai. hadsa hota hai. boredom aata hai. mayusi aata hai. dabaav aata hai. hikmat e amli se nakami aati hai.</w:t>
      </w:r>
    </w:p>
    <w:p>
      <w:pPr>
        <w:jc w:val="right"/>
      </w:pPr>
      <w:r>
        <w:t>بڑھاپا آتا ہے۔ حادثہ ہوتا ہے۔ بورڈم آتا ہے۔ مایوسی آتا ہے۔ دباؤ آتا ہے۔ حکمت عملی سے ناکامی آتی ہے۔</w:t>
      </w:r>
    </w:p>
    <w:p>
      <w:r>
        <w:rPr>
          <w:b/>
        </w:rPr>
        <w:t xml:space="preserve">[43:02] </w:t>
      </w:r>
      <w:r>
        <w:t>kal maine parha ke Ford ka jo itna bara aadmi tha Ford motor car ka malik to us ko das million dollar rozana ka nuqsan hone laga.</w:t>
      </w:r>
    </w:p>
    <w:p>
      <w:pPr>
        <w:jc w:val="right"/>
      </w:pPr>
      <w:r>
        <w:t>کل میں نے پڑھا کہ فورڈ کا جو اتنا بڑا آدمی تھا فورڈ موٹر کار کا مالک تو اس کو دس ملین ڈالر روزانہ کا نقصان ہونے لگا۔</w:t>
      </w:r>
    </w:p>
    <w:p>
      <w:r>
        <w:rPr>
          <w:b/>
        </w:rPr>
        <w:t xml:space="preserve">[43:13] </w:t>
      </w:r>
      <w:r>
        <w:t>ab is mein itna zyada woh us se pehle bohat hi zyada kamaya tha paisa us ne. bohat khush rehta tha.</w:t>
      </w:r>
    </w:p>
    <w:p>
      <w:pPr>
        <w:jc w:val="right"/>
      </w:pPr>
      <w:r>
        <w:t>اب اس میں اتنا زیادہ وہ اس سے پہلے بہت ہی زیادہ کمایا تھا پیسہ اس نے۔ بہت خوش رہتا تھا۔</w:t>
      </w:r>
    </w:p>
    <w:p>
      <w:r>
        <w:rPr>
          <w:b/>
        </w:rPr>
        <w:t xml:space="preserve">[43:22] </w:t>
      </w:r>
      <w:r>
        <w:t>lekin jab us ko das million dollar ka rozana nuqsan hone laga to uska woh hoga toot pada uska.</w:t>
      </w:r>
    </w:p>
    <w:p>
      <w:pPr>
        <w:jc w:val="right"/>
      </w:pPr>
      <w:r>
        <w:t>لیکن جب اس کو دس ملین ڈالر کا روزانہ نقصان ہونے لگا تو اس کا وہ ہوگا ٹوٹ پڑا اس کا۔</w:t>
      </w:r>
    </w:p>
    <w:p>
      <w:r>
        <w:rPr>
          <w:b/>
        </w:rPr>
        <w:t xml:space="preserve">[43:30] </w:t>
      </w:r>
      <w:r>
        <w:t>to paisa jo hai paisa wohi us ne jo kaha tha ke jab diamond to khaye nahi jatay. yahi baat hai ke paise se aap nakami ko yani khatam nahi kar sakte.</w:t>
      </w:r>
    </w:p>
    <w:p>
      <w:pPr>
        <w:jc w:val="right"/>
      </w:pPr>
      <w:r>
        <w:t>تو پیسہ جو ہے پیسہ وہی اس نے جو کہا تھا کہ جب ڈائمنڈ تو کھائے نہیں جاتے۔ یہی بات ہے کہ پیسے سے آپ ناکامی کو یعنی ختم نہیں کر سکتے۔</w:t>
      </w:r>
    </w:p>
    <w:p>
      <w:r>
        <w:rPr>
          <w:b/>
        </w:rPr>
        <w:t xml:space="preserve">[43:43] </w:t>
      </w:r>
      <w:r>
        <w:t>paise se aap bhook mita nahi sakte. paise se aap apne diwaliya pan ko khatam nahi kar sakte. paise se aap tension ko dabaav ko boredom ko khatam nahi kar sakte.</w:t>
      </w:r>
    </w:p>
    <w:p>
      <w:pPr>
        <w:jc w:val="right"/>
      </w:pPr>
      <w:r>
        <w:t>پیسے سے آپ بھوک مٹا نہیں سکتے۔ پیسے سے آپ اپنے دیوالیہ پن کو ختم نہیں کر سکتے۔ پیسے سے آپ ٹینشن کو دباؤ کو بورڈم کو ختم نہیں کر سکتے۔</w:t>
      </w:r>
    </w:p>
    <w:p>
      <w:r>
        <w:rPr>
          <w:b/>
        </w:rPr>
        <w:t xml:space="preserve">[43:57] </w:t>
      </w:r>
      <w:r>
        <w:t>to woh paisa kamyab hotay hain na ke super achievers. yeh log jin ko aap super achiever kehte hain woh saada taur par they are money achievers woh paisa to kuch bhi nahi.</w:t>
      </w:r>
    </w:p>
    <w:p>
      <w:pPr>
        <w:jc w:val="right"/>
      </w:pPr>
      <w:r>
        <w:t>تو وہ پیسہ کامیاب ہوتے ہیں نہ کہ سپر اچیورز۔ یہ لوگ جن کو آپ سپر اچیور کہتے ہیں وہ سادہ طور پر they are money achievers وہ پیسہ تو کچھ بھی نہیں۔</w:t>
      </w:r>
    </w:p>
    <w:p>
      <w:r>
        <w:rPr>
          <w:b/>
        </w:rPr>
        <w:t xml:space="preserve">[44:14] </w:t>
      </w:r>
      <w:r>
        <w:t>to super achiever nahi hotay woh. super achiever woh hai jo sachai ko pa le.</w:t>
      </w:r>
    </w:p>
    <w:p>
      <w:pPr>
        <w:jc w:val="right"/>
      </w:pPr>
      <w:r>
        <w:t>تو سپر اچیور نہیں ہوتے وہ۔ سپر اچیور وہ ہے جو سچائی کو پا لے۔</w:t>
      </w:r>
    </w:p>
    <w:p>
      <w:r>
        <w:rPr>
          <w:b/>
        </w:rPr>
        <w:t xml:space="preserve">[44:24] </w:t>
      </w:r>
      <w:r>
        <w:t>woh seekh kar aap paisa the to paisa pa liya. lekin jo seekh kar aap sach hota hai jab sach ko pa le woh hai super achiever. kyun?</w:t>
      </w:r>
    </w:p>
    <w:p>
      <w:pPr>
        <w:jc w:val="right"/>
      </w:pPr>
      <w:r>
        <w:t>وہ سیکھ کر آپ پیسہ تھے تو پیسہ پا لیا۔ لیکن جو سیکھ کر آپ سچ ہوتا ہے جب سچ کو پا لے وہ ہے سپر اچیور۔ کیوں؟</w:t>
      </w:r>
    </w:p>
    <w:p>
      <w:r>
        <w:rPr>
          <w:b/>
        </w:rPr>
        <w:t xml:space="preserve">[44:33] </w:t>
      </w:r>
      <w:r>
        <w:t>agar aap ko sachai mil gayi hai to sachai mein aap ko sab kuch mil jayega. sab kuch.</w:t>
      </w:r>
    </w:p>
    <w:p>
      <w:pPr>
        <w:jc w:val="right"/>
      </w:pPr>
      <w:r>
        <w:t>اگر آپ کو سچائی مل گئی ہے تو سچائی میں آپ کو سب کچھ مل جائے گا۔ سب کچھ۔</w:t>
      </w:r>
    </w:p>
    <w:p>
      <w:r>
        <w:rPr>
          <w:b/>
        </w:rPr>
        <w:t xml:space="preserve">[44:41] </w:t>
      </w:r>
      <w:r>
        <w:t>saada zindagi mein woh khushi hogi jo karore pati ki nahi hoti.</w:t>
      </w:r>
    </w:p>
    <w:p>
      <w:pPr>
        <w:jc w:val="right"/>
      </w:pPr>
      <w:r>
        <w:t>سادہ زندگی میں وہ خوشی ہوگی جو کروڑ پتی کی نہیں ہوتی۔</w:t>
      </w:r>
    </w:p>
    <w:p>
      <w:r>
        <w:rPr>
          <w:b/>
        </w:rPr>
        <w:t xml:space="preserve">[44:47] </w:t>
      </w:r>
      <w:r>
        <w:t>sukhi roti kha kar ke woh aap ko itminan hoga jo panch sitara hotelon mein khane ka nahi milta logon ko. sachai aap ko kya degi?</w:t>
      </w:r>
    </w:p>
    <w:p>
      <w:pPr>
        <w:jc w:val="right"/>
      </w:pPr>
      <w:r>
        <w:t>سوکھی روٹی کھا کر کے وہ آپ کو اطمینان ہوگا جو پانچ ستارہ ہوٹلوں میں کھانے کا نہیں ملتا لوگوں کو۔ سچائی آپ کو کیا دے گی؟</w:t>
      </w:r>
    </w:p>
    <w:p>
      <w:r>
        <w:rPr>
          <w:b/>
        </w:rPr>
        <w:t xml:space="preserve">[44:56] </w:t>
      </w:r>
      <w:r>
        <w:t>awaz sleep degi. ya jis se system aap ka theek rahega. tension nahi hoga. dabao nahi hoga. boredom nahi hoga. kyunke sachai aap ko ek aisa umeed deti hai jo maut se pehle aur maut se baad dono ko cover kar raha hai.</w:t>
      </w:r>
    </w:p>
    <w:p>
      <w:pPr>
        <w:jc w:val="right"/>
      </w:pPr>
      <w:r>
        <w:t>آواز سلیپ دے گی۔ یا جس سے سسٹم آپ کا ٹھیک رہے گا۔ ٹینشن نہیں ہوگا۔ دباؤ نہیں ہوگا۔ بورڈم نہیں ہوگا۔ کیونکہ سچائی آپ کو ایک ایسا امید دیتی ہے جو موت سے پہلے اور موت سے بعد دونوں کو کور کر رہا ہے۔</w:t>
      </w:r>
    </w:p>
    <w:p>
      <w:r>
        <w:rPr>
          <w:b/>
        </w:rPr>
        <w:t xml:space="preserve">[45:12] </w:t>
      </w:r>
      <w:r>
        <w:t>yahan se wahan tak umeed deti hai aap ko sachai.</w:t>
      </w:r>
    </w:p>
    <w:p>
      <w:pPr>
        <w:jc w:val="right"/>
      </w:pPr>
      <w:r>
        <w:t>یہاں سے وہاں تک امید دیتی ہے آپ کو سچائی۔</w:t>
      </w:r>
    </w:p>
    <w:p>
      <w:r>
        <w:rPr>
          <w:b/>
        </w:rPr>
        <w:t xml:space="preserve">[45:16] </w:t>
      </w:r>
      <w:r>
        <w:t>paisa aap ko aisa umeed nahi deta. paise ki to bar bar uski hudood aa jati hain.</w:t>
      </w:r>
    </w:p>
    <w:p>
      <w:pPr>
        <w:jc w:val="right"/>
      </w:pPr>
      <w:r>
        <w:t>پیسہ آپ کو ایسا امید نہیں دیتا۔ پیسے کی تو بار بار اس کی حدود آ جاتی ہیں۔</w:t>
      </w:r>
    </w:p>
    <w:p>
      <w:r>
        <w:rPr>
          <w:b/>
        </w:rPr>
        <w:t xml:space="preserve">[45:24] </w:t>
      </w:r>
      <w:r>
        <w:t>kisi ke paas jo koi bhi aadmi jis ke paas paisa bohat zyada ho us se aap ja kar miliye ek do din rahiye us ke paas dekhiye. aise aise masail is ko ghere hue hain jo paise se is ka koi hal nahi hai.</w:t>
      </w:r>
    </w:p>
    <w:p>
      <w:pPr>
        <w:jc w:val="right"/>
      </w:pPr>
      <w:r>
        <w:t>کسی کے پاس جو کوئی بھی آدمی جس کے پاس پیسہ بہت زیادہ ہو اس سے آپ جا کر ملیئے ایک دو دن رہیئے اس کے پاس دیکھیئے۔ ایسے ایسے مسائل اس کو گھیرے ہوئے ہیں جو پیسے سے اس کا کوئی حل نہیں ہے۔</w:t>
      </w:r>
    </w:p>
    <w:p>
      <w:r>
        <w:rPr>
          <w:b/>
        </w:rPr>
        <w:t xml:space="preserve">[45:38] </w:t>
      </w:r>
      <w:r>
        <w:t>paise mein. lekin aap sachai ko daryaft kar lein aap. sachai ko daryaft karne ke mani aap ne Khuda ko pa liya.</w:t>
      </w:r>
    </w:p>
    <w:p>
      <w:pPr>
        <w:jc w:val="right"/>
      </w:pPr>
      <w:r>
        <w:t>پیسے میں۔ لیکن آپ سچائی کو دریافت کر لیں آپ۔ سچائی کو دریافت کرنے کے معنی آپ نے خدا کو پا لیا۔</w:t>
      </w:r>
    </w:p>
    <w:p>
      <w:r>
        <w:rPr>
          <w:b/>
        </w:rPr>
        <w:t xml:space="preserve">[45:46] </w:t>
      </w:r>
      <w:r>
        <w:t>ab kahein ke jo Khuda ko pa le us ne to sab kuch pa liya hai. jis ne Khuda ko pa liya jis ne jannat ko dekh liya.</w:t>
      </w:r>
    </w:p>
    <w:p>
      <w:pPr>
        <w:jc w:val="right"/>
      </w:pPr>
      <w:r>
        <w:t>اب کہیں کہ جو خدا کو پا لے اس نے تو سب کچھ پا لیا ہے۔ جس نے خدا کو پا لیا جس نے جنت کو دیکھ لیا۔</w:t>
      </w:r>
    </w:p>
    <w:p>
      <w:r>
        <w:rPr>
          <w:b/>
        </w:rPr>
        <w:t xml:space="preserve">[45:58] </w:t>
      </w:r>
      <w:r>
        <w:t>yaad rakhiye sachai ko paane wala woh hai jo Khuda ko pa le. jo jannat ko dekh le. jo maut se pehle ke sare alam ko is ke samne aa jaye woh hai sachai ko paane wala.</w:t>
      </w:r>
    </w:p>
    <w:p>
      <w:pPr>
        <w:jc w:val="right"/>
      </w:pPr>
      <w:r>
        <w:t>یاد رکھیئے سچائی کو پانے والا وہ ہے جو خدا کو پا لے۔ جو جنت کو دیکھ لے۔ جو موت سے پہلے کے سارے عالم کو اس کے سامنے آجائے وہ ہے سچائی کو پانے والا۔</w:t>
      </w:r>
    </w:p>
    <w:p>
      <w:r>
        <w:rPr>
          <w:b/>
        </w:rPr>
        <w:t xml:space="preserve">[46:12] </w:t>
      </w:r>
      <w:r>
        <w:t>ab bataein ke is ke is ke aman ka kya thikana?</w:t>
      </w:r>
    </w:p>
    <w:p>
      <w:pPr>
        <w:jc w:val="right"/>
      </w:pPr>
      <w:r>
        <w:t>اب بتائیں کہ اس کے اس کے امن کا کیا ٹھکانہ؟</w:t>
      </w:r>
    </w:p>
    <w:p>
      <w:r>
        <w:rPr>
          <w:b/>
        </w:rPr>
        <w:t xml:space="preserve">[46:16] </w:t>
      </w:r>
      <w:r>
        <w:t>is ka aman is ka yaqeen koi thikana nahi hai is ka.</w:t>
      </w:r>
    </w:p>
    <w:p>
      <w:pPr>
        <w:jc w:val="right"/>
      </w:pPr>
      <w:r>
        <w:t>اس کا امن اس کا یقین کوئی ٹھکانہ نہیں ہے اس کا۔</w:t>
      </w:r>
    </w:p>
    <w:p>
      <w:r>
        <w:rPr>
          <w:b/>
        </w:rPr>
        <w:t xml:space="preserve">[46:25] </w:t>
      </w:r>
      <w:r>
        <w:t>to yeh hai galat naami naam ke tamashe. ke aap kehte hain super achievers halanke woh hote hain super losers.</w:t>
      </w:r>
    </w:p>
    <w:p>
      <w:pPr>
        <w:jc w:val="right"/>
      </w:pPr>
      <w:r>
        <w:t>تو یہ ہے غلط نامی نام کے تماشہ۔ کہ آپ کہتے ہیں سپر اچیورز حالانکہ وہ ہوتے ہیں سپر لوزرز۔</w:t>
      </w:r>
    </w:p>
    <w:p>
      <w:r>
        <w:rPr>
          <w:b/>
        </w:rPr>
        <w:t xml:space="preserve">[46:36] </w:t>
      </w:r>
      <w:r>
        <w:t>kyunke jo cheez pai hai unhone woh un ke kaam aane wali nahi hai.</w:t>
      </w:r>
    </w:p>
    <w:p>
      <w:pPr>
        <w:jc w:val="right"/>
      </w:pPr>
      <w:r>
        <w:t>کیونکہ جو چیز پائی ہے انہوں نے وہ ان کے کام آنے والی نہیں ہے۔</w:t>
      </w:r>
    </w:p>
    <w:p>
      <w:r>
        <w:rPr>
          <w:b/>
        </w:rPr>
        <w:t xml:space="preserve">[46:43] </w:t>
      </w:r>
      <w:r>
        <w:t>farz karein woh woh kuch kar ke kuch kar ke jawan bana rahe. Rockefeller ko mein ne parha ke Rockefeller jo bohat hi paise wala aadmi tha us ko yeh tha ke kisi tarah se mujhe mein meri maut jaldi na aaye.</w:t>
      </w:r>
    </w:p>
    <w:p>
      <w:pPr>
        <w:jc w:val="right"/>
      </w:pPr>
      <w:r>
        <w:t>فرض کریں وہ وہ کچھ کر کے کچھ کر کے جوان بنا رہے۔ راک فیلر کو میں نے پڑھا کہ راک فیلر جو بہت ہی پیسے والا آدمی تھا اس کو یہ تھا کہ کسی طرح سے مجھے میں میری موت جلدی نہ آئے۔</w:t>
      </w:r>
    </w:p>
    <w:p>
      <w:r>
        <w:rPr>
          <w:b/>
        </w:rPr>
        <w:t xml:space="preserve">[47:00] </w:t>
      </w:r>
      <w:r>
        <w:t>apne yani zindagi ko barhana chahta tha. woh bohat bohat paisa kharch kiya us ne. pata nahi kya kya kiya us ne is ke liye. lekin sau saal poora karne se bhi pehle mar gaya woh.</w:t>
      </w:r>
    </w:p>
    <w:p>
      <w:pPr>
        <w:jc w:val="right"/>
      </w:pPr>
      <w:r>
        <w:t>اپنے یعنی زندگی کو بڑھانا چاہتا تھا۔ وہ بہت بہت پیسہ خرچ کیا اس نے۔ پتہ نہیں کیا کیا کیا اس نے اس کے لیے۔ لیکن سو سال پورا کرنے سے بھی پہلے مر گیا وہ۔</w:t>
      </w:r>
    </w:p>
    <w:p>
      <w:r>
        <w:rPr>
          <w:b/>
        </w:rPr>
        <w:t xml:space="preserve">[47:13] </w:t>
      </w:r>
      <w:r>
        <w:t>is ka paisa jo tha us se zindagi nahi khareed saka woh. apne paise se woh zindagi ko nahi khareed saka. sau saal poora karne se pehle hi mar gaya woh.</w:t>
      </w:r>
    </w:p>
    <w:p>
      <w:pPr>
        <w:jc w:val="right"/>
      </w:pPr>
      <w:r>
        <w:t>اس کا پیسہ جو تھا اس سے زندگی نہیں خرید سکا وہ۔ اپنے پیسے سے وہ زندگی کو نہیں خرید سکا۔ سو سال پورا کرنے سے پہلے ہی مر گیا وہ۔</w:t>
      </w:r>
    </w:p>
    <w:p>
      <w:r>
        <w:rPr>
          <w:b/>
        </w:rPr>
        <w:t xml:space="preserve">[47:23] </w:t>
      </w:r>
      <w:r>
        <w:t>to paisa kya cheez deti hai aap ko?</w:t>
      </w:r>
    </w:p>
    <w:p>
      <w:pPr>
        <w:jc w:val="right"/>
      </w:pPr>
      <w:r>
        <w:t>تو پیسہ کیا چیز دیتی ہے آپ کو؟</w:t>
      </w:r>
    </w:p>
    <w:p>
      <w:r>
        <w:rPr>
          <w:b/>
        </w:rPr>
        <w:t xml:space="preserve">[47:26] </w:t>
      </w:r>
      <w:r>
        <w:t>sachai agar pa lein aap Khuda ko pa lein aap jannat ko pa lein to aap ko yeh ek umeed milti hai ek umeed milti hai ke maut ke baad bhi ek dunya abadiyat abadi dunya la-nahai</w:t>
      </w:r>
    </w:p>
    <w:p>
      <w:pPr>
        <w:jc w:val="right"/>
      </w:pPr>
      <w:r>
        <w:t>سچائی اگر پا لیں آپ خدا کو پا لیں آپ جنت کو پا لیں تو آپ کو یہ ایک امید ملتی ہے ایک امید ملتی ہے کہ موت کے بعد بھی ایک دنیا ابدیت ابدی دنیا لامتناہی</w:t>
      </w:r>
    </w:p>
    <w:p>
      <w:r>
        <w:rPr>
          <w:b/>
        </w:rPr>
        <w:t xml:space="preserve">[47:45] </w:t>
      </w:r>
      <w:r>
        <w:t>khushi ki dunya.</w:t>
      </w:r>
    </w:p>
    <w:p>
      <w:pPr>
        <w:jc w:val="right"/>
      </w:pPr>
      <w:r>
        <w:t>خوشی کی دنیا۔</w:t>
      </w:r>
    </w:p>
    <w:p>
      <w:r>
        <w:rPr>
          <w:b/>
        </w:rPr>
        <w:t xml:space="preserve">[47:49] </w:t>
      </w:r>
      <w:r>
        <w:t>to yeh sab kya hai</w:t>
      </w:r>
    </w:p>
    <w:p>
      <w:pPr>
        <w:jc w:val="right"/>
      </w:pPr>
      <w:r>
        <w:t>تو یہ سب کیا ہے</w:t>
      </w:r>
    </w:p>
    <w:p>
      <w:r>
        <w:rPr>
          <w:b/>
        </w:rPr>
        <w:t xml:space="preserve">[47:53] </w:t>
      </w:r>
      <w:r>
        <w:t>galat naami naam ke qisse hain.</w:t>
      </w:r>
    </w:p>
    <w:p>
      <w:pPr>
        <w:jc w:val="right"/>
      </w:pPr>
      <w:r>
        <w:t>غلط نامی نام کے قصے ہیں۔</w:t>
      </w:r>
    </w:p>
    <w:p>
      <w:r>
        <w:rPr>
          <w:b/>
        </w:rPr>
        <w:t xml:space="preserve">[48:00] </w:t>
      </w:r>
      <w:r>
        <w:t>mein samajhta hoon ke dunya mein jo sab se bari barkat kisi ko hai woh yeh hai ke sahi soch us ko mil jaye. sahi soch ya durust soch.</w:t>
      </w:r>
    </w:p>
    <w:p>
      <w:pPr>
        <w:jc w:val="right"/>
      </w:pPr>
      <w:r>
        <w:t>میں سمجھتا ہوں کہ دنیا میں جو سب سے بڑی برکت کسی کو ہے وہ یہ ہے کہ صحیح سوچ اس کو مل جائے۔ صحیح سوچ یا درست سوچ۔</w:t>
      </w:r>
    </w:p>
    <w:p>
      <w:r>
        <w:rPr>
          <w:b/>
        </w:rPr>
        <w:t xml:space="preserve">[48:10] </w:t>
      </w:r>
      <w:r>
        <w:t>yani apna jo framework is ka bana hua tha bachpan se us se bahar aa jaye woh. ma'rozi soch aa jaye is ke andar.</w:t>
      </w:r>
    </w:p>
    <w:p>
      <w:pPr>
        <w:jc w:val="right"/>
      </w:pPr>
      <w:r>
        <w:t>یعنی اپنا جو فریم ورک اس کا بنا ہوا تھا بچپن سے اس سے باہر آجائے وہ۔ معروضی سوچ آجائے اس کے اندر۔</w:t>
      </w:r>
    </w:p>
    <w:p>
      <w:r>
        <w:rPr>
          <w:b/>
        </w:rPr>
        <w:t xml:space="preserve">[48:18] </w:t>
      </w:r>
      <w:r>
        <w:t>sahi soch aa jaye. durust soch aa jaye.</w:t>
      </w:r>
    </w:p>
    <w:p>
      <w:pPr>
        <w:jc w:val="right"/>
      </w:pPr>
      <w:r>
        <w:t>صحیح سوچ آجائے۔ درست سوچ آجائے۔</w:t>
      </w:r>
    </w:p>
    <w:p>
      <w:r>
        <w:rPr>
          <w:b/>
        </w:rPr>
        <w:t xml:space="preserve">[48:21] </w:t>
      </w:r>
      <w:r>
        <w:t>mein samajhta hoon ke is se bari barkat aur koi aur koi nahi. kyunke woh cheezon ko</w:t>
      </w:r>
    </w:p>
    <w:p>
      <w:pPr>
        <w:jc w:val="right"/>
      </w:pPr>
      <w:r>
        <w:t>میں سمجھتا ہوں کہ اس سے بڑی برکت اور کوئی اور کوئی نہیں۔ کیونکہ وہ چیزوں کو</w:t>
      </w:r>
    </w:p>
    <w:p>
      <w:r>
        <w:rPr>
          <w:b/>
        </w:rPr>
        <w:t xml:space="preserve">[48:32] </w:t>
      </w:r>
      <w:r>
        <w:t>cheezon ko un ki un ki un ke yani un ki jo haqeeqi surat hai us mein dekh sakta hai woh.</w:t>
      </w:r>
    </w:p>
    <w:p>
      <w:pPr>
        <w:jc w:val="right"/>
      </w:pPr>
      <w:r>
        <w:t>چیزوں کو ان کی ان کی ان کے یعنی ان کی جو حقیقی صورت ہے اس میں دیکھ سکتا ہے وہ۔</w:t>
      </w:r>
    </w:p>
    <w:p>
      <w:r>
        <w:rPr>
          <w:b/>
        </w:rPr>
        <w:t xml:space="preserve">[48:48] </w:t>
      </w:r>
      <w:r>
        <w:t>jo is ki haqeeqi soorat</w:t>
      </w:r>
    </w:p>
    <w:p>
      <w:pPr>
        <w:jc w:val="right"/>
      </w:pPr>
      <w:r>
        <w:t>جو اس کی حقیقی صورت</w:t>
      </w:r>
    </w:p>
    <w:p>
      <w:r>
        <w:rPr>
          <w:b/>
        </w:rPr>
        <w:t xml:space="preserve">[48:49] </w:t>
      </w:r>
      <w:r>
        <w:t>hai. abhi mein kisi se baat kar raha tha Saddam Hussain ke baray mein aaj kal khabrein aa rahi hain aap jantay hain. Saddam Hussain ke baray mein.</w:t>
      </w:r>
    </w:p>
    <w:p>
      <w:pPr>
        <w:jc w:val="right"/>
      </w:pPr>
      <w:r>
        <w:t>ہے۔ ابھی میں کسی سے بات کر رہا تھا صدام حسین کے بارے میں آج کل خبریں آ رہی ہیں آپ جانتے ہیں۔ صدام حسین کے بارے میں۔</w:t>
      </w:r>
    </w:p>
    <w:p>
      <w:r>
        <w:rPr>
          <w:b/>
        </w:rPr>
        <w:t xml:space="preserve">[48:58] </w:t>
      </w:r>
      <w:r>
        <w:t>is ne kaha ke sahib yeh aur woh baatein jo aap suntay hain. to mein ne kaha ke dekhiye aap jo khabar akhbaron mein chupata hai us ke ooper aaye.</w:t>
      </w:r>
    </w:p>
    <w:p>
      <w:pPr>
        <w:jc w:val="right"/>
      </w:pPr>
      <w:r>
        <w:t>اس نے کہا کہ صاحب یہ اور وہ باتیں جو آپ سنتے ہیں۔ تو میں نے کہا کہ دیکھیئے آپ جو خبر اخباروں میں چھپتا ہے اس کے اوپر آئیئے۔</w:t>
      </w:r>
    </w:p>
    <w:p>
      <w:r>
        <w:rPr>
          <w:b/>
        </w:rPr>
        <w:t xml:space="preserve">[49:09] </w:t>
      </w:r>
      <w:r>
        <w:t>ooper uth kar dekhiye aap. aap mawazna kijiye Saddam Hussain ka Jefferson se.</w:t>
      </w:r>
    </w:p>
    <w:p>
      <w:pPr>
        <w:jc w:val="right"/>
      </w:pPr>
      <w:r>
        <w:t>اوپر اٹھ کر دیکھیئے آپ۔ آپ موازنہ کیجیئے صدام حسین کا جفرسن سے۔</w:t>
      </w:r>
    </w:p>
    <w:p>
      <w:r>
        <w:rPr>
          <w:b/>
        </w:rPr>
        <w:t xml:space="preserve">[49:15] </w:t>
      </w:r>
      <w:r>
        <w:t>jaise ke mein aksar kaha karta hoon ke in comparison that we understand taaruf al-ashya' wa yزدادہ cheezon ka aap mawazna kar ke pehchan saktay hain.</w:t>
      </w:r>
    </w:p>
    <w:p>
      <w:pPr>
        <w:jc w:val="right"/>
      </w:pPr>
      <w:r>
        <w:t>جیسے کہ میں اکثر کہا کرتا ہوں کہ in comparison that we understand تعارف الاشیاء و بیزدادہ چیزوں کا آپ موازنہ کر کے پہچان سکتے ہیں۔</w:t>
      </w:r>
    </w:p>
    <w:p>
      <w:r>
        <w:rPr>
          <w:b/>
        </w:rPr>
        <w:t xml:space="preserve">[49:27] </w:t>
      </w:r>
      <w:r>
        <w:t>mawazna se aap jaan saktay hain cheezon ko. to mein ne kaha ke dekhiye Saddam Hussain marne jaa rahe hain aur badnami ke sath.</w:t>
      </w:r>
    </w:p>
    <w:p>
      <w:pPr>
        <w:jc w:val="right"/>
      </w:pPr>
      <w:r>
        <w:t>موازنہ سے آپ جان سکتے ہیں چیزوں کو۔ تو میں نے کہا کہ دیکھیئے صدام حسین مرنے جا رہے ہیں اور بدنامی کے ساتھ۔</w:t>
      </w:r>
    </w:p>
    <w:p>
      <w:r>
        <w:rPr>
          <w:b/>
        </w:rPr>
        <w:t xml:space="preserve">[49:37] </w:t>
      </w:r>
      <w:r>
        <w:t>Jefferson mara aur aaj bhi is ka naam achhay tareeqay se liya jata hai.</w:t>
      </w:r>
    </w:p>
    <w:p>
      <w:pPr>
        <w:jc w:val="right"/>
      </w:pPr>
      <w:r>
        <w:t>جفرسن مرا اور آج بھی اس کا نام اچھے طریقے سے لیا جاتا ہے۔</w:t>
      </w:r>
    </w:p>
    <w:p>
      <w:r>
        <w:rPr>
          <w:b/>
        </w:rPr>
        <w:t xml:space="preserve">[49:44] </w:t>
      </w:r>
      <w:r>
        <w:t>kyun? Jefferson ne sirf aath saal tak hukoomat ki. yaani America mein woh sadar bana tha aur sirf aath saal tak is ki woh sadar raha.</w:t>
      </w:r>
    </w:p>
    <w:p>
      <w:pPr>
        <w:jc w:val="right"/>
      </w:pPr>
      <w:r>
        <w:t>کیوں؟ جفرسن نے صرف آٹھ سال تک حکومت کی۔ یعنی امریکہ میں وہ صدر بنا تھا اور صرف آٹھ سال تک اس کی وہ صدر رہا۔</w:t>
      </w:r>
    </w:p>
    <w:p>
      <w:r>
        <w:rPr>
          <w:b/>
        </w:rPr>
        <w:t xml:space="preserve">[49:58] </w:t>
      </w:r>
      <w:r>
        <w:t>sirf aath saal. is ke baad is ne kiya kiya? parties ko chhor diya is ne. aur is ke baad woh lag gaya aik university banane mein.</w:t>
      </w:r>
    </w:p>
    <w:p>
      <w:pPr>
        <w:jc w:val="right"/>
      </w:pPr>
      <w:r>
        <w:t>صرف آٹھ سال۔ اس کے بعد اس نے کیا کیا؟ پارٹیز کو چھوڑ دیا اس نے۔ اور اس کے بعد وہ لگ گیا ایک یونیورسٹی بنانے میں۔</w:t>
      </w:r>
    </w:p>
    <w:p>
      <w:r>
        <w:rPr>
          <w:b/>
        </w:rPr>
        <w:t xml:space="preserve">[50:08] </w:t>
      </w:r>
      <w:r>
        <w:t>university of Virginia is ne banai. jo America ki aik top ki university hai.</w:t>
      </w:r>
    </w:p>
    <w:p>
      <w:pPr>
        <w:jc w:val="right"/>
      </w:pPr>
      <w:r>
        <w:t>یونیورسٹی آف ورجینیا اس نے بنائی۔ جو امریکہ کی ایک ٹاپ کی یونیورسٹی ہے۔</w:t>
      </w:r>
    </w:p>
    <w:p>
      <w:r>
        <w:rPr>
          <w:b/>
        </w:rPr>
        <w:t xml:space="preserve">[50:14] </w:t>
      </w:r>
      <w:r>
        <w:t>to Jefferson mar gaya lekin university of Virginia is ke naam ki alamat ke taur par zinda hai.</w:t>
      </w:r>
    </w:p>
    <w:p>
      <w:pPr>
        <w:jc w:val="right"/>
      </w:pPr>
      <w:r>
        <w:t>تو جفرسن مر گیا لیکن یونیورسٹی آف ورجینیا اس کے نام کی علامت کے طور پر زندہ ہے۔</w:t>
      </w:r>
    </w:p>
    <w:p>
      <w:r>
        <w:rPr>
          <w:b/>
        </w:rPr>
        <w:t xml:space="preserve">[50:24] </w:t>
      </w:r>
      <w:r>
        <w:t>is ko kehte hain Islam mein sadqa-e-jariya. sadqa-e-jariya kehte hain is charity ko jo aap ke marne ke baad bhi dunya mein rahe.</w:t>
      </w:r>
    </w:p>
    <w:p>
      <w:pPr>
        <w:jc w:val="right"/>
      </w:pPr>
      <w:r>
        <w:t>اس کو کہتے ہیں اسلام میں صدقہ جاریہ۔ صدقہ جاریہ کہتے ہیں اس چیریٹی کو جو آپ کے مرنے کے بعد بھی دنیا میں رہے۔</w:t>
      </w:r>
    </w:p>
    <w:p>
      <w:r>
        <w:rPr>
          <w:b/>
        </w:rPr>
        <w:t xml:space="preserve">[50:35] </w:t>
      </w:r>
      <w:r>
        <w:t>aap ke baad bhi dunya mein logon ko is se faida puhanchta rahe.</w:t>
      </w:r>
    </w:p>
    <w:p>
      <w:pPr>
        <w:jc w:val="right"/>
      </w:pPr>
      <w:r>
        <w:t>آپ کے بعد بھی دنیا میں لوگوں کو اس سے فائدہ پہنچتا رہے۔</w:t>
      </w:r>
    </w:p>
    <w:p>
      <w:r>
        <w:rPr>
          <w:b/>
        </w:rPr>
        <w:t xml:space="preserve">[50:39] </w:t>
      </w:r>
      <w:r>
        <w:t>pehlay zamanay mein kaha jata tha ke mislan aap ne kuan bana diya. aap ne koi pul bana diya. woh hai sadqa-e-jariya.</w:t>
      </w:r>
    </w:p>
    <w:p>
      <w:pPr>
        <w:jc w:val="right"/>
      </w:pPr>
      <w:r>
        <w:t>پہلے زمانے میں کہا جاتا تھا کہ مثلاً آپ نے کنواں بنا دیا۔ آپ نے کوئی پل بنا دیا۔ وہ ہے صدقہ جاریہ۔</w:t>
      </w:r>
    </w:p>
    <w:p>
      <w:r>
        <w:rPr>
          <w:b/>
        </w:rPr>
        <w:t xml:space="preserve">[50:54] </w:t>
      </w:r>
      <w:r>
        <w:t>woh in ka shair hai woh Zafar Shah ka. khair gar chahta hai khair ke asbab bana.</w:t>
      </w:r>
    </w:p>
    <w:p>
      <w:pPr>
        <w:jc w:val="right"/>
      </w:pPr>
      <w:r>
        <w:t>وہ ان کا شعر ہے وہ ظفر شاہ کا۔ خیر گر چاہتا ہے خیر کے اسباب بنا۔</w:t>
      </w:r>
    </w:p>
    <w:p>
      <w:r>
        <w:rPr>
          <w:b/>
        </w:rPr>
        <w:t xml:space="preserve">[51:04] </w:t>
      </w:r>
      <w:r>
        <w:t>pul bana chah bana masjid o talab bana.</w:t>
      </w:r>
    </w:p>
    <w:p>
      <w:pPr>
        <w:jc w:val="right"/>
      </w:pPr>
      <w:r>
        <w:t>پل بنا چاہ بنا مسجد و تالاب بنا۔</w:t>
      </w:r>
    </w:p>
    <w:p>
      <w:r>
        <w:rPr>
          <w:b/>
        </w:rPr>
        <w:t xml:space="preserve">[51:07] </w:t>
      </w:r>
      <w:r>
        <w:t>is zamanay mein yahi tha sadqa-e-jariya. pul bana chah bana. chah mean well yaani kuan. pul bana chah bana masjid o talab bana.</w:t>
      </w:r>
    </w:p>
    <w:p>
      <w:pPr>
        <w:jc w:val="right"/>
      </w:pPr>
      <w:r>
        <w:t>اس زمانے میں یہی تھا صدقہ جاریہ۔ پل بنا چاہ بنا۔ چاہ mean well یعنی کنواں۔ پل بنا چاہ بنا مسجد و تالاب بنا۔</w:t>
      </w:r>
    </w:p>
    <w:p>
      <w:r>
        <w:rPr>
          <w:b/>
        </w:rPr>
        <w:t xml:space="preserve">[51:17] </w:t>
      </w:r>
      <w:r>
        <w:t>aaj jo hai sab se bara sadqa-e-jariya yeh hai ke aap university banayein aap college banayein school banayein. to Jefferson ne yeh kiya.</w:t>
      </w:r>
    </w:p>
    <w:p>
      <w:pPr>
        <w:jc w:val="right"/>
      </w:pPr>
      <w:r>
        <w:t>آج جو ہے سب سے بڑا صدقہ جاریہ یہ ہے کہ آپ یونیورسٹی بنائیں آپ کالج بنائیں اسکول بنائیں۔ تو جفرسن نے یہ کیا۔</w:t>
      </w:r>
    </w:p>
    <w:p>
      <w:r>
        <w:rPr>
          <w:b/>
        </w:rPr>
        <w:t xml:space="preserve">[51:27] </w:t>
      </w:r>
      <w:r>
        <w:t>to sharai istilaah mein mein kahoon ga is ne aik sadqa-e-jariya ka kaam kiya. ke woh mar gaya lekin is ki university se lakhon logon ko faida puhanch raha hai.</w:t>
      </w:r>
    </w:p>
    <w:p>
      <w:pPr>
        <w:jc w:val="right"/>
      </w:pPr>
      <w:r>
        <w:t>تو شرعی اصطلاح میں میں کہوں گا اس نے ایک صدقہ جاریہ کا کام کیا۔ کہ وہ مر گیا لیکن اس کی یونیورسٹی سے لاکھوں لوگوں کو فائدہ پہنچ رہا ہے۔</w:t>
      </w:r>
    </w:p>
    <w:p>
      <w:r>
        <w:rPr>
          <w:b/>
        </w:rPr>
        <w:t xml:space="preserve">[51:38] </w:t>
      </w:r>
      <w:r>
        <w:t>yehi sadqa-e-jariya is se bhi ziyada achhay tareeqay se kar saktay thay Saddam Hussain. kyun? Saddam Hussain ne yaani teen baar ziyada hukoomat ki.</w:t>
      </w:r>
    </w:p>
    <w:p>
      <w:pPr>
        <w:jc w:val="right"/>
      </w:pPr>
      <w:r>
        <w:t>یہی صدقہ جاریہ اس سے بھی زیادہ اچھے طریقے سے کر سکتے تھے صدام حسین۔ کیوں؟ صدام حسین نے یعنی تین بار زیادہ حکومت کی۔</w:t>
      </w:r>
    </w:p>
    <w:p>
      <w:r>
        <w:rPr>
          <w:b/>
        </w:rPr>
        <w:t xml:space="preserve">[51:56] </w:t>
      </w:r>
      <w:r>
        <w:t>yaani Iraq mein. Jefferson ne aath saal hukoomat kiya tha. aur Saddam Hussain ne chobees saal hukoomat ki. chobees saal tak.</w:t>
      </w:r>
    </w:p>
    <w:p>
      <w:pPr>
        <w:jc w:val="right"/>
      </w:pPr>
      <w:r>
        <w:t>یعنی عراق میں۔ جفرسن نے آٹھ سال حکومت کیا تھا۔ اور صدام حسین نے چوبیس سال حکومت کی۔ چوبیس سال تک۔</w:t>
      </w:r>
    </w:p>
    <w:p>
      <w:r>
        <w:rPr>
          <w:b/>
        </w:rPr>
        <w:t xml:space="preserve">[52:07] </w:t>
      </w:r>
      <w:r>
        <w:t>ab is ke baad jab un ka wahan par khatam hua hukoomat to us waqt un ke paas aath bohat baray baray mahal thay.</w:t>
      </w:r>
    </w:p>
    <w:p>
      <w:pPr>
        <w:jc w:val="right"/>
      </w:pPr>
      <w:r>
        <w:t>اب اس کے بعد جب ان کا وہاں پر ختم ہوا حکومت تو اس وقت ان کے پاس آٹھ بہت بڑے بڑے محل تھے۔</w:t>
      </w:r>
    </w:p>
    <w:p>
      <w:r>
        <w:rPr>
          <w:b/>
        </w:rPr>
        <w:t xml:space="preserve">[52:18] </w:t>
      </w:r>
      <w:r>
        <w:t>aath bohat baray baray mahal thay Saddam Hussain ke. to agar yeh karte woh ke jab aap jantay hain ke America ne achaanak un par hamla nahi kiya tha.</w:t>
      </w:r>
    </w:p>
    <w:p>
      <w:pPr>
        <w:jc w:val="right"/>
      </w:pPr>
      <w:r>
        <w:t>آٹھ بہت بڑے بڑے محل تھے صدام حسین کے۔ تو اگر یہ کرتے وہ کہ جب آپ جانتے ہیں کہ امریکہ نے اچانک ان پر حملہ نہیں کیا تھا۔</w:t>
      </w:r>
    </w:p>
    <w:p>
      <w:r>
        <w:rPr>
          <w:b/>
        </w:rPr>
        <w:t xml:space="preserve">[52:29] </w:t>
      </w:r>
      <w:r>
        <w:t>pehlay bohat din tak woh kehta raha ke tum gaddi chhor do. bas. aur kuch nahi hum kehtay tum se</w:t>
      </w:r>
    </w:p>
    <w:p>
      <w:pPr>
        <w:jc w:val="right"/>
      </w:pPr>
      <w:r>
        <w:t>پہلے بہت دن تک وہ کہتا رہا کہ تم گدی چھوڑ دو۔ بس۔ اور کچھ نہیں ہم کہتے تم سے</w:t>
      </w:r>
    </w:p>
    <w:p>
      <w:r>
        <w:rPr>
          <w:b/>
        </w:rPr>
        <w:t xml:space="preserve">[52:35] </w:t>
      </w:r>
      <w:r>
        <w:t>. agar woh gaddi chhor kar jaise Jefferson ne chhora to to aath university bana saktay thay woh Iraq mein. apnay mahal ko university mein tabdeel kar detay woh.</w:t>
      </w:r>
    </w:p>
    <w:p>
      <w:pPr>
        <w:jc w:val="right"/>
      </w:pPr>
      <w:r>
        <w:t>۔ اگر وہ گدی چھوڑ کر جیسے جفرسن نے چھوڑا تو تو آٹھ یونیورسٹی بنا سکتے تھے وہ عراق میں۔ اپنے محل کو یونیورسٹی میں تبدیل کر دیتے وہ۔</w:t>
      </w:r>
    </w:p>
    <w:p>
      <w:r>
        <w:rPr>
          <w:b/>
        </w:rPr>
        <w:t xml:space="preserve">[52:47] </w:t>
      </w:r>
      <w:r>
        <w:t>yeh samajh kar ke yeh sadqa e jariya hai. Jab mein mar jaunga to aath Saddam Hussain zinda rahenge. Mujh ko badalne ke liye.</w:t>
      </w:r>
    </w:p>
    <w:p>
      <w:pPr>
        <w:jc w:val="right"/>
      </w:pPr>
      <w:r>
        <w:t>یہ سمجھ کر کہ یہ صدقہ جاریہ ہے۔ جب میں مر جاؤں گا تو آٹھ صدام حسین زندہ رہیں گے۔ مجھ کو بدلنے کے لیے۔</w:t>
      </w:r>
    </w:p>
    <w:p>
      <w:r>
        <w:rPr>
          <w:b/>
        </w:rPr>
        <w:t xml:space="preserve">[52:58] </w:t>
      </w:r>
      <w:r>
        <w:t>Jis din mein marunga us din mein aath Saddam Hussain chhod kar jaunga. Jo sadqa e jariya hoga.</w:t>
      </w:r>
    </w:p>
    <w:p>
      <w:pPr>
        <w:jc w:val="right"/>
      </w:pPr>
      <w:r>
        <w:t>جس دن میں مروں گا اس دن میں آٹھ صدام حسین چھوڑ کر جاؤں گا۔ جو صدقہ جاریہ ہوگا۔</w:t>
      </w:r>
    </w:p>
    <w:p>
      <w:r>
        <w:rPr>
          <w:b/>
        </w:rPr>
        <w:t xml:space="preserve">[53:05] </w:t>
      </w:r>
      <w:r>
        <w:t>Aur bahut paisa bhi tha un ke paas bank mein us waqt. To Saddam Hussain agar yeh karte sadqa e jariya ka jo tasawwur hai us se woh apna zehan banate.</w:t>
      </w:r>
    </w:p>
    <w:p>
      <w:pPr>
        <w:jc w:val="right"/>
      </w:pPr>
      <w:r>
        <w:t>اور بہت پیسہ بھی تھا ان کے پاس بینک میں اس وقت۔ تو صدام حسین اگر یہ کرتے صدقہ جاریہ کا جو تصور ہے اس سے وہ اپنا ذہن بناتے۔</w:t>
      </w:r>
    </w:p>
    <w:p>
      <w:r>
        <w:rPr>
          <w:b/>
        </w:rPr>
        <w:t xml:space="preserve">[53:20] </w:t>
      </w:r>
      <w:r>
        <w:t>Kehte hain ke chhod do hukumat ko chobees saal to bahut hai. Chobees saal hum hukumat kar chuke. Jefferson ne to aath hi saal kiya tha. Ab hum retire hokar ke apne jo hamare paas bade bade mahal hain un ko hum university mein tabdeel karenge.</w:t>
      </w:r>
    </w:p>
    <w:p>
      <w:pPr>
        <w:jc w:val="right"/>
      </w:pPr>
      <w:r>
        <w:t>کہتے ہیں کہ چھوڑو حکومت کو چوبیس سال تو بہت ہے۔ چوبیس سال ہم حکومت کر چکے۔ جفرسن نے تو آٹھ ہی سال کیا تھا۔ اب ہم ریٹائر ہو کر کے اپنے جو ہمارے پاس بڑے بڑے محل ہیں ان کو ہم یونیورسٹی میں تبدیل کریں گے۔</w:t>
      </w:r>
    </w:p>
    <w:p>
      <w:r>
        <w:rPr>
          <w:b/>
        </w:rPr>
        <w:t xml:space="preserve">[53:34] </w:t>
      </w:r>
      <w:r>
        <w:t>Hum aath university banayenge Iraq mein. Ab aap janiye ke aaj duniya ki siyasat mein number ek par hote top par hote the Saddam Hussain.</w:t>
      </w:r>
    </w:p>
    <w:p>
      <w:pPr>
        <w:jc w:val="right"/>
      </w:pPr>
      <w:r>
        <w:t>ہم آٹھ یونیورسٹی بنائیں گے عراق میں۔ اب آپ جانیے کہ آج دنیا کی سیاسی تاریخ میں نمبر ایک پر ہوتے ٹاپ پر ہوتے تھے صدام حسین۔</w:t>
      </w:r>
    </w:p>
    <w:p>
      <w:r>
        <w:rPr>
          <w:b/>
        </w:rPr>
        <w:t xml:space="preserve">[53:43] </w:t>
      </w:r>
      <w:r>
        <w:t>Kyunke koi bhi hukmaran aisa nahi hai duniya ki tareekh mein jis ne aath universities chhod kar mara ho woh. Aap sochiye zara. Ab to is ab to woh gilo ka intezar kar rahe hain.</w:t>
      </w:r>
    </w:p>
    <w:p>
      <w:pPr>
        <w:jc w:val="right"/>
      </w:pPr>
      <w:r>
        <w:t>کیونکہ کوئی بھی حکمران ایسا نہیں ہے دنیا کی تاریخ میں جس نے آٹھ یونیورسٹیاں چھوڑ کر مرا ہو وہ۔ آپ سوچیئے ذرا۔ اب تو اس اب تو وہ گیلو کا انتظار کر رہے ہیں۔</w:t>
      </w:r>
    </w:p>
    <w:p>
      <w:r>
        <w:rPr>
          <w:b/>
        </w:rPr>
        <w:t xml:space="preserve">[53:57] </w:t>
      </w:r>
      <w:r>
        <w:t>Ya gilo un ka intezar kar raha hai.</w:t>
      </w:r>
    </w:p>
    <w:p>
      <w:pPr>
        <w:jc w:val="right"/>
      </w:pPr>
      <w:r>
        <w:t>یا گیلو ان کا انتظار کر رہا ہے۔</w:t>
      </w:r>
    </w:p>
    <w:p>
      <w:r>
        <w:rPr>
          <w:b/>
        </w:rPr>
        <w:t xml:space="preserve">[54:00] </w:t>
      </w:r>
      <w:r>
        <w:t>Lekin agar Islam ka jo tasawwur hai sadqa e jariya wala us se jis ko kehte hain Hindi mein prerana prerana bhi bahut bahut pasand hai yeh lafz use prerana lete woh to kehte hain ke chhod do hukumat chobees saal to hum hukumat kar chuke ab hum Iraq mein chobees ab hum Iraq mein aath universities banayenge aath.</w:t>
      </w:r>
    </w:p>
    <w:p>
      <w:pPr>
        <w:jc w:val="right"/>
      </w:pPr>
      <w:r>
        <w:t>لیکن اگر اسلام کا جو تصور ہے صدقہ جاریہ والا اس سے وہ جس کو کہتے ہیں ہندی میں پریرنا پریرنا بھی بہت بہت پسند ہے یہ لفظ اسے پریرنا لیتے وہ تو کہتے ہیں کہ چھوڑو حکومت چوبیس سال تو ہم حکومت کر چکے اب ہم عراق میں چوبیس اب ہم عراق میں آٹھ یونیورسٹیاں بنائیں گے آٹھ۔</w:t>
      </w:r>
    </w:p>
    <w:p>
      <w:r>
        <w:rPr>
          <w:b/>
        </w:rPr>
        <w:t xml:space="preserve">[54:26] </w:t>
      </w:r>
      <w:r>
        <w:t>Is ke baad jab woh marte to kitna bada sadqa e jariya chhod kar jaate. Duniya ki tareekh mein shayad woh is mein likha tha woh jo kitaab hai Guinness ki kitaab mein likha tha ke woh hukmaran jo apne baad aath universities chhod kar gaya duniya se itna bada sadqa e jariya duniya mein chhod kar gaya woh.</w:t>
      </w:r>
    </w:p>
    <w:p>
      <w:pPr>
        <w:jc w:val="right"/>
      </w:pPr>
      <w:r>
        <w:t>اس کے بعد جب وہ مرتے تو کتنا بڑا صدقہ جاریہ چھوڑ کر جاتے۔ دنیا کی تاریخ میں شاید وہ اس میں لکھا تھا وہ جو کتاب ہے گنیز کی کتاب میں لکھا تھا کہ وہ حکمران جو اپنے بعد آٹھ یونیورسٹیاں چھوڑ کر گیا دنیا سے اتنا بڑا صدقہ جاریہ دنیا میں چھوڑ کر گیا وہ۔</w:t>
      </w:r>
    </w:p>
    <w:p>
      <w:r>
        <w:rPr>
          <w:b/>
        </w:rPr>
        <w:t xml:space="preserve">[54:51] </w:t>
      </w:r>
      <w:r>
        <w:t>Ab kya hai ab kuch bhi nahi. Yeh kya hai</w:t>
      </w:r>
    </w:p>
    <w:p>
      <w:pPr>
        <w:jc w:val="right"/>
      </w:pPr>
      <w:r>
        <w:t>اب کیا ہے اب کچھ بھی نہیں۔ یہ کیا ہے</w:t>
      </w:r>
    </w:p>
    <w:p>
      <w:r>
        <w:rPr>
          <w:b/>
        </w:rPr>
        <w:t xml:space="preserve">[54:55] </w:t>
      </w:r>
      <w:r>
        <w:t>Soch ka farq hai. Apna jo framework un ka ban raha ban gaya tha us framework mein woh samajhte the ke bas mujhe to gaddi par rehna hai.</w:t>
      </w:r>
    </w:p>
    <w:p>
      <w:pPr>
        <w:jc w:val="right"/>
      </w:pPr>
      <w:r>
        <w:t>سوچ کا فرق ہے۔ اپنا جو فریم ورک ان کا بن رہا بن گیا تھا اس فریم ورک میں وہ سمجھتے تھے کہ بس مجھے تو گدی پر رہنا ہے۔</w:t>
      </w:r>
    </w:p>
    <w:p>
      <w:r>
        <w:rPr>
          <w:b/>
        </w:rPr>
        <w:t xml:space="preserve">[55:04] </w:t>
      </w:r>
      <w:r>
        <w:t>Mujhe siyasi seat par rehna hai. Mujhe sadar ban kar rehna hai. Is ko chhod kar koi aur zindagi unhein maloom nahi thi. Kisi aur zindagi ka pata nahi tha.</w:t>
      </w:r>
    </w:p>
    <w:p>
      <w:pPr>
        <w:jc w:val="right"/>
      </w:pPr>
      <w:r>
        <w:t>مجھے سیاسی سیٹ پر رہنا ہے۔ مجھے صدر بن کر رہنا ہے۔ اس کو چھوڑ کر کوئی اور زندگی انہیں معلوم نہیں تھی۔ کسی اور زندگی کا پتہ نہیں تھا۔</w:t>
      </w:r>
    </w:p>
    <w:p>
      <w:r>
        <w:rPr>
          <w:b/>
        </w:rPr>
        <w:t xml:space="preserve">[55:16] </w:t>
      </w:r>
      <w:r>
        <w:t>Jefferson ne daryaft kiya ke sadarat ko chhod kar bhi ek zindagi hai.</w:t>
      </w:r>
    </w:p>
    <w:p>
      <w:pPr>
        <w:jc w:val="right"/>
      </w:pPr>
      <w:r>
        <w:t>جفرسن نے دریافت کیا کہ صدارت کو چھوڑ کر بھی ایک زندگی ہے۔</w:t>
      </w:r>
    </w:p>
    <w:p>
      <w:r>
        <w:rPr>
          <w:b/>
        </w:rPr>
        <w:t xml:space="preserve">[55:24] </w:t>
      </w:r>
      <w:r>
        <w:t>Woh hai university ka bani banna. To Islam mein to woh aur bhi zyada yeh cheez maujood thi sadqa e jariya ki shakal mein ke.</w:t>
      </w:r>
    </w:p>
    <w:p>
      <w:pPr>
        <w:jc w:val="right"/>
      </w:pPr>
      <w:r>
        <w:t>وہ ہے یونیورسٹی کا بانی بننا۔ تو اسلام میں تو وہ اور بھی زیادہ یہ چیز موجود تھی صدقہ جاریہ کی شکل میں کہ۔</w:t>
      </w:r>
    </w:p>
    <w:p>
      <w:r>
        <w:rPr>
          <w:b/>
        </w:rPr>
        <w:t xml:space="preserve">[55:34] </w:t>
      </w:r>
      <w:r>
        <w:t>Ke gaddi chhod kar bhi mere paas ek bahut bada option hai. Woh option hai ke aath universities banaun mein Iraq mein.</w:t>
      </w:r>
    </w:p>
    <w:p>
      <w:pPr>
        <w:jc w:val="right"/>
      </w:pPr>
      <w:r>
        <w:t>کہ گدی چھوڑ کر بھی میرے پاس ایک بہت بڑا آپشن ہے۔ وہ آپشن ہے کہ آٹھ یونیورسٹیاں بناؤں میں عراق میں۔</w:t>
      </w:r>
    </w:p>
    <w:p>
      <w:r>
        <w:rPr>
          <w:b/>
        </w:rPr>
        <w:t xml:space="preserve">[55:41] </w:t>
      </w:r>
      <w:r>
        <w:t>Lekin apne framework mein jeete rahe yahan tak ke ab aaj woh woh woh aaj jo un ka jis ikhtitam ko woh saamna jis ikhtitam ka woh intezar kar rahe hain woh aap sab log jante hain.</w:t>
      </w:r>
    </w:p>
    <w:p>
      <w:pPr>
        <w:jc w:val="right"/>
      </w:pPr>
      <w:r>
        <w:t>لیکن اپنے فریم ورک میں جیتے رہے یہاں تک کہ اب آج وہ وہ وہ آج جو ان کا جس اختتام کو وہ سامنا جس اختتام کا وہ انتظار کر رہے ہیں وہ آپ سب لوگ جانتے ہیں۔</w:t>
      </w:r>
    </w:p>
    <w:p>
      <w:r>
        <w:rPr>
          <w:b/>
        </w:rPr>
        <w:t xml:space="preserve">[55:58] </w:t>
      </w:r>
      <w:r>
        <w:t>Yeh log jo hote hain yeh taqat ke hungry hote hain. Taqat ke hungry. Koi taqat ka hungry hota hai koi fareb ka hungry hota hai koi paise ka hungry hota hai.</w:t>
      </w:r>
    </w:p>
    <w:p>
      <w:pPr>
        <w:jc w:val="right"/>
      </w:pPr>
      <w:r>
        <w:t>یہ لوگ جو ہوتے ہیں یہ طاقت کے ہنگری ہوتے ہیں۔ طاقت کے ہنگری۔ کوئی طاقت کا ہنگری ہوتا ہے کوئی فریب کا ہنگری ہوتا ہے کوئی پیسے کا ہنگری ہوتا ہے۔</w:t>
      </w:r>
    </w:p>
    <w:p>
      <w:r>
        <w:rPr>
          <w:b/>
        </w:rPr>
        <w:t xml:space="preserve">[56:08] </w:t>
      </w:r>
      <w:r>
        <w:t>Isi mein aadmi mara jata hai.</w:t>
      </w:r>
    </w:p>
    <w:p>
      <w:pPr>
        <w:jc w:val="right"/>
      </w:pPr>
      <w:r>
        <w:t>اسی میں آدمی مارا جاتا ہے۔</w:t>
      </w:r>
    </w:p>
    <w:p>
      <w:r>
        <w:rPr>
          <w:b/>
        </w:rPr>
        <w:t xml:space="preserve">[56:11] </w:t>
      </w:r>
      <w:r>
        <w:t>Koi ai hungry hota hai. Ke mein mein agar kahin yani kisi koi meeting ho rahi hai das bees aadmi baithe hue hain to ai hungry jo hota hai woh kya hota hai woh agar wahan par upar aajaye to bas woh khush ho jayega haan.</w:t>
      </w:r>
    </w:p>
    <w:p>
      <w:pPr>
        <w:jc w:val="right"/>
      </w:pPr>
      <w:r>
        <w:t>کوئی آئی ہنگری ہوتا ہے۔ کہ میں میں اگر کہیں یعنی کسی کوئی میٹنگ ہو رہی ہے دس بیس آدمی بیٹھے ہوئے ہیں تو آئی ہنگری جو ہوتا ہے وہ کیا ہوتا ہے وہ اگر وہاں پر اوپر آجائے تو بس وہ خوش ہو جائے گا ہاں۔</w:t>
      </w:r>
    </w:p>
    <w:p>
      <w:r>
        <w:rPr>
          <w:b/>
        </w:rPr>
        <w:t xml:space="preserve">[56:29] </w:t>
      </w:r>
      <w:r>
        <w:t>Koi doosra agar aajaye to is mein khushi nahi is ki hogi.</w:t>
      </w:r>
    </w:p>
    <w:p>
      <w:pPr>
        <w:jc w:val="right"/>
      </w:pPr>
      <w:r>
        <w:t>کوئی دوسرا اگر آجائے تو اس میں خوشی نہیں اس کی ہوگی۔</w:t>
      </w:r>
    </w:p>
    <w:p>
      <w:r>
        <w:rPr>
          <w:b/>
        </w:rPr>
        <w:t xml:space="preserve">[56:33] </w:t>
      </w:r>
      <w:r>
        <w:t>To saare logon ka haal yeh hai ke woh koi ai hungry hai koi paise ka hungry hai koi taqat ka hungry hai koi fareb ka hungry hai isi mein jeete hain isi mein jeete hain aur phir mar jate hain.</w:t>
      </w:r>
    </w:p>
    <w:p>
      <w:pPr>
        <w:jc w:val="right"/>
      </w:pPr>
      <w:r>
        <w:t>تو سارے لوگوں کا حال یہ ہے کہ وہ کوئی آئی ہنگری ہے کوئی پیسے کا ہنگری ہے کوئی طاقت کا ہنگری ہے کوئی فریب کا ہنگری ہے اسی میں جیتے ہیں اسی میں جیتے ہیں اور پھر مر جاتے ہیں۔</w:t>
      </w:r>
    </w:p>
    <w:p>
      <w:r>
        <w:rPr>
          <w:b/>
        </w:rPr>
        <w:t xml:space="preserve">[56:46] </w:t>
      </w:r>
      <w:r>
        <w:t>Is se upar uthkar sochna un ke bas mein nahi hota. Behtareen jo tasawwur hai Islam mein woh sadqa e jariya. Sadqa e jariya.</w:t>
      </w:r>
    </w:p>
    <w:p>
      <w:pPr>
        <w:jc w:val="right"/>
      </w:pPr>
      <w:r>
        <w:t>اس سے اوپر اٹھ کر سوچنا ان کے بس میں نہیں ہوتا۔ بہترین جو تصور ہے اسلام میں وہ صدقہ جاریہ۔ صدقہ جاریہ۔</w:t>
      </w:r>
    </w:p>
    <w:p>
      <w:r>
        <w:rPr>
          <w:b/>
        </w:rPr>
        <w:t xml:space="preserve">[56:56] </w:t>
      </w:r>
      <w:r>
        <w:t>Sadqa e jariya ka matlab hota hai aisi charity hai jo aap ke baad bhi duniya mein chalti rahe chalti rahe chalti rahe.</w:t>
      </w:r>
    </w:p>
    <w:p>
      <w:pPr>
        <w:jc w:val="right"/>
      </w:pPr>
      <w:r>
        <w:t>صدقہ جاریہ کا مطلب ہوتا ہے ایسی چیریٹی ہے جو آپ کے بعد بھی دنیا میں چلتی رہے چلتی رہے چلتی رہے۔</w:t>
      </w:r>
    </w:p>
    <w:p>
      <w:r>
        <w:rPr>
          <w:b/>
        </w:rPr>
        <w:t xml:space="preserve">[57:05] </w:t>
      </w:r>
      <w:r>
        <w:t>Isi ko unhone kaha jo mein ne sher padha un ka Shah Zafar ka ke khair gar chahta hai matlab khair se murad hai un ka sadqa e jariya khair gar chahta hai khair ke asbab bana.</w:t>
      </w:r>
    </w:p>
    <w:p>
      <w:pPr>
        <w:jc w:val="right"/>
      </w:pPr>
      <w:r>
        <w:t>اسی کو انہوں نے کہا جو میں نے شعر پڑھا ان کا شاہ ظفر کا کہ خیر گر چاہتا ہے مطلب خیر سے مراد ہے ان کا صدقہ جاریہ خیر گر چاہتا ہے خیر کے اسباب بنا۔</w:t>
      </w:r>
    </w:p>
    <w:p>
      <w:r>
        <w:rPr>
          <w:b/>
        </w:rPr>
        <w:t xml:space="preserve">[57:18] </w:t>
      </w:r>
      <w:r>
        <w:t>Pul bana chah bana masjid o talab bana. Aaj to yeh baat to bahut pehle ki hai. Jab koi sanati inqilab nahi aaya tha.</w:t>
      </w:r>
    </w:p>
    <w:p>
      <w:pPr>
        <w:jc w:val="right"/>
      </w:pPr>
      <w:r>
        <w:t>پل بنا چاہ بنا مسجد و تالاب بنا۔ آج تو یہ بات تو بہت پہلے کی ہے۔ جب کوئی صنعتی انقلاب نہیں آیا تھا۔</w:t>
      </w:r>
    </w:p>
    <w:p>
      <w:r>
        <w:rPr>
          <w:b/>
        </w:rPr>
        <w:t xml:space="preserve">[57:30] </w:t>
      </w:r>
      <w:r>
        <w:t>ab to itne zyada naye naye yani mawaqe khul gaye hain. isi mein se ek hai university banana. college banana.</w:t>
      </w:r>
    </w:p>
    <w:p>
      <w:pPr>
        <w:jc w:val="right"/>
      </w:pPr>
      <w:r>
        <w:t>اب تو اتنے زیادہ نئے نئے یعنی مواقع کھل گئے ہیں۔ اسی میں سے ایک ہے یونیورسٹی بنانا۔ کالج بنانا۔</w:t>
      </w:r>
    </w:p>
    <w:p>
      <w:r>
        <w:rPr>
          <w:b/>
        </w:rPr>
        <w:t xml:space="preserve">[57:44] </w:t>
      </w:r>
      <w:r>
        <w:t>to main samajhta hoon ke agar log apne junoon se bahar aain apne framework se bahar aain aur sadqa e jariya jo hai us ke usool ko pakar le</w:t>
      </w:r>
    </w:p>
    <w:p>
      <w:pPr>
        <w:jc w:val="right"/>
      </w:pPr>
      <w:r>
        <w:t>تو میں سمجھتا ہوں کہ اگر لوگ اپنے جنون سے باہر آئیں اپنے فریم ورک سے باہر آئیں اور صدقہ جاریہ جو ہے اس کے اصول کو پکڑ ل</w:t>
      </w:r>
    </w:p>
    <w:p>
      <w:r>
        <w:rPr>
          <w:b/>
        </w:rPr>
        <w:t xml:space="preserve">[57:55] </w:t>
      </w:r>
      <w:r>
        <w:t>in to har aadmi apne peeche ek aisi cheez chhod kar marega ke saare log us ki tareef karenge bhai dekho kitna bada kaam kiya is ne.</w:t>
      </w:r>
    </w:p>
    <w:p>
      <w:pPr>
        <w:jc w:val="right"/>
      </w:pPr>
      <w:r>
        <w:t>یں تو ہر آدمی اپنے پیچھے ایک ایسی چیز چھوڑ کر مرے گا کہ سارے لوگ اس کی تعریف کریں گے بھئی دیکھو کتنا بڑا کام کیا اس نے۔</w:t>
      </w:r>
    </w:p>
    <w:p>
      <w:r>
        <w:rPr>
          <w:b/>
        </w:rPr>
        <w:t xml:space="preserve">[58:05] </w:t>
      </w:r>
      <w:r>
        <w:t>saare is ka yani</w:t>
      </w:r>
    </w:p>
    <w:p>
      <w:pPr>
        <w:jc w:val="right"/>
      </w:pPr>
      <w:r>
        <w:t>سارے اس کا یعنی</w:t>
      </w:r>
    </w:p>
    <w:p>
      <w:r>
        <w:rPr>
          <w:b/>
        </w:rPr>
        <w:t xml:space="preserve">[58:13] </w:t>
      </w:r>
      <w:r>
        <w:t>saari baaton ka khulasa main samajhta hoon ke yahi hai ke aap ke andar yeh salahiyat ho ke aap cheezon ko apne framework se bahar aa kar dekh saken.</w:t>
      </w:r>
    </w:p>
    <w:p>
      <w:pPr>
        <w:jc w:val="right"/>
      </w:pPr>
      <w:r>
        <w:t>ساری باتوں کا خلاصہ میں سمجھتا ہوں کہ یہی ہے کہ آپ کے اندر یہ صلاحیت ہو کہ آپ چیزوں کو اپنے فریم ورک سے باہر آ کر دیکھ سکیں۔</w:t>
      </w:r>
    </w:p>
    <w:p>
      <w:r>
        <w:rPr>
          <w:b/>
        </w:rPr>
        <w:t xml:space="preserve">[58:28] </w:t>
      </w:r>
      <w:r>
        <w:t>apne framework se bahar aa kar dekh saken. jaise Saddam Hussein ka framework kya hai ke main gaddi par rahoon. main siyasi taqat mere haath mein ho.</w:t>
      </w:r>
    </w:p>
    <w:p>
      <w:pPr>
        <w:jc w:val="right"/>
      </w:pPr>
      <w:r>
        <w:t>اپنے فریم ورک سے باہر آ کر دیکھ سکیں۔ جیسے صدام حسین کا فریم ورک کیا ہے کہ میں گدی پر رہوں۔ میں سیاسی طاقت میرے ہاتھ میں ہو۔</w:t>
      </w:r>
    </w:p>
    <w:p>
      <w:r>
        <w:rPr>
          <w:b/>
        </w:rPr>
        <w:t xml:space="preserve">[58:40] </w:t>
      </w:r>
      <w:r>
        <w:t>is framework se agar bahar aate woh to dekhte ke yeh to hai mere liye bohat bari dunya khuli hui hai is se bari dunya. is se zyada bari dunya khuli hui hai mir</w:t>
      </w:r>
    </w:p>
    <w:p>
      <w:pPr>
        <w:jc w:val="right"/>
      </w:pPr>
      <w:r>
        <w:t>اس فریم ورک سے اگر باہر آتے وہ تو دیکھتے کہ یہ تو ہے میرے لیے بہت بڑی دنیا کھلی ہوئی ہے اس سے بڑی دنیا۔ اس سے زیادہ بڑی دنیا کھلی ہوئی ہے میر</w:t>
      </w:r>
    </w:p>
    <w:p>
      <w:r>
        <w:rPr>
          <w:b/>
        </w:rPr>
        <w:t xml:space="preserve">[58:52] </w:t>
      </w:r>
      <w:r>
        <w:t>e liye. is baat ko agar aap phailaiye to jitne philosophers jitne thinkers hain woh bhi apne framework hi ke mein ke samandar mein doob kar khatm ho gaye.</w:t>
      </w:r>
    </w:p>
    <w:p>
      <w:pPr>
        <w:jc w:val="right"/>
      </w:pPr>
      <w:r>
        <w:t>ے لیے۔ اس بات کو اگر آپ پھیلائیے تو جتنے فلاسفرز جتنے تھنکرز ہیں وہ بھی اپنے فریم ورک ہی کے میں کہ سمندر میں ڈوب کر ختم ہو گئے۔</w:t>
      </w:r>
    </w:p>
    <w:p>
      <w:r>
        <w:rPr>
          <w:b/>
        </w:rPr>
        <w:t xml:space="preserve">[59:04] </w:t>
      </w:r>
      <w:r>
        <w:t>kuch kar nahi sake. un ka framework kya tha thinkers ka aur reformers ka aur philosophers ka woh tha idealism. har aadmi ideal ek is ek tasveer thi us par sochta tha woh.</w:t>
      </w:r>
    </w:p>
    <w:p>
      <w:pPr>
        <w:jc w:val="right"/>
      </w:pPr>
      <w:r>
        <w:t>کچھ کر نہیں سکے۔ ان کا فریم ورک کیا تھا تھنکرز کا اور ریفارمرز کا اور فلاسفرز کا وہ تھا آئیڈیلزم۔ ہر آدمی آئیڈیل ایک اس ایک تصویر تھی اس پر سوچتا تھا وہ۔</w:t>
      </w:r>
    </w:p>
    <w:p>
      <w:r>
        <w:rPr>
          <w:b/>
        </w:rPr>
        <w:t xml:space="preserve">[59:19] </w:t>
      </w:r>
      <w:r>
        <w:t>har aadmi. maslan Plato ne socha ideal state. Butter ne socha world government.</w:t>
      </w:r>
    </w:p>
    <w:p>
      <w:pPr>
        <w:jc w:val="right"/>
      </w:pPr>
      <w:r>
        <w:t>ہر آدمی۔ مثلاً پلیٹو نے سوچا آئیڈیل اسٹیٹ۔ بٹر نے سوچا ورلڈ گورنمنٹ۔</w:t>
      </w:r>
    </w:p>
    <w:p>
      <w:r>
        <w:rPr>
          <w:b/>
        </w:rPr>
        <w:t xml:space="preserve">[59:30] </w:t>
      </w:r>
      <w:r>
        <w:t>sab ne isi tareeqe se. Marx ne socha ideal society. Rousseau ne socha ideal siyasi nizam.</w:t>
      </w:r>
    </w:p>
    <w:p>
      <w:pPr>
        <w:jc w:val="right"/>
      </w:pPr>
      <w:r>
        <w:t>سب نے اسی طریقے سے۔ مارکس نے سوچا آئیڈیل سوسائٹی۔ روسو نے سوچا آئیڈیل سیاسی نظام۔</w:t>
      </w:r>
    </w:p>
    <w:p>
      <w:r>
        <w:rPr>
          <w:b/>
        </w:rPr>
        <w:t xml:space="preserve">[59:40] </w:t>
      </w:r>
      <w:r>
        <w:t>aur sab ke sab freshers mare. aap un ki zindagi padh lijie. un ki zindagi padh lijie aap. kyun?</w:t>
      </w:r>
    </w:p>
    <w:p>
      <w:pPr>
        <w:jc w:val="right"/>
      </w:pPr>
      <w:r>
        <w:t>اور سب کے سب فریشرز مرے۔ آپ ان کی زندگی پڑھ لیجیے۔ ان کی زندگی پڑھ لیجیے آپ۔ کیوں؟</w:t>
      </w:r>
    </w:p>
    <w:p>
      <w:r>
        <w:rPr>
          <w:b/>
        </w:rPr>
        <w:t xml:space="preserve">[59:48] </w:t>
      </w:r>
      <w:r>
        <w:t>Ideal cannot be achieved in this world lekin un ke baad jo bhi reformer aata hai woh bhi isi tarah sochta hai. woh bhi isi tarah sochta hai.</w:t>
      </w:r>
    </w:p>
    <w:p>
      <w:pPr>
        <w:jc w:val="right"/>
      </w:pPr>
      <w:r>
        <w:t>Ideal cannot be achieved in this world لیکن ان کے بعد جو بھی ریفارمر آتا ہے وہ بھی اسی طرح سوچتا ہے۔ وہ بھی اسی طرح سوچتا ہے۔</w:t>
      </w:r>
    </w:p>
    <w:p>
      <w:r>
        <w:rPr>
          <w:b/>
        </w:rPr>
        <w:t xml:space="preserve">[1:00:02] </w:t>
      </w:r>
      <w:r>
        <w:t>to nateeja kya hota hai ke ideal state ideal society ideal nizam banane ke chakkar mein zindagi khatm kar deta hai apna aur milta kuch bhi nahi is ko.</w:t>
      </w:r>
    </w:p>
    <w:p>
      <w:pPr>
        <w:jc w:val="right"/>
      </w:pPr>
      <w:r>
        <w:t>تو نتیجہ کیا ہوتا ہے کہ آئیڈیل اسٹیٹ آئیڈیل سوسائٹی آئیڈیل نظام بنانے کے چکر میں زندگی ختم کر دیتا ہے اپنا اور ملتا کچھ بھی نہیں اس کو۔</w:t>
      </w:r>
    </w:p>
    <w:p>
      <w:r>
        <w:rPr>
          <w:b/>
        </w:rPr>
        <w:t xml:space="preserve">[1:00:14] </w:t>
      </w:r>
      <w:r>
        <w:t>yani hasil karne wala jo hai woh haarne wala ban kar dunya se jaata hai.</w:t>
      </w:r>
    </w:p>
    <w:p>
      <w:pPr>
        <w:jc w:val="right"/>
      </w:pPr>
      <w:r>
        <w:t>یعنی حاصل کرنے والا جو ہے وہ ہارنے والا بن کر دنیا سے جاتا ہے۔</w:t>
      </w:r>
    </w:p>
    <w:p>
      <w:r>
        <w:rPr>
          <w:b/>
        </w:rPr>
        <w:t xml:space="preserve">[1:00:18] </w:t>
      </w:r>
      <w:r>
        <w:t>mayusi mein jaata hai mayusi mein woh.</w:t>
      </w:r>
    </w:p>
    <w:p>
      <w:pPr>
        <w:jc w:val="right"/>
      </w:pPr>
      <w:r>
        <w:t>مایوسی میں جاتا ہے مایوسی میں وہ۔</w:t>
      </w:r>
    </w:p>
    <w:p>
      <w:r>
        <w:rPr>
          <w:b/>
        </w:rPr>
        <w:t xml:space="preserve">[1:00:24] </w:t>
      </w:r>
      <w:r>
        <w:t>to saara jadd kya hai ke aap apne framework se bahar aa kar soch saken.</w:t>
      </w:r>
    </w:p>
    <w:p>
      <w:pPr>
        <w:jc w:val="right"/>
      </w:pPr>
      <w:r>
        <w:t>تو سارا جڑ کیا ہے کہ آپ اپنے فریم ورک سے باہر آ کر سوچ سکیں۔</w:t>
      </w:r>
    </w:p>
    <w:p>
      <w:r>
        <w:rPr>
          <w:b/>
        </w:rPr>
        <w:t xml:space="preserve">[1:00:31] </w:t>
      </w:r>
      <w:r>
        <w:t>yani Plato ka ideal state darasal utopian state tha. Marx ka ideal samaj utopian samaj tha.</w:t>
      </w:r>
    </w:p>
    <w:p>
      <w:pPr>
        <w:jc w:val="right"/>
      </w:pPr>
      <w:r>
        <w:t>یعنی پلیٹو کا آئیڈیل اسٹیٹ دراصل یوٹوپین اسٹیٹ تھا۔ مارکس کا آئیڈیل سماج یوٹوپین سماج تھا۔</w:t>
      </w:r>
    </w:p>
    <w:p>
      <w:r>
        <w:rPr>
          <w:b/>
        </w:rPr>
        <w:t xml:space="preserve">[1:00:41] </w:t>
      </w:r>
      <w:r>
        <w:t>Rousseau ka ideal siyasi nizam darasal utopian nizam tha.</w:t>
      </w:r>
    </w:p>
    <w:p>
      <w:pPr>
        <w:jc w:val="right"/>
      </w:pPr>
      <w:r>
        <w:t>روسو کا آئیڈیل سیاسی نظام دراصل یوٹوپین نظام تھا۔</w:t>
      </w:r>
    </w:p>
    <w:p>
      <w:r>
        <w:rPr>
          <w:b/>
        </w:rPr>
        <w:t xml:space="preserve">[1:00:47] </w:t>
      </w:r>
      <w:r>
        <w:t>yahan tak ke hamare desh mein hamare jo leader the unhon ne jo jis ne India ka khwab dekha tha ke woh gana ek aata hai kabhi kabhi main sunta hoon ke mere desh ki dharti sona agle agle heere moti.</w:t>
      </w:r>
    </w:p>
    <w:p>
      <w:pPr>
        <w:jc w:val="right"/>
      </w:pPr>
      <w:r>
        <w:t>یہاں تک کہ ہمارے દેશ میں ہمارے جو لیڈر تھے انہوں نے جو جس نے انڈیا کا خواب دیکھا تھا کہ وہ گانا ایک آتا ہے کبھی کبھی میں سنتا ہوں کہ میرے دیس کی دھرتی سونا اگلے اگلے ہیرے موتی۔</w:t>
      </w:r>
    </w:p>
    <w:p>
      <w:r>
        <w:rPr>
          <w:b/>
        </w:rPr>
        <w:t xml:space="preserve">[1:01:03] </w:t>
      </w:r>
      <w:r>
        <w:t>ab yeh to sher mein ho raha hai yeh sab baatein. haqeeqat mein to kuch bhi nahi hai. hamein to nahi dikhai padta ki. mere desh ki dharti sona agle agle heere moti.</w:t>
      </w:r>
    </w:p>
    <w:p>
      <w:pPr>
        <w:jc w:val="right"/>
      </w:pPr>
      <w:r>
        <w:t>اب یہ تو شعر میں ہو رہا ہے یہ سب باتیں۔ حقیقت میں تو کچھ بھی نہیں ہے۔ ہمیں تو نہیں دکھائی پڑتا کہیں۔ میرے دیس کی دھرتی سونا اگلے اگلے ہیرے موتی۔</w:t>
      </w:r>
    </w:p>
    <w:p>
      <w:r>
        <w:rPr>
          <w:b/>
        </w:rPr>
        <w:t xml:space="preserve">[1:01:15] </w:t>
      </w:r>
      <w:r>
        <w:t>yeh kya hai ek ideal bana rakha hai. ideal. jo haqeeqat se bohat door hai bohat door hai bohat door hai.</w:t>
      </w:r>
    </w:p>
    <w:p>
      <w:pPr>
        <w:jc w:val="right"/>
      </w:pPr>
      <w:r>
        <w:t>یہ کیا ہے ایک آئیڈیل بنا رکھا ہے۔ آئیڈیل۔ جو حقیقت سے بہت دور ہے بہت دور ہے بہت دور ہے۔</w:t>
      </w:r>
    </w:p>
    <w:p>
      <w:r>
        <w:rPr>
          <w:b/>
        </w:rPr>
        <w:t xml:space="preserve">[1:01:25] </w:t>
      </w:r>
      <w:r>
        <w:t>to jab tak aap apne har aadmi utopia mein jeeta hai. yani idealism ka matlab hai utopia mein jeena.</w:t>
      </w:r>
    </w:p>
    <w:p>
      <w:pPr>
        <w:jc w:val="right"/>
      </w:pPr>
      <w:r>
        <w:t>تو جب تک آپ اپنے ہر آدمی یوٹوپیا میں جیتا ہے۔ یعنی آئیڈیلزم کا مطلب ہے یوٹوپیا میں جینا۔</w:t>
      </w:r>
    </w:p>
    <w:p>
      <w:r>
        <w:rPr>
          <w:b/>
        </w:rPr>
        <w:t xml:space="preserve">[1:01:36] </w:t>
      </w:r>
      <w:r>
        <w:t>utopia aap jante hain ke ek tasawwuri jazeera kisi ne kitab mein banaya.</w:t>
      </w:r>
    </w:p>
    <w:p>
      <w:pPr>
        <w:jc w:val="right"/>
      </w:pPr>
      <w:r>
        <w:t>یوٹوپیا آپ جانتے ہیں کہ ایک تصوری جزیرہ کسی نے کتاب میں بنایا۔</w:t>
      </w:r>
    </w:p>
    <w:p>
      <w:r>
        <w:rPr>
          <w:b/>
        </w:rPr>
        <w:t xml:space="preserve">[1:01:44] </w:t>
      </w:r>
      <w:r>
        <w:t>ek kitab hai is ka naam yahi hai utopia. ek tasawwuri jazeera jo kahin tha nahi is ke apne zehan mein tha. isi se bana hai utopian soch.</w:t>
      </w:r>
    </w:p>
    <w:p>
      <w:pPr>
        <w:jc w:val="right"/>
      </w:pPr>
      <w:r>
        <w:t>ایک کتاب ہے اس کا نام یہی ہے یوٹوپیا۔ ایک تصوری جزیرہ جو کہیں تھا نہیں اس کے اپنے ذہن میں تھا۔ اسی سے بنا ہے یوٹوپین سوچ۔</w:t>
      </w:r>
    </w:p>
    <w:p>
      <w:r>
        <w:rPr>
          <w:b/>
        </w:rPr>
        <w:t xml:space="preserve">[1:01:56] </w:t>
      </w:r>
      <w:r>
        <w:t>to jitne idealist the wo sab utopian thay.</w:t>
      </w:r>
    </w:p>
    <w:p>
      <w:pPr>
        <w:jc w:val="right"/>
      </w:pPr>
      <w:r>
        <w:t>تو جتنے آئیڈیلسٹ تھے وہ سب یوٹوپین تھے۔</w:t>
      </w:r>
    </w:p>
    <w:p>
      <w:r>
        <w:rPr>
          <w:b/>
        </w:rPr>
        <w:t xml:space="preserve">[1:02:02] </w:t>
      </w:r>
      <w:r>
        <w:t>sab ke sab utopian thay.</w:t>
      </w:r>
    </w:p>
    <w:p>
      <w:pPr>
        <w:jc w:val="right"/>
      </w:pPr>
      <w:r>
        <w:t>سب کے سب یوٹوپین تھے۔</w:t>
      </w:r>
    </w:p>
    <w:p>
      <w:r>
        <w:rPr>
          <w:b/>
        </w:rPr>
        <w:t xml:space="preserve">[1:02:06] </w:t>
      </w:r>
      <w:r>
        <w:t>isi liye koi gehri baat koi daryaft nahi kar saka.</w:t>
      </w:r>
    </w:p>
    <w:p>
      <w:pPr>
        <w:jc w:val="right"/>
      </w:pPr>
      <w:r>
        <w:t>اسی لیے کوئی گہری بات کوئی دریافت نہیں کر سکا۔</w:t>
      </w:r>
    </w:p>
    <w:p>
      <w:r>
        <w:rPr>
          <w:b/>
        </w:rPr>
        <w:t xml:space="preserve">[1:02:12] </w:t>
      </w:r>
      <w:r>
        <w:t>kal aik sahib mile jo bohat novelain parhi hain unhon ne. unhon ne kaha ke main ne bohat novelain parhi hain. zindagi mein novelain parta raha hoon. to main ne kaha ke sare novelain jo hain bekar hain.</w:t>
      </w:r>
    </w:p>
    <w:p>
      <w:pPr>
        <w:jc w:val="right"/>
      </w:pPr>
      <w:r>
        <w:t>کل ایک صاحب ملے جو بہت ناولیں پڑھی ہیں انہوں نے۔ انہوں نے کہا کہ میں نے بہت ناولیں پڑھی ہیں۔ زندگی میں ناولیں پڑھتا رہا ہوں۔ تو میں نے کہا کہ سارے ناولیں جو ہیں بیکار ہیں۔</w:t>
      </w:r>
    </w:p>
    <w:p>
      <w:r>
        <w:rPr>
          <w:b/>
        </w:rPr>
        <w:t xml:space="preserve">[1:02:24] </w:t>
      </w:r>
      <w:r>
        <w:t>rubbish hain rubbish. ab wo bohat ghusa hue ke itne bare bare novelist ne likha hai aur us ko rubbish keh rahe hain aap.</w:t>
      </w:r>
    </w:p>
    <w:p>
      <w:pPr>
        <w:jc w:val="right"/>
      </w:pPr>
      <w:r>
        <w:t>ربش ہیں ربش۔ اب وہ بہت غصہ ہوئے کہ اتنے بڑے بڑے ناولسٹ نے لکھا ہے اور اس کو ربش کہہ رہے ہیں آپ۔</w:t>
      </w:r>
    </w:p>
    <w:p>
      <w:r>
        <w:rPr>
          <w:b/>
        </w:rPr>
        <w:t xml:space="preserve">[1:02:34] </w:t>
      </w:r>
      <w:r>
        <w:t>kaise rubbish keh rahe hain aap. main ne kaha suniye meri baat.</w:t>
      </w:r>
    </w:p>
    <w:p>
      <w:pPr>
        <w:jc w:val="right"/>
      </w:pPr>
      <w:r>
        <w:t>کیسے ربش کہہ رہے ہیں آپ۔ میں نے کہا سنیے میری بات۔</w:t>
      </w:r>
    </w:p>
    <w:p>
      <w:r>
        <w:rPr>
          <w:b/>
        </w:rPr>
        <w:t xml:space="preserve">[1:02:39] </w:t>
      </w:r>
      <w:r>
        <w:t>har novel jo hai kahani mohabbat ki hoti hai. har novel. shayad koi istasna is mein ho. novel matlab kahani mohabbat.</w:t>
      </w:r>
    </w:p>
    <w:p>
      <w:pPr>
        <w:jc w:val="right"/>
      </w:pPr>
      <w:r>
        <w:t>ہر ناول جو ہے کہانی محبت کی ہوتی ہے۔ ہر ناول۔ شاید کوئی استثنا اس میں ہو۔ ناول مطلب کہانی محبت۔</w:t>
      </w:r>
    </w:p>
    <w:p>
      <w:r>
        <w:rPr>
          <w:b/>
        </w:rPr>
        <w:t xml:space="preserve">[1:02:49] </w:t>
      </w:r>
      <w:r>
        <w:t>lekin kya koi novel aap batayen ge jo ideology mohabbat bhi bataya ho is mein. What is ideology of love kisi bhi novel mein nahi hai.</w:t>
      </w:r>
    </w:p>
    <w:p>
      <w:pPr>
        <w:jc w:val="right"/>
      </w:pPr>
      <w:r>
        <w:t>لیکن کیا کوئی ناول آپ بتائیں گے جو آئیڈیلوجی محبت بھی بتایا ہو اس میں۔ What is ideology of love کسی بھی ناول میں نہیں ہے۔</w:t>
      </w:r>
    </w:p>
    <w:p>
      <w:r>
        <w:rPr>
          <w:b/>
        </w:rPr>
        <w:t xml:space="preserve">[1:03:01] </w:t>
      </w:r>
      <w:r>
        <w:t>to kahani mohabbat to har novel mein hai lekin ideology mohabbat kisi novel mein nahi hai. to kya novel hai wo.</w:t>
      </w:r>
    </w:p>
    <w:p>
      <w:pPr>
        <w:jc w:val="right"/>
      </w:pPr>
      <w:r>
        <w:t>تو کہانی محبت تو ہر ناول میں ہے لیکن آئیڈیلوجی محبت کسی ناول میں نہیں ہے۔ تو کیا ناول ہے وہ۔</w:t>
      </w:r>
    </w:p>
    <w:p>
      <w:r>
        <w:rPr>
          <w:b/>
        </w:rPr>
        <w:t xml:space="preserve">[1:03:09] </w:t>
      </w:r>
      <w:r>
        <w:t>yani mohabbat ke sath jeene ka jo formula na de sake humein. wo kya hai wo kuch bhi nahi hai. mohabbat ki yani kal mohabbat ki nakam kahaniyan novelain kya hain mohabbat ki nakam kahaniyan.</w:t>
      </w:r>
    </w:p>
    <w:p>
      <w:pPr>
        <w:jc w:val="right"/>
      </w:pPr>
      <w:r>
        <w:t>یعنی محبت کے ساتھ جینے کا جو فارمولا نہ دے سکے ہمیں۔ وہ کیا ہے وہ کچھ بھی نہیں ہے۔ محبت کی یعنی کل محبت کی ناکام کہانیاں ناولیں کیا ہیں محبت کی ناکام کہانیاں۔</w:t>
      </w:r>
    </w:p>
    <w:p>
      <w:r>
        <w:rPr>
          <w:b/>
        </w:rPr>
        <w:t xml:space="preserve">[1:03:29] </w:t>
      </w:r>
      <w:r>
        <w:t>shayad kuch raat ka video hoti ho lekin ziyada tar theory hoti hai to. to ye kya hai ye. yani noveliston ne dunya ko kya diya.</w:t>
      </w:r>
    </w:p>
    <w:p>
      <w:pPr>
        <w:jc w:val="right"/>
      </w:pPr>
      <w:r>
        <w:t>شاید کچھ رات کا ویڈیو ہوتی ہو لیکن زیادہ تر تھیوری ہوتی ہے تو۔ تو یہ کیا ہے یہ۔ یعنی ناولسٹوں نے دنیا کو کیا دیا۔</w:t>
      </w:r>
    </w:p>
    <w:p>
      <w:r>
        <w:rPr>
          <w:b/>
        </w:rPr>
        <w:t xml:space="preserve">[1:03:40] </w:t>
      </w:r>
      <w:r>
        <w:t>ye diya ke mohabbat aik aisi cheez hai jo hasil nahi hai. insan se mohabbat karna kaise hum karein us ke liye koi formula nahi tha us ke.</w:t>
      </w:r>
    </w:p>
    <w:p>
      <w:pPr>
        <w:jc w:val="right"/>
      </w:pPr>
      <w:r>
        <w:t>یہ دیا کہ محبت ایک ایسی چیز ہے جو حاصل نہیں ہے۔ انسان سے محبت کرنا کیسے ہم کریں اس کے لیے کوئی فارمولا نہیں تھا اس کے۔</w:t>
      </w:r>
    </w:p>
    <w:p>
      <w:r>
        <w:rPr>
          <w:b/>
        </w:rPr>
        <w:t xml:space="preserve">[1:03:52] </w:t>
      </w:r>
      <w:r>
        <w:t>to main ne un se kaha ke dekho main batata hoon main novelist nahi hoon main batata hoon aap ko. What is the ideology of love</w:t>
      </w:r>
    </w:p>
    <w:p>
      <w:pPr>
        <w:jc w:val="right"/>
      </w:pPr>
      <w:r>
        <w:t>تو میں نے ان سے کہا کہ دیکھیں میں بتاتا ہوں میں ناولسٹ نہیں ہوں میں بتاتا ہوں آپ کو۔ What is the ideology of love</w:t>
      </w:r>
    </w:p>
    <w:p>
      <w:r>
        <w:rPr>
          <w:b/>
        </w:rPr>
        <w:t xml:space="preserve">[1:04:01] </w:t>
      </w:r>
      <w:r>
        <w:t>to main ne kaha ke aap log jo hain sirf apni maan ki mohabbat ko jante hain.</w:t>
      </w:r>
    </w:p>
    <w:p>
      <w:pPr>
        <w:jc w:val="right"/>
      </w:pPr>
      <w:r>
        <w:t>تو میں نے کہا کہ آپ لوگ جو ہیں صرف اپنی ماں کی محبت کو جانتے ہیں۔</w:t>
      </w:r>
    </w:p>
    <w:p>
      <w:r>
        <w:rPr>
          <w:b/>
        </w:rPr>
        <w:t xml:space="preserve">[1:04:08] </w:t>
      </w:r>
      <w:r>
        <w:t>har aadmi mein radio sunta hoon jo aata hai na aap ko kis se sab se ziyada mohabbat hai. aap bas apni maan se.</w:t>
      </w:r>
    </w:p>
    <w:p>
      <w:pPr>
        <w:jc w:val="right"/>
      </w:pPr>
      <w:r>
        <w:t>ہر آدمی میں ریڈیو سنتا ہوں جو آتا ہے نا آپ کو کس سے سب سے زیادہ محبت ہے۔ آپ بس اپنی ماں سے۔</w:t>
      </w:r>
    </w:p>
    <w:p>
      <w:r>
        <w:rPr>
          <w:b/>
        </w:rPr>
        <w:t xml:space="preserve">[1:04:16] </w:t>
      </w:r>
      <w:r>
        <w:t>apni maan se har aadmi mohabbat mein mubtala hai. insan se koi nahi. aaj tak main ne radio par kisi aik interviewer ka kisi aik interview bhi nahi suna ke mujhe insan se bohat ziyada mohabbat hai.</w:t>
      </w:r>
    </w:p>
    <w:p>
      <w:pPr>
        <w:jc w:val="right"/>
      </w:pPr>
      <w:r>
        <w:t>اپنی ماں سے ہر آدمی محبت میں مبتلا ہے۔ انسان سے کوئی نہیں۔ آج تک میں نے ریڈیو پر کسی ایک انٹرویوئر کا کسی ایک انٹرویو بھی نہیں سنا کہ مجھے انسان سے بہت زیادہ محبت ہے۔</w:t>
      </w:r>
    </w:p>
    <w:p>
      <w:r>
        <w:rPr>
          <w:b/>
        </w:rPr>
        <w:t xml:space="preserve">[1:04:30] </w:t>
      </w:r>
      <w:r>
        <w:t>insan se mohabbat hai. ab ye sare log novel parhe hue hote hain.</w:t>
      </w:r>
    </w:p>
    <w:p>
      <w:pPr>
        <w:jc w:val="right"/>
      </w:pPr>
      <w:r>
        <w:t>انسان سے محبت ہے۔ اب یہ سارے لوگ ناول پڑھے ہوئے ہوتے ہیں۔</w:t>
      </w:r>
    </w:p>
    <w:p>
      <w:r>
        <w:rPr>
          <w:b/>
        </w:rPr>
        <w:t xml:space="preserve">[1:04:36] </w:t>
      </w:r>
      <w:r>
        <w:t>mohabbat ki kahaniyan parhe hue hote hain lekin kisi aik bhi novel parhne wale ko main ne nahi paya ke us ko insan se mohabbat ho. aap bataiye mohabbat ki kahani aur insan se mohabbat ka nuskha sikhaye aap ko to rubbish nahi hai wo.</w:t>
      </w:r>
    </w:p>
    <w:p>
      <w:pPr>
        <w:jc w:val="right"/>
      </w:pPr>
      <w:r>
        <w:t>محبت کی کہانیاں پڑھے ہوئے ہوتے ہیں لیکن کسی ایک بھی ناول پڑھنے والے کو میں نے نہیں پایا کہ اس کو انسان سے محبت ہو۔ آپ بتائیے محبت کی کہانی اور انسان سے محبت کا نر سکھائے آپ کو تو ربش نہیں ہے وہ۔</w:t>
      </w:r>
    </w:p>
    <w:p>
      <w:r>
        <w:rPr>
          <w:b/>
        </w:rPr>
        <w:t xml:space="preserve">[1:04:51] </w:t>
      </w:r>
      <w:r>
        <w:t>wo rubbish nahi hai wo.</w:t>
      </w:r>
    </w:p>
    <w:p>
      <w:pPr>
        <w:jc w:val="right"/>
      </w:pPr>
      <w:r>
        <w:t>وہ ربش نہیں ہے وہ۔</w:t>
      </w:r>
    </w:p>
    <w:p>
      <w:r>
        <w:rPr>
          <w:b/>
        </w:rPr>
        <w:t xml:space="preserve">[1:04:55] </w:t>
      </w:r>
      <w:r>
        <w:t>kaisi mohabbat ki kahani hai wo.</w:t>
      </w:r>
    </w:p>
    <w:p>
      <w:pPr>
        <w:jc w:val="right"/>
      </w:pPr>
      <w:r>
        <w:t>کیسی محبت کی کہانی ہے وہ۔</w:t>
      </w:r>
    </w:p>
    <w:p>
      <w:r>
        <w:rPr>
          <w:b/>
        </w:rPr>
        <w:t xml:space="preserve">[1:04:59] </w:t>
      </w:r>
      <w:r>
        <w:t>insan se phir main ne un se kaha ke dekho insan se mohabbat karne ke liye main ne wo us ki ideology daryaft ki hai. main ne daryaft kiya hai ke What is the ideology of love wo ye ke main jo zinda hoon main jo kapra pehni hui hoon</w:t>
      </w:r>
    </w:p>
    <w:p>
      <w:pPr>
        <w:jc w:val="right"/>
      </w:pPr>
      <w:r>
        <w:t>انسان سے پھر میں نے ان سے کہا کہ دیکھیں انسان سے محبت کرنے کے لیے میں نے وہ اس کی آئیڈیلوجی دریافت کی ہے۔ میں نے دریافت کیا ہے کہ What is the ideology of love وہ یہ کہ میں جو زندہ ہوں میں جو کپڑا پہنی ہوئی ہوں</w:t>
      </w:r>
    </w:p>
    <w:p>
      <w:r>
        <w:rPr>
          <w:b/>
        </w:rPr>
        <w:t xml:space="preserve">[1:05:19] </w:t>
      </w:r>
      <w:r>
        <w:t>. main ne apne bachpan mein aik bohat hi robot gaon mein rehta tha main wahan main ne dekha hai ke bute bute hotay thay is zamanay mein khaddi ke kapray isi ko pehna jata tha.</w:t>
      </w:r>
    </w:p>
    <w:p>
      <w:pPr>
        <w:jc w:val="right"/>
      </w:pPr>
      <w:r>
        <w:t>۔ میں نے اپنے بچپن میں ایک بہت ہی روبوٹ گاؤں میں رہتا تھا میں وہاں میں نے دیکھا ہے کہ بوٹے بوٹے ہوتے تھے اس زمانے میں کھڈی کے کپڑے اسی کو پہنا جاتا تھا۔</w:t>
      </w:r>
    </w:p>
    <w:p>
      <w:r>
        <w:rPr>
          <w:b/>
        </w:rPr>
        <w:t xml:space="preserve">[1:05:31] </w:t>
      </w:r>
      <w:r>
        <w:t>ab jo mill ke kapray aa rahe hain hum ne bachpan mein apne gaon mein nahi dekha tha wo. to main ne kaha kapra jo hai hazaron saal ke darmian insan pohncha us tak ke mill cloth mill mein kapray banay.</w:t>
      </w:r>
    </w:p>
    <w:p>
      <w:pPr>
        <w:jc w:val="right"/>
      </w:pPr>
      <w:r>
        <w:t>اب جو مل کے کپڑے آ رہے ہیں ہم نے بچپن میں اپنے گاؤں میں نہیں دیکھا تھا وہ۔ تو میں نے کہا کپڑا جو ہے ہزاروں سال کے درمیان انسان پہنچا اس تک کہ ملک کلاتھ مل میں کپڑے بنے۔</w:t>
      </w:r>
    </w:p>
    <w:p>
      <w:r>
        <w:rPr>
          <w:b/>
        </w:rPr>
        <w:t xml:space="preserve">[1:05:47] </w:t>
      </w:r>
      <w:r>
        <w:t>to sari insaniyat jo hai mil kar ke aap ke liye koshish kar rahi thi tab aap aisa kapra pehanne ke qabil hue. poori insaniyat ka is mein yani contribution hai.</w:t>
      </w:r>
    </w:p>
    <w:p>
      <w:pPr>
        <w:jc w:val="right"/>
      </w:pPr>
      <w:r>
        <w:t>تو ساری انسانیت جو ہے مل کر کے آپ کے لیے کوشش کر رہی تھی تب آپ ایسا کپڑا پہننے کے قابل ہوئے۔ پوری انسانیت کا اس میں یعنی کنٹریبیوشن ہے۔</w:t>
      </w:r>
    </w:p>
    <w:p>
      <w:r>
        <w:rPr>
          <w:b/>
        </w:rPr>
        <w:t xml:space="preserve">[1:05:58] </w:t>
      </w:r>
      <w:r>
        <w:t>phir main ne kaha ke aap motor car par wo sahib motor car par baith kar mere pas atay hain aaye thay. main ne kaha aap jante hain motor car ke peechay kya tareekh hai.</w:t>
      </w:r>
    </w:p>
    <w:p>
      <w:pPr>
        <w:jc w:val="right"/>
      </w:pPr>
      <w:r>
        <w:t>پھر میں نے کہا کہ آپ موٹر کار پر وہ صاحب موٹر کار پر بیٹھ کر میرے پاس آتے ہیں آئے تھے۔ میں نے کہا آپ جانتے ہیں موٹر کار کے پیچھے کیا تاریخ ہے۔</w:t>
      </w:r>
    </w:p>
    <w:p>
      <w:r>
        <w:rPr>
          <w:b/>
        </w:rPr>
        <w:t xml:space="preserve">[1:06:09] </w:t>
      </w:r>
      <w:r>
        <w:t>sab se pehle insan ne bohat pehle</w:t>
      </w:r>
    </w:p>
    <w:p>
      <w:pPr>
        <w:jc w:val="right"/>
      </w:pPr>
      <w:r>
        <w:t>سب سے پہلے انسان نے بہت پہلے</w:t>
      </w:r>
    </w:p>
    <w:p>
      <w:r>
        <w:rPr>
          <w:b/>
        </w:rPr>
        <w:t xml:space="preserve">[1:06:14] </w:t>
      </w:r>
      <w:r>
        <w:t>kya kya</w:t>
      </w:r>
    </w:p>
    <w:p>
      <w:pPr>
        <w:jc w:val="right"/>
      </w:pPr>
      <w:r>
        <w:t>کیا کیا</w:t>
      </w:r>
    </w:p>
    <w:p>
      <w:r>
        <w:rPr>
          <w:b/>
        </w:rPr>
        <w:t xml:space="preserve">[1:06:15] </w:t>
      </w:r>
      <w:r>
        <w:t xml:space="preserve">yani woh jo lakri ka takhta is mein rassi baandh kar ke is ke aage jo hai oont baandh diya ya ghoda baandh diya. </w:t>
      </w:r>
    </w:p>
    <w:p>
      <w:pPr>
        <w:jc w:val="right"/>
      </w:pPr>
      <w:r>
        <w:t>یعنی وہ جو لکڑی کا تختہ اس میں رسی باندھ کر کے اس کے آگے جو ہے اونٹ باندھ دیا یا گھوڑا باندھ دیا۔</w:t>
      </w:r>
    </w:p>
    <w:p>
      <w:r>
        <w:rPr>
          <w:b/>
        </w:rPr>
        <w:t xml:space="preserve">[1:06:24] </w:t>
      </w:r>
      <w:r>
        <w:t>woh aisi chapti takhta jo hai woh us ko khinchta tha woh. woh janwar. phir bohat dinon ke baad insan ne wheel daryaft ki.</w:t>
      </w:r>
    </w:p>
    <w:p>
      <w:pPr>
        <w:jc w:val="right"/>
      </w:pPr>
      <w:r>
        <w:t>وہ ایسی چپٹی تختہ جو ہے وہ اس کو کھینچتا تھا وہ۔ وہ جانور۔ پھر بہت دنوں کے بعد انسان نے وہیل دریافت کی۔</w:t>
      </w:r>
    </w:p>
    <w:p>
      <w:r>
        <w:rPr>
          <w:b/>
        </w:rPr>
        <w:t xml:space="preserve">[1:06:32] </w:t>
      </w:r>
      <w:r>
        <w:t>wheel. pehiya. kaha jata hai ke insan ki sab se bari daryaft jo hai woh pehiya hai. wheel. phir woh pehiya jod diya gaya.</w:t>
      </w:r>
    </w:p>
    <w:p>
      <w:pPr>
        <w:jc w:val="right"/>
      </w:pPr>
      <w:r>
        <w:t>وہیل۔ پہیہ۔ کہا جاتا ہے کہ انسان کی سب سے بڑی دریافت جو ہے وہ پہیہ ہے۔ وہیل۔ پھر وہ پہیہ جوڑ دیا گیا۔</w:t>
      </w:r>
    </w:p>
    <w:p>
      <w:r>
        <w:rPr>
          <w:b/>
        </w:rPr>
        <w:t xml:space="preserve">[1:06:43] </w:t>
      </w:r>
      <w:r>
        <w:t>ab woh dorne lagi.</w:t>
      </w:r>
    </w:p>
    <w:p>
      <w:pPr>
        <w:jc w:val="right"/>
      </w:pPr>
      <w:r>
        <w:t>اب وہ دوڑنے لگی۔</w:t>
      </w:r>
    </w:p>
    <w:p>
      <w:r>
        <w:rPr>
          <w:b/>
        </w:rPr>
        <w:t xml:space="preserve">[1:06:45] </w:t>
      </w:r>
      <w:r>
        <w:t>phir bohat dinon ke baad ball bearing insan ne daryaft ki. ab ball bearing jab aa gayi to aur bhi tez dorne laga. is ke baad ghoda gaadi aur yeh gaadi woh gaadi yahan tak ke motor car bani.</w:t>
      </w:r>
    </w:p>
    <w:p>
      <w:pPr>
        <w:jc w:val="right"/>
      </w:pPr>
      <w:r>
        <w:t>پھر بہت دنوں کے بعد بال بیئرنگ انسان نے دریافت کی۔ اب بال بیئرنگ جب آ گئی تو اور بھی تیز دوڑنے لگا۔ اس کے بعد گھوڑا گاڑی اور یہ گاڑی وہ گاڑی یہاں تک کہ موٹر کار بنی۔</w:t>
      </w:r>
    </w:p>
    <w:p>
      <w:r>
        <w:rPr>
          <w:b/>
        </w:rPr>
        <w:t xml:space="preserve">[1:06:57] </w:t>
      </w:r>
      <w:r>
        <w:t>motor car jis ne banai hai bohat zyada is ne qurbani ki hai tab motor car bani hai. to motor car bani is par hawai jahaz bana.</w:t>
      </w:r>
    </w:p>
    <w:p>
      <w:pPr>
        <w:jc w:val="right"/>
      </w:pPr>
      <w:r>
        <w:t>موٹر کار جس نے بنائی ہے بہت زیادہ اس نے قربانی کی ہے تب موٹر کار بنی ہے۔ تو موٹر کار بنی اس پر ہوائی جہاز بنا۔</w:t>
      </w:r>
    </w:p>
    <w:p>
      <w:r>
        <w:rPr>
          <w:b/>
        </w:rPr>
        <w:t xml:space="preserve">[1:07:07] </w:t>
      </w:r>
      <w:r>
        <w:t>main ne kaha ke yeh hazaron hazar saal lambi ek tareekh hai.</w:t>
      </w:r>
    </w:p>
    <w:p>
      <w:pPr>
        <w:jc w:val="right"/>
      </w:pPr>
      <w:r>
        <w:t>میں نے کہا کہ یہ ہزاروں ہزار سال لمبی ایک تاریخ ہے۔</w:t>
      </w:r>
    </w:p>
    <w:p>
      <w:r>
        <w:rPr>
          <w:b/>
        </w:rPr>
        <w:t xml:space="preserve">[1:07:12] </w:t>
      </w:r>
      <w:r>
        <w:t>yeh poori poori insaniyat jo hai lagi hui thi lagi hui thi lagi hui thi tab aap ko yeh motor car mili hai. jis par aap baith kar aaye hue hain. to aap sochiye agar is tareeqe se ek chamcha ek ek ek chair ek bijli ka yeh roshni motor car jo bhi aap jis ko bhi aap istemal kar rahe hain is ke peechay poori poori insaniyat lagi hui hai.</w:t>
      </w:r>
    </w:p>
    <w:p>
      <w:pPr>
        <w:jc w:val="right"/>
      </w:pPr>
      <w:r>
        <w:t>یہ پوری پوری انسانیت جو ہے لگی ہوئی تھی لگی ہوئی تھی لگی ہوئی تھی تب آپ کو یہ موٹر کار ملی ہے۔ جس پر آپ بیٹھ کر آئے ہوئے ہیں۔ تو آپ سوچیے اگر اس طریقے سے ایک چمچہ ایک ایک ایک چیئر ایک بجلی کا یہ روشنی موٹر کار جو بھی آپ جس کو بھی آپ استعمال کر رہے ہیں اس کے پیچھے پوری پوری انسانیت لگی ہوئی ہے۔</w:t>
      </w:r>
    </w:p>
    <w:p>
      <w:r>
        <w:rPr>
          <w:b/>
        </w:rPr>
        <w:t xml:space="preserve">[1:07:37] </w:t>
      </w:r>
      <w:r>
        <w:t>yeh bijli jo hai do so saal ke baad aaj hamein is tarah ki roshni mil rahi hai.</w:t>
      </w:r>
    </w:p>
    <w:p>
      <w:pPr>
        <w:jc w:val="right"/>
      </w:pPr>
      <w:r>
        <w:t>یہ بجلی جو ہے دو سو سال کے بعد آج ہمیں اس طرح کی روشنی مل رہی ہے۔</w:t>
      </w:r>
    </w:p>
    <w:p>
      <w:r>
        <w:rPr>
          <w:b/>
        </w:rPr>
        <w:t xml:space="preserve">[1:07:42] </w:t>
      </w:r>
      <w:r>
        <w:t>do so saal ki koshish ke baad. is bijli ko banane mein do so saal ke ka arsa laga hai. mere apne bachpan mein kya tha ke is mein hum log woh aate ka woh diya banate the is mein rooi ka woh is mein is mein roshni jalai jati thi.</w:t>
      </w:r>
    </w:p>
    <w:p>
      <w:pPr>
        <w:jc w:val="right"/>
      </w:pPr>
      <w:r>
        <w:t>دو سو سال کی کوشش کے بعد۔ اس بجلی کو بنانے میں دو سو سال کے کا عرصہ لگا ہے۔ میرے اپنے بچپن میں کیا تھا کہ اس میں ہم لوگ وہ آٹے کا وہ دیا بناتے تھے اس میں روئی کا وہ اس میں اس میں روشنی جلائی جاتی تھی۔</w:t>
      </w:r>
    </w:p>
    <w:p>
      <w:r>
        <w:rPr>
          <w:b/>
        </w:rPr>
        <w:t xml:space="preserve">[1:08:02] </w:t>
      </w:r>
      <w:r>
        <w:t>aate ke diye. wahan se aur peechay zindagi shuru hui. hote hote bijli tak pahunchi.</w:t>
      </w:r>
    </w:p>
    <w:p>
      <w:pPr>
        <w:jc w:val="right"/>
      </w:pPr>
      <w:r>
        <w:t>آٹے کے دیا۔ وہاں سے اور پیچھے زندگی شروع ہوئی۔ ہوتے ہوتے بجلی تک پہنچی۔</w:t>
      </w:r>
    </w:p>
    <w:p>
      <w:r>
        <w:rPr>
          <w:b/>
        </w:rPr>
        <w:t xml:space="preserve">[1:08:13] </w:t>
      </w:r>
      <w:r>
        <w:t>to aap agar sochein ke kuch bhi jo aap duniya mein kar rahe hain hum bol rahe hain main bol raha hoon camera hai loud speaker hai is ke peechay bhi bohat lambi tareekh hai.</w:t>
      </w:r>
    </w:p>
    <w:p>
      <w:pPr>
        <w:jc w:val="right"/>
      </w:pPr>
      <w:r>
        <w:t>تو آپ اگر سوچیں کہ کچھ بھی جو آپ دنیا میں کر رہے ہیں ہم بول رہے ہیں میں بول رہا ہوں کیمرہ ہے لاؤڈ سپیکر ہے اس کے پیچھے بھی بہت لمبی تاریخ ہے۔</w:t>
      </w:r>
    </w:p>
    <w:p>
      <w:r>
        <w:rPr>
          <w:b/>
        </w:rPr>
        <w:t xml:space="preserve">[1:08:25] </w:t>
      </w:r>
      <w:r>
        <w:t>to agar aap yeh sochein ke poori poori insaniyat meri madad par lagi hui thi tab main is qabil hoon ke duniya mein is tarah rahoon jis tarah aap reh rahe hain.</w:t>
      </w:r>
    </w:p>
    <w:p>
      <w:pPr>
        <w:jc w:val="right"/>
      </w:pPr>
      <w:r>
        <w:t>تو اگر آپ یہ سوچیں کہ پوری پوری انسانیت میری مدد پر لگی ہوئی تھی تب میں اس قابل ہوں کہ دنیا میں اس طرح رہوں جس طرح آپ رہ رہے ہیں۔</w:t>
      </w:r>
    </w:p>
    <w:p>
      <w:r>
        <w:rPr>
          <w:b/>
        </w:rPr>
        <w:t xml:space="preserve">[1:08:34] </w:t>
      </w:r>
      <w:r>
        <w:t>yeh hai ideology of love. to main ne kaha ke aap kisi kisi novel mein parha hai aap ne is ko. kaha ji yeh to yeh parha hum</w:t>
      </w:r>
    </w:p>
    <w:p>
      <w:pPr>
        <w:jc w:val="right"/>
      </w:pPr>
      <w:r>
        <w:t>یہ ہے آئیڈیلوجی آف لو۔ تو میں نے کہا کہ آپ کسی کسی ناول میں پڑھا ہے آپ نے اس کو۔ کہا جی یہ تو یہ پڑھا ہم</w:t>
      </w:r>
    </w:p>
    <w:p>
      <w:r>
        <w:rPr>
          <w:b/>
        </w:rPr>
        <w:t xml:space="preserve">[1:08:42] </w:t>
      </w:r>
      <w:r>
        <w:t>ne. to main ne kaha to novel rubbish hain sab ke sab. sab ke sab rubbish hain. jo novel aap ko kahani mohabbat de lekin woh aap ko ideology mohabbat na de.</w:t>
      </w:r>
    </w:p>
    <w:p>
      <w:pPr>
        <w:jc w:val="right"/>
      </w:pPr>
      <w:r>
        <w:t>نے۔ تو میں نے کہا تو ناول ربش ہیں سب کے سب۔ سب کے سب ربش ہیں۔ جو ناول آپ کو کہانی محبت دے لیکن وہ آپ کو آئیڈیلوجی محبت نہ دے۔</w:t>
      </w:r>
    </w:p>
    <w:p>
      <w:r>
        <w:rPr>
          <w:b/>
        </w:rPr>
        <w:t xml:space="preserve">[1:08:54] </w:t>
      </w:r>
      <w:r>
        <w:t>yeh insan se mohabbat karna na sikhaye. woh kya hai woh rubbish hai woh. kuch bhi nahi hai woh.</w:t>
      </w:r>
    </w:p>
    <w:p>
      <w:pPr>
        <w:jc w:val="right"/>
      </w:pPr>
      <w:r>
        <w:t>یہ انسان سے محبت کرنا نہ سکھائے۔ وہ کیا ہے وہ ربش ہے وہ۔ کچھ بھی نہیں ہے وہ۔</w:t>
      </w:r>
    </w:p>
    <w:p>
      <w:r>
        <w:rPr>
          <w:b/>
        </w:rPr>
        <w:t xml:space="preserve">[1:09:01] </w:t>
      </w:r>
      <w:r>
        <w:t>main to yaqeen kijiye ke ek ek ek kursi par jab baithta hoon to sochta hoon ke kitni bohat kitna lamba arsa laga hai kursi banane mein.</w:t>
      </w:r>
    </w:p>
    <w:p>
      <w:pPr>
        <w:jc w:val="right"/>
      </w:pPr>
      <w:r>
        <w:t>میں تو یقین کیجیے کہ ایک ایک ایک کرسی پر جب بیٹھتا ہوں تو سوچتا ہوں کہ کتنی بہت کتنا لمبا عرصہ لگا ہے کرسی بنانے میں۔</w:t>
      </w:r>
    </w:p>
    <w:p>
      <w:r>
        <w:rPr>
          <w:b/>
        </w:rPr>
        <w:t xml:space="preserve">[1:09:13] </w:t>
      </w:r>
      <w:r>
        <w:t>sab se pehle jo badshah bhi hote the na woh aisi aisi cheez baithte the aisi. aisi chapti bas. is par baithta tha badshah.</w:t>
      </w:r>
    </w:p>
    <w:p>
      <w:pPr>
        <w:jc w:val="right"/>
      </w:pPr>
      <w:r>
        <w:t>سب سے پہلے جو بادشاہ بھی ہوتے تھے نا وہ ایسی ایسی چیز بیٹھتے تھے ایسی۔ ایسی چپٹی بس۔ اس پر بیٹھتا تھا بادشاہ۔</w:t>
      </w:r>
    </w:p>
    <w:p>
      <w:r>
        <w:rPr>
          <w:b/>
        </w:rPr>
        <w:t xml:space="preserve">[1:09:22] </w:t>
      </w:r>
      <w:r>
        <w:t>phir kya hua ke is par yeh lagaya gaya. phir bohat dinon ke baad samajh mein aaya ke peeth par lagao. peeth par jo lagaya gaya to yeh seedha hua karta tha bilkul seedha.</w:t>
      </w:r>
    </w:p>
    <w:p>
      <w:pPr>
        <w:jc w:val="right"/>
      </w:pPr>
      <w:r>
        <w:t>پھر کیا ہوا کہ اس پر یہ لگایا گیا۔ پھر بہت دنوں کے بعد سمجھ میں آیا کہ پیٹھ پر لگاؤ۔ پیٹھ پر جو لگایا گیا تو یہ سیدھا ہوا کرتا تھا بالکل سیدھا۔</w:t>
      </w:r>
    </w:p>
    <w:p>
      <w:r>
        <w:rPr>
          <w:b/>
        </w:rPr>
        <w:t xml:space="preserve">[1:09:32] </w:t>
      </w:r>
      <w:r>
        <w:t>to peeth theek se is par nahi hoti thi. phir tircha kiya gaya. yani isi mein hazaron saal lag gaye ke is tarah kursi bane jis mein main</w:t>
      </w:r>
    </w:p>
    <w:p>
      <w:pPr>
        <w:jc w:val="right"/>
      </w:pPr>
      <w:r>
        <w:t>تو پیٹھ ٹھیک سے اس پر نہیں ہوتی تھی۔ پھر ترچھا کیا گیا۔ یعنی اسی میں ہزاروں سال لگ گئے کہ اس طرح کرسی بنے جس میں میں</w:t>
      </w:r>
    </w:p>
    <w:p>
      <w:r>
        <w:rPr>
          <w:b/>
        </w:rPr>
        <w:t xml:space="preserve">[1:09:41] </w:t>
      </w:r>
      <w:r>
        <w:t>mera hath is par ho meri peeth is tarah se aaram ke sath ho. hazaron saal is ke baad insan na aisi kursi ko bana saka aisi chair ko bana saka.</w:t>
      </w:r>
    </w:p>
    <w:p>
      <w:pPr>
        <w:jc w:val="right"/>
      </w:pPr>
      <w:r>
        <w:t>میرا ہاتھ اس پر ہو میری پیٹھ اس طرح سے آرام کے ساتھ ہو۔ ہزاروں سال اس کے بعد انسان نہ ایسی کرسی کو بنا سکا ایسی چیئر کو بنا سکا۔</w:t>
      </w:r>
    </w:p>
    <w:p>
      <w:r>
        <w:rPr>
          <w:b/>
        </w:rPr>
        <w:t xml:space="preserve">[1:09:53] </w:t>
      </w:r>
      <w:r>
        <w:t>to aap apni mummy se pyar karte hain insaniyat se pyar kyun nahi karte. aap ki mummy ne kya diya hai aap ko. pampering diya hai bas.</w:t>
      </w:r>
    </w:p>
    <w:p>
      <w:pPr>
        <w:jc w:val="right"/>
      </w:pPr>
      <w:r>
        <w:t>تو آپ اپنی ممی سے پیار کرتے ہیں انسانیت سے پیار کیوں نہیں کرتے۔ آپ کی ممی نے کیا دیا ہے آپ کو۔ پیمپرنگ دیا ہے بس۔</w:t>
      </w:r>
    </w:p>
    <w:p>
      <w:r>
        <w:rPr>
          <w:b/>
        </w:rPr>
        <w:t xml:space="preserve">[1:10:03] </w:t>
      </w:r>
      <w:r>
        <w:t>yeh pampering dene wale se aap ko pyar hai. aur sab kuch jis se aap enjoy kar rahe hain woh jis ne diya hai insaniyat ne is se aap ko pyar nahi hai.</w:t>
      </w:r>
    </w:p>
    <w:p>
      <w:pPr>
        <w:jc w:val="right"/>
      </w:pPr>
      <w:r>
        <w:t>یہ پیمپرنگ دینے والے سے آپ کو پیار ہے۔ اور سب کچھ جس سے آپ انجوائے کر رہے ہیں وہ جس نے دیا ہے انسانیت نے اس سے آپ کو پیار نہیں ہے۔</w:t>
      </w:r>
    </w:p>
    <w:p>
      <w:r>
        <w:rPr>
          <w:b/>
        </w:rPr>
        <w:t xml:space="preserve">[1:10:12] </w:t>
      </w:r>
      <w:r>
        <w:t>aap sochiye. woh bechare be zuban ho gaye. bade fakhr ke saath unhon ne kaha tha ke maine bohat novelain parhi hain. yeh kya hai woh kya hai.</w:t>
      </w:r>
    </w:p>
    <w:p>
      <w:pPr>
        <w:jc w:val="right"/>
      </w:pPr>
      <w:r>
        <w:t>آپ سوچیے۔ وہ بیچارے بے زبان ہو گئے۔ بڑے فخر کے ساتھ انہوں نے کہا تھا کہ میں نے بہت ناولیں پڑھی ہیں۔ یہ کیا ہے وہ کیا ہے۔</w:t>
      </w:r>
    </w:p>
    <w:p>
      <w:r>
        <w:rPr>
          <w:b/>
        </w:rPr>
        <w:t xml:space="preserve">[1:10:22] </w:t>
      </w:r>
      <w:r>
        <w:t>woh bilkul be zuban ho gaye. maine kaha aaj un ka ke aaj samajh mein aaya ke waqai mohabbat kya cheez hai. saare log apne apne apni maan ke mohabbat mein jeete hain.</w:t>
      </w:r>
    </w:p>
    <w:p>
      <w:pPr>
        <w:jc w:val="right"/>
      </w:pPr>
      <w:r>
        <w:t>وہ بالکل بے زبان ہو گئے۔ میں نے کہا آج ان کا کہ آج سمجھ میں آیا کہ واقعی محبت کیا چیز ہے۔ سارے لوگ اپنے اپنے اپنی ماں کے محبت میں جیتے ہیں۔</w:t>
      </w:r>
    </w:p>
    <w:p>
      <w:r>
        <w:rPr>
          <w:b/>
        </w:rPr>
        <w:t xml:space="preserve">[1:10:33] </w:t>
      </w:r>
      <w:r>
        <w:t>main kehta hoon koi insaan ke mohabbat mein kyun nahi jeete aap.</w:t>
      </w:r>
    </w:p>
    <w:p>
      <w:pPr>
        <w:jc w:val="right"/>
      </w:pPr>
      <w:r>
        <w:t>میں کہتا ہوں کوئی انسان کے محبت میں کیوں نہیں جیتے آپ۔</w:t>
      </w:r>
    </w:p>
    <w:p>
      <w:r>
        <w:rPr>
          <w:b/>
        </w:rPr>
        <w:t xml:space="preserve">[1:10:38] </w:t>
      </w:r>
      <w:r>
        <w:t>maan ne jo kuch diya hai us se billion time zyada diya hai aap ko insaan ne. insaniyat ne. billion time zyada diya hai aap ko. maan ne aap ko pampering di hai.</w:t>
      </w:r>
    </w:p>
    <w:p>
      <w:pPr>
        <w:jc w:val="right"/>
      </w:pPr>
      <w:r>
        <w:t>ماں نے جو کچھ دیا ہے اس سے بلین ٹائم زیادہ دیا ہے آپ کو انسان نے۔ انسانیت نے۔ بلین ٹائم زیادہ دیا ہے آپ کو۔ ماں نے آپ کو پیمپرنگ دی ہے۔</w:t>
      </w:r>
    </w:p>
    <w:p>
      <w:r>
        <w:rPr>
          <w:b/>
        </w:rPr>
        <w:t xml:space="preserve">[1:10:47] </w:t>
      </w:r>
      <w:r>
        <w:t>lekin yeh sab jo hai tehzeeb, science, technology yeh sara aaram yeh sari luxury yeh to aap ko insaniyat ne di hai.</w:t>
      </w:r>
    </w:p>
    <w:p>
      <w:pPr>
        <w:jc w:val="right"/>
      </w:pPr>
      <w:r>
        <w:t>لیکن یہ سب جو ہے تہذیب، سائنس، ٹیکنالوجی یہ سارا آرام یہ ساری لگژری یہ تو آپ کو انسانیت نے دی ہے۔</w:t>
      </w:r>
    </w:p>
    <w:p>
      <w:r>
        <w:rPr>
          <w:b/>
        </w:rPr>
        <w:t xml:space="preserve">[1:10:57] </w:t>
      </w:r>
      <w:r>
        <w:t>hazaron saal ki qurbani ke baad.</w:t>
      </w:r>
    </w:p>
    <w:p>
      <w:pPr>
        <w:jc w:val="right"/>
      </w:pPr>
      <w:r>
        <w:t>ہزاروں سال کی قربانی کے بعد۔</w:t>
      </w:r>
    </w:p>
    <w:p>
      <w:r>
        <w:rPr>
          <w:b/>
        </w:rPr>
        <w:t xml:space="preserve">[1:11:03] </w:t>
      </w:r>
      <w:r>
        <w:t>yeh sab baatein kab aap ko sam</w:t>
      </w:r>
    </w:p>
    <w:p>
      <w:pPr>
        <w:jc w:val="right"/>
      </w:pPr>
      <w:r>
        <w:t>یہ سب باتیں کب آپ کو سم</w:t>
      </w:r>
    </w:p>
    <w:p>
      <w:r>
        <w:rPr>
          <w:b/>
        </w:rPr>
        <w:t xml:space="preserve">[1:11:06] </w:t>
      </w:r>
      <w:r>
        <w:t>jh mein aayengi jab aap sochein. sochein. yeh tareekh khayal mera jo woh hai tareekh khayal woh baatein main aap ko keh raha hoon jo kitabon mein nahi padhenge aap.</w:t>
      </w:r>
    </w:p>
    <w:p>
      <w:pPr>
        <w:jc w:val="right"/>
      </w:pPr>
      <w:r>
        <w:t>جھ میں آئیں گی جب آپ سوچیں۔ سوچیں۔ یہ تاریخ خیال میرا جو وہ ہے تاریخ خیال وہ باتیں میں آپ کو کہہ رہا ہوں جو کتابوں میں نہیں پڑھیں گے آپ۔</w:t>
      </w:r>
    </w:p>
    <w:p>
      <w:r>
        <w:rPr>
          <w:b/>
        </w:rPr>
        <w:t xml:space="preserve">[1:11:19] </w:t>
      </w:r>
      <w:r>
        <w:t>lekin sach sahi maano mein tareekh khayal yahi hai. woh jo aap padhenge woh to ek ek juzwi mutala hai.</w:t>
      </w:r>
    </w:p>
    <w:p>
      <w:pPr>
        <w:jc w:val="right"/>
      </w:pPr>
      <w:r>
        <w:t>لیکن سچ صحیح معنوں میں تاریخ خیال یہی ہے۔ وہ جو آپ پڑھیں گے وہ تو ایک ایک جزوی مطالعہ ہے۔</w:t>
      </w:r>
    </w:p>
    <w:p>
      <w:r>
        <w:rPr>
          <w:b/>
        </w:rPr>
        <w:t xml:space="preserve">[1:11:29] </w:t>
      </w:r>
      <w:r>
        <w:t>yani tareekh khayal ka ek ek hissa hai sirf.</w:t>
      </w:r>
    </w:p>
    <w:p>
      <w:pPr>
        <w:jc w:val="right"/>
      </w:pPr>
      <w:r>
        <w:t>یعنی تاریخ خیال کا ایک ایک حصہ ہے صرف۔</w:t>
      </w:r>
    </w:p>
    <w:p>
      <w:r>
        <w:rPr>
          <w:b/>
        </w:rPr>
        <w:t xml:space="preserve">[1:11:39] </w:t>
      </w:r>
      <w:r>
        <w:t>to main aap logon ko yeh kahunga ke aap log sab se pehle apne is framework ko jo bana hai us ko tod kar bahar aaiye.</w:t>
      </w:r>
    </w:p>
    <w:p>
      <w:pPr>
        <w:jc w:val="right"/>
      </w:pPr>
      <w:r>
        <w:t>تو میں آپ لوگوں کو یہ کہوں گا کہ آپ لوگ سب سے پہلے اپنے اس فریم ورک کو جو بنا ہے اس کو توڑ کر باہر آئیے۔</w:t>
      </w:r>
    </w:p>
    <w:p>
      <w:r>
        <w:rPr>
          <w:b/>
        </w:rPr>
        <w:t xml:space="preserve">[1:11:56] </w:t>
      </w:r>
      <w:r>
        <w:t>apne ko objective sochne wala banaiye. prophet ya dua kiya karte the aksar ke Allahumma arina al ashya'a kama hi Allahumma arina al ashya'a kama hi</w:t>
      </w:r>
    </w:p>
    <w:p>
      <w:pPr>
        <w:jc w:val="right"/>
      </w:pPr>
      <w:r>
        <w:t>اپنے کو آبجیکٹو سوچنے والا بنائیے۔ پرافٹ یا دعا کیا کرتے تھے اکثر کہ اللهم ارنا الاشياء كما هي اللهم ارنا الاشياء كما هي</w:t>
      </w:r>
    </w:p>
    <w:p>
      <w:r>
        <w:rPr>
          <w:b/>
        </w:rPr>
        <w:t xml:space="preserve">[1:12:08] </w:t>
      </w:r>
      <w:r>
        <w:t>ae khuda mujhe cheezon ko as it is dikha. mujhe cheezon ko as it is dikha. yani mujhe objective sochne wala bana.</w:t>
      </w:r>
    </w:p>
    <w:p>
      <w:pPr>
        <w:jc w:val="right"/>
      </w:pPr>
      <w:r>
        <w:t>اے خدا مجھے چیزوں کو as it is دکھا۔ مجھے چیزوں کو as it is دکھا۔ یعنی مجھے آبجیکٹو سوچنے والا بنا۔</w:t>
      </w:r>
    </w:p>
    <w:p>
      <w:r>
        <w:rPr>
          <w:b/>
        </w:rPr>
        <w:t xml:space="preserve">[1:12:19] </w:t>
      </w:r>
      <w:r>
        <w:t>aap sochiye. Allahumma arina al ashya'a kama hi ae khuda mujhe cheezon ko waisa hi dikha jaisa ke woh hain.</w:t>
      </w:r>
    </w:p>
    <w:p>
      <w:pPr>
        <w:jc w:val="right"/>
      </w:pPr>
      <w:r>
        <w:t>آپ سوچیے۔ اللهم ارنا الاشياء كما هي اے خدا مجھے چیزوں کو ویسا ہی دکھا جیسا کہ وہ ہیں۔</w:t>
      </w:r>
    </w:p>
    <w:p>
      <w:r>
        <w:rPr>
          <w:b/>
        </w:rPr>
        <w:t xml:space="preserve">[1:12:32] </w:t>
      </w:r>
      <w:r>
        <w:t>This is the best definition of objective thinking.</w:t>
      </w:r>
    </w:p>
    <w:p>
      <w:pPr>
        <w:jc w:val="right"/>
      </w:pPr>
      <w:r>
        <w:t>This is the best definition of objective thinking.</w:t>
      </w:r>
    </w:p>
    <w:p>
      <w:r>
        <w:rPr>
          <w:b/>
        </w:rPr>
        <w:t xml:space="preserve">[1:12:37] </w:t>
      </w:r>
      <w:r>
        <w:t>to prophet ya dua ki khuda mere andar objectivity paida kar. haan, mere andar objective sochne ki sifat paida kar.</w:t>
      </w:r>
    </w:p>
    <w:p>
      <w:pPr>
        <w:jc w:val="right"/>
      </w:pPr>
      <w:r>
        <w:t>تو پرافٹ یا دعا کی خدا میرے اندر آبجیکٹوٹی پیدا کر۔ ہاں، میرے اندر آبجیکٹو سوچنے کی صفت پیدا کر۔</w:t>
      </w:r>
    </w:p>
    <w:p>
      <w:r>
        <w:rPr>
          <w:b/>
        </w:rPr>
        <w:t xml:space="preserve">[1:12:45] </w:t>
      </w:r>
      <w:r>
        <w:t>mujhe objective sochne wala bana.</w:t>
      </w:r>
    </w:p>
    <w:p>
      <w:pPr>
        <w:jc w:val="right"/>
      </w:pPr>
      <w:r>
        <w:t>مجھے آبجیکٹو سوچنے والا بنا۔</w:t>
      </w:r>
    </w:p>
    <w:p>
      <w:r>
        <w:rPr>
          <w:b/>
        </w:rPr>
        <w:t xml:space="preserve">[1:12:48] </w:t>
      </w:r>
      <w:r>
        <w:t>to main samajhta hoon ke aap logon ko pehli</w:t>
      </w:r>
    </w:p>
    <w:p>
      <w:pPr>
        <w:jc w:val="right"/>
      </w:pPr>
      <w:r>
        <w:t>تو میں سمجھتا ہوں کہ آپ لوگوں کو پہلی</w:t>
      </w:r>
    </w:p>
    <w:p>
      <w:r>
        <w:rPr>
          <w:b/>
        </w:rPr>
        <w:t xml:space="preserve">[1:12:55] </w:t>
      </w:r>
      <w:r>
        <w:t>jo pehli koshish karna chahiye woh yeh hai</w:t>
      </w:r>
    </w:p>
    <w:p>
      <w:pPr>
        <w:jc w:val="right"/>
      </w:pPr>
      <w:r>
        <w:t>جو پہلی کوشش کرنا چاہیے وہ یہ ہے</w:t>
      </w:r>
    </w:p>
    <w:p>
      <w:r>
        <w:rPr>
          <w:b/>
        </w:rPr>
        <w:t xml:space="preserve">[1:13:02] </w:t>
      </w:r>
      <w:r>
        <w:t>ke aap apne zehan ko todein. hathora maar kar todein is ko.</w:t>
      </w:r>
    </w:p>
    <w:p>
      <w:pPr>
        <w:jc w:val="right"/>
      </w:pPr>
      <w:r>
        <w:t>کہ آپ اپنے ذہن کو توڑیں۔ ہتھوڑا مار کر توڑیں اس کو۔</w:t>
      </w:r>
    </w:p>
    <w:p>
      <w:r>
        <w:rPr>
          <w:b/>
        </w:rPr>
        <w:t xml:space="preserve">[1:13:11] </w:t>
      </w:r>
      <w:r>
        <w:t>har ek ka zehan galat hai.</w:t>
      </w:r>
    </w:p>
    <w:p>
      <w:pPr>
        <w:jc w:val="right"/>
      </w:pPr>
      <w:r>
        <w:t>ہر ایک کا ذہن غلط ہے۔</w:t>
      </w:r>
    </w:p>
    <w:p>
      <w:r>
        <w:rPr>
          <w:b/>
        </w:rPr>
        <w:t xml:space="preserve">[1:13:14] </w:t>
      </w:r>
      <w:r>
        <w:t>yeh hadith mein hai ke</w:t>
      </w:r>
    </w:p>
    <w:p>
      <w:pPr>
        <w:jc w:val="right"/>
      </w:pPr>
      <w:r>
        <w:t>یہ حدیث میں ہے کہ</w:t>
      </w:r>
    </w:p>
    <w:p>
      <w:r>
        <w:rPr>
          <w:b/>
        </w:rPr>
        <w:t xml:space="preserve">[1:13:18] </w:t>
      </w:r>
      <w:r>
        <w:t>bachpan mein ghar mein mahaul mein har jagah aadmi is ka asar lete lete is ka ek zehan ban jata hai. jo haqeeqi nahi hota.</w:t>
      </w:r>
    </w:p>
    <w:p>
      <w:pPr>
        <w:jc w:val="right"/>
      </w:pPr>
      <w:r>
        <w:t>بچپن میں گھر میں ماحول میں ہر جگہ آدمی اس کا اثر لیتے لیتے اس کا ایک ذہن بن جاتا ہے۔ جو حقیقی نہیں ہوتا۔</w:t>
      </w:r>
    </w:p>
    <w:p>
      <w:r>
        <w:rPr>
          <w:b/>
        </w:rPr>
        <w:t xml:space="preserve">[1:13:27] </w:t>
      </w:r>
      <w:r>
        <w:t>qudrati nahi hota. jab tak aap is ko todein ge nahi sachai ko aap objective tor par dekh nahi paayenge.</w:t>
      </w:r>
    </w:p>
    <w:p>
      <w:pPr>
        <w:jc w:val="right"/>
      </w:pPr>
      <w:r>
        <w:t>قدرتی نہیں ہوتا۔ جب تک آپ اس کو توڑیں گے نہیں سچائی کو آپ آبجیکٹو طور پر دیکھ نہیں پائیں گے۔</w:t>
      </w:r>
    </w:p>
    <w:p>
      <w:r>
        <w:rPr>
          <w:b/>
        </w:rPr>
        <w:t xml:space="preserve">[1:13:43] </w:t>
      </w:r>
      <w:r>
        <w:t>to</w:t>
      </w:r>
    </w:p>
    <w:p>
      <w:pPr>
        <w:jc w:val="right"/>
      </w:pPr>
      <w:r>
        <w:t>تو</w:t>
      </w:r>
    </w:p>
    <w:p>
      <w:r>
        <w:rPr>
          <w:b/>
        </w:rPr>
        <w:t xml:space="preserve">[1:13:44] </w:t>
      </w:r>
      <w:r>
        <w:t>pehla kaam hamein khud yeh karna hai ke hum objective sochne wale banen. Phir doosra kaam hamein yeh karna hai ke isi ko hum apni zindagi banayen.</w:t>
      </w:r>
    </w:p>
    <w:p>
      <w:pPr>
        <w:jc w:val="right"/>
      </w:pPr>
      <w:r>
        <w:t>پہلا کام ہمیں خود یہ کرنا ہے کہ ہم آبجیکٹو سوچنے والے بنیں۔ پھر دوسرا کام ہمیں یہ کرنا ہے کہ اسی کو ہم اپنی زندگی بنائیں۔</w:t>
      </w:r>
    </w:p>
    <w:p>
      <w:r>
        <w:rPr>
          <w:b/>
        </w:rPr>
        <w:t xml:space="preserve">[1:13:56] </w:t>
      </w:r>
      <w:r>
        <w:t>Apni zindagi banayen. Apne jeewan mein utaren is ko. Yani objectivity ke baad jo cheezen hum daryaft karen us ko apni zindagi mein utaren.</w:t>
      </w:r>
    </w:p>
    <w:p>
      <w:pPr>
        <w:jc w:val="right"/>
      </w:pPr>
      <w:r>
        <w:t>اپنی زندگی بنائیں۔ اپنے جیون میں اتاریں اس کو۔ یعنی آبجیکٹوٹی کے بعد جو چیزیں ہم دریافت کریں اس کو اپنی زندگی میں اتاریں۔</w:t>
      </w:r>
    </w:p>
    <w:p>
      <w:r>
        <w:rPr>
          <w:b/>
        </w:rPr>
        <w:t xml:space="preserve">[1:14:07] </w:t>
      </w:r>
      <w:r>
        <w:t>Apne jeewan mein utaren. Teesra kaam yeh hai ke isi ko hamara mission banayen.</w:t>
      </w:r>
    </w:p>
    <w:p>
      <w:pPr>
        <w:jc w:val="right"/>
      </w:pPr>
      <w:r>
        <w:t>اپنے جیون میں اتاریں۔ تیسرا کام یہ ہے کہ اسی کو ہمارا مشن بنائیں۔</w:t>
      </w:r>
    </w:p>
    <w:p>
      <w:r>
        <w:rPr>
          <w:b/>
        </w:rPr>
        <w:t xml:space="preserve">[1:14:13] </w:t>
      </w:r>
      <w:r>
        <w:t>Ke jo cheez aap ne pai hai us ko doosron tak bantna. Jo cheez aap ne pai hai us ko doosron tak pahunchana.</w:t>
      </w:r>
    </w:p>
    <w:p>
      <w:pPr>
        <w:jc w:val="right"/>
      </w:pPr>
      <w:r>
        <w:t>کہ جو چیز آپ نے پائی ہے اس کو دوسروں تک بانٹنا۔ جو چیز آپ نے پائی ہے اس کو دوسروں تک پہنچانا۔</w:t>
      </w:r>
    </w:p>
    <w:p>
      <w:r>
        <w:rPr>
          <w:b/>
        </w:rPr>
        <w:t xml:space="preserve">[1:14:24] </w:t>
      </w:r>
      <w:r>
        <w:t>Isi ko mein mission keh raha hoon. To pehla kaam hai apne zehen ko</w:t>
      </w:r>
    </w:p>
    <w:p>
      <w:pPr>
        <w:jc w:val="right"/>
      </w:pPr>
      <w:r>
        <w:t>اسی کو میں مشن کہہ رہا ہوں۔ تو پہلا کام ہے اپنے ذہن کو</w:t>
      </w:r>
    </w:p>
    <w:p>
      <w:r>
        <w:rPr>
          <w:b/>
        </w:rPr>
        <w:t xml:space="preserve">[1:14:35] </w:t>
      </w:r>
      <w:r>
        <w:t>Apne zehen ko objective banana. Apni soch ko objective banana.</w:t>
      </w:r>
    </w:p>
    <w:p>
      <w:pPr>
        <w:jc w:val="right"/>
      </w:pPr>
      <w:r>
        <w:t>اپنے ذہن کو آبجیکٹو بنانا۔ اپنی سوچ کو آبجیکٹو بنانا۔</w:t>
      </w:r>
    </w:p>
    <w:p>
      <w:r>
        <w:rPr>
          <w:b/>
        </w:rPr>
        <w:t xml:space="preserve">[1:14:53] </w:t>
      </w:r>
      <w:r>
        <w:t>Doosra hai apni apni zindagi ko isi par dhalna. Jo jis ko Quran mein kaha gaya hai amal saleh.</w:t>
      </w:r>
    </w:p>
    <w:p>
      <w:pPr>
        <w:jc w:val="right"/>
      </w:pPr>
      <w:r>
        <w:t>دوسرا ہے اپنی اپنی زندگی کو اسی پر ڈھالنا۔ جو جس کو قرآن میں کہا گیا ہے عمل صالح۔</w:t>
      </w:r>
    </w:p>
    <w:p>
      <w:r>
        <w:rPr>
          <w:b/>
        </w:rPr>
        <w:t xml:space="preserve">[1:15:03] </w:t>
      </w:r>
      <w:r>
        <w:t>Yani sachai ke mutabiq apni zindagi ko dhalna.</w:t>
      </w:r>
    </w:p>
    <w:p>
      <w:pPr>
        <w:jc w:val="right"/>
      </w:pPr>
      <w:r>
        <w:t>یعنی سچائی کے مطابق اپنی زندگی کو ڈھالنا۔</w:t>
      </w:r>
    </w:p>
    <w:p>
      <w:r>
        <w:rPr>
          <w:b/>
        </w:rPr>
        <w:t xml:space="preserve">[1:15:10] </w:t>
      </w:r>
      <w:r>
        <w:t>Aur teesra jo zimmedari aap ki hai woh hai mission.</w:t>
      </w:r>
    </w:p>
    <w:p>
      <w:pPr>
        <w:jc w:val="right"/>
      </w:pPr>
      <w:r>
        <w:t>اور تیسرا جو ذمہ داری آپ کی ہے وہ ہے مشن۔</w:t>
      </w:r>
    </w:p>
    <w:p>
      <w:r>
        <w:rPr>
          <w:b/>
        </w:rPr>
        <w:t xml:space="preserve">[1:15:18] </w:t>
      </w:r>
      <w:r>
        <w:t>Mission ke bare mein maine aap se kaha hai kai baar ke har aadmi ko do mein se ek ka intekhab hai. Ya to one man one mission bane woh.</w:t>
      </w:r>
    </w:p>
    <w:p>
      <w:pPr>
        <w:jc w:val="right"/>
      </w:pPr>
      <w:r>
        <w:t>مشن کے بارے میں میں نے آپ سے کہا ہے کئی بار کہ ہر آدمی کو دو میں سے ایک کا انتخاب ہے۔ یا تو ون مین ون مشن بنے وہ۔</w:t>
      </w:r>
    </w:p>
    <w:p>
      <w:r>
        <w:rPr>
          <w:b/>
        </w:rPr>
        <w:t xml:space="preserve">[1:15:28] </w:t>
      </w:r>
      <w:r>
        <w:t>Yani doosri koi cheez is ka fikr hi na rahe siwaye mission ke. Yeh hai one man one mission. Doosra hai ke one man two mission. Yani ek aap ki apni family hai aap ki apni zarooraten hain is par 50 feesad aur 50 feesad mission ke liye.</w:t>
      </w:r>
    </w:p>
    <w:p>
      <w:pPr>
        <w:jc w:val="right"/>
      </w:pPr>
      <w:r>
        <w:t>یعنی دوسری کوئی چیز اس کا فکر ہی نہ رہے سوائے مشن کے۔ یہ ہے ون مین ون مشن۔ دوسرا ہے کہ ون مین ٹو مشن۔ یعنی ایک آپ کی اپنی فیملی ہے آپ کی اپنی ضرورتیں ہیں اس پر 50 فیصد اور 50 فیصد مشن کے لیے۔</w:t>
      </w:r>
    </w:p>
    <w:p>
      <w:r>
        <w:rPr>
          <w:b/>
        </w:rPr>
        <w:t xml:space="preserve">[1:15:48] </w:t>
      </w:r>
      <w:r>
        <w:t>Yani ya to 100 feesad ya 50 feesad. In do ke siwa koi intekhab nahi hai aap ke liye. Agar aap jannat chahte hain to. Yani mission ke ko le kar ke ya to aap 100 feesad bane man of mission.</w:t>
      </w:r>
    </w:p>
    <w:p>
      <w:pPr>
        <w:jc w:val="right"/>
      </w:pPr>
      <w:r>
        <w:t>یعنی یا تو 100 فیصد یا 50 فیصد۔ ان دو کے سوا کوئی انتخاب نہیں ہے آپ کے لیے۔ اگر آپ جنت چاہتے ہیں تو۔ یعنی مشن کے کو لے کر کے یا تو آپ 100 فیصد بنیں مین آف مشن۔</w:t>
      </w:r>
    </w:p>
    <w:p>
      <w:r>
        <w:rPr>
          <w:b/>
        </w:rPr>
        <w:t xml:space="preserve">[1:16:03] </w:t>
      </w:r>
      <w:r>
        <w:t>Ya 50 feesad bane aap. Yani 50 feesad aap ka time aap ka money apne liye hai aur 50 feesad aap ka time aap ka money mission ke liye.</w:t>
      </w:r>
    </w:p>
    <w:p>
      <w:pPr>
        <w:jc w:val="right"/>
      </w:pPr>
      <w:r>
        <w:t>یا 50 فیصد بنیں آپ۔ یعنی 50 فیصد آپ کا ٹائم آپ کا منی اپنے لیے ہے اور 50 فیصد آپ کا ٹائم آپ کا منی مشن کے لیے۔</w:t>
      </w:r>
    </w:p>
    <w:p>
      <w:r>
        <w:rPr>
          <w:b/>
        </w:rPr>
        <w:t xml:space="preserve">[1:16:12] </w:t>
      </w:r>
      <w:r>
        <w:t>Yahi do intekhab hain aap ke liye. Ya to one man one mission baniye ya one man two mission baniye.</w:t>
      </w:r>
    </w:p>
    <w:p>
      <w:pPr>
        <w:jc w:val="right"/>
      </w:pPr>
      <w:r>
        <w:t>یہی دو انتخاب ہیں آپ کے لیے۔ یا تو ون مین ون مشن بنیے یا ون مین ٹو مشن بنیے۔</w:t>
      </w:r>
    </w:p>
    <w:p>
      <w:r>
        <w:rPr>
          <w:b/>
        </w:rPr>
        <w:t xml:space="preserve">[1:16:19] </w:t>
      </w:r>
      <w:r>
        <w:t>There is no other choice. To main yeh dua karta hoon ke Allah taala hum sab ko tofeeq de.</w:t>
      </w:r>
    </w:p>
    <w:p>
      <w:pPr>
        <w:jc w:val="right"/>
      </w:pPr>
      <w:r>
        <w:t>There is no other choice. تو میں یہ دعا کرتا ہوں کہ اللہ تعالیٰ ہم سب کو توفیق دے۔</w:t>
      </w:r>
    </w:p>
    <w:p>
      <w:r>
        <w:rPr>
          <w:b/>
        </w:rPr>
        <w:t xml:space="preserve">[1:16:30] </w:t>
      </w:r>
      <w:r>
        <w:t>Kyunke bohat hi ek ek lamhe mein hum jee rahe hain. Ek lamhe mein</w:t>
      </w:r>
    </w:p>
    <w:p>
      <w:pPr>
        <w:jc w:val="right"/>
      </w:pPr>
      <w:r>
        <w:t>کیونکہ بہت ہی ایک ایک لمحے میں ہم جی رہے ہیں۔ ایک لمحے میں</w:t>
      </w:r>
    </w:p>
    <w:p>
      <w:r>
        <w:rPr>
          <w:b/>
        </w:rPr>
        <w:t xml:space="preserve">[1:16:35] </w:t>
      </w:r>
      <w:r>
        <w:t>Isi lamhe mein hamein</w:t>
      </w:r>
    </w:p>
    <w:p>
      <w:pPr>
        <w:jc w:val="right"/>
      </w:pPr>
      <w:r>
        <w:t>۔ اسی لمحے میں ہمیں</w:t>
      </w:r>
    </w:p>
    <w:p>
      <w:r>
        <w:rPr>
          <w:b/>
        </w:rPr>
        <w:t xml:space="preserve">[1:16:40] </w:t>
      </w:r>
      <w:r>
        <w:t>Yeh karna hai ke ya to hum jahannum ka</w:t>
      </w:r>
    </w:p>
    <w:p>
      <w:pPr>
        <w:jc w:val="right"/>
      </w:pPr>
      <w:r>
        <w:t>یہ کرنا ہے کہ یا تو ہم جہنم کا</w:t>
      </w:r>
    </w:p>
    <w:p>
      <w:r>
        <w:rPr>
          <w:b/>
        </w:rPr>
        <w:t xml:space="preserve">[1:16:48] </w:t>
      </w:r>
      <w:r>
        <w:t>Khareedar banein ya jannat ke khareedar banein.</w:t>
      </w:r>
    </w:p>
    <w:p>
      <w:pPr>
        <w:jc w:val="right"/>
      </w:pPr>
      <w:r>
        <w:t>خریدار بنیں یا جنت کے خریدار بنیں۔</w:t>
      </w:r>
    </w:p>
    <w:p>
      <w:r>
        <w:rPr>
          <w:b/>
        </w:rPr>
        <w:t xml:space="preserve">[1:16:53] </w:t>
      </w:r>
      <w:r>
        <w:t>To Allah taala mujh ko aur aap ko sachi marifat de aur hum se khush ho aur hum ko jannat mein dakhla de.</w:t>
      </w:r>
    </w:p>
    <w:p>
      <w:pPr>
        <w:jc w:val="right"/>
      </w:pPr>
      <w:r>
        <w:t>تو اللہ تعالیٰ مجھ کو اور آپ کو سچی معرفت دے اور ہم سے خوش ہو اور ہم کو جنت میں داخلہ دے۔</w:t>
      </w:r>
    </w:p>
    <w:p>
      <w:r>
        <w:rPr>
          <w:b/>
        </w:rPr>
        <w:t xml:space="preserve">[1:17:07] </w:t>
      </w:r>
      <w:r>
        <w:t>Aaqool qooli haaza wastaghfirullaha li wa lakum ajmaeen</w:t>
      </w:r>
    </w:p>
    <w:p>
      <w:pPr>
        <w:jc w:val="right"/>
      </w:pPr>
      <w:r>
        <w:t>أقول قولي هذا واستغفر الله لي ولكم اجمعین</w:t>
      </w:r>
    </w:p>
    <w:p>
      <w:r>
        <w:rPr>
          <w:b/>
        </w:rPr>
        <w:t xml:space="preserve">[1:17:28] </w:t>
      </w:r>
      <w:r>
        <w:t>This question is from Aisha. Maulana, why do people find the Islam presented by you very strange? Dekhiye, main yeh nahi maloom ke sach much kisi ko yeh strange lagta hoga.</w:t>
      </w:r>
    </w:p>
    <w:p>
      <w:pPr>
        <w:jc w:val="right"/>
      </w:pPr>
      <w:r>
        <w:t>This question is from عائشہ۔ مولانا، why do people find the Islam presented by you very strange? دیکھیے، میں یہ نہیں معلوم کہ سچ مچ کسی کو یہ strange لگتا ہوگا۔</w:t>
      </w:r>
    </w:p>
    <w:p>
      <w:r>
        <w:rPr>
          <w:b/>
        </w:rPr>
        <w:t xml:space="preserve">[1:17:43] </w:t>
      </w:r>
      <w:r>
        <w:t>Agar aisa ho to is ka reason yeh ho sakta hai ke ek yeh hai ke jo baat maine kahi hai us ko apne, yani jo prevalent mindset aap ka hai, us se aap compare karen.</w:t>
      </w:r>
    </w:p>
    <w:p>
      <w:pPr>
        <w:jc w:val="right"/>
      </w:pPr>
      <w:r>
        <w:t>اگر ایسا ہو تو اس کا reason یہ ہو سکتا ہے کہ ایک یہ ہے کہ جو بات میں نے کہی ہے اس کو اپنے، یعنی جو prevalent mindset آپ کا ہے، اس سے آپ compare کریں۔</w:t>
      </w:r>
    </w:p>
    <w:p>
      <w:r>
        <w:rPr>
          <w:b/>
        </w:rPr>
        <w:t xml:space="preserve">[1:18:05] </w:t>
      </w:r>
      <w:r>
        <w:t>Ek yeh hai ke us ko aap Quran o Hadees se compare karen.</w:t>
      </w:r>
    </w:p>
    <w:p>
      <w:pPr>
        <w:jc w:val="right"/>
      </w:pPr>
      <w:r>
        <w:t>ایک یہ ہے کہ اس کو آپ قرآن و حدیث سے compare کریں۔</w:t>
      </w:r>
    </w:p>
    <w:p>
      <w:r>
        <w:rPr>
          <w:b/>
        </w:rPr>
        <w:t xml:space="preserve">[1:18:10] </w:t>
      </w:r>
      <w:r>
        <w:t>To bana banaya jo mindset hai, jo chala aa raha hai sankaron saal se, us se compare karen to ho sakta hai ke strange lagta ho aap ko.</w:t>
      </w:r>
    </w:p>
    <w:p>
      <w:pPr>
        <w:jc w:val="right"/>
      </w:pPr>
      <w:r>
        <w:t>تو بنا بنایا جو mindset ہے، جو چلا آ رہا ہے سینکڑوں سال سے، اس سے compare کریں تو ہو سکتا ہے کہ strange لگتا ہو آپ کو۔</w:t>
      </w:r>
    </w:p>
    <w:p>
      <w:r>
        <w:rPr>
          <w:b/>
        </w:rPr>
        <w:t xml:space="preserve">[1:18:21] </w:t>
      </w:r>
      <w:r>
        <w:t>lekin agar quran o hadith se compare karen to asar nahin hoga. kyunke main apne bare mein yeh kehta hoon ke I have rediscovered Islam .</w:t>
      </w:r>
    </w:p>
    <w:p>
      <w:pPr>
        <w:jc w:val="right"/>
      </w:pPr>
      <w:r>
        <w:t>لیکن اگر قرآن و حدیث سے compare کریں تو اثر نہیں ہوگا۔ کیونکہ میں اپنے بارے میں یہ کہتا ہوں کہ I have rediscovered Islam ۔</w:t>
      </w:r>
    </w:p>
    <w:p>
      <w:r>
        <w:rPr>
          <w:b/>
        </w:rPr>
        <w:t xml:space="preserve">[1:18:32] </w:t>
      </w:r>
      <w:r>
        <w:t>yani main koi naya Islam pesh nahin karta.lekin main pesh karta hoon woh Islam jis ko main ne khud rediscover kiya hai.</w:t>
      </w:r>
    </w:p>
    <w:p>
      <w:pPr>
        <w:jc w:val="right"/>
      </w:pPr>
      <w:r>
        <w:t>یعنی میں کوئی نیا اسلام پیش نہیں کرتا۔ لیکن میں پیش کرتا ہوں وہ اسلام جس کو میں نے خود rediscover کیا ہے۔</w:t>
      </w:r>
    </w:p>
    <w:p>
      <w:r>
        <w:rPr>
          <w:b/>
        </w:rPr>
        <w:t xml:space="preserve">[1:18:40] </w:t>
      </w:r>
      <w:r>
        <w:t>is liye ek book hamari hai, moti si. Islam rediscovered. Islam rediscovered. to agar kisi ko meri baat ko jaanchana hai to us ko text se jaanch.</w:t>
      </w:r>
    </w:p>
    <w:p>
      <w:pPr>
        <w:jc w:val="right"/>
      </w:pPr>
      <w:r>
        <w:t>اس لیے ایک book ہماری ہے، موٹی سی۔ اسلام rediscovered۔ اسلام rediscovered۔ تو اگر کسی کو میری بات کو جانچنا ہے تو اس کو text سے جانچے۔</w:t>
      </w:r>
    </w:p>
    <w:p>
      <w:r>
        <w:rPr>
          <w:b/>
        </w:rPr>
        <w:t xml:space="preserve">[1:18:58] </w:t>
      </w:r>
      <w:r>
        <w:t>yani quran o hadith se.jo text hai Islam ka.</w:t>
      </w:r>
    </w:p>
    <w:p>
      <w:pPr>
        <w:jc w:val="right"/>
      </w:pPr>
      <w:r>
        <w:t>یعنی قرآن و حدیث سے۔ جو text ہے اسلام کا۔</w:t>
      </w:r>
    </w:p>
    <w:p>
      <w:r>
        <w:rPr>
          <w:b/>
        </w:rPr>
        <w:t xml:space="preserve">[1:19:03] </w:t>
      </w:r>
      <w:r>
        <w:t>apne hi mindset se agar woh jaanchega to mere khayal se woh na apne sath justice karega aur na mere sath justice karega.</w:t>
      </w:r>
    </w:p>
    <w:p>
      <w:pPr>
        <w:jc w:val="right"/>
      </w:pPr>
      <w:r>
        <w:t>اپنے ہی mindset سے اگر وہ جانچے گا تو میرے خیال سے وہ نہ اپنے ساتھ justice کرے گا اور نہ میرے ساتھ justice کرے گا۔</w:t>
      </w:r>
    </w:p>
    <w:p>
      <w:r>
        <w:rPr>
          <w:b/>
        </w:rPr>
        <w:t xml:space="preserve">[1:19:16] </w:t>
      </w:r>
      <w:r>
        <w:t>yahi samajh mein aayi meri baat.This question is from Stuti.How do we know that our framework is not objective and it needs to be broken?</w:t>
      </w:r>
    </w:p>
    <w:p>
      <w:pPr>
        <w:jc w:val="right"/>
      </w:pPr>
      <w:r>
        <w:t>یہی سمجھ میں آئی میری بات۔ This question is from Stuti. How do we know that our framework is not objective and it needs to be broken?</w:t>
      </w:r>
    </w:p>
    <w:p>
      <w:r>
        <w:rPr>
          <w:b/>
        </w:rPr>
        <w:t xml:space="preserve">[1:19:29] </w:t>
      </w:r>
      <w:r>
        <w:t>dekhiye, yeh difficult bhi hai aur easy bhi hai.</w:t>
      </w:r>
    </w:p>
    <w:p>
      <w:pPr>
        <w:jc w:val="right"/>
      </w:pPr>
      <w:r>
        <w:t>دیکھیے، یہ difficult بھی ہے اور easy بھی ہے۔</w:t>
      </w:r>
    </w:p>
    <w:p>
      <w:r>
        <w:rPr>
          <w:b/>
        </w:rPr>
        <w:t xml:space="preserve">[1:19:40] </w:t>
      </w:r>
      <w:r>
        <w:t>agar aap ego mein jee rahe hain, apne aap mein jee rahe hain, tab aap ko bohat hi mushkil hai yeh baat.</w:t>
      </w:r>
    </w:p>
    <w:p>
      <w:pPr>
        <w:jc w:val="right"/>
      </w:pPr>
      <w:r>
        <w:t>اگر آپ ego میں جی رہے ہیں، اپنے آپ میں جی رہے ہیں، تب آپ کو بہت ہی مشکل ہے یہ بات۔</w:t>
      </w:r>
    </w:p>
    <w:p>
      <w:r>
        <w:rPr>
          <w:b/>
        </w:rPr>
        <w:t xml:space="preserve">[1:19:53] </w:t>
      </w:r>
      <w:r>
        <w:t>yani yeh zaroori nahin ke aap ko pata ho ke main egoist hoon.yeh zaroori nahin hai.</w:t>
      </w:r>
    </w:p>
    <w:p>
      <w:pPr>
        <w:jc w:val="right"/>
      </w:pPr>
      <w:r>
        <w:t>یعنی یہ ضروری نہیں کہ آپ کو پتہ ہو کہ میں egoist ہوں۔ یہ ضروری نہیں ہے۔</w:t>
      </w:r>
    </w:p>
    <w:p>
      <w:r>
        <w:rPr>
          <w:b/>
        </w:rPr>
        <w:t xml:space="preserve">[1:19:57] </w:t>
      </w:r>
      <w:r>
        <w:t>mostly people are egoists, but they don't know that they are egoists.kyun?yeh baat hoti hai unconsciously.</w:t>
      </w:r>
    </w:p>
    <w:p>
      <w:pPr>
        <w:jc w:val="right"/>
      </w:pPr>
      <w:r>
        <w:t>Mostly people are egoists, but they don't know that they are egoists. کیوں؟ یہ بات ہوتی ہے unconsciously۔</w:t>
      </w:r>
    </w:p>
    <w:p>
      <w:r>
        <w:rPr>
          <w:b/>
        </w:rPr>
        <w:t xml:space="preserve">[1:20:10] </w:t>
      </w:r>
      <w:r>
        <w:t>to agar aap apne ego mein jeete hon to aap ko yeh sab baatein samajh mein nahin aayengi.</w:t>
      </w:r>
    </w:p>
    <w:p>
      <w:pPr>
        <w:jc w:val="right"/>
      </w:pPr>
      <w:r>
        <w:t>تو اگر آپ اپنے ego میں جیتے ہوں تو آپ کو یہ سب باتیں سمجھ میں نہیں آئیں گی۔</w:t>
      </w:r>
    </w:p>
    <w:p>
      <w:r>
        <w:rPr>
          <w:b/>
        </w:rPr>
        <w:t xml:space="preserve">[1:20:18] </w:t>
      </w:r>
      <w:r>
        <w:t>apne ego se bahar aa kar jab dekhenge to khoob khoob samajh mein aajayengi.aur ego se bahar aane ka ek hi hai tareeqa.</w:t>
      </w:r>
    </w:p>
    <w:p>
      <w:pPr>
        <w:jc w:val="right"/>
      </w:pPr>
      <w:r>
        <w:t>اپنے ego سے باہر آ کر جب دیکھیں گے تو خوب خوب سمجھ میں آجائیں گی۔ اور ego سے باہر آنے کا ایک ہی ہے طریقہ۔</w:t>
      </w:r>
    </w:p>
    <w:p>
      <w:r>
        <w:rPr>
          <w:b/>
        </w:rPr>
        <w:t xml:space="preserve">[1:20:26] </w:t>
      </w:r>
      <w:r>
        <w:t>woh hai introspection.main raat din apna introspection karta hoon.</w:t>
      </w:r>
    </w:p>
    <w:p>
      <w:pPr>
        <w:jc w:val="right"/>
      </w:pPr>
      <w:r>
        <w:t>وہ ہے introspection۔ میں رات دن اپنا introspection کرتا ہوں۔</w:t>
      </w:r>
    </w:p>
    <w:p>
      <w:r>
        <w:rPr>
          <w:b/>
        </w:rPr>
        <w:t xml:space="preserve">[1:20:37] </w:t>
      </w:r>
      <w:r>
        <w:t>yani isi mein meri subah hoti hai, isi mein meri shaam hoti hai.Introspection.aur ek ek mein aap ko ek bohat hi raaz ki baat batata hoon.</w:t>
      </w:r>
    </w:p>
    <w:p>
      <w:pPr>
        <w:jc w:val="right"/>
      </w:pPr>
      <w:r>
        <w:t>یعنی اسی میں میری صبح ہوتی ہے، اسی میں میری شام ہوتی ہے۔ Introspection۔ اور ایک ایک میں آپ کو ایک بہت ہی راز کی بات بتاتا ہوں۔</w:t>
      </w:r>
    </w:p>
    <w:p>
      <w:r>
        <w:rPr>
          <w:b/>
        </w:rPr>
        <w:t xml:space="preserve">[1:20:50] </w:t>
      </w:r>
      <w:r>
        <w:t>ke kal Maulana Zikwan sahib ne ek hadith yaad dilayi mujhe.jo mujhe yaad nahin thi lekin bari important hai woh.</w:t>
      </w:r>
    </w:p>
    <w:p>
      <w:pPr>
        <w:jc w:val="right"/>
      </w:pPr>
      <w:r>
        <w:t>کہ کل مولانا ذکوان صاحب نے ایک حدیث یاد دلائی مجھے۔ جو مجھے یاد نہیں تھی لیکن بڑی important ہے وہ۔</w:t>
      </w:r>
    </w:p>
    <w:p>
      <w:r>
        <w:rPr>
          <w:b/>
        </w:rPr>
        <w:t xml:space="preserve">[1:21:01] </w:t>
      </w:r>
      <w:r>
        <w:t>ke Prophet of Islam yani Rasool Allah (SAW) ne kaha.do word use hue hain Kareem aur Laim.</w:t>
      </w:r>
    </w:p>
    <w:p>
      <w:pPr>
        <w:jc w:val="right"/>
      </w:pPr>
      <w:r>
        <w:t>کہ پرافٹ آف اسلام یعنی رسول اللہ صلی اللہ علیہ وسلم نے کہا۔ دو word use ہوئے ہیں کریم اور لعیم۔</w:t>
      </w:r>
    </w:p>
    <w:p>
      <w:r>
        <w:rPr>
          <w:b/>
        </w:rPr>
        <w:t xml:space="preserve">[1:21:09] </w:t>
      </w:r>
      <w:r>
        <w:t>Kareem kehte hain nabilad aadmi.shareef aadmi.aur Laim kehte hain is ka ulta.yani ghair shareef aadmi.</w:t>
      </w:r>
    </w:p>
    <w:p>
      <w:pPr>
        <w:jc w:val="right"/>
      </w:pPr>
      <w:r>
        <w:t>کریم کہتے ہیں نابلد آدمی۔ شریف آدمی۔ اور لعیم کہتے ہیں اس کا الٹا۔ یعنی غیر شریف آدمی۔</w:t>
      </w:r>
    </w:p>
    <w:p>
      <w:r>
        <w:rPr>
          <w:b/>
        </w:rPr>
        <w:t xml:space="preserve">[1:21:19] </w:t>
      </w:r>
      <w:r>
        <w:t>to hadith mein yeh hai ke aurat ko jo izzat de woh Kareem hai.nabilad aadmi hai.gentleman hai.jo izzat na de woh Laim hai.</w:t>
      </w:r>
    </w:p>
    <w:p>
      <w:pPr>
        <w:jc w:val="right"/>
      </w:pPr>
      <w:r>
        <w:t>تو حدیث میں یہ ہے کہ عورت کو جو عزت دے وہ کریم ہے۔ نابلد آدمی ہے۔ Gentleman ہے۔ جو عزت نہ دے وہ لعیم ہے۔</w:t>
      </w:r>
    </w:p>
    <w:p>
      <w:r>
        <w:rPr>
          <w:b/>
        </w:rPr>
        <w:t xml:space="preserve">[1:21:32] </w:t>
      </w:r>
      <w:r>
        <w:t>yani woh b</w:t>
      </w:r>
    </w:p>
    <w:p>
      <w:pPr>
        <w:jc w:val="right"/>
      </w:pPr>
      <w:r>
        <w:t>یعنی وہ ب</w:t>
      </w:r>
    </w:p>
    <w:p>
      <w:r>
        <w:rPr>
          <w:b/>
        </w:rPr>
        <w:t xml:space="preserve">[1:21:34] </w:t>
      </w:r>
      <w:r>
        <w:t>ura aadmi hai.is mein yeh hai ke jo aurat ko dabaye woh Laim hai.jo aurat se khud dab jaye woh Kareem hai.yeh good character aur bad character.</w:t>
      </w:r>
    </w:p>
    <w:p>
      <w:pPr>
        <w:jc w:val="right"/>
      </w:pPr>
      <w:r>
        <w:t>را آدمی ہے۔ اس میں یہ ہے کہ جو عورت کو دبائے وہ لعیم ہے۔ جو عورت سے خود دب جائے وہ کریم ہے۔ یہ good character اور bad character۔</w:t>
      </w:r>
    </w:p>
    <w:p>
      <w:r>
        <w:rPr>
          <w:b/>
        </w:rPr>
        <w:t xml:space="preserve">[1:21:44] </w:t>
      </w:r>
      <w:r>
        <w:t>to is ke baad jo aap kehte hain woh yeh kehte hain أحب أن أكون كريما مغلوبا ۔</w:t>
      </w:r>
    </w:p>
    <w:p>
      <w:pPr>
        <w:jc w:val="right"/>
      </w:pPr>
      <w:r>
        <w:t>تو اس کے بعد جو آپ کہتے ہیں وہ یہ کہتے ہیں أحب أن أكون كريما مغلوبا ۔</w:t>
      </w:r>
    </w:p>
    <w:p>
      <w:r>
        <w:rPr>
          <w:b/>
        </w:rPr>
        <w:t xml:space="preserve">[1:21:53] </w:t>
      </w:r>
      <w:r>
        <w:t>bohat hi important baat hai.أحب أن أكون كريما مغلوبا</w:t>
      </w:r>
    </w:p>
    <w:p>
      <w:pPr>
        <w:jc w:val="right"/>
      </w:pPr>
      <w:r>
        <w:t>بہت ہی important بات ہے۔ أحب أن أكون كريما مغلوبا</w:t>
      </w:r>
    </w:p>
    <w:p>
      <w:r>
        <w:rPr>
          <w:b/>
        </w:rPr>
        <w:t xml:space="preserve">[1:21:59] </w:t>
      </w:r>
      <w:r>
        <w:t>۔yani main is ko pasand karta hoon ke main, yani dab janay wala nabilad aadmi banun.</w:t>
      </w:r>
    </w:p>
    <w:p>
      <w:pPr>
        <w:jc w:val="right"/>
      </w:pPr>
      <w:r>
        <w:t>۔ یعنی میں اس کو پسند کرتا ہوں کہ میں، یعنی دب جانے والا نابلد آدمی بنوں۔</w:t>
      </w:r>
    </w:p>
    <w:p>
      <w:r>
        <w:rPr>
          <w:b/>
        </w:rPr>
        <w:t xml:space="preserve">[1:22:09] </w:t>
      </w:r>
      <w:r>
        <w:t>yani woh acha aadmi banun jo aurat se dab gaya.أحب أن أكون كريما مغلوبا ۔</w:t>
      </w:r>
    </w:p>
    <w:p>
      <w:pPr>
        <w:jc w:val="right"/>
      </w:pPr>
      <w:r>
        <w:t>یعنی وہ اچھا آدمی بنوں جو عورت سے دب گیا۔ أحب أن أكون كريما مغلوبا ۔</w:t>
      </w:r>
    </w:p>
    <w:p>
      <w:r>
        <w:rPr>
          <w:b/>
        </w:rPr>
        <w:t xml:space="preserve">[1:22:18] </w:t>
      </w:r>
      <w:r>
        <w:t>is ko main ne bohat socha.to bohat bari baat samajh mein aayi.</w:t>
      </w:r>
    </w:p>
    <w:p>
      <w:pPr>
        <w:jc w:val="right"/>
      </w:pPr>
      <w:r>
        <w:t>اس کو میں نے بہت سوچا۔ تو بہت بڑی بات سمجھ میں آئی۔</w:t>
      </w:r>
    </w:p>
    <w:p>
      <w:r>
        <w:rPr>
          <w:b/>
        </w:rPr>
        <w:t xml:space="preserve">[1:22:25] </w:t>
      </w:r>
      <w:r>
        <w:t>dekhiye, sab se zyada ek mard ka interaction hota hai apni wife se. sab se zyada. raat din hota rehta hai.</w:t>
      </w:r>
    </w:p>
    <w:p>
      <w:pPr>
        <w:jc w:val="right"/>
      </w:pPr>
      <w:r>
        <w:t>دیکھیے، سب سے زیادہ ایک مرد کا interaction ہوتا ہے اپنی wife سے۔ سب سے زیادہ۔ رات دن ہوتا رہتا ہے۔</w:t>
      </w:r>
    </w:p>
    <w:p>
      <w:r>
        <w:rPr>
          <w:b/>
        </w:rPr>
        <w:t xml:space="preserve">[1:22:35] </w:t>
      </w:r>
      <w:r>
        <w:t>to is wajah se sab se zyada yeh yeh jo cheez hai woh pesh aati hai biwi ke sath.</w:t>
      </w:r>
    </w:p>
    <w:p>
      <w:pPr>
        <w:jc w:val="right"/>
      </w:pPr>
      <w:r>
        <w:t>تو اس وجہ سے سب سے زیادہ یہ یہ جو چیز ہے وہ پیش آتی ہے بیوی کے ساتھ۔</w:t>
      </w:r>
    </w:p>
    <w:p>
      <w:r>
        <w:rPr>
          <w:b/>
        </w:rPr>
        <w:t xml:space="preserve">[1:22:44] </w:t>
      </w:r>
      <w:r>
        <w:t>yeh baar baar aisa hota hai ke ya to main daboon ya is ko dabaon. yeh baar baar kuch na kuch differences aate hain. kabhi woh emotional ho jate hain woh differences.</w:t>
      </w:r>
    </w:p>
    <w:p>
      <w:pPr>
        <w:jc w:val="right"/>
      </w:pPr>
      <w:r>
        <w:t>یہ بار بار ایسا ہوتا ہے کہ یا تو میں دبوں یا اس کو دباؤں۔ یہ بار بار کچھ نہ کچھ differences آتے ہیں۔ کبھی وہ emotional ہو جاتے ہیں وہ differences۔</w:t>
      </w:r>
    </w:p>
    <w:p>
      <w:r>
        <w:rPr>
          <w:b/>
        </w:rPr>
        <w:t xml:space="preserve">[1:22:55] </w:t>
      </w:r>
      <w:r>
        <w:t>to</w:t>
      </w:r>
    </w:p>
    <w:p>
      <w:pPr>
        <w:jc w:val="right"/>
      </w:pPr>
      <w:r>
        <w:t>تو</w:t>
      </w:r>
    </w:p>
    <w:p>
      <w:r>
        <w:rPr>
          <w:b/>
        </w:rPr>
        <w:t xml:space="preserve">[1:22:56] </w:t>
      </w:r>
      <w:r>
        <w:t>woh is waqt yeh hota hai ke ya to main khud is ko dabaon ya main khud dab jaon. yeh moment aate rehte hain. to yeh dekhiye, agar main aisa karoon ke main woman ko</w:t>
      </w:r>
    </w:p>
    <w:p>
      <w:pPr>
        <w:jc w:val="right"/>
      </w:pPr>
      <w:r>
        <w:t>وہ اس وقت یہ ہوتا ہے کہ یا تو میں خود اس کو دباؤں یا میں خود دب جاؤں۔ یہ moment آتے رہتے ہیں۔ تو یہ دیکھیے، اگر میں ایسا کروں کہ میں woman کو</w:t>
      </w:r>
    </w:p>
    <w:p>
      <w:r>
        <w:rPr>
          <w:b/>
        </w:rPr>
        <w:t xml:space="preserve">[1:23:14] </w:t>
      </w:r>
      <w:r>
        <w:t>dabaon. dabane ka dabane ki koshish karoon. to kya hota hai? mera process disturb ho jata hai.</w:t>
      </w:r>
    </w:p>
    <w:p>
      <w:pPr>
        <w:jc w:val="right"/>
      </w:pPr>
      <w:r>
        <w:t>دباؤں۔ دبانے کا دبانے کی کوشش کروں۔ تو کیا ہوتا ہے؟ میرا process disturb ہو جاتا ہے۔</w:t>
      </w:r>
    </w:p>
    <w:p>
      <w:r>
        <w:rPr>
          <w:b/>
        </w:rPr>
        <w:t xml:space="preserve">[1:23:22] </w:t>
      </w:r>
      <w:r>
        <w:t>har aadmi ko chahiye ke woh apne andar apne aap ko positive banane ka process continue rakhay.</w:t>
      </w:r>
    </w:p>
    <w:p>
      <w:pPr>
        <w:jc w:val="right"/>
      </w:pPr>
      <w:r>
        <w:t>ہر آدمی کو چاہیے کہ وہ اپنے اندر اپنے آپ کو positive بنانے کا process continue رکھے۔</w:t>
      </w:r>
    </w:p>
    <w:p>
      <w:r>
        <w:rPr>
          <w:b/>
        </w:rPr>
        <w:t xml:space="preserve">[1:23:32] </w:t>
      </w:r>
      <w:r>
        <w:t>kyun ke hum jeete hain aisi duniya mein jahan har waqt negativity hai. har waqt provocation hai. har waqt unpleasant situation hai. to har waqt hum ko negative thought aa rahe hain.</w:t>
      </w:r>
    </w:p>
    <w:p>
      <w:pPr>
        <w:jc w:val="right"/>
      </w:pPr>
      <w:r>
        <w:t>کیونکہ ہم جیتے ہیں ایسی دنیا میں جہاں ہر وقت negativity ہے۔ ہر وقت provocation ہے۔ ہر وقت unpleasant situation ہے۔ تو ہر وقت ہم کو negative thought آ رہے ہیں۔</w:t>
      </w:r>
    </w:p>
    <w:p>
      <w:r>
        <w:rPr>
          <w:b/>
        </w:rPr>
        <w:t xml:space="preserve">[1:23:42] </w:t>
      </w:r>
      <w:r>
        <w:t>charon taraf se.</w:t>
      </w:r>
    </w:p>
    <w:p>
      <w:pPr>
        <w:jc w:val="right"/>
      </w:pPr>
      <w:r>
        <w:t>چاروں طرف سے۔</w:t>
      </w:r>
    </w:p>
    <w:p>
      <w:r>
        <w:rPr>
          <w:b/>
        </w:rPr>
        <w:t xml:space="preserve">[1:23:43] </w:t>
      </w:r>
      <w:r>
        <w:t>har waqt. kuch nahi to road par koi horn baja raha hai. koi air pollution bikhair raha hai. tarah tarah ka.</w:t>
      </w:r>
    </w:p>
    <w:p>
      <w:pPr>
        <w:jc w:val="right"/>
      </w:pPr>
      <w:r>
        <w:t>ہر وقت۔ کچھ نہیں تو road پر کوئی ہارن بجا رہا ہے۔ کوئی air pollution بکھیر رہا ہے۔ طرح طرح کا۔</w:t>
      </w:r>
    </w:p>
    <w:p>
      <w:r>
        <w:rPr>
          <w:b/>
        </w:rPr>
        <w:t xml:space="preserve">[1:23:52] </w:t>
      </w:r>
      <w:r>
        <w:t>qism qism ka. to main ek process chalana parta hai mujhe subah shaam. ke negativity ko positivity mein badalna. yeh ek process hai.</w:t>
      </w:r>
    </w:p>
    <w:p>
      <w:pPr>
        <w:jc w:val="right"/>
      </w:pPr>
      <w:r>
        <w:t>قسم قسم کا۔ تو میں ایک process چلانا پڑتا ہے مجھے صبح شام۔ کہ negativity کو positivity میں بدلنا۔ یہ ایک process ہے۔</w:t>
      </w:r>
    </w:p>
    <w:p>
      <w:r>
        <w:rPr>
          <w:b/>
        </w:rPr>
        <w:t xml:space="preserve">[1:24:02] </w:t>
      </w:r>
      <w:r>
        <w:t>har waqt. ab agar biwi se jhagharta hoon, main ladta hoon, aur is ko dabane ki koshish karta hoon to kya matlab is ka hua?</w:t>
      </w:r>
    </w:p>
    <w:p>
      <w:pPr>
        <w:jc w:val="right"/>
      </w:pPr>
      <w:r>
        <w:t>ہر وقت۔ اب اگر بیوی سے جھگڑتا ہوں، میں لڑتا ہوں، اور اس کو دبانے کی کوشش کرتا ہوں تو کیا مطلب اس کا ہوا؟</w:t>
      </w:r>
    </w:p>
    <w:p>
      <w:r>
        <w:rPr>
          <w:b/>
        </w:rPr>
        <w:t xml:space="preserve">[1:24:08] </w:t>
      </w:r>
      <w:r>
        <w:t>ke maine apne is process ko stop kar diya. stop. to kitni bhaari price di maine.</w:t>
      </w:r>
    </w:p>
    <w:p>
      <w:pPr>
        <w:jc w:val="right"/>
      </w:pPr>
      <w:r>
        <w:t>کہ میں نے اپنے اس process کو stop کر دیا۔ Stop ۔ تو کتنی بھاری price دی میں نے۔</w:t>
      </w:r>
    </w:p>
    <w:p>
      <w:r>
        <w:rPr>
          <w:b/>
        </w:rPr>
        <w:t xml:space="preserve">[1:24:19] </w:t>
      </w:r>
      <w:r>
        <w:t>ke biwi se jhagharr raha hoon, biwi se lad raha hoon, is ko daba raha hoon. to apne andar jo process chal raha hai positivity ka, woh break ho gaya.</w:t>
      </w:r>
    </w:p>
    <w:p>
      <w:pPr>
        <w:jc w:val="right"/>
      </w:pPr>
      <w:r>
        <w:t>کہ بیوی سے جھگڑ رہا ہوں، بیوی سے لڑ رہا ہوں، اس کو دبا رہا ہوں۔ تو اپنے اندر جو process چل رہا ہے positivity کا، وہ break ہو گیا۔</w:t>
      </w:r>
    </w:p>
    <w:p>
      <w:r>
        <w:rPr>
          <w:b/>
        </w:rPr>
        <w:t xml:space="preserve">[1:24:30] </w:t>
      </w:r>
      <w:r>
        <w:t>woh stop ho gaya. to wahid aadmi kaun hai?</w:t>
      </w:r>
    </w:p>
    <w:p>
      <w:pPr>
        <w:jc w:val="right"/>
      </w:pPr>
      <w:r>
        <w:t>وہ stop ہو گیا۔ تو واحد آدمی کون ہے؟</w:t>
      </w:r>
    </w:p>
    <w:p>
      <w:r>
        <w:rPr>
          <w:b/>
        </w:rPr>
        <w:t xml:space="preserve">[1:24:34] </w:t>
      </w:r>
      <w:r>
        <w:t>wahid aadmi woh hai jo yeh price na dene ke liye jaldi se apne ko khud hi daba lay. khud hi surrender kar day.</w:t>
      </w:r>
    </w:p>
    <w:p>
      <w:pPr>
        <w:jc w:val="right"/>
      </w:pPr>
      <w:r>
        <w:t>واحد آدمی وہ ہے جو یہ price نہ دینے کے لیے جلدی سے اپنے کو خود ہی دبا لے۔ خود ہی surrender کر دے۔</w:t>
      </w:r>
    </w:p>
    <w:p>
      <w:r>
        <w:rPr>
          <w:b/>
        </w:rPr>
        <w:t xml:space="preserve">[1:24:44] </w:t>
      </w:r>
      <w:r>
        <w:t>jab aap aurat se jo har waqt ki partner hai aap ki, har waqt ki zindagi ki saathi hai, us se aap apne ko daba len, is ka matlab yeh hua ke aap jo process chala rahe hain apne mind mein,</w:t>
      </w:r>
    </w:p>
    <w:p>
      <w:pPr>
        <w:jc w:val="right"/>
      </w:pPr>
      <w:r>
        <w:t>جب آپ عورت سے جو ہر وقت کی partner ہے آپ کی، ہر وقت کی زندگی کی ساتھی ہے، اس سے آپ اپنے کو دبا لیں، اس کا مطلب یہ ہوا کہ آپ جو process چلا رہے ہیں اپنے mind میں،</w:t>
      </w:r>
    </w:p>
    <w:p>
      <w:r>
        <w:rPr>
          <w:b/>
        </w:rPr>
        <w:t xml:space="preserve">[1:24:59] </w:t>
      </w:r>
      <w:r>
        <w:t>us ko aap ne non-stop continue rakha.</w:t>
      </w:r>
    </w:p>
    <w:p>
      <w:pPr>
        <w:jc w:val="right"/>
      </w:pPr>
      <w:r>
        <w:t>اس کو آپ نے non-stop continue رکھا۔</w:t>
      </w:r>
    </w:p>
    <w:p>
      <w:r>
        <w:rPr>
          <w:b/>
        </w:rPr>
        <w:t xml:space="preserve">[1:25:04] </w:t>
      </w:r>
      <w:r>
        <w:t>yeh hai matlab is ka. to aap ne farmaya ke أحب أن أكون كريما مغلوبا. yani main chahta hoon ke main woh insaan banoon jo aurat se dab jaye.</w:t>
      </w:r>
    </w:p>
    <w:p>
      <w:pPr>
        <w:jc w:val="right"/>
      </w:pPr>
      <w:r>
        <w:t>یہ ہے مطلب اس کا۔ تو آپ نے فرمایا کہ أحب أن أكون كريما مغلوبا ۔ یعنی میں چاہتا ہوں کہ میں وہ انسان بنوں جو عورت سے دب جائے۔</w:t>
      </w:r>
    </w:p>
    <w:p>
      <w:r>
        <w:rPr>
          <w:b/>
        </w:rPr>
        <w:t xml:space="preserve">[1:25:17] </w:t>
      </w:r>
      <w:r>
        <w:t>surrender kar day. to matlab is mein matlab surrender karne ka nahi hai. masla apne positive process ko continue rakhne ka hai.</w:t>
      </w:r>
    </w:p>
    <w:p>
      <w:pPr>
        <w:jc w:val="right"/>
      </w:pPr>
      <w:r>
        <w:t>Surrender کر دے۔ تو مطلب اس میں مطلب surrender کرنے کا نہیں ہے۔ مسئلہ اپنے positive process کو continue رکھنے کا ہے۔</w:t>
      </w:r>
    </w:p>
    <w:p>
      <w:r>
        <w:rPr>
          <w:b/>
        </w:rPr>
        <w:t xml:space="preserve">[1:25:27] </w:t>
      </w:r>
      <w:r>
        <w:t>kitni bari baat yeh hai. kitni bari baat hai yeh.</w:t>
      </w:r>
    </w:p>
    <w:p>
      <w:pPr>
        <w:jc w:val="right"/>
      </w:pPr>
      <w:r>
        <w:t>کتنی بڑی بات یہ ہے۔ کتنی بڑی بات ہے یہ۔</w:t>
      </w:r>
    </w:p>
    <w:p>
      <w:r>
        <w:rPr>
          <w:b/>
        </w:rPr>
        <w:t xml:space="preserve">[1:25:32] </w:t>
      </w:r>
      <w:r>
        <w:t>to agar aadmi chahta hai waqai apne aap ko, apne andar woh personality develop karna jo jannat mein settle hone ke qabil ho, jo deserve kare jannat ke liye, to is ko yahan tak jana paray ga ke har waqt tayyar rehna paray ga surrender karne ke liye.</w:t>
      </w:r>
    </w:p>
    <w:p>
      <w:pPr>
        <w:jc w:val="right"/>
      </w:pPr>
      <w:r>
        <w:t>تو اگر آدمی چاہتا ہے واقعی اپنے آپ کو، اپنے اندر وہ personality develop کرنا جو جنت میں settle ہونے کے قابل ہو، جو deserve کرے جنت کے لیے، تو اس کو یہاں تک جانا پڑے گا کہ ہر وقت تیار رہنا پڑے گا surrender کرنے کے لیے۔</w:t>
      </w:r>
    </w:p>
    <w:p>
      <w:r>
        <w:rPr>
          <w:b/>
        </w:rPr>
        <w:t xml:space="preserve">[1:25:52] </w:t>
      </w:r>
      <w:r>
        <w:t>yeh is mein dekhiye, biwi ki baat ya aurat ki baat yeh symbolic sense mein hai.</w:t>
      </w:r>
    </w:p>
    <w:p>
      <w:pPr>
        <w:jc w:val="right"/>
      </w:pPr>
      <w:r>
        <w:t>یہ اس میں دیکھیے، بیوی کی بات یا عورت کی بات یہ symbolic sense میں ہے۔</w:t>
      </w:r>
    </w:p>
    <w:p>
      <w:r>
        <w:rPr>
          <w:b/>
        </w:rPr>
        <w:t xml:space="preserve">[1:25:57] </w:t>
      </w:r>
      <w:r>
        <w:t>har ek ke sath yeh hai. kisi bhi aadmi se aap ka kuch jhaghra hota hai. koi differences aate hain. to jaldi se surrender kar dijiye.</w:t>
      </w:r>
    </w:p>
    <w:p>
      <w:pPr>
        <w:jc w:val="right"/>
      </w:pPr>
      <w:r>
        <w:t>ہر ایک کے ساتھ یہ ہے۔ کسی بھی آدمی سے آپ کا کچھ جھگڑا ہوتا ہے۔ کوئی differences آتے ہیں۔ تو جلدی سے surrender کر دیجیے۔</w:t>
      </w:r>
    </w:p>
    <w:p>
      <w:r>
        <w:rPr>
          <w:b/>
        </w:rPr>
        <w:t xml:space="preserve">[1:26:07] </w:t>
      </w:r>
      <w:r>
        <w:t>kyun? is ki price yeh deni paray gi ke aap ke mind mein jo process chala rahe thay aap, woh stop ho jayega. to distraction se bachane ke liye apne aap ko yeh karna paray ga aap ko.</w:t>
      </w:r>
    </w:p>
    <w:p>
      <w:pPr>
        <w:jc w:val="right"/>
      </w:pPr>
      <w:r>
        <w:t>کیوں؟ اس کی price یہ دینی پڑے گی کہ آپ کے mind میں جو process چلا رہے تھے آپ، وہ stop ہو جائے گا۔ تو distraction سے بچانے کے لیے اپنے آپ کو یہ کرنا پڑے گا آپ کو۔</w:t>
      </w:r>
    </w:p>
    <w:p>
      <w:r>
        <w:rPr>
          <w:b/>
        </w:rPr>
        <w:t xml:space="preserve">[1:26:22] </w:t>
      </w:r>
      <w:r>
        <w:t>yeh kitni bari baat is ke andar hai. aheb an akoon krima magloob.</w:t>
      </w:r>
    </w:p>
    <w:p>
      <w:pPr>
        <w:jc w:val="right"/>
      </w:pPr>
      <w:r>
        <w:t>یہ کتنی بڑی بات اس کے اندر ہے۔ أحب أن أكون كريما مغلوبا ۔</w:t>
      </w:r>
    </w:p>
    <w:p>
      <w:r>
        <w:rPr>
          <w:b/>
        </w:rPr>
        <w:t xml:space="preserve">[1:26:27] </w:t>
      </w:r>
      <w:r>
        <w:t>mein chahta hoon ke mein woh insaan banoon jo kareem magloob ho. yaani jis ne apne aap ko surrender kar diya ho.</w:t>
      </w:r>
    </w:p>
    <w:p>
      <w:pPr>
        <w:jc w:val="right"/>
      </w:pPr>
      <w:r>
        <w:t>میں چاہتا ہوں کہ میں وہ انسان بنوں جو کریم مغلوب ہو۔ یعنی جس نے اپنے آپ کو surrender کر دیا ہو۔</w:t>
      </w:r>
    </w:p>
    <w:p>
      <w:r>
        <w:rPr>
          <w:b/>
        </w:rPr>
        <w:t xml:space="preserve">[1:26:36] </w:t>
      </w:r>
      <w:r>
        <w:t>doosre ke muqable mein. to is mein dekhiye, sab se bari jo quality hai woh surrender karna hai. doosre ke oopar dabdaba banana nahi hai.</w:t>
      </w:r>
    </w:p>
    <w:p>
      <w:pPr>
        <w:jc w:val="right"/>
      </w:pPr>
      <w:r>
        <w:t>دوسرے کے مقابلے میں۔ تو اس میں دیکھیے، سب سے بڑی جو quality ہے وہ surrender کرنا ہے۔ دوسرے کے اوپر دبدبہ بنانا نہیں ہے۔</w:t>
      </w:r>
    </w:p>
    <w:p>
      <w:r>
        <w:rPr>
          <w:b/>
        </w:rPr>
        <w:t xml:space="preserve">[1:26:46] </w:t>
      </w:r>
      <w:r>
        <w:t>yeh bohat bari baat hai yeh. ke doosre ke oopar wahan dabdaba banana, yeh koi bari baat nahi hai.</w:t>
      </w:r>
    </w:p>
    <w:p>
      <w:pPr>
        <w:jc w:val="right"/>
      </w:pPr>
      <w:r>
        <w:t>یہ بہت بڑی بات ہے یہ۔ کہ دوسرے کے اوپر وہاں دبدبہ بنانا، یہ کوئی بڑی بات نہیں ہے۔</w:t>
      </w:r>
    </w:p>
    <w:p>
      <w:r>
        <w:rPr>
          <w:b/>
        </w:rPr>
        <w:t xml:space="preserve">[1:26:52] </w:t>
      </w:r>
      <w:r>
        <w:t>bari baat yeh hai ke aap surrender kar dein. aur surrender kar ke apne aap ko, apne andar is process ko continue rakhein. jis ki wajah se aap jannat mein jayenge.</w:t>
      </w:r>
    </w:p>
    <w:p>
      <w:pPr>
        <w:jc w:val="right"/>
      </w:pPr>
      <w:r>
        <w:t>بڑی بات یہ ہے کہ آپ surrender کر دیں۔ اور surrender کر کے اپنے آپ کو، اپنے اندر اس process کو continue رکھیں۔ جس کی وجہ سے آپ جنت میں جائیں گے۔</w:t>
      </w:r>
    </w:p>
    <w:p>
      <w:r>
        <w:rPr>
          <w:b/>
        </w:rPr>
        <w:t xml:space="preserve">[1:27:07] </w:t>
      </w:r>
      <w:r>
        <w:t>This question is from Hamid Hussain. What is soul? Please describe it in the light of Quranic references. And what do you mean by peace to soul?</w:t>
      </w:r>
    </w:p>
    <w:p>
      <w:pPr>
        <w:jc w:val="right"/>
      </w:pPr>
      <w:r>
        <w:t>This question is from Hamid Hussain. What is soul? Please describe it in the light of Quranic references. And what do you mean by peace to soul?</w:t>
      </w:r>
    </w:p>
    <w:p>
      <w:r>
        <w:rPr>
          <w:b/>
        </w:rPr>
        <w:t xml:space="preserve">[1:27:19] </w:t>
      </w:r>
      <w:r>
        <w:t>And how can one achieve it?</w:t>
      </w:r>
    </w:p>
    <w:p>
      <w:pPr>
        <w:jc w:val="right"/>
      </w:pPr>
      <w:r>
        <w:t>And how can one achieve it?</w:t>
      </w:r>
    </w:p>
    <w:p>
      <w:r>
        <w:rPr>
          <w:b/>
        </w:rPr>
        <w:t xml:space="preserve">[1:27:23] </w:t>
      </w:r>
      <w:r>
        <w:t>dekhiye, quran mein aaya hai ke yasaloonaka an alrooh, qul alrooh min noor rabbi, ma ooteeta min alilm illa qaleela.</w:t>
      </w:r>
    </w:p>
    <w:p>
      <w:pPr>
        <w:jc w:val="right"/>
      </w:pPr>
      <w:r>
        <w:t>دیکھیے، قرآن میں آیا ہے کہ يسألونك عن الروح، قل الروح من نور ربي، ما أوتيت من العلم إلا قليلا ۔</w:t>
      </w:r>
    </w:p>
    <w:p>
      <w:r>
        <w:rPr>
          <w:b/>
        </w:rPr>
        <w:t xml:space="preserve">[1:27:33] </w:t>
      </w:r>
      <w:r>
        <w:t>ke rooh ke bare mein poocha gaya. Soul ke bare mein. to quran mein is ka koi answer nahi diya gaya. yeh nahi bataya gaya ke what is soul.</w:t>
      </w:r>
    </w:p>
    <w:p>
      <w:pPr>
        <w:jc w:val="right"/>
      </w:pPr>
      <w:r>
        <w:t>کہ روح کے بارے میں پوچھا گیا۔ Soul کے بارے میں۔ تو قرآن میں اس کا کوئی answer نہیں دیا گیا۔ یہ نہیں بتایا گیا کہ what is soul ۔</w:t>
      </w:r>
    </w:p>
    <w:p>
      <w:r>
        <w:rPr>
          <w:b/>
        </w:rPr>
        <w:t xml:space="preserve">[1:27:44] </w:t>
      </w:r>
      <w:r>
        <w:t>balke yeh kaha gaya ke tum ko limited knowledge di gayi hai.</w:t>
      </w:r>
    </w:p>
    <w:p>
      <w:pPr>
        <w:jc w:val="right"/>
      </w:pPr>
      <w:r>
        <w:t>بلکہ یہ کہا گیا کہ تم کو limited knowledge دی گئی ہے۔</w:t>
      </w:r>
    </w:p>
    <w:p>
      <w:r>
        <w:rPr>
          <w:b/>
        </w:rPr>
        <w:t xml:space="preserve">[1:27:51] </w:t>
      </w:r>
      <w:r>
        <w:t>Due to your limited knowledge, you are not in a position to understand these questions. is wajah se ek bohat bare aalim ne kaha hai ke abhamu ma abhamahu Allah.</w:t>
      </w:r>
    </w:p>
    <w:p>
      <w:pPr>
        <w:jc w:val="right"/>
      </w:pPr>
      <w:r>
        <w:t>Due to your limited knowledge, you are not in a position to understand these questions. اس وجہ سے ایک بہت بڑے عالم نے کہا ہے کہ أَبْهَمُوا مَا أَبْهَمَهُ اللَّهُ ۔</w:t>
      </w:r>
    </w:p>
    <w:p>
      <w:r>
        <w:rPr>
          <w:b/>
        </w:rPr>
        <w:t xml:space="preserve">[1:28:04] </w:t>
      </w:r>
      <w:r>
        <w:t>khuda ne jis ko mubham rakha hai, yaani ambiguous rakha hai, us ko tum waise hi rehne do.</w:t>
      </w:r>
    </w:p>
    <w:p>
      <w:pPr>
        <w:jc w:val="right"/>
      </w:pPr>
      <w:r>
        <w:t>خدا نے جس کو مبہم رکھا ہے، یعنی ambiguous رکھا ہے، اس کو تم ویسے ہی رہنے دو۔</w:t>
      </w:r>
    </w:p>
    <w:p>
      <w:r>
        <w:rPr>
          <w:b/>
        </w:rPr>
        <w:t xml:space="preserve">[1:28:15] </w:t>
      </w:r>
      <w:r>
        <w:t>aur hadith mein bhi aata hai ke wasakaty nashya'an min ghair alnisyan fela tabhathoo anha. yaani khuda ne kuch cheezon ke bare mein, yaani khuda kuch kuch cheezon ke bare mein khuda chup raha hai,</w:t>
      </w:r>
    </w:p>
    <w:p>
      <w:pPr>
        <w:jc w:val="right"/>
      </w:pPr>
      <w:r>
        <w:t>اور حدیث میں بھی آتا ہے کہ وَسَكَتَىٰ نَشْيَاعًا مِنْ غَيْرِ النِّسْيَانِ فَلَا تَبَحْثُوا عَنْهَا ۔ یعنی خدا نے کچھ چیزوں کے بارے میں، یعنی خدا کچھ کچھ چیزوں کے بارے میں خدا چپ رہا ہے،</w:t>
      </w:r>
    </w:p>
    <w:p>
      <w:r>
        <w:rPr>
          <w:b/>
        </w:rPr>
        <w:t xml:space="preserve">[1:28:31] </w:t>
      </w:r>
      <w:r>
        <w:t>jante hue, to tum us ke us ke peeche na pado. to mein yeh kahoon ga ke is sab ke question koi achi baat nahi hai in ke peeche padna.</w:t>
      </w:r>
    </w:p>
    <w:p>
      <w:pPr>
        <w:jc w:val="right"/>
      </w:pPr>
      <w:r>
        <w:t>جانتے ہوئے، تو تم اس کے اس کے پیچھے نہ پڑو۔ تو میں یہ کہوں گا کہ اس سب کے question کوئی اچھی بات نہیں ہے ان کے پیچھے پڑنا۔</w:t>
      </w:r>
    </w:p>
    <w:p>
      <w:r>
        <w:rPr>
          <w:b/>
        </w:rPr>
        <w:t xml:space="preserve">[1:28:42] </w:t>
      </w:r>
      <w:r>
        <w:t>in cheezon ke bare mein aap ko, yaani believe karna chahiye, manna chahiye. na yeh ke aap scrutiny karein is ki.</w:t>
      </w:r>
    </w:p>
    <w:p>
      <w:pPr>
        <w:jc w:val="right"/>
      </w:pPr>
      <w:r>
        <w:t>ان چیزوں کے بارے میں آپ کو، یعنی believe کرنا چاہیے، ماننا چاہیے۔ نہ یہ کہ آپ scrutiny کریں اس کی۔</w:t>
      </w:r>
    </w:p>
    <w:p>
      <w:r>
        <w:rPr>
          <w:b/>
        </w:rPr>
        <w:t xml:space="preserve">[1:28:50] </w:t>
      </w:r>
      <w:r>
        <w:t>Scrutiny karein. Scrutiny karein. Scrutiny mein kya hoga? ke aap skeptic ho jayenge. aur aap ko doubts aap ke mind mein aayenge.</w:t>
      </w:r>
    </w:p>
    <w:p>
      <w:pPr>
        <w:jc w:val="right"/>
      </w:pPr>
      <w:r>
        <w:t>Scrutiny کریں۔ Scrutiny کریں۔ Scrutiny میں کیا ہوگا؟ کہ آپ skeptic ہو جائیں گے۔ اور آپ کو doubts آپ کے mind میں آئیں گے۔</w:t>
      </w:r>
    </w:p>
    <w:p>
      <w:r>
        <w:rPr>
          <w:b/>
        </w:rPr>
        <w:t xml:space="preserve">[1:28:59] </w:t>
      </w:r>
      <w:r>
        <w:t>kyun ke due to our limitations, hum is is position mein nahi comprehend kar sake hain is ko. is ko aakhri had tak jaan saken.</w:t>
      </w:r>
    </w:p>
    <w:p>
      <w:pPr>
        <w:jc w:val="right"/>
      </w:pPr>
      <w:r>
        <w:t>کیونکہ due to our limitations، ہم اس اس position میں نہیں comprehend کر سکے ہیں اس کو۔ اس کو آخری حد تک جان سکیں۔</w:t>
      </w:r>
    </w:p>
    <w:p>
      <w:r>
        <w:rPr>
          <w:b/>
        </w:rPr>
        <w:t xml:space="preserve">[1:29:10] </w:t>
      </w:r>
      <w:r>
        <w:t>is wajah se bas ka koi answer mere paas nahi hai siwaye is ke ke yeh maaniye aap ke insaan jo hai ek dual personality hai.</w:t>
      </w:r>
    </w:p>
    <w:p>
      <w:pPr>
        <w:jc w:val="right"/>
      </w:pPr>
      <w:r>
        <w:t>اس وجہ سے بس کا کوئی answer میرے پاس نہیں ہے سوائے اس کے کہ یہ مانیے آپ کہ انسان جو ہے ایک dual personality ہے۔</w:t>
      </w:r>
    </w:p>
    <w:p>
      <w:r>
        <w:rPr>
          <w:b/>
        </w:rPr>
        <w:t xml:space="preserve">[1:29:20] </w:t>
      </w:r>
      <w:r>
        <w:t>yaani ek is ki physical being hai, ek spiritual being hai. do hain. to physical being jo hai, is ka kuch food hota hai.</w:t>
      </w:r>
    </w:p>
    <w:p>
      <w:pPr>
        <w:jc w:val="right"/>
      </w:pPr>
      <w:r>
        <w:t>یعنی ایک اس کی physical being ہے، ایک spiritual being ہے۔ دو ہیں۔ تو physical being جو ہے، اس کا کچھ food ہوتا ہے۔</w:t>
      </w:r>
    </w:p>
    <w:p>
      <w:r>
        <w:rPr>
          <w:b/>
        </w:rPr>
        <w:t xml:space="preserve">[1:29:30] </w:t>
      </w:r>
      <w:r>
        <w:t>woh aap khate hain. Spiritual being jo hai aap ki, is ka bhi kuch food hai. is ka food hai positive thinking.</w:t>
      </w:r>
    </w:p>
    <w:p>
      <w:pPr>
        <w:jc w:val="right"/>
      </w:pPr>
      <w:r>
        <w:t>وہ آپ کھاتے ہیں۔ Spiritual being جو ہے آپ کی، اس کا بھی کچھ food ہے۔ اس کا food ہے positive thinking۔</w:t>
      </w:r>
    </w:p>
    <w:p>
      <w:r>
        <w:rPr>
          <w:b/>
        </w:rPr>
        <w:t xml:space="preserve">[1:29:39] </w:t>
      </w:r>
      <w:r>
        <w:t>Positive thinking jo hai, woh aap ki spiritual being ka food hai. to aap yeh na pata, is is chakar mein mat pado ke soul ka form kya hai.</w:t>
      </w:r>
    </w:p>
    <w:p>
      <w:pPr>
        <w:jc w:val="right"/>
      </w:pPr>
      <w:r>
        <w:t>Positive thinking جو ہے، وہ آپ کی spiritual being کا food ہے۔ تو آپ یہ نہ پتہ، اس اس چکر میں مت پڑئیے کہ soul کا فارم کیا ہے۔</w:t>
      </w:r>
    </w:p>
    <w:p>
      <w:r>
        <w:rPr>
          <w:b/>
        </w:rPr>
        <w:t xml:space="preserve">[1:29:49] </w:t>
      </w:r>
      <w:r>
        <w:t>Soul ki definition kya hai. nahi. is par ziyada dhyan dijiye ke mein apni positivity ko har price par apne andar baqi rakhoon taake meri soul ko food milta rahe.</w:t>
      </w:r>
    </w:p>
    <w:p>
      <w:pPr>
        <w:jc w:val="right"/>
      </w:pPr>
      <w:r>
        <w:t>Soul کی definition کیا ہے۔ نہیں۔ اس پر زیادہ دھیان دیجیے کہ میں اپنی positivity کو ہر price پر اپنے اندر باقی رکھوں تاکہ میری soul کو food ملتا رہے۔</w:t>
      </w:r>
    </w:p>
    <w:p>
      <w:r>
        <w:rPr>
          <w:b/>
        </w:rPr>
        <w:t xml:space="preserve">[1:30:05] </w:t>
      </w:r>
      <w:r>
        <w:t>sahi soch yeh hai mere nazdeek.</w:t>
      </w:r>
    </w:p>
    <w:p>
      <w:pPr>
        <w:jc w:val="right"/>
      </w:pPr>
      <w:r>
        <w:t>صحیح سوچ یہ ہے میرے نزدیک۔</w:t>
      </w:r>
    </w:p>
    <w:p>
      <w:r>
        <w:rPr>
          <w:b/>
        </w:rPr>
        <w:t xml:space="preserve">[1:30:09] </w:t>
      </w:r>
      <w:r>
        <w:t>This question is from Aisha. What is the difference between envy and jealousy? urdu mein is ko kehte hain rashk aur hasad.</w:t>
      </w:r>
    </w:p>
    <w:p>
      <w:pPr>
        <w:jc w:val="right"/>
      </w:pPr>
      <w:r>
        <w:t>This question is from Aisha. What is the difference between envy and jealousy? اردو میں اس کو کہتے ہیں رشک اور حسد۔</w:t>
      </w:r>
    </w:p>
    <w:p>
      <w:r>
        <w:rPr>
          <w:b/>
        </w:rPr>
        <w:t xml:space="preserve">[1:30:19] </w:t>
      </w:r>
      <w:r>
        <w:t>yaani jealousy ka matlab hai hasad, envy ka matlab hai rashk. to rashk jo hai, woh to yeh hai ke aap us ko acknowledge karte hain aur khush hote hain ke aap ke ek bhai ko khuda ne yeh cheez di.</w:t>
      </w:r>
    </w:p>
    <w:p>
      <w:pPr>
        <w:jc w:val="right"/>
      </w:pPr>
      <w:r>
        <w:t>یعنی jealousy کا مطلب ہے حسد، envy کا مطلب ہے رشک۔ تو رشک جو ہے، وہ تو یہ ہے کہ آپ اس کو acknowledge کرتے ہیں اور خوش ہوتے ہیں کہ آپ کے ایک بھائی کو خدا نے یہ چیز دی۔</w:t>
      </w:r>
    </w:p>
    <w:p>
      <w:r>
        <w:rPr>
          <w:b/>
        </w:rPr>
        <w:t xml:space="preserve">[1:30:34] </w:t>
      </w:r>
      <w:r>
        <w:t>to envy jo hai, woh yeh nahi sochta aisa aadmi ke uss ko mila, mujh ko nahi mila. woh khush hota hai aur dua karta hai.</w:t>
      </w:r>
    </w:p>
    <w:p>
      <w:pPr>
        <w:jc w:val="right"/>
      </w:pPr>
      <w:r>
        <w:t>تو envy جو ہے، وہ یہ نہیں سوچتا ایسا آدمی کہ اس کو ملا، مجھ کو نہیں ملا۔ وہ خوش ہوتا ہے اور دعا کرتا ہے۔</w:t>
      </w:r>
    </w:p>
    <w:p>
      <w:r>
        <w:rPr>
          <w:b/>
        </w:rPr>
        <w:t xml:space="preserve">[1:30:44] </w:t>
      </w:r>
      <w:r>
        <w:t>lekin jo jealousy wala aadmi hai, hasad wala, woh yeh chahne lagta hai ke un ko na mile, mujh ko mile.</w:t>
      </w:r>
    </w:p>
    <w:p>
      <w:pPr>
        <w:jc w:val="right"/>
      </w:pPr>
      <w:r>
        <w:t>لیکن جو jealousy والا آدمی ہے، حسد والا، وہ یہ چاہنے لگتا ہے کہ ان کو نہ ملے، مجھ کو ملے۔</w:t>
      </w:r>
    </w:p>
    <w:p>
      <w:r>
        <w:rPr>
          <w:b/>
        </w:rPr>
        <w:t xml:space="preserve">[1:30:54] </w:t>
      </w:r>
      <w:r>
        <w:t>un ko na mile, mujh ko mile. to rashk jo hai, woh insaan centered thinking ka naam hai. aur hasad jo hai, woh I centered thinking ka naam hai.</w:t>
      </w:r>
    </w:p>
    <w:p>
      <w:pPr>
        <w:jc w:val="right"/>
      </w:pPr>
      <w:r>
        <w:t>ان کو نہ ملے، مجھ کو ملے۔ تو رشک جو ہے، وہ انسان centered thinking کا نام ہے۔ اور حسد جو ہے، وہ آئی centered thinking کا نام ہے۔</w:t>
      </w:r>
    </w:p>
    <w:p>
      <w:r>
        <w:rPr>
          <w:b/>
        </w:rPr>
        <w:t xml:space="preserve">[1:31:05] </w:t>
      </w:r>
      <w:r>
        <w:t>to rashk bohat achi cheez hai. kyunke rashk jab karte hain aap to kisi insaan ke liye Khuda ki jo blessing hui hai, uss par aap Khuda ki glory ko yaad karte hain.</w:t>
      </w:r>
    </w:p>
    <w:p>
      <w:pPr>
        <w:jc w:val="right"/>
      </w:pPr>
      <w:r>
        <w:t>تو رشک بہت اچھی چیز ہے۔ کیونکہ رشک جب کرتے ہیں آپ تو کسی انسان کے لیے خدا کی جو blessing ہوئی ہے، اس پر آپ خدا کی glory کو یاد کرتے ہیں۔</w:t>
      </w:r>
    </w:p>
    <w:p>
      <w:r>
        <w:rPr>
          <w:b/>
        </w:rPr>
        <w:t xml:space="preserve">[1:31:15] </w:t>
      </w:r>
      <w:r>
        <w:t>uss par aap insaan ko acknowledge karte hain. aur iss tarah se aap Khuda se yeh dua kar rahe hote hain ke Khudaaya mujhe bhi iss blessing mein share de de.</w:t>
      </w:r>
    </w:p>
    <w:p>
      <w:pPr>
        <w:jc w:val="right"/>
      </w:pPr>
      <w:r>
        <w:t>اس پر آپ انسان کو acknowledge کرتے ہیں۔ اور اس طرح سے آپ خدا سے یہ دعا کر رہے ہوتے ہیں کہ خدایا مجھے بھی اس blessing میں share دے دے۔</w:t>
      </w:r>
    </w:p>
    <w:p>
      <w:r>
        <w:rPr>
          <w:b/>
        </w:rPr>
        <w:t xml:space="preserve">[1:31:26] </w:t>
      </w:r>
      <w:r>
        <w:t>aur hasad wali baat jo hai, woh jealousy wali baat hai, uss ko barbaad kar ke aap chahte hain ke mujhe mile. uss ko na mile, mujh ko mile.</w:t>
      </w:r>
    </w:p>
    <w:p>
      <w:pPr>
        <w:jc w:val="right"/>
      </w:pPr>
      <w:r>
        <w:t>اور حسد والی بات جو ہے، وہ jealousy والی بات ہے، اس کو برباد کر کے آپ چاہتے ہیں کہ مجھے ملے۔ اس کو نہ ملے، مجھ کو ملے۔</w:t>
      </w:r>
    </w:p>
    <w:p>
      <w:r>
        <w:rPr>
          <w:b/>
        </w:rPr>
        <w:t xml:space="preserve">[1:31:35] </w:t>
      </w:r>
      <w:r>
        <w:t>to rashk jo hai, woh uss par aap ko reward mile ga. aur hasad jo hai, jealousy, uss par punishment hoga.</w:t>
      </w:r>
    </w:p>
    <w:p>
      <w:pPr>
        <w:jc w:val="right"/>
      </w:pPr>
      <w:r>
        <w:t>تو رشک جو ہے، وہ اس پر آپ کو reward ملے گا۔ اور حسد جو ہے، jealousy، اس پر punishment ہوگا۔</w:t>
      </w:r>
    </w:p>
    <w:p>
      <w:r>
        <w:rPr>
          <w:b/>
        </w:rPr>
        <w:t xml:space="preserve">[1:31:46] </w:t>
      </w:r>
      <w:r>
        <w:t>This question is from Maulana Zikwan. Kindly explain this hadees: Laughing too much deadens one's heart.</w:t>
      </w:r>
    </w:p>
    <w:p>
      <w:pPr>
        <w:jc w:val="right"/>
      </w:pPr>
      <w:r>
        <w:t>This question is from مولانا ذکوان. Kindly explain this حدیث: Laughing too much deadens one's heart.</w:t>
      </w:r>
    </w:p>
    <w:p>
      <w:r>
        <w:rPr>
          <w:b/>
        </w:rPr>
        <w:t xml:space="preserve">[1:31:56] </w:t>
      </w:r>
      <w:r>
        <w:t>Qasd-e-zahak tumit-ul-qalb. ke zyada hansna dil ke liye maut hai.</w:t>
      </w:r>
    </w:p>
    <w:p>
      <w:pPr>
        <w:jc w:val="right"/>
      </w:pPr>
      <w:r>
        <w:t>قصدِ ضحک تمیت القلب۔ کہ زیادہ ہنسنا دل کے لیے موت ہے۔</w:t>
      </w:r>
    </w:p>
    <w:p>
      <w:r>
        <w:rPr>
          <w:b/>
        </w:rPr>
        <w:t xml:space="preserve">[1:32:03] </w:t>
      </w:r>
      <w:r>
        <w:t>dekhiye, jahan tak maine samjha hai, yeh asal mein hai muamla sensitivity ka. aadmi insensitive ho jata hai. maine dekha hai aise logon ko jo bohat ho-ha karte hain, bohat hanste hain, woh insensitive ho jate hain.</w:t>
      </w:r>
    </w:p>
    <w:p>
      <w:pPr>
        <w:jc w:val="right"/>
      </w:pPr>
      <w:r>
        <w:t>دیکھیے، جہاں تک میں نے سمجھا ہے، یہ اصل میں ہے معاملہ sensitivity کا۔ آدمی insensitive ہو جاتا ہے۔ میں نے دیکھا ہے ایسے لوگوں کو جو بہت ہوہا کرتے ہیں، بہت ہنستے ہیں، وہ insensitive ہو جاتے ہیں۔</w:t>
      </w:r>
    </w:p>
    <w:p>
      <w:r>
        <w:rPr>
          <w:b/>
        </w:rPr>
        <w:t xml:space="preserve">[1:32:16] </w:t>
      </w:r>
      <w:r>
        <w:t>values ke bare mein. sachai ke bare mein. aur jannat ke bare mein. to zyada jo log hanste hain, woh dheere dheere values ke bare mein insensitive ho jate hain.</w:t>
      </w:r>
    </w:p>
    <w:p>
      <w:pPr>
        <w:jc w:val="right"/>
      </w:pPr>
      <w:r>
        <w:t>Values کے بارے میں۔ سچائی کے بارے میں۔ اور جنت کے بارے میں۔ تو زیادہ جو لوگ ہنستے ہیں، وہ دھیرے دھیرے values کے بارے میں insensitive ہو جاتے ہیں۔</w:t>
      </w:r>
    </w:p>
    <w:p>
      <w:r>
        <w:rPr>
          <w:b/>
        </w:rPr>
        <w:t xml:space="preserve">[1:32:33] </w:t>
      </w:r>
      <w:r>
        <w:t>kyunke woh kam sochen ge. jo kam soche ga, jo sochna kam hua to sensitivity bhi kam ho gayi. to jab aap</w:t>
      </w:r>
    </w:p>
    <w:p>
      <w:pPr>
        <w:jc w:val="right"/>
      </w:pPr>
      <w:r>
        <w:t>کیونکہ وہ کم سوچیں گے۔ جو کم سوچے گا، جو سوچنا کم ہوا تو sensitivity بھی کم ہو گئی۔ تو جب آپ</w:t>
      </w:r>
    </w:p>
    <w:p>
      <w:r>
        <w:rPr>
          <w:b/>
        </w:rPr>
        <w:t xml:space="preserve">[1:32:47] </w:t>
      </w:r>
      <w:r>
        <w:t>yani hansenge nahi, ho-ha nahi karenge, to aap sochenge. sochenge to aap ka intellectual development hoga. aap ki sensitivity aur badhe gi aur badhe gi.</w:t>
      </w:r>
    </w:p>
    <w:p>
      <w:pPr>
        <w:jc w:val="right"/>
      </w:pPr>
      <w:r>
        <w:t>یعنی ہنسیں گے نہیں، ہوہا نہیں کریں گے، تو آپ سوچیں گے۔ سوچیں گے تو آپ کا intellectual development ہوگا۔ آپ کی sensitivity اور بڑھے گی اور بڑھے گی۔</w:t>
      </w:r>
    </w:p>
    <w:p>
      <w:r>
        <w:rPr>
          <w:b/>
        </w:rPr>
        <w:t xml:space="preserve">[1:32:56] </w:t>
      </w:r>
      <w:r>
        <w:t>sensitivity bohat hi bari cheez hai.</w:t>
      </w:r>
    </w:p>
    <w:p>
      <w:pPr>
        <w:jc w:val="right"/>
      </w:pPr>
      <w:r>
        <w:t>Sensitivity بہت ہی بڑی چیز ہے۔</w:t>
      </w:r>
    </w:p>
    <w:p>
      <w:r>
        <w:rPr>
          <w:b/>
        </w:rPr>
        <w:t xml:space="preserve">[1:33:01] </w:t>
      </w:r>
      <w:r>
        <w:t>hadees mein aata hai ke jab lasita fasad ma shiat. uss ka translation to yeh hai ke jab tum ko sharam ho ya darr rahe to jo chahe karo.</w:t>
      </w:r>
    </w:p>
    <w:p>
      <w:pPr>
        <w:jc w:val="right"/>
      </w:pPr>
      <w:r>
        <w:t>حدیث میں آتا ہے کہ إذا لبثت فسد ما شئت ۔ اس کا translation تو یہ ہے کہ جب تم کو شرم ہو یا ڈر رہے تو جو چاہے کرو۔</w:t>
      </w:r>
    </w:p>
    <w:p>
      <w:r>
        <w:rPr>
          <w:b/>
        </w:rPr>
        <w:t xml:space="preserve">[1:33:12] </w:t>
      </w:r>
      <w:r>
        <w:t>lekin sharam ho ya na ho, matlab sensitivity hai. matlab jo sensitive na raho values ke bare mein, to phir kya hoga?</w:t>
      </w:r>
    </w:p>
    <w:p>
      <w:pPr>
        <w:jc w:val="right"/>
      </w:pPr>
      <w:r>
        <w:t>لیکن شرم ہو یا نہ ہو، مطلب sensitivity ہے۔ مطلب جو sensitive نہ رہو values کے بارے میں، تو پھر کیا ہوگا؟</w:t>
      </w:r>
    </w:p>
    <w:p>
      <w:r>
        <w:rPr>
          <w:b/>
        </w:rPr>
        <w:t xml:space="preserve">[1:33:23] </w:t>
      </w:r>
      <w:r>
        <w:t>jo animal ho jaoge, jo chaho ge wahi karo ge.</w:t>
      </w:r>
    </w:p>
    <w:p>
      <w:pPr>
        <w:jc w:val="right"/>
      </w:pPr>
      <w:r>
        <w:t>جو animal ہو جاؤ گے، جو چاہو گے وہی کرو گے۔</w:t>
      </w:r>
    </w:p>
    <w:p>
      <w:r>
        <w:rPr>
          <w:b/>
        </w:rPr>
        <w:t xml:space="preserve">[1:33:27] </w:t>
      </w:r>
      <w:r>
        <w:t>to zyada hansna aap ko insensitive banata hai. Insensitive jo banata hai, woh aap ko animal level par le aata hai. values ke bare mein aap zyada hassas nahi rehte, zyada sensitive nahi rehte.</w:t>
      </w:r>
    </w:p>
    <w:p>
      <w:pPr>
        <w:jc w:val="right"/>
      </w:pPr>
      <w:r>
        <w:t>تو زیادہ ہنسنا آپ کو insensitive بناتا ہے۔ Insensitive جو بناتا ہے، وہ آپ کو animal level پر لے آتا ہے۔ Values کے بارے میں آپ زیادہ حساس نہیں رہتے، زیادہ sensitive نہیں رہتے۔</w:t>
      </w:r>
    </w:p>
    <w:p>
      <w:r>
        <w:rPr>
          <w:b/>
        </w:rPr>
        <w:t xml:space="preserve">[1:33:41] </w:t>
      </w:r>
      <w:r>
        <w:t>to woh to bohat hi yani bohat hi yani bohat hi buri halat hai.</w:t>
      </w:r>
    </w:p>
    <w:p>
      <w:pPr>
        <w:jc w:val="right"/>
      </w:pPr>
      <w:r>
        <w:t>تو وہ تو بہت ہی یعنی بہت ہی یعنی بہت ہی بری حالت ہے۔</w:t>
      </w:r>
    </w:p>
    <w:p>
      <w:r>
        <w:rPr>
          <w:b/>
        </w:rPr>
        <w:t xml:space="preserve">[1:33:54] </w:t>
      </w:r>
      <w:r>
        <w:t>aur aap maine kai baar dekha hai ke log hanste jo hain, hua karte hain kis baat par karte hain. kai baar maine janne ki koshish ki ke bad hua karta hai nahi.</w:t>
      </w:r>
    </w:p>
    <w:p>
      <w:pPr>
        <w:jc w:val="right"/>
      </w:pPr>
      <w:r>
        <w:t>اور آپ میں نے کئی بار دیکھا ہے کہ لوگ ہنستے جو ہیں، ہوا کرتے ہیں کس بات پر کرتے ہیں۔ کئی بار میں نے جاننے کی کوشش کی کہ بد ہوا کرتا ہے نہیں۔</w:t>
      </w:r>
    </w:p>
    <w:p>
      <w:r>
        <w:rPr>
          <w:b/>
        </w:rPr>
        <w:t xml:space="preserve">[1:34:05] </w:t>
      </w:r>
      <w:r>
        <w:t>to maine kaha kis baat par itna hua kar rahe hain log? koi si baat mil gayi hai inhein. ke itna khush ho rahe hain. yaqeen kijiye ke invariably maine yeh paya ke jhooti cheezon par.</w:t>
      </w:r>
    </w:p>
    <w:p>
      <w:pPr>
        <w:jc w:val="right"/>
      </w:pPr>
      <w:r>
        <w:t>تو میں نے کہا کس بات پر اتنا ہوا کر رہے ہیں لوگ؟ کوئی سی بات مل گئی ہے انہیں۔ کہ اتنا خوش ہو رہے ہیں۔ یقین کیجیے کہ invariably میں نے یہ پایا کہ جھوٹی چیزوں پر۔</w:t>
      </w:r>
    </w:p>
    <w:p>
      <w:r>
        <w:rPr>
          <w:b/>
        </w:rPr>
        <w:t xml:space="preserve">[1:34:16] </w:t>
      </w:r>
      <w:r>
        <w:t>bilkul jhooti baat. koi sachi baat par khush nahi koi hota, hua karta.</w:t>
      </w:r>
    </w:p>
    <w:p>
      <w:pPr>
        <w:jc w:val="right"/>
      </w:pPr>
      <w:r>
        <w:t>بالکل جھوٹی بات۔ کوئی سچی بات پر خوش نہیں کوئی ہوتا، ہوا کرتا۔</w:t>
      </w:r>
    </w:p>
    <w:p>
      <w:r>
        <w:rPr>
          <w:b/>
        </w:rPr>
        <w:t xml:space="preserve">[1:34:22] </w:t>
      </w:r>
      <w:r>
        <w:t>bas aise hi. are bhai, iss mein iss mein to namak kam hai. haan haan haan. are bhai, yeh to bari achi dish aa gayi. haan haan haan. nahi, jhooti baaton par.</w:t>
      </w:r>
    </w:p>
    <w:p>
      <w:pPr>
        <w:jc w:val="right"/>
      </w:pPr>
      <w:r>
        <w:t>بس ایسے ہی۔ ارے بھائی، اس میں اس میں تو نمک کم ہے۔ ہاں ہاں ہاں۔ ارے بھائی، یہ تو بڑی اچھی ڈش آ گئی۔ ہاں ہاں ہاں۔ نہیں، جھوٹی باتوں پر۔</w:t>
      </w:r>
    </w:p>
    <w:p>
      <w:r>
        <w:rPr>
          <w:b/>
        </w:rPr>
        <w:t xml:space="preserve">[1:34:32] </w:t>
      </w:r>
      <w:r>
        <w:t>maine kam az kam jo tajurba kiya hai, bohat se logon ko maine dekha hua karte hue, hanste hue, to sirf third class ki baaton par hanste hain. to jab aap superfluous qism ki cheezon par hasein to aap ne koi apna level necha kar diya aap ne.</w:t>
      </w:r>
    </w:p>
    <w:p>
      <w:pPr>
        <w:jc w:val="right"/>
      </w:pPr>
      <w:r>
        <w:t>میں نے کم از کم جو تجربہ کیا ہے، بہت سے لوگوں کو میں نے دیکھا ہوا کرتے ہوئے، ہنستے ہوئے، تو صرف third class کی باتوں پر ہنستے ہیں۔ تو جب آپ superfluous قسم کی چیزوں پر ہنسیں تو آپ نے کوئی اپنا level نیچا کر دیا آپ نے۔</w:t>
      </w:r>
    </w:p>
    <w:p>
      <w:r>
        <w:rPr>
          <w:b/>
        </w:rPr>
        <w:t xml:space="preserve">[1:34:49] </w:t>
      </w:r>
      <w:r>
        <w:t>apna level aap ne necha kar diya.</w:t>
      </w:r>
    </w:p>
    <w:p>
      <w:pPr>
        <w:jc w:val="right"/>
      </w:pPr>
      <w:r>
        <w:t>اپنا level آپ نے نیچا کر دیا۔</w:t>
      </w:r>
    </w:p>
    <w:p>
      <w:r>
        <w:rPr>
          <w:b/>
        </w:rPr>
        <w:t xml:space="preserve">[1:34:52] </w:t>
      </w:r>
      <w:r>
        <w:t>kyunke kaha ke ziyada hansna yeh hai animalization of human being. is level par apne ko le jana hai.</w:t>
      </w:r>
    </w:p>
    <w:p>
      <w:pPr>
        <w:jc w:val="right"/>
      </w:pPr>
      <w:r>
        <w:t>کیونکہ کہا کہ زیادہ ہنسنا یہ ہے animalization of human being۔ اس level پر اپنے کو لے جانا ہے۔</w:t>
      </w:r>
    </w:p>
    <w:p>
      <w:r>
        <w:rPr>
          <w:b/>
        </w:rPr>
        <w:t xml:space="preserve">[1:35:02] </w:t>
      </w:r>
      <w:r>
        <w:t>isi liye hadith mein aaya hai ke ziyada hansna dil ko dil ko murda kar deta hai.</w:t>
      </w:r>
    </w:p>
    <w:p>
      <w:pPr>
        <w:jc w:val="right"/>
      </w:pPr>
      <w:r>
        <w:t>اسی لیے حدیث میں آیا ہے کہ زیادہ ہنسنا دل کو دل کو مردہ کر دیتا ہے۔</w:t>
      </w:r>
    </w:p>
    <w:p>
      <w:r>
        <w:rPr>
          <w:b/>
        </w:rPr>
        <w:t xml:space="preserve">[1:35:12] </w:t>
      </w:r>
      <w:r>
        <w:t>This question is from Barija.</w:t>
      </w:r>
    </w:p>
    <w:p>
      <w:pPr>
        <w:jc w:val="right"/>
      </w:pPr>
      <w:r>
        <w:t>This question is from Barija.</w:t>
      </w:r>
    </w:p>
    <w:p>
      <w:r>
        <w:rPr>
          <w:b/>
        </w:rPr>
        <w:t xml:space="preserve">[1:35:14] </w:t>
      </w:r>
      <w:r>
        <w:t>It is commonly understood that the dargah systems followed by Sufis are Hinduization of Islam and not the true Islam.</w:t>
      </w:r>
    </w:p>
    <w:p>
      <w:pPr>
        <w:jc w:val="right"/>
      </w:pPr>
      <w:r>
        <w:t>It is commonly understood that the dargah systems followed by Sufis are Hinduization of Islam and not the true Islam.</w:t>
      </w:r>
    </w:p>
    <w:p>
      <w:r>
        <w:rPr>
          <w:b/>
        </w:rPr>
        <w:t xml:space="preserve">[1:35:24] </w:t>
      </w:r>
      <w:r>
        <w:t>Then what are those dargahs which are not that of Sufi saints? Then what? Then what are those dargahs which are not that of Sufi saints?</w:t>
      </w:r>
    </w:p>
    <w:p>
      <w:pPr>
        <w:jc w:val="right"/>
      </w:pPr>
      <w:r>
        <w:t>Then what are those dargahs which are not that of Sufi saints? Then what؟ Then what are those dargahs which are not that of Sufi saints?</w:t>
      </w:r>
    </w:p>
    <w:p>
      <w:r>
        <w:rPr>
          <w:b/>
        </w:rPr>
        <w:t xml:space="preserve">[1:35:36] </w:t>
      </w:r>
      <w:r>
        <w:t>woh kaun si hoti hain? aisi toh koi bhi nahin. aisi toh koi bhi dargah nahin. khali building ho toh dargah nahin hoti</w:t>
      </w:r>
    </w:p>
    <w:p>
      <w:pPr>
        <w:jc w:val="right"/>
      </w:pPr>
      <w:r>
        <w:t>وہ کون سی ہوتی ہیں؟ ایسی تو کوئی بھی نہیں۔ ایسی تو کوئی بھی درگاہ نہیں۔ خالی بلڈنگ ہو تو درگاہ نہیں ہوتی</w:t>
      </w:r>
    </w:p>
    <w:p>
      <w:r>
        <w:rPr>
          <w:b/>
        </w:rPr>
        <w:t xml:space="preserve">[1:35:43] </w:t>
      </w:r>
      <w:r>
        <w:t>. wahan koi hota hai, kisi ki qabr hoti hai, tab woh dargah banti hai. aisi toh dargah nahin ban jati bhai ke wahan building khadi ho aur kisi ke toh is ko attribute na kiya jata ho.</w:t>
      </w:r>
    </w:p>
    <w:p>
      <w:pPr>
        <w:jc w:val="right"/>
      </w:pPr>
      <w:r>
        <w:t>۔ وہاں کوئی ہوتا ہے، کسی کی قبر ہوتی ہے، تب وہ درگاہ بنتی ہے۔ ایسی تو درگاہ بن نہیں جاتی بھئی کہ وہاں بلڈنگ کھڑی ہو اور کسی کے تو اس کو attribute نہ کیا جاتا ہو۔</w:t>
      </w:r>
    </w:p>
    <w:p>
      <w:r>
        <w:rPr>
          <w:b/>
        </w:rPr>
        <w:t xml:space="preserve">[1:35:56] </w:t>
      </w:r>
      <w:r>
        <w:t>So Maulana, are all dargahs of Sufi saints? dekhiye, main batata hoon aap ko. dekhiye, Islam mein yeh hai ke qabr ko pakka na karo</w:t>
      </w:r>
    </w:p>
    <w:p>
      <w:pPr>
        <w:jc w:val="right"/>
      </w:pPr>
      <w:r>
        <w:t>So مولانا، are all dargahs of Sufi saints? دیکھیے، میں بتاتا ہوں آپ کو۔ دیکھیے، اسلام میں یہ ہے کہ قبر کو پکا نہ کرو</w:t>
      </w:r>
    </w:p>
    <w:p>
      <w:r>
        <w:rPr>
          <w:b/>
        </w:rPr>
        <w:t xml:space="preserve">[1:36:10] </w:t>
      </w:r>
      <w:r>
        <w:t>. yaani graveyard jo hota hai na, us ko pakka karna mana hai Islam mein. koi permanent trace mat banao is ka.</w:t>
      </w:r>
    </w:p>
    <w:p>
      <w:pPr>
        <w:jc w:val="right"/>
      </w:pPr>
      <w:r>
        <w:t>۔ یعنی graveyard جو ہوتا ہے نا، اس کو پکا کرنا منع ہے اسلام میں۔ کوئی permanent trace مت بناؤ اس کا۔</w:t>
      </w:r>
    </w:p>
    <w:p>
      <w:r>
        <w:rPr>
          <w:b/>
        </w:rPr>
        <w:t xml:space="preserve">[1:36:20] </w:t>
      </w:r>
      <w:r>
        <w:t>yeh hai Islam mein. yaani aisi gaad do zameen mein, kuch din ke baad pata bhi nahin chale kaun kahan hai, kaun kahan hai. yeh hai Islam ki teaching.</w:t>
      </w:r>
    </w:p>
    <w:p>
      <w:pPr>
        <w:jc w:val="right"/>
      </w:pPr>
      <w:r>
        <w:t>یہ ہے اسلام میں۔ یعنی ایسی گاڑ دو زمین میں، کچھ دن کے بعد پتا بھی نہیں چلے کون کہاں ہے، کون کہاں ہے۔ یہ ہے اسلام کی teaching۔</w:t>
      </w:r>
    </w:p>
    <w:p>
      <w:r>
        <w:rPr>
          <w:b/>
        </w:rPr>
        <w:t xml:space="preserve">[1:36:31] </w:t>
      </w:r>
      <w:r>
        <w:t>number one. toh is wajah se aisi qabr banana, jo pakki qabr ho aur bade dhoom dham se wahan banate hain log, woh toh bilkul unislamic hai. number one.</w:t>
      </w:r>
    </w:p>
    <w:p>
      <w:pPr>
        <w:jc w:val="right"/>
      </w:pPr>
      <w:r>
        <w:t>نمبر ون۔ تو اس وجہ سے ایسی قبر بنانا، جو پکی قبر ہو اور بڑے دھوم دھام سے وہاں بناتے ہیں لوگ، وہ تو بالکل unislamic ہے۔ نمبر ون۔</w:t>
      </w:r>
    </w:p>
    <w:p>
      <w:r>
        <w:rPr>
          <w:b/>
        </w:rPr>
        <w:t xml:space="preserve">[1:36:41] </w:t>
      </w:r>
      <w:r>
        <w:t>number two yeh hai ke qabr banane banate hain kis ka log? jise samajhte hain ke is se hum. woh Khuda ka koi bohat ooncha banda hai aur is se hum ja kar ke kuch mangen ge toh hamein mil jaye ga, murad mil jaye gi.</w:t>
      </w:r>
    </w:p>
    <w:p>
      <w:pPr>
        <w:jc w:val="right"/>
      </w:pPr>
      <w:r>
        <w:t>نمبر ٹو یہ ہے کہ قبر بنانے بناتے ہیں کس کا لوگ؟ جسے سمجھتے ہیں کہ اس سے ہم۔ وہ خدا کا کوئی بہت اونچا بندہ ہے اور اس سے ہم جا کر کے کچھ مانگیں گے تو ہمیں مل جائے گا، مراد مل جائے گی۔</w:t>
      </w:r>
    </w:p>
    <w:p>
      <w:r>
        <w:rPr>
          <w:b/>
        </w:rPr>
        <w:t xml:space="preserve">[1:36:56] </w:t>
      </w:r>
      <w:r>
        <w:t>is ko kehte hain murad poori karna.</w:t>
      </w:r>
    </w:p>
    <w:p>
      <w:pPr>
        <w:jc w:val="right"/>
      </w:pPr>
      <w:r>
        <w:t>اس کو کہتے ہیں مراد پوری کرنا۔</w:t>
      </w:r>
    </w:p>
    <w:p>
      <w:r>
        <w:rPr>
          <w:b/>
        </w:rPr>
        <w:t xml:space="preserve">[1:36:59] </w:t>
      </w:r>
      <w:r>
        <w:t>yeh bilashuba shirk hai. kyunke Khuda ke siwa koi bhi ek cheenti ke barabar bhi kuch dene wala nahin hai.</w:t>
      </w:r>
    </w:p>
    <w:p>
      <w:pPr>
        <w:jc w:val="right"/>
      </w:pPr>
      <w:r>
        <w:t>یہ بلاشبہ شرک ہے۔ کیونکہ خدا کے سوا کوئی بھی ایک چیونٹی کے برابر بھی کچھ دینے والا نہیں ہے۔</w:t>
      </w:r>
    </w:p>
    <w:p>
      <w:r>
        <w:rPr>
          <w:b/>
        </w:rPr>
        <w:t xml:space="preserve">[1:37:08] </w:t>
      </w:r>
      <w:r>
        <w:t>koi buzurg yahan tak profit bhi is ke andar bhi yeh taqat nahin hai ke aap ko koi cheez apne apne paas se de de. apne paas se de de. yeh possible hi nahin hai ke koi insan aap ko koi cheez de sake.</w:t>
      </w:r>
    </w:p>
    <w:p>
      <w:pPr>
        <w:jc w:val="right"/>
      </w:pPr>
      <w:r>
        <w:t>کوئی بزرگ یہاں تک profit بھی اس کے اندر بھی یہ طاقت نہیں ہے کہ آپ کو کوئی چیز اپنے اپنے پاس سے دے دے۔ اپنے پاس سے دے دے۔ یہ possible ہی نہیں ہے کہ کوئی انسان آپ کو کوئی چیز دے سکے۔</w:t>
      </w:r>
    </w:p>
    <w:p>
      <w:r>
        <w:rPr>
          <w:b/>
        </w:rPr>
        <w:t xml:space="preserve">[1:37:21] </w:t>
      </w:r>
      <w:r>
        <w:t>yeh jhoota, yeh pakka, yeh jhoota belief hai. jhoota.</w:t>
      </w:r>
    </w:p>
    <w:p>
      <w:pPr>
        <w:jc w:val="right"/>
      </w:pPr>
      <w:r>
        <w:t>یہ جھوٹا، یہ پکا، یہ جھوٹا belief ہے۔ جھوٹا۔</w:t>
      </w:r>
    </w:p>
    <w:p>
      <w:r>
        <w:rPr>
          <w:b/>
        </w:rPr>
        <w:t xml:space="preserve">[1:37:26] </w:t>
      </w:r>
      <w:r>
        <w:t>teesri cheez yeh hai ke agar aap log samajhte hain ke wahan qabristan mein woh jo qabr banai gayi hai, us mein Hazrat baithe hue hain. yeh jhooti baat hai. jab chahe kisi qabr ko khod kar dekh lijiye, wahan kuch hadiyan milen gi, kuch.</w:t>
      </w:r>
    </w:p>
    <w:p>
      <w:pPr>
        <w:jc w:val="right"/>
      </w:pPr>
      <w:r>
        <w:t>تیسری چیز یہ ہے کہ اگر آپ لوگ سمجھتے ہیں کہ وہاں قبرستان میں وہ جو قبر بنائی گئی ہے، اس میں حضرت بیٹھے ہوئے ہیں۔ یہ جھوٹی بات ہے۔ جب چاہے کسی قبر کو کھود کر دیکھ لیجیے، وہاں کچھ ہڈیاں ملیں گی، کچھ۔</w:t>
      </w:r>
    </w:p>
    <w:p>
      <w:r>
        <w:rPr>
          <w:b/>
        </w:rPr>
        <w:t xml:space="preserve">[1:37:38] </w:t>
      </w:r>
      <w:r>
        <w:t>hadiyon ke sath kuch nahin mile ga. aur aakhri cheez yeh hai ke dargahon ki jo glory hai, dargahon ko jo itna bara mante hain, woh sab jhooti kahaniyon par hai, woh.</w:t>
      </w:r>
    </w:p>
    <w:p>
      <w:pPr>
        <w:jc w:val="right"/>
      </w:pPr>
      <w:r>
        <w:t>ہڈیوں کے ساتھ کچھ نہیں ملے گا۔ اور آخری چیز یہ ہے کہ درگاہوں کی جو glory ہے، درگاہوں کو جو اتنا بڑا مانتے ہیں، وہ سب جھوٹی کہانیوں پر ہے، وہ۔</w:t>
      </w:r>
    </w:p>
    <w:p>
      <w:r>
        <w:rPr>
          <w:b/>
        </w:rPr>
        <w:t xml:space="preserve">[1:37:50] </w:t>
      </w:r>
      <w:r>
        <w:t>sara muamla jhooti kahaniyon par hai.</w:t>
      </w:r>
    </w:p>
    <w:p>
      <w:pPr>
        <w:jc w:val="right"/>
      </w:pPr>
      <w:r>
        <w:t>سارا معاملہ جھوٹی کہانیوں پر ہے۔</w:t>
      </w:r>
    </w:p>
    <w:p>
      <w:r>
        <w:rPr>
          <w:b/>
        </w:rPr>
        <w:t xml:space="preserve">[1:37:53] </w:t>
      </w:r>
      <w:r>
        <w:t>One to all jhooti kahaniyan banai jati hain, phailai jati hain isi par. jaise ek kahani hai ke aksar log jate hain, beta nahin hota toh beta mangte hain ja kar ke wahan qabr par.</w:t>
      </w:r>
    </w:p>
    <w:p>
      <w:pPr>
        <w:jc w:val="right"/>
      </w:pPr>
      <w:r>
        <w:t>One to all جھوٹی کہانیاں بنائی جاتی ہیں، پھیلائی جاتی ہیں اسی پر۔ جیسے ایک کہانی ہے کہ اکثر لوگ جاتے ہیں، بیٹا نہیں ہوتا تو بیٹا مانگتے ہیں جا کر کے وہاں قبر پر۔</w:t>
      </w:r>
    </w:p>
    <w:p>
      <w:r>
        <w:rPr>
          <w:b/>
        </w:rPr>
        <w:t xml:space="preserve">[1:38:05] </w:t>
      </w:r>
      <w:r>
        <w:t>toh is mein yeh hai ke ek Hazrat hain, woh kisi qabr mein dafan hain, woh. toh angel aya, us ne bohat se bachon ke ko woh kiya. un ki rooh jo hai, yaani is ko jo maut ati hai, toh is ko kehte hain rooh qabz karna.</w:t>
      </w:r>
    </w:p>
    <w:p>
      <w:pPr>
        <w:jc w:val="right"/>
      </w:pPr>
      <w:r>
        <w:t>تو اس میں یہ ہے کہ ایک حضرت ہیں، وہ کسی قبر میں دفن ہیں، وہ۔ تو angel آیا، اس نے بہت سے بچوں کے کو وہ کیا۔ ان کی روح جو ہے، یعنی اس کو جو موت آتی ہے، تو اس کو کہتے ہیں روح قبض کرنا۔</w:t>
      </w:r>
    </w:p>
    <w:p>
      <w:r>
        <w:rPr>
          <w:b/>
        </w:rPr>
        <w:t xml:space="preserve">[1:38:22] </w:t>
      </w:r>
      <w:r>
        <w:t>jab rooh maut ati hai toh is ko kehte hain rooh qabz karna. toh ek angel aya, bohat se bachon ki rooh qabz kar ke ja raha tha woh. toh ek admi gaya Hazrat ke paas usi waqt ke Hazrat, mera beta nahin hai, mujhe beta de dijiye.</w:t>
      </w:r>
    </w:p>
    <w:p>
      <w:pPr>
        <w:jc w:val="right"/>
      </w:pPr>
      <w:r>
        <w:t>جب روح موت آتی ہے تو اس کو کہتے ہیں روح قبض کرنا۔ تو ایک angel آیا، بہت سے بچوں کی روح قبض کر کے جا رہا تھا وہ۔ تو ایک آدمی گیا حضرت کے پاس اسی وقت کہ حضرت، میرا بیٹا نہیں ہے، مجھے بیٹا دے دیجیے۔</w:t>
      </w:r>
    </w:p>
    <w:p>
      <w:r>
        <w:rPr>
          <w:b/>
        </w:rPr>
        <w:t xml:space="preserve">[1:38:34] </w:t>
      </w:r>
      <w:r>
        <w:t>toh Hazrat ne hath barhaya, us ki usi jholi chheen li, us ki angel ki. jholi chheen ke phaila diya. ab hazaron auraton ko beta ho gaya.</w:t>
      </w:r>
    </w:p>
    <w:p>
      <w:pPr>
        <w:jc w:val="right"/>
      </w:pPr>
      <w:r>
        <w:t>تو حضرت نے ہاتھ بڑھایا، اس کی اسی جھولی چھین لی، اس کی angel کی۔ جھولی چھین کے پھیلا دیا۔ اب ہزاروں عورتوں کو بیٹا ہو گیا۔</w:t>
      </w:r>
    </w:p>
    <w:p>
      <w:r>
        <w:rPr>
          <w:b/>
        </w:rPr>
        <w:t xml:space="preserve">[1:38:43] </w:t>
      </w:r>
      <w:r>
        <w:t>sab jhooti si, jhoot se ziyada buri cheez hai yeh. Super jhoot hai yeh.</w:t>
      </w:r>
    </w:p>
    <w:p>
      <w:pPr>
        <w:jc w:val="right"/>
      </w:pPr>
      <w:r>
        <w:t>سب جھوٹی سی، جھوٹ سے زیادہ بری چیز ہے یہ۔ Super جھوٹ ہے یہ۔</w:t>
      </w:r>
    </w:p>
    <w:p>
      <w:r>
        <w:rPr>
          <w:b/>
        </w:rPr>
        <w:t xml:space="preserve">[1:38:48] </w:t>
      </w:r>
      <w:r>
        <w:t>sari jo logon ka aap jayen wahan par dargah mein, toh wahan par sare log jo hain jhooti kahaniyan batayen ge aap ko. aur isi liye acha, is is jhooti kahani ko sach man lete hain.</w:t>
      </w:r>
    </w:p>
    <w:p>
      <w:pPr>
        <w:jc w:val="right"/>
      </w:pPr>
      <w:r>
        <w:t>ساری جو لوگوں کا آپ جائیں وہاں پر درگاہ میں، تو وہاں پر سارے لوگ جو ہیں جھوٹی کہانیاں بتائیں گے آپ کو۔ اور اسی لیے اچھا، اس اس جھوٹی کہانی کو سچ مان لیتے ہیں۔</w:t>
      </w:r>
    </w:p>
    <w:p>
      <w:r>
        <w:rPr>
          <w:b/>
        </w:rPr>
        <w:t xml:space="preserve">[1:39:01] </w:t>
      </w:r>
      <w:r>
        <w:t>mein shayad akela hi aisa hoon ke sun kar kehta hoon ke jhoot hai. sab log is ko sach maan lete hain. sab log. jaise yeh hamare haan jo yahan pe dargah hai na, yahan par.</w:t>
      </w:r>
    </w:p>
    <w:p>
      <w:pPr>
        <w:jc w:val="right"/>
      </w:pPr>
      <w:r>
        <w:t>میں شاید اکیلا ہی ایسا ہوں کہ سن کر کہتا ہوں کہ جھوٹ ہے۔ سب لوگ اس کو سچ مان لیتے ہیں۔ سب لوگ۔ جیسے یہ ہمارے ہاں جو یہاں پہ درگاہ ہے نا، یہاں پر۔</w:t>
      </w:r>
    </w:p>
    <w:p>
      <w:r>
        <w:rPr>
          <w:b/>
        </w:rPr>
        <w:t xml:space="preserve">[1:39:12] </w:t>
      </w:r>
      <w:r>
        <w:t>yahan par qawali hoti thi. to qissa mashhoor hai ke ulma is ke khilaf the.</w:t>
      </w:r>
    </w:p>
    <w:p>
      <w:pPr>
        <w:jc w:val="right"/>
      </w:pPr>
      <w:r>
        <w:t>یہاں پر قوالی ہوتی تھی۔ تو قصہ مشہور ہے کہ علماء اس کے خلاف تھے۔</w:t>
      </w:r>
    </w:p>
    <w:p>
      <w:r>
        <w:rPr>
          <w:b/>
        </w:rPr>
        <w:t xml:space="preserve">[1:39:18] </w:t>
      </w:r>
      <w:r>
        <w:t>ke qawali wali band karo. to kya hua ke yahan par ek aalim tha, dilli mein, koi bada. to ek din yahan par qawali ho rahi thi, baaja na, baaja, yeh sab hota ho raha tha.</w:t>
      </w:r>
    </w:p>
    <w:p>
      <w:pPr>
        <w:jc w:val="right"/>
      </w:pPr>
      <w:r>
        <w:t>کہ قوالی والی بند کرو۔ تو کیا ہوا کہ یہاں پر ایک عالم تھا، دلی میں، کوئی بڑے۔ تو ایک دن یہاں پر قوالی ہو رہی تھی، باجا نا، باجا، یہ سب ہوتا ہو رہا تھا۔</w:t>
      </w:r>
    </w:p>
    <w:p>
      <w:r>
        <w:rPr>
          <w:b/>
        </w:rPr>
        <w:t xml:space="preserve">[1:39:29] </w:t>
      </w:r>
      <w:r>
        <w:t>to woh chale ke ja kar ke sab tod tod dalen, logon ko maar ke bhaga den. to kya hua jab woh pahunche yahan par qareeb, to un ka jo tent ho raha tha, tent hawa mein chala gaya.</w:t>
      </w:r>
    </w:p>
    <w:p>
      <w:pPr>
        <w:jc w:val="right"/>
      </w:pPr>
      <w:r>
        <w:t>تو وہ چلے کہ جا کر کے سب توڑ توڑ ڈالیں، لوگوں کو مار کے بھگا دیں۔ تو کیا ہوا جب وہ پہنچے یہاں پر قریب، تو ان کا جو tent ہو رہا تھا، tent ہوا میں چلا گیا۔</w:t>
      </w:r>
    </w:p>
    <w:p>
      <w:r>
        <w:rPr>
          <w:b/>
        </w:rPr>
        <w:t xml:space="preserve">[1:39:40] </w:t>
      </w:r>
      <w:r>
        <w:t>ab wahan hawa mein sab hone laga. ab bechare aaye, woh loot ga</w:t>
      </w:r>
    </w:p>
    <w:p>
      <w:pPr>
        <w:jc w:val="right"/>
      </w:pPr>
      <w:r>
        <w:t>اب وہاں ہوا میں سب ہونے لگا۔ اب بیچارے آئے، وہ لوٹ گ</w:t>
      </w:r>
    </w:p>
    <w:p>
      <w:r>
        <w:rPr>
          <w:b/>
        </w:rPr>
        <w:t xml:space="preserve">[1:39:44] </w:t>
      </w:r>
      <w:r>
        <w:t>ye. yeh jhooti kahani hai. yaani hundred percent jhooti kahani hai. to in logon ki buzurgi ya in logon ki badai sab jhooti kahaniyon par khadi hui hai.</w:t>
      </w:r>
    </w:p>
    <w:p>
      <w:pPr>
        <w:jc w:val="right"/>
      </w:pPr>
      <w:r>
        <w:t>ئے۔ یہ جھوٹی کہانی ہے۔ یعنی hundred percent جھوٹی کہانی ہے۔ تو ان لوگوں کی بزرگی یا ان لوگوں کی بڑائی سب جھوٹی کہانیوں پر کھڑی ہوئی ہے۔</w:t>
      </w:r>
    </w:p>
    <w:p>
      <w:r>
        <w:rPr>
          <w:b/>
        </w:rPr>
        <w:t xml:space="preserve">[1:39:54] </w:t>
      </w:r>
      <w:r>
        <w:t>jhooti kahaniyon par. sab jhooti kahaniyon par khadi hui hai. aur yeh yahan pahunch kar woh yaani is ki is ki evil aur badh jati hai.</w:t>
      </w:r>
    </w:p>
    <w:p>
      <w:pPr>
        <w:jc w:val="right"/>
      </w:pPr>
      <w:r>
        <w:t>جھوٹی کہانیوں پر۔ سب جھوٹی کہانیوں پر کھڑی ہوئی ہے۔ اور یہ یہاں پہنچ کر وہ یعنی اس کی اس کی evil اور بڑھ جاتی ہے۔</w:t>
      </w:r>
    </w:p>
    <w:p>
      <w:r>
        <w:rPr>
          <w:b/>
        </w:rPr>
        <w:t xml:space="preserve">[1:40:04] </w:t>
      </w:r>
      <w:r>
        <w:t>yaani real sense mein to woh kuch bhi nahi hai. aur tum ne jhoot bana bana kar in ko bada bana rakha hai. to yeh double crime hai, double crime hai.</w:t>
      </w:r>
    </w:p>
    <w:p>
      <w:pPr>
        <w:jc w:val="right"/>
      </w:pPr>
      <w:r>
        <w:t>یعنی real sense میں تو وہ کچھ بھی نہیں ہے۔ اور تم نے جھوٹ بنا بنا کر ان کو بڑا بنا رکھا ہے۔ تو یہ double crime ہے، double crime ہے۔</w:t>
      </w:r>
    </w:p>
    <w:p>
      <w:r>
        <w:rPr>
          <w:b/>
        </w:rPr>
        <w:t xml:space="preserve">[1:40:13] </w:t>
      </w:r>
      <w:r>
        <w:t>bhale islam mein yeh sab bilkul nahi hai. islam mein sirf ek khuda ki parastish hai. ek khuda ko poojna hai. ek khuda ko bada maanna hai. bas. yahi to sara profit jitne profit dunya mein aaye, including profit muhammad, yeh in ka message tha.</w:t>
      </w:r>
    </w:p>
    <w:p>
      <w:pPr>
        <w:jc w:val="right"/>
      </w:pPr>
      <w:r>
        <w:t>بھلے اسلام میں یہ سب بالکل نہیں ہے۔ اسلام میں صرف ایک خدا کی پرستش ہے۔ ایک خدا کو پوجنا ہے۔ ایک خدا کو بڑا ماننا ہے۔ بس۔ یہی تو سارا profit جتنے profit دنیا میں آئے، including profit محمد، یہ ان کا message تھا۔</w:t>
      </w:r>
    </w:p>
    <w:p>
      <w:r>
        <w:rPr>
          <w:b/>
        </w:rPr>
        <w:t xml:space="preserve">[1:40:27] </w:t>
      </w:r>
      <w:r>
        <w:t>isi liye ghussa hote the log. ke woh har jagah jo apne apne bulton ko poojte the. aap jante hain but kya the wahan par?</w:t>
      </w:r>
    </w:p>
    <w:p>
      <w:pPr>
        <w:jc w:val="right"/>
      </w:pPr>
      <w:r>
        <w:t>اسی لیے غصہ ہوتے تھے لوگ۔ کہ وہ ہر جگہ جو اپنے اپنے بتوں کو پوچھتے تھے۔ آپ جانتے ہیں بت کیا تھے وہاں پر؟</w:t>
      </w:r>
    </w:p>
    <w:p>
      <w:r>
        <w:rPr>
          <w:b/>
        </w:rPr>
        <w:t xml:space="preserve">[1:40:37] </w:t>
      </w:r>
      <w:r>
        <w:t>but the buzurgon ki murtiyan.</w:t>
      </w:r>
    </w:p>
    <w:p>
      <w:pPr>
        <w:jc w:val="right"/>
      </w:pPr>
      <w:r>
        <w:t>بت تھے بزرگوں کی مورتیاں۔</w:t>
      </w:r>
    </w:p>
    <w:p>
      <w:r>
        <w:rPr>
          <w:b/>
        </w:rPr>
        <w:t xml:space="preserve">[1:40:43] </w:t>
      </w:r>
      <w:r>
        <w:t>yeh aap parh lijiye kitabon mein.</w:t>
      </w:r>
    </w:p>
    <w:p>
      <w:pPr>
        <w:jc w:val="right"/>
      </w:pPr>
      <w:r>
        <w:t>یہ آپ پڑھ لیجیے کتابوں میں۔</w:t>
      </w:r>
    </w:p>
    <w:p>
      <w:r>
        <w:rPr>
          <w:b/>
        </w:rPr>
        <w:t xml:space="preserve">[1:40:49] </w:t>
      </w:r>
      <w:r>
        <w:t>yeh sab buzurgon ke naam hain. buzurgon ko murti bana kar ke poojte the woh. isi ka naam but tha. yaani idol. yeh sab islam mein bilkul koi koi islam mein koi place nahi in cheezon ka.</w:t>
      </w:r>
    </w:p>
    <w:p>
      <w:pPr>
        <w:jc w:val="right"/>
      </w:pPr>
      <w:r>
        <w:t>یہ سب بزرگوں کے نام ہیں۔ بزرگوں کو مورتی بنا کر کے پوچھتے تھے وہ۔ اسی کا نام بت تھا۔ یعنی idol۔ یہ سب اسلام میں بالکل کوئی کوئی اسلام میں کوئی place نہیں ان چیزوں کا۔</w:t>
      </w:r>
    </w:p>
    <w:p>
      <w:r>
        <w:rPr>
          <w:b/>
        </w:rPr>
        <w:t xml:space="preserve">[1:41:04] </w:t>
      </w:r>
      <w:r>
        <w:t>ek khuda ki glory mein jeena. ek khuda ki badai mein</w:t>
      </w:r>
    </w:p>
    <w:p>
      <w:pPr>
        <w:jc w:val="right"/>
      </w:pPr>
      <w:r>
        <w:t>ایک خدا کی glory میں جینا۔ ایک خدا کی بڑائی میں</w:t>
      </w:r>
    </w:p>
    <w:p>
      <w:r>
        <w:rPr>
          <w:b/>
        </w:rPr>
        <w:t xml:space="preserve">[1:41:10] </w:t>
      </w:r>
      <w:r>
        <w:t>jeena. ek khuda ke liye aap ke dil mein yaani worship ka jazba hona. ek khudai ko aap ko apna sirf concern banana.</w:t>
      </w:r>
    </w:p>
    <w:p>
      <w:pPr>
        <w:jc w:val="right"/>
      </w:pPr>
      <w:r>
        <w:t>جینا۔ ایک خدا کے لیے آپ کے دل میں یعنی worship کا جذبہ ہونا۔ ایک خدائی کو آپ کو اپنا صرف concern بنانا۔</w:t>
      </w:r>
    </w:p>
    <w:p>
      <w:r>
        <w:rPr>
          <w:b/>
        </w:rPr>
        <w:t xml:space="preserve">[1:41:20] </w:t>
      </w:r>
      <w:r>
        <w:t>ek khudai par aap ko yaqeen rakhna ke usi ki blessing se mujhe milega jo kuch milega. yahi nahi ho to kya hua? agar aap ne khuda ka partner kisi ko bana liya bana liya to paradise mein aap ke liye koi jagah nahi hai.</w:t>
      </w:r>
    </w:p>
    <w:p>
      <w:pPr>
        <w:jc w:val="right"/>
      </w:pPr>
      <w:r>
        <w:t>ایک خدائی پر آپ کو یقین رکھنا کہ اسی کی blessing سے مجھے ملے گا جو کچھ ملے گا۔ یہی نہیں ہو تو کیا ہوا؟ اگر آپ نے خدا کا partner کسی کو بنا لیا بنا لیا تو paradise میں آپ کے لیے کوئی جگہ نہیں ہے۔</w:t>
      </w:r>
    </w:p>
    <w:p>
      <w:r>
        <w:rPr>
          <w:b/>
        </w:rPr>
        <w:t xml:space="preserve">[1:41:34] </w:t>
      </w:r>
      <w:r>
        <w:t>koi jagah nahi hai. quran bilkul clear hai is mamle mein.</w:t>
      </w:r>
    </w:p>
    <w:p>
      <w:pPr>
        <w:jc w:val="right"/>
      </w:pPr>
      <w:r>
        <w:t>کوئی جگہ نہیں ہے۔ قرآن بالکل clear ہے اس معاملے میں۔</w:t>
      </w:r>
    </w:p>
    <w:p>
      <w:r>
        <w:rPr>
          <w:b/>
        </w:rPr>
        <w:t xml:space="preserve">[1:41:38] </w:t>
      </w:r>
      <w:r>
        <w:t>kisi ko khuda ka partner banana yeh shirk hai. aur quran mein aata hai ke in allah la yaghfir an yushrak bih khuda shirk ko maaf nahi karega.</w:t>
      </w:r>
    </w:p>
    <w:p>
      <w:pPr>
        <w:jc w:val="right"/>
      </w:pPr>
      <w:r>
        <w:t>کسی کو خدا کا partner بنانا یہ شرک ہے۔ اور قرآن میں آتا ہے کہ إن الله لا يغفر أن يشرك به خدا شرک کو معاف نہیں کرے گا۔</w:t>
      </w:r>
    </w:p>
    <w:p>
      <w:r>
        <w:rPr>
          <w:b/>
        </w:rPr>
        <w:t xml:space="preserve">[1:41:50] </w:t>
      </w:r>
      <w:r>
        <w:t>yaani khuda ka kisi ko equal banayein aap, khuda ka partner banayein aap, yeh shirk hai. aur quran mein saaf saaf hai ke in allah la yaghfir an yushrak bih</w:t>
      </w:r>
    </w:p>
    <w:p>
      <w:pPr>
        <w:jc w:val="right"/>
      </w:pPr>
      <w:r>
        <w:t>یعنی خدا کا کسی کو equal بنائیں آپ، خدا کا partner بنائیں آپ، یہ شرک ہے۔ اور قرآن میں صاف صاف ہے کہ إن الله لا يغفر أن يشرك به</w:t>
      </w:r>
    </w:p>
    <w:p>
      <w:r>
        <w:rPr>
          <w:b/>
        </w:rPr>
        <w:t xml:space="preserve">[1:42:04] </w:t>
      </w:r>
      <w:r>
        <w:t>ke shirk ko khuda maaf nahi kar</w:t>
      </w:r>
    </w:p>
    <w:p>
      <w:pPr>
        <w:jc w:val="right"/>
      </w:pPr>
      <w:r>
        <w:t>کہ شرک کو خدا معاف نہیں کر</w:t>
      </w:r>
    </w:p>
    <w:p>
      <w:r>
        <w:rPr>
          <w:b/>
        </w:rPr>
        <w:t xml:space="preserve">[1:42:06] </w:t>
      </w:r>
      <w:r>
        <w:t>e ga. shirk ke siwa jo aadmi se bhool chook hoti hai, us ko maaf kar de ga.</w:t>
      </w:r>
    </w:p>
    <w:p>
      <w:pPr>
        <w:jc w:val="right"/>
      </w:pPr>
      <w:r>
        <w:t>ے گا۔ شرک کے سوا جو آدمی سے بھول چوک ہوتی ہے، اس کو معاف کر دے گا۔</w:t>
      </w:r>
    </w:p>
    <w:p>
      <w:r>
        <w:rPr>
          <w:b/>
        </w:rPr>
        <w:t xml:space="preserve">[1:42:15] </w:t>
      </w:r>
      <w:r>
        <w:t>This question is from Priya. Maulana, you spoke about the framework of modern thought and theright perspective. I want to know how to align your thought to think within theright framework, as mind has a habit to wander.</w:t>
      </w:r>
    </w:p>
    <w:p>
      <w:pPr>
        <w:jc w:val="right"/>
      </w:pPr>
      <w:r>
        <w:t>This question is from Priya. مولانا، you spoke about the framework of modern thought and theright perspective. I want to know how to align your thought to think within theright framework, as mind has a habit to wander.</w:t>
      </w:r>
    </w:p>
    <w:p>
      <w:r>
        <w:rPr>
          <w:b/>
        </w:rPr>
        <w:t xml:space="preserve">[1:42:33] </w:t>
      </w:r>
      <w:r>
        <w:t>Don't you think calmness of mind is essential at this stage? Explain with reference to yoga practice. dekhen yaar, yeh beech se aap soch rahi hain.</w:t>
      </w:r>
    </w:p>
    <w:p>
      <w:pPr>
        <w:jc w:val="right"/>
      </w:pPr>
      <w:r>
        <w:t>Don't you think calmness of mind is essential at this stage? Explain with reference to yoga practice. دیکھیں یار، یہ بیچ سے آپ سوچ رہی ہیں۔</w:t>
      </w:r>
    </w:p>
    <w:p>
      <w:r>
        <w:rPr>
          <w:b/>
        </w:rPr>
        <w:t xml:space="preserve">[1:42:45] </w:t>
      </w:r>
      <w:r>
        <w:t>beech se. This is not the starting point. yeh to starting part hi nahi hai. sab se pehle aap yeh maaniye ke quran jo hai word of god hai.</w:t>
      </w:r>
    </w:p>
    <w:p>
      <w:pPr>
        <w:jc w:val="right"/>
      </w:pPr>
      <w:r>
        <w:t>بیچ سے۔ This is not the starting point. یہ تو starting part ہی نہیں ہے۔ سب سے پہلے آپ یہ مانیے کہ قرآن جو ہے word of God ہے۔</w:t>
      </w:r>
    </w:p>
    <w:p>
      <w:r>
        <w:rPr>
          <w:b/>
        </w:rPr>
        <w:t xml:space="preserve">[1:42:57] </w:t>
      </w:r>
      <w:r>
        <w:t>aur phir is mein dhoondhiye ke kya hai right framework</w:t>
      </w:r>
    </w:p>
    <w:p>
      <w:pPr>
        <w:jc w:val="right"/>
      </w:pPr>
      <w:r>
        <w:t>اور پھر اس میں ڈھونڈیے کہ کیا ہےright framework</w:t>
      </w:r>
    </w:p>
    <w:p>
      <w:r>
        <w:rPr>
          <w:b/>
        </w:rPr>
        <w:t xml:space="preserve">[1:43:03] </w:t>
      </w:r>
      <w:r>
        <w:t>. kyunke quran mein bataya gaya hai ke qul kullu yu'badu 'ala shakilihi wa rabbukum 'alamun bi-wunhu ahda sabeelan ke har aadmi apne framework par cheera hai.</w:t>
      </w:r>
    </w:p>
    <w:p>
      <w:pPr>
        <w:jc w:val="right"/>
      </w:pPr>
      <w:r>
        <w:t>۔ کیونکہ قرآن میں بتایا گیا ہے کہ قُلْ كُلُّ يُّعْبَدُ عَلَى شَاكِلِهِ وَرَبَّكُمْ عَالَمٌ بِوَنْهُ أَهْدَى سَبِيلًا کہ ہر آدمی اپنے framework پر چیرا ہے۔</w:t>
      </w:r>
    </w:p>
    <w:p>
      <w:r>
        <w:rPr>
          <w:b/>
        </w:rPr>
        <w:t xml:space="preserve">[1:43:12] </w:t>
      </w:r>
      <w:r>
        <w:t>aur sahih framework woh hai jo khuda ka framework hai. to sab se pehle quran mein dhoondhiye ke khuda ka framework kya hai. aap beech se soch rahi hain.</w:t>
      </w:r>
    </w:p>
    <w:p>
      <w:pPr>
        <w:jc w:val="right"/>
      </w:pPr>
      <w:r>
        <w:t>اور صحیح framework وہ ہے جو خدا کا framework ہے۔ تو سب سے پہلے قرآن میں ڈھونڈیے کہ خدا کا framework کیا ہے۔ آپ بیچ سے سوچ رہی ہیں۔</w:t>
      </w:r>
    </w:p>
    <w:p>
      <w:r>
        <w:rPr>
          <w:b/>
        </w:rPr>
        <w:t xml:space="preserve">[1:43:22] </w:t>
      </w:r>
      <w:r>
        <w:t>beech se sochega to woh kahin nahin pahunchega woh. siwaye kharr ke. kharr pe ja ke girega. beech se sochna deviated thinking hai.</w:t>
      </w:r>
    </w:p>
    <w:p>
      <w:pPr>
        <w:jc w:val="right"/>
      </w:pPr>
      <w:r>
        <w:t>بیچ سے سوچے گا تو وہ کہیں نہیں پہنچے گا وہ۔ سوائے کھڑ کے۔ کھڑ پہ جا کے گرے گا۔ بیچ سے سوچنا deviated thinking ہے۔</w:t>
      </w:r>
    </w:p>
    <w:p>
      <w:r>
        <w:rPr>
          <w:b/>
        </w:rPr>
        <w:t xml:space="preserve">[1:43:33] </w:t>
      </w:r>
      <w:r>
        <w:t>aap sab se pehle quran ko padh kar ke pata kijiye ke right framework kya hai. prophets jo the un ka framework kya hua karta tha. phir us par aap apne ko compare kijiye.</w:t>
      </w:r>
    </w:p>
    <w:p>
      <w:pPr>
        <w:jc w:val="right"/>
      </w:pPr>
      <w:r>
        <w:t>آپ سب سے پہلے قرآن کو پڑھ کر کے پتہ کیجیے کہright framework کیا ہے۔ Prophets جو تھے ان کا framework کیا ہوا کرتا تھا۔ پھر اس پر آپ اپنے کو compare کیجیے۔</w:t>
      </w:r>
    </w:p>
    <w:p>
      <w:r>
        <w:rPr>
          <w:b/>
        </w:rPr>
        <w:t xml:space="preserve">[1:43:46] </w:t>
      </w:r>
      <w:r>
        <w:t>us par judge kijiye. tab samajh mein aayega. aur yeh jo aap beech se soch rahi hain to yeh to kuch bhi nahin hai. kahin nahin pahunchnay wali nahin hai.</w:t>
      </w:r>
    </w:p>
    <w:p>
      <w:pPr>
        <w:jc w:val="right"/>
      </w:pPr>
      <w:r>
        <w:t>اس پر judge کیجیے۔ تب سمجھ میں آئے گا۔ اور یہ جو آپ بیچ سے سوچ رہی ہیں تو یہ تو کچھ بھی نہیں ہے۔ کہیں نہیں پہنچنے والی نہیں ہے۔</w:t>
      </w:r>
    </w:p>
    <w:p>
      <w:r>
        <w:rPr>
          <w:b/>
        </w:rPr>
        <w:t xml:space="preserve">[1:43:55] </w:t>
      </w:r>
      <w:r>
        <w:t>idhar na udhar.</w:t>
      </w:r>
    </w:p>
    <w:p>
      <w:pPr>
        <w:jc w:val="right"/>
      </w:pPr>
      <w:r>
        <w:t>ادھر نہ ادھر۔</w:t>
      </w:r>
    </w:p>
    <w:p>
      <w:r>
        <w:rPr>
          <w:b/>
        </w:rPr>
        <w:t xml:space="preserve">[1:43:59] </w:t>
      </w:r>
      <w:r>
        <w:t>This question is from Barija.</w:t>
      </w:r>
    </w:p>
    <w:p>
      <w:pPr>
        <w:jc w:val="right"/>
      </w:pPr>
      <w:r>
        <w:t>This question is from Barija.</w:t>
      </w:r>
    </w:p>
    <w:p>
      <w:r>
        <w:rPr>
          <w:b/>
        </w:rPr>
        <w:t xml:space="preserve">[1:44:01] </w:t>
      </w:r>
      <w:r>
        <w:t>maulana, you said that it is important for the seeker to think out of his framework, think objectively. to add, would I beright in saying that to do Dawa work also one needs to think out of his framework and more essentially understand and talk in the same language as the other person would understand?</w:t>
      </w:r>
    </w:p>
    <w:p>
      <w:pPr>
        <w:jc w:val="right"/>
      </w:pPr>
      <w:r>
        <w:t>مولانا، you said that it is important for the seeker to think out of his framework, think objectively. To add, would I beright in saying that to do Dawa work also one needs to think out of his framework and more essentially understand and talk in the same language as the other person would understand?</w:t>
      </w:r>
    </w:p>
    <w:p>
      <w:r>
        <w:rPr>
          <w:b/>
        </w:rPr>
        <w:t xml:space="preserve">[1:44:24] </w:t>
      </w:r>
      <w:r>
        <w:t>and in saying so, am I contradicting what Prophets did</w:t>
      </w:r>
    </w:p>
    <w:p>
      <w:pPr>
        <w:jc w:val="right"/>
      </w:pPr>
      <w:r>
        <w:t>And in saying so, am I contradicting what Prophets did</w:t>
      </w:r>
    </w:p>
    <w:p>
      <w:r>
        <w:rPr>
          <w:b/>
        </w:rPr>
        <w:t xml:space="preserve">[1:44:28] </w:t>
      </w:r>
      <w:r>
        <w:t>? dekhen, yeh to koi shakk nahin ke aap ko apne framework ko todna hai. is ke baghair kuch bhi nahin hai. na paradise hai, na truth hai, na kuch hai.</w:t>
      </w:r>
    </w:p>
    <w:p>
      <w:pPr>
        <w:jc w:val="right"/>
      </w:pPr>
      <w:r>
        <w:t>? دیکھیں، یہ تو کوئی شک نہیں کہ آپ کو اپنے framework کو توڑنا ہے۔ اس کے بغیر کچھ بھی نہیں ہے۔ نہ paradise ہے، نہ truth ہے، نہ کچھ ہے۔</w:t>
      </w:r>
    </w:p>
    <w:p>
      <w:r>
        <w:rPr>
          <w:b/>
        </w:rPr>
        <w:t xml:space="preserve">[1:44:38] </w:t>
      </w:r>
      <w:r>
        <w:t>framework ko tode baghair. main aap se yeh kehta hoon ke yeh cheez jo hai</w:t>
      </w:r>
    </w:p>
    <w:p>
      <w:pPr>
        <w:jc w:val="right"/>
      </w:pPr>
      <w:r>
        <w:t>framework کو توڑے بغیر۔ میں آپ سے یہ کہتا ہوں کہ یہ چیز جو ہے</w:t>
      </w:r>
    </w:p>
    <w:p>
      <w:r>
        <w:rPr>
          <w:b/>
        </w:rPr>
        <w:t xml:space="preserve">[1:44:45] </w:t>
      </w:r>
      <w:r>
        <w:t>in terms of material interest har aadmi todta hi todta hai. har aadmi todta hai. warna koi faida nahin mila is ko.</w:t>
      </w:r>
    </w:p>
    <w:p>
      <w:pPr>
        <w:jc w:val="right"/>
      </w:pPr>
      <w:r>
        <w:t>in terms of material interest ہر آدمی توڑتا ہی توڑتا ہے۔ ہر آدمی توڑتا ہے۔ ورنہ کوئی فائدہ نہیں ملا اس کو۔</w:t>
      </w:r>
    </w:p>
    <w:p>
      <w:r>
        <w:rPr>
          <w:b/>
        </w:rPr>
        <w:t xml:space="preserve">[1:44:55] </w:t>
      </w:r>
      <w:r>
        <w:t>main aap ko bataoon, hamare gaon mein ek sahib the, un ka naam tha muhammad ali, un ka naam tha. mere paros mein hote the woh. ab mar gaye woh.</w:t>
      </w:r>
    </w:p>
    <w:p>
      <w:pPr>
        <w:jc w:val="right"/>
      </w:pPr>
      <w:r>
        <w:t>میں آپ کو بتاؤں، ہمارے گاؤں میں ایک صاحب تھے، ان کا نام تھا محمد علی، ان کا نام تھا۔ میرے پڑوس میں ہوتے تھے وہ۔ اب مر گئے وہ۔</w:t>
      </w:r>
    </w:p>
    <w:p>
      <w:r>
        <w:rPr>
          <w:b/>
        </w:rPr>
        <w:t xml:space="preserve">[1:45:04] </w:t>
      </w:r>
      <w:r>
        <w:t>to hamare bhai the abdul aziz khan, unhon ne electricity wahan tak, unhon ne koshish ki electricity pahunche hamare gaon tak.</w:t>
      </w:r>
    </w:p>
    <w:p>
      <w:pPr>
        <w:jc w:val="right"/>
      </w:pPr>
      <w:r>
        <w:t>تو ہمارے بھائی تھے عبدالعزیز خان، انہوں نے electricity وہاں تک، انہوں نے کوشش کی electricity پہنچے ہمارے گاؤں تک۔</w:t>
      </w:r>
    </w:p>
    <w:p>
      <w:r>
        <w:rPr>
          <w:b/>
        </w:rPr>
        <w:t xml:space="preserve">[1:45:15] </w:t>
      </w:r>
      <w:r>
        <w:t>phir woh boring hui, boring kar ke tube well laga. tube well laga.</w:t>
      </w:r>
    </w:p>
    <w:p>
      <w:pPr>
        <w:jc w:val="right"/>
      </w:pPr>
      <w:r>
        <w:t>پھر وہ boring ہوئی، boring کر کے ٹیوب ویل لگا۔ ٹیوب ویل لگا۔</w:t>
      </w:r>
    </w:p>
    <w:p>
      <w:r>
        <w:rPr>
          <w:b/>
        </w:rPr>
        <w:t xml:space="preserve">[1:45:20] </w:t>
      </w:r>
      <w:r>
        <w:t>to woh mareez aaye, unhon ne kaha are babu, sari khetiyan phans thin ho jayen. matlab yeh sara jo hamari jo agriculture hai to khatm, woh jal jayega yeh sab.</w:t>
      </w:r>
    </w:p>
    <w:p>
      <w:pPr>
        <w:jc w:val="right"/>
      </w:pPr>
      <w:r>
        <w:t>تو وہ مریض آئے، انہوں نے کہا ارے بابو، ساری کھیتیاں پھنس تھیں ہو جائیں۔ مطلب یہ سارا جو ہماری جو agriculture ہے تو ختم، وہ جل جائے گا یہ سب۔</w:t>
      </w:r>
    </w:p>
    <w:p>
      <w:r>
        <w:rPr>
          <w:b/>
        </w:rPr>
        <w:t xml:space="preserve">[1:45:31] </w:t>
      </w:r>
      <w:r>
        <w:t>neeche ka jo pani jo aayega, woh hamari kheti ko jala dega. are band karo yeh sab. purani soch un ki jo thi, woh yeh thi ke neeche ka jo pani hota hai, woh khet ke liye achha nahin hai.</w:t>
      </w:r>
    </w:p>
    <w:p>
      <w:pPr>
        <w:jc w:val="right"/>
      </w:pPr>
      <w:r>
        <w:t>نیچے کا جو پانی جو آئے گا، وہ ہماری کھیتی کو جلا دے گا۔ ارے بند کرو یہ سب۔ پرانی سوچ ان کی جو تھی، وہ یہ تھی کہ نیچے کا جو پانی ہوتا ہے، وہ کھیت کے لیے اچھا نہیں ہے۔</w:t>
      </w:r>
    </w:p>
    <w:p>
      <w:r>
        <w:rPr>
          <w:b/>
        </w:rPr>
        <w:t xml:space="preserve">[1:45:43] </w:t>
      </w:r>
      <w:r>
        <w:t>woh sari kheti jal jayegi. unhi ki family aur sara gaon aaj aaj tube well lagai hui hai.</w:t>
      </w:r>
    </w:p>
    <w:p>
      <w:pPr>
        <w:jc w:val="right"/>
      </w:pPr>
      <w:r>
        <w:t>وہ ساری کھیتی جل جائے گی۔ انہی کی family اور سارا گاؤں آج آج ٹیوب ویل لگائی ہوئی ہے۔</w:t>
      </w:r>
    </w:p>
    <w:p>
      <w:r>
        <w:rPr>
          <w:b/>
        </w:rPr>
        <w:t xml:space="preserve">[1:45:50] </w:t>
      </w:r>
      <w:r>
        <w:t>is se nikla woh. is framework se woh nikla woh. to main kehta hoon ke material interest jahan aap ka clash hota hai, wahan to aap niklte hain, khoob khoob niklte hain.</w:t>
      </w:r>
    </w:p>
    <w:p>
      <w:pPr>
        <w:jc w:val="right"/>
      </w:pPr>
      <w:r>
        <w:t>اس سے نکلا وہ۔ اس framework سے وہ نکلا وہ۔ تو میں کہتا ہوں کہ material interest جہاں آپ کا clash ہوتا ہے، وہاں تو آپ نکلتے ہیں، خوب خوب نکلتے ہیں۔</w:t>
      </w:r>
    </w:p>
    <w:p>
      <w:r>
        <w:rPr>
          <w:b/>
        </w:rPr>
        <w:t xml:space="preserve">[1:46:00] </w:t>
      </w:r>
      <w:r>
        <w:t>main aap ko ek so ek qissa hi baithe baithe bata sakta hoon aap ko ke kis tarah toda logon ne apne apne yaani material interest ke liye apne framework ko.</w:t>
      </w:r>
    </w:p>
    <w:p>
      <w:pPr>
        <w:jc w:val="right"/>
      </w:pPr>
      <w:r>
        <w:t>میں آپ کو ایک سو ایک قصہ ہی بیٹھے بیٹھے بتا سکتا ہوں آپ کو کہ کس طرح توڑا لوگوں نے اپنے اپنے یعنی material interest کے لیے اپنے framework کو۔</w:t>
      </w:r>
    </w:p>
    <w:p>
      <w:r>
        <w:rPr>
          <w:b/>
        </w:rPr>
        <w:t xml:space="preserve">[1:46:10] </w:t>
      </w:r>
      <w:r>
        <w:t>aur aap mere sath baithen to main ek raat bhar aap ko bata sakta hoon qisse. material interest ke liye todne ke liye apne aap ko.</w:t>
      </w:r>
    </w:p>
    <w:p>
      <w:pPr>
        <w:jc w:val="right"/>
      </w:pPr>
      <w:r>
        <w:t>اور آپ میرے ساتھ بیٹھیں تو میں ایک رات بھر آپ کو بتا سکتا ہوں قصے۔ material interest کے لیے توڑنے کے لیے اپنے آپ کو۔</w:t>
      </w:r>
    </w:p>
    <w:p>
      <w:r>
        <w:rPr>
          <w:b/>
        </w:rPr>
        <w:t xml:space="preserve">[1:46:18] </w:t>
      </w:r>
      <w:r>
        <w:t>to aap khuda ke haan kya kaise justified honge? jab khuda kahega ke dekho, is ko refer kar ke ke jahan tumhare material interest ka issue tha, wahan to tum ne khoob toda apne framework ko.</w:t>
      </w:r>
    </w:p>
    <w:p>
      <w:pPr>
        <w:jc w:val="right"/>
      </w:pPr>
      <w:r>
        <w:t>تو آپ خدا کے ہاں کیا کیسے justified ہوں گے؟ جب خدا کہے گا کہ دیکھو، اس کو refer کر کے کہ جہاں تمہارے material interest کا issue تھا، وہاں تو تم نے خوب توڑا اپنے framework کو۔</w:t>
      </w:r>
    </w:p>
    <w:p>
      <w:r>
        <w:rPr>
          <w:b/>
        </w:rPr>
        <w:t xml:space="preserve">[1:46:35] </w:t>
      </w:r>
      <w:r>
        <w:t>aur aap ne khud bhi tod rakha, yaad rakhiye. aap ko bhi bata sakta hoon main. yeh na samjhen ke aap safe side mein hain.</w:t>
      </w:r>
    </w:p>
    <w:p>
      <w:pPr>
        <w:jc w:val="right"/>
      </w:pPr>
      <w:r>
        <w:t>اور آپ نے خود بھی توڑ رکھا، یاد رکھیے۔ آپ کو بھی بتا سکتا ہوں میں۔ یہ نہ سمجھیں کہ آپ safe side میں ہیں۔</w:t>
      </w:r>
    </w:p>
    <w:p>
      <w:r>
        <w:rPr>
          <w:b/>
        </w:rPr>
        <w:t xml:space="preserve">[1:46:43] </w:t>
      </w:r>
      <w:r>
        <w:t>to toda. aur jab mamla sachai ka aayega, tab tum to tarah tarah ke excuse dhoondhne lage. why this duplicity? main aaj tak kisi aise insaan se nahin mila hoon jo material interest ke liye apne is framework ko na tode.</w:t>
      </w:r>
    </w:p>
    <w:p>
      <w:pPr>
        <w:jc w:val="right"/>
      </w:pPr>
      <w:r>
        <w:t>تو توڑا۔ اور جب معاملہ سچائی کا آئے گا، تب تم تو طرح طرح کے excuse ڈھونڈنے لگے۔ Why this duplicity? میں آج تک کسی ایسے انسان سے نہیں ملا ہوں جو material interest کے لیے اپنے اس framework کو نہ توڑے۔</w:t>
      </w:r>
    </w:p>
    <w:p>
      <w:r>
        <w:rPr>
          <w:b/>
        </w:rPr>
        <w:t xml:space="preserve">[1:46:59] </w:t>
      </w:r>
      <w:r>
        <w:t>har aadmi todta hai, har aadmi todta hai. lekin jab sachai ki baat aati hai to to excuse nikalta hai. This duplicity?</w:t>
      </w:r>
    </w:p>
    <w:p>
      <w:pPr>
        <w:jc w:val="right"/>
      </w:pPr>
      <w:r>
        <w:t>ہر آدمی توڑتا ہے، ہر آدمی توڑتا ہے۔ لیکن جب سچائی کی بات آتی ہے تو تو excuse نکالتا ہے۔ This duplicity?</w:t>
      </w:r>
    </w:p>
    <w:p>
      <w:r>
        <w:rPr>
          <w:b/>
        </w:rPr>
        <w:t xml:space="preserve">[1:47:08] </w:t>
      </w:r>
      <w:r>
        <w:t>aur duplicity jo hai, koi faraghi nahi ki jayegi. Yaad rakhiye.</w:t>
      </w:r>
    </w:p>
    <w:p>
      <w:pPr>
        <w:jc w:val="right"/>
      </w:pPr>
      <w:r>
        <w:t>اور duplicity جو ہے، کوئی فارغی نہیں کی جائے گی۔ یاد رکھیے۔</w:t>
      </w:r>
    </w:p>
    <w:p>
      <w:r>
        <w:rPr>
          <w:b/>
        </w:rPr>
        <w:t xml:space="preserve">[1:47:13] </w:t>
      </w:r>
      <w:r>
        <w:t>Yeh baat bas soch samajh kar keh raha hoon. Aur jisko shakk ho, mere paas aaye. Jitne ghante woh kahe ke main baithunga, usko main bataunga qisse. Ke kaise logon ne apne framework ko toda.</w:t>
      </w:r>
    </w:p>
    <w:p>
      <w:pPr>
        <w:jc w:val="right"/>
      </w:pPr>
      <w:r>
        <w:t>یہ بات بس سوچ سمجھ کر کہہ رہا ہوں۔ اور جس کو شک ہو، میرے پاس آئے۔ جتنے گھنٹے وہ کہے کہ میں بیٹھوں گا، اس کو میں بتاؤں گا قصے۔ کہ کیسے لوگوں نے اپنے framework کو توڑا۔</w:t>
      </w:r>
    </w:p>
    <w:p>
      <w:r>
        <w:rPr>
          <w:b/>
        </w:rPr>
        <w:t xml:space="preserve">[1:47:23] </w:t>
      </w:r>
      <w:r>
        <w:t>Apne material interest ke liye, apne political interest ke liye, apne bete ke interest ke liye. Toda unhone. Jisko doubt ho, mere paas aaye woh.</w:t>
      </w:r>
    </w:p>
    <w:p>
      <w:pPr>
        <w:jc w:val="right"/>
      </w:pPr>
      <w:r>
        <w:t>اپنے material interest کے لیے، اپنے political interest کے لیے، اپنے بیٹے کے interest کے لیے۔ توڑا انہوں نے۔ جس کو doubt ہو، میرے پاس آئے وہ۔</w:t>
      </w:r>
    </w:p>
    <w:p>
      <w:r>
        <w:rPr>
          <w:b/>
        </w:rPr>
        <w:t xml:space="preserve">[1:47:32] </w:t>
      </w:r>
      <w:r>
        <w:t>Yahan to bohat lamba nahi bol sakta main.</w:t>
      </w:r>
    </w:p>
    <w:p>
      <w:pPr>
        <w:jc w:val="right"/>
      </w:pPr>
      <w:r>
        <w:t>یہاں تو بہت لمبا نہیں بول سکتا میں۔</w:t>
      </w:r>
    </w:p>
    <w:p>
      <w:r>
        <w:rPr>
          <w:b/>
        </w:rPr>
        <w:t xml:space="preserve">[1:47:38] </w:t>
      </w:r>
      <w:r>
        <w:t>This question is from Sto</w:t>
      </w:r>
    </w:p>
    <w:p>
      <w:pPr>
        <w:jc w:val="right"/>
      </w:pPr>
      <w:r>
        <w:t>This question is from Sto</w:t>
      </w:r>
    </w:p>
    <w:p>
      <w:r>
        <w:rPr>
          <w:b/>
        </w:rPr>
        <w:t xml:space="preserve">[1:47:40] </w:t>
      </w:r>
      <w:r>
        <w:t>ti. What will happen about shirk which have done before realizing the truth? Will God forgive it? Zaroor.</w:t>
      </w:r>
    </w:p>
    <w:p>
      <w:pPr>
        <w:jc w:val="right"/>
      </w:pPr>
      <w:r>
        <w:t>ti. What will happen about shirk which have done before realizing the truth? Will God forgive it? ضرور۔</w:t>
      </w:r>
    </w:p>
    <w:p>
      <w:r>
        <w:rPr>
          <w:b/>
        </w:rPr>
        <w:t xml:space="preserve">[1:47:49] </w:t>
      </w:r>
      <w:r>
        <w:t>Quran mein hai. Yeh sawal bohat logon ko hota tha jo Prophet ke saathi the. Ke hum ne pehle jo kiya hai, uska kya hoga?</w:t>
      </w:r>
    </w:p>
    <w:p>
      <w:pPr>
        <w:jc w:val="right"/>
      </w:pPr>
      <w:r>
        <w:t>قرآن میں ہے۔ یہ سوال بہت لوگوں کو ہوتا تھا جو Prophet کے ساتھی تھے۔ کہ ہم نے پہلے جو کیا ہے، اس کا کیا ہوگا؟</w:t>
      </w:r>
    </w:p>
    <w:p>
      <w:r>
        <w:rPr>
          <w:b/>
        </w:rPr>
        <w:t xml:space="preserve">[1:48:01] </w:t>
      </w:r>
      <w:r>
        <w:t>Pehle jo</w:t>
      </w:r>
    </w:p>
    <w:p>
      <w:pPr>
        <w:jc w:val="right"/>
      </w:pPr>
      <w:r>
        <w:t>پہلے جو</w:t>
      </w:r>
    </w:p>
    <w:p>
      <w:r>
        <w:rPr>
          <w:b/>
        </w:rPr>
        <w:t xml:space="preserve">[1:48:02] </w:t>
      </w:r>
      <w:r>
        <w:t>kiya hai, uska kya hoga? To Quran mein aaya ke bohat hi zyada solah se is ayat mein ke qul ya ibadi allazina asrafu ala anfusihim la takhlafu min rahmatillah fainnalaha yakhbirul zun wa jameean aye mere bando!</w:t>
      </w:r>
    </w:p>
    <w:p>
      <w:pPr>
        <w:jc w:val="right"/>
      </w:pPr>
      <w:r>
        <w:t>کیا ہے، اس کا کیا ہوگا؟ تو قرآن میں آیا کہ بہت ہی زیادہ سولہ سے اس آیت میں کہ قُلْ يَا عِبَادِي الَّذِينَ أَصْرَفُوا عَلَى أَنْفَسِهِمْ لَا تَخْلَفُوا مِنْ رَحْمَةِ اللَّهِ فَإِنَّ اللَّهَ يَخْبِرُ الْزُونَ وَجَمِيعًا اے میرے بندو!</w:t>
      </w:r>
    </w:p>
    <w:p>
      <w:r>
        <w:rPr>
          <w:b/>
        </w:rPr>
        <w:t xml:space="preserve">[1:48:23] </w:t>
      </w:r>
      <w:r>
        <w:t>Is se murad hai bando se wahi log jinhone sachai ko discover kiya tha aur believer bane the, wahi log hain yahan. Aye mere bando!</w:t>
      </w:r>
    </w:p>
    <w:p>
      <w:pPr>
        <w:jc w:val="right"/>
      </w:pPr>
      <w:r>
        <w:t>اس سے مراد ہے بندوں سے وہی لوگ جنہوں نے سچائی کو discover کیا تھا اور believer بنے تھے، وہی لوگ ہیں یہاں۔ اے میرے بندو!</w:t>
      </w:r>
    </w:p>
    <w:p>
      <w:r>
        <w:rPr>
          <w:b/>
        </w:rPr>
        <w:t xml:space="preserve">[1:48:37] </w:t>
      </w:r>
      <w:r>
        <w:t>Yaani iska main translation kar raha hoon. Aye mere bando! Jinhone apni jaano par israf kiya hai, apni jaano par zulm kiya hai, matlab galtiyan hui hain jin se.</w:t>
      </w:r>
    </w:p>
    <w:p>
      <w:pPr>
        <w:jc w:val="right"/>
      </w:pPr>
      <w:r>
        <w:t>یعنی اس کا میں translation کر رہا ہوں۔ اے میرے بندو! جنہوں نے اپنی جانوں پر اسراف کیا ہے، اپنی جانوں پر ظلم کیا ہے، مطلب غلطیاں ہوئی ہیں جن سے۔</w:t>
      </w:r>
    </w:p>
    <w:p>
      <w:r>
        <w:rPr>
          <w:b/>
        </w:rPr>
        <w:t xml:space="preserve">[1:48:48] </w:t>
      </w:r>
      <w:r>
        <w:t>Aye mere bando! Jinhone apni jaano par zulm kiya hai, tum Khuda ki blessing se woh niraash, mayoos na ho.</w:t>
      </w:r>
    </w:p>
    <w:p>
      <w:pPr>
        <w:jc w:val="right"/>
      </w:pPr>
      <w:r>
        <w:t>اے میرے بندو! جنہوں نے اپنی جانوں پر ظلم کیا ہے، تم خدا کی blessing سے وہ نراش، مایوس نہ ہو۔</w:t>
      </w:r>
    </w:p>
    <w:p>
      <w:r>
        <w:rPr>
          <w:b/>
        </w:rPr>
        <w:t xml:space="preserve">[1:48:59] </w:t>
      </w:r>
      <w:r>
        <w:t>Aye mere bando! Jinhone apni jaano par zulm kiya hai,</w:t>
      </w:r>
    </w:p>
    <w:p>
      <w:pPr>
        <w:jc w:val="right"/>
      </w:pPr>
      <w:r>
        <w:t>اے میرے بندو! جنہوں نے اپنی جانوں پر ظلم کیا ہے،</w:t>
      </w:r>
    </w:p>
    <w:p>
      <w:r>
        <w:rPr>
          <w:b/>
        </w:rPr>
        <w:t xml:space="preserve">[1:49:08] </w:t>
      </w:r>
      <w:r>
        <w:t>Tum Khuda ki rehmat se niraash na ho.</w:t>
      </w:r>
    </w:p>
    <w:p>
      <w:pPr>
        <w:jc w:val="right"/>
      </w:pPr>
      <w:r>
        <w:t>تم خدا کی رحمت سے نراش نہ ہو۔</w:t>
      </w:r>
    </w:p>
    <w:p>
      <w:r>
        <w:rPr>
          <w:b/>
        </w:rPr>
        <w:t xml:space="preserve">[1:49:14] </w:t>
      </w:r>
      <w:r>
        <w:t>Fainnalaha yaghfirul zun wa jameean. Kyunke Khuda saare hi gunahon ko maaf kar deta hai, saare hi sin ko maaf kar deta hai.</w:t>
      </w:r>
    </w:p>
    <w:p>
      <w:pPr>
        <w:jc w:val="right"/>
      </w:pPr>
      <w:r>
        <w:t>فَإِنَّ اللَّهَ يَغْفِرُ الْزُونَ وَجَمِيعًا کیونکہ خدا سارے ہی گناہوں کو معاف کر دیتا ہے، سارے ہی sin کو معاف کر دیتا ہے۔</w:t>
      </w:r>
    </w:p>
    <w:p>
      <w:r>
        <w:rPr>
          <w:b/>
        </w:rPr>
        <w:t xml:space="preserve">[1:49:27] </w:t>
      </w:r>
      <w:r>
        <w:t>Yeh ayat utri, tab ja ke logon ko itminan hua. Aur doosri ek aur hadith hai al-islamu yahdimu ma qablahu</w:t>
      </w:r>
    </w:p>
    <w:p>
      <w:pPr>
        <w:jc w:val="right"/>
      </w:pPr>
      <w:r>
        <w:t>یہ آیت اتری، تب جا کے لوگوں کو اطمینان ہوا۔ اور دوسری ایک اور حدیث ہے الْإِسْلَامُ يَهْدَمُ مَا قَبْلَهُ</w:t>
      </w:r>
    </w:p>
    <w:p>
      <w:r>
        <w:rPr>
          <w:b/>
        </w:rPr>
        <w:t xml:space="preserve">[1:49:39] </w:t>
      </w:r>
      <w:r>
        <w:t>Al-islamu yahdimu ma qablahu. Islam pehle wale ko demolish kar deta hai.</w:t>
      </w:r>
    </w:p>
    <w:p>
      <w:pPr>
        <w:jc w:val="right"/>
      </w:pPr>
      <w:r>
        <w:t>الْإِسْلَامُ یَهْدَمُ مَا قَبْلَهُ اسلام پہلے والے کو demolish کر دیتا ہے۔</w:t>
      </w:r>
    </w:p>
    <w:p>
      <w:r>
        <w:rPr>
          <w:b/>
        </w:rPr>
        <w:t xml:space="preserve">[1:49:48] </w:t>
      </w:r>
      <w:r>
        <w:t>Islam pehle kiye hue ko demolish kar deta hai.</w:t>
      </w:r>
    </w:p>
    <w:p>
      <w:pPr>
        <w:jc w:val="right"/>
      </w:pPr>
      <w:r>
        <w:t>اسلام پہلے کیے ہوئے کو demolish کر دیتا ہے۔</w:t>
      </w:r>
    </w:p>
    <w:p>
      <w:r>
        <w:rPr>
          <w:b/>
        </w:rPr>
        <w:t xml:space="preserve">[1:49:52] </w:t>
      </w:r>
      <w:r>
        <w:t>Jab aap ne sachai ko pa liya, aap Khuda par aap ne imaan laye aur Khuda se aap ne apna contact bana liya aur yeh aap ne kaha ke Khuda ya aaj se meri zindagi tere raaste par hogi,</w:t>
      </w:r>
    </w:p>
    <w:p>
      <w:pPr>
        <w:jc w:val="right"/>
      </w:pPr>
      <w:r>
        <w:t>جب آپ نے سچائی کو پا لیا، آپ خدا پر آپ نے ایمان لائے اور خدا سے آپ نے اپنا contact بنا لیا اور یہ آپ نے کہا کہ خدایا آج سے میری زندگی تیرے راستے پر ہوگی،</w:t>
      </w:r>
    </w:p>
    <w:p>
      <w:r>
        <w:rPr>
          <w:b/>
        </w:rPr>
        <w:t xml:space="preserve">[1:50:10] </w:t>
      </w:r>
      <w:r>
        <w:t>Isi waqt woh demolish ho gayi. Woh al-islamu yahdimu ma qablahu</w:t>
      </w:r>
    </w:p>
    <w:p>
      <w:pPr>
        <w:jc w:val="right"/>
      </w:pPr>
      <w:r>
        <w:t>اسی وقت وہ demolish ہو گئی۔ وہ الْإِسْلَامُ يَهْدَمُ مَا قَبْلَهُ</w:t>
      </w:r>
    </w:p>
    <w:p>
      <w:r>
        <w:rPr>
          <w:b/>
        </w:rPr>
        <w:t xml:space="preserve">[1:50:18] </w:t>
      </w:r>
      <w:r>
        <w:t>Islam peeche kiye hue baaton ko demolish kar deta hai.</w:t>
      </w:r>
    </w:p>
    <w:p>
      <w:pPr>
        <w:jc w:val="right"/>
      </w:pPr>
      <w:r>
        <w:t>اسلام پیچھے کیے ہوئے باتوں کو demolish کر دیتا ہے۔</w:t>
      </w:r>
    </w:p>
    <w:p>
      <w:r>
        <w:rPr>
          <w:b/>
        </w:rPr>
        <w:t xml:space="preserve">[1:50:24] </w:t>
      </w:r>
      <w:r>
        <w:t>Kitni badi blessing hai yeh! Kitni badi blessing hai yeh! Aap iske muqable mein aap compare kijiye un logon ko jo karam wale falsafe ko mante hain ke jo mujh se karam ho gaya galat to mujhe phir se janam le kar koi bhugtana hi bhugtana hai.</w:t>
      </w:r>
    </w:p>
    <w:p>
      <w:pPr>
        <w:jc w:val="right"/>
      </w:pPr>
      <w:r>
        <w:t>کتنی بڑی blessing ہے یہ! کتنی بڑی blessing ہے یہ! آپ اس کے مقابلے میں آپ compare کیجیے ان لوگوں کو جو کرم والے فلسفے کو مانتے ہیں کہ جو مجھ سے کرم ہو گیا غلط تو مجھے پھر سے جنم لے کر کوئی بھگتنا ہی بھگتنا ہے۔</w:t>
      </w:r>
    </w:p>
    <w:p>
      <w:r>
        <w:rPr>
          <w:b/>
        </w:rPr>
        <w:t xml:space="preserve">[1:50:41] </w:t>
      </w:r>
      <w:r>
        <w:t>Yeh kitna yaani yaani kitna zyada yaani zalimana yeh nazariya hai jisko log mante hain.</w:t>
      </w:r>
    </w:p>
    <w:p>
      <w:pPr>
        <w:jc w:val="right"/>
      </w:pPr>
      <w:r>
        <w:t>یہ کتنا یعنی یعنی کتنا زیادہ یعنی ظالمانہ یہ نظریہ ہے جس کو لوگ مانتے ہیں۔</w:t>
      </w:r>
    </w:p>
    <w:p>
      <w:r>
        <w:rPr>
          <w:b/>
        </w:rPr>
        <w:t xml:space="preserve">[1:50:52] </w:t>
      </w:r>
      <w:r>
        <w:t>Yaani agar mujh se galti ho gayi aur main maafi maangun, us waqt khatam, us waqt demolish. Yahan yeh kehta hai ke jo tum ne galti kar dali, tum ko us ko bhugtana hi bhugtana hai.</w:t>
      </w:r>
    </w:p>
    <w:p>
      <w:pPr>
        <w:jc w:val="right"/>
      </w:pPr>
      <w:r>
        <w:t>یعنی اگر مجھ سے غلطی ہو گئی اور میں معافی مانگوں، اس وقت ختم، اس وقت demolish۔ یہاں یہ کہتا ہے کہ جو تم نے غلطی کر ڈالی، تم کو اس کو بھگتنا ہی بھگتنا ہے۔</w:t>
      </w:r>
    </w:p>
    <w:p>
      <w:r>
        <w:rPr>
          <w:b/>
        </w:rPr>
        <w:t xml:space="preserve">[1:51:05] </w:t>
      </w:r>
      <w:r>
        <w:t>Phir tum paida ho gaye, us ko bhugtana hi bhugtana hai. Dekhein, Khuda ki shaan ke khilaaf ayat likhi hain. Yaani aap Khuda ko underestimate kar rahe hain. Yeh koi Khuda hai ke aap se galti ho gayi to Khuda kahe ke abhi tum ko ek baar aur hum janam denge, is mein tum ko bhugtana pad</w:t>
      </w:r>
    </w:p>
    <w:p>
      <w:pPr>
        <w:jc w:val="right"/>
      </w:pPr>
      <w:r>
        <w:t>پھر تم پیدا ہو گئے، اس کو بھگتنا ہی بھگتنا ہے۔ دیکھیں، خدا کی شان کے خلاف آیات لکھی ہیں۔ یعنی آپ خدا کو underestimate کر رہے ہیں۔ یہ کوئی خدا ہے کہ آپ سے غلطی ہو گئی تو خدا کہے کہ ابھی تم کو ایک بار اور ہم جنم دیں گے، اس میں تم کو بھگتنا پڑ</w:t>
      </w:r>
    </w:p>
    <w:p>
      <w:r>
        <w:rPr>
          <w:b/>
        </w:rPr>
        <w:t xml:space="preserve">[1:51:23] </w:t>
      </w:r>
      <w:r>
        <w:t>ega. Is ko yeh koi Khuda ka concept hai? Yeh to kisi Hitler ka concept ho sakta hai, koi Hitler, Hitler aur Stalin ka concept ho sakta hai.</w:t>
      </w:r>
    </w:p>
    <w:p>
      <w:pPr>
        <w:jc w:val="right"/>
      </w:pPr>
      <w:r>
        <w:t>ے گا۔ اس کو یہ کوئی خدا کا concept ہے؟ یہ تو کسی ہٹلر کا concept ہو سکتا ہے، کوئی ہٹلر، ہٹلر اور اسٹالن کا concept ہو سکتا ہے۔</w:t>
      </w:r>
    </w:p>
    <w:p>
      <w:r>
        <w:rPr>
          <w:b/>
        </w:rPr>
        <w:t xml:space="preserve">[1:51:33] </w:t>
      </w:r>
      <w:r>
        <w:t>Yeh Khuda ka nahi hai. Yeh Khuda jo hai, jis ne itni bari universe banai hai, zaroori hai ke is ka woh is ke andar mercy ho, is ka compassion ho, is ke andar farghi karne wala ho.</w:t>
      </w:r>
    </w:p>
    <w:p>
      <w:pPr>
        <w:jc w:val="right"/>
      </w:pPr>
      <w:r>
        <w:t>یہ خدا کا نہیں ہے۔ یہ خدا جو ہے، جس نے اتنی بڑی universe بنائی ہے، ضروری ہے کہ اس کا وہ اس کے اندر mercy ہو، اس کا compassion ہو، اس کے اندر فارغی کرنے والا ہو۔</w:t>
      </w:r>
    </w:p>
    <w:p>
      <w:r>
        <w:rPr>
          <w:b/>
        </w:rPr>
        <w:t xml:space="preserve">[1:51:47] </w:t>
      </w:r>
      <w:r>
        <w:t>Woh is ko insano se pyar ho, is ko apne paida kiye hue logo se mohabbat ho. Is ko</w:t>
      </w:r>
    </w:p>
    <w:p>
      <w:pPr>
        <w:jc w:val="right"/>
      </w:pPr>
      <w:r>
        <w:t>وہ اس کو انسانوں سے پیار ہو، اس کو اپنے پیدا کیے ہوئے لوگوں سے محبت ہو۔ اس کو</w:t>
      </w:r>
    </w:p>
    <w:p>
      <w:r>
        <w:rPr>
          <w:b/>
        </w:rPr>
        <w:t xml:space="preserve">[1:51:54] </w:t>
      </w:r>
      <w:r>
        <w:t>ka robot hoga? Khuda koi robot type ka hoga? Jis Khuda ko yeh log mante hain, woh Khuda ek robot hai. Robot!</w:t>
      </w:r>
    </w:p>
    <w:p>
      <w:pPr>
        <w:jc w:val="right"/>
      </w:pPr>
      <w:r>
        <w:t>کا روبوٹ ہوگا؟ خدا کوئی روبوٹ ٹائپ کا ہوگا؟ جس خدا کو یہ لوگ مانتے ہیں، وہ خدا ایک روبوٹ ہے۔ روبوٹ!</w:t>
      </w:r>
    </w:p>
    <w:p>
      <w:r>
        <w:rPr>
          <w:b/>
        </w:rPr>
        <w:t xml:space="preserve">[1:52:02] </w:t>
      </w:r>
      <w:r>
        <w:t>Yaani yeh bilkul is ke andar reham nahi, compassion nahi, insan ke liye pyar nahi. Is ke andar woh jhonk deta hai ke jao phir paida ho, phir is ko bhagto.</w:t>
      </w:r>
    </w:p>
    <w:p>
      <w:pPr>
        <w:jc w:val="right"/>
      </w:pPr>
      <w:r>
        <w:t>یعنی یہ بالکل اس کے اندر رحم نہیں، compassion نہیں، انسان کے لیے پیار نہیں۔ اس کے اندر وہ جھونک دیتا ہے کہ جاؤ پھر پیدا ہو، پھر اس کو بھگتو۔</w:t>
      </w:r>
    </w:p>
    <w:p>
      <w:r>
        <w:rPr>
          <w:b/>
        </w:rPr>
        <w:t xml:space="preserve">[1:52:14] </w:t>
      </w:r>
      <w:r>
        <w:t>That is underestimation of God jo log aisa mante hain, woh Khuda ko underestimate karte hain. Main manta hoon ke bilkul false philosophy hai.</w:t>
      </w:r>
    </w:p>
    <w:p>
      <w:pPr>
        <w:jc w:val="right"/>
      </w:pPr>
      <w:r>
        <w:t>That is underestimation of God جو لوگ ایسا مانتے ہیں، وہ خدا کو underestimate کرتے ہیں۔ میں مانتا ہوں کہ بالکل false فلاسفی ہے۔</w:t>
      </w:r>
    </w:p>
    <w:p>
      <w:r>
        <w:rPr>
          <w:b/>
        </w:rPr>
        <w:t xml:space="preserve">[1:52:24] </w:t>
      </w:r>
      <w:r>
        <w:t>It has no ground at all ek ek mind mein bana liya hai, apne mind mein bana liya hai. Khuda kabhi aisa nahi ho sakta.</w:t>
      </w:r>
    </w:p>
    <w:p>
      <w:pPr>
        <w:jc w:val="right"/>
      </w:pPr>
      <w:r>
        <w:t>It has no ground at all ایک ایک mind میں بنا لیا ہے، اپنے mind میں بنا لیا ہے۔ خدا کبھی ایسا نہیں ہو سکتا۔</w:t>
      </w:r>
    </w:p>
    <w:p>
      <w:r>
        <w:rPr>
          <w:b/>
        </w:rPr>
        <w:t xml:space="preserve">[1:52:34] </w:t>
      </w:r>
      <w:r>
        <w:t>Khuda agar aisa hota to kiya aap sochte hain ke gulab ka khoobsurat phool paida karta hai? Woh aisa Khuda paida kar sakta hai? Gulab ka khoobsurat phool!</w:t>
      </w:r>
    </w:p>
    <w:p>
      <w:pPr>
        <w:jc w:val="right"/>
      </w:pPr>
      <w:r>
        <w:t>خدا اگر ایسا ہوتا تو کیا آپ سوچتے ہیں کہ گلاب کا خوبصورت پھول پیدا کرتا ہے؟ وہ ایسا خدا پیدا کر سکتا ہے؟ گلاب کا خوبصورت پھول!</w:t>
      </w:r>
    </w:p>
    <w:p>
      <w:r>
        <w:rPr>
          <w:b/>
        </w:rPr>
        <w:t xml:space="preserve">[1:52:43] </w:t>
      </w:r>
      <w:r>
        <w:t>Yeh yeh chitiyan jo urti hain, gaane gaate hue, jo hamare kaano ko achhe lagte hain, woh paida kar sakta hai? Woh</w:t>
      </w:r>
    </w:p>
    <w:p>
      <w:pPr>
        <w:jc w:val="right"/>
      </w:pPr>
      <w:r>
        <w:t>یہ یہ چڑیاں جو اڑتی ہیں، گانے گاتے ہوئے، جو ہمارے کانوں کو اچھے لگتے ہیں، وہ پیدا کر سکتا ہے؟ وہ</w:t>
      </w:r>
    </w:p>
    <w:p>
      <w:r>
        <w:rPr>
          <w:b/>
        </w:rPr>
        <w:t xml:space="preserve">[1:52:52] </w:t>
      </w:r>
      <w:r>
        <w:t>Yeh universe, yeh nature, yeh itna beautiful nature, itna beautiful nature ko dekh kar ke aap ko rooh ko ajeeb khushi milti hai.</w:t>
      </w:r>
    </w:p>
    <w:p>
      <w:pPr>
        <w:jc w:val="right"/>
      </w:pPr>
      <w:r>
        <w:t>یہ universe، یہ نیچر، یہ اتنا beautiful نیچر، اتنا beautiful نیچر کو دیکھ کر کے آپ کو روح کو عجیب خوشی ملتی ہے۔</w:t>
      </w:r>
    </w:p>
    <w:p>
      <w:r>
        <w:rPr>
          <w:b/>
        </w:rPr>
        <w:t xml:space="preserve">[1:53:01] </w:t>
      </w:r>
      <w:r>
        <w:t>Woh paida kar sakta hai aisa Khuda, jo robot type ka Khuda. Yaani Khuda ne jo manifest kiya hai apne aap ko is nature mein, use pata chalta hai ke Khuda bohat hi reham wala hai, bohat hi pyar wala hai, bohat hi oonche zaoq wala hai, bohat acha taste wala hai, bohat good taste wala hai.</w:t>
      </w:r>
    </w:p>
    <w:p>
      <w:pPr>
        <w:jc w:val="right"/>
      </w:pPr>
      <w:r>
        <w:t>وہ پیدا کر سکتا ہے ایسا خدا، جو روبوٹ ٹائپ کا خدا۔ یعنی خدا نے جو manifest کیا ہے اپنے آپ کو اس نیچر میں، اسے پتہ چلتا ہے کہ خدا بہت ہی رحم والا ہے، بہت ہی پیار والا ہے، بہت ہی اونچے ذوق والا ہے، بہت اچھا ٹیسٹ والا ہے، بہت good ٹیسٹ والا ہے۔</w:t>
      </w:r>
    </w:p>
    <w:p>
      <w:r>
        <w:rPr>
          <w:b/>
        </w:rPr>
        <w:t xml:space="preserve">[1:53:20] </w:t>
      </w:r>
      <w:r>
        <w:t>Khuda</w:t>
      </w:r>
    </w:p>
    <w:p>
      <w:pPr>
        <w:jc w:val="right"/>
      </w:pPr>
      <w:r>
        <w:t>خدا</w:t>
      </w:r>
    </w:p>
    <w:p>
      <w:r>
        <w:rPr>
          <w:b/>
        </w:rPr>
        <w:t xml:space="preserve">[1:53:22] </w:t>
      </w:r>
      <w:r>
        <w:t>! To yeh to Khuda ko main samajhta hoon ke aise log Khuda ko pehchante hi nahi, jante hi nahi. Khuda ko kiya cheez hai? Khuda! Unho ne Khuda ko Hitler aur Stalin ke level pe utar rakha hai.</w:t>
      </w:r>
    </w:p>
    <w:p>
      <w:pPr>
        <w:jc w:val="right"/>
      </w:pPr>
      <w:r>
        <w:t>! تو یہ تو خدا کو میں سمجھتا ہوں کہ ایسے لوگ خدا کو پہچانتے ہی نہیں، جانتے ہی نہیں۔ خدا کو کیا چیز ہے؟ خدا! انہوں نے خدا کو ہٹلر اور اسٹالن کے لیول پہ اتار رکھا ہے۔</w:t>
      </w:r>
    </w:p>
    <w:p>
      <w:r>
        <w:rPr>
          <w:b/>
        </w:rPr>
        <w:t xml:space="preserve">[1:53:38] </w:t>
      </w:r>
      <w:r>
        <w:t>Baaz mein is ko bilkul galat samajhta hoon, is philosophy ko. Aur Khuda har waqt tayyar rehta hai ke kab mera banda mujh se maafi mange aur use maaf kar doon main aur dho doon is</w:t>
      </w:r>
    </w:p>
    <w:p>
      <w:pPr>
        <w:jc w:val="right"/>
      </w:pPr>
      <w:r>
        <w:t>بعض میں اس کو بالکل غلط سمجھتا ہوں، اس فلاسفی کو۔ اور خدا ہر وقت تیار رہتا ہے کہ کب میرا بندہ مجھ سے معافی مانگے اور اسے معاف کر دوں میں اور دھو دوں اس</w:t>
      </w:r>
    </w:p>
    <w:p>
      <w:r>
        <w:rPr>
          <w:b/>
        </w:rPr>
        <w:t xml:space="preserve">[1:53:50] </w:t>
      </w:r>
      <w:r>
        <w:t>ko. Khuda ka jo super computer hai, usi in wahan is ka switch dab jata hai jab ke Khuda se insan maafi mangta hai aur sab kuch khatam ho jata hai wahan is ke record se.</w:t>
      </w:r>
    </w:p>
    <w:p>
      <w:pPr>
        <w:jc w:val="right"/>
      </w:pPr>
      <w:r>
        <w:t>کو۔ خدا کا جو سپر کمپیوٹر ہے، اسی ان وہاں اس کا سوئچ دب جاتا ہے جب کہ خدا سے انسان معافی مانگتا ہے اور سب کچھ ختم ہو جاتا ہے وہاں اس کے ریکارڈ سے۔</w:t>
      </w:r>
    </w:p>
    <w:p>
      <w:r>
        <w:rPr>
          <w:b/>
        </w:rPr>
        <w:t xml:space="preserve">[1:54:03] </w:t>
      </w:r>
      <w:r>
        <w:t>This question is from Sadia. Why do people break their frameworks when it comes to material interest, but not when it is a matter of truth?</w:t>
      </w:r>
    </w:p>
    <w:p>
      <w:pPr>
        <w:jc w:val="right"/>
      </w:pPr>
      <w:r>
        <w:t>This question is from Sadia. Why do people break their frameworks when it comes to material interest, but not when it is a matter of truth?</w:t>
      </w:r>
    </w:p>
    <w:p>
      <w:r>
        <w:rPr>
          <w:b/>
        </w:rPr>
        <w:t xml:space="preserve">[1:54:15] </w:t>
      </w:r>
      <w:r>
        <w:t>Bas seriously se kabhi</w:t>
      </w:r>
    </w:p>
    <w:p>
      <w:pPr>
        <w:jc w:val="right"/>
      </w:pPr>
      <w:r>
        <w:t>بس سیریسلی سے کبھی</w:t>
      </w:r>
    </w:p>
    <w:p>
      <w:r>
        <w:rPr>
          <w:b/>
        </w:rPr>
        <w:t xml:space="preserve">[1:54:18] </w:t>
      </w:r>
      <w:r>
        <w:t>Sachai jab aati hai to khwamkhwah hi baatein karte hain, jhoote ship to wohi sab janjal bhi khelte hain. Yahan sachai ki baat aayi to sab janjal bhi khelenge.</w:t>
      </w:r>
    </w:p>
    <w:p>
      <w:pPr>
        <w:jc w:val="right"/>
      </w:pPr>
      <w:r>
        <w:t>سچائی جب آتی ہے تو خوامخواہ ہی باتیں کرتے ہیں، جھوٹے شپ تو وہی سب جنجال بھی کھیلتے ہیں۔ یہاں سچائی کی بات آئی تو سب جنجال بھی کھیلیں گے۔</w:t>
      </w:r>
    </w:p>
    <w:p>
      <w:r>
        <w:rPr>
          <w:b/>
        </w:rPr>
        <w:t xml:space="preserve">[1:54:29] </w:t>
      </w:r>
      <w:r>
        <w:t>Kyun? Is ka is ka jo nafa hai, immediate hai, immediate gain wahan dikhai padta hai un ko. Jab material koi issue aata na to lagta hai bilkul immediate gain wahan mil raha hai un ko.</w:t>
      </w:r>
    </w:p>
    <w:p>
      <w:pPr>
        <w:jc w:val="right"/>
      </w:pPr>
      <w:r>
        <w:t>کیوں؟ اس کا اس کا جو نفع ہے، امیڈیٹ ہے، امیڈیٹ گین وہاں دکھائی پڑتا ہے ان کو۔ جب مٹیریل کوئی ایشو آتا ہے نا تو لگتا ہے بالکل امیڈیٹ گین وہاں مل رہا ہے ان کو۔</w:t>
      </w:r>
    </w:p>
    <w:p>
      <w:r>
        <w:rPr>
          <w:b/>
        </w:rPr>
        <w:t xml:space="preserve">[1:54:42] </w:t>
      </w:r>
      <w:r>
        <w:t>Yahan jo gain hai woh marne ke baad hai.</w:t>
      </w:r>
    </w:p>
    <w:p>
      <w:pPr>
        <w:jc w:val="right"/>
      </w:pPr>
      <w:r>
        <w:t>یہاں جو گین ہے وہ مرنے کے بعد ہے۔</w:t>
      </w:r>
    </w:p>
    <w:p>
      <w:r>
        <w:rPr>
          <w:b/>
        </w:rPr>
        <w:t xml:space="preserve">[1:54:47] </w:t>
      </w:r>
      <w:r>
        <w:t>Immediate gain ki wajah se aadmi yaani duplicity mein pad jata hai. Immediate gain ki wajah se main bohat se logo ko jaanta hoon jo subah shaam America ko bura kehte hain.</w:t>
      </w:r>
    </w:p>
    <w:p>
      <w:pPr>
        <w:jc w:val="right"/>
      </w:pPr>
      <w:r>
        <w:t>امیڈیٹ گین کی وجہ سے آدمی یعنی ڈپلیسٹی میں پڑ جاتا ہے۔ امیڈیٹ گین کی وجہ سے میں بہت سے لوگوں کو جانتا ہوں جو صبح شام امریکہ کو برا کہتے ہیں۔</w:t>
      </w:r>
    </w:p>
    <w:p>
      <w:r>
        <w:rPr>
          <w:b/>
        </w:rPr>
        <w:t xml:space="preserve">[1:54:59] </w:t>
      </w:r>
      <w:r>
        <w:t>Apne peton ko America bheje hue hain. Wahan un ka un ka mind set tod dete hain. Woh yaani jo ek mind set jo hai jo chalta hai, wahan America bohat bura hai.</w:t>
      </w:r>
    </w:p>
    <w:p>
      <w:pPr>
        <w:jc w:val="right"/>
      </w:pPr>
      <w:r>
        <w:t>اپنے پیٹوں کو امریکہ بھیجے ہوئے ہیں۔ وہاں ان کا ان کا مائنڈ سیٹ توڑ دیتے ہیں۔ وہ یعنی جو ایک مائنڈ سیٹ جو ہے جو چلتا ہے، وہاں امریکہ بہت برا ہے۔</w:t>
      </w:r>
    </w:p>
    <w:p>
      <w:r>
        <w:rPr>
          <w:b/>
        </w:rPr>
        <w:t xml:space="preserve">[1:55:12] </w:t>
      </w:r>
      <w:r>
        <w:t>Wahan todte nahi</w:t>
      </w:r>
    </w:p>
    <w:p>
      <w:pPr>
        <w:jc w:val="right"/>
      </w:pPr>
      <w:r>
        <w:t>وہاں توڑتے نہیں</w:t>
      </w:r>
    </w:p>
    <w:p>
      <w:r>
        <w:rPr>
          <w:b/>
        </w:rPr>
        <w:t xml:space="preserve">[1:55:13] </w:t>
      </w:r>
      <w:r>
        <w:t>hain. Woh zindagi burai kehte rehte hain is ko. Lekin doosra jo khana hai ke mere bete ka interest kahan hai, to jhat se hum apne bete ko wahan bhej dete hain. Wahan unho ne tod diya apne mind set ko aur yahan nahi toda unho ne.</w:t>
      </w:r>
    </w:p>
    <w:p>
      <w:pPr>
        <w:jc w:val="right"/>
      </w:pPr>
      <w:r>
        <w:t>ہیں۔ وہ زندگی برائی کہتے رہتے ہیں اس کو۔ لیکن دوسرا جو خانہ ہے کہ میرے بیٹے کا انٹرسٹ کہاں ہے، تو جھٹ سے ہم اپنے بیٹے کو وہاں بھیج دیتے ہیں۔ وہاں انہوں نے توڑ دیا اپنے مائنڈ سیٹ کو اور یہاں نہیں توڑا انہوں نے۔</w:t>
      </w:r>
    </w:p>
    <w:p>
      <w:r>
        <w:rPr>
          <w:b/>
        </w:rPr>
        <w:t xml:space="preserve">[1:55:28] </w:t>
      </w:r>
      <w:r>
        <w:t>Yeh duplicity hai aur immediate gain wahan dikhai padta hai. Yahan immediate gain dikhai nahi padta. Yeh difference hai.</w:t>
      </w:r>
    </w:p>
    <w:p>
      <w:pPr>
        <w:jc w:val="right"/>
      </w:pPr>
      <w:r>
        <w:t>یہ ڈپلیسٹی ہے اور امیڈیٹ گین وہاں دکھائی پڑتا ہے۔ یہاں امیڈیٹ گین دکھائی نہیں پڑتا۔ یہ ڈیفرنس ہے۔</w:t>
      </w:r>
    </w:p>
    <w:p>
      <w:r>
        <w:rPr>
          <w:b/>
        </w:rPr>
        <w:t xml:space="preserve">[1:55:37] </w:t>
      </w:r>
      <w:r>
        <w:t>is ki waja se yeh yeh double character logon ki taraf ho gaya hai.</w:t>
      </w:r>
    </w:p>
    <w:p>
      <w:pPr>
        <w:jc w:val="right"/>
      </w:pPr>
      <w:r>
        <w:t>اس کی وجہ سے یہ یہ ڈبل کریکٹر لوگوں کی طرف ہو گیا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