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CPS Ulema August 29, 2020 Maulana Wahiduddin Khan</w:t>
      </w:r>
    </w:p>
    <w:p>
      <w:r>
        <w:t>https://www.youtube.com/watch?v=bHowfdKdeAs</w:t>
      </w:r>
    </w:p>
    <w:p>
      <w:r>
        <w:rPr>
          <w:b/>
        </w:rPr>
        <w:t xml:space="preserve">[00:13] </w:t>
      </w:r>
      <w:r>
        <w:t>bismillah-ir-rehman-ir-rahim. 29 agast 2020.</w:t>
      </w:r>
    </w:p>
    <w:p>
      <w:pPr>
        <w:jc w:val="right"/>
      </w:pPr>
      <w:r>
        <w:t>بسم اللہ الرحمن الرحیم۔ 29 اگست 2020۔</w:t>
      </w:r>
    </w:p>
    <w:p>
      <w:r>
        <w:rPr>
          <w:b/>
        </w:rPr>
        <w:t xml:space="preserve">[00:25] </w:t>
      </w:r>
      <w:r>
        <w:t>is waqt</w:t>
      </w:r>
    </w:p>
    <w:p>
      <w:pPr>
        <w:jc w:val="right"/>
      </w:pPr>
      <w:r>
        <w:t>اس وقت</w:t>
      </w:r>
    </w:p>
    <w:p>
      <w:r>
        <w:rPr>
          <w:b/>
        </w:rPr>
        <w:t xml:space="preserve">[00:29] </w:t>
      </w:r>
      <w:r>
        <w:t>koi lambi taqreer nahi karna hai, balkeh hamare jo CPS ke log hain,</w:t>
      </w:r>
    </w:p>
    <w:p>
      <w:pPr>
        <w:jc w:val="right"/>
      </w:pPr>
      <w:r>
        <w:t>کوئی لمبی تقریر نہیں کرنا ہے، بلکہ ہمارے جو سی پی ایس کے لوگ ہیں،</w:t>
      </w:r>
    </w:p>
    <w:p>
      <w:r>
        <w:rPr>
          <w:b/>
        </w:rPr>
        <w:t xml:space="preserve">[00:47] </w:t>
      </w:r>
      <w:r>
        <w:t>un ke sawalat</w:t>
      </w:r>
    </w:p>
    <w:p>
      <w:pPr>
        <w:jc w:val="right"/>
      </w:pPr>
      <w:r>
        <w:t>ان کے سوالات</w:t>
      </w:r>
    </w:p>
    <w:p>
      <w:r>
        <w:rPr>
          <w:b/>
        </w:rPr>
        <w:t xml:space="preserve">[00:51] </w:t>
      </w:r>
      <w:r>
        <w:t>par izhar. yeh sawalat zahir hai keh dawat ke</w:t>
      </w:r>
    </w:p>
    <w:p>
      <w:pPr>
        <w:jc w:val="right"/>
      </w:pPr>
      <w:r>
        <w:t>پر اظہار۔ یہ سوالات ظاہر ہے کہ دعوت کے</w:t>
      </w:r>
    </w:p>
    <w:p>
      <w:r>
        <w:rPr>
          <w:b/>
        </w:rPr>
        <w:t xml:space="preserve">[01:03] </w:t>
      </w:r>
      <w:r>
        <w:t>nisbat se hon ge ya tarbiyat ki nisbat se. idhar udhar ke sawalat nahi hon ge.</w:t>
      </w:r>
    </w:p>
    <w:p>
      <w:pPr>
        <w:jc w:val="right"/>
      </w:pPr>
      <w:r>
        <w:t>نسبت سے ہوں گے یا تربیت کی نسبت سے۔ ادھر ادھر کے سوالات نہیں ہوں گے۔</w:t>
      </w:r>
    </w:p>
    <w:p>
      <w:r>
        <w:rPr>
          <w:b/>
        </w:rPr>
        <w:t xml:space="preserve">[01:18] </w:t>
      </w:r>
      <w:r>
        <w:t>to main samajhta hoon keh</w:t>
      </w:r>
    </w:p>
    <w:p>
      <w:pPr>
        <w:jc w:val="right"/>
      </w:pPr>
      <w:r>
        <w:t>تو میں سمجھتا ہوں کہ</w:t>
      </w:r>
    </w:p>
    <w:p>
      <w:r>
        <w:rPr>
          <w:b/>
        </w:rPr>
        <w:t xml:space="preserve">[01:23] </w:t>
      </w:r>
      <w:r>
        <w:t>mein is waqt koi taqreer na karoon, balkay hamare jo CPS ke jo afraad hain,</w:t>
      </w:r>
    </w:p>
    <w:p>
      <w:pPr>
        <w:jc w:val="right"/>
      </w:pPr>
      <w:r>
        <w:t>میں اس وقت کوئی تقریر نہ کروں، بلکہ ہمارے جو سی پی ایس کے جو افراد ہیں،</w:t>
      </w:r>
    </w:p>
    <w:p>
      <w:r>
        <w:rPr>
          <w:b/>
        </w:rPr>
        <w:t xml:space="preserve">[01:37] </w:t>
      </w:r>
      <w:r>
        <w:t>un ke sawalat ke oopar koi izhaar-e-khayal karoon.</w:t>
      </w:r>
    </w:p>
    <w:p>
      <w:pPr>
        <w:jc w:val="right"/>
      </w:pPr>
      <w:r>
        <w:t>ان کے سوالات کے اوپر کوئی اظہار خیال کروں۔</w:t>
      </w:r>
    </w:p>
    <w:p>
      <w:r>
        <w:rPr>
          <w:b/>
        </w:rPr>
        <w:t xml:space="preserve">[01:47] </w:t>
      </w:r>
      <w:r>
        <w:t>to aap shuru kijiye.</w:t>
      </w:r>
    </w:p>
    <w:p>
      <w:pPr>
        <w:jc w:val="right"/>
      </w:pPr>
      <w:r>
        <w:t>تو آپ شروع کیجیے۔</w:t>
      </w:r>
    </w:p>
    <w:p>
      <w:r>
        <w:rPr>
          <w:b/>
        </w:rPr>
        <w:t xml:space="preserve">[01:50] </w:t>
      </w:r>
      <w:r>
        <w:t>Maulana, aaj aap ne ek ayat batai hai, mein chahta hoon ke is par kuch roshni dalen aap. Ayat hai Surah At-Tawbah, ayat number 101.</w:t>
      </w:r>
    </w:p>
    <w:p>
      <w:pPr>
        <w:jc w:val="right"/>
      </w:pPr>
      <w:r>
        <w:t>مولانا، آج آپ نے ایک آیت بتائی ہے، میں چاہتا ہوں کہ اس پر کچھ روشنی ڈالیں آپ۔ آیت ہے سورہ التوبہ، آیت نمبر 101۔</w:t>
      </w:r>
    </w:p>
    <w:p>
      <w:r>
        <w:rPr>
          <w:b/>
        </w:rPr>
        <w:t xml:space="preserve">[02:05] </w:t>
      </w:r>
      <w:r>
        <w:t>Was-sabiqunal-awwaluna minal-muhajireena wal-ansari wallazina-ttaba'uhum bi-ihsanin radiyallahu anhum wa radu anh.</w:t>
      </w:r>
    </w:p>
    <w:p>
      <w:pPr>
        <w:jc w:val="right"/>
      </w:pPr>
      <w:r>
        <w:t>وَالسَّابِقُونَ الْأَوَّلُونَ مِنَ الْمُهَاجِرِينَ وَالْأَنْصَارِ وَالَّذِينَ اتَّبَعُوهُمْ بِإِحْسَانٍ رضی اللہ عنہم ورضوا عنہ۔</w:t>
      </w:r>
    </w:p>
    <w:p>
      <w:r>
        <w:rPr>
          <w:b/>
        </w:rPr>
        <w:t xml:space="preserve">[02:15] </w:t>
      </w:r>
      <w:r>
        <w:t>ke Islam ke mamle mein sabqat karne wale pehle log Muhajireen aur Ansar mein se hain, aur jinhone un ki ittaba ki ehsan ke sath, Allah un se razi hua aur wo Allah se razi hue.</w:t>
      </w:r>
    </w:p>
    <w:p>
      <w:pPr>
        <w:jc w:val="right"/>
      </w:pPr>
      <w:r>
        <w:t>کہ اسلام کے معاملے میں سبقت کرنے والے پہلے لوگ مہاجرین اور انصار میں سے ہیں، اور جنہوں نے ان کی اتباع کی احسان کے ساتھ، اللہ ان سے راضی ہوا اور وہ اللہ سے راضی ہوئے۔</w:t>
      </w:r>
    </w:p>
    <w:p>
      <w:r>
        <w:rPr>
          <w:b/>
        </w:rPr>
        <w:t xml:space="preserve">[02:29] </w:t>
      </w:r>
      <w:r>
        <w:t>to yeh ittaba bi-ehsan kya hai? Aaj ke etbaar se hum kaise samjhenge ke yeh ittaba bi-ehsan hai?</w:t>
      </w:r>
    </w:p>
    <w:p>
      <w:pPr>
        <w:jc w:val="right"/>
      </w:pPr>
      <w:r>
        <w:t>تو یہ اتباع بے احسان کیا ہے؟ آج کے اعتبار سے ہم کیسے سمجھیں گے کہ یہ اتباع بے احسان ہے؟</w:t>
      </w:r>
    </w:p>
    <w:p>
      <w:r>
        <w:rPr>
          <w:b/>
        </w:rPr>
        <w:t xml:space="preserve">[02:41] </w:t>
      </w:r>
      <w:r>
        <w:t>Dekhiye, ittaba bil-ehsan koi mushrikat baat nahi hai.</w:t>
      </w:r>
    </w:p>
    <w:p>
      <w:pPr>
        <w:jc w:val="right"/>
      </w:pPr>
      <w:r>
        <w:t>دیکھیے، اتباع بالاحسان کوئی مشرکیت بات نہیں ہے۔</w:t>
      </w:r>
    </w:p>
    <w:p>
      <w:r>
        <w:rPr>
          <w:b/>
        </w:rPr>
        <w:t xml:space="preserve">[02:54] </w:t>
      </w:r>
      <w:r>
        <w:t>Yeh woh log hain jo Rasool Allah ke baad</w:t>
      </w:r>
    </w:p>
    <w:p>
      <w:pPr>
        <w:jc w:val="right"/>
      </w:pPr>
      <w:r>
        <w:t>یہ وہ لوگ ہیں جو رسول اللہ کے بعد</w:t>
      </w:r>
    </w:p>
    <w:p>
      <w:r>
        <w:rPr>
          <w:b/>
        </w:rPr>
        <w:t xml:space="preserve">[03:02] </w:t>
      </w:r>
      <w:r>
        <w:t>idhar udhar nahi chale gaye, balkay Rasool Allah hi ke pat patan par stick kiya unhone.</w:t>
      </w:r>
    </w:p>
    <w:p>
      <w:pPr>
        <w:jc w:val="right"/>
      </w:pPr>
      <w:r>
        <w:t>ادھر ادھر نہیں چلے گئے، بلکہ رسول اللہ ہی کے پٹ پٹن پر اسٹک کیا انہوں نے۔</w:t>
      </w:r>
    </w:p>
    <w:p>
      <w:r>
        <w:rPr>
          <w:b/>
        </w:rPr>
        <w:t xml:space="preserve">[03:12] </w:t>
      </w:r>
      <w:r>
        <w:t>yani ittaba kiya ehsan ke sath, yani theek theek wohi baat jo Rasool Allah ne unhein</w:t>
      </w:r>
    </w:p>
    <w:p>
      <w:pPr>
        <w:jc w:val="right"/>
      </w:pPr>
      <w:r>
        <w:t>یعنی اتباع کیا احسان کے ساتھ، یعنی ٹھیک ٹھیک وہی بات جو رسول اللہ نے انہیں</w:t>
      </w:r>
    </w:p>
    <w:p>
      <w:r>
        <w:rPr>
          <w:b/>
        </w:rPr>
        <w:t xml:space="preserve">[03:22] </w:t>
      </w:r>
      <w:r>
        <w:t>unhein batai thi.</w:t>
      </w:r>
    </w:p>
    <w:p>
      <w:pPr>
        <w:jc w:val="right"/>
      </w:pPr>
      <w:r>
        <w:t>انہیں بتائی تھی۔</w:t>
      </w:r>
    </w:p>
    <w:p>
      <w:r>
        <w:rPr>
          <w:b/>
        </w:rPr>
        <w:t xml:space="preserve">[03:27] </w:t>
      </w:r>
      <w:r>
        <w:t>to baad ke zamane mein</w:t>
      </w:r>
    </w:p>
    <w:p>
      <w:pPr>
        <w:jc w:val="right"/>
      </w:pPr>
      <w:r>
        <w:t>تو بعد کے زمانے میں</w:t>
      </w:r>
    </w:p>
    <w:p>
      <w:r>
        <w:rPr>
          <w:b/>
        </w:rPr>
        <w:t xml:space="preserve">[03:32] </w:t>
      </w:r>
      <w:r>
        <w:t>bohat se halaat pesh aaye.</w:t>
      </w:r>
    </w:p>
    <w:p>
      <w:pPr>
        <w:jc w:val="right"/>
      </w:pPr>
      <w:r>
        <w:t>بہت سے حالات پیش آئے۔</w:t>
      </w:r>
    </w:p>
    <w:p>
      <w:r>
        <w:rPr>
          <w:b/>
        </w:rPr>
        <w:t xml:space="preserve">[03:38] </w:t>
      </w:r>
      <w:r>
        <w:t>to</w:t>
      </w:r>
    </w:p>
    <w:p>
      <w:pPr>
        <w:jc w:val="right"/>
      </w:pPr>
      <w:r>
        <w:t>تو</w:t>
      </w:r>
    </w:p>
    <w:p>
      <w:r>
        <w:rPr>
          <w:b/>
        </w:rPr>
        <w:t xml:space="preserve">[03:41] </w:t>
      </w:r>
      <w:r>
        <w:t>jo tarbiyat unhone paai thi Rasool Allah Sal-lal-lahu alaihi wasallam se, us ko taqaza tha ke woh stick karein Rasool Allah ke patan ko, us se zara bhi na hatein.</w:t>
      </w:r>
    </w:p>
    <w:p>
      <w:pPr>
        <w:jc w:val="right"/>
      </w:pPr>
      <w:r>
        <w:t>جو تربیت انہوں نے پائی تھی رسول اللہ صلی اللہ علیہ وسلم سے، اس کو تقاضا تھا کہ وہ اسٹک کریں رسول اللہ کے پٹن کو، اس سے ذرا بھی نہ ہٹیں۔</w:t>
      </w:r>
    </w:p>
    <w:p>
      <w:r>
        <w:rPr>
          <w:b/>
        </w:rPr>
        <w:t xml:space="preserve">[03:59] </w:t>
      </w:r>
      <w:r>
        <w:t>to aaj jo sawalat</w:t>
      </w:r>
    </w:p>
    <w:p>
      <w:pPr>
        <w:jc w:val="right"/>
      </w:pPr>
      <w:r>
        <w:t>تو آج جو سوالات</w:t>
      </w:r>
    </w:p>
    <w:p>
      <w:r>
        <w:rPr>
          <w:b/>
        </w:rPr>
        <w:t xml:space="preserve">[04:07] </w:t>
      </w:r>
      <w:r>
        <w:t>aap log chahte hain, wazahat wazahat talab, to is is nuqte ko zehan mein rakh kar ke kijiye.</w:t>
      </w:r>
    </w:p>
    <w:p>
      <w:pPr>
        <w:jc w:val="right"/>
      </w:pPr>
      <w:r>
        <w:t>آپ لوگ چاہتے ہیں، وضاحت وضاحت طلب، تو اس اس نقطے کو ذہن میں رکھ کر کے کیجیے۔</w:t>
      </w:r>
    </w:p>
    <w:p>
      <w:r>
        <w:rPr>
          <w:b/>
        </w:rPr>
        <w:t xml:space="preserve">[04:21] </w:t>
      </w:r>
      <w:r>
        <w:t>mein insha Allah Allah ke tawfeeq se koshish karunga un ki wazahat ki.</w:t>
      </w:r>
    </w:p>
    <w:p>
      <w:pPr>
        <w:jc w:val="right"/>
      </w:pPr>
      <w:r>
        <w:t>میں انشاءاللہ اللہ کے توفیق سے کوشش کروں گا ان کی وضاحت کی۔</w:t>
      </w:r>
    </w:p>
    <w:p>
      <w:r>
        <w:rPr>
          <w:b/>
        </w:rPr>
        <w:t xml:space="preserve">[04:29] </w:t>
      </w:r>
      <w:r>
        <w:t>Maulana, Rasool Allah Sal-lal-lahu alaihi wasallam ke bare mein aata hai ke woh ek din mein 70 se zyada martaba tauba karte the. To ab mera sawal yeh hai ke</w:t>
      </w:r>
    </w:p>
    <w:p>
      <w:pPr>
        <w:jc w:val="right"/>
      </w:pPr>
      <w:r>
        <w:t>مولانا، رسول اللہ صلی اللہ علیہ وسلم کے بارے میں آتا ہے کہ وہ ایک دن میں 70 سے زیادہ مرتبہ توبہ کرتے تھے۔ تو اب میرا سوال یہ ہے کہ</w:t>
      </w:r>
    </w:p>
    <w:p>
      <w:r>
        <w:rPr>
          <w:b/>
        </w:rPr>
        <w:t xml:space="preserve">[04:44] </w:t>
      </w:r>
      <w:r>
        <w:t>kya zaban se bolte the, astaghfirullah astaghfirullah ya kuch aur cheez thi?</w:t>
      </w:r>
    </w:p>
    <w:p>
      <w:pPr>
        <w:jc w:val="right"/>
      </w:pPr>
      <w:r>
        <w:t>کیا زبان سے بولتے تھے، استغفراللہ استغفراللہ یا کچھ اور چیز تھی؟</w:t>
      </w:r>
    </w:p>
    <w:p>
      <w:r>
        <w:rPr>
          <w:b/>
        </w:rPr>
        <w:t xml:space="preserve">[04:51] </w:t>
      </w:r>
      <w:r>
        <w:t>Nahi, dil se. Dil se.</w:t>
      </w:r>
    </w:p>
    <w:p>
      <w:pPr>
        <w:jc w:val="right"/>
      </w:pPr>
      <w:r>
        <w:t>نہیں، دل سے۔ دل سے۔</w:t>
      </w:r>
    </w:p>
    <w:p>
      <w:r>
        <w:rPr>
          <w:b/>
        </w:rPr>
        <w:t xml:space="preserve">[05:00] </w:t>
      </w:r>
      <w:r>
        <w:t>Zaban se bolna yeh sabit nahi hai. Kabhi kabhi zaban se bole hain aap, lekin zyada tar dil se.</w:t>
      </w:r>
    </w:p>
    <w:p>
      <w:pPr>
        <w:jc w:val="right"/>
      </w:pPr>
      <w:r>
        <w:t>زبان سے بولنا یہ ثابت نہیں ہے۔ کبھی کبھی زبان سے بولے ہیں آپ، لیکن زیادہ تر دل سے۔</w:t>
      </w:r>
    </w:p>
    <w:p>
      <w:r>
        <w:rPr>
          <w:b/>
        </w:rPr>
        <w:t xml:space="preserve">[05:17] </w:t>
      </w:r>
      <w:r>
        <w:t>Yeh sabit nahi hai ke 70 bar woh Rasool Allah zaban se kehte the. Nahi, woh dil se kehte the.</w:t>
      </w:r>
    </w:p>
    <w:p>
      <w:pPr>
        <w:jc w:val="right"/>
      </w:pPr>
      <w:r>
        <w:t>یہ ثابت نہیں ہے کہ 70 بار وہ رسول اللہ زبان سے کہتے تھے۔ نہیں، وہ دل سے کہتے تھے۔</w:t>
      </w:r>
    </w:p>
    <w:p>
      <w:r>
        <w:rPr>
          <w:b/>
        </w:rPr>
        <w:t xml:space="preserve">[05:28] </w:t>
      </w:r>
      <w:r>
        <w:t>Kabhi zaban se bhi nikal padta tha.</w:t>
      </w:r>
    </w:p>
    <w:p>
      <w:pPr>
        <w:jc w:val="right"/>
      </w:pPr>
      <w:r>
        <w:t>کبھی زبان سے بھی نکل پڑتا تھا۔</w:t>
      </w:r>
    </w:p>
    <w:p>
      <w:r>
        <w:rPr>
          <w:b/>
        </w:rPr>
        <w:t xml:space="preserve">[05:34] </w:t>
      </w:r>
      <w:r>
        <w:t>yeh hai is ka matlab.</w:t>
      </w:r>
    </w:p>
    <w:p>
      <w:pPr>
        <w:jc w:val="right"/>
      </w:pPr>
      <w:r>
        <w:t>یہ ہے اس کا مطلب۔</w:t>
      </w:r>
    </w:p>
    <w:p>
      <w:r>
        <w:rPr>
          <w:b/>
        </w:rPr>
        <w:t xml:space="preserve">[05:41] </w:t>
      </w:r>
      <w:r>
        <w:t>Iqbal Umri sahib likhte hain: "Is daur mein itmam-e-hujjat wali dawat kis ko kehte hain? Sirf asri usloob mein dawat karna kafi hoga ya is ka koi aur tareeqa kar hoga?"</w:t>
      </w:r>
    </w:p>
    <w:p>
      <w:pPr>
        <w:jc w:val="right"/>
      </w:pPr>
      <w:r>
        <w:t>اقبال عمری صاحب لکھتے ہیں: "اس دور میں اتمام حجت والی دعوت کس کو کہتے ہیں؟ صرف عصری اسلوب میں دعوت کرنا کافی ہوگا یا اس کا کوئی اور طریقہ کار ہوگا؟"</w:t>
      </w:r>
    </w:p>
    <w:p>
      <w:r>
        <w:rPr>
          <w:b/>
        </w:rPr>
        <w:t xml:space="preserve">[05:59] </w:t>
      </w:r>
      <w:r>
        <w:t>Dekhiye, asri usloob koi mysterious baat nahi hai.</w:t>
      </w:r>
    </w:p>
    <w:p>
      <w:pPr>
        <w:jc w:val="right"/>
      </w:pPr>
      <w:r>
        <w:t>دیکھیے، عصری اسلوب کوئی مسٹیریس بات نہیں ہے۔</w:t>
      </w:r>
    </w:p>
    <w:p>
      <w:r>
        <w:rPr>
          <w:b/>
        </w:rPr>
        <w:t xml:space="preserve">[06:06] </w:t>
      </w:r>
      <w:r>
        <w:t>Yeh khud Rasool Allah ke usloob ki ka ek extension hai.</w:t>
      </w:r>
    </w:p>
    <w:p>
      <w:pPr>
        <w:jc w:val="right"/>
      </w:pPr>
      <w:r>
        <w:t>یہ خود رسول اللہ کے اسلوب کی کا ایک ایکسٹینشن ہے۔</w:t>
      </w:r>
    </w:p>
    <w:p>
      <w:r>
        <w:rPr>
          <w:b/>
        </w:rPr>
        <w:t xml:space="preserve">[06:17] </w:t>
      </w:r>
      <w:r>
        <w:t>Is ka matlab yeh hai ke baad ke zamane mein log bohat hi ziyada</w:t>
      </w:r>
    </w:p>
    <w:p>
      <w:pPr>
        <w:jc w:val="right"/>
      </w:pPr>
      <w:r>
        <w:t>اس کا مطلب یہ ہے کہ بعد کے زمانے میں لوگ بہت ہی زیادہ</w:t>
      </w:r>
    </w:p>
    <w:p>
      <w:r>
        <w:rPr>
          <w:b/>
        </w:rPr>
        <w:t xml:space="preserve">[06:26] </w:t>
      </w:r>
      <w:r>
        <w:t>samjhein ke Rasool Allah ka usloob tha kya aur us par stick karein. To yeh usloob zahir hai ke apne</w:t>
      </w:r>
    </w:p>
    <w:p>
      <w:pPr>
        <w:jc w:val="right"/>
      </w:pPr>
      <w:r>
        <w:t>سمجھیں کہ رسول اللہ کا اسلوب تھا کیا اور اس پر اسٹک کریں۔ تو یہ اسلوب ظاہر ہے کہ اپنے</w:t>
      </w:r>
    </w:p>
    <w:p>
      <w:r>
        <w:rPr>
          <w:b/>
        </w:rPr>
        <w:t xml:space="preserve">[06:41] </w:t>
      </w:r>
      <w:r>
        <w:t>form ke lehaz se nahi hoga, balkeh apni speed ke lehaz se hoga.</w:t>
      </w:r>
    </w:p>
    <w:p>
      <w:pPr>
        <w:jc w:val="right"/>
      </w:pPr>
      <w:r>
        <w:t>فارم کے لحاظ سے نہیں ہوگا، بلکہ اپنی اسپیڈ کے لحاظ سے ہوگا۔</w:t>
      </w:r>
    </w:p>
    <w:p>
      <w:r>
        <w:rPr>
          <w:b/>
        </w:rPr>
        <w:t xml:space="preserve">[06:48] </w:t>
      </w:r>
      <w:r>
        <w:t>Main samajhta hoon is mein number ek, number one yeh hai ke baad ke zamane mein jo</w:t>
      </w:r>
    </w:p>
    <w:p>
      <w:pPr>
        <w:jc w:val="right"/>
      </w:pPr>
      <w:r>
        <w:t>میں سمجھتا ہوں اس میں نمبر ایک، نمبر ون یہ ہے کہ بعد کے زمانے میں جو</w:t>
      </w:r>
    </w:p>
    <w:p>
      <w:r>
        <w:rPr>
          <w:b/>
        </w:rPr>
        <w:t xml:space="preserve">[06:58] </w:t>
      </w:r>
      <w:r>
        <w:t>jo log mukhatib banenge, to woh fitri taur par baad ke halaat ke baad paidawar honge.</w:t>
      </w:r>
    </w:p>
    <w:p>
      <w:pPr>
        <w:jc w:val="right"/>
      </w:pPr>
      <w:r>
        <w:t>جو لوگ مخاطب بنیں گے، تو وہ فطری طور پر بعد کے حالات کے بعد پیداوار ہوں گے۔</w:t>
      </w:r>
    </w:p>
    <w:p>
      <w:r>
        <w:rPr>
          <w:b/>
        </w:rPr>
        <w:t xml:space="preserve">[07:13] </w:t>
      </w:r>
      <w:r>
        <w:t>Fitri taur par.</w:t>
      </w:r>
    </w:p>
    <w:p>
      <w:pPr>
        <w:jc w:val="right"/>
      </w:pPr>
      <w:r>
        <w:t>فطری طور پر۔</w:t>
      </w:r>
    </w:p>
    <w:p>
      <w:r>
        <w:rPr>
          <w:b/>
        </w:rPr>
        <w:t xml:space="preserve">[07:16] </w:t>
      </w:r>
      <w:r>
        <w:t>To baad walon ka kaam yeh hai ke halaat ki paidawar se jo zehn banta hai, us ko follow na karein,</w:t>
      </w:r>
    </w:p>
    <w:p>
      <w:pPr>
        <w:jc w:val="right"/>
      </w:pPr>
      <w:r>
        <w:t>تو بعد والوں کا کام یہ ہے کہ حالات کی پیداوار سے جو ذہن بنتا ہے، اس کو فالو نہ کریں،</w:t>
      </w:r>
    </w:p>
    <w:p>
      <w:r>
        <w:rPr>
          <w:b/>
        </w:rPr>
        <w:t xml:space="preserve">[07:30] </w:t>
      </w:r>
      <w:r>
        <w:t>balkeh har har naye halaat mein</w:t>
      </w:r>
    </w:p>
    <w:p>
      <w:pPr>
        <w:jc w:val="right"/>
      </w:pPr>
      <w:r>
        <w:t>بلکہ ہر ہر نئے حالات میں</w:t>
      </w:r>
    </w:p>
    <w:p>
      <w:r>
        <w:rPr>
          <w:b/>
        </w:rPr>
        <w:t xml:space="preserve">[07:34] </w:t>
      </w:r>
      <w:r>
        <w:t>woh Rasool Allah ke tareeqe ko</w:t>
      </w:r>
    </w:p>
    <w:p>
      <w:pPr>
        <w:jc w:val="right"/>
      </w:pPr>
      <w:r>
        <w:t>وہ رسول اللہ کے طریقے کو</w:t>
      </w:r>
    </w:p>
    <w:p>
      <w:r>
        <w:rPr>
          <w:b/>
        </w:rPr>
        <w:t xml:space="preserve">[07:39] </w:t>
      </w:r>
      <w:r>
        <w:t>apply karein. Pattern to wohi hoga,</w:t>
      </w:r>
    </w:p>
    <w:p>
      <w:pPr>
        <w:jc w:val="right"/>
      </w:pPr>
      <w:r>
        <w:t>اپلائی کریں۔ پٹن تو وہی ہوگا،</w:t>
      </w:r>
    </w:p>
    <w:p>
      <w:r>
        <w:rPr>
          <w:b/>
        </w:rPr>
        <w:t xml:space="preserve">[07:46] </w:t>
      </w:r>
      <w:r>
        <w:t>lekin woh applied way mein hoga. Baat wohi hogi jo Rasool Allah ki baat thi, lekin zamane ke</w:t>
      </w:r>
    </w:p>
    <w:p>
      <w:pPr>
        <w:jc w:val="right"/>
      </w:pPr>
      <w:r>
        <w:t>لیکن وہ اپلائیڈ وے میں ہوگا۔ بات وہی ہوگی جو رسول اللہ کی بات تھی، لیکن زمانے کے</w:t>
      </w:r>
    </w:p>
    <w:p>
      <w:r>
        <w:rPr>
          <w:b/>
        </w:rPr>
        <w:t xml:space="preserve">[07:59] </w:t>
      </w:r>
      <w:r>
        <w:t>pattern aur zamane ke taqaze aur zamane ki zaban, zaban is ka ilaaj kiya jaye.</w:t>
      </w:r>
    </w:p>
    <w:p>
      <w:pPr>
        <w:jc w:val="right"/>
      </w:pPr>
      <w:r>
        <w:t>پیٹرن اور زمانے کے تقاضے اور زمانے کی زبان، زبان اس کا علاج کیا جائے۔</w:t>
      </w:r>
    </w:p>
    <w:p>
      <w:r>
        <w:rPr>
          <w:b/>
        </w:rPr>
        <w:t xml:space="preserve">[08:20] </w:t>
      </w:r>
      <w:r>
        <w:t>Ah, Doctor Rajat Malhotra Delhi se sawal kar rahe hain: "Sahaba wali spirit paida karne ke liye kya pakadna chahiye aur kya chhodna chahiye?</w:t>
      </w:r>
    </w:p>
    <w:p>
      <w:pPr>
        <w:jc w:val="right"/>
      </w:pPr>
      <w:r>
        <w:t>اہ، ڈاکٹر رجت ملحوترہ دلی سے سوال کر رہے ہیں: "صحابہ والی اسپیریٹ پیدا کرنے کے لیے کیا پکڑنا چاہیے اور کیا چھوڑنا چاہیے؟</w:t>
      </w:r>
    </w:p>
    <w:p>
      <w:r>
        <w:rPr>
          <w:b/>
        </w:rPr>
        <w:t xml:space="preserve">[08:32] </w:t>
      </w:r>
      <w:r>
        <w:t>Is ki wazahat karein."</w:t>
      </w:r>
    </w:p>
    <w:p>
      <w:pPr>
        <w:jc w:val="right"/>
      </w:pPr>
      <w:r>
        <w:t>اس کی وضاحت کریں۔"</w:t>
      </w:r>
    </w:p>
    <w:p>
      <w:r>
        <w:rPr>
          <w:b/>
        </w:rPr>
        <w:t xml:space="preserve">[08:37] </w:t>
      </w:r>
      <w:r>
        <w:t>Main samajhta hoon ke number one yeh hai ke</w:t>
      </w:r>
    </w:p>
    <w:p>
      <w:pPr>
        <w:jc w:val="right"/>
      </w:pPr>
      <w:r>
        <w:t>میں سمجھتا ہوں کہ نمبر ون یہ ہے کہ</w:t>
      </w:r>
    </w:p>
    <w:p>
      <w:r>
        <w:rPr>
          <w:b/>
        </w:rPr>
        <w:t xml:space="preserve">[08:44] </w:t>
      </w:r>
      <w:r>
        <w:t>aap logon ke khair khwah banein, apne aap ko reaction se bachayein.</w:t>
      </w:r>
    </w:p>
    <w:p>
      <w:pPr>
        <w:jc w:val="right"/>
      </w:pPr>
      <w:r>
        <w:t>آپ لوگوں کے خیر خواہ بنیں، اپنے آپ کو ری ایکشن سے بچائیں۔</w:t>
      </w:r>
    </w:p>
    <w:p>
      <w:r>
        <w:rPr>
          <w:b/>
        </w:rPr>
        <w:t xml:space="preserve">[08:59] </w:t>
      </w:r>
      <w:r>
        <w:t>Aam taur par yeh hota hai ke log,</w:t>
      </w:r>
    </w:p>
    <w:p>
      <w:pPr>
        <w:jc w:val="right"/>
      </w:pPr>
      <w:r>
        <w:t>عام طور پر یہ ہوتا ہے کہ لوگ،</w:t>
      </w:r>
    </w:p>
    <w:p>
      <w:r>
        <w:rPr>
          <w:b/>
        </w:rPr>
        <w:t xml:space="preserve">[09:06] </w:t>
      </w:r>
      <w:r>
        <w:t>doosre log apne qaumi taqaze ke mutabiq sochte hain, lekin ahle iman ka</w:t>
      </w:r>
    </w:p>
    <w:p>
      <w:pPr>
        <w:jc w:val="right"/>
      </w:pPr>
      <w:r>
        <w:t>دوسرے لوگ اپنے قومی تقاضے کے مطابق سوچتے ہیں، لیکن اہل ایمان کا</w:t>
      </w:r>
    </w:p>
    <w:p>
      <w:r>
        <w:rPr>
          <w:b/>
        </w:rPr>
        <w:t xml:space="preserve">[09:20] </w:t>
      </w:r>
      <w:r>
        <w:t>farz hai ke woh qaumi taqaze ya waqti taqaze se bohat utar na ho. Woh us ko Rasool Allah ke pattern ko hamesha zamane ke taqaze ke aitbar se</w:t>
      </w:r>
    </w:p>
    <w:p>
      <w:pPr>
        <w:jc w:val="right"/>
      </w:pPr>
      <w:r>
        <w:t>فرض ہے کہ وہ قومی تقاضے یا وقتی تقاضے سے بہت اتر نہ ہوں۔ وہ اسے رسول اللہ کے پیٹرن کو ہمیشہ زمانے کے تقاضے کے اعتبار سے</w:t>
      </w:r>
    </w:p>
    <w:p>
      <w:r>
        <w:rPr>
          <w:b/>
        </w:rPr>
        <w:t xml:space="preserve">[09:36] </w:t>
      </w:r>
      <w:r>
        <w:t>dohrate rahein.</w:t>
      </w:r>
    </w:p>
    <w:p>
      <w:pPr>
        <w:jc w:val="right"/>
      </w:pPr>
      <w:r>
        <w:t>دہراتے رہیں۔</w:t>
      </w:r>
    </w:p>
    <w:p>
      <w:r>
        <w:rPr>
          <w:b/>
        </w:rPr>
        <w:t xml:space="preserve">[09:44] </w:t>
      </w:r>
      <w:r>
        <w:t>Iqbal Umri sahib ka sawal hai: "Mazka shakhsiyat ki pehchan kya hai?"</w:t>
      </w:r>
    </w:p>
    <w:p>
      <w:pPr>
        <w:jc w:val="right"/>
      </w:pPr>
      <w:r>
        <w:t>اقبال عمری صاحب کا سوال ہے: "مزکہ شخصیت کی پہچان کیا ہے؟"</w:t>
      </w:r>
    </w:p>
    <w:p>
      <w:r>
        <w:rPr>
          <w:b/>
        </w:rPr>
        <w:t xml:space="preserve">[09:53] </w:t>
      </w:r>
      <w:r>
        <w:t>mere khayal se pehli pehchan yahi hai jo abhi mein ne arz kiya ke reaction ke tareeqa ikhtiyar na karna.</w:t>
      </w:r>
    </w:p>
    <w:p>
      <w:pPr>
        <w:jc w:val="right"/>
      </w:pPr>
      <w:r>
        <w:t>میرے خیال سے پہلی پہچان یہی ہے جو ابھی میں نے عرض کیا کہ ری ایکشن کے طریقہ اختیار نہ کرنا۔</w:t>
      </w:r>
    </w:p>
    <w:p>
      <w:r>
        <w:rPr>
          <w:b/>
        </w:rPr>
        <w:t xml:space="preserve">[10:06] </w:t>
      </w:r>
      <w:r>
        <w:t>waqti taqaze ke tehat reaction se bachte hue is par qaim rehna jo rasool Allah ka</w:t>
      </w:r>
    </w:p>
    <w:p>
      <w:pPr>
        <w:jc w:val="right"/>
      </w:pPr>
      <w:r>
        <w:t>وقتی تقاضے کے تحت ری ایکشن سے بچتے ہوئے اس پر قائم رہنا جو رسول اللہ کا</w:t>
      </w:r>
    </w:p>
    <w:p>
      <w:r>
        <w:rPr>
          <w:b/>
        </w:rPr>
        <w:t xml:space="preserve">[10:19] </w:t>
      </w:r>
      <w:r>
        <w:t>andaz tha. zyada tar jo</w:t>
      </w:r>
    </w:p>
    <w:p>
      <w:pPr>
        <w:jc w:val="right"/>
      </w:pPr>
      <w:r>
        <w:t>انداز تھا۔ زیادہ تر جو</w:t>
      </w:r>
    </w:p>
    <w:p>
      <w:r>
        <w:rPr>
          <w:b/>
        </w:rPr>
        <w:t xml:space="preserve">[10:28] </w:t>
      </w:r>
      <w:r>
        <w:t>ghalti hoti hai, woh reaction ki bina par hoti hai.</w:t>
      </w:r>
    </w:p>
    <w:p>
      <w:pPr>
        <w:jc w:val="right"/>
      </w:pPr>
      <w:r>
        <w:t>غلطی ہوتی ہے، وہ ری ایکشن کی بنا پر ہوتی ہے۔</w:t>
      </w:r>
    </w:p>
    <w:p>
      <w:r>
        <w:rPr>
          <w:b/>
        </w:rPr>
        <w:t xml:space="preserve">[10:35] </w:t>
      </w:r>
      <w:r>
        <w:t>log</w:t>
      </w:r>
    </w:p>
    <w:p>
      <w:pPr>
        <w:jc w:val="right"/>
      </w:pPr>
      <w:r>
        <w:t>لوگ</w:t>
      </w:r>
    </w:p>
    <w:p>
      <w:r>
        <w:rPr>
          <w:b/>
        </w:rPr>
        <w:t xml:space="preserve">[10:42] </w:t>
      </w:r>
      <w:r>
        <w:t>react karte hain logon ki taraf se jo</w:t>
      </w:r>
    </w:p>
    <w:p>
      <w:pPr>
        <w:jc w:val="right"/>
      </w:pPr>
      <w:r>
        <w:t>ری ایکٹ کرتے ہیں لوگوں کی طرف سے جو</w:t>
      </w:r>
    </w:p>
    <w:p>
      <w:r>
        <w:rPr>
          <w:b/>
        </w:rPr>
        <w:t xml:space="preserve">[10:55] </w:t>
      </w:r>
      <w:r>
        <w:t>kya jata hai,</w:t>
      </w:r>
    </w:p>
    <w:p>
      <w:pPr>
        <w:jc w:val="right"/>
      </w:pPr>
      <w:r>
        <w:t>کیا جاتا ہے،</w:t>
      </w:r>
    </w:p>
    <w:p>
      <w:r>
        <w:rPr>
          <w:b/>
        </w:rPr>
        <w:t xml:space="preserve">[10:59] </w:t>
      </w:r>
      <w:r>
        <w:t>to is ko le kar ke react karne lagte hain. aap kisi bhi haal mein reaction ka tareeqa ikhtiyar na karen.</w:t>
      </w:r>
    </w:p>
    <w:p>
      <w:pPr>
        <w:jc w:val="right"/>
      </w:pPr>
      <w:r>
        <w:t>تو اس کو لے کر کے ری ایکٹ کرنے لگتے ہیں۔ آپ کسی بھی حال میں ری ایکشن کا طریقہ اختیار نہ کریں۔</w:t>
      </w:r>
    </w:p>
    <w:p>
      <w:r>
        <w:rPr>
          <w:b/>
        </w:rPr>
        <w:t xml:space="preserve">[11:13] </w:t>
      </w:r>
      <w:r>
        <w:t>reaction se musalsal,</w:t>
      </w:r>
    </w:p>
    <w:p>
      <w:pPr>
        <w:jc w:val="right"/>
      </w:pPr>
      <w:r>
        <w:t>ری ایکشن سے مسلسل،</w:t>
      </w:r>
    </w:p>
    <w:p>
      <w:r>
        <w:rPr>
          <w:b/>
        </w:rPr>
        <w:t xml:space="preserve">[11:19] </w:t>
      </w:r>
      <w:r>
        <w:t>jaise misaal ke tor par</w:t>
      </w:r>
    </w:p>
    <w:p>
      <w:pPr>
        <w:jc w:val="right"/>
      </w:pPr>
      <w:r>
        <w:t>جیسے مثال کے طور پر</w:t>
      </w:r>
    </w:p>
    <w:p>
      <w:r>
        <w:rPr>
          <w:b/>
        </w:rPr>
        <w:t xml:space="preserve">[11:23] </w:t>
      </w:r>
      <w:r>
        <w:t>rasool Allah ke zamanay mein Hudaybiyah ka waqea pesh aya, to wahan par aap jante hain ke</w:t>
      </w:r>
    </w:p>
    <w:p>
      <w:pPr>
        <w:jc w:val="right"/>
      </w:pPr>
      <w:r>
        <w:t>رسول اللہ کے زمانے میں حدیبیہ کا واقعہ پیش آیا، تو وہاں پر آپ جانتے ہیں کہ</w:t>
      </w:r>
    </w:p>
    <w:p>
      <w:r>
        <w:rPr>
          <w:b/>
        </w:rPr>
        <w:t xml:space="preserve">[11:36] </w:t>
      </w:r>
      <w:r>
        <w:t>doosre fareeq ne bohat zyada,</w:t>
      </w:r>
    </w:p>
    <w:p>
      <w:pPr>
        <w:jc w:val="right"/>
      </w:pPr>
      <w:r>
        <w:t>دوسرے فریق نے بہت زیادہ،</w:t>
      </w:r>
    </w:p>
    <w:p>
      <w:r>
        <w:rPr>
          <w:b/>
        </w:rPr>
        <w:t xml:space="preserve">[11:48] </w:t>
      </w:r>
      <w:r>
        <w:t>bohat zyada</w:t>
      </w:r>
    </w:p>
    <w:p>
      <w:pPr>
        <w:jc w:val="right"/>
      </w:pPr>
      <w:r>
        <w:t>بہت زیادہ</w:t>
      </w:r>
    </w:p>
    <w:p>
      <w:r>
        <w:rPr>
          <w:b/>
        </w:rPr>
        <w:t xml:space="preserve">[11:57] </w:t>
      </w:r>
      <w:r>
        <w:t>zid ka tareeqa ikhtiyar kiya. zid ka.</w:t>
      </w:r>
    </w:p>
    <w:p>
      <w:pPr>
        <w:jc w:val="right"/>
      </w:pPr>
      <w:r>
        <w:t>ضد کا طریقہ اختیار کیا۔ ضد کا۔</w:t>
      </w:r>
    </w:p>
    <w:p>
      <w:r>
        <w:rPr>
          <w:b/>
        </w:rPr>
        <w:t xml:space="preserve">[12:06] </w:t>
      </w:r>
      <w:r>
        <w:t>to rasool Allah ne un ki zid par react nahi kiya, un ki zid ko mante hue aur apne</w:t>
      </w:r>
    </w:p>
    <w:p>
      <w:pPr>
        <w:jc w:val="right"/>
      </w:pPr>
      <w:r>
        <w:t>تو رسول اللہ نے ان کی ضد پر ری ایکٹ نہیں کیا، ان کی ضد کو مانتے ہوئے اور اپنے</w:t>
      </w:r>
    </w:p>
    <w:p>
      <w:r>
        <w:rPr>
          <w:b/>
        </w:rPr>
        <w:t xml:space="preserve">[12:17] </w:t>
      </w:r>
      <w:r>
        <w:t>musalsal andaz par qaim rahe.</w:t>
      </w:r>
    </w:p>
    <w:p>
      <w:pPr>
        <w:jc w:val="right"/>
      </w:pPr>
      <w:r>
        <w:t>مسلسل انداز پر قائم رہے۔</w:t>
      </w:r>
    </w:p>
    <w:p>
      <w:r>
        <w:rPr>
          <w:b/>
        </w:rPr>
        <w:t xml:space="preserve">[12:23] </w:t>
      </w:r>
      <w:r>
        <w:t>mein samajhta hoon ke yahi hai asal baat.</w:t>
      </w:r>
    </w:p>
    <w:p>
      <w:pPr>
        <w:jc w:val="right"/>
      </w:pPr>
      <w:r>
        <w:t>میں سمجھتا ہوں کہ یہی ہے اصل بات۔</w:t>
      </w:r>
    </w:p>
    <w:p>
      <w:r>
        <w:rPr>
          <w:b/>
        </w:rPr>
        <w:t xml:space="preserve">[12:32] </w:t>
      </w:r>
      <w:r>
        <w:t>doctor Naghma Siddiqui ka sawal hai: "doosron se asar na lena aur as it is Islam pesh karna, matlab kya hai is ka?"</w:t>
      </w:r>
    </w:p>
    <w:p>
      <w:pPr>
        <w:jc w:val="right"/>
      </w:pPr>
      <w:r>
        <w:t>ڈاکٹر نغمہ صدیقی کا سوال ہے: "دوسروں سے اثر نہ لینا اور ایز اٹ از اسلام پیش کرنا، مطلب کیا ہے اس کا؟"</w:t>
      </w:r>
    </w:p>
    <w:p>
      <w:r>
        <w:rPr>
          <w:b/>
        </w:rPr>
        <w:t xml:space="preserve">[12:49] </w:t>
      </w:r>
      <w:r>
        <w:t>matlab yeh hai ke</w:t>
      </w:r>
    </w:p>
    <w:p>
      <w:pPr>
        <w:jc w:val="right"/>
      </w:pPr>
      <w:r>
        <w:t>مطلب یہ ہے کہ</w:t>
      </w:r>
    </w:p>
    <w:p>
      <w:r>
        <w:rPr>
          <w:b/>
        </w:rPr>
        <w:t xml:space="preserve">[12:56] </w:t>
      </w:r>
      <w:r>
        <w:t>misalan rasool Allah aur aap ke ashaab ja rahe thay Madinah se Makkah, to unhon ne israr kiya ke hum aap ko Makkah nahi jane den ge.</w:t>
      </w:r>
    </w:p>
    <w:p>
      <w:pPr>
        <w:jc w:val="right"/>
      </w:pPr>
      <w:r>
        <w:t>مثلاً رسول اللہ اور آپ کے اصحاب جا رہے تھے مدینہ سے مکہ، تو انہوں نے اصرار کیا کہ ہم آپ کو مکہ نہیں جانے دیں گے۔</w:t>
      </w:r>
    </w:p>
    <w:p>
      <w:r>
        <w:rPr>
          <w:b/>
        </w:rPr>
        <w:t xml:space="preserve">[13:14] </w:t>
      </w:r>
      <w:r>
        <w:t>aap is saal wapas aaiye, phir baat ko dekhen ge. to rasool Allah ne kaha yeh nahi kaha ke</w:t>
      </w:r>
    </w:p>
    <w:p>
      <w:pPr>
        <w:jc w:val="right"/>
      </w:pPr>
      <w:r>
        <w:t>آپ اس سال واپس آئیے، پھر بات کو دیکھیں گے۔ تو رسول اللہ نے کہا یہ نہیں کہا کہ</w:t>
      </w:r>
    </w:p>
    <w:p>
      <w:r>
        <w:rPr>
          <w:b/>
        </w:rPr>
        <w:t xml:space="preserve">[13:25] </w:t>
      </w:r>
      <w:r>
        <w:t>hum ja rahe hain Umrah karne ke liye, aur Umrah ka rasta to khula hua hai, is mein to koi pabandi nahi hai. balkeh jo unhon ne kaha, us ko maan liya.</w:t>
      </w:r>
    </w:p>
    <w:p>
      <w:pPr>
        <w:jc w:val="right"/>
      </w:pPr>
      <w:r>
        <w:t>ہم جا رہے ہیں عمرہ کرنے کے لیے، اور عمرہ کا راستہ تو کھلا ہوا ہے، اس میں تو کوئی پابندی نہیں ہے۔ بلکہ جو انہوں نے کہا، اس کو مان لیا۔</w:t>
      </w:r>
    </w:p>
    <w:p>
      <w:r>
        <w:rPr>
          <w:b/>
        </w:rPr>
        <w:t xml:space="preserve">[13:41] </w:t>
      </w:r>
      <w:r>
        <w:t>mein samajhta hoon ke aaj kal ki zuban mein kaha jaye ga ke naye halaat ke mutabiq re-planning. re-planning.</w:t>
      </w:r>
    </w:p>
    <w:p>
      <w:pPr>
        <w:jc w:val="right"/>
      </w:pPr>
      <w:r>
        <w:t>میں سمجھتا ہوں کہ آج کل کی زبان میں کہا جائے گا کہ نئے حالات کے مطابق ری پلاننگ۔ ری پلاننگ۔</w:t>
      </w:r>
    </w:p>
    <w:p>
      <w:r>
        <w:rPr>
          <w:b/>
        </w:rPr>
        <w:t xml:space="preserve">[13:53] </w:t>
      </w:r>
      <w:r>
        <w:t>jab bhi halaat badle to aap ne foran</w:t>
      </w:r>
    </w:p>
    <w:p>
      <w:pPr>
        <w:jc w:val="right"/>
      </w:pPr>
      <w:r>
        <w:t>جب بھی حالات بدلے تو آپ نے فوراً</w:t>
      </w:r>
    </w:p>
    <w:p>
      <w:r>
        <w:rPr>
          <w:b/>
        </w:rPr>
        <w:t xml:space="preserve">[13:57] </w:t>
      </w:r>
      <w:r>
        <w:t>re-planning ki. saabiqa</w:t>
      </w:r>
    </w:p>
    <w:p>
      <w:pPr>
        <w:jc w:val="right"/>
      </w:pPr>
      <w:r>
        <w:t>ری پلاننگ کی۔ سابقہ</w:t>
      </w:r>
    </w:p>
    <w:p>
      <w:r>
        <w:rPr>
          <w:b/>
        </w:rPr>
        <w:t xml:space="preserve">[14:04] </w:t>
      </w:r>
      <w:r>
        <w:t>planning par ab israr nahi kiya aap ne.</w:t>
      </w:r>
    </w:p>
    <w:p>
      <w:pPr>
        <w:jc w:val="right"/>
      </w:pPr>
      <w:r>
        <w:t>پلاننگ پر اب اصرار نہیں کیا آپ نے۔</w:t>
      </w:r>
    </w:p>
    <w:p>
      <w:r>
        <w:rPr>
          <w:b/>
        </w:rPr>
        <w:t xml:space="preserve">[14:14] </w:t>
      </w:r>
      <w:r>
        <w:t>to aap ko hamesha tayyar rehna chahiye re-planning par. yeh nahi ke aap kahein ke yeh yeh to haq ka muamla hai, hum kyun hatein is se?</w:t>
      </w:r>
    </w:p>
    <w:p>
      <w:pPr>
        <w:jc w:val="right"/>
      </w:pPr>
      <w:r>
        <w:t>تو آپ کو ہمیشہ تیار رہنا چاہیے ری پلاننگ پر۔ یہ نہیں کہ آپ کہیں کہ یہ یہ تو حق کا معاملہ ہے، ہم کیوں ہٹیں اس سے؟</w:t>
      </w:r>
    </w:p>
    <w:p>
      <w:r>
        <w:rPr>
          <w:b/>
        </w:rPr>
        <w:t xml:space="preserve">[14:28] </w:t>
      </w:r>
      <w:r>
        <w:t>chahe chahe larai ho jaye, tab bhi</w:t>
      </w:r>
    </w:p>
    <w:p>
      <w:pPr>
        <w:jc w:val="right"/>
      </w:pPr>
      <w:r>
        <w:t>چاہے چاہے لڑائی ہو جائے، تب بھی</w:t>
      </w:r>
    </w:p>
    <w:p>
      <w:r>
        <w:rPr>
          <w:b/>
        </w:rPr>
        <w:t xml:space="preserve">[14:32] </w:t>
      </w:r>
      <w:r>
        <w:t>nahi ladeinge, nahi hateinge. yeh tareeqa nahi hai.</w:t>
      </w:r>
    </w:p>
    <w:p>
      <w:pPr>
        <w:jc w:val="right"/>
      </w:pPr>
      <w:r>
        <w:t>نہیں لڑیں گے، نہیں ہٹیں گے۔ یہ طریقہ نہیں ہے۔</w:t>
      </w:r>
    </w:p>
    <w:p>
      <w:r>
        <w:rPr>
          <w:b/>
        </w:rPr>
        <w:t xml:space="preserve">[14:45] </w:t>
      </w:r>
      <w:r>
        <w:t>Maulana Fayyazuddin Umri sahib Gulbarga se sawal karte hain: "Ikhwan-ul-Muslimeen yaani Muslim Brotherhood aur Ikhwan-ur-Rasool ki soch mein buniyadi farq kya hai?"</w:t>
      </w:r>
    </w:p>
    <w:p>
      <w:pPr>
        <w:jc w:val="right"/>
      </w:pPr>
      <w:r>
        <w:t>مولانا فیاض الدین عمری صاحب گلبرگہ سے سوال کرتے ہیں: "اخوان المسلمین یعنی مسلم برادرہڈ اور اخوان الرسول کی سوچ میں بنیادی فرق کیا ہے؟"</w:t>
      </w:r>
    </w:p>
    <w:p>
      <w:r>
        <w:rPr>
          <w:b/>
        </w:rPr>
        <w:t xml:space="preserve">[14:59] </w:t>
      </w:r>
      <w:r>
        <w:t>mein samajhta hoon ke buniyadi farq yeh hai ke</w:t>
      </w:r>
    </w:p>
    <w:p>
      <w:pPr>
        <w:jc w:val="right"/>
      </w:pPr>
      <w:r>
        <w:t>میں سمجھتا ہوں کہ بنیادی فرق یہ ہے کہ</w:t>
      </w:r>
    </w:p>
    <w:p>
      <w:r>
        <w:rPr>
          <w:b/>
        </w:rPr>
        <w:t xml:space="preserve">[15:09] </w:t>
      </w:r>
      <w:r>
        <w:t>Ikhwan-ul-Muslimeen ka tareeqa shayad taza tareeqa tha.</w:t>
      </w:r>
    </w:p>
    <w:p>
      <w:pPr>
        <w:jc w:val="right"/>
      </w:pPr>
      <w:r>
        <w:t>اخوان المسلمین کا طریقہ شاید تازہ طریقہ تھا۔</w:t>
      </w:r>
    </w:p>
    <w:p>
      <w:r>
        <w:rPr>
          <w:b/>
        </w:rPr>
        <w:t xml:space="preserve">[15:18] </w:t>
      </w:r>
      <w:r>
        <w:t>yaani</w:t>
      </w:r>
    </w:p>
    <w:p>
      <w:pPr>
        <w:jc w:val="right"/>
      </w:pPr>
      <w:r>
        <w:t>یعنی</w:t>
      </w:r>
    </w:p>
    <w:p>
      <w:r>
        <w:rPr>
          <w:b/>
        </w:rPr>
        <w:t xml:space="preserve">[15:27] </w:t>
      </w:r>
      <w:r>
        <w:t>yaani</w:t>
      </w:r>
    </w:p>
    <w:p>
      <w:pPr>
        <w:jc w:val="right"/>
      </w:pPr>
      <w:r>
        <w:t>یعنی</w:t>
      </w:r>
    </w:p>
    <w:p>
      <w:r>
        <w:rPr>
          <w:b/>
        </w:rPr>
        <w:t xml:space="preserve">[15:31] </w:t>
      </w:r>
      <w:r>
        <w:t>fauji leaderon se iqtadar chheenna,</w:t>
      </w:r>
    </w:p>
    <w:p>
      <w:pPr>
        <w:jc w:val="right"/>
      </w:pPr>
      <w:r>
        <w:t>فوجی لیڈروں سے اقتدار چھیننا،</w:t>
      </w:r>
    </w:p>
    <w:p>
      <w:r>
        <w:rPr>
          <w:b/>
        </w:rPr>
        <w:t xml:space="preserve">[15:39] </w:t>
      </w:r>
      <w:r>
        <w:t>yeh Rasool Allah ka tareeqa nahi tha.</w:t>
      </w:r>
    </w:p>
    <w:p>
      <w:pPr>
        <w:jc w:val="right"/>
      </w:pPr>
      <w:r>
        <w:t>یہ رسول اللہ کا طریقہ نہیں تھا۔</w:t>
      </w:r>
    </w:p>
    <w:p>
      <w:r>
        <w:rPr>
          <w:b/>
        </w:rPr>
        <w:t xml:space="preserve">[15:45] </w:t>
      </w:r>
      <w:r>
        <w:t>naam hai mushabihat hai Ikhwan-ur-Rasool aur Ikhwan-ul-Muslimeen, lekin yahan bilkul 97 banao ka farq hai.</w:t>
      </w:r>
    </w:p>
    <w:p>
      <w:pPr>
        <w:jc w:val="right"/>
      </w:pPr>
      <w:r>
        <w:t>نام ہے مشابہت ہے اخوان رسول اور اخوان مسلمین، لیکن یہاں بالکل 97 بناؤ کا فرق ہے۔</w:t>
      </w:r>
    </w:p>
    <w:p>
      <w:r>
        <w:rPr>
          <w:b/>
        </w:rPr>
        <w:t xml:space="preserve">[16:02] </w:t>
      </w:r>
      <w:r>
        <w:t>yaani Rasool Allah ka tareeqa mukammal taur par ghair saabi tha, aur Ikhwanon ka tareeqa is ke muqable mein is siyasat hai.</w:t>
      </w:r>
    </w:p>
    <w:p>
      <w:pPr>
        <w:jc w:val="right"/>
      </w:pPr>
      <w:r>
        <w:t>یعنی رسول اللہ کا طریقہ مکمل طور پر غیر ثابت تھا، اور اخوانوں کا طریقہ اس کے مقابلے میں اس سیاست ہے۔</w:t>
      </w:r>
    </w:p>
    <w:p>
      <w:r>
        <w:rPr>
          <w:b/>
        </w:rPr>
        <w:t xml:space="preserve">[16:15] </w:t>
      </w:r>
      <w:r>
        <w:t>Maulana, yeh sirf method ka farq hai ya ideology ka bhi farq hai? Yahi to ideology hai ke ke hum Islam ki hukumat qaim kareinge.</w:t>
      </w:r>
    </w:p>
    <w:p>
      <w:pPr>
        <w:jc w:val="right"/>
      </w:pPr>
      <w:r>
        <w:t>مولانا، یہ صرف میتھڈ کا فرق ہے یا آئیڈیالوجی کا بھی فرق ہے؟ یہی تو آئیڈیالوجی ہے کہ کہ ہم اسلام کی حکومت قائم کریں گے۔</w:t>
      </w:r>
    </w:p>
    <w:p>
      <w:r>
        <w:rPr>
          <w:b/>
        </w:rPr>
        <w:t xml:space="preserve">[16:28] </w:t>
      </w:r>
      <w:r>
        <w:t>to yeh ideology to kabhi Rasool Allah ne ikhtiyar nahi ki.</w:t>
      </w:r>
    </w:p>
    <w:p>
      <w:pPr>
        <w:jc w:val="right"/>
      </w:pPr>
      <w:r>
        <w:t>تو یہ آئیڈیالوجی تو کبھی رسول اللہ نے اختیار نہیں کی۔</w:t>
      </w:r>
    </w:p>
    <w:p>
      <w:r>
        <w:rPr>
          <w:b/>
        </w:rPr>
        <w:t xml:space="preserve">[16:37] </w:t>
      </w:r>
      <w:r>
        <w:t>Rasool Allah ne kabhi bhi is ko issue nahi banaya ke mujhe Islam ki hukumat qaim karna hai. Yeh lafzi nahi, kabhi istemal kiya aap ne.</w:t>
      </w:r>
    </w:p>
    <w:p>
      <w:pPr>
        <w:jc w:val="right"/>
      </w:pPr>
      <w:r>
        <w:t>رسول اللہ نے کبھی بھی اس کو ایشو نہیں بنایا کہ مجھے اسلام کی حکومت قائم کرنا ہے۔ یہ لفظی نہیں، کبھی استعمال کیا آپ نے۔</w:t>
      </w:r>
    </w:p>
    <w:p>
      <w:r>
        <w:rPr>
          <w:b/>
        </w:rPr>
        <w:t xml:space="preserve">[16:54] </w:t>
      </w:r>
      <w:r>
        <w:t>hata ke dekhiye, jo fauji qiyadat thi us waqt, us ne kaha ke aap taleem ka nizam apne hath mein le lijiye,</w:t>
      </w:r>
    </w:p>
    <w:p>
      <w:pPr>
        <w:jc w:val="right"/>
      </w:pPr>
      <w:r>
        <w:t>حتی کہ دیکھیے، جو فوجی قیادت تھی اس وقت، اس نے کہا کہ آپ تعلیم کا نظام اپنے ہاتھ میں لے لیجئے،</w:t>
      </w:r>
    </w:p>
    <w:p>
      <w:r>
        <w:rPr>
          <w:b/>
        </w:rPr>
        <w:t xml:space="preserve">[17:10] </w:t>
      </w:r>
      <w:r>
        <w:t>ba-ikhtiyar taur par.</w:t>
      </w:r>
    </w:p>
    <w:p>
      <w:pPr>
        <w:jc w:val="right"/>
      </w:pPr>
      <w:r>
        <w:t>بااختیار طور پر۔</w:t>
      </w:r>
    </w:p>
    <w:p>
      <w:r>
        <w:rPr>
          <w:b/>
        </w:rPr>
        <w:t xml:space="preserve">[17:12] </w:t>
      </w:r>
      <w:r>
        <w:t>to Ikhwan raazi nahi hue. Unhone kaha nahi, hum to poori poori hukumat par hamein qabza chahiye.</w:t>
      </w:r>
    </w:p>
    <w:p>
      <w:pPr>
        <w:jc w:val="right"/>
      </w:pPr>
      <w:r>
        <w:t>تو اخوان راضی نہیں ہوئے۔ انہوں نے کہا نہیں، ہم تو پوری پوری حکومت پر ہمیں قبضہ چاہیے۔</w:t>
      </w:r>
    </w:p>
    <w:p>
      <w:r>
        <w:rPr>
          <w:b/>
        </w:rPr>
        <w:t xml:space="preserve">[17:23] </w:t>
      </w:r>
      <w:r>
        <w:t>yeh to bilkul Rasool ke tareeqe se hata hua.</w:t>
      </w:r>
    </w:p>
    <w:p>
      <w:pPr>
        <w:jc w:val="right"/>
      </w:pPr>
      <w:r>
        <w:t>یہ تو بالکل رسول کے طریقے سے ہٹا ہوا۔</w:t>
      </w:r>
    </w:p>
    <w:p>
      <w:r>
        <w:rPr>
          <w:b/>
        </w:rPr>
        <w:t xml:space="preserve">[17:33] </w:t>
      </w:r>
      <w:r>
        <w:t>Tariq Badr sahib ka sawal hai: "Pakistan mein jo CPS team bani hai, us mein leader ka role kya hona chahiye, aur woh kin baaton ka khaas khayal rakhe?"</w:t>
      </w:r>
    </w:p>
    <w:p>
      <w:pPr>
        <w:jc w:val="right"/>
      </w:pPr>
      <w:r>
        <w:t>طارق بدر صاحب کا سوال ہے: "پاکستان میں جو سی پی ایس ٹیم بنی ہے، اس میں لیڈر کا رول کیا ہونا چاہیے، اور وہ کن باتوں کا خاص خیال رکھے؟"</w:t>
      </w:r>
    </w:p>
    <w:p>
      <w:r>
        <w:rPr>
          <w:b/>
        </w:rPr>
        <w:t xml:space="preserve">[17:49] </w:t>
      </w:r>
      <w:r>
        <w:t>dekhiye, Pakistan mein to mein samajhta hoon ke Ikhwani pattern ko log ikhtiyar kiye hue hain. Yaani political pattern, dawat ka pattern to mere khayal se Pakistan mein kabhi ikhtiyar nahi kiya gaya.</w:t>
      </w:r>
    </w:p>
    <w:p>
      <w:pPr>
        <w:jc w:val="right"/>
      </w:pPr>
      <w:r>
        <w:t>دیکھیے، پاکستان میں تو میں سمجھتا ہوں کہ اخوانی پیٹرن کو لوگ اختیار کیے ہوئے ہیں۔ یعنی پولیٹیکل پیٹرن، دعوت کا پیٹرن تو میرے خیال سے پاکستان میں کبھی اختیار نہیں کیا گیا۔</w:t>
      </w:r>
    </w:p>
    <w:p>
      <w:r>
        <w:rPr>
          <w:b/>
        </w:rPr>
        <w:t xml:space="preserve">[18:11] </w:t>
      </w:r>
      <w:r>
        <w:t>to political pattern bilkul Islam ka pattern nahi hai. Islam ka pattern hai dawti pattern.</w:t>
      </w:r>
    </w:p>
    <w:p>
      <w:pPr>
        <w:jc w:val="right"/>
      </w:pPr>
      <w:r>
        <w:t>تو پولیٹیکل پیٹرن بالکل اسلام کا پیٹرن نہیں ہے۔ اسلام کا پیٹرن ہے دعوتی پیٹرن۔</w:t>
      </w:r>
    </w:p>
    <w:p>
      <w:r>
        <w:rPr>
          <w:b/>
        </w:rPr>
        <w:t xml:space="preserve">[18:25] </w:t>
      </w:r>
      <w:r>
        <w:t>to mein samajhta hoon ke Pakistan mein</w:t>
      </w:r>
    </w:p>
    <w:p>
      <w:pPr>
        <w:jc w:val="right"/>
      </w:pPr>
      <w:r>
        <w:t>تو میں سمجھتا ہوں کہ پاکستان میں</w:t>
      </w:r>
    </w:p>
    <w:p>
      <w:r>
        <w:rPr>
          <w:b/>
        </w:rPr>
        <w:t xml:space="preserve">[18:33] </w:t>
      </w:r>
      <w:r>
        <w:t>chahe jis naam se bhi unhone tareekh chalai ho, lekin is ki jar mein</w:t>
      </w:r>
    </w:p>
    <w:p>
      <w:pPr>
        <w:jc w:val="right"/>
      </w:pPr>
      <w:r>
        <w:t>چاہے جس نام سے بھی انہوں نے تاریخ چلائی ہو، لیکن اس کی جڑ میں</w:t>
      </w:r>
    </w:p>
    <w:p>
      <w:r>
        <w:rPr>
          <w:b/>
        </w:rPr>
        <w:t xml:space="preserve">[18:43] </w:t>
      </w:r>
      <w:r>
        <w:t>political andaz ghalib tha.</w:t>
      </w:r>
    </w:p>
    <w:p>
      <w:pPr>
        <w:jc w:val="right"/>
      </w:pPr>
      <w:r>
        <w:t>پولیٹیکل انداز غالب تھا۔</w:t>
      </w:r>
    </w:p>
    <w:p>
      <w:r>
        <w:rPr>
          <w:b/>
        </w:rPr>
        <w:t xml:space="preserve">[18:51] </w:t>
      </w:r>
      <w:r>
        <w:t>mere nazdeek chahe pakistan ho, chahe koi aur country ho, islam ka tareeqa mukammal taur par non political hai.</w:t>
      </w:r>
    </w:p>
    <w:p>
      <w:pPr>
        <w:jc w:val="right"/>
      </w:pPr>
      <w:r>
        <w:t>میرے نزدیک چاہے پاکستان ہو، چاہے کوئی اور کنٹری ہو، اسلام کا طریقہ مکمل طور پر نان پولیٹیکل ہے۔</w:t>
      </w:r>
    </w:p>
    <w:p>
      <w:r>
        <w:rPr>
          <w:b/>
        </w:rPr>
        <w:t xml:space="preserve">[19:10] </w:t>
      </w:r>
      <w:r>
        <w:t>chahe aap naam lein nizam-e-mustafa ka, lekin agar uski</w:t>
      </w:r>
    </w:p>
    <w:p>
      <w:pPr>
        <w:jc w:val="right"/>
      </w:pPr>
      <w:r>
        <w:t>چاہے آپ نام لیں نظام مصطفی کا، لیکن اگر اس کی</w:t>
      </w:r>
    </w:p>
    <w:p>
      <w:r>
        <w:rPr>
          <w:b/>
        </w:rPr>
        <w:t xml:space="preserve">[19:19] </w:t>
      </w:r>
      <w:r>
        <w:t>jar mein siyasi target hai to woh islami nahi hai.</w:t>
      </w:r>
    </w:p>
    <w:p>
      <w:pPr>
        <w:jc w:val="right"/>
      </w:pPr>
      <w:r>
        <w:t>جڑ میں سیاسی ٹارگٹ ہے تو وہ اسلامی نہیں ہے۔</w:t>
      </w:r>
    </w:p>
    <w:p>
      <w:r>
        <w:rPr>
          <w:b/>
        </w:rPr>
        <w:t xml:space="preserve">[19:31] </w:t>
      </w:r>
      <w:r>
        <w:t>maulana, woh yeh keh rahe hain ke CPS team, pakistan CPS team jo hai, usko jo uske jo leader hain, usko aap kya rehnumai dete hain?</w:t>
      </w:r>
    </w:p>
    <w:p>
      <w:pPr>
        <w:jc w:val="right"/>
      </w:pPr>
      <w:r>
        <w:t>مولانا، وہ یہ کہہ رہے ہیں کہ سی پی ایس ٹیم، پاکستان سی پی ایس ٹیم جو ہے، اس کو جو اس کے جو لیڈر ہیں، اس کو آپ کیا رہنمائی دیتے ہیں؟</w:t>
      </w:r>
    </w:p>
    <w:p>
      <w:r>
        <w:rPr>
          <w:b/>
        </w:rPr>
        <w:t xml:space="preserve">[19:42] </w:t>
      </w:r>
      <w:r>
        <w:t>wohi jo hum yahan india mein karte rahe hain, koi alag nahi hai.</w:t>
      </w:r>
    </w:p>
    <w:p>
      <w:pPr>
        <w:jc w:val="right"/>
      </w:pPr>
      <w:r>
        <w:t>وہی جو ہم یہاں انڈیا میں کرتے رہے ہیں، کوئی الگ نہیں ہے۔</w:t>
      </w:r>
    </w:p>
    <w:p>
      <w:r>
        <w:rPr>
          <w:b/>
        </w:rPr>
        <w:t xml:space="preserve">[19:50] </w:t>
      </w:r>
      <w:r>
        <w:t>main to samajhta hoon ke chahe ek mulk ho ya doosra mulk, sab ka ek hi nishana hai, woh hai sab ko insaan samajhna, sab ko dawat dena,</w:t>
      </w:r>
    </w:p>
    <w:p>
      <w:pPr>
        <w:jc w:val="right"/>
      </w:pPr>
      <w:r>
        <w:t>میں تو سمجھتا ہوں کہ چاہے ایک ملک ہو یا دوسرا ملک، سب کا ایک ہی نشانہ ہے، وہ ہے سب کو انسان سمجھنا، سب کو دعوت دینا،</w:t>
      </w:r>
    </w:p>
    <w:p>
      <w:r>
        <w:rPr>
          <w:b/>
        </w:rPr>
        <w:t xml:space="preserve">[20:06] </w:t>
      </w:r>
      <w:r>
        <w:t>sab ke sath positive ravaiyya ikhtiyar karna, kisi ko hreef na samajhna.</w:t>
      </w:r>
    </w:p>
    <w:p>
      <w:pPr>
        <w:jc w:val="right"/>
      </w:pPr>
      <w:r>
        <w:t>سب کے ساتھ پازیٹیو رویہ اختیار کرنا، کسی کو حریف نہ سمجھنا۔</w:t>
      </w:r>
    </w:p>
    <w:p>
      <w:r>
        <w:rPr>
          <w:b/>
        </w:rPr>
        <w:t xml:space="preserve">[20:16] </w:t>
      </w:r>
      <w:r>
        <w:t>main samajhta hoon yahi doosre mulkon mein bhi hai, yahi pakistan mein bhi hai.</w:t>
      </w:r>
    </w:p>
    <w:p>
      <w:pPr>
        <w:jc w:val="right"/>
      </w:pPr>
      <w:r>
        <w:t>میں سمجھتا ہوں یہی دوسرے ملکوں میں بھی ہے، یہی پاکستان میں بھی ہے۔</w:t>
      </w:r>
    </w:p>
    <w:p>
      <w:r>
        <w:rPr>
          <w:b/>
        </w:rPr>
        <w:t xml:space="preserve">[20:25] </w:t>
      </w:r>
      <w:r>
        <w:t>maulana yaqoob umri sahib ka sawal hai: "maulana, how to identify a distraction out of necessity?"</w:t>
      </w:r>
    </w:p>
    <w:p>
      <w:pPr>
        <w:jc w:val="right"/>
      </w:pPr>
      <w:r>
        <w:t>مولانا یعقوب عمری صاحب کا سوال ہے: "مولانا، ہاؤ ٹو آئیڈینٹیفائی ا ڈسٹریکشن آؤٹ آف نیسیسٹی؟"</w:t>
      </w:r>
    </w:p>
    <w:p>
      <w:r>
        <w:rPr>
          <w:b/>
        </w:rPr>
        <w:t xml:space="preserve">[20:38] </w:t>
      </w:r>
      <w:r>
        <w:t>dekhiye, yeh itna aasan nahi hai, kyunke aadmi maine dekha hai karte yeh hain ke distracter hote hain, lekin naam isi isi naam wahi baqi rakhte hain.</w:t>
      </w:r>
    </w:p>
    <w:p>
      <w:pPr>
        <w:jc w:val="right"/>
      </w:pPr>
      <w:r>
        <w:t>دیکھیے، یہ اتنا آسان نہیں ہے، کیونکہ آدمی میں نے دیکھا ہے کرتے یہ ہیں کہ ڈسٹریکٹر ہوتے ہیں، لیکن نام اسی اسی نام وہی باقی رکھتے ہیں۔</w:t>
      </w:r>
    </w:p>
    <w:p>
      <w:r>
        <w:rPr>
          <w:b/>
        </w:rPr>
        <w:t xml:space="preserve">[20:57] </w:t>
      </w:r>
      <w:r>
        <w:t>mislan jamaat-e-islami pakistan mein aur aur india mein dono jagah mukammal taur par distract ho chuki hai, lekin naam wahi lete hain, woh naam wahi lete hain.</w:t>
      </w:r>
    </w:p>
    <w:p>
      <w:pPr>
        <w:jc w:val="right"/>
      </w:pPr>
      <w:r>
        <w:t>مثلاً جماعت اسلامی پاکستان میں اور اور انڈیا میں دونوں جگہ مکمل طور پر ڈسٹریکٹ ہو چکی ہے، لیکن نام وہی لیتے ہیں، وہ نام وہی لیتے ہیں۔</w:t>
      </w:r>
    </w:p>
    <w:p>
      <w:r>
        <w:rPr>
          <w:b/>
        </w:rPr>
        <w:t xml:space="preserve">[21:13] </w:t>
      </w:r>
      <w:r>
        <w:t>to yeh bohat mushkil hai</w:t>
      </w:r>
    </w:p>
    <w:p>
      <w:pPr>
        <w:jc w:val="right"/>
      </w:pPr>
      <w:r>
        <w:t>تو یہ بہت مشکل ہے</w:t>
      </w:r>
    </w:p>
    <w:p>
      <w:r>
        <w:rPr>
          <w:b/>
        </w:rPr>
        <w:t xml:space="preserve">[21:15] </w:t>
      </w:r>
      <w:r>
        <w:t>jab tak aadmi serious na ho. aap ko qail nahi kar sakte aap</w:t>
      </w:r>
    </w:p>
    <w:p>
      <w:pPr>
        <w:jc w:val="right"/>
      </w:pPr>
      <w:r>
        <w:t>جب تک آدمی سیریس نہ ہو۔ آپ کو قائل نہیں کر سکتے آپ کہ آپ</w:t>
      </w:r>
    </w:p>
    <w:p>
      <w:r>
        <w:rPr>
          <w:b/>
        </w:rPr>
        <w:t xml:space="preserve">[21:24] </w:t>
      </w:r>
      <w:r>
        <w:t>kahan is distraction ho raha hai, kyunke woh naam lenge yani</w:t>
      </w:r>
    </w:p>
    <w:p>
      <w:pPr>
        <w:jc w:val="right"/>
      </w:pPr>
      <w:r>
        <w:t>کہاں اس ڈسٹریکشن ہو رہا ہے، کیونکہ وہ نام لیں گے یعنی</w:t>
      </w:r>
    </w:p>
    <w:p>
      <w:r>
        <w:rPr>
          <w:b/>
        </w:rPr>
        <w:t xml:space="preserve">[21:32] </w:t>
      </w:r>
      <w:r>
        <w:t>haq ki pairvi ka, halanke woh poore muharram mein yeh distraction hoga.</w:t>
      </w:r>
    </w:p>
    <w:p>
      <w:pPr>
        <w:jc w:val="right"/>
      </w:pPr>
      <w:r>
        <w:t>حق کے پیروی کا، حالانکہ وہ پورے محرم میں یہ ڈسٹریکشن ہوگا۔</w:t>
      </w:r>
    </w:p>
    <w:p>
      <w:r>
        <w:rPr>
          <w:b/>
        </w:rPr>
        <w:t xml:space="preserve">[21:43] </w:t>
      </w:r>
      <w:r>
        <w:t>maulana abdul basit umri sahib ne apna yeh taassur bheja hai: "والذین تبعون باحسان" ka matlab aaj pehli baar samajh mein aaya ke reaction ka shikar na hona.</w:t>
      </w:r>
    </w:p>
    <w:p>
      <w:pPr>
        <w:jc w:val="right"/>
      </w:pPr>
      <w:r>
        <w:t>مولانا عبدالباسط عمری صاحب نے اپنا یہ تاثر بھیجا ہے: "والذین تبعون باحسان" کا مطلب آج پہلی بار سمجھ میں آیا کہ ری ایکشن کا شکار نہ ہونا۔</w:t>
      </w:r>
    </w:p>
    <w:p>
      <w:r>
        <w:rPr>
          <w:b/>
        </w:rPr>
        <w:t xml:space="preserve">[22:02] </w:t>
      </w:r>
      <w:r>
        <w:t>masha Allah.</w:t>
      </w:r>
    </w:p>
    <w:p>
      <w:pPr>
        <w:jc w:val="right"/>
      </w:pPr>
      <w:r>
        <w:t>ماشاءاللہ۔</w:t>
      </w:r>
    </w:p>
    <w:p>
      <w:r>
        <w:rPr>
          <w:b/>
        </w:rPr>
        <w:t xml:space="preserve">[22:05] </w:t>
      </w:r>
      <w:r>
        <w:t>aur ab USA se khwaja kaleemuddin sahib ne sawal kiya hai: "jo jo jamaat awami zuban mein baat karti hai, log usi ke peeche daudte hain.</w:t>
      </w:r>
    </w:p>
    <w:p>
      <w:pPr>
        <w:jc w:val="right"/>
      </w:pPr>
      <w:r>
        <w:t>اور اب یو ایس اے سے خواجہ کلیم الدین صاحب نے سوال کیا ہے: "جو جو جماعت عوامی زبان میں بات کرتی ہے، لوگ اسی کے پیچھے دوڑتے ہیں۔</w:t>
      </w:r>
    </w:p>
    <w:p>
      <w:r>
        <w:rPr>
          <w:b/>
        </w:rPr>
        <w:t xml:space="preserve">[22:18] </w:t>
      </w:r>
      <w:r>
        <w:t>CPS ki zuban awam ko awam ko ajnabi lagti hai. hamein aisi soorat mein kya tareeqa kar istemal karna chahiye?"</w:t>
      </w:r>
    </w:p>
    <w:p>
      <w:pPr>
        <w:jc w:val="right"/>
      </w:pPr>
      <w:r>
        <w:t>سی پی ایس کی زبان عوام کو عوام کو اجنبی لگتی ہے۔ ہمیں ایسی صورت میں کیا طریقہ کار استعمال کرنا چاہیے؟"</w:t>
      </w:r>
    </w:p>
    <w:p>
      <w:r>
        <w:rPr>
          <w:b/>
        </w:rPr>
        <w:t xml:space="preserve">[22:28] </w:t>
      </w:r>
      <w:r>
        <w:t>bas aap apne tareeqe pe qaim rahiye. aap apni zuban ko badal nahi sakte. wahi to deviation hai.</w:t>
      </w:r>
    </w:p>
    <w:p>
      <w:pPr>
        <w:jc w:val="right"/>
      </w:pPr>
      <w:r>
        <w:t>بس آپ اپنے طریقے پہ قائم رہیے۔ آپ اپنی زبان کو بدل نہیں سکتے۔ وہی تو ڈیویشن ہے۔</w:t>
      </w:r>
    </w:p>
    <w:p>
      <w:r>
        <w:rPr>
          <w:b/>
        </w:rPr>
        <w:t xml:space="preserve">[22:40] </w:t>
      </w:r>
      <w:r>
        <w:t>kisi bhi haal mein aap deviate nahi kar sakte, warna phir woh dawat ka kaam nahi hoga.</w:t>
      </w:r>
    </w:p>
    <w:p>
      <w:pPr>
        <w:jc w:val="right"/>
      </w:pPr>
      <w:r>
        <w:t>کسی بھی حال میں آپ ڈیویٹ نہیں کر سکتے، ورنہ پھر وہ دعوت کا کام نہیں ہوگا۔</w:t>
      </w:r>
    </w:p>
    <w:p>
      <w:r>
        <w:rPr>
          <w:b/>
        </w:rPr>
        <w:t xml:space="preserve">[22:54] </w:t>
      </w:r>
      <w:r>
        <w:t>aap kaam karein shahadat ka aur naam lein dawat ka, yeh to bilkul</w:t>
      </w:r>
    </w:p>
    <w:p>
      <w:pPr>
        <w:jc w:val="right"/>
      </w:pPr>
      <w:r>
        <w:t>آپ کام کریں شہادت کا اور نام لیں دعوت کا، یہ تو بالکل</w:t>
      </w:r>
    </w:p>
    <w:p>
      <w:r>
        <w:rPr>
          <w:b/>
        </w:rPr>
        <w:t xml:space="preserve">[23:03] </w:t>
      </w:r>
      <w:r>
        <w:t>ghalat hai.</w:t>
      </w:r>
    </w:p>
    <w:p>
      <w:pPr>
        <w:jc w:val="right"/>
      </w:pPr>
      <w:r>
        <w:t>غلط ہے۔</w:t>
      </w:r>
    </w:p>
    <w:p>
      <w:r>
        <w:rPr>
          <w:b/>
        </w:rPr>
        <w:t xml:space="preserve">[23:09] </w:t>
      </w:r>
      <w:r>
        <w:t>maulana iqbal umri sahib ka sawal hai: "islam insaan ko kya goal deta hai? marifat-e-rab aur rab ki taraf dawat, iske ilawa kya goal deta hai?" Maulana.</w:t>
      </w:r>
    </w:p>
    <w:p>
      <w:pPr>
        <w:jc w:val="right"/>
      </w:pPr>
      <w:r>
        <w:t>مولانا اقبال عمری صاحب کا سوال ہے: "اسلام انسان کو کیا گول دیتا ہے؟ معرفت رب اور رب کی طرف دعوت، اس کے علاوہ کیا گول دیتا ہے؟" مولانا۔</w:t>
      </w:r>
    </w:p>
    <w:p>
      <w:r>
        <w:rPr>
          <w:b/>
        </w:rPr>
        <w:t xml:space="preserve">[23:22] </w:t>
      </w:r>
      <w:r>
        <w:t>mein to samajhta hoon yahi rule hai ke Allah ki marifat hasil karo aur bando ke liye dawat ka kaam karo.</w:t>
      </w:r>
    </w:p>
    <w:p>
      <w:pPr>
        <w:jc w:val="right"/>
      </w:pPr>
      <w:r>
        <w:t>میں تو سمجھتا ہوں یہی رول ہے کہ اللہ کی معرفت حاصل کرو اور بندوں کے لیے دعوت کا کام کرو۔</w:t>
      </w:r>
    </w:p>
    <w:p>
      <w:r>
        <w:rPr>
          <w:b/>
        </w:rPr>
        <w:t xml:space="preserve">[23:38] </w:t>
      </w:r>
      <w:r>
        <w:t>mein to samajhta hoon ke har zamane ke liye yahi hai.</w:t>
      </w:r>
    </w:p>
    <w:p>
      <w:pPr>
        <w:jc w:val="right"/>
      </w:pPr>
      <w:r>
        <w:t>میں تو سمجھتا ہوں کہ ہر زمانے کے لیے یہی ہے۔</w:t>
      </w:r>
    </w:p>
    <w:p>
      <w:r>
        <w:rPr>
          <w:b/>
        </w:rPr>
        <w:t xml:space="preserve">[23:49] </w:t>
      </w:r>
      <w:r>
        <w:t>bando ke liye khair khwahi</w:t>
      </w:r>
    </w:p>
    <w:p>
      <w:pPr>
        <w:jc w:val="right"/>
      </w:pPr>
      <w:r>
        <w:t>بندوں کے لیے خیر خواہی</w:t>
      </w:r>
    </w:p>
    <w:p>
      <w:r>
        <w:rPr>
          <w:b/>
        </w:rPr>
        <w:t xml:space="preserve">[23:55] </w:t>
      </w:r>
      <w:r>
        <w:t>aur qaim rehte hue Allah ke paigham ko pahunchwana, bas yahi dawat hai.</w:t>
      </w:r>
    </w:p>
    <w:p>
      <w:pPr>
        <w:jc w:val="right"/>
      </w:pPr>
      <w:r>
        <w:t>اور قائم رہتے ہوئے اللہ کے پیغام کو پہنچوانا، بس یہی دعوت ہے۔</w:t>
      </w:r>
    </w:p>
    <w:p>
      <w:r>
        <w:rPr>
          <w:b/>
        </w:rPr>
        <w:t xml:space="preserve">[24:04] </w:t>
      </w:r>
      <w:r>
        <w:t>ah miz astuti malotra likhti hain: "maulana, there is always a feeling of anxiety that one is not doing enough dawa work.</w:t>
      </w:r>
    </w:p>
    <w:p>
      <w:pPr>
        <w:jc w:val="right"/>
      </w:pPr>
      <w:r>
        <w:t>اہ میز استوتی ملوترا لکھتی ہیں: "مولانا، دیر از الویز ا فیلنگ اف اینگزائٹی دیٹ ون از ناٹ ڈوئنگ انف داوا ورک۔</w:t>
      </w:r>
    </w:p>
    <w:p>
      <w:r>
        <w:rPr>
          <w:b/>
        </w:rPr>
        <w:t xml:space="preserve">[24:16] </w:t>
      </w:r>
      <w:r>
        <w:t>is it right and what should be our thinking process?"</w:t>
      </w:r>
    </w:p>
    <w:p>
      <w:pPr>
        <w:jc w:val="right"/>
      </w:pPr>
      <w:r>
        <w:t>از اٹ رائٹ اینڈ واٹ شوڈ بی اور تھنکنگ پروسیس؟"</w:t>
      </w:r>
    </w:p>
    <w:p>
      <w:r>
        <w:rPr>
          <w:b/>
        </w:rPr>
        <w:t xml:space="preserve">[24:21] </w:t>
      </w:r>
      <w:r>
        <w:t>dekhiye, anxiety hamesha dunya ke mamlaat mein hoti hai, aakhirat ke mamle mein nahi hoti.</w:t>
      </w:r>
    </w:p>
    <w:p>
      <w:pPr>
        <w:jc w:val="right"/>
      </w:pPr>
      <w:r>
        <w:t>دیکھیے، اینگزائٹی ہمیشہ دنیا کے معاملات میں ہوتی ہے، آخرت کے معاملے میں نہیں ہوتی۔</w:t>
      </w:r>
    </w:p>
    <w:p>
      <w:r>
        <w:rPr>
          <w:b/>
        </w:rPr>
        <w:t xml:space="preserve">[24:35] </w:t>
      </w:r>
      <w:r>
        <w:t>to aisi anxiety ko Allah ke khane mein daliye, apne sar pe kyun lete hain?</w:t>
      </w:r>
    </w:p>
    <w:p>
      <w:pPr>
        <w:jc w:val="right"/>
      </w:pPr>
      <w:r>
        <w:t>تو ایسی اینگزائٹی کو اللہ کے خانے میں ڈالیے، اپنے سر پہ کیوں لیتے ہیں؟</w:t>
      </w:r>
    </w:p>
    <w:p>
      <w:r>
        <w:rPr>
          <w:b/>
        </w:rPr>
        <w:t xml:space="preserve">[24:45] </w:t>
      </w:r>
      <w:r>
        <w:t>aisi har anxiety ko Allah ke khane mein dalna hai, bas aur koi doosra tareeqa nahi hai.</w:t>
      </w:r>
    </w:p>
    <w:p>
      <w:pPr>
        <w:jc w:val="right"/>
      </w:pPr>
      <w:r>
        <w:t>ایسی ہر اینگزائٹی کو اللہ کے خانے میں ڈالنا ہے، بس اور کوئی دوسرا طریقہ نہیں ہے۔</w:t>
      </w:r>
    </w:p>
    <w:p>
      <w:r>
        <w:rPr>
          <w:b/>
        </w:rPr>
        <w:t xml:space="preserve">[24:58] </w:t>
      </w:r>
      <w:r>
        <w:t>doctor naghma siddiqui ne sawal kiya hai: "what guidance would you like to give to the team?" kya?</w:t>
      </w:r>
    </w:p>
    <w:p>
      <w:pPr>
        <w:jc w:val="right"/>
      </w:pPr>
      <w:r>
        <w:t>ڈاکٹر نغمہ صدیقی نے سوال کیا ہے: "واٹ گائیڈنس وڈ یو لائک ٹو گیو ٹو دا ٹیم؟" کیا؟</w:t>
      </w:r>
    </w:p>
    <w:p>
      <w:r>
        <w:rPr>
          <w:b/>
        </w:rPr>
        <w:t xml:space="preserve">[25:08] </w:t>
      </w:r>
      <w:r>
        <w:t>"what guidance would you like to give to the team?" cps team ko aap kya guidance dena chahenge?</w:t>
      </w:r>
    </w:p>
    <w:p>
      <w:pPr>
        <w:jc w:val="right"/>
      </w:pPr>
      <w:r>
        <w:t>"واٹ گائیڈنس وڈ یو لائک ٹو گیو ٹو دا ٹیم؟" سی پی ایس ٹیم کو آپ کیا گائیڈنس دینا چاہیں گے؟</w:t>
      </w:r>
    </w:p>
    <w:p>
      <w:r>
        <w:rPr>
          <w:b/>
        </w:rPr>
        <w:t xml:space="preserve">[25:19] </w:t>
      </w:r>
      <w:r>
        <w:t>yahi jo maine kaha ke kisi bhi haal mein woh insaan se khair khwahi ko na chhoden, reaction ka tareeqa hargiz na ikhtiyar na karen.</w:t>
      </w:r>
    </w:p>
    <w:p>
      <w:pPr>
        <w:jc w:val="right"/>
      </w:pPr>
      <w:r>
        <w:t>یہی جو میں نے کہا کہ کسی بھی حال میں وہ انسان سے خیر خواہی کو نہ چھوڑیں، ری ایکشن کا طریقہ ہرگز نہ اختیار نہ کریں۔</w:t>
      </w:r>
    </w:p>
    <w:p>
      <w:r>
        <w:rPr>
          <w:b/>
        </w:rPr>
        <w:t xml:space="preserve">[25:37] </w:t>
      </w:r>
      <w:r>
        <w:t>yeh sab ke liye hai.</w:t>
      </w:r>
    </w:p>
    <w:p>
      <w:pPr>
        <w:jc w:val="right"/>
      </w:pPr>
      <w:r>
        <w:t>یہ سب کے لیے ہے۔</w:t>
      </w:r>
    </w:p>
    <w:p>
      <w:r>
        <w:rPr>
          <w:b/>
        </w:rPr>
        <w:t xml:space="preserve">[25:46] </w:t>
      </w:r>
      <w:r>
        <w:t>Dr. Sani Hasnain Khan ne sawal likha hai: "Da'i jab dawati kaam karta hai to usko yeh ehsas hota hai ke jis tarah use deen ka kaam karna chahiye tha, us tarah woh nahi kar saka.</w:t>
      </w:r>
    </w:p>
    <w:p>
      <w:pPr>
        <w:jc w:val="right"/>
      </w:pPr>
      <w:r>
        <w:t>ڈاکٹر ثانی حسنین خان نے سوال لکھا ہے: "داعی جب دعوتی کام کرتا ہے تو اس کو یہ احساس ہوتا ہے کہ جس طرح اسے دین کا کام کرنا چاہیے تھا، اس طرح وہ نہیں کر سکا۔</w:t>
      </w:r>
    </w:p>
    <w:p>
      <w:r>
        <w:rPr>
          <w:b/>
        </w:rPr>
        <w:t xml:space="preserve">[26:01] </w:t>
      </w:r>
      <w:r>
        <w:t>kya yeh ehsas durust hai?"</w:t>
      </w:r>
    </w:p>
    <w:p>
      <w:pPr>
        <w:jc w:val="right"/>
      </w:pPr>
      <w:r>
        <w:t>کیا یہ احساس درست ہے؟"</w:t>
      </w:r>
    </w:p>
    <w:p>
      <w:r>
        <w:rPr>
          <w:b/>
        </w:rPr>
        <w:t xml:space="preserve">[26:04] </w:t>
      </w:r>
      <w:r>
        <w:t>yeh ehsas to aeen durust hai, kyunke iska matlab yeh hai ke aadmi apne kaam ko Allah ke rasool ke pattern par jaanach raha hai.</w:t>
      </w:r>
    </w:p>
    <w:p>
      <w:pPr>
        <w:jc w:val="right"/>
      </w:pPr>
      <w:r>
        <w:t>یہ احساس تو عین درست ہے، کیونکہ اس کا مطلب یہ ہے کہ آدمی اپنے کام کو اللہ کے رسول کے پیٹرن پر جانچ رہا ہے۔</w:t>
      </w:r>
    </w:p>
    <w:p>
      <w:r>
        <w:rPr>
          <w:b/>
        </w:rPr>
        <w:t xml:space="preserve">[26:18] </w:t>
      </w:r>
      <w:r>
        <w:t>jab tak aap rasool ke pattern par apne kaam ko jaanchen</w:t>
      </w:r>
    </w:p>
    <w:p>
      <w:pPr>
        <w:jc w:val="right"/>
      </w:pPr>
      <w:r>
        <w:t>جب تک آپ رسول کے پیٹرن پر اپنے کام کو جانچیں</w:t>
      </w:r>
    </w:p>
    <w:p>
      <w:r>
        <w:rPr>
          <w:b/>
        </w:rPr>
        <w:t xml:space="preserve">[26:24] </w:t>
      </w:r>
      <w:r>
        <w:t>to hamesha aap ko kami ka ehsas hoga. sahaba ka bhi aisa tha.</w:t>
      </w:r>
    </w:p>
    <w:p>
      <w:pPr>
        <w:jc w:val="right"/>
      </w:pPr>
      <w:r>
        <w:t>تو ہمیشہ آپ کو کمی کا احساس ہوگا۔ صحابہ کا بھی ایسا تھا۔</w:t>
      </w:r>
    </w:p>
    <w:p>
      <w:r>
        <w:rPr>
          <w:b/>
        </w:rPr>
        <w:t xml:space="preserve">[26:31] </w:t>
      </w:r>
      <w:r>
        <w:t>to agar aap ka dil yeh keh raha ho ke main rasool Allah ke pattern pe chal raha hoon, lekin mere andar falan kami hai, falan kami hai, to aisi kami ka ehsas khair hai.</w:t>
      </w:r>
    </w:p>
    <w:p>
      <w:pPr>
        <w:jc w:val="right"/>
      </w:pPr>
      <w:r>
        <w:t>تو اگر آپ کا دل یہ کہہ رہا ہو کہ میں رسول اللہ کے پیٹرن پہ چل رہا ہوں، لیکن میرے اندر فلاں کمی ہے، فلاں کمی ہے، تو ایسی کمی کا احساس خیر ہے۔</w:t>
      </w:r>
    </w:p>
    <w:p>
      <w:r>
        <w:rPr>
          <w:b/>
        </w:rPr>
        <w:t xml:space="preserve">[26:51] </w:t>
      </w:r>
      <w:r>
        <w:t>sirf yeh apne apne zamir ko tatoliye ke aap rasool Allah ke pattern se hate hat toh nahi gaye hain.</w:t>
      </w:r>
    </w:p>
    <w:p>
      <w:pPr>
        <w:jc w:val="right"/>
      </w:pPr>
      <w:r>
        <w:t>صرف یہ اپنے اپنے ضمیر کو ٹٹولیے کہ آپ رسول اللہ کے پیٹرن سے ہٹے ہٹ تو نہیں گئے ہیں۔</w:t>
      </w:r>
    </w:p>
    <w:p>
      <w:r>
        <w:rPr>
          <w:b/>
        </w:rPr>
        <w:t xml:space="preserve">[27:01] </w:t>
      </w:r>
      <w:r>
        <w:t>bas agar aap ka dil kehta hai ke main rasool Allah ke pattern pe hoon to</w:t>
      </w:r>
    </w:p>
    <w:p>
      <w:pPr>
        <w:jc w:val="right"/>
      </w:pPr>
      <w:r>
        <w:t>بس اگر آپ کا دل کہتا ہے کہ میں رسول اللہ کے پیٹرن پہ ہوں تو</w:t>
      </w:r>
    </w:p>
    <w:p>
      <w:r>
        <w:rPr>
          <w:b/>
        </w:rPr>
        <w:t xml:space="preserve">[27:08] </w:t>
      </w:r>
      <w:r>
        <w:t>koi bhi anxiety</w:t>
      </w:r>
    </w:p>
    <w:p>
      <w:pPr>
        <w:jc w:val="right"/>
      </w:pPr>
      <w:r>
        <w:t>کوئی بھی اینگزائٹی</w:t>
      </w:r>
    </w:p>
    <w:p>
      <w:r>
        <w:rPr>
          <w:b/>
        </w:rPr>
        <w:t xml:space="preserve">[27:17] </w:t>
      </w:r>
      <w:r>
        <w:t>aap ke liye masla nahi hai.</w:t>
      </w:r>
    </w:p>
    <w:p>
      <w:pPr>
        <w:jc w:val="right"/>
      </w:pPr>
      <w:r>
        <w:t>آپ کے لیے مسئلہ نہیں ہے۔</w:t>
      </w:r>
    </w:p>
    <w:p>
      <w:r>
        <w:rPr>
          <w:b/>
        </w:rPr>
        <w:t xml:space="preserve">[27:26] </w:t>
      </w:r>
      <w:r>
        <w:t>muhammad bilal shafi sahib likhte hain: "marifat aur razae razae ilahi mein kya farq hai?" kya ji?</w:t>
      </w:r>
    </w:p>
    <w:p>
      <w:pPr>
        <w:jc w:val="right"/>
      </w:pPr>
      <w:r>
        <w:t>محمد بلال شفیع صاحب لکھتے ہیں: "معرفت اور رضائے رضائے الہی میں کیا فرق ہے؟" کیا جی؟</w:t>
      </w:r>
    </w:p>
    <w:p>
      <w:r>
        <w:rPr>
          <w:b/>
        </w:rPr>
        <w:t xml:space="preserve">[27:35] </w:t>
      </w:r>
      <w:r>
        <w:t>"marifat aur razae ilahi mein kya farq hai?"</w:t>
      </w:r>
    </w:p>
    <w:p>
      <w:pPr>
        <w:jc w:val="right"/>
      </w:pPr>
      <w:r>
        <w:t>"معرفت اور رضائے الہی میں کیا فرق ہے؟"</w:t>
      </w:r>
    </w:p>
    <w:p>
      <w:r>
        <w:rPr>
          <w:b/>
        </w:rPr>
        <w:t xml:space="preserve">[27:41] </w:t>
      </w:r>
      <w:r>
        <w:t>humm,</w:t>
      </w:r>
    </w:p>
    <w:p>
      <w:pPr>
        <w:jc w:val="right"/>
      </w:pPr>
      <w:r>
        <w:t>ہمم،</w:t>
      </w:r>
    </w:p>
    <w:p>
      <w:r>
        <w:rPr>
          <w:b/>
        </w:rPr>
        <w:t xml:space="preserve">[27:47] </w:t>
      </w:r>
      <w:r>
        <w:t>mein samajhta hoon ke koi bohat bara bara farq nahi hai. marifat yeh hai ke aap yeh</w:t>
      </w:r>
    </w:p>
    <w:p>
      <w:pPr>
        <w:jc w:val="right"/>
      </w:pPr>
      <w:r>
        <w:t>میں سمجھتا ہوں کہ کوئی بہت بڑا بڑا فرق نہیں ہے۔ معرفت یہ ہے کہ آپ یہ</w:t>
      </w:r>
    </w:p>
    <w:p>
      <w:r>
        <w:rPr>
          <w:b/>
        </w:rPr>
        <w:t xml:space="preserve">[27:59] </w:t>
      </w:r>
      <w:r>
        <w:t>discover karen is haqeeqat ko ke aap Allah ke bande hain, aap Allah ki makhlooq hain, aap ko Allah ke samne jawab deh hona hai.</w:t>
      </w:r>
    </w:p>
    <w:p>
      <w:pPr>
        <w:jc w:val="right"/>
      </w:pPr>
      <w:r>
        <w:t>ڈسکور کریں اس حقیقت کو کہ آپ اللہ کے بندے ہیں، آپ اللہ کی مخلوق ہیں، آپ کو اللہ کے سامنے جواب دہ ہونا ہے۔</w:t>
      </w:r>
    </w:p>
    <w:p>
      <w:r>
        <w:rPr>
          <w:b/>
        </w:rPr>
        <w:t xml:space="preserve">[28:13] </w:t>
      </w:r>
      <w:r>
        <w:t>yehi crux hai is ka bhi,</w:t>
      </w:r>
    </w:p>
    <w:p>
      <w:pPr>
        <w:jc w:val="right"/>
      </w:pPr>
      <w:r>
        <w:t>یہی کرکس ہے اس کا بھی،</w:t>
      </w:r>
    </w:p>
    <w:p>
      <w:r>
        <w:rPr>
          <w:b/>
        </w:rPr>
        <w:t xml:space="preserve">[28:19] </w:t>
      </w:r>
      <w:r>
        <w:t>donon ka crux yehi hai.</w:t>
      </w:r>
    </w:p>
    <w:p>
      <w:pPr>
        <w:jc w:val="right"/>
      </w:pPr>
      <w:r>
        <w:t>دونوں کا کرکس یہی ہے۔</w:t>
      </w:r>
    </w:p>
    <w:p>
      <w:r>
        <w:rPr>
          <w:b/>
        </w:rPr>
        <w:t xml:space="preserve">[28:26] </w:t>
      </w:r>
      <w:r>
        <w:t>to apne jo bhi aap ne tareeqa ikhtiyar kiya hai, us crux ko le kar janch karte rahiye is ki.</w:t>
      </w:r>
    </w:p>
    <w:p>
      <w:pPr>
        <w:jc w:val="right"/>
      </w:pPr>
      <w:r>
        <w:t>تو اپنے جو بھی آپ نے طریقہ اختیار کیا ہے، اس کرس کو لے کر جانچ کرتے رہیے اس کی۔</w:t>
      </w:r>
    </w:p>
    <w:p>
      <w:r>
        <w:rPr>
          <w:b/>
        </w:rPr>
        <w:t xml:space="preserve">[28:41] </w:t>
      </w:r>
      <w:r>
        <w:t>khawaja kaleemuddin sahib ka sawal hai USA se: "hasnain yani hasan aur hussain ke kirdaar mein se log sirf hazrat hussain ke amal ka khoob charcha karte hain aur hazrat hasan ke tareeqa kar ka zikr koi bhi nahi karta.</w:t>
      </w:r>
    </w:p>
    <w:p>
      <w:pPr>
        <w:jc w:val="right"/>
      </w:pPr>
      <w:r>
        <w:t>خواجہ کلیم الدین صاحب کا سوال ہے یو ایس اے سے: "حسنین یعنی حسن اور حسین کے کردار میں سے لوگ صرف حضرت حسین کے عمل کا خوب چرچہ کرتے ہیں اور حضرت حسن کے طریقہ کار کا ذکر کوئی بھی نہیں کرتا۔</w:t>
      </w:r>
    </w:p>
    <w:p>
      <w:r>
        <w:rPr>
          <w:b/>
        </w:rPr>
        <w:t xml:space="preserve">[28:59] </w:t>
      </w:r>
      <w:r>
        <w:t>is ki wajah kya hai?"</w:t>
      </w:r>
    </w:p>
    <w:p>
      <w:pPr>
        <w:jc w:val="right"/>
      </w:pPr>
      <w:r>
        <w:t>اس کی وجہ کیا ہے؟"</w:t>
      </w:r>
    </w:p>
    <w:p>
      <w:r>
        <w:rPr>
          <w:b/>
        </w:rPr>
        <w:t xml:space="preserve">[29:02] </w:t>
      </w:r>
      <w:r>
        <w:t>is ki wajah yeh hai ke ke Pakistan ke woh thay qaid Maulana Abdullah Modi, unhon ne ek apna ek warqa likha tha apne parcha "tajir ul Quran" mein</w:t>
      </w:r>
    </w:p>
    <w:p>
      <w:pPr>
        <w:jc w:val="right"/>
      </w:pPr>
      <w:r>
        <w:t>اس کی وجہ یہ ہے کہ کہ پاکستان کے وہ تھے قائد مولانا عبداللہ مودی، انہوں نے ایک اپنا ایک ورقہ لکھا تھا اپنے پرچہ "تاجر القرآن" میں</w:t>
      </w:r>
    </w:p>
    <w:p>
      <w:r>
        <w:rPr>
          <w:b/>
        </w:rPr>
        <w:t xml:space="preserve">[29:21] </w:t>
      </w:r>
      <w:r>
        <w:t>ke agar hussain na hotay to namoona kahan se milta?</w:t>
      </w:r>
    </w:p>
    <w:p>
      <w:pPr>
        <w:jc w:val="right"/>
      </w:pPr>
      <w:r>
        <w:t>کہ اگر حسین نہ ہوتے تو نمونہ کہاں سے ملتا؟</w:t>
      </w:r>
    </w:p>
    <w:p>
      <w:r>
        <w:rPr>
          <w:b/>
        </w:rPr>
        <w:t xml:space="preserve">[29:28] </w:t>
      </w:r>
      <w:r>
        <w:t>to hussain to matlab namoona nahi hai, rasool to namoona to rasool Allah ka hai. to hasan jo hai</w:t>
      </w:r>
    </w:p>
    <w:p>
      <w:pPr>
        <w:jc w:val="right"/>
      </w:pPr>
      <w:r>
        <w:t>تو حسین تو مطلب نمونہ نہیں ہے، رسول تو نمونہ تو رسول اللہ کا ہے۔ تو حسن جو ہے</w:t>
      </w:r>
    </w:p>
    <w:p>
      <w:r>
        <w:rPr>
          <w:b/>
        </w:rPr>
        <w:t xml:space="preserve">[29:38] </w:t>
      </w:r>
      <w:r>
        <w:t>orders mein se bachane ke liye apne aap ko</w:t>
      </w:r>
    </w:p>
    <w:p>
      <w:pPr>
        <w:jc w:val="right"/>
      </w:pPr>
      <w:r>
        <w:t>آرڈرز میں سے بچانے کے لیے اپنے آپ کو</w:t>
      </w:r>
    </w:p>
    <w:p>
      <w:r>
        <w:rPr>
          <w:b/>
        </w:rPr>
        <w:t xml:space="preserve">[29:46] </w:t>
      </w:r>
      <w:r>
        <w:t>yani qarar kash ho gaye.</w:t>
      </w:r>
    </w:p>
    <w:p>
      <w:pPr>
        <w:jc w:val="right"/>
      </w:pPr>
      <w:r>
        <w:t>یعنی قرار کش ہو گئے۔</w:t>
      </w:r>
    </w:p>
    <w:p>
      <w:r>
        <w:rPr>
          <w:b/>
        </w:rPr>
        <w:t xml:space="preserve">[29:51] </w:t>
      </w:r>
      <w:r>
        <w:t>is zamane mein yehi sab maslay thay. to hazrat hasan jo thay, unhon ne dekha ke main agar is mein</w:t>
      </w:r>
    </w:p>
    <w:p>
      <w:pPr>
        <w:jc w:val="right"/>
      </w:pPr>
      <w:r>
        <w:t>اس زمانے میں یہی سب مسئلے تھے۔ تو حضرت حسن جو تھے، انہوں نے دیکھا کہ میں اگر اس میں</w:t>
      </w:r>
    </w:p>
    <w:p>
      <w:r>
        <w:rPr>
          <w:b/>
        </w:rPr>
        <w:t xml:space="preserve">[30:07] </w:t>
      </w:r>
      <w:r>
        <w:t>indulge hota hoon to mujhe artist mein jana paray ga. to unhon ne is se bachne ke liye kunrakshi kunrakshi ikhtiyar ki.</w:t>
      </w:r>
    </w:p>
    <w:p>
      <w:pPr>
        <w:jc w:val="right"/>
      </w:pPr>
      <w:r>
        <w:t>انڈل جو ہوتا ہوں تو مجھے آرٹسٹ میں جانا پڑے گا۔ تو انہوں نے اس سے بچنے کے لیے کنراکشی کنراکشی اختیار کی۔</w:t>
      </w:r>
    </w:p>
    <w:p>
      <w:r>
        <w:rPr>
          <w:b/>
        </w:rPr>
        <w:t xml:space="preserve">[30:17] </w:t>
      </w:r>
      <w:r>
        <w:t>to ab baat ke zamane mein jo log haan naam lete hain hazrat hussain ka, woh is liye lete hain</w:t>
      </w:r>
    </w:p>
    <w:p>
      <w:pPr>
        <w:jc w:val="right"/>
      </w:pPr>
      <w:r>
        <w:t>تو اب بات کے زمانے میں جو لوگ ہاں نام لیتے ہیں حضرت حسین کا، وہ اس لیے لیتے ہیں</w:t>
      </w:r>
    </w:p>
    <w:p>
      <w:r>
        <w:rPr>
          <w:b/>
        </w:rPr>
        <w:t xml:space="preserve">[30:24] </w:t>
      </w:r>
      <w:r>
        <w:t>ke hussain artist mein indulge hue hain. to jo log artist mein indulge hona chahte hain, to un ko namoona mile ga hussain mein,</w:t>
      </w:r>
    </w:p>
    <w:p>
      <w:pPr>
        <w:jc w:val="right"/>
      </w:pPr>
      <w:r>
        <w:t>کہ حسین آرٹسٹ میں انڈلج ہوئے ہیں۔ تو جو لوگ پارٹسٹ میں انڈلج ہونا چاہتے ہیں، تو ان کو نمونہ ملے گا حسین میں،</w:t>
      </w:r>
    </w:p>
    <w:p>
      <w:r>
        <w:rPr>
          <w:b/>
        </w:rPr>
        <w:t xml:space="preserve">[30:40] </w:t>
      </w:r>
      <w:r>
        <w:t>aur jo log artist</w:t>
      </w:r>
    </w:p>
    <w:p>
      <w:pPr>
        <w:jc w:val="right"/>
      </w:pPr>
      <w:r>
        <w:t>اور جو لوگ پارٹسٹ</w:t>
      </w:r>
    </w:p>
    <w:p>
      <w:r>
        <w:rPr>
          <w:b/>
        </w:rPr>
        <w:t xml:space="preserve">[30:44] </w:t>
      </w:r>
      <w:r>
        <w:t>mein ninger nahi hona chahte, un ko namoona mile ga hasan ka.</w:t>
      </w:r>
    </w:p>
    <w:p>
      <w:pPr>
        <w:jc w:val="right"/>
      </w:pPr>
      <w:r>
        <w:t>میں نینجر نہیں ہونا چاہتے، ان کو نمونہ ملے گا حسن کا۔</w:t>
      </w:r>
    </w:p>
    <w:p>
      <w:r>
        <w:rPr>
          <w:b/>
        </w:rPr>
        <w:t xml:space="preserve">[30:55] </w:t>
      </w:r>
      <w:r>
        <w:t>Mez Astuti Malhotra ka sawal hai: "Maulana, why why is that when one is in pain or suffering, he is closest to God?</w:t>
      </w:r>
    </w:p>
    <w:p>
      <w:pPr>
        <w:jc w:val="right"/>
      </w:pPr>
      <w:r>
        <w:t>میز استوتی ملوترا کا سوال ہے: "مولانا، وائی وائی از دیٹ وین ون از ان پین اور سفرنگ، ہی از کلوزسٹ ٹو گاڈ؟</w:t>
      </w:r>
    </w:p>
    <w:p>
      <w:r>
        <w:rPr>
          <w:b/>
        </w:rPr>
        <w:t xml:space="preserve">[31:06] </w:t>
      </w:r>
      <w:r>
        <w:t>What is the reason for this?" kis cheez ke liye? jab aadmi pain mein hota hai ya suffering mein hota hai, to Khuda se zyada qareeb ho jata hai.</w:t>
      </w:r>
    </w:p>
    <w:p>
      <w:pPr>
        <w:jc w:val="right"/>
      </w:pPr>
      <w:r>
        <w:t>واٹ از دا ریزن فار دس؟" کس چیز کے لیے؟ جب آدمی پین میں ہوتا ہے یا سفرنگ میں ہوتا ہے، تو خدا سے زیادہ قریب ہو جاتا ہے۔</w:t>
      </w:r>
    </w:p>
    <w:p>
      <w:r>
        <w:rPr>
          <w:b/>
        </w:rPr>
        <w:t xml:space="preserve">[31:17] </w:t>
      </w:r>
      <w:r>
        <w:t>is ka reason kya hai?</w:t>
      </w:r>
    </w:p>
    <w:p>
      <w:pPr>
        <w:jc w:val="right"/>
      </w:pPr>
      <w:r>
        <w:t>اس کا ریزن کیا ہے؟</w:t>
      </w:r>
    </w:p>
    <w:p>
      <w:r>
        <w:rPr>
          <w:b/>
        </w:rPr>
        <w:t xml:space="preserve">[31:20] </w:t>
      </w:r>
      <w:r>
        <w:t>yeh to khud Quran mein hai ke Allah zaroor aap ko</w:t>
      </w:r>
    </w:p>
    <w:p>
      <w:pPr>
        <w:jc w:val="right"/>
      </w:pPr>
      <w:r>
        <w:t>یہ تو خود قرآن میں ہے کہ اللہ ضرور آپ کو</w:t>
      </w:r>
    </w:p>
    <w:p>
      <w:r>
        <w:rPr>
          <w:b/>
        </w:rPr>
        <w:t xml:space="preserve">[31:31] </w:t>
      </w:r>
      <w:r>
        <w:t>beshe mere khauf walju hai. to woh isi liye hota hai ke har har suffering darasal</w:t>
      </w:r>
    </w:p>
    <w:p>
      <w:pPr>
        <w:jc w:val="right"/>
      </w:pPr>
      <w:r>
        <w:t>بشے میرے خوف والجو ہے۔ تو وہ اسی لیے ہوتا ہے کہ ہر ہر سفرنگ دراصل</w:t>
      </w:r>
    </w:p>
    <w:p>
      <w:r>
        <w:rPr>
          <w:b/>
        </w:rPr>
        <w:t xml:space="preserve">[31:45] </w:t>
      </w:r>
      <w:r>
        <w:t>kam naam hai compression create kar ke aap ke andar</w:t>
      </w:r>
    </w:p>
    <w:p>
      <w:pPr>
        <w:jc w:val="right"/>
      </w:pPr>
      <w:r>
        <w:t>کم نام ہے کمپرشن کریٹ کر کے آپ کے اندر</w:t>
      </w:r>
    </w:p>
    <w:p>
      <w:r>
        <w:rPr>
          <w:b/>
        </w:rPr>
        <w:t xml:space="preserve">[31:52] </w:t>
      </w:r>
      <w:r>
        <w:t>rabani ehsas paida karna.</w:t>
      </w:r>
    </w:p>
    <w:p>
      <w:pPr>
        <w:jc w:val="right"/>
      </w:pPr>
      <w:r>
        <w:t>ربانی احساس پیدا کرنا۔</w:t>
      </w:r>
    </w:p>
    <w:p>
      <w:r>
        <w:rPr>
          <w:b/>
        </w:rPr>
        <w:t xml:space="preserve">[31:57] </w:t>
      </w:r>
      <w:r>
        <w:t>har safarng compression hai.</w:t>
      </w:r>
    </w:p>
    <w:p>
      <w:pPr>
        <w:jc w:val="right"/>
      </w:pPr>
      <w:r>
        <w:t>ہر سفرنگ کمپرشن ہے۔</w:t>
      </w:r>
    </w:p>
    <w:p>
      <w:r>
        <w:rPr>
          <w:b/>
        </w:rPr>
        <w:t xml:space="preserve">[32:07] </w:t>
      </w:r>
      <w:r>
        <w:t>yeh allah ka tareeqa hai, kyunke aap dekhiye jitna bhi positive kaam duniya mein hua hai, har jagah aap dekhenge ke safarng wahan zaroor hai.</w:t>
      </w:r>
    </w:p>
    <w:p>
      <w:pPr>
        <w:jc w:val="right"/>
      </w:pPr>
      <w:r>
        <w:t>یہ اللہ کا طریقہ ہے، کیونکہ آپ دیکھیے جتنا بھی پازیٹیو کام دنیا میں ہوا ہے، ہر جگہ آپ دیکھیں گے کہ سفرنگ وہاں ضرور ہے۔</w:t>
      </w:r>
    </w:p>
    <w:p>
      <w:r>
        <w:rPr>
          <w:b/>
        </w:rPr>
        <w:t xml:space="preserve">[32:24] </w:t>
      </w:r>
      <w:r>
        <w:t>newton</w:t>
      </w:r>
    </w:p>
    <w:p>
      <w:pPr>
        <w:jc w:val="right"/>
      </w:pPr>
      <w:r>
        <w:t>نیوٹن</w:t>
      </w:r>
    </w:p>
    <w:p>
      <w:r>
        <w:rPr>
          <w:b/>
        </w:rPr>
        <w:t xml:space="preserve">[32:26] </w:t>
      </w:r>
      <w:r>
        <w:t>ne discover ki thi, woh aap jante hain ke after shock ke baad kar paya woh.</w:t>
      </w:r>
    </w:p>
    <w:p>
      <w:pPr>
        <w:jc w:val="right"/>
      </w:pPr>
      <w:r>
        <w:t>نے ڈسکور کی تھی، وہ آپ جانتے ہیں کہ ایپرس شاک کے بعد کر پایا وہ۔</w:t>
      </w:r>
    </w:p>
    <w:p>
      <w:r>
        <w:rPr>
          <w:b/>
        </w:rPr>
        <w:t xml:space="preserve">[32:39] </w:t>
      </w:r>
      <w:r>
        <w:t>maulana, aisa kyun hai ke insaan safarng ki halat mein hi taraqqi karta hai ya kuch naya achieve karta hai? khushi ki halat mein kyun nahi karta hai?</w:t>
      </w:r>
    </w:p>
    <w:p>
      <w:pPr>
        <w:jc w:val="right"/>
      </w:pPr>
      <w:r>
        <w:t>مولانا، ایسا کیوں ہے کہ انسان سفرنگ کی حالت میں ہی ترقی کرتا ہے یا کچھ نیا اچیو کرتا ہے؟ خوشی کی حالت میں کیوں نہیں کرتا ہے؟</w:t>
      </w:r>
    </w:p>
    <w:p>
      <w:r>
        <w:rPr>
          <w:b/>
        </w:rPr>
        <w:t xml:space="preserve">[32:48] </w:t>
      </w:r>
      <w:r>
        <w:t>yeh toh nature ka tareeqa hai. nature ka yeh process hai ke agar aap ko safarng na ho toh aap behes behes ho jate hain.</w:t>
      </w:r>
    </w:p>
    <w:p>
      <w:pPr>
        <w:jc w:val="right"/>
      </w:pPr>
      <w:r>
        <w:t>یہ تو نیچر کا طریقہ ہے۔ نیچر کا یہ پروسیس ہے کہ اگر آپ کو سفرنگ نہ ہو تو آپ بے حس بے حس ہو جاتے ہیں۔</w:t>
      </w:r>
    </w:p>
    <w:p>
      <w:r>
        <w:rPr>
          <w:b/>
        </w:rPr>
        <w:t xml:space="preserve">[33:02] </w:t>
      </w:r>
      <w:r>
        <w:t>aap zyada sochte nahi, lekin jab safarng paish aati hai toh aap sochte hain.</w:t>
      </w:r>
    </w:p>
    <w:p>
      <w:pPr>
        <w:jc w:val="right"/>
      </w:pPr>
      <w:r>
        <w:t>آپ زیادہ سوچتے نہیں، لیکن جب سفرنگ پیش آتی ہے تو آپ سوچتے ہیں۔</w:t>
      </w:r>
    </w:p>
    <w:p>
      <w:r>
        <w:rPr>
          <w:b/>
        </w:rPr>
        <w:t xml:space="preserve">[33:09] </w:t>
      </w:r>
      <w:r>
        <w:t>toh woh compression aap ko sochne par majboor karta hai.</w:t>
      </w:r>
    </w:p>
    <w:p>
      <w:pPr>
        <w:jc w:val="right"/>
      </w:pPr>
      <w:r>
        <w:t>تو وہ کمپرشن آپ کو سوچنے پر مجبور کرتا ہے۔</w:t>
      </w:r>
    </w:p>
    <w:p>
      <w:r>
        <w:rPr>
          <w:b/>
        </w:rPr>
        <w:t xml:space="preserve">[33:21] </w:t>
      </w:r>
      <w:r>
        <w:t>maulana, ek hadith hai tauba ke talluq se, ibn majah mein hai: "at-taib min adh-dhanbi kama la dhambala" ke tauba se gunah se tauba karne wala aisa hai ke uska koi gunah nahi.</w:t>
      </w:r>
    </w:p>
    <w:p>
      <w:pPr>
        <w:jc w:val="right"/>
      </w:pPr>
      <w:r>
        <w:t>مولانا، ایک حدیث ہے توبہ کے تعلق سے، ابن ماجہ میں ہے: "التائب من الذنب کما اللہ ذنبلا" کہ توبہ سے گناہ سے توبہ کرنے والا ایسا ہے کہ اس کا کوئی گناہ نہیں۔</w:t>
      </w:r>
    </w:p>
    <w:p>
      <w:r>
        <w:rPr>
          <w:b/>
        </w:rPr>
        <w:t xml:space="preserve">[33:36] </w:t>
      </w:r>
      <w:r>
        <w:t>is liye ke agar tauba sachi tauba hai, tauba nasuh hai, toh woh maaf insaan ko maafi mil jati hai.</w:t>
      </w:r>
    </w:p>
    <w:p>
      <w:pPr>
        <w:jc w:val="right"/>
      </w:pPr>
      <w:r>
        <w:t>اس لیے کہ اگر توبہ سچی توبہ ہے، توبہ نصوح ہے، تو وہ معاف انسان کو معافی مل جاتی ہے۔</w:t>
      </w:r>
    </w:p>
    <w:p>
      <w:r>
        <w:rPr>
          <w:b/>
        </w:rPr>
        <w:t xml:space="preserve">[33:46] </w:t>
      </w:r>
      <w:r>
        <w:t>tauba nasuh ke baad insaan maaf kar diya jata hai. yahi matlab hai iska, yaani allah iske gunah ko dho deta hai.</w:t>
      </w:r>
    </w:p>
    <w:p>
      <w:pPr>
        <w:jc w:val="right"/>
      </w:pPr>
      <w:r>
        <w:t>توبہ نصوح کے بعد انسان معاف کر دیا جاتا ہے۔ یہی مطلب ہے اس کا، یعنی اللہ اس کے گناہ کو دھو دیتا ہے۔</w:t>
      </w:r>
    </w:p>
    <w:p>
      <w:r>
        <w:rPr>
          <w:b/>
        </w:rPr>
        <w:t xml:space="preserve">[33:58] </w:t>
      </w:r>
      <w:r>
        <w:t>agar woh tauba nasuh karta hai toh yeh matlab hai iska.</w:t>
      </w:r>
    </w:p>
    <w:p>
      <w:pPr>
        <w:jc w:val="right"/>
      </w:pPr>
      <w:r>
        <w:t>اگر وہ توبہ نصوح کرتا ہے تو یہ مطلب ہے اس کا۔</w:t>
      </w:r>
    </w:p>
    <w:p>
      <w:r>
        <w:rPr>
          <w:b/>
        </w:rPr>
        <w:t xml:space="preserve">[34:09] </w:t>
      </w:r>
      <w:r>
        <w:t>maulana iqbal umri sahib ka sawal hai: "siyasi taabeer ka matlab muslim rukhi soch aur ghair ghair siyasi rukhi fikr ka matlab dawat rukhi soch.</w:t>
      </w:r>
    </w:p>
    <w:p>
      <w:pPr>
        <w:jc w:val="right"/>
      </w:pPr>
      <w:r>
        <w:t>مولانا اقبال عمری صاحب کا سوال ہے: "سیاسی تعبیر کا مطلب مسلم رخی سوچ اور غیر غیر سیاسی رخی فکر کا مطلب دعوت رخی سوچ۔</w:t>
      </w:r>
    </w:p>
    <w:p>
      <w:r>
        <w:rPr>
          <w:b/>
        </w:rPr>
        <w:t xml:space="preserve">[34:21] </w:t>
      </w:r>
      <w:r>
        <w:t>maulana, muslim oriented thinking aur insaan oriented thinking mein farq kin baaton se kiya jayega?" bas toh aap ne theek kaha, aap ne theek kaha.</w:t>
      </w:r>
    </w:p>
    <w:p>
      <w:pPr>
        <w:jc w:val="right"/>
      </w:pPr>
      <w:r>
        <w:t>مولانا، مسلم اورینٹڈ تھنکنگ اور انسان اورینٹڈ تھنکنگ میں فرق کن باتوں سے کیا جائے گا؟" بس تو آپ نے ٹھیک کہا، آپ نے ٹھیک کہا۔</w:t>
      </w:r>
    </w:p>
    <w:p>
      <w:r>
        <w:rPr>
          <w:b/>
        </w:rPr>
        <w:t xml:space="preserve">[34:40] </w:t>
      </w:r>
      <w:r>
        <w:t>farq kaise kiya jayega muslim oriented thinking aur insaan oriented thinking mein? misaal ke taur par dekhiye, america ke musalman jo nazariye par chal rahe hain, woh hai kya kehte hain wahan?</w:t>
      </w:r>
    </w:p>
    <w:p>
      <w:pPr>
        <w:jc w:val="right"/>
      </w:pPr>
      <w:r>
        <w:t>فرق کیسے کیا جائے گا مسلم اورینٹڈ تھنکنگ اور انسان اورینٹڈ تھنکنگ میں؟ مثلاً دیکھیے، امریکہ کے مسلمان جو نظریے پر چل رہے ہیں، وہ ہے کیا کہتے ہیں وہاں؟</w:t>
      </w:r>
    </w:p>
    <w:p>
      <w:r>
        <w:rPr>
          <w:b/>
        </w:rPr>
        <w:t xml:space="preserve">[35:00] </w:t>
      </w:r>
      <w:r>
        <w:t>muslim empowerment.</w:t>
      </w:r>
    </w:p>
    <w:p>
      <w:pPr>
        <w:jc w:val="right"/>
      </w:pPr>
      <w:r>
        <w:t>مسلم ایمپاورمنٹ۔</w:t>
      </w:r>
    </w:p>
    <w:p>
      <w:r>
        <w:rPr>
          <w:b/>
        </w:rPr>
        <w:t xml:space="preserve">[35:02] </w:t>
      </w:r>
      <w:r>
        <w:t>haan, muslim empowerment. woh kya hai? maine use ke woh qaumiyat soch hai, woh dawati soch nahi hai.</w:t>
      </w:r>
    </w:p>
    <w:p>
      <w:pPr>
        <w:jc w:val="right"/>
      </w:pPr>
      <w:r>
        <w:t>ہاں، مسلم ایمپاورمنٹ۔ وہ کیا ہے؟ میں نے اسے کہ وہ قومیت سوچ ہے، وہ دعوتی سوچ نہیں ہے۔</w:t>
      </w:r>
    </w:p>
    <w:p>
      <w:r>
        <w:rPr>
          <w:b/>
        </w:rPr>
        <w:t xml:space="preserve">[35:16] </w:t>
      </w:r>
      <w:r>
        <w:t>toh bahut aasan hai yeh farq karna,</w:t>
      </w:r>
    </w:p>
    <w:p>
      <w:pPr>
        <w:jc w:val="right"/>
      </w:pPr>
      <w:r>
        <w:t>تو بہت آسان ہے یہ فرق کرنا،</w:t>
      </w:r>
    </w:p>
    <w:p>
      <w:r>
        <w:rPr>
          <w:b/>
        </w:rPr>
        <w:t xml:space="preserve">[35:21] </w:t>
      </w:r>
      <w:r>
        <w:t>jahan qaumi soch ho, jahan sazish soch ho,</w:t>
      </w:r>
    </w:p>
    <w:p>
      <w:pPr>
        <w:jc w:val="right"/>
      </w:pPr>
      <w:r>
        <w:t>جہاں قومی سوچ ہو، جہاں سازش سوچ ہو،</w:t>
      </w:r>
    </w:p>
    <w:p>
      <w:r>
        <w:rPr>
          <w:b/>
        </w:rPr>
        <w:t xml:space="preserve">[35:30] </w:t>
      </w:r>
      <w:r>
        <w:t>woh dawati soch nahi hai.</w:t>
      </w:r>
    </w:p>
    <w:p>
      <w:pPr>
        <w:jc w:val="right"/>
      </w:pPr>
      <w:r>
        <w:t>وہ دعوتی سوچ نہیں ہے۔</w:t>
      </w:r>
    </w:p>
    <w:p>
      <w:r>
        <w:rPr>
          <w:b/>
        </w:rPr>
        <w:t xml:space="preserve">[35:37] </w:t>
      </w:r>
      <w:r>
        <w:t>maulana, aise yeh kaha ja sakta hai ke jis insaan ke andar khuda ki marifat aayegi, uske andar dawati soch ya insaan rukhi soch aayegi.</w:t>
      </w:r>
    </w:p>
    <w:p>
      <w:pPr>
        <w:jc w:val="right"/>
      </w:pPr>
      <w:r>
        <w:t>مولانا، ایسے یہ کہا جا سکتا ہے کہ جس انسان کے اندر خدا کی معرفت آئے گی، اس کے اندر دعوتی سوچ یا انسان رخی سوچ آئے گی۔</w:t>
      </w:r>
    </w:p>
    <w:p>
      <w:r>
        <w:rPr>
          <w:b/>
        </w:rPr>
        <w:t xml:space="preserve">[35:48] </w:t>
      </w:r>
      <w:r>
        <w:t>bilkul sahi hai, iska is ka nateeja hai, woh is soch ka nateeja hai.</w:t>
      </w:r>
    </w:p>
    <w:p>
      <w:pPr>
        <w:jc w:val="right"/>
      </w:pPr>
      <w:r>
        <w:t>بالکل صحیح ہے، اس کا اس کا نتیجہ ہے، وہ اس سوچ کا نتیجہ ہے۔</w:t>
      </w:r>
    </w:p>
    <w:p>
      <w:r>
        <w:rPr>
          <w:b/>
        </w:rPr>
        <w:t xml:space="preserve">[36:00] </w:t>
      </w:r>
      <w:r>
        <w:t>donon cheezein alag alag nahi hain.</w:t>
      </w:r>
    </w:p>
    <w:p>
      <w:pPr>
        <w:jc w:val="right"/>
      </w:pPr>
      <w:r>
        <w:t>دونوں چیزیں الگ الگ نہیں ہیں۔</w:t>
      </w:r>
    </w:p>
    <w:p>
      <w:r>
        <w:rPr>
          <w:b/>
        </w:rPr>
        <w:t xml:space="preserve">[36:05] </w:t>
      </w:r>
      <w:r>
        <w:t>maulana, ab khatam karenge.</w:t>
      </w:r>
    </w:p>
    <w:p>
      <w:pPr>
        <w:jc w:val="right"/>
      </w:pPr>
      <w:r>
        <w:t>مولانا، اب ختم کریں گے۔</w:t>
      </w:r>
    </w:p>
    <w:p>
      <w:r>
        <w:rPr>
          <w:b/>
        </w:rPr>
        <w:t xml:space="preserve">[36:09] </w:t>
      </w:r>
      <w:r>
        <w:t>jazakallah.</w:t>
      </w:r>
    </w:p>
    <w:p>
      <w:pPr>
        <w:jc w:val="right"/>
      </w:pPr>
      <w:r>
        <w:t>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