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Chapter 2 Al-Baqarah (The Heifer) verses 74-141</w:t>
      </w:r>
    </w:p>
    <w:p>
      <w:r>
        <w:t>https://www.youtube.com/watch?v=Ii9D896fyNg</w:t>
      </w:r>
    </w:p>
    <w:p>
      <w:r>
        <w:rPr>
          <w:b/>
        </w:rPr>
        <w:t xml:space="preserve">[00:02] </w:t>
      </w:r>
      <w:r>
        <w:t>thumma qasat qulubukum min ba'da zalika fa hiya kal hijarati aw ashadd qaswah, wa inna min al-hijarati lama yatafajjar minhu al-anhar,</w:t>
      </w:r>
    </w:p>
    <w:p>
      <w:pPr>
        <w:jc w:val="right"/>
      </w:pPr>
      <w:r>
        <w:t>ثم قست قلوبكم من بعد ذلك فهي كالحجارة أو أشد قسوة، وإن من الحجارة لما يتفجر منه الأنهار،</w:t>
      </w:r>
    </w:p>
    <w:p>
      <w:r>
        <w:rPr>
          <w:b/>
        </w:rPr>
        <w:t xml:space="preserve">[00:22] </w:t>
      </w:r>
      <w:r>
        <w:t>wa inna minha lama yashshaqqu fa yakhruju minhu al-ma', wa inna minha lama yahbatu min khashyatillah,</w:t>
      </w:r>
    </w:p>
    <w:p>
      <w:pPr>
        <w:jc w:val="right"/>
      </w:pPr>
      <w:r>
        <w:t>وإن منها لما يشقق فيخرج منه الماء، وإن منها لما يهبط من خشية الله،</w:t>
      </w:r>
    </w:p>
    <w:p>
      <w:r>
        <w:rPr>
          <w:b/>
        </w:rPr>
        <w:t xml:space="preserve">[00:40] </w:t>
      </w:r>
      <w:r>
        <w:t>wa ma allahu bighafilin 'amma ta'malun.</w:t>
      </w:r>
    </w:p>
    <w:p>
      <w:pPr>
        <w:jc w:val="right"/>
      </w:pPr>
      <w:r>
        <w:t>وما الله بغافل عما تعملون.</w:t>
      </w:r>
    </w:p>
    <w:p>
      <w:r>
        <w:rPr>
          <w:b/>
        </w:rPr>
        <w:t xml:space="preserve">[00:49] </w:t>
      </w:r>
      <w:r>
        <w:t>phir is ke baad tumhare dil sakht ho gaye, pas wo pathar ki manind ho gaye, ya is se bhi zyada sakht.</w:t>
      </w:r>
    </w:p>
    <w:p>
      <w:pPr>
        <w:jc w:val="right"/>
      </w:pPr>
      <w:r>
        <w:t>پھر اس کے بعد تمہارے دل سخت ہو گئے، پس وہ پتھر کی مانند ہو گئے، یا اس سے بھی زیادہ سخت۔</w:t>
      </w:r>
    </w:p>
    <w:p>
      <w:r>
        <w:rPr>
          <w:b/>
        </w:rPr>
        <w:t xml:space="preserve">[00:59] </w:t>
      </w:r>
      <w:r>
        <w:t>patharon mein ba'z aise bhi hote hain jin se nehren phoot nikalti hain,</w:t>
      </w:r>
    </w:p>
    <w:p>
      <w:pPr>
        <w:jc w:val="right"/>
      </w:pPr>
      <w:r>
        <w:t>پتھروں میں بعض ایسے بھی ہوتے ہیں جن سے نہریں پھوٹ نکلتی ہیں،</w:t>
      </w:r>
    </w:p>
    <w:p>
      <w:r>
        <w:rPr>
          <w:b/>
        </w:rPr>
        <w:t xml:space="preserve">[01:07] </w:t>
      </w:r>
      <w:r>
        <w:t>ba'z pathar phat jate hain aur un se pani nikal aata hai, aur ba'z pathar aise bhi hote hain jo allah ke darr se gir padte hain, aur allah is se bekhabar nahi</w:t>
      </w:r>
    </w:p>
    <w:p>
      <w:pPr>
        <w:jc w:val="right"/>
      </w:pPr>
      <w:r>
        <w:t>بعض پتھر پھٹ جاتے ہیں اور ان سے پانی نکل آتا ہے، اور بعض پتھر ایسے بھی ہوتے ہیں جو اللہ کے ڈر سے گر پڑتے ہیں، اور اللہ اس سے بے خبر نہیں</w:t>
      </w:r>
    </w:p>
    <w:p>
      <w:r>
        <w:rPr>
          <w:b/>
        </w:rPr>
        <w:t xml:space="preserve">[01:23] </w:t>
      </w:r>
      <w:r>
        <w:t>jo tum karte ho.</w:t>
      </w:r>
    </w:p>
    <w:p>
      <w:pPr>
        <w:jc w:val="right"/>
      </w:pPr>
      <w:r>
        <w:t>جو تم کرتے ہو۔</w:t>
      </w:r>
    </w:p>
    <w:p>
      <w:r>
        <w:rPr>
          <w:b/>
        </w:rPr>
        <w:t xml:space="preserve">[01:28] </w:t>
      </w:r>
      <w:r>
        <w:t>khuda ke hukum ke bare mein jo log bahasein aur taweelein karein, un ke andar dheere dheere be-hissi ka marz paida ho jata hai, un ke dil sakht hote chale jate hain.</w:t>
      </w:r>
    </w:p>
    <w:p>
      <w:pPr>
        <w:jc w:val="right"/>
      </w:pPr>
      <w:r>
        <w:t>خدا کے حکم کے بارے میں جو لوگ بحثیں اور تاویلیں کریں، ان کے اندر دھیرے دھیرے بے حسی کا مرض پیدا ہو جاتا ہے، ان کے دل سخت ہوتے چلے جاتے ہیں۔</w:t>
      </w:r>
    </w:p>
    <w:p>
      <w:r>
        <w:rPr>
          <w:b/>
        </w:rPr>
        <w:t xml:space="preserve">[01:45] </w:t>
      </w:r>
      <w:r>
        <w:t>khuda ka naam sab se bari hasti ka naam hai, aadmi ke andar iman zinda ho to khuda ka naam us ko hila deta hai.</w:t>
      </w:r>
    </w:p>
    <w:p>
      <w:pPr>
        <w:jc w:val="right"/>
      </w:pPr>
      <w:r>
        <w:t>خدا کا نام سب سے بڑی ہستی کا نام ہے، آدمی کے اندر ایمان زندہ ہو تو خدا کا نام اس کو ہلا دیتا ہے۔</w:t>
      </w:r>
    </w:p>
    <w:p>
      <w:r>
        <w:rPr>
          <w:b/>
        </w:rPr>
        <w:t xml:space="preserve">[01:57] </w:t>
      </w:r>
      <w:r>
        <w:t>bolne se zyada use chup lag jati hai, magar</w:t>
      </w:r>
    </w:p>
    <w:p>
      <w:pPr>
        <w:jc w:val="right"/>
      </w:pPr>
      <w:r>
        <w:t>بولنے سے زیادہ اسے چپ لگ جاتی ہے، مگر</w:t>
      </w:r>
    </w:p>
    <w:p>
      <w:r>
        <w:rPr>
          <w:b/>
        </w:rPr>
        <w:t xml:space="preserve">[02:02] </w:t>
      </w:r>
      <w:r>
        <w:t>jab dilon mein jamood aur be-hissi aati hai to khuda ki baaton mein bhi isi qism ki bahasein aur taweelein shuru kar di jati hain jo aam insani kalam mein ki jati hain.</w:t>
      </w:r>
    </w:p>
    <w:p>
      <w:pPr>
        <w:jc w:val="right"/>
      </w:pPr>
      <w:r>
        <w:t>جب دلوں میں جمود اور بے حسی آتی ہے تو خدا کی باتوں میں بھی اسی قسم کی بحثیں اور تاویلیں شروع کر دی جاتی ہیں جو عام انسانی کلام میں کی جاتی ہیں۔</w:t>
      </w:r>
    </w:p>
    <w:p>
      <w:r>
        <w:rPr>
          <w:b/>
        </w:rPr>
        <w:t xml:space="preserve">[02:18] </w:t>
      </w:r>
      <w:r>
        <w:t>is qism ka amal un ki be-hissi mein aur izafa karta chala jata hai,</w:t>
      </w:r>
    </w:p>
    <w:p>
      <w:pPr>
        <w:jc w:val="right"/>
      </w:pPr>
      <w:r>
        <w:t>اس قسم کا عمل ان کی بے حسی میں اور اضافہ کرتا چلا جاتا ہے،</w:t>
      </w:r>
    </w:p>
    <w:p>
      <w:r>
        <w:rPr>
          <w:b/>
        </w:rPr>
        <w:t xml:space="preserve">[02:24] </w:t>
      </w:r>
      <w:r>
        <w:t>yahan tak ke un ke dil pathar ki tarah sakht ho jate hain. ab khuda ka tasawwur un ke dilon ko nahi pighlata, wo un ke andar tadap paida nahi karta,</w:t>
      </w:r>
    </w:p>
    <w:p>
      <w:pPr>
        <w:jc w:val="right"/>
      </w:pPr>
      <w:r>
        <w:t>یہاں تک کہ ان کے دل پتھر کی طرح سخت ہو جاتے ہیں۔ اب خدا کا تصور ان کے دلوں کو نہیں پگھلاتا، وہ ان کے اندر تڑپ پیدا نہیں کرتا،</w:t>
      </w:r>
    </w:p>
    <w:p>
      <w:r>
        <w:rPr>
          <w:b/>
        </w:rPr>
        <w:t xml:space="preserve">[02:38] </w:t>
      </w:r>
      <w:r>
        <w:t>wo un ki rooh ke andar</w:t>
      </w:r>
    </w:p>
    <w:p>
      <w:pPr>
        <w:jc w:val="right"/>
      </w:pPr>
      <w:r>
        <w:t>وہ ان کی روح کے اندر</w:t>
      </w:r>
    </w:p>
    <w:p>
      <w:r>
        <w:rPr>
          <w:b/>
        </w:rPr>
        <w:t xml:space="preserve">[02:40] </w:t>
      </w:r>
      <w:r>
        <w:t>ehtiyat paida karne ka sabab nahi banta.</w:t>
      </w:r>
    </w:p>
    <w:p>
      <w:pPr>
        <w:jc w:val="right"/>
      </w:pPr>
      <w:r>
        <w:t>احتیاط پیدا کرنے کا سبب نہیں بنتا۔</w:t>
      </w:r>
    </w:p>
    <w:p>
      <w:r>
        <w:rPr>
          <w:b/>
        </w:rPr>
        <w:t xml:space="preserve">[02:47] </w:t>
      </w:r>
      <w:r>
        <w:t>patharon ka zikr yahan tamseel ke taur par kiya gaya hai. khuda ne apni kainat ko is tarah banaya hai ke wo aadmi ke liye ebrat aur naseehat ka saman ban gayi hai.</w:t>
      </w:r>
    </w:p>
    <w:p>
      <w:pPr>
        <w:jc w:val="right"/>
      </w:pPr>
      <w:r>
        <w:t>پتھروں کا ذکر یہاں تمثیل کے طور پر کیا گیا ہے۔ خدا نے اپنی کائنات کو اس طرح بنایا ہے کہ وہ آدمی کے لیے عبرت اور نصیحت کا سامان بن گئی ہے۔</w:t>
      </w:r>
    </w:p>
    <w:p>
      <w:r>
        <w:rPr>
          <w:b/>
        </w:rPr>
        <w:t xml:space="preserve">[03:04] </w:t>
      </w:r>
      <w:r>
        <w:t>yahan ki har cheez khamosh misaal ki zaban mein isi marzi rabb ka amli nishan hai jo marzi rabb quran mein alfaz ke zariye bayan ki gayi hai.</w:t>
      </w:r>
    </w:p>
    <w:p>
      <w:pPr>
        <w:jc w:val="right"/>
      </w:pPr>
      <w:r>
        <w:t>یہاں کی ہر چیز خاموش مثال کی زبان میں اسی مرضی رب کا عملی نشان ہے جو مرضی رب قرآن میں الفاظ کے ذریعے بیان کی گئی ہے۔</w:t>
      </w:r>
    </w:p>
    <w:p>
      <w:r>
        <w:rPr>
          <w:b/>
        </w:rPr>
        <w:t xml:space="preserve">[03:19] </w:t>
      </w:r>
      <w:r>
        <w:t>patharon ke zariye khuda ne apni dunya mein jo tamseelat qaim ki hain,</w:t>
      </w:r>
    </w:p>
    <w:p>
      <w:pPr>
        <w:jc w:val="right"/>
      </w:pPr>
      <w:r>
        <w:t>پتھروں کے ذریعے خدا نے اپنی دنیا میں جو تمثیلات قائم کی ہیں،</w:t>
      </w:r>
    </w:p>
    <w:p>
      <w:r>
        <w:rPr>
          <w:b/>
        </w:rPr>
        <w:t xml:space="preserve">[03:25] </w:t>
      </w:r>
      <w:r>
        <w:t>un mein se teen cheezon ki taraf is ayat mein ishara kiya gaya hai. pahadon par ek mashahida ye samne aata hai ke patharon ke andar se pani ke sote behte rehte hain jo bil akhir mil kar darya ki surat ikhtiyar kar lete hain.</w:t>
      </w:r>
    </w:p>
    <w:p>
      <w:pPr>
        <w:jc w:val="right"/>
      </w:pPr>
      <w:r>
        <w:t>ان میں سے تین چیزوں کی طرف اس آیت میں اشارہ کیا گیا ہے۔ پہاڑوں پر ایک مشاہدہ یہ سامنے آتا ہے کہ پتھروں کے اندر سے پانی کے سوتے بہتے رہتے ہیں جو بالآخر مل کر دریا کی صورت اختیار کر لیتے ہیں۔</w:t>
      </w:r>
    </w:p>
    <w:p>
      <w:r>
        <w:rPr>
          <w:b/>
        </w:rPr>
        <w:t xml:space="preserve">[03:45] </w:t>
      </w:r>
      <w:r>
        <w:t>ye us insan ki tamseel hai jis ke dil mein allah ka darr basa hua ho, aur wo aansuon ki surat mein us ki aankh se beh pada ho.</w:t>
      </w:r>
    </w:p>
    <w:p>
      <w:pPr>
        <w:jc w:val="right"/>
      </w:pPr>
      <w:r>
        <w:t>یہ اس انسان کی تمثیل ہے جس کے دل میں اللہ کا ڈر بسا ہوا ہو، اور وہ آنسوؤں کی صورت میں اس کی آنکھ سے بہہ پڑتا ہو۔</w:t>
      </w:r>
    </w:p>
    <w:p>
      <w:r>
        <w:rPr>
          <w:b/>
        </w:rPr>
        <w:t xml:space="preserve">[03:58] </w:t>
      </w:r>
      <w:r>
        <w:t>dusri misaal us pathar ki hai jo bazahir khushk chattan maloom hota hai, magar jab todne wale us ko todte hain to maloom hota hai ke us ke neeche</w:t>
      </w:r>
    </w:p>
    <w:p>
      <w:pPr>
        <w:jc w:val="right"/>
      </w:pPr>
      <w:r>
        <w:t>دوسری مثال اس پتھر کی ہے جو بظاہر خشک چٹان معلوم ہوتا ہے، مگر جب توڑنے والے اس کو توڑتے ہیں تو معلوم ہوتا ہے کہ اس کے نیچے</w:t>
      </w:r>
    </w:p>
    <w:p>
      <w:r>
        <w:rPr>
          <w:b/>
        </w:rPr>
        <w:t xml:space="preserve">[04:10] </w:t>
      </w:r>
      <w:r>
        <w:t>pani ka bara zakhira maujood tha. aisi chatanon ko tor kar kuin banaye jatay hain. yeh us insaan ki tamseel hai jo bazahir khuda se door maloom hota tha, us ke baad us par aik hadsa guzra, us hadsay ne us ki rooh ko hila diya,</w:t>
      </w:r>
    </w:p>
    <w:p>
      <w:pPr>
        <w:jc w:val="right"/>
      </w:pPr>
      <w:r>
        <w:t>پانی کا بڑا ذخیرہ موجود تھا۔ ایسی چٹانوں کو توڑ کر کنویں بنائے جاتے ہیں۔ یہ اس انسان کی تمثیل ہے جو بظاہر خدا سے دور معلوم ہوتا تھا، اس کے بعد اس پر ایک حادثہ گزرا، اس حادثے نے اس کی روح کو ہلا دیا،</w:t>
      </w:r>
    </w:p>
    <w:p>
      <w:r>
        <w:rPr>
          <w:b/>
        </w:rPr>
        <w:t xml:space="preserve">[04:30] </w:t>
      </w:r>
      <w:r>
        <w:t>wo aansuon ke sailab ke sath khuda ki taraf daud pada. patharon ki dunya mein teesri misaal landslide ki hai, yani paharon ke oopar se pathar ke tukron ka ladak kar neechay aa jana.</w:t>
      </w:r>
    </w:p>
    <w:p>
      <w:pPr>
        <w:jc w:val="right"/>
      </w:pPr>
      <w:r>
        <w:t>وہ آنسوؤں کے سیلاب کے ساتھ خدا کی طرف دوڑ پڑا۔ پتھروں کی دنیا میں تیسری مثال لینڈ سلائیڈ کی ہے، یعنی پہاڑوں کے اوپر سے پتھر کے ٹکڑوں کا لڑک کر نیچے آ جانا۔</w:t>
      </w:r>
    </w:p>
    <w:p>
      <w:r>
        <w:rPr>
          <w:b/>
        </w:rPr>
        <w:t xml:space="preserve">[04:47] </w:t>
      </w:r>
      <w:r>
        <w:t>yeh us insaan ki tamseel hai jis ne kisi insaan ke muqablay mein ghalat rawaiyya ikhtiyar kiya. us ke baad us ke samnay khuda ka hukum pesh kiya gaya.</w:t>
      </w:r>
    </w:p>
    <w:p>
      <w:pPr>
        <w:jc w:val="right"/>
      </w:pPr>
      <w:r>
        <w:t>یہ اس انسان کی تمثیل ہے جس نے کسی انسان کے مقابلے میں غلط رویہ اختیار کیا۔ اس کے بعد اس کے سامنے خدا کا حکم پیش کیا گیا۔</w:t>
      </w:r>
    </w:p>
    <w:p>
      <w:r>
        <w:rPr>
          <w:b/>
        </w:rPr>
        <w:t xml:space="preserve">[05:01] </w:t>
      </w:r>
      <w:r>
        <w:t>khuda ka hukum samnay atay hi wo dhah pada.</w:t>
      </w:r>
    </w:p>
    <w:p>
      <w:pPr>
        <w:jc w:val="right"/>
      </w:pPr>
      <w:r>
        <w:t>خدا کا حکم سامنے آتے ہی وہ ڈھہ پڑا۔</w:t>
      </w:r>
    </w:p>
    <w:p>
      <w:r>
        <w:rPr>
          <w:b/>
        </w:rPr>
        <w:t xml:space="preserve">[05:04] </w:t>
      </w:r>
      <w:r>
        <w:t>insaan ke samnay wo jhuknay ke liye tayyar na tha, magar jab insaan ka mamla khuda ka mamla ban gaya to wo ajizana tor par us ke agay gir pada.</w:t>
      </w:r>
    </w:p>
    <w:p>
      <w:pPr>
        <w:jc w:val="right"/>
      </w:pPr>
      <w:r>
        <w:t>انسان کے سامنے وہ جھکنے کے لیے تیار نہ تھا، مگر جب انسان کا معاملہ خدا کا معاملہ بن گیا تو وہ عاجزانہ طور پر اس کے آگے گر پڑا۔</w:t>
      </w:r>
    </w:p>
    <w:p>
      <w:r>
        <w:rPr>
          <w:b/>
        </w:rPr>
        <w:t xml:space="preserve">[05:20] </w:t>
      </w:r>
      <w:r>
        <w:t>afatatmauna an yu'minu lakum waqad kana farequn minhum yasma'una kalama allahi thumma yuharrifunahu min ba'di ma 'aqaluhu wa hum ya'lamun.</w:t>
      </w:r>
    </w:p>
    <w:p>
      <w:pPr>
        <w:jc w:val="right"/>
      </w:pPr>
      <w:r>
        <w:t>أفَتَطْمَعُونَ أَنْ يُؤْمِنُوا لَكُمْ وَقَدْ كَانَ فَرِيقٌ مِنْهُمْ يَسْمَعُونَ كَلَامَ اللَّهِ ثُمَّ يُحَرِّفُونَهُ مِنْ بَعْدِ مَا عَقَلُوهُ وَهُمْ يَعْلَمُونَ.</w:t>
      </w:r>
    </w:p>
    <w:p>
      <w:r>
        <w:rPr>
          <w:b/>
        </w:rPr>
        <w:t xml:space="preserve">[05:46] </w:t>
      </w:r>
      <w:r>
        <w:t>wa idha laqu alladhina amanu qalu amanna, wa idha khala ba'duhum ila ba'din qalu atuhaddithunahum?</w:t>
      </w:r>
    </w:p>
    <w:p>
      <w:pPr>
        <w:jc w:val="right"/>
      </w:pPr>
      <w:r>
        <w:t>وإذا لقوا الذين آمنوا قالوا آمنا، وإذا خلا بعضهم إلى بعض قالوا أتحدثونهم؟</w:t>
      </w:r>
    </w:p>
    <w:p>
      <w:r>
        <w:rPr>
          <w:b/>
        </w:rPr>
        <w:t xml:space="preserve">[06:03] </w:t>
      </w:r>
      <w:r>
        <w:t>qalu atuhaddithunahum bima fataha allahu 'alaikum lihajjakum bihi 'inda rabbikum?</w:t>
      </w:r>
    </w:p>
    <w:p>
      <w:pPr>
        <w:jc w:val="right"/>
      </w:pPr>
      <w:r>
        <w:t>قالوا أتحدثونهم بما فتح الله عليكم ليحاجوكم به عند ربكم؟</w:t>
      </w:r>
    </w:p>
    <w:p>
      <w:r>
        <w:rPr>
          <w:b/>
        </w:rPr>
        <w:t xml:space="preserve">[06:22] </w:t>
      </w:r>
      <w:r>
        <w:t>afla ta'qilun? awala ya'lamuna anna allaha ya'lamu ma yusirrūna wa ma yu'linun?</w:t>
      </w:r>
    </w:p>
    <w:p>
      <w:pPr>
        <w:jc w:val="right"/>
      </w:pPr>
      <w:r>
        <w:t>أفلا تعقلون؟ أولا يعلمون أن الله يعلم ما يسرون وما يعلنون؟</w:t>
      </w:r>
    </w:p>
    <w:p>
      <w:r>
        <w:rPr>
          <w:b/>
        </w:rPr>
        <w:t xml:space="preserve">[06:40] </w:t>
      </w:r>
      <w:r>
        <w:t>kya tum yeh umeed rakhtay ho ke yeh yahood tumharay kehne se iman le aayen ge, halankay un mein se kuch log aisay hain ke woh Allah ka kalam suntay thay aur phir</w:t>
      </w:r>
    </w:p>
    <w:p>
      <w:pPr>
        <w:jc w:val="right"/>
      </w:pPr>
      <w:r>
        <w:t>کیا تم یہ امید رکھتے ہو کہ یہ یہود تمہارے کہنے سے ایمان لے آئیں گے، حالانکہ ان میں سے کچھ لوگ ایسے ہیں کہ وہ اللہ کا کلام سنتے تھے اور پھر</w:t>
      </w:r>
    </w:p>
    <w:p>
      <w:r>
        <w:rPr>
          <w:b/>
        </w:rPr>
        <w:t xml:space="preserve">[06:57] </w:t>
      </w:r>
      <w:r>
        <w:t>us ko badal dalte thay samajhnay ke baad, aur woh jantay hain. jab woh musalmanon se miltay hain to kehtay hain ke hum iman laye hue hain,</w:t>
      </w:r>
    </w:p>
    <w:p>
      <w:pPr>
        <w:jc w:val="right"/>
      </w:pPr>
      <w:r>
        <w:t>اس کو بدل ڈالتے تھے سمجھنے کے بعد، اور وہ جانتے ہیں۔ جب وہ مسلمانوں سے ملتے ہیں تو کہتے ہیں کہ ہم ایمان لائے ہوئے ہیں،</w:t>
      </w:r>
    </w:p>
    <w:p>
      <w:r>
        <w:rPr>
          <w:b/>
        </w:rPr>
        <w:t xml:space="preserve">[07:12] </w:t>
      </w:r>
      <w:r>
        <w:t>aur jab aapas mein aik doosray se miltay hain to kehtay hain:</w:t>
      </w:r>
    </w:p>
    <w:p>
      <w:pPr>
        <w:jc w:val="right"/>
      </w:pPr>
      <w:r>
        <w:t>اور جب آپس میں ایک دوسرے سے ملتے ہیں تو کہتے ہیں:</w:t>
      </w:r>
    </w:p>
    <w:p>
      <w:r>
        <w:rPr>
          <w:b/>
        </w:rPr>
        <w:t xml:space="preserve">[07:18] </w:t>
      </w:r>
      <w:r>
        <w:t>"kya tum un ko woh batain batatay ho jo Allah ne tum par kholi hain ke woh tumharay rab ke pas tum se hujjat karen?</w:t>
      </w:r>
    </w:p>
    <w:p>
      <w:pPr>
        <w:jc w:val="right"/>
      </w:pPr>
      <w:r>
        <w:t>"کیا تم ان کو وہ باتیں بتاتے ہو جو اللہ نے تم پر کھولی ہیں کہ وہ تمہارے رب کے پاس تم سے حجت کریں؟</w:t>
      </w:r>
    </w:p>
    <w:p>
      <w:r>
        <w:rPr>
          <w:b/>
        </w:rPr>
        <w:t xml:space="preserve">[07:29] </w:t>
      </w:r>
      <w:r>
        <w:t>kya tum samajhtay nahi?" kya woh nahi jantay ke Allah ko maloom hai jo woh chupatay hain aur jo woh zahir kartay hain?</w:t>
      </w:r>
    </w:p>
    <w:p>
      <w:pPr>
        <w:jc w:val="right"/>
      </w:pPr>
      <w:r>
        <w:t>کیا تم سمجھتے نہیں؟" کیا وہ نہیں جانتے کہ اللہ کو معلوم ہے جو وہ چھپاتے ہیں اور جو وہ ظاہر کرتے ہیں؟</w:t>
      </w:r>
    </w:p>
    <w:p>
      <w:r>
        <w:rPr>
          <w:b/>
        </w:rPr>
        <w:t xml:space="preserve">[07:42] </w:t>
      </w:r>
      <w:r>
        <w:t>tashreeh: madinay ke log jo rasool Allah sal Allah alayhi wasallam par iman laye thay, un ke is qadar jald aap ko pehchan lenay aur aap ko man lenay ka aik sabab yeh tha ke woh</w:t>
      </w:r>
    </w:p>
    <w:p>
      <w:pPr>
        <w:jc w:val="right"/>
      </w:pPr>
      <w:r>
        <w:t>تشریح: مدینے کے لوگ جو رسول اللہ صلی اللہ علیہ وسلم پر ایمان لائے تھے، ان کے اس قدر جلد آپ کو پہچان لینے اور آپ کو مان لینے کا ایک سبب یہ تھا کہ وہ</w:t>
      </w:r>
    </w:p>
    <w:p>
      <w:r>
        <w:rPr>
          <w:b/>
        </w:rPr>
        <w:t xml:space="preserve">[07:59] </w:t>
      </w:r>
      <w:r>
        <w:t>apnay yahoodi parosiyon se aksar suntay rehtay thay ke aik aakhri nabi aanay walay hain. is bina par nabi akhir uz zaman ki aamad ki khabar un ke liye aik manoos khabar thi.</w:t>
      </w:r>
    </w:p>
    <w:p>
      <w:pPr>
        <w:jc w:val="right"/>
      </w:pPr>
      <w:r>
        <w:t>اپنے یہودی پڑوسیوں سے اکثر سنتے رہتے تھے کہ ایک آخری نبی آنے والے ہیں۔ اس بنا پر نبی آخر الزماں کی آمد کی خبر ان کے لیے ایک مانوس خبر تھی۔</w:t>
      </w:r>
    </w:p>
    <w:p>
      <w:r>
        <w:rPr>
          <w:b/>
        </w:rPr>
        <w:t xml:space="preserve">[08:15] </w:t>
      </w:r>
      <w:r>
        <w:t>yeh musalman tabai tor par</w:t>
      </w:r>
    </w:p>
    <w:p>
      <w:pPr>
        <w:jc w:val="right"/>
      </w:pPr>
      <w:r>
        <w:t>یہ مسلمان طبیعی طور پر</w:t>
      </w:r>
    </w:p>
    <w:p>
      <w:r>
        <w:rPr>
          <w:b/>
        </w:rPr>
        <w:t xml:space="preserve">[08:18] </w:t>
      </w:r>
      <w:r>
        <w:t>is umeed mein thay ke jin yahood ki batain sun kar un ke dil ke andar qabool e islam ka ibtidaai jazba ubhra tha, woh yaqeenan khud bhi agay barh kar is peghambar ka sath den ge.</w:t>
      </w:r>
    </w:p>
    <w:p>
      <w:pPr>
        <w:jc w:val="right"/>
      </w:pPr>
      <w:r>
        <w:t>اس امید میں تھے کہ جن یہود کی باتیں سن کر ان کے دل کے اندر قبول اسلام کا ابتدائی جذبہ ابھرا تھا، وہ یقینا خود بھی آگے بڑھ کر اس پیغمبر کا ساتھ دیں گے۔</w:t>
      </w:r>
    </w:p>
    <w:p>
      <w:r>
        <w:rPr>
          <w:b/>
        </w:rPr>
        <w:t xml:space="preserve">[08:34] </w:t>
      </w:r>
      <w:r>
        <w:t>chunancha woh pur josh tor par</w:t>
      </w:r>
    </w:p>
    <w:p>
      <w:pPr>
        <w:jc w:val="right"/>
      </w:pPr>
      <w:r>
        <w:t>چنانچہ وہ پرجوش طور پر</w:t>
      </w:r>
    </w:p>
    <w:p>
      <w:r>
        <w:rPr>
          <w:b/>
        </w:rPr>
        <w:t xml:space="preserve">[08:37] </w:t>
      </w:r>
      <w:r>
        <w:t>in yahudiyon ke pas islam ka paigham le kar jatay aur un ko dawat detay ke woh aap par iman la kar aap ka sath denay walay banen.</w:t>
      </w:r>
    </w:p>
    <w:p>
      <w:pPr>
        <w:jc w:val="right"/>
      </w:pPr>
      <w:r>
        <w:t>ان یہودیوں کے پاس اسلام کا پیغام لے کر جاتے اور ان کو دعوت دیتے کہ وہ آپ پر ایمان لا کر آپ کا ساتھ دینے والے بنیں۔</w:t>
      </w:r>
    </w:p>
    <w:p>
      <w:r>
        <w:rPr>
          <w:b/>
        </w:rPr>
        <w:t xml:space="preserve">[08:51] </w:t>
      </w:r>
      <w:r>
        <w:t>magar musalmanon ko is waqt sakht dhubba lagta jab woh dekhtay ke un ki umeedon ke bar aks</w:t>
      </w:r>
    </w:p>
    <w:p>
      <w:pPr>
        <w:jc w:val="right"/>
      </w:pPr>
      <w:r>
        <w:t>مگر مسلمانوں کو اس وقت سخت دھبکا لگتا جب وہ دیکھتے کہ ان کی امیدوں کے برعکس</w:t>
      </w:r>
    </w:p>
    <w:p>
      <w:r>
        <w:rPr>
          <w:b/>
        </w:rPr>
        <w:t xml:space="preserve">[08:59] </w:t>
      </w:r>
      <w:r>
        <w:t>yahood un ki dawat par labbaik kehne ke liye tayyar nahi hain. is ke nateejay mein aik aur nazakat paida ho rahi thi.</w:t>
      </w:r>
    </w:p>
    <w:p>
      <w:pPr>
        <w:jc w:val="right"/>
      </w:pPr>
      <w:r>
        <w:t>یہود ان کی دعوت پر لبیک کہنے کے لیے تیار نہیں ہیں۔ اس کے نتیجے میں ایک اور نزاکت پیدا ہو رہی تھی۔</w:t>
      </w:r>
    </w:p>
    <w:p>
      <w:r>
        <w:rPr>
          <w:b/>
        </w:rPr>
        <w:t xml:space="preserve">[09:10] </w:t>
      </w:r>
      <w:r>
        <w:t>jo log rasool Allah sal Allah alayhi wasallam se riqabat aur 'anad rakhtay thay, woh musalmanon se kehtay</w:t>
      </w:r>
    </w:p>
    <w:p>
      <w:pPr>
        <w:jc w:val="right"/>
      </w:pPr>
      <w:r>
        <w:t>جو لوگ رسول اللہ صلی اللہ علیہ وسلم سے رقابت اور عناد رکھتے تھے، وہ مسلمانوں سے کہتے</w:t>
      </w:r>
    </w:p>
    <w:p>
      <w:r>
        <w:rPr>
          <w:b/>
        </w:rPr>
        <w:t xml:space="preserve">[09:19] </w:t>
      </w:r>
      <w:r>
        <w:t>ke peghambar e islam ka mamla itna yaqini nahi jitna tum logon ne samajh liya hai. agar woh itna yaqini hota to yeh yahoodi ulama zaroor un ki taraf daud padte, kyunke woh</w:t>
      </w:r>
    </w:p>
    <w:p>
      <w:pPr>
        <w:jc w:val="right"/>
      </w:pPr>
      <w:r>
        <w:t>کہ پیغمبر اسلام کا معاملہ اتنا یقینی نہیں جتنا تم لوگوں نے سمجھ لیا ہے۔ اگر وہ اتنا یقینی ہوتا تو یہ یہودی علماء ضرور ان کی طرف دوڑ پڑتے، کیونکہ وہ</w:t>
      </w:r>
    </w:p>
    <w:p>
      <w:r>
        <w:rPr>
          <w:b/>
        </w:rPr>
        <w:t xml:space="preserve">[09:35] </w:t>
      </w:r>
      <w:r>
        <w:t>aasmani kitabon ke baray mein tum se ziyada jantay hain.</w:t>
      </w:r>
    </w:p>
    <w:p>
      <w:pPr>
        <w:jc w:val="right"/>
      </w:pPr>
      <w:r>
        <w:t>آسمانی کتابوں کے بارے میں تم سے زیادہ جانتے ہیں۔</w:t>
      </w:r>
    </w:p>
    <w:p>
      <w:r>
        <w:rPr>
          <w:b/>
        </w:rPr>
        <w:t xml:space="preserve">[09:42] </w:t>
      </w:r>
      <w:r>
        <w:t>magar kisi baat ko qabool karne ke liye is baat ka janna kafi nahi hai, balkeh is baat ke bare mein sanjeeda hona zaroori hai.</w:t>
      </w:r>
    </w:p>
    <w:p>
      <w:pPr>
        <w:jc w:val="right"/>
      </w:pPr>
      <w:r>
        <w:t>مگر کسی بات کو قبول کرنے کے لیے اس بات کا جاننا کافی نہیں ہے، بلکہ اس بات کے بارے میں سنجیدہ ہونا ضروری ہے۔</w:t>
      </w:r>
    </w:p>
    <w:p>
      <w:r>
        <w:rPr>
          <w:b/>
        </w:rPr>
        <w:t xml:space="preserve">[09:56] </w:t>
      </w:r>
      <w:r>
        <w:t>yahood ka haal yeh tha ke unhon ne khud apne paas ki un kitabon mein</w:t>
      </w:r>
    </w:p>
    <w:p>
      <w:pPr>
        <w:jc w:val="right"/>
      </w:pPr>
      <w:r>
        <w:t>یہود کا حال یہ تھا کہ انہوں نے خود اپنے پاس کی ان کتابوں میں</w:t>
      </w:r>
    </w:p>
    <w:p>
      <w:r>
        <w:rPr>
          <w:b/>
        </w:rPr>
        <w:t xml:space="preserve">[10:02] </w:t>
      </w:r>
      <w:r>
        <w:t>tabdeelian kar dalin jin ko woh aasmani kitaben mante thay. apni muqaddas kitabon mein woh jis baat ko apni khwahish ke khilaf dekhte, us mein taweel ya tehreef kar ke</w:t>
      </w:r>
    </w:p>
    <w:p>
      <w:pPr>
        <w:jc w:val="right"/>
      </w:pPr>
      <w:r>
        <w:t>تبدیلیاں کر ڈالیں جن کو وہ آسمانی کتابیں مانتے تھے۔ اپنی مقدس کتابوں میں وہ جس بات کو اپنی خواہش کے خلاف دیکھتے، اس میں تاویل یا تحریف کر کے</w:t>
      </w:r>
    </w:p>
    <w:p>
      <w:r>
        <w:rPr>
          <w:b/>
        </w:rPr>
        <w:t xml:space="preserve">[10:18] </w:t>
      </w:r>
      <w:r>
        <w:t>us ko apni khwahish ke mutabiq bana lete. woh apne deen ko apne dunyavi mafadat ke tabe banaye hue thay.</w:t>
      </w:r>
    </w:p>
    <w:p>
      <w:pPr>
        <w:jc w:val="right"/>
      </w:pPr>
      <w:r>
        <w:t>اس کو اپنی خواہش کے مطابق بنا لیتے۔ وہ اپنے دین کو اپنے دنیاوی مفادات کے تابع بنائے ہوئے تھے۔</w:t>
      </w:r>
    </w:p>
    <w:p>
      <w:r>
        <w:rPr>
          <w:b/>
        </w:rPr>
        <w:t xml:space="preserve">[10:29] </w:t>
      </w:r>
      <w:r>
        <w:t>jo log apne amal se is qism ki ghair sanjeedgi ka saboot de rahe hon,</w:t>
      </w:r>
    </w:p>
    <w:p>
      <w:pPr>
        <w:jc w:val="right"/>
      </w:pPr>
      <w:r>
        <w:t>جو لوگ اپنے عمل سے اس قسم کی غیر سنجیدگی کا ثبوت دے رہے ہوں،</w:t>
      </w:r>
    </w:p>
    <w:p>
      <w:r>
        <w:rPr>
          <w:b/>
        </w:rPr>
        <w:t xml:space="preserve">[10:36] </w:t>
      </w:r>
      <w:r>
        <w:t>woh apne se bahar kisi haq ko manne par kaise raazi ho jayenge?</w:t>
      </w:r>
    </w:p>
    <w:p>
      <w:pPr>
        <w:jc w:val="right"/>
      </w:pPr>
      <w:r>
        <w:t>وہ اپنے سے باہر کسی حق کو ماننے پر کیسے راضی ہو جائیں گے؟</w:t>
      </w:r>
    </w:p>
    <w:p>
      <w:r>
        <w:rPr>
          <w:b/>
        </w:rPr>
        <w:t xml:space="preserve">[10:45] </w:t>
      </w:r>
      <w:r>
        <w:t>koi baat khwah kitni hi barhaq ho, agar aadmi is ka inkar karna chahe to woh is ke liye koi na koi taweel dhoondh lega.</w:t>
      </w:r>
    </w:p>
    <w:p>
      <w:pPr>
        <w:jc w:val="right"/>
      </w:pPr>
      <w:r>
        <w:t>کوئی بات خواہ کتنی ہی برحق ہو، اگر آدمی اس کا انکار کرنا چاہے تو وہ اس کے لیے کوئی نہ کوئی تاویل ڈھونڈ لے گا۔</w:t>
      </w:r>
    </w:p>
    <w:p>
      <w:r>
        <w:rPr>
          <w:b/>
        </w:rPr>
        <w:t xml:space="preserve">[10:58] </w:t>
      </w:r>
      <w:r>
        <w:t>is taweel ki aakhri soorat ka naam tehreef hai.</w:t>
      </w:r>
    </w:p>
    <w:p>
      <w:pPr>
        <w:jc w:val="right"/>
      </w:pPr>
      <w:r>
        <w:t>اس تاویل کی آخری صورت کا نام تحریف ہے۔</w:t>
      </w:r>
    </w:p>
    <w:p>
      <w:r>
        <w:rPr>
          <w:b/>
        </w:rPr>
        <w:t xml:space="preserve">[11:02] </w:t>
      </w:r>
      <w:r>
        <w:t>is tarz amal ka nateeja yeh hota hai ke Allah ke muamle ki sanjeedgi aadmi ke dil se nikal jati hai.</w:t>
      </w:r>
    </w:p>
    <w:p>
      <w:pPr>
        <w:jc w:val="right"/>
      </w:pPr>
      <w:r>
        <w:t>اس طرز عمل کا نتیجہ یہ ہوتا ہے کہ اللہ کے معاملے کی سنجیدگی آدمی کے دل سے نکل جاتی ہے۔</w:t>
      </w:r>
    </w:p>
    <w:p>
      <w:r>
        <w:rPr>
          <w:b/>
        </w:rPr>
        <w:t xml:space="preserve">[11:12] </w:t>
      </w:r>
      <w:r>
        <w:t>woh Khuda ke hukum ko sunta hai, magar lafzi taweel kar ke mutmain ho jata hai</w:t>
      </w:r>
    </w:p>
    <w:p>
      <w:pPr>
        <w:jc w:val="right"/>
      </w:pPr>
      <w:r>
        <w:t>وہ خدا کے حکم کو سنتا ہے، مگر لفظی تاویل کر کے مطمئن ہو جاتا ہے</w:t>
      </w:r>
    </w:p>
    <w:p>
      <w:r>
        <w:rPr>
          <w:b/>
        </w:rPr>
        <w:t xml:space="preserve">[11:19] </w:t>
      </w:r>
      <w:r>
        <w:t>ke is ka apna muamla is hukum ki zad mein nahi aata. woh Khuda ko manta hai, magar is ki besee us ko aise aise kamon ke liye dhik bana deti hai jo koi aisa aadmi hi kar sakta hai</w:t>
      </w:r>
    </w:p>
    <w:p>
      <w:pPr>
        <w:jc w:val="right"/>
      </w:pPr>
      <w:r>
        <w:t>کہ اس کا اپنا معاملہ اس حکم کی زد میں نہیں آتا۔ وہ خدا کو مانتا ہے، مگر اس کی بے حسی اس کو ایسے ایسے کاموں کے لیے ڈھیک بنا دیتی ہے جو کوئی ایسا آدمی ہی کر سکتا ہے</w:t>
      </w:r>
    </w:p>
    <w:p>
      <w:r>
        <w:rPr>
          <w:b/>
        </w:rPr>
        <w:t xml:space="preserve">[11:37] </w:t>
      </w:r>
      <w:r>
        <w:t>jo na Khuda ko manta ho aur na yeh janta ho ke is ka Khuda us ko dekh raha hai aur is ki baaton ko sun raha hai.</w:t>
      </w:r>
    </w:p>
    <w:p>
      <w:pPr>
        <w:jc w:val="right"/>
      </w:pPr>
      <w:r>
        <w:t>جو نہ خدا کو مانتا ہو اور نہ یہ جانتا ہو کہ اس کا خدا اس کو دیکھ رہا ہے اور اس کی باتوں کو سن رہا ہے۔</w:t>
      </w:r>
    </w:p>
    <w:p>
      <w:r>
        <w:rPr>
          <w:b/>
        </w:rPr>
        <w:t xml:space="preserve">[11:52] </w:t>
      </w:r>
      <w:r>
        <w:t>ومنهم أميون لا يعلمون الكتاب إلا أماني وإنهم إلا يظنون</w:t>
      </w:r>
    </w:p>
    <w:p>
      <w:pPr>
        <w:jc w:val="right"/>
      </w:pPr>
      <w:r>
        <w:t>ومنهم أميون لا يعلمون الكتاب إلا أماني وإنهم إلا يظنون</w:t>
      </w:r>
    </w:p>
    <w:p>
      <w:r>
        <w:rPr>
          <w:b/>
        </w:rPr>
        <w:t xml:space="preserve">[12:08] </w:t>
      </w:r>
      <w:r>
        <w:t>فويل للذين يكتبون الكتاب بأيديهم ثم يقولون هذا من عند الله ليشتروا به ثمنا قليلا فويل لهم</w:t>
      </w:r>
    </w:p>
    <w:p>
      <w:pPr>
        <w:jc w:val="right"/>
      </w:pPr>
      <w:r>
        <w:t>فويل للذين يكتبون الكتاب بأيديهم ثم يقولون هذا من عند الله ليشتروا به ثمنا قليلا فويل لهم</w:t>
      </w:r>
    </w:p>
    <w:p>
      <w:r>
        <w:rPr>
          <w:b/>
        </w:rPr>
        <w:t xml:space="preserve">[12:27] </w:t>
      </w:r>
      <w:r>
        <w:t>مما كتبت أيديهم وويل لهم مما يكسبون وقالوا لن تمسنا النار إلا أياما</w:t>
      </w:r>
    </w:p>
    <w:p>
      <w:pPr>
        <w:jc w:val="right"/>
      </w:pPr>
      <w:r>
        <w:t>مما كتبت أيديهم وويل لهم مما يكسبون وقالوا لن تمسنا النار إلا أياما</w:t>
      </w:r>
    </w:p>
    <w:p>
      <w:r>
        <w:rPr>
          <w:b/>
        </w:rPr>
        <w:t xml:space="preserve">[12:46] </w:t>
      </w:r>
      <w:r>
        <w:t>معدودة قل اتخذتم عند الله عهدا فلن يخلف الله عهده أم تقولون على الله</w:t>
      </w:r>
    </w:p>
    <w:p>
      <w:pPr>
        <w:jc w:val="right"/>
      </w:pPr>
      <w:r>
        <w:t>معدودة قل اتخذتم عند الله عهدا فلن يخلف الله عهده أم تقولون على الله</w:t>
      </w:r>
    </w:p>
    <w:p>
      <w:r>
        <w:rPr>
          <w:b/>
        </w:rPr>
        <w:t xml:space="preserve">[13:02] </w:t>
      </w:r>
      <w:r>
        <w:t>ما لا تعلمون بلى من كسب سيئة وأحاطت به خطيئته فأولئك أصحاب</w:t>
      </w:r>
    </w:p>
    <w:p>
      <w:pPr>
        <w:jc w:val="right"/>
      </w:pPr>
      <w:r>
        <w:t>ما لا تعلمون بلى من كسب سيئة وأحاطت به خطيئته فأولئك أصحاب</w:t>
      </w:r>
    </w:p>
    <w:p>
      <w:r>
        <w:rPr>
          <w:b/>
        </w:rPr>
        <w:t xml:space="preserve">[13:21] </w:t>
      </w:r>
      <w:r>
        <w:t>النار فأولئك أصحاب النار هم فيها خالدون</w:t>
      </w:r>
    </w:p>
    <w:p>
      <w:pPr>
        <w:jc w:val="right"/>
      </w:pPr>
      <w:r>
        <w:t>النار فأولئك أصحاب النار هم فيها خالدون</w:t>
      </w:r>
    </w:p>
    <w:p>
      <w:r>
        <w:rPr>
          <w:b/>
        </w:rPr>
        <w:t xml:space="preserve">[13:34] </w:t>
      </w:r>
      <w:r>
        <w:t>والذين آمنوا وعملوا الصالحات أولئك أصحاب الجنة هم فيها خالدون</w:t>
      </w:r>
    </w:p>
    <w:p>
      <w:pPr>
        <w:jc w:val="right"/>
      </w:pPr>
      <w:r>
        <w:t>والذين آمنوا وعملوا الصالحات أولئك أصحاب الجنة هم فيها خالدون</w:t>
      </w:r>
    </w:p>
    <w:p>
      <w:r>
        <w:rPr>
          <w:b/>
        </w:rPr>
        <w:t xml:space="preserve">[13:51] </w:t>
      </w:r>
      <w:r>
        <w:t>aur un mein anparh hain jo nahi jante kitab ko magar aarzai hain. un ke paas guman ke siwa aur kuch nahi.</w:t>
      </w:r>
    </w:p>
    <w:p>
      <w:pPr>
        <w:jc w:val="right"/>
      </w:pPr>
      <w:r>
        <w:t>اور ان میں انپڑھ ہیں جو نہیں جانتے کتاب کو مگر عارضی ہیں۔ ان کے پاس گمان کے سوا اور کچھ نہیں۔</w:t>
      </w:r>
    </w:p>
    <w:p>
      <w:r>
        <w:rPr>
          <w:b/>
        </w:rPr>
        <w:t xml:space="preserve">[14:02] </w:t>
      </w:r>
      <w:r>
        <w:t>pas kharabi hai un logon ke liye jo apne hath se kitab likhte hain</w:t>
      </w:r>
    </w:p>
    <w:p>
      <w:pPr>
        <w:jc w:val="right"/>
      </w:pPr>
      <w:r>
        <w:t>پس خرابی ہے ان لوگوں کے لیے جو اپنے ہاتھ سے کتاب لکھتے ہیں</w:t>
      </w:r>
    </w:p>
    <w:p>
      <w:r>
        <w:rPr>
          <w:b/>
        </w:rPr>
        <w:t xml:space="preserve">[14:08] </w:t>
      </w:r>
      <w:r>
        <w:t>phir kehte hain ke yeh Allah ki janib se hai taake is ke zariye thori si punji hasil kar lein. pas kharabi hai is cheez ki badolat jo un ke hathon ne likhi aur un ke liye kharabi hai</w:t>
      </w:r>
    </w:p>
    <w:p>
      <w:pPr>
        <w:jc w:val="right"/>
      </w:pPr>
      <w:r>
        <w:t>پھر کہتے ہیں کہ یہ اللہ کی جانب سے ہے تاکہ اس کے ذریعے تھوڑی سی پونجی حاصل کر لیں۔ پس خرابی ہے اس چیز کی بدولت جو ان کے ہاتھوں نے لکھی اور ان کے لیے خرابی ہے</w:t>
      </w:r>
    </w:p>
    <w:p>
      <w:r>
        <w:rPr>
          <w:b/>
        </w:rPr>
        <w:t xml:space="preserve">[14:25] </w:t>
      </w:r>
      <w:r>
        <w:t>apni is kamai se. aur woh kehte hain hum ko dozakh ki aag nahi chhooe gi magar un ke chand din.</w:t>
      </w:r>
    </w:p>
    <w:p>
      <w:pPr>
        <w:jc w:val="right"/>
      </w:pPr>
      <w:r>
        <w:t>اپنی اس کمائی سے۔ اور وہ کہتے ہیں ہم کو دوزخ کی آگ نہیں چھوئے گی مگر ان کے چند دن۔</w:t>
      </w:r>
    </w:p>
    <w:p>
      <w:r>
        <w:rPr>
          <w:b/>
        </w:rPr>
        <w:t xml:space="preserve">[14:35] </w:t>
      </w:r>
      <w:r>
        <w:t>kaho kya tum ne Allah ke paas se koi ahad le liya hai ke Allah</w:t>
      </w:r>
    </w:p>
    <w:p>
      <w:pPr>
        <w:jc w:val="right"/>
      </w:pPr>
      <w:r>
        <w:t>کہو کیا تم نے اللہ کے پاس سے کوئی عہد لے لیا ہے کہ اللہ</w:t>
      </w:r>
    </w:p>
    <w:p>
      <w:r>
        <w:rPr>
          <w:b/>
        </w:rPr>
        <w:t xml:space="preserve">[14:41] </w:t>
      </w:r>
      <w:r>
        <w:t>apne ahad ke khilaf nahi kare ga ya Allah ke upar aisi baat kehte ho jo tum nahi jante?</w:t>
      </w:r>
    </w:p>
    <w:p>
      <w:pPr>
        <w:jc w:val="right"/>
      </w:pPr>
      <w:r>
        <w:t>اپنے عہد کے خلاف نہیں کرے گا یا اللہ کے اوپر ایسی بات کہتے ہو جو تم نہیں جانتے؟</w:t>
      </w:r>
    </w:p>
    <w:p>
      <w:r>
        <w:rPr>
          <w:b/>
        </w:rPr>
        <w:t xml:space="preserve">[14:51] </w:t>
      </w:r>
      <w:r>
        <w:t>haan jis ne koi burai ki aur us ke gunah ne us ko apne ghere mein le liya</w:t>
      </w:r>
    </w:p>
    <w:p>
      <w:pPr>
        <w:jc w:val="right"/>
      </w:pPr>
      <w:r>
        <w:t>ہاں جس نے کوئی برائی کی اور اس کے گناہ نے اس کو اپنے گھیرے میں لے لیا</w:t>
      </w:r>
    </w:p>
    <w:p>
      <w:r>
        <w:rPr>
          <w:b/>
        </w:rPr>
        <w:t xml:space="preserve">[14:59] </w:t>
      </w:r>
      <w:r>
        <w:t>to wahi log dozakh wale hain. woh is mein hamesha rahenge. aur jo imaan laye aur jinhone nek amal kiye woh jannat wale log hain.</w:t>
      </w:r>
    </w:p>
    <w:p>
      <w:pPr>
        <w:jc w:val="right"/>
      </w:pPr>
      <w:r>
        <w:t>تو وہی لوگ دوزخ والے ہیں۔ وہ اس میں ہمیشہ رہیں گے۔ اور جو ایمان لائے اور جنہوں نے نیک عمل کیے وہ جنت والے لوگ ہیں۔</w:t>
      </w:r>
    </w:p>
    <w:p>
      <w:r>
        <w:rPr>
          <w:b/>
        </w:rPr>
        <w:t xml:space="preserve">[15:12] </w:t>
      </w:r>
      <w:r>
        <w:t>woh is mein hamesha rahenge. tashreeh:</w:t>
      </w:r>
    </w:p>
    <w:p>
      <w:pPr>
        <w:jc w:val="right"/>
      </w:pPr>
      <w:r>
        <w:t>وہ اس میں ہمیشہ رہیں گے۔ تشریح:</w:t>
      </w:r>
    </w:p>
    <w:p>
      <w:r>
        <w:rPr>
          <w:b/>
        </w:rPr>
        <w:t xml:space="preserve">[15:19] </w:t>
      </w:r>
      <w:r>
        <w:t>aarziyon se murad woh jhoote qisse kahaniyan hain jo yahood ne apne deen ke bare mein ghar rakhi theen aur jo apni zaahir farebi ki wajah se awam mein khoob phail gayi theen.</w:t>
      </w:r>
    </w:p>
    <w:p>
      <w:pPr>
        <w:jc w:val="right"/>
      </w:pPr>
      <w:r>
        <w:t>عارضیوں سے مراد وہ جھوٹے قصے کہانیاں ہیں جو یہود نے اپنے دین کے بارے میں گھر رکھی تھیں اور جو اپنی ظاہر فریبی کی وجہ سے عوام میں خوب پھیل گئی تھیں۔</w:t>
      </w:r>
    </w:p>
    <w:p>
      <w:r>
        <w:rPr>
          <w:b/>
        </w:rPr>
        <w:t xml:space="preserve">[15:37] </w:t>
      </w:r>
      <w:r>
        <w:t>in qisse kahaniyon ka khulasa yeh tha ke jahannam ki aag yahood ke liye nahi hai. in mein apne buzurgon se mansoob kar ke aisi baatein milai gayi theen jin se yeh saabit ho ke bani israel Allah ke khaas bande hain.</w:t>
      </w:r>
    </w:p>
    <w:p>
      <w:pPr>
        <w:jc w:val="right"/>
      </w:pPr>
      <w:r>
        <w:t>ان قصے کہانیوں کا خلاصہ یہ تھا کہ جہنم کی آگ یہود کے لیے نہیں ہے۔ ان میں اپنے بزرگوں سے منسوب کر کے ایسی باتیں ملائی گئی تھیں جن سے یہ ثابت ہو کہ بنی اسرائیل اللہ کے خاص بندے ہیں۔</w:t>
      </w:r>
    </w:p>
    <w:p>
      <w:r>
        <w:rPr>
          <w:b/>
        </w:rPr>
        <w:t xml:space="preserve">[15:54] </w:t>
      </w:r>
      <w:r>
        <w:t>woh jis deen ko mante hain us mein aise tilismati awsaaf chhupe hue hain ke us ki mamooli mamooli cheezein bhi aadmi ko jahannam ki aag se bachane aur jannat ke baghon mein pahuncha dene ke liye kafi hain.</w:t>
      </w:r>
    </w:p>
    <w:p>
      <w:pPr>
        <w:jc w:val="right"/>
      </w:pPr>
      <w:r>
        <w:t>وہ جس دین کو مانتے ہیں اس میں ایسے تلسماتی اوصاف چھپے ہوئے ہیں کہ اس کی معمولی معمولی چیزیں بھی آدمی کو جہنم کی آگ سے بچانے اور جنت کے باغوں میں پہنچا دینے کے لیے کافی ہیں۔</w:t>
      </w:r>
    </w:p>
    <w:p>
      <w:r>
        <w:rPr>
          <w:b/>
        </w:rPr>
        <w:t xml:space="preserve">[16:13] </w:t>
      </w:r>
      <w:r>
        <w:t>sustee nijat ke yeh muqaddas nuskhe awam ke liye bohat kashish rakhte the kyunke is mein un ko apni is khush khayali ki tasdeeq mil rahi thi ke un ko apni ghair zimmedarana zindagi par</w:t>
      </w:r>
    </w:p>
    <w:p>
      <w:pPr>
        <w:jc w:val="right"/>
      </w:pPr>
      <w:r>
        <w:t>سستی نجات کے یہ مقدس نسخے عوام کے لیے بہت کشش رکھتے تھے کیونکہ اس میں ان کو اپنی اس خوش خیالی کی تصدیق مل رہی تھی کہ ان کو اپنی غیر ذمہ دارانہ زندگی پر</w:t>
      </w:r>
    </w:p>
    <w:p>
      <w:r>
        <w:rPr>
          <w:b/>
        </w:rPr>
        <w:t xml:space="preserve">[16:32] </w:t>
      </w:r>
      <w:r>
        <w:t>rok lagane ki zaroorat nahi. woh kisi jad-o-jehad ke baghair mahaz tode totke ki barkat se jannat mein pahunch jayenge.</w:t>
      </w:r>
    </w:p>
    <w:p>
      <w:pPr>
        <w:jc w:val="right"/>
      </w:pPr>
      <w:r>
        <w:t>روک لگانے کی ضرورت نہیں۔ وہ کسی جدوجہد کے بغیر محض توڑے ٹوٹکے کی برکت سے جنت میں پہنچ جائیں گے۔</w:t>
      </w:r>
    </w:p>
    <w:p>
      <w:r>
        <w:rPr>
          <w:b/>
        </w:rPr>
        <w:t xml:space="preserve">[16:43] </w:t>
      </w:r>
      <w:r>
        <w:t>chunancha jo yahoodi ulama buzurgon ke hawale se yeh khushkun kahaniyan sunate the</w:t>
      </w:r>
    </w:p>
    <w:p>
      <w:pPr>
        <w:jc w:val="right"/>
      </w:pPr>
      <w:r>
        <w:t>چنانچہ جو یہودی علماء بزرگوں کے حوالے سے یہ خوش کن کہانیاں سناتے تھے</w:t>
      </w:r>
    </w:p>
    <w:p>
      <w:r>
        <w:rPr>
          <w:b/>
        </w:rPr>
        <w:t xml:space="preserve">[16:51] </w:t>
      </w:r>
      <w:r>
        <w:t>un ko logon ke darmiyan zabardast maqbooliyat hasil hui. aakhirat ke muamle ko aasan banana un ke liye shandar dunyavi tijarat ka zariya ban gaya.</w:t>
      </w:r>
    </w:p>
    <w:p>
      <w:pPr>
        <w:jc w:val="right"/>
      </w:pPr>
      <w:r>
        <w:t>ان کو لوگوں کے درمیان زبردست مقبولیت حاصل ہوئی۔ آخرت کے معاملے کو آسان بنانا ان کے لیے شاندار دنیاوی تجارت کا ذریعہ بن گیا۔</w:t>
      </w:r>
    </w:p>
    <w:p>
      <w:r>
        <w:rPr>
          <w:b/>
        </w:rPr>
        <w:t xml:space="preserve">[17:06] </w:t>
      </w:r>
      <w:r>
        <w:t>un ke gird awam ki bheed jama ho gayi. un ke upar</w:t>
      </w:r>
    </w:p>
    <w:p>
      <w:pPr>
        <w:jc w:val="right"/>
      </w:pPr>
      <w:r>
        <w:t>ان کے گرد عوام کی بھیڑ جمع ہو گئی۔ ان کے اوپر</w:t>
      </w:r>
    </w:p>
    <w:p>
      <w:r>
        <w:rPr>
          <w:b/>
        </w:rPr>
        <w:t xml:space="preserve">[17:10] </w:t>
      </w:r>
      <w:r>
        <w:t>nazranon ki baarish hone lagi. woh logon ko muft jannat hasil karne ka rasta batate the. logon ne is ke badle un ke liye apni taraf se muft dunya faraham kar di.</w:t>
      </w:r>
    </w:p>
    <w:p>
      <w:pPr>
        <w:jc w:val="right"/>
      </w:pPr>
      <w:r>
        <w:t>نذرانوں کی بارش ہونے لگی۔ وہ لوگوں کو مفت جنت حاصل کرنے کا راستہ بتاتے تھے۔ لوگوں نے اس کے بدلے ان کے لیے اپنی طرف سے مفت دنیا فراہم کر دی۔</w:t>
      </w:r>
    </w:p>
    <w:p>
      <w:r>
        <w:rPr>
          <w:b/>
        </w:rPr>
        <w:t xml:space="preserve">[17:30] </w:t>
      </w:r>
      <w:r>
        <w:t>yahi har daur mein haamil kitab qaumon ka mard raha hai. jo log is qism ke lazeez khwabon mein jee rahe hon, jo yeh samajh baithe hon ke chand rasmi aamal ke siwa un par kisi zimmedari ka bojh nahi hai,</w:t>
      </w:r>
    </w:p>
    <w:p>
      <w:pPr>
        <w:jc w:val="right"/>
      </w:pPr>
      <w:r>
        <w:t>یہی ہر دور میں حامل کتاب قوموں کا مرد رہا ہے۔ جو لوگ اس قسم کے لذیذ خوابوں میں جی رہے ہوں، جو یہ سمجھ بیٹھے ہوں کہ چند رسمی اعمال کے سوا ان پر کسی ذمہ داری کا بوجھ نہیں ہے،</w:t>
      </w:r>
    </w:p>
    <w:p>
      <w:r>
        <w:rPr>
          <w:b/>
        </w:rPr>
        <w:t xml:space="preserve">[17:48] </w:t>
      </w:r>
      <w:r>
        <w:t>jo is khushgumaani mein mubtala hon ke un ke saare huqooq Khuda ke haan hamesha ke liye mehfooz ho chuke hain, aise log sachche deen ki dawat ko kabhi gawara nahi karte kyunke aisi baatein un ko</w:t>
      </w:r>
    </w:p>
    <w:p>
      <w:pPr>
        <w:jc w:val="right"/>
      </w:pPr>
      <w:r>
        <w:t>جو اس خوشگمانی میں مبتلا ہوں کہ ان کے سارے حقوق خدا کے ہاں ہمیشہ کے لیے محفوظ ہو چکے ہیں، ایسے لوگ سچے دین کی دعوت کو کبھی گوارا نہیں کرتے کیونکہ ایسی باتیں ان کو</w:t>
      </w:r>
    </w:p>
    <w:p>
      <w:r>
        <w:rPr>
          <w:b/>
        </w:rPr>
        <w:t xml:space="preserve">[18:06] </w:t>
      </w:r>
      <w:r>
        <w:t>apni meethi niyat ko kharab karti hui nazar aati hain. woh un ko zindagi ki barhana haqeeqaton ke saamne khada kar deti hain.</w:t>
      </w:r>
    </w:p>
    <w:p>
      <w:pPr>
        <w:jc w:val="right"/>
      </w:pPr>
      <w:r>
        <w:t>اپنی میٹھی نیت کو خراب کرتی ہوئی نظر آتی ہیں۔ وہ ان کو زندگی کی برہنہ حقیقتوں کے سامنے کھڑا کر دیتی ہیں۔</w:t>
      </w:r>
    </w:p>
    <w:p>
      <w:r>
        <w:rPr>
          <w:b/>
        </w:rPr>
        <w:t xml:space="preserve">[18:21] </w:t>
      </w:r>
      <w:r>
        <w:t>wa iz akhazna meesaaqa bani israil la ta'budu illa Allah wa bil walidayni ihsana wa dhil qurba wa dhil qurba wal yatama wal masakeena wa qoolu lil nasi hasana</w:t>
      </w:r>
    </w:p>
    <w:p>
      <w:pPr>
        <w:jc w:val="right"/>
      </w:pPr>
      <w:r>
        <w:t>وإذ أخذنا ميثاق بني إسرائيل لا تعبدون إلا الله وبالوالدين إحسانا وذي القربى وذي القربى واليتامى والمساكين وقولوا للناس حسنا</w:t>
      </w:r>
    </w:p>
    <w:p>
      <w:r>
        <w:rPr>
          <w:b/>
        </w:rPr>
        <w:t xml:space="preserve">[18:44] </w:t>
      </w:r>
      <w:r>
        <w:t>wa aqimoo salata wa aatoo zakata thumma tawallaytum thumma tawallaytum illa qaleelan minkum wa antum</w:t>
      </w:r>
    </w:p>
    <w:p>
      <w:pPr>
        <w:jc w:val="right"/>
      </w:pPr>
      <w:r>
        <w:t>وأقيموا الصلاة وآتوا الزكاة ثم توليتم ثم توليتم إلا قليلا منكم وأنتم</w:t>
      </w:r>
    </w:p>
    <w:p>
      <w:r>
        <w:rPr>
          <w:b/>
        </w:rPr>
        <w:t xml:space="preserve">[19:01] </w:t>
      </w:r>
      <w:r>
        <w:t>mu'ridun</w:t>
      </w:r>
    </w:p>
    <w:p>
      <w:pPr>
        <w:jc w:val="right"/>
      </w:pPr>
      <w:r>
        <w:t>معرضون</w:t>
      </w:r>
    </w:p>
    <w:p>
      <w:r>
        <w:rPr>
          <w:b/>
        </w:rPr>
        <w:t xml:space="preserve">[19:07] </w:t>
      </w:r>
      <w:r>
        <w:t>aur jab hum ne bani israel se ahad liya ke tum Allah ke siwa kisi ki ibadat na karoge aur nek sulook karoge,</w:t>
      </w:r>
    </w:p>
    <w:p>
      <w:pPr>
        <w:jc w:val="right"/>
      </w:pPr>
      <w:r>
        <w:t>اور جب ہم نے بنی اسرائیل سے عہد لیا کہ تم اللہ کے سوا کسی کی عبادت نہ کرو گے اور نیک سلوک کرو گے،</w:t>
      </w:r>
    </w:p>
    <w:p>
      <w:r>
        <w:rPr>
          <w:b/>
        </w:rPr>
        <w:t xml:space="preserve">[19:21] </w:t>
      </w:r>
      <w:r>
        <w:t>maa baap ke sath, qaraabat daron ke sath, yateemon aur miskeenon ke sath,</w:t>
      </w:r>
    </w:p>
    <w:p>
      <w:pPr>
        <w:jc w:val="right"/>
      </w:pPr>
      <w:r>
        <w:t>ماں باپ کے ساتھ، قرابت داروں کے ساتھ، یتیموں اور مسکینوں کے ساتھ،</w:t>
      </w:r>
    </w:p>
    <w:p>
      <w:r>
        <w:rPr>
          <w:b/>
        </w:rPr>
        <w:t xml:space="preserve">[19:28] </w:t>
      </w:r>
      <w:r>
        <w:t>aur yeh ke logon se achhi baat kaho aur namaz qaim karo aur zakat ada karo, phir tum is se phir gaye siwa thode logon ke, aur tum iqrar kar ke is se phat jaane wale log ho.</w:t>
      </w:r>
    </w:p>
    <w:p>
      <w:pPr>
        <w:jc w:val="right"/>
      </w:pPr>
      <w:r>
        <w:t>اور یہ کہ لوگوں سے اچھی بات کہو اور نماز قائم کرو اور زکوۃ ادا کرو، پھر تم اس سے پھر گئے سوا تھوڑے لوگوں کے، اور تم اقرار کر کے اس سے پھٹ جانے والے لوگ ہو۔</w:t>
      </w:r>
    </w:p>
    <w:p>
      <w:r>
        <w:rPr>
          <w:b/>
        </w:rPr>
        <w:t xml:space="preserve">[19:50] </w:t>
      </w:r>
      <w:r>
        <w:t>tashreeh: insaan ke upar Allah ka pehla haq yeh hai ke woh Allah ka ibadat karne wala bane aur us ke sath kisi ko shareek na kare.</w:t>
      </w:r>
    </w:p>
    <w:p>
      <w:pPr>
        <w:jc w:val="right"/>
      </w:pPr>
      <w:r>
        <w:t>تشریح: انسان کے اوپر اللہ کا پہلا حق یہ ہے کہ وہ اللہ کا عبادت کرنے والا بنے اور اس کے ساتھ کسی کو شریک نہ کرے۔</w:t>
      </w:r>
    </w:p>
    <w:p>
      <w:r>
        <w:rPr>
          <w:b/>
        </w:rPr>
        <w:t xml:space="preserve">[20:06] </w:t>
      </w:r>
      <w:r>
        <w:t>dusra haq bandon ke sath husn sulook hai.</w:t>
      </w:r>
    </w:p>
    <w:p>
      <w:pPr>
        <w:jc w:val="right"/>
      </w:pPr>
      <w:r>
        <w:t>دوسرا حق بندوں کے ساتھ حسن سلوک ہے۔</w:t>
      </w:r>
    </w:p>
    <w:p>
      <w:r>
        <w:rPr>
          <w:b/>
        </w:rPr>
        <w:t xml:space="preserve">[20:10] </w:t>
      </w:r>
      <w:r>
        <w:t>is husn sulook ka aaghaz apne maa baap se hota hai aur phir rishtedaron aur parosiyon se guzar kar un tamam insanon tak pahunch jata hai jin se amli zindagi mein saabiqa pesh aaye.</w:t>
      </w:r>
    </w:p>
    <w:p>
      <w:pPr>
        <w:jc w:val="right"/>
      </w:pPr>
      <w:r>
        <w:t>اس حسن سلوک کا آغاز اپنے ماں باپ سے ہوتا ہے اور پھر رشتہ داروں اور پڑوسیوں سے گزر کر ان تمام انسانوں تک پہنچ جاتا ہے جن سے عملی زندگی میں سابقہ پیش آئے۔</w:t>
      </w:r>
    </w:p>
    <w:p>
      <w:r>
        <w:rPr>
          <w:b/>
        </w:rPr>
        <w:t xml:space="preserve">[20:29] </w:t>
      </w:r>
      <w:r>
        <w:t>ek insaan aur dusre insaan ke darmiyan jab bhi koi mamla pade to wahan ek hi bartao apne bhai ke sath durust hai, aur woh wahi hai jo insaaf aur khair khwahi ke mutabiq ho.</w:t>
      </w:r>
    </w:p>
    <w:p>
      <w:pPr>
        <w:jc w:val="right"/>
      </w:pPr>
      <w:r>
        <w:t>ایک انسان اور دوسرے انسان کے درمیان جب بھی کوئی معاملہ پڑے تو وہاں ایک ہی برتاؤ اپنے بھائی کے ساتھ درست ہے، اور وہ وہی ہے جو انصاف اور خیر خواہی کے مطابق ہو۔</w:t>
      </w:r>
    </w:p>
    <w:p>
      <w:r>
        <w:rPr>
          <w:b/>
        </w:rPr>
        <w:t xml:space="preserve">[20:48] </w:t>
      </w:r>
      <w:r>
        <w:t>is maamle mein aadmi ka asal imtehaan yateemon aur miskeenon, bilfaaz deegar kamzor afraad ke saath hota hai, kyunke jo taaqatwar hai, uska taaqatwar hona khud is baat ki zamanat hai ke log uske saath husn sulook karein.</w:t>
      </w:r>
    </w:p>
    <w:p>
      <w:pPr>
        <w:jc w:val="right"/>
      </w:pPr>
      <w:r>
        <w:t>اس معاملے میں آدمی کا اصل امتحان یتیموں اور مسکینوں، بالفاض دیگر کمزور افراد کے ساتھ ہوتا ہے، کیونکہ جو طاقتور ہے، اس کا طاقتور ہونا خود اس بات کی ضمانت ہے کہ لوگ اس کے ساتھ حسن سلوک کریں۔</w:t>
      </w:r>
    </w:p>
    <w:p>
      <w:r>
        <w:rPr>
          <w:b/>
        </w:rPr>
        <w:t xml:space="preserve">[21:10] </w:t>
      </w:r>
      <w:r>
        <w:t>magar kamzor aadmi ke saath husn sulook ke liye is qism ka koi azaafi muharrik nahin. is liye sab se ziyada husn sulook jahan matloob hai, woh kamzor log hain.</w:t>
      </w:r>
    </w:p>
    <w:p>
      <w:pPr>
        <w:jc w:val="right"/>
      </w:pPr>
      <w:r>
        <w:t>مگر کمزور آدمی کے ساتھ حسن سلوک کے لیے اس قسم کا کوئی اضافی محرک نہیں۔ اس لیے سب سے زیادہ حسن سلوک جہاں مطلوب ہے، وہ کمزور لوگ ہیں۔</w:t>
      </w:r>
    </w:p>
    <w:p>
      <w:r>
        <w:rPr>
          <w:b/>
        </w:rPr>
        <w:t xml:space="preserve">[21:25] </w:t>
      </w:r>
      <w:r>
        <w:t>haqeeqat yeh hai ke jahan har cheez ki nafi ho jaati hai,</w:t>
      </w:r>
    </w:p>
    <w:p>
      <w:pPr>
        <w:jc w:val="right"/>
      </w:pPr>
      <w:r>
        <w:t>حقیقت یہ ہے کہ جہاں ہر چیز کی نفی ہو جاتی ہے،</w:t>
      </w:r>
    </w:p>
    <w:p>
      <w:r>
        <w:rPr>
          <w:b/>
        </w:rPr>
        <w:t xml:space="preserve">[21:30] </w:t>
      </w:r>
      <w:r>
        <w:t>wahan Khuda hota hai. aise aadmi ke saath wahi shakhs husn sulook karega jo fi waaqe Allah ki khushnoodi ke liye aisa kar raha ho, kyunke wahan koi doosra muharrik maujood hi nahin.</w:t>
      </w:r>
    </w:p>
    <w:p>
      <w:pPr>
        <w:jc w:val="right"/>
      </w:pPr>
      <w:r>
        <w:t>وہاں خدا ہوتا ہے۔ ایسے آدمی کے ساتھ وہی شخص حسن سلوک کرے گا جو فی الواقع اللہ کی خوشنودی کے لیے ایسا کر رہا ہو، کیونکہ وہاں کوئی دوسرا محرک موجود ہی نہیں۔</w:t>
      </w:r>
    </w:p>
    <w:p>
      <w:r>
        <w:rPr>
          <w:b/>
        </w:rPr>
        <w:t xml:space="preserve">[21:53] </w:t>
      </w:r>
      <w:r>
        <w:t>jab maamla kamzor aadmi se ho to mukhtalif wajuhaat se husn sulook ka shaoor dab jaata hai. kamzor aadmi ko madad di jaati hai.</w:t>
      </w:r>
    </w:p>
    <w:p>
      <w:pPr>
        <w:jc w:val="right"/>
      </w:pPr>
      <w:r>
        <w:t>جب معاملہ کمزور آدمی سے ہو تو مختلف وجوہ سے حسن سلوک کا شعور دب جاتا ہے۔ کمزور آدمی کو مدد دی جاتی ہے۔</w:t>
      </w:r>
    </w:p>
    <w:p>
      <w:r>
        <w:rPr>
          <w:b/>
        </w:rPr>
        <w:t xml:space="preserve">[22:05] </w:t>
      </w:r>
      <w:r>
        <w:t>iska nateeja yeh hota hai ke paanay wale ke muqable mein</w:t>
      </w:r>
    </w:p>
    <w:p>
      <w:pPr>
        <w:jc w:val="right"/>
      </w:pPr>
      <w:r>
        <w:t>اس کا نتیجہ یہ ہوتا ہے کہ پانے والے کے مقابلے میں</w:t>
      </w:r>
    </w:p>
    <w:p>
      <w:r>
        <w:rPr>
          <w:b/>
        </w:rPr>
        <w:t xml:space="preserve">[22:10] </w:t>
      </w:r>
      <w:r>
        <w:t>denay wala apne ko kuch ooncha samajhne lagta hai. yeh nafsiaat kamzor aadmi ki izzat-e-nafs ko malhooz rakhne mein rukawat ban jaati hain.</w:t>
      </w:r>
    </w:p>
    <w:p>
      <w:pPr>
        <w:jc w:val="right"/>
      </w:pPr>
      <w:r>
        <w:t>دینے والا اپنے کو کچھ اونچا سمجھنے لگتا ہے۔ یہ نفسیات کمزور آدمی کی عزت نفس کو ملحوظ رکھنے میں رکاوٹ بن جاتی ہیں۔</w:t>
      </w:r>
    </w:p>
    <w:p>
      <w:r>
        <w:rPr>
          <w:b/>
        </w:rPr>
        <w:t xml:space="preserve">[22:23] </w:t>
      </w:r>
      <w:r>
        <w:t>kamzor ki taraf se mutawaqqe niyaazmandagi ka izhaar na ho to foran usko</w:t>
      </w:r>
    </w:p>
    <w:p>
      <w:pPr>
        <w:jc w:val="right"/>
      </w:pPr>
      <w:r>
        <w:t>کمزور کی طرف سے متوقع نیازمندی کا اظہار نہ ہو تو فوراً اس کو</w:t>
      </w:r>
    </w:p>
    <w:p>
      <w:r>
        <w:rPr>
          <w:b/>
        </w:rPr>
        <w:t xml:space="preserve">[22:30] </w:t>
      </w:r>
      <w:r>
        <w:t>na-aahil samajh liya jaata hai, aur uska izhaar mukhtalif takleef-deh sooraton mein hota rehta hai. ek do baar madad karne ke baad yeh khayaal hota hai ke yeh shakhs mustaqil taur par mere sar na ho jaaye, is liye us se chhutti lene ki khaatir uske saath</w:t>
      </w:r>
    </w:p>
    <w:p>
      <w:pPr>
        <w:jc w:val="right"/>
      </w:pPr>
      <w:r>
        <w:t>نااہل سمجھ لیا جاتا ہے، اور اس کا اظہار مختلف تکلیف دہ صورتوں میں ہوتا رہتا ہے۔ ایک دو بار مدد کرنے کے بعد یہ خیال ہوتا ہے کہ یہ شخص مستقل طور پر میرے سر نہ ہو جائے، اس لیے اس سے چھٹی لینے کی خاطر اس کے ساتھ</w:t>
      </w:r>
    </w:p>
    <w:p>
      <w:r>
        <w:rPr>
          <w:b/>
        </w:rPr>
        <w:t xml:space="preserve">[22:52] </w:t>
      </w:r>
      <w:r>
        <w:t>ghair shareefana andaaz ikhtiyaar kiya jaata hai waghera.</w:t>
      </w:r>
    </w:p>
    <w:p>
      <w:pPr>
        <w:jc w:val="right"/>
      </w:pPr>
      <w:r>
        <w:t>غیر شریفانہ انداز اختیار کیا جاتا ہے وغیرہ۔</w:t>
      </w:r>
    </w:p>
    <w:p>
      <w:r>
        <w:rPr>
          <w:b/>
        </w:rPr>
        <w:t xml:space="preserve">[23:00] </w:t>
      </w:r>
      <w:r>
        <w:t>bhali baat bolna tamam aamaal ka khulasa hai. ek haqeeqi khair-khwahi ka kalma kehna aadmi ke liye hamesha sab se ziyada dushwaar hota hai.</w:t>
      </w:r>
    </w:p>
    <w:p>
      <w:pPr>
        <w:jc w:val="right"/>
      </w:pPr>
      <w:r>
        <w:t>بھلی بات بولنا تمام اعمال کا خلاصہ ہے۔ ایک حقیقی خیر خواہی کا کلمہ کہنا آدمی کے لیے ہمیشہ سب سے زیادہ دشوار ہوتا ہے۔</w:t>
      </w:r>
    </w:p>
    <w:p>
      <w:r>
        <w:rPr>
          <w:b/>
        </w:rPr>
        <w:t xml:space="preserve">[23:13] </w:t>
      </w:r>
      <w:r>
        <w:t>aadmi achhi achhi taqreer karta hai, magar jab ek achhi baat kisi doosre ke itraaf ke hum ma'ani ho to aadmi aisi achhi baat munh se nikaalne ke liye sab se ziyada bukhil hota hai.</w:t>
      </w:r>
    </w:p>
    <w:p>
      <w:pPr>
        <w:jc w:val="right"/>
      </w:pPr>
      <w:r>
        <w:t>آدمی اچھی اچھی تقریر کرتا ہے، مگر جب ایک اچھی بات کسی دوسرے کے اعتراف کے ہم معنی ہو تو آدمی ایسی اچھی بات منہ سے نکالنے کے لیے سب سے زیادہ بخیل ہوتا ہے۔</w:t>
      </w:r>
    </w:p>
    <w:p>
      <w:r>
        <w:rPr>
          <w:b/>
        </w:rPr>
        <w:t xml:space="preserve">[23:28] </w:t>
      </w:r>
      <w:r>
        <w:t>saamne ka aadmi agar be-zor hai to uske liye sharafat ke alfaaz bolna bhi woh zaroori nahin samajhta. agar kisi se shikayat ya barhmi paida ho jaaye to aadmi samajh leta hai ke woh insaaf ke har Khudaai hukum se usko</w:t>
      </w:r>
    </w:p>
    <w:p>
      <w:pPr>
        <w:jc w:val="right"/>
      </w:pPr>
      <w:r>
        <w:t>سامنے کا آدمی اگر بے زور ہے تو اس کے لیے شرافت کے الفاظ بولنا بھی وہ ضروری نہیں سمجھتا۔ اگر کسی سے شکایت یا برہمی پیدا ہو جائے تو آدمی سمجھ لیتا ہے کہ وہ انصاف کے ہر خدائی حکم سے اس کو</w:t>
      </w:r>
    </w:p>
    <w:p>
      <w:r>
        <w:rPr>
          <w:b/>
        </w:rPr>
        <w:t xml:space="preserve">[23:47] </w:t>
      </w:r>
      <w:r>
        <w:t>mustasna karne mein haq bijaanib hai.</w:t>
      </w:r>
    </w:p>
    <w:p>
      <w:pPr>
        <w:jc w:val="right"/>
      </w:pPr>
      <w:r>
        <w:t>مستثنیٰ کرنے میں حق بجانب ہے۔</w:t>
      </w:r>
    </w:p>
    <w:p>
      <w:r>
        <w:rPr>
          <w:b/>
        </w:rPr>
        <w:t xml:space="preserve">[23:52] </w:t>
      </w:r>
      <w:r>
        <w:t>wa izh akhazna meesaqakum la tasfiko dimaa'akum wa la tukhrijo anfusakum</w:t>
      </w:r>
    </w:p>
    <w:p>
      <w:pPr>
        <w:jc w:val="right"/>
      </w:pPr>
      <w:r>
        <w:t>وإذ أخذنا ميثاقكم لا تسفكون دماءكم ولا تخرجون أنفسكم</w:t>
      </w:r>
    </w:p>
    <w:p>
      <w:r>
        <w:rPr>
          <w:b/>
        </w:rPr>
        <w:t xml:space="preserve">[24:04] </w:t>
      </w:r>
      <w:r>
        <w:t>min diyaarikum thumma aqrartum thumma aqrartum wa antum tashhadoon thumma antum</w:t>
      </w:r>
    </w:p>
    <w:p>
      <w:pPr>
        <w:jc w:val="right"/>
      </w:pPr>
      <w:r>
        <w:t>من دياركم ثم أقررتم ثم أقررتم وأنتم تشهدون ثم أنتم</w:t>
      </w:r>
    </w:p>
    <w:p>
      <w:r>
        <w:rPr>
          <w:b/>
        </w:rPr>
        <w:t xml:space="preserve">[24:22] </w:t>
      </w:r>
      <w:r>
        <w:t>ha'ula'i taqtuloona anfusakum wa tukhrijoona fareeqan minkum min diyaarihim wa tukhrijoona fareeqan</w:t>
      </w:r>
    </w:p>
    <w:p>
      <w:pPr>
        <w:jc w:val="right"/>
      </w:pPr>
      <w:r>
        <w:t>هؤلاء تقتلون أنفسكم وتخرجون فريقا منكم من ديارهم وتخرجون فريقا</w:t>
      </w:r>
    </w:p>
    <w:p>
      <w:r>
        <w:rPr>
          <w:b/>
        </w:rPr>
        <w:t xml:space="preserve">[24:42] </w:t>
      </w:r>
      <w:r>
        <w:t>minkum min diyaarihim tahaaroon 'alayhim bil-ithmi wal-'udwaani wa in ya'tookum usara fa-aaduhum wa in ya'tookum usara fa-aaduhum wa huwa muharramun 'alaykum ikhraajuhum</w:t>
      </w:r>
    </w:p>
    <w:p>
      <w:pPr>
        <w:jc w:val="right"/>
      </w:pPr>
      <w:r>
        <w:t>منكم من ديارهم تظاهرون عليهم بالإثم والعدوان وإن يأتوكم أسرات فادوهم وإن يأتوكم أسرات فادوهم وهو محرم عليكم إخراجهم</w:t>
      </w:r>
    </w:p>
    <w:p>
      <w:r>
        <w:rPr>
          <w:b/>
        </w:rPr>
        <w:t xml:space="preserve">[25:07] </w:t>
      </w:r>
      <w:r>
        <w:t>afatu'minoona bi ba'dhil kitaabi wa takfuroona bi ba'dh fa-maa jaza'u man yaf'alu zaalika minkum illa khizyun fil-hayaatid-dunya wa yawmal-qiyaamati yurodoona ila</w:t>
      </w:r>
    </w:p>
    <w:p>
      <w:pPr>
        <w:jc w:val="right"/>
      </w:pPr>
      <w:r>
        <w:t>أفتؤمنون ببعض الكتاب وتكفرون ببعض فما جزاء من يفعل ذلك منكم إلا خزي في الحياة الدنيا ويوم القيامة يردون إلى</w:t>
      </w:r>
    </w:p>
    <w:p>
      <w:r>
        <w:rPr>
          <w:b/>
        </w:rPr>
        <w:t xml:space="preserve">[25:31] </w:t>
      </w:r>
      <w:r>
        <w:t>ashaddil-'adhaabi wa-mal-laahu bighaafilin 'amma ta'maloona ulaa'ikal-ladheena-shterawl-hayaatad-dunya bil-aakhirati fa-laa yukhaffafu 'anhumul-'adzaabu wa laa hum</w:t>
      </w:r>
    </w:p>
    <w:p>
      <w:pPr>
        <w:jc w:val="right"/>
      </w:pPr>
      <w:r>
        <w:t>أشد العذاب وما الله بغافل عما تعملون أولئك الذين اشتروا الحياة الدنيا بالآخرة فلا يخفف عنهم العذاب ولا هم</w:t>
      </w:r>
    </w:p>
    <w:p>
      <w:r>
        <w:rPr>
          <w:b/>
        </w:rPr>
        <w:t xml:space="preserve">[25:53] </w:t>
      </w:r>
      <w:r>
        <w:t>yunsaroon</w:t>
      </w:r>
    </w:p>
    <w:p>
      <w:pPr>
        <w:jc w:val="right"/>
      </w:pPr>
      <w:r>
        <w:t>ينصرون</w:t>
      </w:r>
    </w:p>
    <w:p>
      <w:r>
        <w:rPr>
          <w:b/>
        </w:rPr>
        <w:t xml:space="preserve">[25:58] </w:t>
      </w:r>
      <w:r>
        <w:t>aur jab hum ne tum se yeh ahad liya ke tum apnon ka khoon na bahaoge aur apne logon ko apni bastiyon se na nikaloge phir tum ne iqraar kiya aur tum is ke gawah ho phir tum hi woh ho ke apnon ko qatl karte ho</w:t>
      </w:r>
    </w:p>
    <w:p>
      <w:pPr>
        <w:jc w:val="right"/>
      </w:pPr>
      <w:r>
        <w:t>اور جب ہم نے تم سے یہ عہد لیا کہ تم اپنوں کا خون نہ بہاؤ گے اور اپنے لوگوں کو اپنی بستیوں سے نہ نکالو گے پھر تم نے اقرار کیا اور تم اس کے گواہ ہو پھر تم ہی وہ ہو کہ اپنوں کو قتل کرتے ہو</w:t>
      </w:r>
    </w:p>
    <w:p>
      <w:r>
        <w:rPr>
          <w:b/>
        </w:rPr>
        <w:t xml:space="preserve">[26:18] </w:t>
      </w:r>
      <w:r>
        <w:t>aur apne hi ek giroh ko un ki bastiyon se nikaalte ho un ke muqable mein un ke dushmanon ki madad karte ho gunaah aur zulm ke saath phir agar woh tumhare paas qaid ho kar aate hain to tum</w:t>
      </w:r>
    </w:p>
    <w:p>
      <w:pPr>
        <w:jc w:val="right"/>
      </w:pPr>
      <w:r>
        <w:t>اور اپنے ہی ایک گروہ کو ان کی بستیوں سے نکالتے ہو ان کے مقابلے میں ان کے دشمنوں کی مدد کرتے ہو گناہ اور ظلم کے ساتھ پھر اگر وہ تمہارے پاس قید ہو کر آتے ہیں تو تم</w:t>
      </w:r>
    </w:p>
    <w:p>
      <w:r>
        <w:rPr>
          <w:b/>
        </w:rPr>
        <w:t xml:space="preserve">[26:36] </w:t>
      </w:r>
      <w:r>
        <w:t>fidiya de kar un ko chhudate ho haalankeh khud un ka nikaalna tumhare upar haraam tha kya tum kitaab-e-Ilahi ke ek hisse ko maante ho aur ek hisse ka inkaar karte ho</w:t>
      </w:r>
    </w:p>
    <w:p>
      <w:pPr>
        <w:jc w:val="right"/>
      </w:pPr>
      <w:r>
        <w:t>فدیہ دے کر ان کو چھڑاتے ہو حالانکہ خود ان کا نکالنا تمہارے اوپر حرام تھا کیا تم کتاب الہی کے ایک حصے کو مانتے ہو اور ایک حصے کا انکار کرتے ہو</w:t>
      </w:r>
    </w:p>
    <w:p>
      <w:r>
        <w:rPr>
          <w:b/>
        </w:rPr>
        <w:t xml:space="preserve">[26:54] </w:t>
      </w:r>
      <w:r>
        <w:t>pas tum mein se jo log aisa karein un ki saza is ke siwa kya hai ke un ko dunya ki zindagi mein ruswai ho aur qayamat ke din un ko sakht azaab mein daal diya jaaye</w:t>
      </w:r>
    </w:p>
    <w:p>
      <w:pPr>
        <w:jc w:val="right"/>
      </w:pPr>
      <w:r>
        <w:t>پس تم میں سے جو لوگ ایسا کریں ان کی سزا اس کے سوا کیا ہے کہ ان کو دنیا کی زندگی میں رسوائی ہو اور قیامت کے دن ان کو سخت عذاب میں ڈال دیا جائے</w:t>
      </w:r>
    </w:p>
    <w:p>
      <w:r>
        <w:rPr>
          <w:b/>
        </w:rPr>
        <w:t xml:space="preserve">[27:10] </w:t>
      </w:r>
      <w:r>
        <w:t>aur allah is cheez se be khabar nahi jo tum kar rahe ho yahi log hain jinhone akhirat ke badle dunya ki zindagi khareedi pas na un ka azaab halka kiya jayega aur na</w:t>
      </w:r>
    </w:p>
    <w:p>
      <w:pPr>
        <w:jc w:val="right"/>
      </w:pPr>
      <w:r>
        <w:t>اور اللہ اس چیز سے بے خبر نہیں جو تم کر رہے ہو یہی لوگ ہیں جنہوں نے آخرت کے بدلے دنیا کی زندگی خریدی پس نہ ان کا عذاب ہلکا کیا جائے گا اور نہ</w:t>
      </w:r>
    </w:p>
    <w:p>
      <w:r>
        <w:rPr>
          <w:b/>
        </w:rPr>
        <w:t xml:space="preserve">[27:28] </w:t>
      </w:r>
      <w:r>
        <w:t>un ko madad pohnchegi</w:t>
      </w:r>
    </w:p>
    <w:p>
      <w:pPr>
        <w:jc w:val="right"/>
      </w:pPr>
      <w:r>
        <w:t>ان کو مدد پہنچے گی</w:t>
      </w:r>
    </w:p>
    <w:p>
      <w:r>
        <w:rPr>
          <w:b/>
        </w:rPr>
        <w:t xml:space="preserve">[27:34] </w:t>
      </w:r>
      <w:r>
        <w:t>tashreeh qadeem madina ke atraf mein yahood ke teen qabile abad thay bano nazir bano qareza bano qainqa'a yeh sab moosa shariat ko mante thay magar un ke jahili ta'assubat ne</w:t>
      </w:r>
    </w:p>
    <w:p>
      <w:pPr>
        <w:jc w:val="right"/>
      </w:pPr>
      <w:r>
        <w:t>تشریح قدیم مدینہ کے اطراف میں یہود کے تین قبیلے آباد تھے بنو نظیر بنو قریضہ بنو قینقاع یہ سب موسی شریعت کو مانتے تھے مگر ان کے جاہلی تعصبات نے</w:t>
      </w:r>
    </w:p>
    <w:p>
      <w:r>
        <w:rPr>
          <w:b/>
        </w:rPr>
        <w:t xml:space="preserve">[27:53] </w:t>
      </w:r>
      <w:r>
        <w:t>un ko alag alag grohon mein bant rakha tha apni dunyavi siyasat ke tehat woh madina ke mashriq qabail aus aur khazraj ke sath mil gaye thay bano nazir aur bano qareza ne</w:t>
      </w:r>
    </w:p>
    <w:p>
      <w:pPr>
        <w:jc w:val="right"/>
      </w:pPr>
      <w:r>
        <w:t>ان کو الگ الگ گروہوں میں بانٹ رکھا تھا اپنی دنیاوی سیاست کے تحت وہ مدینہ کے مشرق قبائل اوس اور خزرج کے ساتھ مل گئے تھے بنو نظیر اور بنو قریضہ نے</w:t>
      </w:r>
    </w:p>
    <w:p>
      <w:r>
        <w:rPr>
          <w:b/>
        </w:rPr>
        <w:t xml:space="preserve">[28:09] </w:t>
      </w:r>
      <w:r>
        <w:t>qabila aus ka sath pakad liya tha bano qainqa'a qabila khazraj ke halif bane hue thay is tarah do groh ban kar woh aapas mein ladte rehte thay jang bu'aas isi qism ki aik jang thi jo hijjat tadib se panch saal pehle waqe hui</w:t>
      </w:r>
    </w:p>
    <w:p>
      <w:pPr>
        <w:jc w:val="right"/>
      </w:pPr>
      <w:r>
        <w:t>قبیلہ اوس کا ساتھ پکڑ لیا تھا بنو قینقاع قبیلہ خزرج کے حلیف بنے ہوئے تھے اس طرح دو گروہ بن کر وہ آپس میں لڑتے رہتے تھے جنگ بواس اسی قسم کی ایک جنگ تھی جو حجت تدبی سے پانچ سال پہلے واقع ہوئی</w:t>
      </w:r>
    </w:p>
    <w:p>
      <w:r>
        <w:rPr>
          <w:b/>
        </w:rPr>
        <w:t xml:space="preserve">[28:30] </w:t>
      </w:r>
      <w:r>
        <w:t>un ladaiyon mein yahood mashriq qabail ke sath mil kar do mahaz bana lete aik mahaz mein shamil hone wale yahoodi dosre mahaz mein shamil hone wale yahoodiyon ko qatal karte aur un ko un ke gharon se be ghar karte</w:t>
      </w:r>
    </w:p>
    <w:p>
      <w:pPr>
        <w:jc w:val="right"/>
      </w:pPr>
      <w:r>
        <w:t>ان لڑائیوں میں یہود مشرق قبائل کے ساتھ مل کر دو محاذ بنا لیتے ایک محاذ میں شامل ہونے والے یہودی دوسرے محاذ میں شامل ہونے والے یہودیوں کو قتل کرتے اور ان کو ان کے گھروں سے بے گھر کرتے</w:t>
      </w:r>
    </w:p>
    <w:p>
      <w:r>
        <w:rPr>
          <w:b/>
        </w:rPr>
        <w:t xml:space="preserve">[28:50] </w:t>
      </w:r>
      <w:r>
        <w:t>phir jab jang khatam ho jati to woh torait ka hawala de kar apne ham mazhabon se chanda ki appealen karte ta ke apne giraftar bhaiyon ko fidya de kar mashriq qabail ke hath se chhuraya ja sake</w:t>
      </w:r>
    </w:p>
    <w:p>
      <w:pPr>
        <w:jc w:val="right"/>
      </w:pPr>
      <w:r>
        <w:t>پھر جب جنگ ختم ہو جاتی تو وہ تورات کا حوالہ دے کر اپنے ہم مذہبوں سے چندہ کی اپیلیں کرتے تاکہ اپنے گرفتار بھائیوں کو فدیہ دے کر مشرق قبائل کے ہاتھ سے چھڑایا جا سکے</w:t>
      </w:r>
    </w:p>
    <w:p>
      <w:r>
        <w:rPr>
          <w:b/>
        </w:rPr>
        <w:t xml:space="preserve">[29:09] </w:t>
      </w:r>
      <w:r>
        <w:t>insan ke jaan o maal ke ehtram ke bare mein woh khuda ke hukum ko todte aur phir apni zalimana siyasat ka shikar hone walon ke sath numaisahi hamdardi kar ke zahir karte ke woh bohat</w:t>
      </w:r>
    </w:p>
    <w:p>
      <w:pPr>
        <w:jc w:val="right"/>
      </w:pPr>
      <w:r>
        <w:t>انسان کے جان و مال کے احترام کے بارے میں وہ خدا کے حکم کو توڑتے اور پھر اپنی ظالمانہ سیاست کا شکار ہونے والوں کے ساتھ نمائشی ہمدردی کر کے ظاہر کرتے کہ وہ بہت</w:t>
      </w:r>
    </w:p>
    <w:p>
      <w:r>
        <w:rPr>
          <w:b/>
        </w:rPr>
        <w:t xml:space="preserve">[29:25] </w:t>
      </w:r>
      <w:r>
        <w:t>din daar hain</w:t>
      </w:r>
    </w:p>
    <w:p>
      <w:pPr>
        <w:jc w:val="right"/>
      </w:pPr>
      <w:r>
        <w:t>دین دار ہیں</w:t>
      </w:r>
    </w:p>
    <w:p>
      <w:r>
        <w:rPr>
          <w:b/>
        </w:rPr>
        <w:t xml:space="preserve">[29:30] </w:t>
      </w:r>
      <w:r>
        <w:t>yeh aisa hi hai jaise aik shakhs ko nahq qatal kar diya jaye aur us ke baad sharai tareeqe par us ki namaz janaza parhi jaye shariat ke asli aur asasi ahkam aadmi se jahili zindagi chhodne ke liye kehte hain</w:t>
      </w:r>
    </w:p>
    <w:p>
      <w:pPr>
        <w:jc w:val="right"/>
      </w:pPr>
      <w:r>
        <w:t>یہ ایسا ہی ہے جیسے ایک شخص کو ناحق قتل کر دیا جائے اور اس کے بعد شرعی طریقے پر اس کی نماز جنازہ پڑھی جائے شریعت کے اصلی اور اساسی احکام آدمی سے جاہلی زندگی چھوڑنے کے لیے کہتے ہیں</w:t>
      </w:r>
    </w:p>
    <w:p>
      <w:r>
        <w:rPr>
          <w:b/>
        </w:rPr>
        <w:t xml:space="preserve">[29:49] </w:t>
      </w:r>
      <w:r>
        <w:t>woh us ki khwahish se takrata hai woh us ki dunya darana siyasat par roak lagate hain is liye aadmi in ahkam ko nazar andaz karta hai woh haqeeqi dindari ke jo'ay mein</w:t>
      </w:r>
    </w:p>
    <w:p>
      <w:pPr>
        <w:jc w:val="right"/>
      </w:pPr>
      <w:r>
        <w:t>وہ اس کی خواہش سے ٹکراتے ہیں وہ اس کی دنیا دارانہ سیاست پر روک لگاتے ہیں اس لیے آدمی ان احکام کو نظر انداز کرتا ہے وہ حقیقی دینداری کے جوئے میں</w:t>
      </w:r>
    </w:p>
    <w:p>
      <w:r>
        <w:rPr>
          <w:b/>
        </w:rPr>
        <w:t xml:space="preserve">[30:05] </w:t>
      </w:r>
      <w:r>
        <w:t>apne ko dalne ke liye tayar nahi hota albatta kuch mamooli aur numaisahi cheezon ki dhool macha kar yeh zahir karta hai ke woh khuda ke deen par poori tarah qaim hai magar yeh khuda ke deen ka khud sakhta edition tayar karna hai</w:t>
      </w:r>
    </w:p>
    <w:p>
      <w:pPr>
        <w:jc w:val="right"/>
      </w:pPr>
      <w:r>
        <w:t>اپنے کو ڈالنے کے لیے تیار نہیں ہوتا البتہ کچھ معمولی اور نمائشی چیزوں کی دھول مچا کر یہ ظاہر کرتا ہے کہ وہ خدا کے دین پر پوری طرح قائم ہے مگر یہ خدا کے دین کا خود ساختہ ایڈیشن تیار کرنا ہے</w:t>
      </w:r>
    </w:p>
    <w:p>
      <w:r>
        <w:rPr>
          <w:b/>
        </w:rPr>
        <w:t xml:space="preserve">[30:27] </w:t>
      </w:r>
      <w:r>
        <w:t>yeh deen ke akhrawi pehlu ko nazar andaz karna hai aur deen ke ba'az woh pehlu jo apne andar dunyavi ronak aur shohrat rakhte hain un mein dindari ka kamal dikhana hai deen mein is qism ki jasarat aadmi ko</w:t>
      </w:r>
    </w:p>
    <w:p>
      <w:pPr>
        <w:jc w:val="right"/>
      </w:pPr>
      <w:r>
        <w:t>یہ دین کے اخروی پہلو کو نظر انداز کرنا ہے اور دین کے بعض وہ پہلو جو اپنے اندر دنیاوی رونق اور شہرت رکھتے ہیں ان میں دینداری کا کمال دکھانا ہے دین میں اس قسم کی جسارت آدمی کو</w:t>
      </w:r>
    </w:p>
    <w:p>
      <w:r>
        <w:rPr>
          <w:b/>
        </w:rPr>
        <w:t xml:space="preserve">[30:46] </w:t>
      </w:r>
      <w:r>
        <w:t>allah ke ghazab ka mustahiq banati hai na ke allah ke inaam ka</w:t>
      </w:r>
    </w:p>
    <w:p>
      <w:pPr>
        <w:jc w:val="right"/>
      </w:pPr>
      <w:r>
        <w:t>اللہ کے غضب کا مستحق بناتی ہے نہ کہ اللہ کے انعام کا</w:t>
      </w:r>
    </w:p>
    <w:p>
      <w:r>
        <w:rPr>
          <w:b/>
        </w:rPr>
        <w:t xml:space="preserve">[30:57] </w:t>
      </w:r>
      <w:r>
        <w:t>walqad ataina moosa alkitaba waqfaina min ba'dihi alrusula wa ataina isa ibna mariyam albayyinati wa ayyadnahu biruhil qudsi afakullama ja'akum rasulun</w:t>
      </w:r>
    </w:p>
    <w:p>
      <w:pPr>
        <w:jc w:val="right"/>
      </w:pPr>
      <w:r>
        <w:t>ولقد اتينا موسی الكتاب وقفينا من بعده بالرسل واتينا عيسى ابن مريم البينات وايدناه بروح القدس افكلما جاءكم رسول</w:t>
      </w:r>
    </w:p>
    <w:p>
      <w:r>
        <w:rPr>
          <w:b/>
        </w:rPr>
        <w:t xml:space="preserve">[31:19] </w:t>
      </w:r>
      <w:r>
        <w:t>bima la tahwa anfusukum istakbartum fafareeqan kadhabtum fafareeqan kadhabtum wafareeqan</w:t>
      </w:r>
    </w:p>
    <w:p>
      <w:pPr>
        <w:jc w:val="right"/>
      </w:pPr>
      <w:r>
        <w:t>بما لا تهوى انفسكم استكبرتم ففريقا كذبتم ففريقا كذبتم وفريقا</w:t>
      </w:r>
    </w:p>
    <w:p>
      <w:r>
        <w:rPr>
          <w:b/>
        </w:rPr>
        <w:t xml:space="preserve">[31:36] </w:t>
      </w:r>
      <w:r>
        <w:t>taqtuluna walqalu qulubuna ghluf bal la'anahumullahu bikufrihim faqaleelamma yu'minuna walamma</w:t>
      </w:r>
    </w:p>
    <w:p>
      <w:pPr>
        <w:jc w:val="right"/>
      </w:pPr>
      <w:r>
        <w:t>تقتلون وقالوا قلوبنا غلف بل لعنهم الله بكفرهم فقليلا ما يؤمنون ولما</w:t>
      </w:r>
    </w:p>
    <w:p>
      <w:r>
        <w:rPr>
          <w:b/>
        </w:rPr>
        <w:t xml:space="preserve">[31:55] </w:t>
      </w:r>
      <w:r>
        <w:t>ja'ahum kitubun min indillahi musaddiqun lima ma'ahum wakano min qablu yastaftehuna wakano min qablu yastaftehuna 'alaladhina kafaroo falamma ja'ahum</w:t>
      </w:r>
    </w:p>
    <w:p>
      <w:pPr>
        <w:jc w:val="right"/>
      </w:pPr>
      <w:r>
        <w:t>جاءهم كتاب من عند الله مصدق لما معهم وكانوا من قبل يستفتحون وكانوا من قبل يستفتحون على الذين كفروا فلما جاءهم</w:t>
      </w:r>
    </w:p>
    <w:p>
      <w:r>
        <w:rPr>
          <w:b/>
        </w:rPr>
        <w:t xml:space="preserve">[32:21] </w:t>
      </w:r>
      <w:r>
        <w:t>ma 'arafoo kafaroo bihi fal'anuhumullahu 'alal kafirina</w:t>
      </w:r>
    </w:p>
    <w:p>
      <w:pPr>
        <w:jc w:val="right"/>
      </w:pPr>
      <w:r>
        <w:t>ما عرفوا كفروا به فلعنه الله على الكافرين</w:t>
      </w:r>
    </w:p>
    <w:p>
      <w:r>
        <w:rPr>
          <w:b/>
        </w:rPr>
        <w:t xml:space="preserve">[32:32] </w:t>
      </w:r>
      <w:r>
        <w:t>bisa ma ishtaraw bihi</w:t>
      </w:r>
    </w:p>
    <w:p>
      <w:pPr>
        <w:jc w:val="right"/>
      </w:pPr>
      <w:r>
        <w:t>بئس ما اشتروا به</w:t>
      </w:r>
    </w:p>
    <w:p>
      <w:r>
        <w:rPr>
          <w:b/>
        </w:rPr>
        <w:t xml:space="preserve">[32:36] </w:t>
      </w:r>
      <w:r>
        <w:t>anfusahum an yakfuro bima anzallahu baghyan an yunzilallahu min fadlihi an yunzilallahu</w:t>
      </w:r>
    </w:p>
    <w:p>
      <w:pPr>
        <w:jc w:val="right"/>
      </w:pPr>
      <w:r>
        <w:t>انفسهم ان يكفروا بما انزل الله بغيا ان ينزل الله من فضله ان ينزل الله</w:t>
      </w:r>
    </w:p>
    <w:p>
      <w:r>
        <w:rPr>
          <w:b/>
        </w:rPr>
        <w:t xml:space="preserve">[32:54] </w:t>
      </w:r>
      <w:r>
        <w:t>min fadlihi 'ala man yashao min 'ibadihi fabao'u bighadabin 'ala ghadabin walilkafirina 'adhabun</w:t>
      </w:r>
    </w:p>
    <w:p>
      <w:pPr>
        <w:jc w:val="right"/>
      </w:pPr>
      <w:r>
        <w:t>من فضله على من يشاء من عباده فباءوا بغضب على غضب وللكافرين عذاب</w:t>
      </w:r>
    </w:p>
    <w:p>
      <w:r>
        <w:rPr>
          <w:b/>
        </w:rPr>
        <w:t xml:space="preserve">[33:11] </w:t>
      </w:r>
      <w:r>
        <w:t>muhin</w:t>
      </w:r>
    </w:p>
    <w:p>
      <w:pPr>
        <w:jc w:val="right"/>
      </w:pPr>
      <w:r>
        <w:t>مهين</w:t>
      </w:r>
    </w:p>
    <w:p>
      <w:r>
        <w:rPr>
          <w:b/>
        </w:rPr>
        <w:t xml:space="preserve">[33:16] </w:t>
      </w:r>
      <w:r>
        <w:t>aur hum ne moosa ko kitab di aur is ke baad paidal par rasool bheje aur eesa ibne mariyam ko khuli khuli nishaniyan deen aur rooh pak se us ki taeed ki to jab bhi koi rasool tumhare pas woh cheez le kar aya</w:t>
      </w:r>
    </w:p>
    <w:p>
      <w:pPr>
        <w:jc w:val="right"/>
      </w:pPr>
      <w:r>
        <w:t>اور ہم نے موسی کو کتاب دی اور اس کے بعد پیدل پر رسول بھیجے اور عیسائی ممبرین کو کھلی کھلی نشانیاں دیں اور روح پاک سے اس کی تائید کی تو جب بھی کوئی رسول تمہارے پاس وہ چیز لے کر آیا</w:t>
      </w:r>
    </w:p>
    <w:p>
      <w:r>
        <w:rPr>
          <w:b/>
        </w:rPr>
        <w:t xml:space="preserve">[33:37] </w:t>
      </w:r>
      <w:r>
        <w:t>jis ko tumhara dil nahi chahta tha to tum ne takabbur kiya phir aik jama'at ko jhutlaya aur aik jama'at ko maar dala aur yahood kehte hain ke hamare quloob mehfooz hain nahi</w:t>
      </w:r>
    </w:p>
    <w:p>
      <w:pPr>
        <w:jc w:val="right"/>
      </w:pPr>
      <w:r>
        <w:t>جس کو تمہارا دل نہیں چاہتا تھا تو تم نے تکبر کیا پھر ایک جماعت کو جھٹلایا اور ایک جماعت کو مار ڈالا اور یہود کہتے ہیں کہ ہمارے قلوب محفوظ ہیں نہیں</w:t>
      </w:r>
    </w:p>
    <w:p>
      <w:r>
        <w:rPr>
          <w:b/>
        </w:rPr>
        <w:t xml:space="preserve">[33:54] </w:t>
      </w:r>
      <w:r>
        <w:t>balkay Allah nay un kay inkar ki waja say un par lanat kar di hai is liye wo bohat kam iman latay hain aur jab aai Allah ki taraf say un kay pas aik kitab jo sacha karnay wali hai us ko jo un kay pas hai</w:t>
      </w:r>
    </w:p>
    <w:p>
      <w:pPr>
        <w:jc w:val="right"/>
      </w:pPr>
      <w:r>
        <w:t>بلکہ اللہ نے ان کے انکار کی وجہ سے ان پر لعنت کر دی ہے اس لیے وہ بہت کم ایمان لاتے ہیں اور جب آئی اللہ کی طرف سے ان کے پاس ایک کتاب جو سچا کرنے والی ہے اس کو جو ان کے پاس ہے</w:t>
      </w:r>
    </w:p>
    <w:p>
      <w:r>
        <w:rPr>
          <w:b/>
        </w:rPr>
        <w:t xml:space="preserve">[34:14] </w:t>
      </w:r>
      <w:r>
        <w:t>aur wo pehlay say munkiron par fatah manga kartay thay phir jab aai un kay pas wo cheez jis ko unhon nay pehchan liya to unhon nay us ka inkar kar diya pas Allah ki lanat hai inkar karnay walon par</w:t>
      </w:r>
    </w:p>
    <w:p>
      <w:pPr>
        <w:jc w:val="right"/>
      </w:pPr>
      <w:r>
        <w:t>اور وہ پہلے سے منکروں پر فتح مانگا کرتے تھے پھر جب آئی ان کے پاس وہ چیز جس کو انہوں نے پہچان لیا تو انہوں نے اس کا انکار کر دیا پس اللہ کی لعنت ہے انکار کرنے والوں پر</w:t>
      </w:r>
    </w:p>
    <w:p>
      <w:r>
        <w:rPr>
          <w:b/>
        </w:rPr>
        <w:t xml:space="preserve">[34:33] </w:t>
      </w:r>
      <w:r>
        <w:t>kisi buri hai wo cheez jis say unhon nay apni janon ka mol kiya kay wo inkar kar rahay hain Allah kay utaray huay kalam ka is zid ki bina par kay Allah apnay fazal say apnay bandoon mein say jis par chahay utaray</w:t>
      </w:r>
    </w:p>
    <w:p>
      <w:pPr>
        <w:jc w:val="right"/>
      </w:pPr>
      <w:r>
        <w:t>کیسی بری ہے وہ چیز جس سے انہوں نے اپنی جانوں کا مول کیا کہ وہ انکار کر رہے ہیں اللہ کے اتارے ہوئے کلام کا اس ضد کی بنا پر کہ اللہ اپنے فضل سے اپنے بندوں میں سے جس پر چاہے اتارے</w:t>
      </w:r>
    </w:p>
    <w:p>
      <w:r>
        <w:rPr>
          <w:b/>
        </w:rPr>
        <w:t xml:space="preserve">[34:53] </w:t>
      </w:r>
      <w:r>
        <w:t>pas wo ghusay par ghusa kama kar laye aur inkar karnay walon kay liye zillat ka azab hai</w:t>
      </w:r>
    </w:p>
    <w:p>
      <w:pPr>
        <w:jc w:val="right"/>
      </w:pPr>
      <w:r>
        <w:t>پس وہ غصے پر غصہ کما کر لائے اور انکار کرنے والوں کے لیے ذلت کا عذاب ہے</w:t>
      </w:r>
    </w:p>
    <w:p>
      <w:r>
        <w:rPr>
          <w:b/>
        </w:rPr>
        <w:t xml:space="preserve">[35:04] </w:t>
      </w:r>
      <w:r>
        <w:t>tashreeh torait Allah ki kitab thi jo yahood par utri magar dhairay dhairay torait ki hesiyat un kay yahan qomi tabarruk ki ho gayi qomi azmat aur nijat ki alamat kay tor par yahood ab bhi us ko seenay say lagaye huay thay</w:t>
      </w:r>
    </w:p>
    <w:p>
      <w:pPr>
        <w:jc w:val="right"/>
      </w:pPr>
      <w:r>
        <w:t>تشریح تورات اللہ کی کتاب تھی جو یہود پر اتری مگر دھیرے دھیرے تورات کی حیثیت ان کے یہاں قومی تبرک کی ہو گئی قومی عظمت اور نجات کی علامت کے طور پر یہود اب بھی اس کو سینے سے لگائے ہوئے تھے</w:t>
      </w:r>
    </w:p>
    <w:p>
      <w:r>
        <w:rPr>
          <w:b/>
        </w:rPr>
        <w:t xml:space="preserve">[35:28] </w:t>
      </w:r>
      <w:r>
        <w:t>magar rehnuma kitab kay maqam say us ko unhon nay hata diya tha hazrat moosa kay baad bar bar un kay darmiyan anbiya uthay mislan yusha nabi dawood nabi</w:t>
      </w:r>
    </w:p>
    <w:p>
      <w:pPr>
        <w:jc w:val="right"/>
      </w:pPr>
      <w:r>
        <w:t>مگر رہنما کتاب کے مقام سے اس کو انہوں نے ہٹا دیا تھا حضرت موسی کے بعد بار بار ان کے درمیان انبیاء اٹھے مثلاً یوشع نبی داؤد نبی</w:t>
      </w:r>
    </w:p>
    <w:p>
      <w:r>
        <w:rPr>
          <w:b/>
        </w:rPr>
        <w:t xml:space="preserve">[35:45] </w:t>
      </w:r>
      <w:r>
        <w:t>zakariya nabi yahya nabi waghera un kay aakhri nabi hazrat eisa thay yeh tamam anbiya yahood ko yeh naseehat denay kay liye aaye kay torait ko apni amli zindagi mein shamil karo</w:t>
      </w:r>
    </w:p>
    <w:p>
      <w:pPr>
        <w:jc w:val="right"/>
      </w:pPr>
      <w:r>
        <w:t>زکریا نبی یحیی نبی وغیرہ ان کے آخری نبی حضرت عیسی تھے یہ تمام انبیاء یہود کو یہ نصیحت دینے کے لیے آئے کہ تورات کو اپنی عملی زندگیوں میں شامل کرو</w:t>
      </w:r>
    </w:p>
    <w:p>
      <w:r>
        <w:rPr>
          <w:b/>
        </w:rPr>
        <w:t xml:space="preserve">[36:02] </w:t>
      </w:r>
      <w:r>
        <w:t>magar torait kay taqaddus par iman rakhnay kay bawajood yeh awaz un kay liye tamam awazon say ziyada na qabil bardasht sabit hui wo khuda kay nabiyon ko nabi mannay say inkar kartay</w:t>
      </w:r>
    </w:p>
    <w:p>
      <w:pPr>
        <w:jc w:val="right"/>
      </w:pPr>
      <w:r>
        <w:t>مگر تورات کے تقدس پر ایمان رکھنے کے باوجود یہ آواز ان کے لیے تمام آوازوں سے زیادہ ناقابل برداشت ثابت ہوئی وہ خدا کے نبیوں کو نبی ماننے سے انکار کرتے</w:t>
      </w:r>
    </w:p>
    <w:p>
      <w:r>
        <w:rPr>
          <w:b/>
        </w:rPr>
        <w:t xml:space="preserve">[36:19] </w:t>
      </w:r>
      <w:r>
        <w:t>hata kay un ko qatal kar dalatay is ki waja yeh thi kay torait kay naam par wo jis zindagi ko ikhtiyar kiye huay thay wo haqeeqatan nafsaniyat aur dunya parasti ki aik zindagi thi jis kay oopar unhon nay khuda ki kitab ka label laga liya tha</w:t>
      </w:r>
    </w:p>
    <w:p>
      <w:pPr>
        <w:jc w:val="right"/>
      </w:pPr>
      <w:r>
        <w:t>حتی کہ ان کو قتل کر ڈالتے اس کی وجہ یہ تھی کہ تورات کے نام پر وہ جس زندگی کو اختیار کیے ہوئے تھے وہ حقیقتاً نفسانیت اور دنیا پرستی کی ایک زندگی تھی جس کے اوپر انہوں نے خدا کی کتاب کا لیبل لگا لیا تھا</w:t>
      </w:r>
    </w:p>
    <w:p>
      <w:r>
        <w:rPr>
          <w:b/>
        </w:rPr>
        <w:t xml:space="preserve">[36:41] </w:t>
      </w:r>
      <w:r>
        <w:t>khuda kay nabi jab bay amez haq ki dawat pesh kartay to un ko nazar aata kay yeh dawat un ki mazhabi hesiyat ki nafi kar rahi hai ab un kay andar ghumnad ki nafsiyat jaag uthti wo nabiyon kay itiraf kay bajaye un ko khatam karnay kay dar pay ho jatay</w:t>
      </w:r>
    </w:p>
    <w:p>
      <w:pPr>
        <w:jc w:val="right"/>
      </w:pPr>
      <w:r>
        <w:t>خدا کے نبی جب بے آمیز حق کی دعوت پیش کرتے تو ان کو نظر آتا کہ یہ دعوت ان کی مذہبی حیثیت کی نفی کر رہی ہے اب ان کے اندر گھمنڈ کی نفسیات جاگ اٹھتی وہ نبیوں کے اعتراف کے بجائے ان کو ختم کرنے کے در پہ ہو جاتے</w:t>
      </w:r>
    </w:p>
    <w:p>
      <w:r>
        <w:rPr>
          <w:b/>
        </w:rPr>
        <w:t xml:space="preserve">[37:06] </w:t>
      </w:r>
      <w:r>
        <w:t>yehi muamla arab kay yahood nay rasool Allah sal Allah alaihi wasalam kay sath kiya wo apni kitabon mein aakhri rasool ki peshangoi ko dekh kar kehtay kay jab wo nabi aaye ga to hum us kay sath mil kar</w:t>
      </w:r>
    </w:p>
    <w:p>
      <w:pPr>
        <w:jc w:val="right"/>
      </w:pPr>
      <w:r>
        <w:t>یہی معاملہ عرب کے یہود نے رسول اللہ صلی اللہ علیہ وسلم کے ساتھ کیا وہ اپنی کتابوں میں آخری رسول کی پیشنگوئی کو دیکھ کر کہتے کہ جب وہ نبی آئے گا تو ہم اس کے ساتھ مل کر</w:t>
      </w:r>
    </w:p>
    <w:p>
      <w:r>
        <w:rPr>
          <w:b/>
        </w:rPr>
        <w:t xml:space="preserve">[37:23] </w:t>
      </w:r>
      <w:r>
        <w:t>munkiron aur mushrikin ko zair karain gay magar un ki yeh baat mahaz aik jhooti taqreer thi jo apnay ko mazhab ka pasban zahir karnay kay liye wo kartay thay chunanchay wo nabi aaya</w:t>
      </w:r>
    </w:p>
    <w:p>
      <w:pPr>
        <w:jc w:val="right"/>
      </w:pPr>
      <w:r>
        <w:t>منکروں اور مشرکوں کو زیر کریں گے مگر ان کی یہ بات محض ایک جھوٹی تقریر تھی جو اپنے کو مذہب کا پاسبان ظاہر کرنے کے لیے وہ کرتے تھے چنانچہ وہ نبی آیا</w:t>
      </w:r>
    </w:p>
    <w:p>
      <w:r>
        <w:rPr>
          <w:b/>
        </w:rPr>
        <w:t xml:space="preserve">[37:41] </w:t>
      </w:r>
      <w:r>
        <w:t>to un ki haqeeqat khul gayi un kay jahili taassubat apnay giroh say bahir kay aik nabi ka itiraf karnay mein rukawat ban gaye quran mein aap ki sadaqat kay baray mein jo wazeh dalail diye ja rahay thay</w:t>
      </w:r>
    </w:p>
    <w:p>
      <w:pPr>
        <w:jc w:val="right"/>
      </w:pPr>
      <w:r>
        <w:t>تو ان کی حقیقت کھل گئی ان کے جاہلی تعصبات اپنے گروہ سے باہر کے ایک نبی کا اعتراف کرنے میں رکاوٹ بن گئے قرآن میں آپ کی صداقت کے بارے میں جو واضح دلائل دیے جا رہے تھے</w:t>
      </w:r>
    </w:p>
    <w:p>
      <w:r>
        <w:rPr>
          <w:b/>
        </w:rPr>
        <w:t xml:space="preserve">[37:58] </w:t>
      </w:r>
      <w:r>
        <w:t>un kay jawab say wo ajiz thay is liye wo kehnay lagay kay tumhari zahir fareeb baton say mutasir ho kar hum apnay aslaf ka deen nahi chhod saktay</w:t>
      </w:r>
    </w:p>
    <w:p>
      <w:pPr>
        <w:jc w:val="right"/>
      </w:pPr>
      <w:r>
        <w:t>ان کے جواب سے وہ عاجز تھے اس لیے وہ کہنے لگے کہ تمہاری ظاہر فریب باتوں سے متاثر ہو کر ہم اپنے اسلاف کا دین نہیں چھوڑ سکتے</w:t>
      </w:r>
    </w:p>
    <w:p>
      <w:r>
        <w:rPr>
          <w:b/>
        </w:rPr>
        <w:t xml:space="preserve">[38:14] </w:t>
      </w:r>
      <w:r>
        <w:t>waizaa qeela lahum aaminoo bima anzala Allah qaloo aamanoo bima unzila alayna wa yakfuroona bima waraa'ahu wa huwa alhaqqu musaddiqan lima ma'ahum</w:t>
      </w:r>
    </w:p>
    <w:p>
      <w:pPr>
        <w:jc w:val="right"/>
      </w:pPr>
      <w:r>
        <w:t>واذا قیل لهم امنوا بما انزل اللہ قالوا نؤمن بما انزل علینا ویکفرون بما وراءه وهو الحق مصدقا لما معهم</w:t>
      </w:r>
    </w:p>
    <w:p>
      <w:r>
        <w:rPr>
          <w:b/>
        </w:rPr>
        <w:t xml:space="preserve">[38:38] </w:t>
      </w:r>
      <w:r>
        <w:t>qul falim taqtuloona anbiyaa Allah min qablu in kuntum mu'mineen wa laqad</w:t>
      </w:r>
    </w:p>
    <w:p>
      <w:pPr>
        <w:jc w:val="right"/>
      </w:pPr>
      <w:r>
        <w:t>قل فلم تقتلون انبیاء اللہ من قبل ان كنتم مؤمنين ولقد</w:t>
      </w:r>
    </w:p>
    <w:p>
      <w:r>
        <w:rPr>
          <w:b/>
        </w:rPr>
        <w:t xml:space="preserve">[38:55] </w:t>
      </w:r>
      <w:r>
        <w:t>ja'akum moosa bilbayyinati thumma ittakhaztumul 'ijl min ba'dihi wa antum zali moon</w:t>
      </w:r>
    </w:p>
    <w:p>
      <w:pPr>
        <w:jc w:val="right"/>
      </w:pPr>
      <w:r>
        <w:t>جاءكم موسى بالبينات ثم اتخذتم العجل من بعده وانتم ظالمون</w:t>
      </w:r>
    </w:p>
    <w:p>
      <w:r>
        <w:rPr>
          <w:b/>
        </w:rPr>
        <w:t xml:space="preserve">[39:12] </w:t>
      </w:r>
      <w:r>
        <w:t>wa iz akhazna meethaaqakum wa rafa'na fawqakumuttoor khuzoo ma aataynaakum bi quwwatin wasma'oo qaloo sami'naa wa 'asayna wa shriboo fee quloobihimul 'ijl bikufrihim</w:t>
      </w:r>
    </w:p>
    <w:p>
      <w:pPr>
        <w:jc w:val="right"/>
      </w:pPr>
      <w:r>
        <w:t>واذ اخذنا ميثاقكم ورفعنا فوقكم الطور خذوا ما اتيناكم بقوة واسمعوا قالوا سمعنا وعصينا واشربوا في قلوبهم العجل بكفرهم</w:t>
      </w:r>
    </w:p>
    <w:p>
      <w:r>
        <w:rPr>
          <w:b/>
        </w:rPr>
        <w:t xml:space="preserve">[39:35] </w:t>
      </w:r>
      <w:r>
        <w:t>qul bayasa ma ya'murukum bihi eemanukum in kuntum mu'mineen qul in</w:t>
      </w:r>
    </w:p>
    <w:p>
      <w:pPr>
        <w:jc w:val="right"/>
      </w:pPr>
      <w:r>
        <w:t>قل بئس ما يامركم به ايمانكم ان كنتم مؤمنين قل ان</w:t>
      </w:r>
    </w:p>
    <w:p>
      <w:r>
        <w:rPr>
          <w:b/>
        </w:rPr>
        <w:t xml:space="preserve">[39:52] </w:t>
      </w:r>
      <w:r>
        <w:t>kaanat lakumuddaarul aakhiratu 'indal laahi khaalitatan min doonin naasi fatamannawul mawta in kuntum saadiqeen</w:t>
      </w:r>
    </w:p>
    <w:p>
      <w:pPr>
        <w:jc w:val="right"/>
      </w:pPr>
      <w:r>
        <w:t>كانت لكم الدار الآخرة عند الله خالصة من دون الناس فتمنوا الموت إن كنتم صادقين</w:t>
      </w:r>
    </w:p>
    <w:p>
      <w:r>
        <w:rPr>
          <w:b/>
        </w:rPr>
        <w:t xml:space="preserve">[40:11] </w:t>
      </w:r>
      <w:r>
        <w:t>wa lan yatamannawhu abadan bima qaddamat aydeehim wallahu aleemun biz zalimeen</w:t>
      </w:r>
    </w:p>
    <w:p>
      <w:pPr>
        <w:jc w:val="right"/>
      </w:pPr>
      <w:r>
        <w:t>ولن يتمنوه أبدا بما قدمت أيديهم والله عليم بالظالمين</w:t>
      </w:r>
    </w:p>
    <w:p>
      <w:r>
        <w:rPr>
          <w:b/>
        </w:rPr>
        <w:t xml:space="preserve">[40:26] </w:t>
      </w:r>
      <w:r>
        <w:t>wa latjadannahum ahrasa naasi 'ala hayaatin wa minallazeena ashrakoo yawaddu ahaduhum law yu'ammara alfa sanah</w:t>
      </w:r>
    </w:p>
    <w:p>
      <w:pPr>
        <w:jc w:val="right"/>
      </w:pPr>
      <w:r>
        <w:t>ولتجدنهم أحرص الناس على حياة ومن الذين أشركوا يود أحدهم لو يعمر ألف سنة</w:t>
      </w:r>
    </w:p>
    <w:p>
      <w:r>
        <w:rPr>
          <w:b/>
        </w:rPr>
        <w:t xml:space="preserve">[40:43] </w:t>
      </w:r>
      <w:r>
        <w:t>wa ma huwa bimuzahzihihi minal 'azabi an yu'ammara wallahu baseerun bima ya'maloon</w:t>
      </w:r>
    </w:p>
    <w:p>
      <w:pPr>
        <w:jc w:val="right"/>
      </w:pPr>
      <w:r>
        <w:t>وما هو بمزحزحه من العذاب أن يعمر والله بصير بما يعملون</w:t>
      </w:r>
    </w:p>
    <w:p>
      <w:r>
        <w:rPr>
          <w:b/>
        </w:rPr>
        <w:t xml:space="preserve">[41:01] </w:t>
      </w:r>
      <w:r>
        <w:t>aur jab un say kaha jata hai kay is kalam par iman lao jo Allah nay utara hai to wo kehtay hain kay hum is par iman rakhtay hain jo hamaray oopar utra hai aur wo is ka inkar kartay hain jo is kay peechay aaya hai</w:t>
      </w:r>
    </w:p>
    <w:p>
      <w:pPr>
        <w:jc w:val="right"/>
      </w:pPr>
      <w:r>
        <w:t>اور جب ان سے کہا جاتا ہے کہ اس کلام پر ایمان لاؤ جو اللہ نے اتارا ہے تو وہ کہتے ہیں کہ ہم اس پر ایمان رکھتے ہیں جو ہمارے اوپر اترا ہے اور وہ اس کا انکار کرتے ہیں جو اس کے پیچھے آیا ہے</w:t>
      </w:r>
    </w:p>
    <w:p>
      <w:r>
        <w:rPr>
          <w:b/>
        </w:rPr>
        <w:t xml:space="preserve">[41:19] </w:t>
      </w:r>
      <w:r>
        <w:t>halaankay wo haq hai aur sacha karnay wala hai us ka jo un kay pas hai kaho agar tum iman walay ho to tum Allah kay peghambaron ko is say pehlay kyun qatal kartay rahay aur moosa tumharay pas</w:t>
      </w:r>
    </w:p>
    <w:p>
      <w:pPr>
        <w:jc w:val="right"/>
      </w:pPr>
      <w:r>
        <w:t>حالانکہ وہ حق ہے اور سچا کرنے والا ہے اس کا جو ان کے پاس ہے کہو اگر تم ایمان والے ہو تو تم اللہ کے پیغمبروں کو اس سے پہلے کیوں قتل کرتے رہے اور موسی تمہارے پاس</w:t>
      </w:r>
    </w:p>
    <w:p>
      <w:r>
        <w:rPr>
          <w:b/>
        </w:rPr>
        <w:t xml:space="preserve">[41:38] </w:t>
      </w:r>
      <w:r>
        <w:t>khuli nishaniyan le kar aaya phir tum ne is ke peeche bichhde ko maabood bana liya aur tum zulm karne wale ho aur jab hum ne tum se ahad liya aur koh toor ko tumhare upar khada kiya</w:t>
      </w:r>
    </w:p>
    <w:p>
      <w:pPr>
        <w:jc w:val="right"/>
      </w:pPr>
      <w:r>
        <w:t>کھلی نشانیاں لے کر آیا پھر تم نے اس کے پیچھے بچھڑے کو معبود بنا لیا اور تم ظلم کرنے والے ہو اور جب ہم نے تم سے عہد لیا اور کوہ طور کو تمہارے اوپر کھڑا کیا</w:t>
      </w:r>
    </w:p>
    <w:p>
      <w:r>
        <w:rPr>
          <w:b/>
        </w:rPr>
        <w:t xml:space="preserve">[41:57] </w:t>
      </w:r>
      <w:r>
        <w:t>jo hukum hum ne tum ko diya hai us ko mazbooty ke sath pakro aur suno unhon ne kaha hum ne suna aur hum ne mana aur un ke inkar ke sabab se bichhda un ke dilon mein rutt bas gaya kaho agar tum imaan wale ho to kaisi buri hai woh cheez jo tumhara imaan tum ko sikhata hai</w:t>
      </w:r>
    </w:p>
    <w:p>
      <w:pPr>
        <w:jc w:val="right"/>
      </w:pPr>
      <w:r>
        <w:t>جو حکم ہم نے تم کو دیا ہے اس کو مضبوطی کے ساتھ پکڑو اور سنو انہوں نے کہا ہم نے سنا اور ہم نے مانا اور ان کے انکار کے سبب سے بچھڑا ان کے دلوں میں رٹ بس گیا کہو اگر تم ایمان والے ہو تو کیسی بری ہے وہ چیز جو تمہارا ایمان تم کو سکھاتا ہے</w:t>
      </w:r>
    </w:p>
    <w:p>
      <w:r>
        <w:rPr>
          <w:b/>
        </w:rPr>
        <w:t xml:space="preserve">[42:23] </w:t>
      </w:r>
      <w:r>
        <w:t>kaho agar Allah ke yahan akhirat ka ghar khaas tumhare liye hai doosron ko chhod kar to tum marne ki aarzu karo agar tum sachche ho magar woh kabhi is ki aarzu na karenge</w:t>
      </w:r>
    </w:p>
    <w:p>
      <w:pPr>
        <w:jc w:val="right"/>
      </w:pPr>
      <w:r>
        <w:t>کہو اگر اللہ کے یہاں آخرت کا گھر خاص تمہارے لیے ہے دوسروں کو چھوڑ کر تو تم مرنے کی آرزو کرو اگر تم سچے ہو مگر وہ کبھی اس کی آرزو نہ کریں گے</w:t>
      </w:r>
    </w:p>
    <w:p>
      <w:r>
        <w:rPr>
          <w:b/>
        </w:rPr>
        <w:t xml:space="preserve">[42:42] </w:t>
      </w:r>
      <w:r>
        <w:t>basab is ke jo woh apne aage bhej chuke hain aur Allah khoob janta hai zalimon ko aur tum un ko zindagi ka sab se zyada hareess paoge</w:t>
      </w:r>
    </w:p>
    <w:p>
      <w:pPr>
        <w:jc w:val="right"/>
      </w:pPr>
      <w:r>
        <w:t>بسبب اس کے جو وہ اپنے آگے بھیج چکے ہیں اور اللہ خوب جانتا ہے ظالموں کو اور تم ان کو زندگی کا سب سے زیادہ حریص پاؤ گے</w:t>
      </w:r>
    </w:p>
    <w:p>
      <w:r>
        <w:rPr>
          <w:b/>
        </w:rPr>
        <w:t xml:space="preserve">[42:59] </w:t>
      </w:r>
      <w:r>
        <w:t>un logon se bhi zyada jo mushrik hain un mein se har ek yeh chahta hai ke hazar baras ki umar paaye halanke itna jeena bhi us ko azab se bacha nahin sakta aur Allah dekhta hai jo kuch woh kar rahe hain</w:t>
      </w:r>
    </w:p>
    <w:p>
      <w:pPr>
        <w:jc w:val="right"/>
      </w:pPr>
      <w:r>
        <w:t>ان لوگوں سے بھی زیادہ جو مشرک ہیں ان میں سے ہر ایک یہ چاہتا ہے کہ ہزار برس کی عمر پائے حالانکہ اتنا جینا بھی اس کو عذاب سے بچا نہیں سکتا اور اللہ دیکھتا ہے جو کچھ وہ کر رہے ہیں</w:t>
      </w:r>
    </w:p>
    <w:p>
      <w:r>
        <w:rPr>
          <w:b/>
        </w:rPr>
        <w:t xml:space="preserve">[43:21] </w:t>
      </w:r>
      <w:r>
        <w:t>tashreeh yahood jo Quran ki dawat ko manne ke liye tayyar na hue is ki wajah un ka yeh ehsas tha ke woh pehle se haq par hain aur haq paraston ki sab se bari jamaat</w:t>
      </w:r>
    </w:p>
    <w:p>
      <w:pPr>
        <w:jc w:val="right"/>
      </w:pPr>
      <w:r>
        <w:t>تشریح یہود جو قرآن کی دعوت کو ماننے کے لیے تیار نہ ہوئے اس کی وجہ ان کا یہ احساس تھا کہ وہ پہلے سے حق پر ہیں اور حق پرستوں کی سب سے بڑی جماعت</w:t>
      </w:r>
    </w:p>
    <w:p>
      <w:r>
        <w:rPr>
          <w:b/>
        </w:rPr>
        <w:t xml:space="preserve">[43:38] </w:t>
      </w:r>
      <w:r>
        <w:t>israel se wabastagi rakhte hain magar yeh darasal giroh parasti thi jis ko unhon ne haq parasti ke hamana samajh rakha tha woh grohi haq ko khalis haq ka maqam diye hue the</w:t>
      </w:r>
    </w:p>
    <w:p>
      <w:pPr>
        <w:jc w:val="right"/>
      </w:pPr>
      <w:r>
        <w:t>اسرائیل سے وابستگی رکھتے ہیں مگر یہ دراصل گروہ پرستی تھی جس کو انہوں نے حق پرستی کے ہمانہ سمجھ رکھا تھا وہ گروہی حق کو خالص حق کا مقام دیے ہوئے تھے</w:t>
      </w:r>
    </w:p>
    <w:p>
      <w:r>
        <w:rPr>
          <w:b/>
        </w:rPr>
        <w:t xml:space="preserve">[43:54] </w:t>
      </w:r>
      <w:r>
        <w:t>yahi wajah hai ke haq jab apni be-amez soorat mein zahir hua to woh us ko lene ke liye aage na badh sake agar khalis haq un ka maqsood hota to un ke liye yeh janna mushkil na hota</w:t>
      </w:r>
    </w:p>
    <w:p>
      <w:pPr>
        <w:jc w:val="right"/>
      </w:pPr>
      <w:r>
        <w:t>یہی وجہ ہے کہ حق جب اپنی بے آمیز صورت میں ظاہر ہوا تو وہ اس کو لینے کے لیے آگے نہ بڑھ سکے اگر خالص حق ان کا مقصود ہوتا تو ان کے لیے یہ جاننا مشکل نہ ہوتا</w:t>
      </w:r>
    </w:p>
    <w:p>
      <w:r>
        <w:rPr>
          <w:b/>
        </w:rPr>
        <w:t xml:space="preserve">[44:14] </w:t>
      </w:r>
      <w:r>
        <w:t>ke Quran ka aana khud un ki muqaddas kitab torat ki peshangoi ke mutabiq hai aur yeh ke Quran ke nazool ke baad ab Quran hi kitab haq hai na ke un ka apna grohi mazhab</w:t>
      </w:r>
    </w:p>
    <w:p>
      <w:pPr>
        <w:jc w:val="right"/>
      </w:pPr>
      <w:r>
        <w:t>کہ قرآن کا آنا خود ان کی مقدس کتاب تورات کی پیشنگوئیوں کے مطابق ہے اور یہ کہ قرآن کے نزول کے بعد اب قرآن ہی کتاب حق ہے نہ کہ ان کا اپنا گروہی مذہب</w:t>
      </w:r>
    </w:p>
    <w:p>
      <w:r>
        <w:rPr>
          <w:b/>
        </w:rPr>
        <w:t xml:space="preserve">[44:33] </w:t>
      </w:r>
      <w:r>
        <w:t>un ka muamla fi waqe haq parasti ka muamla nahin is ka saboot un ki apni tareekh mein yeh hai ke unhon ne khud apne giroh ke nabiyon maslan Hazrat Zakariya Hazrat Yahya ko qatl kiya unhon ne un ki zindagi par tanqeed ki jo un ke khilaf</w:t>
      </w:r>
    </w:p>
    <w:p>
      <w:pPr>
        <w:jc w:val="right"/>
      </w:pPr>
      <w:r>
        <w:t>ان کا معاملہ فی الواقع حق پرستی کا معاملہ نہیں اس کا ثبوت ان کی اپنی تاریخ میں یہ ہے کہ انہوں نے خود اپنے گروہ کے نبیوں مثلاً حضرت زکریا حضرت یحیی کو قتل کیا انہوں نے ان کی زندگیوں پر تنقید کی جو ان کے خلاف</w:t>
      </w:r>
    </w:p>
    <w:p>
      <w:r>
        <w:rPr>
          <w:b/>
        </w:rPr>
        <w:t xml:space="preserve">[44:53] </w:t>
      </w:r>
      <w:r>
        <w:t>gawahi dete the taake un ko Khuda ki taraf se phira laen Hazrat Musa ne jo moajze pesh kiye is ke baad un ki nabuwat mein koi shubah nahin reh gaya tha magar</w:t>
      </w:r>
    </w:p>
    <w:p>
      <w:pPr>
        <w:jc w:val="right"/>
      </w:pPr>
      <w:r>
        <w:t>گواہی دیتے تھے تاکہ ان کو خدا کی طرف سے پھرا لائیں حضرت موسی نے جو معجزے پیش کیے اس کے بعد ان کی نبوت میں کوئی شبہ نہیں رہ گیا تھا مگر</w:t>
      </w:r>
    </w:p>
    <w:p>
      <w:r>
        <w:rPr>
          <w:b/>
        </w:rPr>
        <w:t xml:space="preserve">[45:11] </w:t>
      </w:r>
      <w:r>
        <w:t>koh toor ke chalis roza qiyam ke zamane mein jab Hazrat Musa ka shakhsi dabaao un ke samne na raha to unhon ne bichhde ko maabood bana liya un ke sar par pahaad khada kar diya gaya tab bhi</w:t>
      </w:r>
    </w:p>
    <w:p>
      <w:pPr>
        <w:jc w:val="right"/>
      </w:pPr>
      <w:r>
        <w:t>کوہ طور کے چالیس روزہ قیام کے زمانے میں جب حضرت موسی کا شخصی دباؤ ان کے سامنے نہ رہا تو انہوں نے بچھڑے کو معبود بنا لیا ان کے سر پر پہاڑ کھڑا کر دیا گیا تب بھی</w:t>
      </w:r>
    </w:p>
    <w:p>
      <w:r>
        <w:rPr>
          <w:b/>
        </w:rPr>
        <w:t xml:space="preserve">[45:29] </w:t>
      </w:r>
      <w:r>
        <w:t>sirf waqti taur par jaan bachane ke liye unhon ne keh diya ke haan hum ne suna magar is ke baad un ki aksariyat badastoor nafarmani ki zindagi par qaim rahi agar woh sach much Khuda parast hote to un ki sari tawajjah</w:t>
      </w:r>
    </w:p>
    <w:p>
      <w:pPr>
        <w:jc w:val="right"/>
      </w:pPr>
      <w:r>
        <w:t>صرف وقتی طور پر جان بچانے کے لیے انہوں نے کہہ دیا کہ ہاں ہم نے سنا مگر اس کے بعد ان کی اکثریت بدستور نافرمانی کی زندگی پر قائم رہی اگر وہ سچ مچ خدا پرست ہوتے تو ان کی ساری توجہ</w:t>
      </w:r>
    </w:p>
    <w:p>
      <w:r>
        <w:rPr>
          <w:b/>
        </w:rPr>
        <w:t xml:space="preserve">[45:50] </w:t>
      </w:r>
      <w:r>
        <w:t>Khuda ki is duniya ki taraf lag jati jo maut ke baad aane wali hai magar un ka haal yeh hai ke woh sab se zyada mowooda duniya ki mohabbat mein doobe hue hain</w:t>
      </w:r>
    </w:p>
    <w:p>
      <w:pPr>
        <w:jc w:val="right"/>
      </w:pPr>
      <w:r>
        <w:t>خدا کی اس دنیا کی طرف لگ جاتی جو موت کے بعد آنے والی ہے مگر ان کا حال یہ ہے کہ وہ سب سے زیادہ موعودہ دنیا کی محبت میں ڈوبے ہوئے ہیں</w:t>
      </w:r>
    </w:p>
    <w:p>
      <w:r>
        <w:rPr>
          <w:b/>
        </w:rPr>
        <w:t xml:space="preserve">[46:09] </w:t>
      </w:r>
      <w:r>
        <w:t>qul man kan aduwan lijibreele fa innahu nazalahu ala qalbika bi iznillah musaddiqan lima baina yadayhi wa hudan wa bushra lil momineen</w:t>
      </w:r>
    </w:p>
    <w:p>
      <w:pPr>
        <w:jc w:val="right"/>
      </w:pPr>
      <w:r>
        <w:t>قل من كان عدوا لجبريل فانه نزله علی قلبک باذن اللہ مصدقا لما بینیدیہ وهدا وبشرا للمؤمنین</w:t>
      </w:r>
    </w:p>
    <w:p>
      <w:r>
        <w:rPr>
          <w:b/>
        </w:rPr>
        <w:t xml:space="preserve">[46:28] </w:t>
      </w:r>
      <w:r>
        <w:t>man kan aduwan lillahi wa malaikatihi wa rusulihi wa jibreele wa mikaala fa innallaha aduwwun lil kafireen wa laqad</w:t>
      </w:r>
    </w:p>
    <w:p>
      <w:pPr>
        <w:jc w:val="right"/>
      </w:pPr>
      <w:r>
        <w:t>من كان عدوا لله وملائکتہ ورسله وجبریل ومیکال فان اللہ عدو للکافرین ولقد</w:t>
      </w:r>
    </w:p>
    <w:p>
      <w:r>
        <w:rPr>
          <w:b/>
        </w:rPr>
        <w:t xml:space="preserve">[46:46] </w:t>
      </w:r>
      <w:r>
        <w:t>anjalna ilaika ayatim bayyinatin wa ma yakfuru biha illal fasiqun aw kullama ahadoo ahdan</w:t>
      </w:r>
    </w:p>
    <w:p>
      <w:pPr>
        <w:jc w:val="right"/>
      </w:pPr>
      <w:r>
        <w:t>انزلنا الیک آیات من بینات وما يكفر بها الا الفاسقون اوكلما عاهدوا عهدا</w:t>
      </w:r>
    </w:p>
    <w:p>
      <w:r>
        <w:rPr>
          <w:b/>
        </w:rPr>
        <w:t xml:space="preserve">[47:06] </w:t>
      </w:r>
      <w:r>
        <w:t>nabazahu fareequn minhum bal aksaruhum la yuminun wa lamma jaahum rasoolum min</w:t>
      </w:r>
    </w:p>
    <w:p>
      <w:pPr>
        <w:jc w:val="right"/>
      </w:pPr>
      <w:r>
        <w:t>نبذه فريق منهم بل اكثرهم لا يؤمنون ولما جاءهم رسول من</w:t>
      </w:r>
    </w:p>
    <w:p>
      <w:r>
        <w:rPr>
          <w:b/>
        </w:rPr>
        <w:t xml:space="preserve">[47:23] </w:t>
      </w:r>
      <w:r>
        <w:t>indallahi musaddiqun lima maahum nabaza fareequn minallazeena ootool kitaba kitabaallahi</w:t>
      </w:r>
    </w:p>
    <w:p>
      <w:pPr>
        <w:jc w:val="right"/>
      </w:pPr>
      <w:r>
        <w:t>عند الله مصدق لما معهم نبذ فريق من الذين أوتوا الكتاب نبذ فريق من الذين أوتوا الكتاب كتاب الله</w:t>
      </w:r>
    </w:p>
    <w:p>
      <w:r>
        <w:rPr>
          <w:b/>
        </w:rPr>
        <w:t xml:space="preserve">[47:42] </w:t>
      </w:r>
      <w:r>
        <w:t>waraa zahurihim kaannahum la yaalamoon</w:t>
      </w:r>
    </w:p>
    <w:p>
      <w:pPr>
        <w:jc w:val="right"/>
      </w:pPr>
      <w:r>
        <w:t>وراء ظهورهم كانهم لا يعلمون</w:t>
      </w:r>
    </w:p>
    <w:p>
      <w:r>
        <w:rPr>
          <w:b/>
        </w:rPr>
        <w:t xml:space="preserve">[47:52] </w:t>
      </w:r>
      <w:r>
        <w:t>kaho ke jo koi Jibrael ka mukhalif hai to us ne is kalam ko tumhare dil par Allah ke hukum se utara hai woh sachcha karne wala hai us ka jo us ke aage hai aur woh hidayat aur khushkhabri hai</w:t>
      </w:r>
    </w:p>
    <w:p>
      <w:pPr>
        <w:jc w:val="right"/>
      </w:pPr>
      <w:r>
        <w:t>کہو کہ جو کوئی جبرائیل کا مخالف ہے تو اس نے اس کلام کو تمہارے دل پر اللہ کے حکم سے اتارا ہے وہ سچا کرنے والا ہے اس کا جو اس کے آگے ہے اور وہ ہدایت اور خوشخبری ہے</w:t>
      </w:r>
    </w:p>
    <w:p>
      <w:r>
        <w:rPr>
          <w:b/>
        </w:rPr>
        <w:t xml:space="preserve">[48:12] </w:t>
      </w:r>
      <w:r>
        <w:t>imaan walon ke liye jo koi dushman ho Allah ka aur us ke farishton ka aur us ke rasoolon ka aur Jibrael o Mikael ka to Allah aise kafiron ka dushman hai</w:t>
      </w:r>
    </w:p>
    <w:p>
      <w:pPr>
        <w:jc w:val="right"/>
      </w:pPr>
      <w:r>
        <w:t>ایمان والوں کے لیے جو کوئی دشمن ہو اللہ کا اور اس کے فرشتوں کا اور اس کے رسولوں کا اور جبرائیل و میکائیل کا تو اللہ ایسے کافروں کا دشمن ہے</w:t>
      </w:r>
    </w:p>
    <w:p>
      <w:r>
        <w:rPr>
          <w:b/>
        </w:rPr>
        <w:t xml:space="preserve">[48:29] </w:t>
      </w:r>
      <w:r>
        <w:t>aur hum ne tumhare upar wazeh nishaniyan utarin aur koi un ka inkar nahin karta magar wohi log jo fasiq hain kya ab bhi woh koi ahad bandhenge</w:t>
      </w:r>
    </w:p>
    <w:p>
      <w:pPr>
        <w:jc w:val="right"/>
      </w:pPr>
      <w:r>
        <w:t>اور ہم نے تمہارے اوپر واضح نشانیاں اتاریں اور کوئی ان کا انکار نہیں کرتا مگر وہی لوگ جو فاسق ہیں کیا اب بھی وہ کوئی عہد باندھیں گے</w:t>
      </w:r>
    </w:p>
    <w:p>
      <w:r>
        <w:rPr>
          <w:b/>
        </w:rPr>
        <w:t xml:space="preserve">[48:45] </w:t>
      </w:r>
      <w:r>
        <w:t>to un ka ek giroh is ko tod phenke ga balkeh un mein se aksar imaan nahin rakhte aur jab un ke paas Allah ki taraf se ek rasool aaya jo sachcha karne wala tha us cheez ka jo un ke paas hai</w:t>
      </w:r>
    </w:p>
    <w:p>
      <w:pPr>
        <w:jc w:val="right"/>
      </w:pPr>
      <w:r>
        <w:t>تو ان کا ایک گروہ اس کو توڑ پھینکے گا بلکہ ان میں سے اکثر ایمان نہیں رکھتے اور جب ان کے پاس اللہ کی طرف سے ایک رسول آیا جو سچا کرنے والا تھا اس چیز کا جو ان کے پاس ہے</w:t>
      </w:r>
    </w:p>
    <w:p>
      <w:r>
        <w:rPr>
          <w:b/>
        </w:rPr>
        <w:t xml:space="preserve">[49:02] </w:t>
      </w:r>
      <w:r>
        <w:t>to un logon ne jin ko kitab di gayi Allah ki kitab ko is tarah peeth peeche phenk diya goya woh us ko jante hi nahin</w:t>
      </w:r>
    </w:p>
    <w:p>
      <w:pPr>
        <w:jc w:val="right"/>
      </w:pPr>
      <w:r>
        <w:t>تو ان لوگوں نے جن کو کتاب دی گئی اللہ کی کتاب کو اس طرح پیٹھ پیچھے پھینک دیا گویا وہ اس کو جانتے ہی نہیں</w:t>
      </w:r>
    </w:p>
    <w:p>
      <w:r>
        <w:rPr>
          <w:b/>
        </w:rPr>
        <w:t xml:space="preserve">[49:18] </w:t>
      </w:r>
      <w:r>
        <w:t>tashreeh qadeem zamanay mein yahood ki sarkashi ke nateejay mein baar baar in ko sakht sazaein di gayeen sunnat ullah ke mutabiq har saza se pehle</w:t>
      </w:r>
    </w:p>
    <w:p>
      <w:pPr>
        <w:jc w:val="right"/>
      </w:pPr>
      <w:r>
        <w:t>تشریح قدیم زمانے میں یہود کی سرکشی کے نتیجے میں بار بار ان کو سخت سزائیں دی گئیں سنت اللہ کے مطابق ہر سزا سے پہلے</w:t>
      </w:r>
    </w:p>
    <w:p>
      <w:r>
        <w:rPr>
          <w:b/>
        </w:rPr>
        <w:t xml:space="preserve">[49:35] </w:t>
      </w:r>
      <w:r>
        <w:t>paighambaron ki zabaan se is ki peshagi khabar di jati yeh khabar Allah ki taraf se jibril farishtay ke zariye paighambar ke paas aati aur woh is se apni qaum ko aagah karte is qism ke waqiaat mein asal sabaq yeh tha ke aadmi ko chahiye ke woh Allah ki nafarmani se bache</w:t>
      </w:r>
    </w:p>
    <w:p>
      <w:pPr>
        <w:jc w:val="right"/>
      </w:pPr>
      <w:r>
        <w:t>پیغمبروں کی زبان سے اس کی پیشگی خبر دی جاتی یہ خبر اللہ کی طرف سے جبرائیل فرشتے کے ذریعے پیغمبر کے پاس آتی اور وہ اس سے اپنی قوم کو آگاہ کرتے اس قسم کے واقعات میں اصل سبق یہ تھا کہ آدمی کو چاہیے کہ وہ اللہ کی نافرمانی سے بچے</w:t>
      </w:r>
    </w:p>
    <w:p>
      <w:r>
        <w:rPr>
          <w:b/>
        </w:rPr>
        <w:t xml:space="preserve">[49:59] </w:t>
      </w:r>
      <w:r>
        <w:t>taakeh woh azab elahi ki zad mein na aaye magar yahood in waqiaat se is qism ka sabaq na le sake is ke bajaye woh kehne lage ke jibril farishta hamara dushman hai woh hamesha aasman se hamare khilaf ahkam le kar aata hai</w:t>
      </w:r>
    </w:p>
    <w:p>
      <w:pPr>
        <w:jc w:val="right"/>
      </w:pPr>
      <w:r>
        <w:t>تاکہ وہ عذاب الہی کی زد میں نہ آئے مگر یہود ان واقعات سے اس قسم کا سبق نہ لے سکے اس کے بجائے وہ کہنے لگے کہ جبرائیل فرشتہ ہمارا دشمن ہے وہ ہمیشہ آسمان سے ہمارے خلاف احکام لے کر آتا ہے</w:t>
      </w:r>
    </w:p>
    <w:p>
      <w:r>
        <w:rPr>
          <w:b/>
        </w:rPr>
        <w:t xml:space="preserve">[50:20] </w:t>
      </w:r>
      <w:r>
        <w:t>jab rasool Allah salallaho alaihi wasallam ne ailan kiya ke Allah ne jibril ke zariye mujh par wahi ki hai to yahood ne kehna shuru kiya ke jibril to hamara purana dushman hai yahi wajah hai ke nabuwat jo sirf israili groh ka haq tha us ko is ne</w:t>
      </w:r>
    </w:p>
    <w:p>
      <w:pPr>
        <w:jc w:val="right"/>
      </w:pPr>
      <w:r>
        <w:t>جب رسول اللہ صلی اللہ علیہ وسلم نے اعلان کیا کہ اللہ نے جبرائیل کے ذریعے مجھ پر وحی کی ہے تو یہود نے کہنا شروع کیا کہ جبرائیل تو ہمارا پرانا دشمن ہے یہی وجہ ہے کہ نبوت جو صرف اسرائیلی گروہ کا حق تھا اس کو اس نے</w:t>
      </w:r>
    </w:p>
    <w:p>
      <w:r>
        <w:rPr>
          <w:b/>
        </w:rPr>
        <w:t xml:space="preserve">[50:40] </w:t>
      </w:r>
      <w:r>
        <w:t>ek aur qabile ke fard tak pahuncha diya</w:t>
      </w:r>
    </w:p>
    <w:p>
      <w:pPr>
        <w:jc w:val="right"/>
      </w:pPr>
      <w:r>
        <w:t>ایک اور قبیلے کے فرد تک پہنچا دیا</w:t>
      </w:r>
    </w:p>
    <w:p>
      <w:r>
        <w:rPr>
          <w:b/>
        </w:rPr>
        <w:t xml:space="preserve">[50:47] </w:t>
      </w:r>
      <w:r>
        <w:t>is qism ki be mani baatein wahi log karte hain jo fusq aur be qeidi ki zindagi guzar rahe hon yahood ka haal yeh tha ke woh nafs parasti aabai taqleed nasli aur qaumi asbiyat ki satah par jee rahe the</w:t>
      </w:r>
    </w:p>
    <w:p>
      <w:pPr>
        <w:jc w:val="right"/>
      </w:pPr>
      <w:r>
        <w:t>اس قسم کی بے معنی باتیں وہی لوگ کرتے ہیں جو فسق اور بے قیدی کی زندگی گزار رہے ہوں یہود کا حال یہ تھا کہ وہ نفس پرستی آبائی تقلید نسلی اور قومی عصبیت کی سطح پر جی رہے تھے</w:t>
      </w:r>
    </w:p>
    <w:p>
      <w:r>
        <w:rPr>
          <w:b/>
        </w:rPr>
        <w:t xml:space="preserve">[51:06] </w:t>
      </w:r>
      <w:r>
        <w:t>aur kuch numaaishai qism ke mazhabi ahkam kar ke zahir karte the ke woh ain deen khudaawandi par qaim hain jo log is qism ki jhooti deendari mein mubtala hon woh sache aur be amez deen ki dawat sun kar hamesha</w:t>
      </w:r>
    </w:p>
    <w:p>
      <w:pPr>
        <w:jc w:val="right"/>
      </w:pPr>
      <w:r>
        <w:t>اور کچھ نمائشی قسم کے مذہبی احکام کر کے ظاہر کرتے تھے کہ وہ عین دین خداوندی پر قائم ہیں جو لوگ اس قسم کی جھوٹی دینداری میں مبتلا ہوں وہ سچے اور بے آمیز دین کی دعوت سن کر ہمیشہ</w:t>
      </w:r>
    </w:p>
    <w:p>
      <w:r>
        <w:rPr>
          <w:b/>
        </w:rPr>
        <w:t xml:space="preserve">[51:26] </w:t>
      </w:r>
      <w:r>
        <w:t>daud jaate hain kyunke aisi dawat un ko un ke fakhr ke maqam se utarne ke hamana nazar aati hai woh mushtael nafsiyat ke tehat aisi baatein bolne lagte hain</w:t>
      </w:r>
    </w:p>
    <w:p>
      <w:pPr>
        <w:jc w:val="right"/>
      </w:pPr>
      <w:r>
        <w:t>دوڑ جاتے ہیں کیونکہ ایسی دعوت ان کو ان کے فخر کے مقام سے اتارنے کے ہمانہ نظر آتی ہے وہ مشتعل نفسیات کے تحت ایسی باتیں بولنے لگتے ہیں</w:t>
      </w:r>
    </w:p>
    <w:p>
      <w:r>
        <w:rPr>
          <w:b/>
        </w:rPr>
        <w:t xml:space="preserve">[51:42] </w:t>
      </w:r>
      <w:r>
        <w:t>jo na woh sirf ke aitbar se durust hone ke bawajood haqeeqat ke aitbar se bilkul be mani hoti hain zahir hai ke farishte ka aana aur rasool ka mab us hona sab mukammal taur par khudai mansoobe ke tehat hota hai</w:t>
      </w:r>
    </w:p>
    <w:p>
      <w:pPr>
        <w:jc w:val="right"/>
      </w:pPr>
      <w:r>
        <w:t>جو نہ وہ صرف کے اعتبار سے درست ہونے کے باوجود حقیقت کے اعتبار سے بالکل بے معنی ہوتی ہیں ظاہر ہے کہ فرشتے کا آنا اور رسول کا مبعوث ہونا سب مکمل طور پر خدائی منصوبے کے تحت ہوتا ہے</w:t>
      </w:r>
    </w:p>
    <w:p>
      <w:r>
        <w:rPr>
          <w:b/>
        </w:rPr>
        <w:t xml:space="preserve">[52:01] </w:t>
      </w:r>
      <w:r>
        <w:t>aisi halat mein jab dalail yeh zahir kar rahe hon ke paighambar arabi ke paas wahi cheez aayi hai jo ibrahim aur moosa aur isa par aayi thi aur woh pichle aasmani sahiifon ki peshangoi ke ain mutabiq hai</w:t>
      </w:r>
    </w:p>
    <w:p>
      <w:pPr>
        <w:jc w:val="right"/>
      </w:pPr>
      <w:r>
        <w:t>ایسی حالت میں جب دلائل یہ ظاہر کر رہے ہوں کہ پیغمبر عربی کے پاس وہی چیز آئی ہے جو ابراہیم اور موسی اور عیسی پر آئی تھی اور وہ پچھلے آسمانی صحیفوں کی پیشنگوئیوں کے عین مطابق ہے</w:t>
      </w:r>
    </w:p>
    <w:p>
      <w:r>
        <w:rPr>
          <w:b/>
        </w:rPr>
        <w:t xml:space="preserve">[52:18] </w:t>
      </w:r>
      <w:r>
        <w:t>to yeh sareeh taur par is baat ka saboot hai ke woh Allah ki taraf se hai aadmi bohat si baatein yeh zahir karne ke liye bolta hai ke woh imaan par qaim hai halanke woh baatein sirf is baat ka saboot hoti hain ke aadmi ka</w:t>
      </w:r>
    </w:p>
    <w:p>
      <w:pPr>
        <w:jc w:val="right"/>
      </w:pPr>
      <w:r>
        <w:t>تو یہ صریح طور پر اس بات کا ثبوت ہے کہ وہ اللہ کی طرف سے ہے آدمی بہت سی باتیں یہ ظاہر کرنے کے لیے بولتا ہے کہ وہ ایمان پر قائم ہے حالانکہ وہ باتیں صرف اس بات کا ثبوت ہوتی ہیں کہ آدمی کا</w:t>
      </w:r>
    </w:p>
    <w:p>
      <w:r>
        <w:rPr>
          <w:b/>
        </w:rPr>
        <w:t xml:space="preserve">[52:37] </w:t>
      </w:r>
      <w:r>
        <w:t>imaan aur khuda parasti se koi talluq nahi watab'u ma tatlu al shayatini ala mulki sulayman wama kafara sulayman walakin al shayatina kafaru yuallimun</w:t>
      </w:r>
    </w:p>
    <w:p>
      <w:pPr>
        <w:jc w:val="right"/>
      </w:pPr>
      <w:r>
        <w:t>ایمان اور خدا پرستی سے کوئی تعلق نہیں واتبعوا ما تتلو الشياطين على ملك سليمان وما كفر سليمان ولكن الشياطين كفروا يعلمون</w:t>
      </w:r>
    </w:p>
    <w:p>
      <w:r>
        <w:rPr>
          <w:b/>
        </w:rPr>
        <w:t xml:space="preserve">[52:55] </w:t>
      </w:r>
      <w:r>
        <w:t>al nasa al sihra yuallimun al nasa al sihra wama</w:t>
      </w:r>
    </w:p>
    <w:p>
      <w:pPr>
        <w:jc w:val="right"/>
      </w:pPr>
      <w:r>
        <w:t>الناس السحر يعلمون الناس السحر وما</w:t>
      </w:r>
    </w:p>
    <w:p>
      <w:r>
        <w:rPr>
          <w:b/>
        </w:rPr>
        <w:t xml:space="preserve">[53:04] </w:t>
      </w:r>
      <w:r>
        <w:t>unzila ala al malikain bi babila haruta wamaruta wama yuallimana min ahadin hatta yaqula innama nahnu fitnatun</w:t>
      </w:r>
    </w:p>
    <w:p>
      <w:pPr>
        <w:jc w:val="right"/>
      </w:pPr>
      <w:r>
        <w:t>أنزل على الملكين ببابل هاروت وماروت وما يعلمان من أحد حتى يقولا إنما نحن فتنة</w:t>
      </w:r>
    </w:p>
    <w:p>
      <w:r>
        <w:rPr>
          <w:b/>
        </w:rPr>
        <w:t xml:space="preserve">[53:22] </w:t>
      </w:r>
      <w:r>
        <w:t>fala takfur fayataallamuna min huma ma yufarriquna bihi baina al mar i wazaujihi wama hum bidarrina bihi min ahadin illa bi izni allahi</w:t>
      </w:r>
    </w:p>
    <w:p>
      <w:pPr>
        <w:jc w:val="right"/>
      </w:pPr>
      <w:r>
        <w:t>فلا تكفر فيتعلمون منهما ما يفرقون به بين المرء وزوجه وما هم بضارين به من أحد إلا بإذن الله</w:t>
      </w:r>
    </w:p>
    <w:p>
      <w:r>
        <w:rPr>
          <w:b/>
        </w:rPr>
        <w:t xml:space="preserve">[53:46] </w:t>
      </w:r>
      <w:r>
        <w:t>wayataallamuna ma yadurruhum wala yanfa uhum walqad alimu liman ishtarahu malahu fi al akhirati min khalaqin</w:t>
      </w:r>
    </w:p>
    <w:p>
      <w:pPr>
        <w:jc w:val="right"/>
      </w:pPr>
      <w:r>
        <w:t>ويتعلمون ما يضرهم ولا ينفعهم ولقد علموا لمن اشتراه ماله في الآخرة من خلاق</w:t>
      </w:r>
    </w:p>
    <w:p>
      <w:r>
        <w:rPr>
          <w:b/>
        </w:rPr>
        <w:t xml:space="preserve">[54:01] </w:t>
      </w:r>
      <w:r>
        <w:t>walabi'sa ma sharaw bihi</w:t>
      </w:r>
    </w:p>
    <w:p>
      <w:pPr>
        <w:jc w:val="right"/>
      </w:pPr>
      <w:r>
        <w:t>ولبئس ما شروا به</w:t>
      </w:r>
    </w:p>
    <w:p>
      <w:r>
        <w:rPr>
          <w:b/>
        </w:rPr>
        <w:t xml:space="preserve">[54:07] </w:t>
      </w:r>
      <w:r>
        <w:t>anfusahum law kanu yaallamun</w:t>
      </w:r>
    </w:p>
    <w:p>
      <w:pPr>
        <w:jc w:val="right"/>
      </w:pPr>
      <w:r>
        <w:t>أنفسهم لو كانوا يعلمون</w:t>
      </w:r>
    </w:p>
    <w:p>
      <w:r>
        <w:rPr>
          <w:b/>
        </w:rPr>
        <w:t xml:space="preserve">[54:13] </w:t>
      </w:r>
      <w:r>
        <w:t>walaw annahum amanu wattqaw lamathubatu min inda allahi khayrun law kanu yaallamun</w:t>
      </w:r>
    </w:p>
    <w:p>
      <w:pPr>
        <w:jc w:val="right"/>
      </w:pPr>
      <w:r>
        <w:t>ولو أنهم آمنوا واتقوا لمثوبة من عند الله خير لو كانوا يعلمون</w:t>
      </w:r>
    </w:p>
    <w:p>
      <w:r>
        <w:rPr>
          <w:b/>
        </w:rPr>
        <w:t xml:space="preserve">[54:29] </w:t>
      </w:r>
      <w:r>
        <w:t>aur woh is cheez ke peeche pad gaye jis ko shayatain sulayman ki saltanat par laga kar padhte the halanke sulayman ne kufar nahi kiya balke yeh shayatain the jinhone kufar kiya woh logon ko jadu sikhate the</w:t>
      </w:r>
    </w:p>
    <w:p>
      <w:pPr>
        <w:jc w:val="right"/>
      </w:pPr>
      <w:r>
        <w:t>اور وہ اس چیز کے پیچھے پڑ گئے جس کو شیاطین سلیمان کی سلطنت پر لگا کر پڑھتے تھے حالانکہ سلیمان نے کفر نہیں کیا بلکہ یہ شیاطین تھے جنہوں نے کفر کیا وہ لوگوں کو جادو سکھاتے تھے</w:t>
      </w:r>
    </w:p>
    <w:p>
      <w:r>
        <w:rPr>
          <w:b/>
        </w:rPr>
        <w:t xml:space="preserve">[54:48] </w:t>
      </w:r>
      <w:r>
        <w:t>aur woh is cheez mein pad gaye jo babal mein do farishton harut aur marut par utari gayi jabke un ka haal yeh tha ke jab bhi kisi ko apna yeh fun sikhate to us se keh dete ke hum to azmaish ke liye hain</w:t>
      </w:r>
    </w:p>
    <w:p>
      <w:pPr>
        <w:jc w:val="right"/>
      </w:pPr>
      <w:r>
        <w:t>اور وہ اس چیز میں پڑ گئے جو بابل میں دو فرشتوں ہاروت اور ماروت پر اتاری گئی جبکہ ان کا حال یہ تھا کہ جب بھی کسی کو اپنا یہ فن سکھاتے تو اس سے کہہ دیتے کہ ہم تو آزمائش کے لیے ہیں</w:t>
      </w:r>
    </w:p>
    <w:p>
      <w:r>
        <w:rPr>
          <w:b/>
        </w:rPr>
        <w:t xml:space="preserve">[55:07] </w:t>
      </w:r>
      <w:r>
        <w:t>pas tum kafir na bano magar woh un se woh cheez sikhte jis se mard aur us ki aurat ke darmiyan judai daal dein halanke woh Allah ke izn ke baghair us se kisi ka kuch bigaad nahi sakte the</w:t>
      </w:r>
    </w:p>
    <w:p>
      <w:pPr>
        <w:jc w:val="right"/>
      </w:pPr>
      <w:r>
        <w:t>پس تم کافر نہ بنو مگر وہ ان سے وہ چیز سیکھتے جس سے مرد اور اس کی عورت کے درمیان جدائی ڈال دیں حالانکہ وہ اللہ کے اذن کے بغیر اس سے کسی کا کچھ بگاڑ نہیں سکتے تھے</w:t>
      </w:r>
    </w:p>
    <w:p>
      <w:r>
        <w:rPr>
          <w:b/>
        </w:rPr>
        <w:t xml:space="preserve">[55:26] </w:t>
      </w:r>
      <w:r>
        <w:t>aur woh aisi cheez sikhte jo un ko nuqsan pahunchaye aur nafa na de aur woh jante the ke jo koi is cheez ka kharidar ho akhirat mein uska koi hissa nahi</w:t>
      </w:r>
    </w:p>
    <w:p>
      <w:pPr>
        <w:jc w:val="right"/>
      </w:pPr>
      <w:r>
        <w:t>اور وہ ایسی چیز سیکھتے جو ان کو نقصان پہنچائے اور نفع نہ دے اور وہ جانتے تھے کہ جو کوئی اس چیز کا خریدار ہو آخرت میں اس کا کوئی حصہ نہیں</w:t>
      </w:r>
    </w:p>
    <w:p>
      <w:r>
        <w:rPr>
          <w:b/>
        </w:rPr>
        <w:t xml:space="preserve">[55:44] </w:t>
      </w:r>
      <w:r>
        <w:t>kaisi buri cheez hai jis ke badle unhone apni janon ko bech dala kaash woh is ko samajhte aur agar woh momin bante aur taqwa ikhtiyar karte to Allah ka badla un ke liye behtar tha</w:t>
      </w:r>
    </w:p>
    <w:p>
      <w:pPr>
        <w:jc w:val="right"/>
      </w:pPr>
      <w:r>
        <w:t>کیسی بری چیز ہے جس کے بدلے انہوں نے اپنی جانوں کو بیچ ڈالا کاش وہ اس کو سمجھتے اور اگر وہ مومن بنتے اور تقویٰ اختیار کرتے تو اللہ کا بدلہ ان کے لیے بہتر تھا</w:t>
      </w:r>
    </w:p>
    <w:p>
      <w:r>
        <w:rPr>
          <w:b/>
        </w:rPr>
        <w:t xml:space="preserve">[56:02] </w:t>
      </w:r>
      <w:r>
        <w:t>kaash woh is ko samajhte</w:t>
      </w:r>
    </w:p>
    <w:p>
      <w:pPr>
        <w:jc w:val="right"/>
      </w:pPr>
      <w:r>
        <w:t>کاش وہ اس کو سمجھتے</w:t>
      </w:r>
    </w:p>
    <w:p>
      <w:r>
        <w:rPr>
          <w:b/>
        </w:rPr>
        <w:t xml:space="preserve">[56:07] </w:t>
      </w:r>
      <w:r>
        <w:t>tashreeh aasmani kitaab ke haamil kisi groh ka bigaad hamesha sirf ek hota hai nijaat aakhirat jis ka inhisaar tamam tar amal saleh par rakha gaya hai is ka raaz</w:t>
      </w:r>
    </w:p>
    <w:p>
      <w:pPr>
        <w:jc w:val="right"/>
      </w:pPr>
      <w:r>
        <w:t>تشریح آسمانی کتاب کے حامل کسی گروہ کا بگاڑ ہمیشہ صرف ایک ہوتا ہے نجات آخرت جس کا انحصار تمام تر عمل صالح پر رکھا گیا ہے اس کا راز</w:t>
      </w:r>
    </w:p>
    <w:p>
      <w:r>
        <w:rPr>
          <w:b/>
        </w:rPr>
        <w:t xml:space="preserve">[56:23] </w:t>
      </w:r>
      <w:r>
        <w:t>be amli mein talaash kar lena Allah ka kalam haqeeqatan amal ki pukaar hai magar jab qaum par sawaal aata hai to is ke afraad muqaddas kalam ke likh lene ya zabaan se bol dene ko har qism ki barkaton ka</w:t>
      </w:r>
    </w:p>
    <w:p>
      <w:pPr>
        <w:jc w:val="right"/>
      </w:pPr>
      <w:r>
        <w:t>بے عملی میں تلاش کر لینا اللہ کا کلام حقیقتاً عمل کی پکار ہے مگر جب قوم پر سوال آتا ہے تو اس کے افراد مقدس کلام کے لکھ لینے یا زبان سے بول دینے کو ہر قسم کی برکتوں کا</w:t>
      </w:r>
    </w:p>
    <w:p>
      <w:r>
        <w:rPr>
          <w:b/>
        </w:rPr>
        <w:t xml:space="preserve">[56:42] </w:t>
      </w:r>
      <w:r>
        <w:t>pur asraar nuskhah samajh lete hain yahi woh nafsiyaati zameen hai jis ke upar sahar aur kahant aur amliyat wajood mein aate hain chhomanter jaisi cheezon se jannat haasil karne wale dunya ko bhi chhomanter ke zariye haasil karne ki koshish mein lag jaate hain</w:t>
      </w:r>
    </w:p>
    <w:p>
      <w:pPr>
        <w:jc w:val="right"/>
      </w:pPr>
      <w:r>
        <w:t>پراسرار نسخہ سمجھ لیتے ہیں یہی وہ نفسیاتی زمین ہے جس کے اوپر سحر اور کہانت اور عملیات وجود میں آتے ہیں چھومنتر جیسی چیزوں سے جنت حاصل کرنے والے دنیا کو بھی چھومنتر کے ذریعے حاصل کرنے کی کوشش میں لگ جاتے ہیں</w:t>
      </w:r>
    </w:p>
    <w:p>
      <w:r>
        <w:rPr>
          <w:b/>
        </w:rPr>
        <w:t xml:space="preserve">[57:04] </w:t>
      </w:r>
      <w:r>
        <w:t>buzurgon se aqeedat ko nijaat ka zariya samajhne wale arwah se taalluq qaaim kar ke apne dunyavi masail hal karne lagte hain aur wazaif ke talismati asraat par yaqeen karne wale siyasi chamatkar dikha kar millat ki taameer aur deen ke ahya ka mansoobah banate hain</w:t>
      </w:r>
    </w:p>
    <w:p>
      <w:pPr>
        <w:jc w:val="right"/>
      </w:pPr>
      <w:r>
        <w:t>بزرگوں سے عقیدت کو نجات کا ذریعہ سمجھنے والے ارواح سے تعلق قائم کر کے اپنے دنیاوی مسائل حل کرنے لگتے ہیں اور وظائف کے تلسماتی اثرات پر یقین کرنے والے سیاسی چمتکار دکھا کر ملت کی تعمیر اور دین کے احیاء کا منصوبہ بناتے ہیں</w:t>
      </w:r>
    </w:p>
    <w:p>
      <w:r>
        <w:rPr>
          <w:b/>
        </w:rPr>
        <w:t xml:space="preserve">[57:28] </w:t>
      </w:r>
      <w:r>
        <w:t>yahood apne zuwal ke baad jab be amli aur toham parasti ki is kaifiyat mein mubtala hue to un ke darmiyan aise log paida hue jo sahar aur kahant ki dukaan laga kar baith gaye un zalimon ne apne karobar ko chamkaane ke liye</w:t>
      </w:r>
    </w:p>
    <w:p>
      <w:pPr>
        <w:jc w:val="right"/>
      </w:pPr>
      <w:r>
        <w:t>یہود اپنے زوال کے بعد جب بے عملی اور توہم پرستی کی اس کیفیت میں مبتلا ہوئے تو ان کے درمیان ایسے لوگ پیدا ہوئے جو سحر اور کہانت کی دکان لگا کر بیٹھ گئے ان ظالموں نے اپنے کاروبار کو چمکانے کے لیے</w:t>
      </w:r>
    </w:p>
    <w:p>
      <w:r>
        <w:rPr>
          <w:b/>
        </w:rPr>
        <w:t xml:space="preserve">[57:46] </w:t>
      </w:r>
      <w:r>
        <w:t>apne is fun ko Hazrat Sulaiman aleh salaam ki taraf mansoob kar diya unhon ne kehna shuru kiya ke Sulaiman ko jinnaton aur hawaon par jo ghair maamooli iqtidaar haasil tha woh sab ilm e sahar ki bina par tha aur yeh Sulaimani ilm</w:t>
      </w:r>
    </w:p>
    <w:p>
      <w:pPr>
        <w:jc w:val="right"/>
      </w:pPr>
      <w:r>
        <w:t>اپنے اس فن کو حضرت سلیمان علیہ السلام کی طرف منسوب کر دیا انہوں نے کہنا شروع کیا کہ سلیمان کو جنوں اور ہواؤں پر جو غیر معمولی اقتدار حاصل تھا وہ سب علم سحر کی بنا پر تھا اور یہ سلیمانی علم</w:t>
      </w:r>
    </w:p>
    <w:p>
      <w:r>
        <w:rPr>
          <w:b/>
        </w:rPr>
        <w:t xml:space="preserve">[58:06] </w:t>
      </w:r>
      <w:r>
        <w:t>baaz jinnaton ke zariye hum ko haasil ho gaya hai is tarah Hazrat Sulaiman ki taraf mansoob ho kar amliyat ka fun yahood ke andar bade pemane par phail gaya</w:t>
      </w:r>
    </w:p>
    <w:p>
      <w:pPr>
        <w:jc w:val="right"/>
      </w:pPr>
      <w:r>
        <w:t>بعض جنوں کے ذریعے ہم کو حاصل ہو گیا ہے اس طرح حضرت سلیمان کی طرف منسوب ہو کر عملیات کا فن یہود کے اندر بڑے پیمانے پر پھیل گیا</w:t>
      </w:r>
    </w:p>
    <w:p>
      <w:r>
        <w:rPr>
          <w:b/>
        </w:rPr>
        <w:t xml:space="preserve">[58:22] </w:t>
      </w:r>
      <w:r>
        <w:t>Hazrat Loot ki qaum mubashrat hum jins ki burai mein mubtala thi is liye un ke yahan khoobsurat ladkon ki soorat mein farishtay aaye isi tarah yahood ki azmaish ke liye Babel mein do farishtay bheje gaye</w:t>
      </w:r>
    </w:p>
    <w:p>
      <w:pPr>
        <w:jc w:val="right"/>
      </w:pPr>
      <w:r>
        <w:t>حضرت لوط کی قوم مباشرت ہم جنس کی برائی میں مبتلا تھی اس لیے ان کے یہاں خوبصورت لڑکوں کی صورت میں فرشتے آئے اسی طرح یہود کی آزمائش کے لیے بابل میں دو فرشتے بھیجے گئے</w:t>
      </w:r>
    </w:p>
    <w:p>
      <w:r>
        <w:rPr>
          <w:b/>
        </w:rPr>
        <w:t xml:space="preserve">[58:39] </w:t>
      </w:r>
      <w:r>
        <w:t>jo darweshan ke bhes mein amliyat sikhaate the taham woh kehte rehte the ke yeh tumhara imtehaan hai magar is intebah ke bawajood woh is fun par toot pade hatta ke unhon ne is ko najaaiz maqasid mein istemaal karna shuru kar diya</w:t>
      </w:r>
    </w:p>
    <w:p>
      <w:pPr>
        <w:jc w:val="right"/>
      </w:pPr>
      <w:r>
        <w:t>جو درویشوں کے بھیس میں عملیات سکھاتے تھے تاہم وہ کہتے رہتے تھے کہ یہ تمہارا امتحان ہے مگر اس انتباہ کے باوجود وہ اس فن پر ٹوٹ پڑے حتی کہ انہوں نے اس کو ناجائز مقاصد میں استعمال کرنا شروع کر دیا</w:t>
      </w:r>
    </w:p>
    <w:p>
      <w:r>
        <w:rPr>
          <w:b/>
        </w:rPr>
        <w:t xml:space="preserve">[59:01] </w:t>
      </w:r>
      <w:r>
        <w:t>ya ayyuhal lazeena aamanoo la taqooloo raa'inaa wa qooloo unzuranaa wasma'oo wa lilkaafireena azaabun aleem</w:t>
      </w:r>
    </w:p>
    <w:p>
      <w:pPr>
        <w:jc w:val="right"/>
      </w:pPr>
      <w:r>
        <w:t>يا أيها الذين آمنوا لا تقولوا راعنا وقولوا انظرنا واسمعوا وللكافرين عذاب أليم</w:t>
      </w:r>
    </w:p>
    <w:p>
      <w:r>
        <w:rPr>
          <w:b/>
        </w:rPr>
        <w:t xml:space="preserve">[59:18] </w:t>
      </w:r>
      <w:r>
        <w:t>maa yawaddul lazeena kafaroo min ahlil kitaabi wa lal mushrikeena an yunzal 'alaikum min khairim mir rabbikum wallahu yakhtassu birahmatihi man</w:t>
      </w:r>
    </w:p>
    <w:p>
      <w:pPr>
        <w:jc w:val="right"/>
      </w:pPr>
      <w:r>
        <w:t>ما يود الذين كفروا من أهل الكتاب ولا المشركين أن ينزل عليكم من خير من ربكم والله يختص برحمته من</w:t>
      </w:r>
    </w:p>
    <w:p>
      <w:r>
        <w:rPr>
          <w:b/>
        </w:rPr>
        <w:t xml:space="preserve">[59:36] </w:t>
      </w:r>
      <w:r>
        <w:t>yashaa'u wallahu dhuwal fadlil 'azeem</w:t>
      </w:r>
    </w:p>
    <w:p>
      <w:pPr>
        <w:jc w:val="right"/>
      </w:pPr>
      <w:r>
        <w:t>يشاء والله ذو الفضل العظيم</w:t>
      </w:r>
    </w:p>
    <w:p>
      <w:r>
        <w:rPr>
          <w:b/>
        </w:rPr>
        <w:t xml:space="preserve">[59:45] </w:t>
      </w:r>
      <w:r>
        <w:t>maa nansakhu min aayatin aw nansahaa na'ti bikhairim minhaa aw mislihaa alam ta'lam annallaha 'alaa kulli shai'in</w:t>
      </w:r>
    </w:p>
    <w:p>
      <w:pPr>
        <w:jc w:val="right"/>
      </w:pPr>
      <w:r>
        <w:t>ما ننسخ من آية أو ننسها نأت بخير منها أو مثلها ألم تعلم أن الله على كل شيء</w:t>
      </w:r>
    </w:p>
    <w:p>
      <w:r>
        <w:rPr>
          <w:b/>
        </w:rPr>
        <w:t xml:space="preserve">[1:00:04] </w:t>
      </w:r>
      <w:r>
        <w:t>qadeer alam ta'lam annallaha lahu mulkus samawaati wal ard wa ma lakum min doonillahi mirwaliy</w:t>
      </w:r>
    </w:p>
    <w:p>
      <w:pPr>
        <w:jc w:val="right"/>
      </w:pPr>
      <w:r>
        <w:t>قدير ألم تعلم أن الله له ملك السماوات والأرض وما لكم من دون الله من ولي</w:t>
      </w:r>
    </w:p>
    <w:p>
      <w:r>
        <w:rPr>
          <w:b/>
        </w:rPr>
        <w:t xml:space="preserve">[1:00:21] </w:t>
      </w:r>
      <w:r>
        <w:t>wa laa naseer</w:t>
      </w:r>
    </w:p>
    <w:p>
      <w:pPr>
        <w:jc w:val="right"/>
      </w:pPr>
      <w:r>
        <w:t>ولا نصير</w:t>
      </w:r>
    </w:p>
    <w:p>
      <w:r>
        <w:rPr>
          <w:b/>
        </w:rPr>
        <w:t xml:space="preserve">[1:00:26] </w:t>
      </w:r>
      <w:r>
        <w:t>am tureedoona an tas'aloo rasoolakum kamaa su'ila moosa min qabl wa mai yتبaddalil kufru bil eemaani faqad dalla sawaa'u</w:t>
      </w:r>
    </w:p>
    <w:p>
      <w:pPr>
        <w:jc w:val="right"/>
      </w:pPr>
      <w:r>
        <w:t>أم تريدون أن تسألوا رسولكم كما سئل موسى من قبل ومن يتبدل الكفر بالإيمان فقد ضل سواء</w:t>
      </w:r>
    </w:p>
    <w:p>
      <w:r>
        <w:rPr>
          <w:b/>
        </w:rPr>
        <w:t xml:space="preserve">[1:00:43] </w:t>
      </w:r>
      <w:r>
        <w:t>sabeel aey imaan walo!</w:t>
      </w:r>
    </w:p>
    <w:p>
      <w:pPr>
        <w:jc w:val="right"/>
      </w:pPr>
      <w:r>
        <w:t>السبيل اے ایمان والو!</w:t>
      </w:r>
    </w:p>
    <w:p>
      <w:r>
        <w:rPr>
          <w:b/>
        </w:rPr>
        <w:t xml:space="preserve">[1:00:48] </w:t>
      </w:r>
      <w:r>
        <w:t>tum raa'ina na kaho balke unzuranaa kaho aur suno aur kufar karne walon ke liye dardnaak saza hai jin logon ne inkar kiya khwah ahl e kitaab hon ya mushrikeen woh nahi chahte ke tumhare upar tumhare Rab ki taraf se koi bhalaai utre aur Allah jisko chahta hai apni rehmat ke liye chun leta hai Allah bade fadl</w:t>
      </w:r>
    </w:p>
    <w:p>
      <w:pPr>
        <w:jc w:val="right"/>
      </w:pPr>
      <w:r>
        <w:t>تم راعنا نہ کہو بلکہ انظرنا کہو اور سنو اور کفر کرنے والوں کے لیے دردناک سزا ہے جن لوگوں نے انکار کیا خواہ اہل کتاب ہوں یا مشرکین وہ نہیں چاہتے کہ تمہارے اوپر تمہارے رب کی طرف سے کوئی بھلائی اترے اور اللہ جس کو چاہتا ہے اپنی رحمت کے لیے چن لیتا ہے اللہ بڑے فض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