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Ism-e-Aazam October 10, 2020 Maulana Wahiduddin Khan</w:t>
      </w:r>
    </w:p>
    <w:p>
      <w:r>
        <w:t>https://www.youtube.com/watch?v=QvFCvQX50rk</w:t>
      </w:r>
    </w:p>
    <w:p>
      <w:r>
        <w:rPr>
          <w:b/>
        </w:rPr>
        <w:t xml:space="preserve">[00:14] </w:t>
      </w:r>
      <w:r>
        <w:t>bismillah hir rahman nir rahim, wa salla Allahu 'alaa nabiyyil kareem. shuru karo, sir.</w:t>
      </w:r>
    </w:p>
    <w:p>
      <w:pPr>
        <w:jc w:val="right"/>
      </w:pPr>
      <w:r>
        <w:t>بسم اللہ الرحمن الرحیم، وصلی اللہ علی نبی الکریم۔ شروع کرو، سر۔</w:t>
      </w:r>
    </w:p>
    <w:p>
      <w:r>
        <w:rPr>
          <w:b/>
        </w:rPr>
        <w:t xml:space="preserve">[00:25] </w:t>
      </w:r>
      <w:r>
        <w:t>10 october 2020.</w:t>
      </w:r>
    </w:p>
    <w:p>
      <w:pPr>
        <w:jc w:val="right"/>
      </w:pPr>
      <w:r>
        <w:t>10 اکتوبر 2020۔</w:t>
      </w:r>
    </w:p>
    <w:p>
      <w:r>
        <w:rPr>
          <w:b/>
        </w:rPr>
        <w:t xml:space="preserve">[00:38] </w:t>
      </w:r>
      <w:r>
        <w:t>mera ek tajruba aap ko arz karta hoon, woh yeh ke zindagi mein kuch</w:t>
      </w:r>
    </w:p>
    <w:p>
      <w:pPr>
        <w:jc w:val="right"/>
      </w:pPr>
      <w:r>
        <w:t>میرا ایک تجربہ آپ کو عرض کرتا ہوں، وہ یہ کہ زندگی میں کچھ</w:t>
      </w:r>
    </w:p>
    <w:p>
      <w:r>
        <w:rPr>
          <w:b/>
        </w:rPr>
        <w:t xml:space="preserve">[00:52] </w:t>
      </w:r>
      <w:r>
        <w:t>masail aise hain jo fitri taur par paida hote hain, misaal ke taur par maut, budhapa.</w:t>
      </w:r>
    </w:p>
    <w:p>
      <w:pPr>
        <w:jc w:val="right"/>
      </w:pPr>
      <w:r>
        <w:t>مسائل ایسے ہیں جو فطری طور پر پیدا ہوتے ہیں، مثلاً موت، بڑھاپا۔</w:t>
      </w:r>
    </w:p>
    <w:p>
      <w:r>
        <w:rPr>
          <w:b/>
        </w:rPr>
        <w:t xml:space="preserve">[01:06] </w:t>
      </w:r>
      <w:r>
        <w:t>to</w:t>
      </w:r>
    </w:p>
    <w:p>
      <w:pPr>
        <w:jc w:val="right"/>
      </w:pPr>
      <w:r>
        <w:t>تو</w:t>
      </w:r>
    </w:p>
    <w:p>
      <w:r>
        <w:rPr>
          <w:b/>
        </w:rPr>
        <w:t xml:space="preserve">[01:09] </w:t>
      </w:r>
      <w:r>
        <w:t>logon ka mizaj aam taur par yeh hai ke masaa'ib se ghabrate hain.</w:t>
      </w:r>
    </w:p>
    <w:p>
      <w:pPr>
        <w:jc w:val="right"/>
      </w:pPr>
      <w:r>
        <w:t>لوگوں کا مزاج عام طور پر یہ ہے کہ مصائب سے گھبراتے ہیں۔</w:t>
      </w:r>
    </w:p>
    <w:p>
      <w:r>
        <w:rPr>
          <w:b/>
        </w:rPr>
        <w:t xml:space="preserve">[01:21] </w:t>
      </w:r>
      <w:r>
        <w:t>lekin main apna tajruba arz karunga</w:t>
      </w:r>
    </w:p>
    <w:p>
      <w:pPr>
        <w:jc w:val="right"/>
      </w:pPr>
      <w:r>
        <w:t>لیکن میں اپنا تجربہ عرض کروں گا</w:t>
      </w:r>
    </w:p>
    <w:p>
      <w:r>
        <w:rPr>
          <w:b/>
        </w:rPr>
        <w:t xml:space="preserve">[01:30] </w:t>
      </w:r>
      <w:r>
        <w:t>keh fitri masaib</w:t>
      </w:r>
    </w:p>
    <w:p>
      <w:pPr>
        <w:jc w:val="right"/>
      </w:pPr>
      <w:r>
        <w:t>کہ فطری مصائب</w:t>
      </w:r>
    </w:p>
    <w:p>
      <w:r>
        <w:rPr>
          <w:b/>
        </w:rPr>
        <w:t xml:space="preserve">[01:34] </w:t>
      </w:r>
      <w:r>
        <w:t>ya</w:t>
      </w:r>
    </w:p>
    <w:p>
      <w:pPr>
        <w:jc w:val="right"/>
      </w:pPr>
      <w:r>
        <w:t>یا</w:t>
      </w:r>
    </w:p>
    <w:p>
      <w:r>
        <w:rPr>
          <w:b/>
        </w:rPr>
        <w:t xml:space="preserve">[01:39] </w:t>
      </w:r>
      <w:r>
        <w:t>barhapa</w:t>
      </w:r>
    </w:p>
    <w:p>
      <w:pPr>
        <w:jc w:val="right"/>
      </w:pPr>
      <w:r>
        <w:t>بڑھاپا</w:t>
      </w:r>
    </w:p>
    <w:p>
      <w:r>
        <w:rPr>
          <w:b/>
        </w:rPr>
        <w:t xml:space="preserve">[01:45] </w:t>
      </w:r>
      <w:r>
        <w:t>aadmi ke liye</w:t>
      </w:r>
    </w:p>
    <w:p>
      <w:pPr>
        <w:jc w:val="right"/>
      </w:pPr>
      <w:r>
        <w:t>آدمی کے لیے</w:t>
      </w:r>
    </w:p>
    <w:p>
      <w:r>
        <w:rPr>
          <w:b/>
        </w:rPr>
        <w:t xml:space="preserve">[01:55] </w:t>
      </w:r>
      <w:r>
        <w:t>ek misbat tajruba hai, is liye keh is ko quran mein</w:t>
      </w:r>
    </w:p>
    <w:p>
      <w:pPr>
        <w:jc w:val="right"/>
      </w:pPr>
      <w:r>
        <w:t>ایک مثبت تجربہ ہے، اس لیے کہ اس کو قرآن میں</w:t>
      </w:r>
    </w:p>
    <w:p>
      <w:r>
        <w:rPr>
          <w:b/>
        </w:rPr>
        <w:t xml:space="preserve">[02:09] </w:t>
      </w:r>
      <w:r>
        <w:t>khushkhabri kaha gaya hai. Yaani jo log</w:t>
      </w:r>
    </w:p>
    <w:p>
      <w:pPr>
        <w:jc w:val="right"/>
      </w:pPr>
      <w:r>
        <w:t>خوشخبری کہا گیا ہے۔ یعنی جو لوگ</w:t>
      </w:r>
    </w:p>
    <w:p>
      <w:r>
        <w:rPr>
          <w:b/>
        </w:rPr>
        <w:t xml:space="preserve">[02:18] </w:t>
      </w:r>
      <w:r>
        <w:t>fitri masaib ko</w:t>
      </w:r>
    </w:p>
    <w:p>
      <w:pPr>
        <w:jc w:val="right"/>
      </w:pPr>
      <w:r>
        <w:t>فطری مصائب کو</w:t>
      </w:r>
    </w:p>
    <w:p>
      <w:r>
        <w:rPr>
          <w:b/>
        </w:rPr>
        <w:t xml:space="preserve">[02:25] </w:t>
      </w:r>
      <w:r>
        <w:t>misbat andaaz mein jheel sakein, to un ke liye yeh khushkhabri hai.</w:t>
      </w:r>
    </w:p>
    <w:p>
      <w:pPr>
        <w:jc w:val="right"/>
      </w:pPr>
      <w:r>
        <w:t>مثبت انداز میں جھیل سکیں، تو ان کے لیے یہ خوشخبری ہے۔</w:t>
      </w:r>
    </w:p>
    <w:p>
      <w:r>
        <w:rPr>
          <w:b/>
        </w:rPr>
        <w:t xml:space="preserve">[02:39] </w:t>
      </w:r>
      <w:r>
        <w:t>mein bohat sochta tha keh khushkhabri ki baat kya hai,</w:t>
      </w:r>
    </w:p>
    <w:p>
      <w:pPr>
        <w:jc w:val="right"/>
      </w:pPr>
      <w:r>
        <w:t>میں بہت سوچتا تھا کہ خوشخبری کی بات کیا ہے،</w:t>
      </w:r>
    </w:p>
    <w:p>
      <w:r>
        <w:rPr>
          <w:b/>
        </w:rPr>
        <w:t xml:space="preserve">[02:47] </w:t>
      </w:r>
      <w:r>
        <w:t>lekin ab mujhe samajh aaya keh</w:t>
      </w:r>
    </w:p>
    <w:p>
      <w:pPr>
        <w:jc w:val="right"/>
      </w:pPr>
      <w:r>
        <w:t>لیکن اب مجھے سمجھ آیا کہ</w:t>
      </w:r>
    </w:p>
    <w:p>
      <w:r>
        <w:rPr>
          <w:b/>
        </w:rPr>
        <w:t xml:space="preserve">[02:59] </w:t>
      </w:r>
      <w:r>
        <w:t>khushkhabri yeh is maani mein hai keh yeh aap ko</w:t>
      </w:r>
    </w:p>
    <w:p>
      <w:pPr>
        <w:jc w:val="right"/>
      </w:pPr>
      <w:r>
        <w:t>خوشخبری یہ اس معنی میں ہے کہ یہ آپ کو</w:t>
      </w:r>
    </w:p>
    <w:p>
      <w:r>
        <w:rPr>
          <w:b/>
        </w:rPr>
        <w:t xml:space="preserve">[03:09] </w:t>
      </w:r>
      <w:r>
        <w:t>is ba'azam ke saath dua karne ka</w:t>
      </w:r>
    </w:p>
    <w:p>
      <w:pPr>
        <w:jc w:val="right"/>
      </w:pPr>
      <w:r>
        <w:t>اس باعظم کے ساتھ دعا کرنے کا</w:t>
      </w:r>
    </w:p>
    <w:p>
      <w:r>
        <w:rPr>
          <w:b/>
        </w:rPr>
        <w:t xml:space="preserve">[03:16] </w:t>
      </w:r>
      <w:r>
        <w:t>mouqa deti hai.</w:t>
      </w:r>
    </w:p>
    <w:p>
      <w:pPr>
        <w:jc w:val="right"/>
      </w:pPr>
      <w:r>
        <w:t>موقع دیتی ہے۔</w:t>
      </w:r>
    </w:p>
    <w:p>
      <w:r>
        <w:rPr>
          <w:b/>
        </w:rPr>
        <w:t xml:space="preserve">[03:25] </w:t>
      </w:r>
      <w:r>
        <w:t>is ba'azam koi purasrar cheez nahi hai.</w:t>
      </w:r>
    </w:p>
    <w:p>
      <w:pPr>
        <w:jc w:val="right"/>
      </w:pPr>
      <w:r>
        <w:t>اس باعظم کوئی پراسرار چیز نہیں ہے۔</w:t>
      </w:r>
    </w:p>
    <w:p>
      <w:r>
        <w:rPr>
          <w:b/>
        </w:rPr>
        <w:t xml:space="preserve">[03:34] </w:t>
      </w:r>
      <w:r>
        <w:t>is ba'azam</w:t>
      </w:r>
    </w:p>
    <w:p>
      <w:pPr>
        <w:jc w:val="right"/>
      </w:pPr>
      <w:r>
        <w:t>اس باعظم</w:t>
      </w:r>
    </w:p>
    <w:p>
      <w:r>
        <w:rPr>
          <w:b/>
        </w:rPr>
        <w:t xml:space="preserve">[03:38] </w:t>
      </w:r>
      <w:r>
        <w:t>un</w:t>
      </w:r>
    </w:p>
    <w:p>
      <w:pPr>
        <w:jc w:val="right"/>
      </w:pPr>
      <w:r>
        <w:t>ان</w:t>
      </w:r>
    </w:p>
    <w:p>
      <w:r>
        <w:rPr>
          <w:b/>
        </w:rPr>
        <w:t xml:space="preserve">[03:43] </w:t>
      </w:r>
      <w:r>
        <w:t>mouaaq ka naam hai</w:t>
      </w:r>
    </w:p>
    <w:p>
      <w:pPr>
        <w:jc w:val="right"/>
      </w:pPr>
      <w:r>
        <w:t>مواقع کا نام ہے</w:t>
      </w:r>
    </w:p>
    <w:p>
      <w:r>
        <w:rPr>
          <w:b/>
        </w:rPr>
        <w:t xml:space="preserve">[03:49] </w:t>
      </w:r>
      <w:r>
        <w:t>jo aap ko mouqa dete hain keh aap</w:t>
      </w:r>
    </w:p>
    <w:p>
      <w:pPr>
        <w:jc w:val="right"/>
      </w:pPr>
      <w:r>
        <w:t>جو آپ کو موقع دیتے ہیں کہ آپ</w:t>
      </w:r>
    </w:p>
    <w:p>
      <w:r>
        <w:rPr>
          <w:b/>
        </w:rPr>
        <w:t xml:space="preserve">[04:01] </w:t>
      </w:r>
      <w:r>
        <w:t>Allah Rabb-ul-Aalameen ko</w:t>
      </w:r>
    </w:p>
    <w:p>
      <w:pPr>
        <w:jc w:val="right"/>
      </w:pPr>
      <w:r>
        <w:t>اللہ رب العالمین کو</w:t>
      </w:r>
    </w:p>
    <w:p>
      <w:r>
        <w:rPr>
          <w:b/>
        </w:rPr>
        <w:t xml:space="preserve">[04:08] </w:t>
      </w:r>
      <w:r>
        <w:t>bula kar</w:t>
      </w:r>
    </w:p>
    <w:p>
      <w:pPr>
        <w:jc w:val="right"/>
      </w:pPr>
      <w:r>
        <w:t>بلا کر</w:t>
      </w:r>
    </w:p>
    <w:p>
      <w:r>
        <w:rPr>
          <w:b/>
        </w:rPr>
        <w:t xml:space="preserve">[04:16] </w:t>
      </w:r>
      <w:r>
        <w:t>dua kar sakein.</w:t>
      </w:r>
    </w:p>
    <w:p>
      <w:pPr>
        <w:jc w:val="right"/>
      </w:pPr>
      <w:r>
        <w:t>دعا کر سکیں۔</w:t>
      </w:r>
    </w:p>
    <w:p>
      <w:r>
        <w:rPr>
          <w:b/>
        </w:rPr>
        <w:t xml:space="preserve">[04:21] </w:t>
      </w:r>
      <w:r>
        <w:t>misal ke taur par dekhiye,</w:t>
      </w:r>
    </w:p>
    <w:p>
      <w:pPr>
        <w:jc w:val="right"/>
      </w:pPr>
      <w:r>
        <w:t>مثلاً دیکھیے،</w:t>
      </w:r>
    </w:p>
    <w:p>
      <w:r>
        <w:rPr>
          <w:b/>
        </w:rPr>
        <w:t xml:space="preserve">[04:25] </w:t>
      </w:r>
      <w:r>
        <w:t>aap ko agar Allah ne jis ko kehte hain, is ba'azam ke saath dua karna kis ko kehte hain?</w:t>
      </w:r>
    </w:p>
    <w:p>
      <w:pPr>
        <w:jc w:val="right"/>
      </w:pPr>
      <w:r>
        <w:t>آپ کو اگر اللہ نے جس کو کہتے ہیں، اس باعظم کے ساتھ دعا کرنا کس کو کہتے ہیں؟</w:t>
      </w:r>
    </w:p>
    <w:p>
      <w:r>
        <w:rPr>
          <w:b/>
        </w:rPr>
        <w:t xml:space="preserve">[04:39] </w:t>
      </w:r>
      <w:r>
        <w:t>woh yeh keh aap ke saath koi</w:t>
      </w:r>
    </w:p>
    <w:p>
      <w:pPr>
        <w:jc w:val="right"/>
      </w:pPr>
      <w:r>
        <w:t>وہ یہ کہ آپ کے ساتھ کوئی</w:t>
      </w:r>
    </w:p>
    <w:p>
      <w:r>
        <w:rPr>
          <w:b/>
        </w:rPr>
        <w:t xml:space="preserve">[04:48] </w:t>
      </w:r>
      <w:r>
        <w:t>unwanted soorat-e-haal pesh aaye aur aap is ko bardasht karein, aur is tarah aap ko mouqa mile keh aap is ke hawale se Allah se rehmat maangein.</w:t>
      </w:r>
    </w:p>
    <w:p>
      <w:pPr>
        <w:jc w:val="right"/>
      </w:pPr>
      <w:r>
        <w:t>ان وانٹڈ صورتحال پیش آئے اور آپ اس کو برداشت کریں، اور اس طرح آپ کو موقع ملے کہ آپ اس کے حوالے سے اللہ سے رحمت مانگیں۔</w:t>
      </w:r>
    </w:p>
    <w:p>
      <w:r>
        <w:rPr>
          <w:b/>
        </w:rPr>
        <w:t xml:space="preserve">[05:17] </w:t>
      </w:r>
      <w:r>
        <w:t>jaise misaal ke taur par dekhiye, har aadmi ki khwahish hoti hai ke woh</w:t>
      </w:r>
    </w:p>
    <w:p>
      <w:pPr>
        <w:jc w:val="right"/>
      </w:pPr>
      <w:r>
        <w:t>جیسے مثال کے طور پر دیکھیے، ہر آدمی کی خواہش ہوتی ہے کہ وہ</w:t>
      </w:r>
    </w:p>
    <w:p>
      <w:r>
        <w:rPr>
          <w:b/>
        </w:rPr>
        <w:t xml:space="preserve">[05:26] </w:t>
      </w:r>
      <w:r>
        <w:t>apni pasand ki</w:t>
      </w:r>
    </w:p>
    <w:p>
      <w:pPr>
        <w:jc w:val="right"/>
      </w:pPr>
      <w:r>
        <w:t>اپنی پسند کی</w:t>
      </w:r>
    </w:p>
    <w:p>
      <w:r>
        <w:rPr>
          <w:b/>
        </w:rPr>
        <w:t xml:space="preserve">[05:30] </w:t>
      </w:r>
      <w:r>
        <w:t>shadi ho, us ki</w:t>
      </w:r>
    </w:p>
    <w:p>
      <w:pPr>
        <w:jc w:val="right"/>
      </w:pPr>
      <w:r>
        <w:t>شادی ہو، اس کی</w:t>
      </w:r>
    </w:p>
    <w:p>
      <w:r>
        <w:rPr>
          <w:b/>
        </w:rPr>
        <w:t xml:space="preserve">[05:36] </w:t>
      </w:r>
      <w:r>
        <w:t>apni pasand ki shadi.</w:t>
      </w:r>
    </w:p>
    <w:p>
      <w:pPr>
        <w:jc w:val="right"/>
      </w:pPr>
      <w:r>
        <w:t>اپنی پسند کی شادی۔</w:t>
      </w:r>
    </w:p>
    <w:p>
      <w:r>
        <w:rPr>
          <w:b/>
        </w:rPr>
        <w:t xml:space="preserve">[05:42] </w:t>
      </w:r>
      <w:r>
        <w:t>lekin aadmi ko pasand ka</w:t>
      </w:r>
    </w:p>
    <w:p>
      <w:pPr>
        <w:jc w:val="right"/>
      </w:pPr>
      <w:r>
        <w:t>لیکن آدمی کو پسند کا</w:t>
      </w:r>
    </w:p>
    <w:p>
      <w:r>
        <w:rPr>
          <w:b/>
        </w:rPr>
        <w:t xml:space="preserve">[05:49] </w:t>
      </w:r>
      <w:r>
        <w:t>pyar na mile,</w:t>
      </w:r>
    </w:p>
    <w:p>
      <w:pPr>
        <w:jc w:val="right"/>
      </w:pPr>
      <w:r>
        <w:t>پیار نہ ملے،</w:t>
      </w:r>
    </w:p>
    <w:p>
      <w:r>
        <w:rPr>
          <w:b/>
        </w:rPr>
        <w:t xml:space="preserve">[05:58] </w:t>
      </w:r>
      <w:r>
        <w:t>aur us ko woh yeh keh kar</w:t>
      </w:r>
    </w:p>
    <w:p>
      <w:pPr>
        <w:jc w:val="right"/>
      </w:pPr>
      <w:r>
        <w:t>اور اس کو وہ یہ کہہ کر</w:t>
      </w:r>
    </w:p>
    <w:p>
      <w:r>
        <w:rPr>
          <w:b/>
        </w:rPr>
        <w:t xml:space="preserve">[06:02] </w:t>
      </w:r>
      <w:r>
        <w:t>qubool kar le ke khuda, duniya mein tune tune mere liye jis</w:t>
      </w:r>
    </w:p>
    <w:p>
      <w:pPr>
        <w:jc w:val="right"/>
      </w:pPr>
      <w:r>
        <w:t>قبول کر لے کہ خدا، دنیا میں تو نے تو نے میرے لیے جس</w:t>
      </w:r>
    </w:p>
    <w:p>
      <w:r>
        <w:rPr>
          <w:b/>
        </w:rPr>
        <w:t xml:space="preserve">[06:17] </w:t>
      </w:r>
      <w:r>
        <w:t>pyar ka faisla kiya hai, main us ko qubool karta hoon. To mujh ko us ke badle achi aulad de de.</w:t>
      </w:r>
    </w:p>
    <w:p>
      <w:pPr>
        <w:jc w:val="right"/>
      </w:pPr>
      <w:r>
        <w:t>پیار کا فیصلہ کیا ہے، میں اس کو قبول کرتا ہوں۔ تو مجھ کو اس کے بدلے اچھی اولاد دے دے۔</w:t>
      </w:r>
    </w:p>
    <w:p>
      <w:r>
        <w:rPr>
          <w:b/>
        </w:rPr>
        <w:t xml:space="preserve">[06:35] </w:t>
      </w:r>
      <w:r>
        <w:t>To yeh dua zaroor qubool hoti hai.</w:t>
      </w:r>
    </w:p>
    <w:p>
      <w:pPr>
        <w:jc w:val="right"/>
      </w:pPr>
      <w:r>
        <w:t>تو یہ دعا ضرور قبول ہوتی ہے۔</w:t>
      </w:r>
    </w:p>
    <w:p>
      <w:r>
        <w:rPr>
          <w:b/>
        </w:rPr>
        <w:t xml:space="preserve">[06:47] </w:t>
      </w:r>
      <w:r>
        <w:t xml:space="preserve">jisko kaha jata hai Razi Allahu Anhu wa Radu. </w:t>
      </w:r>
    </w:p>
    <w:p>
      <w:pPr>
        <w:jc w:val="right"/>
      </w:pPr>
      <w:r>
        <w:t>جس کو کہا جاتا ہے رضی اللہ عنہ ورضوا۔</w:t>
      </w:r>
    </w:p>
    <w:p>
      <w:r>
        <w:rPr>
          <w:b/>
        </w:rPr>
        <w:t xml:space="preserve">[06:54] </w:t>
      </w:r>
      <w:r>
        <w:t>yani khuda ek taraf hai, doosri taraf insan hai. To khuda ne jo faisla kiya aap ke liye,</w:t>
      </w:r>
    </w:p>
    <w:p>
      <w:pPr>
        <w:jc w:val="right"/>
      </w:pPr>
      <w:r>
        <w:t>یعنی خدا ایک طرف ہے، دوسری طرف انسان ہے۔ تو خدا نے جو فیصلہ کیا آپ کے لیے،</w:t>
      </w:r>
    </w:p>
    <w:p>
      <w:r>
        <w:rPr>
          <w:b/>
        </w:rPr>
        <w:t xml:space="preserve">[07:08] </w:t>
      </w:r>
      <w:r>
        <w:t>aap is faisle ko qubool karen</w:t>
      </w:r>
    </w:p>
    <w:p>
      <w:pPr>
        <w:jc w:val="right"/>
      </w:pPr>
      <w:r>
        <w:t>آپ اس فیصلے کو قبول کریں</w:t>
      </w:r>
    </w:p>
    <w:p>
      <w:r>
        <w:rPr>
          <w:b/>
        </w:rPr>
        <w:t xml:space="preserve">[07:17] </w:t>
      </w:r>
      <w:r>
        <w:t>aur dua karen ke khuda, tere faisle ko main qubool karta hoon. Ab tu mere liye</w:t>
      </w:r>
    </w:p>
    <w:p>
      <w:pPr>
        <w:jc w:val="right"/>
      </w:pPr>
      <w:r>
        <w:t>اور دعا کریں کہ خدا، تیرے فیصلے کو میں قبول کرتا ہوں۔ اب تو میرے لیے</w:t>
      </w:r>
    </w:p>
    <w:p>
      <w:r>
        <w:rPr>
          <w:b/>
        </w:rPr>
        <w:t xml:space="preserve">[07:32] </w:t>
      </w:r>
      <w:r>
        <w:t>pasandeeda</w:t>
      </w:r>
    </w:p>
    <w:p>
      <w:pPr>
        <w:jc w:val="right"/>
      </w:pPr>
      <w:r>
        <w:t>پسندیدہ</w:t>
      </w:r>
    </w:p>
    <w:p>
      <w:r>
        <w:rPr>
          <w:b/>
        </w:rPr>
        <w:t xml:space="preserve">[07:36] </w:t>
      </w:r>
      <w:r>
        <w:t>aulad ka faisla kar de.</w:t>
      </w:r>
    </w:p>
    <w:p>
      <w:pPr>
        <w:jc w:val="right"/>
      </w:pPr>
      <w:r>
        <w:t>اولاد کا فیصلہ کر دے۔</w:t>
      </w:r>
    </w:p>
    <w:p>
      <w:r>
        <w:rPr>
          <w:b/>
        </w:rPr>
        <w:t xml:space="preserve">[07:41] </w:t>
      </w:r>
      <w:r>
        <w:t>To main samajhta hoon ke yeh is is ba'azam ke sath dua karna hai.</w:t>
      </w:r>
    </w:p>
    <w:p>
      <w:pPr>
        <w:jc w:val="right"/>
      </w:pPr>
      <w:r>
        <w:t>تو میں سمجھتا ہوں کہ یہ اس اس باعظم کے ساتھ دعا کرنا ہے۔</w:t>
      </w:r>
    </w:p>
    <w:p>
      <w:r>
        <w:rPr>
          <w:b/>
        </w:rPr>
        <w:t xml:space="preserve">[07:55] </w:t>
      </w:r>
      <w:r>
        <w:t>Aur mujhe umeed hai ke Allah taala aise dua ko zaroor qubool karti hai. Jabke banda khuda ke faisle par razi ho jaye,</w:t>
      </w:r>
    </w:p>
    <w:p>
      <w:pPr>
        <w:jc w:val="right"/>
      </w:pPr>
      <w:r>
        <w:t>اور مجھے امید ہے کہ اللہ تعالی ایسے دعا کو ضرور قبول کرتی ہے۔ جبکہ بندہ خدا کے فیصلے پر راضی ہو جائے،</w:t>
      </w:r>
    </w:p>
    <w:p>
      <w:r>
        <w:rPr>
          <w:b/>
        </w:rPr>
        <w:t xml:space="preserve">[08:13] </w:t>
      </w:r>
      <w:r>
        <w:t>Razi Allahu Anhu wa Radu,</w:t>
      </w:r>
    </w:p>
    <w:p>
      <w:pPr>
        <w:jc w:val="right"/>
      </w:pPr>
      <w:r>
        <w:t>رضی اللہ عنہ ورضوا،</w:t>
      </w:r>
    </w:p>
    <w:p>
      <w:r>
        <w:rPr>
          <w:b/>
        </w:rPr>
        <w:t xml:space="preserve">[08:19] </w:t>
      </w:r>
      <w:r>
        <w:t>Razi Allahu Anhu wa Radu,</w:t>
      </w:r>
    </w:p>
    <w:p>
      <w:pPr>
        <w:jc w:val="right"/>
      </w:pPr>
      <w:r>
        <w:t>رضی اللہ عنہ ورضوا،</w:t>
      </w:r>
    </w:p>
    <w:p>
      <w:r>
        <w:rPr>
          <w:b/>
        </w:rPr>
        <w:t xml:space="preserve">[08:27] </w:t>
      </w:r>
      <w:r>
        <w:t>dil ki khushi ke sath,</w:t>
      </w:r>
    </w:p>
    <w:p>
      <w:pPr>
        <w:jc w:val="right"/>
      </w:pPr>
      <w:r>
        <w:t>دل کی خوشی کے ساتھ،</w:t>
      </w:r>
    </w:p>
    <w:p>
      <w:r>
        <w:rPr>
          <w:b/>
        </w:rPr>
        <w:t xml:space="preserve">[08:33] </w:t>
      </w:r>
      <w:r>
        <w:t>dil ki razamandi ke sath.</w:t>
      </w:r>
    </w:p>
    <w:p>
      <w:pPr>
        <w:jc w:val="right"/>
      </w:pPr>
      <w:r>
        <w:t>دل کی رضامندی کے ساتھ۔</w:t>
      </w:r>
    </w:p>
    <w:p>
      <w:r>
        <w:rPr>
          <w:b/>
        </w:rPr>
        <w:t xml:space="preserve">[08:41] </w:t>
      </w:r>
      <w:r>
        <w:t>To main samajhta hoon ke yeh bohat hi bari dua hai, yeh is ba'azam ke sath dua karna hai.</w:t>
      </w:r>
    </w:p>
    <w:p>
      <w:pPr>
        <w:jc w:val="right"/>
      </w:pPr>
      <w:r>
        <w:t>تو میں سمجھتا ہوں کہ یہ بہت ہی بڑی دعا ہے، یہ اس باعظم کے ساتھ دعا کرنا ہے۔</w:t>
      </w:r>
    </w:p>
    <w:p>
      <w:r>
        <w:rPr>
          <w:b/>
        </w:rPr>
        <w:t xml:space="preserve">[08:58] </w:t>
      </w:r>
      <w:r>
        <w:t>Isi tarah aur doosri cheezein, maal hai, ghar hai, aap ne jo chaha tha duniya mein woh aap ko nahi mila, to aap ko jo Allah ki taraf se diya gaya hai, us se razi ho jayen aap</w:t>
      </w:r>
    </w:p>
    <w:p>
      <w:pPr>
        <w:jc w:val="right"/>
      </w:pPr>
      <w:r>
        <w:t>اسی طرح اور دوسری چیزیں، مال ہے، گھر ہے، آپ نے جو چاہا تھا دنیا میں وہ آپ کو نہیں ملا، تو آپ کو جو اللہ کی طرف سے دیا گیا ہے، اس سے راضی ہو جائیں آپ</w:t>
      </w:r>
    </w:p>
    <w:p>
      <w:r>
        <w:rPr>
          <w:b/>
        </w:rPr>
        <w:t xml:space="preserve">[09:18] </w:t>
      </w:r>
      <w:r>
        <w:t>dil se. To yeh rizq ba'azam ke sath dua karna ban jayega.</w:t>
      </w:r>
    </w:p>
    <w:p>
      <w:pPr>
        <w:jc w:val="right"/>
      </w:pPr>
      <w:r>
        <w:t>دل سے۔ تو یہ رزق باعظم کے ساتھ دعا کرنا بن جائے گا۔</w:t>
      </w:r>
    </w:p>
    <w:p>
      <w:r>
        <w:rPr>
          <w:b/>
        </w:rPr>
        <w:t xml:space="preserve">[09:35] </w:t>
      </w:r>
      <w:r>
        <w:t>to mein dua karta hoon ke Allah hum sab ko ishq ki tofeeq de, hum ko</w:t>
      </w:r>
    </w:p>
    <w:p>
      <w:pPr>
        <w:jc w:val="right"/>
      </w:pPr>
      <w:r>
        <w:t>تو میں دعا کرتا ہوں کہ اللہ ہم سب کو عشق کی توفیق دے، ہم کو</w:t>
      </w:r>
    </w:p>
    <w:p>
      <w:r>
        <w:rPr>
          <w:b/>
        </w:rPr>
        <w:t xml:space="preserve">[09:51] </w:t>
      </w:r>
      <w:r>
        <w:t>Allah Razi Allahu Anhum wa Radu ka darja milay.</w:t>
      </w:r>
    </w:p>
    <w:p>
      <w:pPr>
        <w:jc w:val="right"/>
      </w:pPr>
      <w:r>
        <w:t>اللہ رضی اللہ عنہم ورضوا کا درجہ ملے۔</w:t>
      </w:r>
    </w:p>
    <w:p>
      <w:r>
        <w:rPr>
          <w:b/>
        </w:rPr>
        <w:t xml:space="preserve">[10:01] </w:t>
      </w:r>
      <w:r>
        <w:t>Assalam o Alaikum wa Rahmatullahi.</w:t>
      </w:r>
    </w:p>
    <w:p>
      <w:pPr>
        <w:jc w:val="right"/>
      </w:pPr>
      <w:r>
        <w:t>السلام علیکم ورحمۃ اللہ۔</w:t>
      </w:r>
    </w:p>
    <w:p>
      <w:r>
        <w:rPr>
          <w:b/>
        </w:rPr>
        <w:t xml:space="preserve">[10:18] </w:t>
      </w:r>
      <w:r>
        <w:t>Maulana, yeh Afzal Ahmed hain, unhon ne apni location nahi likhi hai, unhon ne apna aik taassur diya hai, us ke baad un ka aik sawal hai.</w:t>
      </w:r>
    </w:p>
    <w:p>
      <w:pPr>
        <w:jc w:val="right"/>
      </w:pPr>
      <w:r>
        <w:t>مولانا، یہ افضال احمد ہیں، انہوں نے اپنی لوکیشن نہیں لکھی ہے، انہوں نے اپنا ایک تاثر دیا ہے، اس کے بعد ان کا ایک سوال ہے۔</w:t>
      </w:r>
    </w:p>
    <w:p>
      <w:r>
        <w:rPr>
          <w:b/>
        </w:rPr>
        <w:t xml:space="preserve">[10:28] </w:t>
      </w:r>
      <w:r>
        <w:t>Un ka taassur yeh hai: "Aap se mein ne bohat kuch seekha hai, aap mere ustad hain, bohat respect karta hoon."</w:t>
      </w:r>
    </w:p>
    <w:p>
      <w:pPr>
        <w:jc w:val="right"/>
      </w:pPr>
      <w:r>
        <w:t>ان کا تاثر یہ ہے: "آپ سے میں نے بہت کچھ سیکھا ہے، آپ میرے استاد ہیں، بہت ریسپیکٹ کرتا ہوں۔" انہوں نے سوال کیا ہے کہ "جو کچھ ہوتا ہے،</w:t>
      </w:r>
    </w:p>
    <w:p>
      <w:r>
        <w:rPr>
          <w:b/>
        </w:rPr>
        <w:t xml:space="preserve">[10:42] </w:t>
      </w:r>
      <w:r>
        <w:t>Unhon ne sawal kiya hai ke "jo kuch hota hai, usay le kar deen ki roshni mein us ka hal talash kaise kiya jaye?"</w:t>
      </w:r>
    </w:p>
    <w:p>
      <w:pPr>
        <w:jc w:val="right"/>
      </w:pPr>
      <w:r>
        <w:t>اسے لے کر دین کی روشنی میں اس کا حل تلاش کیسے کیا جائے؟"</w:t>
      </w:r>
    </w:p>
    <w:p>
      <w:r>
        <w:rPr>
          <w:b/>
        </w:rPr>
        <w:t xml:space="preserve">[10:53] </w:t>
      </w:r>
      <w:r>
        <w:t>Dekhiye, jo kuch hua ya jo kuch hota hai, woh Allah ke faislay se hota hai.</w:t>
      </w:r>
    </w:p>
    <w:p>
      <w:pPr>
        <w:jc w:val="right"/>
      </w:pPr>
      <w:r>
        <w:t>دیکھیے، جو کچھ ہوا یا جو کچھ ہوتا ہے، وہ اللہ کے فیصلے سے ہوتا ہے۔</w:t>
      </w:r>
    </w:p>
    <w:p>
      <w:r>
        <w:rPr>
          <w:b/>
        </w:rPr>
        <w:t xml:space="preserve">[11:07] </w:t>
      </w:r>
      <w:r>
        <w:t>Allah ke faislay se. Kyun ke jo kuch milta hai aap ko dunya mein, woh khwamkhwah nahi mil jata, woh Allah ke faislay se aap ko milta hai.</w:t>
      </w:r>
    </w:p>
    <w:p>
      <w:pPr>
        <w:jc w:val="right"/>
      </w:pPr>
      <w:r>
        <w:t>اللہ کے فیصلے سے۔ کیونکہ جو کچھ ملتا ہے آپ کو دنیا میں، وہ خوامخواہ نہیں مل جاتا، وہ اللہ کے فیصلے سے آپ کو ملتا ہے۔</w:t>
      </w:r>
    </w:p>
    <w:p>
      <w:r>
        <w:rPr>
          <w:b/>
        </w:rPr>
        <w:t xml:space="preserve">[11:26] </w:t>
      </w:r>
      <w:r>
        <w:t>To aap jo aap ko Allah ne faisla diya hai, jo faisla kiya hai aap ke liye, us par raazi ho jaiye, us par raazi ho jaiye.</w:t>
      </w:r>
    </w:p>
    <w:p>
      <w:pPr>
        <w:jc w:val="right"/>
      </w:pPr>
      <w:r>
        <w:t>تو آپ جو آپ کو اللہ نے فیصلہ دیا ہے، جو فیصلہ کیا ہے آپ کے لیے، اس پر راضی ہو جائیے، اس پر راضی ہو جائیے۔</w:t>
      </w:r>
    </w:p>
    <w:p>
      <w:r>
        <w:rPr>
          <w:b/>
        </w:rPr>
        <w:t xml:space="preserve">[11:38] </w:t>
      </w:r>
      <w:r>
        <w:t>Sab se saada hal yahi hai.</w:t>
      </w:r>
    </w:p>
    <w:p>
      <w:pPr>
        <w:jc w:val="right"/>
      </w:pPr>
      <w:r>
        <w:t>سب سے سادہ حل یہی ہے۔</w:t>
      </w:r>
    </w:p>
    <w:p>
      <w:r>
        <w:rPr>
          <w:b/>
        </w:rPr>
        <w:t xml:space="preserve">[11:44] </w:t>
      </w:r>
      <w:r>
        <w:t>Maulana Iqbal Amreed sahib ne likha hai, Chennai se: "Maulana, aap ne yeh kaha ke problem ke waqt creative dua karna Ism e Azam se dua karna hai." Maulana, mera sawal yeh hai ke "kya normal halaat mein Ism e Azam se dua karne ka moqa nahi milta?"</w:t>
      </w:r>
    </w:p>
    <w:p>
      <w:pPr>
        <w:jc w:val="right"/>
      </w:pPr>
      <w:r>
        <w:t>مولانا اقبال امرید صاحب نے لکھا ہے، چنئی سے: "مولانا، آپ نے یہ کہا کہ پرابلم کے وقت کریٹیو دعا کرنا اسم اعظم سے دعا کرنا ہے۔" مولانا، میرا سوال یہ ہے کہ "کیا نارمل حالات میں اسم اعظم سے دعا کرنے کا موقع نہیں ملتا؟"</w:t>
      </w:r>
    </w:p>
    <w:p>
      <w:r>
        <w:rPr>
          <w:b/>
        </w:rPr>
        <w:t xml:space="preserve">[12:07] </w:t>
      </w:r>
      <w:r>
        <w:t>Ism e Azam ke sath dua karne ka moqa hamesha mumkin rehta hai.</w:t>
      </w:r>
    </w:p>
    <w:p>
      <w:pPr>
        <w:jc w:val="right"/>
      </w:pPr>
      <w:r>
        <w:t>اسم اعظم کے ساتھ دعا کرنے کا موقع ہمیشہ ممکن رہتا ہے۔</w:t>
      </w:r>
    </w:p>
    <w:p>
      <w:r>
        <w:rPr>
          <w:b/>
        </w:rPr>
        <w:t xml:space="preserve">[12:18] </w:t>
      </w:r>
      <w:r>
        <w:t>Aap ko sirf yeh karna hai ke Allah ke faislay par aap raazi ho jaiye, bas yahi karna hai aur kuch nahi karna hai.</w:t>
      </w:r>
    </w:p>
    <w:p>
      <w:pPr>
        <w:jc w:val="right"/>
      </w:pPr>
      <w:r>
        <w:t>آپ کو صرف یہ کرنا ہے کہ اللہ کے فیصلے پر آپ راضی ہو جائیں، بس یہی کرنا ہے اور کچھ نہیں کرنا ہے۔</w:t>
      </w:r>
    </w:p>
    <w:p>
      <w:r>
        <w:rPr>
          <w:b/>
        </w:rPr>
        <w:t xml:space="preserve">[12:31] </w:t>
      </w:r>
      <w:r>
        <w:t>Yahi dua hai us Azam ke sath.</w:t>
      </w:r>
    </w:p>
    <w:p>
      <w:pPr>
        <w:jc w:val="right"/>
      </w:pPr>
      <w:r>
        <w:t>یہی دعا ہے اس باعظم کے ساتھ۔</w:t>
      </w:r>
    </w:p>
    <w:p>
      <w:r>
        <w:rPr>
          <w:b/>
        </w:rPr>
        <w:t xml:space="preserve">[12:36] </w:t>
      </w:r>
      <w:r>
        <w:t>Un ka aik aur sawal hai: "Starting point ko janne ki zaroorat kya hai?" Har mamlay mein alag alag starting point hota hai, jaise job, business waghera.</w:t>
      </w:r>
    </w:p>
    <w:p>
      <w:pPr>
        <w:jc w:val="right"/>
      </w:pPr>
      <w:r>
        <w:t>ان کا ایک اور سوال ہے: "اسٹارٹنگ پوائنٹ کو جاننے کی ضرورت کیا ہے؟" ہر معاملے میں الگ الگ اسٹارٹنگ پوائنٹ ہوتا ہے، جیسے جاب، بزنس وغیرہ۔</w:t>
      </w:r>
    </w:p>
    <w:p>
      <w:r>
        <w:rPr>
          <w:b/>
        </w:rPr>
        <w:t xml:space="preserve">[12:51] </w:t>
      </w:r>
      <w:r>
        <w:t>Maulana, Islami zindagi ka starting point kya hona chahiye?</w:t>
      </w:r>
    </w:p>
    <w:p>
      <w:pPr>
        <w:jc w:val="right"/>
      </w:pPr>
      <w:r>
        <w:t>مولانا، اسلامی زندگی کا اسٹارٹنگ پوائنٹ کیا ہونا چاہیے؟</w:t>
      </w:r>
    </w:p>
    <w:p>
      <w:r>
        <w:rPr>
          <w:b/>
        </w:rPr>
        <w:t xml:space="preserve">[13:00] </w:t>
      </w:r>
      <w:r>
        <w:t>Mere khayal se to hai mumkin se aghaz.</w:t>
      </w:r>
    </w:p>
    <w:p>
      <w:pPr>
        <w:jc w:val="right"/>
      </w:pPr>
      <w:r>
        <w:t>میرے خیال سے تو ہے ممکن سے آغاز۔</w:t>
      </w:r>
    </w:p>
    <w:p>
      <w:r>
        <w:rPr>
          <w:b/>
        </w:rPr>
        <w:t xml:space="preserve">[13:07] </w:t>
      </w:r>
      <w:r>
        <w:t>Mumkin se aghaz.</w:t>
      </w:r>
    </w:p>
    <w:p>
      <w:pPr>
        <w:jc w:val="right"/>
      </w:pPr>
      <w:r>
        <w:t>ممکن سے آغاز۔</w:t>
      </w:r>
    </w:p>
    <w:p>
      <w:r>
        <w:rPr>
          <w:b/>
        </w:rPr>
        <w:t xml:space="preserve">[13:14] </w:t>
      </w:r>
      <w:r>
        <w:t>Dunya mein hamesha aisa hota hai ke ya to aadmi naam ke sath aghaz karta hai aur phir phir woh jab</w:t>
      </w:r>
    </w:p>
    <w:p>
      <w:pPr>
        <w:jc w:val="right"/>
      </w:pPr>
      <w:r>
        <w:t>دنیا میں ہمیشہ ایسا ہوتا ہے کہ یا تو آدمی نام کے ساتھ آغاز کرتا ہے اور پھر پھر وہ جب</w:t>
      </w:r>
    </w:p>
    <w:p>
      <w:r>
        <w:rPr>
          <w:b/>
        </w:rPr>
        <w:t xml:space="preserve">[13:30] </w:t>
      </w:r>
      <w:r>
        <w:t>nakam hota hai to woh doosre pe shikayat karta hai.</w:t>
      </w:r>
    </w:p>
    <w:p>
      <w:pPr>
        <w:jc w:val="right"/>
      </w:pPr>
      <w:r>
        <w:t>ناکام ہوتا ہے تو وہ دوسرے پہ شکایت کرتا ہے۔</w:t>
      </w:r>
    </w:p>
    <w:p>
      <w:r>
        <w:rPr>
          <w:b/>
        </w:rPr>
        <w:t xml:space="preserve">[13:37] </w:t>
      </w:r>
      <w:r>
        <w:t>Masail ki sab se acha aghaz mumkin se aghaz hai.</w:t>
      </w:r>
    </w:p>
    <w:p>
      <w:pPr>
        <w:jc w:val="right"/>
      </w:pPr>
      <w:r>
        <w:t>مسئلوں کی سب سے اچھا آغاز ممکن سے آغاز ہے۔</w:t>
      </w:r>
    </w:p>
    <w:p>
      <w:r>
        <w:rPr>
          <w:b/>
        </w:rPr>
        <w:t xml:space="preserve">[13:44] </w:t>
      </w:r>
      <w:r>
        <w:t>Maulana, kya hum yeh keh sakte hain ke Rasool Allah ko jab nabuwat mili thi to us ke baad back waqt hi saaray ahkam ya saari Islam ki baatein nahi aayi theen, balkay dheeray dheeray aayin?</w:t>
      </w:r>
    </w:p>
    <w:p>
      <w:pPr>
        <w:jc w:val="right"/>
      </w:pPr>
      <w:r>
        <w:t>مولانا، کیا ہم یہ کہہ سکتے ہیں کہ رسول اللہ کو جب نبوت ملی تھی تو اس کے بعد بیک وقت ہی سارے احکام یا ساری اسلام کی باتیں نہیں آئیں تھیں، بلکہ دھیرے دھیرے آئیں؟</w:t>
      </w:r>
    </w:p>
    <w:p>
      <w:r>
        <w:rPr>
          <w:b/>
        </w:rPr>
        <w:t xml:space="preserve">[13:56] </w:t>
      </w:r>
      <w:r>
        <w:t>To yeh keh sakte hain ke woh bhi mumkin se aghaz tha? Kaha kaha kaha aap ne?</w:t>
      </w:r>
    </w:p>
    <w:p>
      <w:pPr>
        <w:jc w:val="right"/>
      </w:pPr>
      <w:r>
        <w:t>تو یہ کہہ سکتے ہیں کہ وہ بھی ممکن سے آغاز تھا؟ کہا کہا کہا آپ نے؟</w:t>
      </w:r>
    </w:p>
    <w:p>
      <w:r>
        <w:rPr>
          <w:b/>
        </w:rPr>
        <w:t xml:space="preserve">[14:03] </w:t>
      </w:r>
      <w:r>
        <w:t>Rasool Allah ko jab nabuwat mili thi, us waqt koi bhi ahkam nazil nahi hua, balkay poori Makki zindagi mein, jaise Madina ki zindagi mein ahkam aaye, waise nahi aaye Makki zindagi mein.</w:t>
      </w:r>
    </w:p>
    <w:p>
      <w:pPr>
        <w:jc w:val="right"/>
      </w:pPr>
      <w:r>
        <w:t>رسول اللہ کو جب نبوت ملی تھی، اس وقت کوئی بھی احکام نازل نہیں ہوا، بلکہ پوری مکی زندگی میں، جیسے مدینہ کی زندگی میں احکام آئے، ویسے نہیں آئے مکی زندگی میں۔</w:t>
      </w:r>
    </w:p>
    <w:p>
      <w:r>
        <w:rPr>
          <w:b/>
        </w:rPr>
        <w:t xml:space="preserve">[14:13] </w:t>
      </w:r>
      <w:r>
        <w:t>To hum yeh keh sakte hain ke woh bhi mumkin se aghaz tha?</w:t>
      </w:r>
    </w:p>
    <w:p>
      <w:pPr>
        <w:jc w:val="right"/>
      </w:pPr>
      <w:r>
        <w:t>تو ہم یہ کہہ سکتے ہیں کہ وہ بھی ممکن سے آغاز تھا؟</w:t>
      </w:r>
    </w:p>
    <w:p>
      <w:r>
        <w:rPr>
          <w:b/>
        </w:rPr>
        <w:t xml:space="preserve">[14:17] </w:t>
      </w:r>
      <w:r>
        <w:t>mumkin ka aaghaz mein ne bola hai, halaat ke lehaz se mumkin. ji,</w:t>
      </w:r>
    </w:p>
    <w:p>
      <w:pPr>
        <w:jc w:val="right"/>
      </w:pPr>
      <w:r>
        <w:t>ممکن کا آغاز میں نے بولا ہے، حالات کے لحاظ سے ممکن۔ جی،</w:t>
      </w:r>
    </w:p>
    <w:p>
      <w:r>
        <w:rPr>
          <w:b/>
        </w:rPr>
        <w:t xml:space="preserve">[14:26] </w:t>
      </w:r>
      <w:r>
        <w:t>halaat ke lehaz se mumkin. hum, aam taur par yeh hota hai ke log khud sakhta mustaqbil ke liye shuaar lagate hain.</w:t>
      </w:r>
    </w:p>
    <w:p>
      <w:pPr>
        <w:jc w:val="right"/>
      </w:pPr>
      <w:r>
        <w:t>حالات کے لحاظ سے ممکن۔ ہمم، عام طور پر یہ ہوتا ہے کہ لوگ خود ساختہ مستقبل کے لیے شعار لگاتے ہیں۔</w:t>
      </w:r>
    </w:p>
    <w:p>
      <w:r>
        <w:rPr>
          <w:b/>
        </w:rPr>
        <w:t xml:space="preserve">[14:38] </w:t>
      </w:r>
      <w:r>
        <w:t>hum, yeh nahi sochte ke halaat kya hain, is mein mumkin se aaghaz kya ho sakta hai.</w:t>
      </w:r>
    </w:p>
    <w:p>
      <w:pPr>
        <w:jc w:val="right"/>
      </w:pPr>
      <w:r>
        <w:t>ہمم، یہ نہیں سوچتے کہ حالات کیا ہیں، اس میں ممکن سے آغاز کیا ہو سکتا ہے۔</w:t>
      </w:r>
    </w:p>
    <w:p>
      <w:r>
        <w:rPr>
          <w:b/>
        </w:rPr>
        <w:t xml:space="preserve">[14:50] </w:t>
      </w:r>
      <w:r>
        <w:t>toh mumkin se aaghaz bohat aasan cheez hai, hamesha aap jaan sakte hain ke mumkin se aaghaz kya hai.</w:t>
      </w:r>
    </w:p>
    <w:p>
      <w:pPr>
        <w:jc w:val="right"/>
      </w:pPr>
      <w:r>
        <w:t>تو ممکن سے آغاز بہت آسان چیز ہے، ہمیشہ آپ جان سکتے ہیں کہ ممکن سے آغاز کیا ہے۔</w:t>
      </w:r>
    </w:p>
    <w:p>
      <w:r>
        <w:rPr>
          <w:b/>
        </w:rPr>
        <w:t xml:space="preserve">[15:02] </w:t>
      </w:r>
      <w:r>
        <w:t>ah, in ka ek aur sawal hai: "wrong starting point se jo nuqsan?" misaal ke taur par, misaal ke taur par dekhiye, jab India mein British aaye aur jahan unhone ab apna hukumat hukumat qaim kar li,</w:t>
      </w:r>
    </w:p>
    <w:p>
      <w:pPr>
        <w:jc w:val="right"/>
      </w:pPr>
      <w:r>
        <w:t>اہ، ان کا ایک اور سوال ہے: "رونگ اسٹارٹنگ پوائنٹ سے جو نقصان؟" مثلاً، مثلاً دیکھیے، جب انڈیا میں برٹش آئے اور جہاں انہوں نے اب اپنا حکومت حکومت قائم کر لی،</w:t>
      </w:r>
    </w:p>
    <w:p>
      <w:r>
        <w:rPr>
          <w:b/>
        </w:rPr>
        <w:t xml:space="preserve">[15:20] </w:t>
      </w:r>
      <w:r>
        <w:t>toh naam ke sath aaghaz hai ke aap takra shuru karein, takra shuru karein. aur mumkin aaghaz yeh tha ke aap accept kar ke apni planning karein,</w:t>
      </w:r>
    </w:p>
    <w:p>
      <w:pPr>
        <w:jc w:val="right"/>
      </w:pPr>
      <w:r>
        <w:t>تو نام کے ساتھ آغاز ہے کہ آپ ٹکرا شروع کریں، ٹکرا شروع کریں۔ اور ممکن آغاز یہ تھا کہ آپ ایکسیپٹ کر کے اپنی پلاننگ کریں،</w:t>
      </w:r>
    </w:p>
    <w:p>
      <w:r>
        <w:rPr>
          <w:b/>
        </w:rPr>
        <w:t xml:space="preserve">[15:38] </w:t>
      </w:r>
      <w:r>
        <w:t>accept kar ke jo hai use maan kar ke planning karein. yeh mumkin se aaghaz hai.</w:t>
      </w:r>
    </w:p>
    <w:p>
      <w:pPr>
        <w:jc w:val="right"/>
      </w:pPr>
      <w:r>
        <w:t>ایکسیپٹ کر کے جو ہے اسے مان کر کے پلاننگ کریں۔ یہ ممکن سے آغاز ہے۔</w:t>
      </w:r>
    </w:p>
    <w:p>
      <w:r>
        <w:rPr>
          <w:b/>
        </w:rPr>
        <w:t xml:space="preserve">[15:50] </w:t>
      </w:r>
      <w:r>
        <w:t>isi se mutalliq ek sawal in ka Iqbal Amri sahib ka hai: "wrong starting point se jo nuqsan hota hai, us ko wazeh farmayein."</w:t>
      </w:r>
    </w:p>
    <w:p>
      <w:pPr>
        <w:jc w:val="right"/>
      </w:pPr>
      <w:r>
        <w:t>اسی سے متعلق ایک سوال ان کا اقبال امری صاحب کا ہے: "رونگ اسٹارٹنگ پوائنٹ سے جو نقصان ہوتا ہے، اس کو واضح فرمائیں۔"</w:t>
      </w:r>
    </w:p>
    <w:p>
      <w:r>
        <w:rPr>
          <w:b/>
        </w:rPr>
        <w:t xml:space="preserve">[16:04] </w:t>
      </w:r>
      <w:r>
        <w:t>hum, dekhiye, Allah ke ke aap kabhi</w:t>
      </w:r>
    </w:p>
    <w:p>
      <w:pPr>
        <w:jc w:val="right"/>
      </w:pPr>
      <w:r>
        <w:t>ہمم، دیکھیے، اللہ کے کہ آپ کبھی</w:t>
      </w:r>
    </w:p>
    <w:p>
      <w:r>
        <w:rPr>
          <w:b/>
        </w:rPr>
        <w:t xml:space="preserve">[16:13] </w:t>
      </w:r>
      <w:r>
        <w:t>apne liye</w:t>
      </w:r>
    </w:p>
    <w:p>
      <w:pPr>
        <w:jc w:val="right"/>
      </w:pPr>
      <w:r>
        <w:t>اپنے لیے</w:t>
      </w:r>
    </w:p>
    <w:p>
      <w:r>
        <w:rPr>
          <w:b/>
        </w:rPr>
        <w:t xml:space="preserve">[16:18] </w:t>
      </w:r>
      <w:r>
        <w:t>sahi aaghaz se shuru nahi kar paate. hamesha aap negative rahenge, ladte rahenge.</w:t>
      </w:r>
    </w:p>
    <w:p>
      <w:pPr>
        <w:jc w:val="right"/>
      </w:pPr>
      <w:r>
        <w:t>صحیح آغاز سے شروع نہیں کر پاتے۔ ہمیشہ آپ نیگیٹیو رہیں گے، لڑتے رہیں گے۔</w:t>
      </w:r>
    </w:p>
    <w:p>
      <w:r>
        <w:rPr>
          <w:b/>
        </w:rPr>
        <w:t xml:space="preserve">[16:30] </w:t>
      </w:r>
      <w:r>
        <w:t>is liye</w:t>
      </w:r>
    </w:p>
    <w:p>
      <w:pPr>
        <w:jc w:val="right"/>
      </w:pPr>
      <w:r>
        <w:t>اس لیے</w:t>
      </w:r>
    </w:p>
    <w:p>
      <w:r>
        <w:rPr>
          <w:b/>
        </w:rPr>
        <w:t xml:space="preserve">[16:34] </w:t>
      </w:r>
      <w:r>
        <w:t>mumkin se aaghaz yahi hai ke aap foran aap ko karne ka mauqa mil jaye.</w:t>
      </w:r>
    </w:p>
    <w:p>
      <w:pPr>
        <w:jc w:val="right"/>
      </w:pPr>
      <w:r>
        <w:t>ممکن سے آغاز یہی ہے کہ آپ فوراً آپ کو کرنے کا موقع مل جائے۔</w:t>
      </w:r>
    </w:p>
    <w:p>
      <w:r>
        <w:rPr>
          <w:b/>
        </w:rPr>
        <w:t xml:space="preserve">[16:46] </w:t>
      </w:r>
      <w:r>
        <w:t>aur naam ke sath aaghaz yeh hai ke aap ko kabhi mauqa kar na milein aur aap hamesha ghussa aur nafrat mein jeete rahein.</w:t>
      </w:r>
    </w:p>
    <w:p>
      <w:pPr>
        <w:jc w:val="right"/>
      </w:pPr>
      <w:r>
        <w:t>اور نام کے ساتھ آغاز یہ ہے کہ آپ کو کبھی موقع کار نہ ملیں اور آپ ہمیشہ غصہ اور نفرت میں جیتے رہیں۔</w:t>
      </w:r>
    </w:p>
    <w:p>
      <w:r>
        <w:rPr>
          <w:b/>
        </w:rPr>
        <w:t xml:space="preserve">[17:03] </w:t>
      </w:r>
      <w:r>
        <w:t>Miss Fatima Naseer, may Allah give you long life, Maulana, you have been a guiding light for all of us.</w:t>
      </w:r>
    </w:p>
    <w:p>
      <w:pPr>
        <w:jc w:val="right"/>
      </w:pPr>
      <w:r>
        <w:t>مس فاطمہ نصیر، می اللہ گیو یو لانگ لائف، مولانا، یو ہیو بین ا گائیڈنگ لائٹ فار ال اف اس۔</w:t>
      </w:r>
    </w:p>
    <w:p>
      <w:r>
        <w:rPr>
          <w:b/>
        </w:rPr>
        <w:t xml:space="preserve">[17:13] </w:t>
      </w:r>
      <w:r>
        <w:t>May Allah bless you, you have changed our life and the life of our families. May Allah bless you.</w:t>
      </w:r>
    </w:p>
    <w:p>
      <w:pPr>
        <w:jc w:val="right"/>
      </w:pPr>
      <w:r>
        <w:t>می اللہ بلیس یو، یو ہیو چینجڈ اور لائف اینڈ دا لائف اف اور فیملیز۔ می اللہ بلیس یو۔</w:t>
      </w:r>
    </w:p>
    <w:p>
      <w:r>
        <w:rPr>
          <w:b/>
        </w:rPr>
        <w:t xml:space="preserve">[17:24] </w:t>
      </w:r>
      <w:r>
        <w:t>Bilal Amant UK se sawal kar rahe hain ke buri aadaton se kaise bacha jaye? Aksar auqat insan ek buri aadat mein</w:t>
      </w:r>
    </w:p>
    <w:p>
      <w:pPr>
        <w:jc w:val="right"/>
      </w:pPr>
      <w:r>
        <w:t>بلال امانت یو کے سے سوال کر رہے ہیں کہ بری عادتوں سے کیسے بچا جائے؟ اکثر اوقات انسان ایک بری عادت میں</w:t>
      </w:r>
    </w:p>
    <w:p>
      <w:r>
        <w:rPr>
          <w:b/>
        </w:rPr>
        <w:t xml:space="preserve">[17:39] </w:t>
      </w:r>
      <w:r>
        <w:t>mubtala ho jata hai aur woh us se kaise bach sakta hai?</w:t>
      </w:r>
    </w:p>
    <w:p>
      <w:pPr>
        <w:jc w:val="right"/>
      </w:pPr>
      <w:r>
        <w:t>مبتلا ہو جاتا ہے اور وہ اس سے کیسے بچ سکتا ہے؟</w:t>
      </w:r>
    </w:p>
    <w:p>
      <w:r>
        <w:rPr>
          <w:b/>
        </w:rPr>
        <w:t xml:space="preserve">[17:47] </w:t>
      </w:r>
      <w:r>
        <w:t>dekhiye, bohat aasan yeh hai ke aap sochein ke aap kahan se start le sakte hain,</w:t>
      </w:r>
    </w:p>
    <w:p>
      <w:pPr>
        <w:jc w:val="right"/>
      </w:pPr>
      <w:r>
        <w:t>دیکھیے، بہت آسان یہ ہے کہ آپ سوچیں کہ آپ کہاں سے اسٹارٹ لے سکتے ہیں،</w:t>
      </w:r>
    </w:p>
    <w:p>
      <w:r>
        <w:rPr>
          <w:b/>
        </w:rPr>
        <w:t xml:space="preserve">[17:57] </w:t>
      </w:r>
      <w:r>
        <w:t>aap kahan se start le sakte hain. bas us ke baad raaste khulte rahenge. ab agar aap right aaghaz se aap shuru karein toh hamesha aap ke raaste khulte rahenge.</w:t>
      </w:r>
    </w:p>
    <w:p>
      <w:pPr>
        <w:jc w:val="right"/>
      </w:pPr>
      <w:r>
        <w:t>آپ کہاں سے اسٹارٹ لے سکتے ہیں۔ بس اس کے بعد راستے کھلتے رہیں گے۔ اب اگر آپ رائٹ آغاز سے آپ شروع کریں تو ہمیشہ آپ کے راستے کھلتے رہیں گے۔</w:t>
      </w:r>
    </w:p>
    <w:p>
      <w:r>
        <w:rPr>
          <w:b/>
        </w:rPr>
        <w:t xml:space="preserve">[18:18] </w:t>
      </w:r>
      <w:r>
        <w:t>Suraj Mandal, Assalam o Alaikum. nek rozi kaise kamaun? mein be rozgar hoon, dua kijiye. kya kaha hai?</w:t>
      </w:r>
    </w:p>
    <w:p>
      <w:pPr>
        <w:jc w:val="right"/>
      </w:pPr>
      <w:r>
        <w:t>سورج منڈل، السلام علیکم۔ نیک روزی کیسے کماؤں؟ میں بے روزگار ہوں، دعا کیجئے۔ کیا کہا ہے؟</w:t>
      </w:r>
    </w:p>
    <w:p>
      <w:r>
        <w:rPr>
          <w:b/>
        </w:rPr>
        <w:t xml:space="preserve">[18:29] </w:t>
      </w:r>
      <w:r>
        <w:t>nek nek rozi, nek halaal rozi ya nek rozi kaise kamaun? mein be rozgar insan hoon, dua kijiye.</w:t>
      </w:r>
    </w:p>
    <w:p>
      <w:pPr>
        <w:jc w:val="right"/>
      </w:pPr>
      <w:r>
        <w:t>نیک نیک روزی، نیک حلال روزی یا نیک روزی کیسے کماؤں؟ میں بے روزگار انسان ہوں، دعا کیجئے۔</w:t>
      </w:r>
    </w:p>
    <w:p>
      <w:r>
        <w:rPr>
          <w:b/>
        </w:rPr>
        <w:t xml:space="preserve">[18:39] </w:t>
      </w:r>
      <w:r>
        <w:t>sab se zyada mumkin jo hai woh yeh hai ke aap is formula ko padh lein jo mashhoor formula hai: simple living, high thinking.</w:t>
      </w:r>
    </w:p>
    <w:p>
      <w:pPr>
        <w:jc w:val="right"/>
      </w:pPr>
      <w:r>
        <w:t>سب سے زیادہ ممکن جو ہے وہ یہ ہے کہ آپ اس فارمولے کو پڑھ لیں جو مشہور فارمولا ہے: سمپل لیونگ، ہائی تھنکنگ۔</w:t>
      </w:r>
    </w:p>
    <w:p>
      <w:r>
        <w:rPr>
          <w:b/>
        </w:rPr>
        <w:t xml:space="preserve">[18:56] </w:t>
      </w:r>
      <w:r>
        <w:t>bas simple living, high thinking.</w:t>
      </w:r>
    </w:p>
    <w:p>
      <w:pPr>
        <w:jc w:val="right"/>
      </w:pPr>
      <w:r>
        <w:t>بس سمپل لیونگ، ہائی تھنکنگ۔</w:t>
      </w:r>
    </w:p>
    <w:p>
      <w:r>
        <w:rPr>
          <w:b/>
        </w:rPr>
        <w:t xml:space="preserve">[19:04] </w:t>
      </w:r>
      <w:r>
        <w:t>Dr. Naghma Siddiqui likhti hain: "Maulana, I realized for the first time how to consider the coming of old age as a blessing that helps us to come near to God and to do dua of Ism e Azam."</w:t>
      </w:r>
    </w:p>
    <w:p>
      <w:pPr>
        <w:jc w:val="right"/>
      </w:pPr>
      <w:r>
        <w:t>ڈاکٹر نغمہ صدیقی لکھتی ہیں: "مولانا، ائی ریلائزڈ فار دا فرسٹ ٹائم ہاؤ ٹو کنسیڈر دا کمنگ اف اولڈ ایج ایز ا بلیسنگ دیٹ ہیلپس اس ٹو کم نیئر ٹو گاڈ اینڈ ٹو ڈو دعا اف اسم اعظم۔</w:t>
      </w:r>
    </w:p>
    <w:p>
      <w:r>
        <w:rPr>
          <w:b/>
        </w:rPr>
        <w:t xml:space="preserve">[19:24] </w:t>
      </w:r>
      <w:r>
        <w:t>das is thrilling for me. " Masha Allah.</w:t>
      </w:r>
    </w:p>
    <w:p>
      <w:pPr>
        <w:jc w:val="right"/>
      </w:pPr>
      <w:r>
        <w:t>دس از تھریلنگ فار می۔" ماشاءاللہ۔</w:t>
      </w:r>
    </w:p>
    <w:p>
      <w:r>
        <w:rPr>
          <w:b/>
        </w:rPr>
        <w:t xml:space="preserve">[19:29] </w:t>
      </w:r>
      <w:r>
        <w:t>Ashfaq Sahab, yeh Pakistan se hain, woh likh rahe hain: "Meri life aap ki kitab Raaz-e-Hayaat ke baad change hui. Allah aap ko sehat de, Ameen." Main dua karta hoon aap ke liye.</w:t>
      </w:r>
    </w:p>
    <w:p>
      <w:pPr>
        <w:jc w:val="right"/>
      </w:pPr>
      <w:r>
        <w:t>اشفاق صاحب، یہ پاکستان سے ہیں، وہ لکھ رہے ہیں: "میری لائف اپ کی کتاب راز حیات کے بعد چینج ہوئی۔ اللہ آپ کو صحت دے، آمین۔" میں دعا کرتا ہوں آپ کے لیے۔</w:t>
      </w:r>
    </w:p>
    <w:p>
      <w:r>
        <w:rPr>
          <w:b/>
        </w:rPr>
        <w:t xml:space="preserve">[19:48] </w:t>
      </w:r>
      <w:r>
        <w:t>Shaukat Ali John, how should a Muslim at individual level contribute towards religion during these days?</w:t>
      </w:r>
    </w:p>
    <w:p>
      <w:pPr>
        <w:jc w:val="right"/>
      </w:pPr>
      <w:r>
        <w:t>شوکت علی جون، ہاؤ شوڈ ا مسلم ایٹ انڈیویجول لیول کنٹریبیوٹ ٹورڈز ریلیجن ڈیورنگ دیز ڈیز؟</w:t>
      </w:r>
    </w:p>
    <w:p>
      <w:r>
        <w:rPr>
          <w:b/>
        </w:rPr>
        <w:t xml:space="preserve">[20:00] </w:t>
      </w:r>
      <w:r>
        <w:t>Kya matlab? Koi fard, haan, koi insaan apne individual level par aaj ke daur mein deen ke liye kaise contribute kar sakta hai?</w:t>
      </w:r>
    </w:p>
    <w:p>
      <w:pPr>
        <w:jc w:val="right"/>
      </w:pPr>
      <w:r>
        <w:t>کیا مطلب؟ کوئی فرد، ہاں، کوئی انسان اپنے انفرادی لیول پر آج کے دور میں دین کے لیے کیسے کنٹریبیوٹ کر سکتا ہے؟</w:t>
      </w:r>
    </w:p>
    <w:p>
      <w:r>
        <w:rPr>
          <w:b/>
        </w:rPr>
        <w:t xml:space="preserve">[20:15] </w:t>
      </w:r>
      <w:r>
        <w:t>Mumkin se aaghaz</w:t>
      </w:r>
    </w:p>
    <w:p>
      <w:pPr>
        <w:jc w:val="right"/>
      </w:pPr>
      <w:r>
        <w:t>ممکن سے آغاز</w:t>
      </w:r>
    </w:p>
    <w:p>
      <w:r>
        <w:rPr>
          <w:b/>
        </w:rPr>
        <w:t xml:space="preserve">[20:20] </w:t>
      </w:r>
      <w:r>
        <w:t>karna seekh lijiye. Mumkin se aaghaz karna seekhiye, bas sab kuch ho jayega.</w:t>
      </w:r>
    </w:p>
    <w:p>
      <w:pPr>
        <w:jc w:val="right"/>
      </w:pPr>
      <w:r>
        <w:t>کرنا سیکھ لیجئے۔ ممکن سے آغاز کرنا سیکھیے، بس سب کچھ ہو جائے گا۔</w:t>
      </w:r>
    </w:p>
    <w:p>
      <w:r>
        <w:rPr>
          <w:b/>
        </w:rPr>
        <w:t xml:space="preserve">[20:32] </w:t>
      </w:r>
      <w:r>
        <w:t>Muhammad Luqman, how we can distinguish between greedy and business minds? Greedy mind woh hai ke aap apne ambition ko jaanein, ambition ko.</w:t>
      </w:r>
    </w:p>
    <w:p>
      <w:pPr>
        <w:jc w:val="right"/>
      </w:pPr>
      <w:r>
        <w:t>محمد لقمان، ہاؤ وی کین ڈسٹنگوش بٹوین گریڈی اینڈ بزنس مائنڈز؟ گریڈی مائنڈ وہ ہے کہ آپ اپنے ایمبیشن کو جانیں، ایمبیشن کو۔</w:t>
      </w:r>
    </w:p>
    <w:p>
      <w:r>
        <w:rPr>
          <w:b/>
        </w:rPr>
        <w:t xml:space="preserve">[20:48] </w:t>
      </w:r>
      <w:r>
        <w:t>Aur doosra mind yeh hai ke aap mumkin aur namumkin mein farq karein, namumkin ko chhodien aur namumkin aur mumkin se aaghaz karein.</w:t>
      </w:r>
    </w:p>
    <w:p>
      <w:pPr>
        <w:jc w:val="right"/>
      </w:pPr>
      <w:r>
        <w:t>اور دوسرا مائنڈ یہ ہے کہ آپ ممکن اور ناممکن میں فرق کریں، ناممکن کو چھوڑیں اور ناممکن اور ممکن سے آغاز کریں۔</w:t>
      </w:r>
    </w:p>
    <w:p>
      <w:r>
        <w:rPr>
          <w:b/>
        </w:rPr>
        <w:t xml:space="preserve">[21:08] </w:t>
      </w:r>
      <w:r>
        <w:t>Maulana, aise kaha ja sakta hai ke greedy mind woh hai jis ke dil mein daulat ki mohabbat ho?</w:t>
      </w:r>
    </w:p>
    <w:p>
      <w:pPr>
        <w:jc w:val="right"/>
      </w:pPr>
      <w:r>
        <w:t>مولانا، ایسے کہا جا سکتا ہے کہ گریڈی مائنڈ وہ ہے جس کے دل میں دولت کی محبت ہو؟</w:t>
      </w:r>
    </w:p>
    <w:p>
      <w:r>
        <w:rPr>
          <w:b/>
        </w:rPr>
        <w:t xml:space="preserve">[21:17] </w:t>
      </w:r>
      <w:r>
        <w:t>Sab se barh kar daulat ho, aisa kaha ja sakta hai? Haan, woh bhi keh sakte hain.</w:t>
      </w:r>
    </w:p>
    <w:p>
      <w:pPr>
        <w:jc w:val="right"/>
      </w:pPr>
      <w:r>
        <w:t>سب سے بڑھ کر دولت ہو، ایسا کہا جا سکتا ہے؟ ہاں، وہ بھی کہہ سکتے ہیں۔</w:t>
      </w:r>
    </w:p>
    <w:p>
      <w:r>
        <w:rPr>
          <w:b/>
        </w:rPr>
        <w:t xml:space="preserve">[21:26] </w:t>
      </w:r>
      <w:r>
        <w:t>Mahboob Sahab, Mumbai se sawal kar rahe hain: "Maulana, mera sawal yeh hai ke log bimari, budhapa aur maut ko soch kar mayoos hote hain.</w:t>
      </w:r>
    </w:p>
    <w:p>
      <w:pPr>
        <w:jc w:val="right"/>
      </w:pPr>
      <w:r>
        <w:t>محبوب صاحب، ممبئی سے سوال کر رہے ہیں: "مولانا، میرا سوال یہ ہے کہ لوگ بیماری، بڑھاپا اور موت کو سوچ کر مایوس ہوتے ہیں۔</w:t>
      </w:r>
    </w:p>
    <w:p>
      <w:r>
        <w:rPr>
          <w:b/>
        </w:rPr>
        <w:t xml:space="preserve">[21:37] </w:t>
      </w:r>
      <w:r>
        <w:t>Is ki wajah, is ki wajah kya hai? Aur is baat ki positive conviction kaise paida hoti hai?"</w:t>
      </w:r>
    </w:p>
    <w:p>
      <w:pPr>
        <w:jc w:val="right"/>
      </w:pPr>
      <w:r>
        <w:t>اس کی وجہ، اس کی وجہ کیا ہے؟ اور اس بات کی پوزیٹیو کنوکشن کیسے پیدا ہوتی ہے؟"</w:t>
      </w:r>
    </w:p>
    <w:p>
      <w:r>
        <w:rPr>
          <w:b/>
        </w:rPr>
        <w:t xml:space="preserve">[21:46] </w:t>
      </w:r>
      <w:r>
        <w:t>Dekhiye, log aam taur par</w:t>
      </w:r>
    </w:p>
    <w:p>
      <w:pPr>
        <w:jc w:val="right"/>
      </w:pPr>
      <w:r>
        <w:t>دیکھیے، لوگ عام طور پر</w:t>
      </w:r>
    </w:p>
    <w:p>
      <w:r>
        <w:rPr>
          <w:b/>
        </w:rPr>
        <w:t xml:space="preserve">[21:55] </w:t>
      </w:r>
      <w:r>
        <w:t>apne halaat ko dekhte hain, apne ambition ko jaante hain. Wohi that leads to</w:t>
      </w:r>
    </w:p>
    <w:p>
      <w:pPr>
        <w:jc w:val="right"/>
      </w:pPr>
      <w:r>
        <w:t>اپنے حالات کو دیکھتے ہیں، اپنے ایمبیشن کو جانتے ہیں۔ وہی دیٹ لیڈز ٹو</w:t>
      </w:r>
    </w:p>
    <w:p>
      <w:r>
        <w:rPr>
          <w:b/>
        </w:rPr>
        <w:t xml:space="preserve">[22:07] </w:t>
      </w:r>
      <w:r>
        <w:t>maeeshi.</w:t>
      </w:r>
    </w:p>
    <w:p>
      <w:pPr>
        <w:jc w:val="right"/>
      </w:pPr>
      <w:r>
        <w:t>معیشی۔</w:t>
      </w:r>
    </w:p>
    <w:p>
      <w:r>
        <w:rPr>
          <w:b/>
        </w:rPr>
        <w:t xml:space="preserve">[22:15] </w:t>
      </w:r>
      <w:r>
        <w:t>Aap wohi kijiye, main ne arz kiya ke mumkin se aaghaz. Aur main ne aap se yahi bataya ke</w:t>
      </w:r>
    </w:p>
    <w:p>
      <w:pPr>
        <w:jc w:val="right"/>
      </w:pPr>
      <w:r>
        <w:t>آپ وہی کیجئے، میں نے عرض کیا کہ ممکن سے آغاز۔ اور میں نے آپ سے یہی بتایا کہ</w:t>
      </w:r>
    </w:p>
    <w:p>
      <w:r>
        <w:rPr>
          <w:b/>
        </w:rPr>
        <w:t xml:space="preserve">[22:29] </w:t>
      </w:r>
      <w:r>
        <w:t>sab se aasan formula yeh hai ke aap,</w:t>
      </w:r>
    </w:p>
    <w:p>
      <w:pPr>
        <w:jc w:val="right"/>
      </w:pPr>
      <w:r>
        <w:t>سب سے آسان فارمولا یہ ہے کہ آپ،</w:t>
      </w:r>
    </w:p>
    <w:p>
      <w:r>
        <w:rPr>
          <w:b/>
        </w:rPr>
        <w:t xml:space="preserve">[22:42] </w:t>
      </w:r>
      <w:r>
        <w:t>aap jo hai,</w:t>
      </w:r>
    </w:p>
    <w:p>
      <w:pPr>
        <w:jc w:val="right"/>
      </w:pPr>
      <w:r>
        <w:t>آپ جو ہے،</w:t>
      </w:r>
    </w:p>
    <w:p>
      <w:r>
        <w:rPr>
          <w:b/>
        </w:rPr>
        <w:t xml:space="preserve">[22:50] </w:t>
      </w:r>
      <w:r>
        <w:t>Ism-e-Azam se darakht, Ism-e-Azam se aaghaz karna seekh lein.</w:t>
      </w:r>
    </w:p>
    <w:p>
      <w:pPr>
        <w:jc w:val="right"/>
      </w:pPr>
      <w:r>
        <w:t>اسم اعظم سے درخت، اسم اعظم سے آغاز کرنا سیکھ لیں۔</w:t>
      </w:r>
    </w:p>
    <w:p>
      <w:r>
        <w:rPr>
          <w:b/>
        </w:rPr>
        <w:t xml:space="preserve">[23:01] </w:t>
      </w:r>
      <w:r>
        <w:t>Sab se best yahi hai. Woh kya hai? Aap yeh maanein ke jo mila hai aap ko, woh Allah ke faisle se mila hai.</w:t>
      </w:r>
    </w:p>
    <w:p>
      <w:pPr>
        <w:jc w:val="right"/>
      </w:pPr>
      <w:r>
        <w:t>سب سے بیسٹ یہی ہے۔ وہ کیا ہے؟ آپ یہ مانیں کہ جو ملا ہے آپ کو، وہ اللہ کے فیصلے سے ملا ہے۔</w:t>
      </w:r>
    </w:p>
    <w:p>
      <w:r>
        <w:rPr>
          <w:b/>
        </w:rPr>
        <w:t xml:space="preserve">[23:14] </w:t>
      </w:r>
      <w:r>
        <w:t>Jo bhi, jo bhi mila hai, Allah ke faisle se mila hai.</w:t>
      </w:r>
    </w:p>
    <w:p>
      <w:pPr>
        <w:jc w:val="right"/>
      </w:pPr>
      <w:r>
        <w:t>جو بھی، جو بھی ملا ہے، اللہ کے فیصلے سے ملا ہے۔</w:t>
      </w:r>
    </w:p>
    <w:p>
      <w:r>
        <w:rPr>
          <w:b/>
        </w:rPr>
        <w:t xml:space="preserve">[23:20] </w:t>
      </w:r>
      <w:r>
        <w:t>Toh aap us se raazi ho jayein, un mile par raazi ho jayein, aur Allah se dua karein ke jo nahi mila hai, us ki halat, us ke halaat paida kar de mere liye.</w:t>
      </w:r>
    </w:p>
    <w:p>
      <w:pPr>
        <w:jc w:val="right"/>
      </w:pPr>
      <w:r>
        <w:t>تو آپ اس سے راضی ہو جائیں، ان ملے پر راضی ہو جائیں، اور اللہ سے دعا کریں کہ جو نہیں ملا ہے، اس کی حالت، اس کے حالات پیدا کر دے میرے لیے۔</w:t>
      </w:r>
    </w:p>
    <w:p>
      <w:r>
        <w:rPr>
          <w:b/>
        </w:rPr>
        <w:t xml:space="preserve">[23:36] </w:t>
      </w:r>
      <w:r>
        <w:t>Sab se acha tareeqa yeh hai.</w:t>
      </w:r>
    </w:p>
    <w:p>
      <w:pPr>
        <w:jc w:val="right"/>
      </w:pPr>
      <w:r>
        <w:t>سب سے اچھا طریقہ یہ ہے۔</w:t>
      </w:r>
    </w:p>
    <w:p>
      <w:r>
        <w:rPr>
          <w:b/>
        </w:rPr>
        <w:t xml:space="preserve">[23:42] </w:t>
      </w:r>
      <w:r>
        <w:t>Maulana, ek kitab hai: "Life Greatest Lesson". Yeh ek American writer ki kitab hai. Is mein unhone zikr kiya hai ke san 2000 mein ek survey hua tha jo CEO, CFO waghera se kiya gaya tha.</w:t>
      </w:r>
    </w:p>
    <w:p>
      <w:pPr>
        <w:jc w:val="right"/>
      </w:pPr>
      <w:r>
        <w:t>مولانا، ایک کتاب ہے: "لائف گریٹسٹ لیسن"۔ یہ ایک امریکن رائٹر کی کتاب ہے۔ اس میں انہوں نے ذکر کیا ہے کہ سن 2000 میں ایک سروے ہوا تھا جو سی ای او، سی ایف او وغیرہ سے کیا گیا تھا۔</w:t>
      </w:r>
    </w:p>
    <w:p>
      <w:r>
        <w:rPr>
          <w:b/>
        </w:rPr>
        <w:t xml:space="preserve">[24:01] </w:t>
      </w:r>
      <w:r>
        <w:t>Toh taqreeban 50 feesad logon ne yeh kaha is mein ke meri life empty aur meaningless hai. Aur 50 se zyada فیصد logon ne yeh kaha ke unhone apne professional career ki wajah se, professional goal ki wajah se,</w:t>
      </w:r>
    </w:p>
    <w:p>
      <w:pPr>
        <w:jc w:val="right"/>
      </w:pPr>
      <w:r>
        <w:t>تو تقریباً 50 فیصد لوگوں نے یہ کہا اس میں کہ میری لائف ایمٹی اور میننگ لیس ہے۔ اور 50 سے زیادہ فیصد لوگوں نے یہ کہا کہ انہوں نے اپنے پروفیشنل کیریئر کی وجہ سے، پروفیشنل گول کی وجہ سے،</w:t>
      </w:r>
    </w:p>
    <w:p>
      <w:r>
        <w:rPr>
          <w:b/>
        </w:rPr>
        <w:t xml:space="preserve">[24:17] </w:t>
      </w:r>
      <w:r>
        <w:t>apni jo family life hai, us ko unhon ne neglect kiya. yani us ko is par afsos tha. to aisa kyun hota hai? aadmi itna zyada kamyab ho jata hai to us ko maloom hota hai ke us ki zindagi meaningless hai, empty hai.</w:t>
      </w:r>
    </w:p>
    <w:p>
      <w:pPr>
        <w:jc w:val="right"/>
      </w:pPr>
      <w:r>
        <w:t>اپنی جو فیملی لائف ہے، اس کو انہوں نے نگلیکٹ کیا۔ یعنی اس کو اس پر افسوس تھا۔ تو ایسا کیوں ہوتا ہے؟ آدمی اتنا زیادہ کامیاب ہو جاتا ہے تو اس کو معلوم ہوتا ہے کہ اس کی زندگی میننگ لیس ہے، ایمٹی ہے۔</w:t>
      </w:r>
    </w:p>
    <w:p>
      <w:r>
        <w:rPr>
          <w:b/>
        </w:rPr>
        <w:t xml:space="preserve">[24:30] </w:t>
      </w:r>
      <w:r>
        <w:t>aisa kyun hota hai?</w:t>
      </w:r>
    </w:p>
    <w:p>
      <w:pPr>
        <w:jc w:val="right"/>
      </w:pPr>
      <w:r>
        <w:t>ایسا کیوں ہوتا ہے؟</w:t>
      </w:r>
    </w:p>
    <w:p>
      <w:r>
        <w:rPr>
          <w:b/>
        </w:rPr>
        <w:t xml:space="preserve">[24:33] </w:t>
      </w:r>
      <w:r>
        <w:t>is ki wajah hai ke is dunya mein jo mumkin hai, us ki bajaye woh ek apne ambitions ko bana leta hai nishana.</w:t>
      </w:r>
    </w:p>
    <w:p>
      <w:pPr>
        <w:jc w:val="right"/>
      </w:pPr>
      <w:r>
        <w:t>اس کی وجہ ہے کہ اس دنیا میں جو ممکن ہے، اس کی بجائے وہ ایک اپنے ایمبیشنز کو بنا لیتا ہے نشانہ۔</w:t>
      </w:r>
    </w:p>
    <w:p>
      <w:r>
        <w:rPr>
          <w:b/>
        </w:rPr>
        <w:t xml:space="preserve">[24:47] </w:t>
      </w:r>
      <w:r>
        <w:t>jab bhi aap apne ambitions ko nishana banayenge to yahi hoga. ab yeh janiye ke is dunya mein sab kuch pana kisi ke liye mumkin nahi hai.</w:t>
      </w:r>
    </w:p>
    <w:p>
      <w:pPr>
        <w:jc w:val="right"/>
      </w:pPr>
      <w:r>
        <w:t>جب بھی آپ اپنے ایمبیشنز کو نشانہ بنائیں گے تو یہی ہوگا۔ اب یہ جانئے کہ اس دنیا میں سب کچھ پانا کسی کے لیے ممکن نہیں ہے۔</w:t>
      </w:r>
    </w:p>
    <w:p>
      <w:r>
        <w:rPr>
          <w:b/>
        </w:rPr>
        <w:t xml:space="preserve">[24:59] </w:t>
      </w:r>
      <w:r>
        <w:t>bas is raaz ko sambhal lijie.</w:t>
      </w:r>
    </w:p>
    <w:p>
      <w:pPr>
        <w:jc w:val="right"/>
      </w:pPr>
      <w:r>
        <w:t>بس اس راز کو سنبھال لیجئے۔</w:t>
      </w:r>
    </w:p>
    <w:p>
      <w:r>
        <w:rPr>
          <w:b/>
        </w:rPr>
        <w:t xml:space="preserve">[25:06] </w:t>
      </w:r>
      <w:r>
        <w:t>faraaz saif, in ka question yeh hai ke unhon ne sirf chhay saat saal se Islam ke mutabiq amal nahi kiya. yani woh namaz waghera parhna nahi tha.</w:t>
      </w:r>
    </w:p>
    <w:p>
      <w:pPr>
        <w:jc w:val="right"/>
      </w:pPr>
      <w:r>
        <w:t>فراز سیف، ان کا کوئسچن یہ ہے کہ انہوں نے صرف چھ سات سال سے اسلام کے مطابق عمل نہیں کیا۔ یعنی وہ نماز وغیرہ پڑھنا نہیں تھا۔</w:t>
      </w:r>
    </w:p>
    <w:p>
      <w:r>
        <w:rPr>
          <w:b/>
        </w:rPr>
        <w:t xml:space="preserve">[25:18] </w:t>
      </w:r>
      <w:r>
        <w:t>aur is pandemic mein, yani corona virus shuru hone ke baad, unhon ne dobara shuru kiya. to ab woh yeh keh pooch rahe hain ke is darmian mein jo chhay saat saal unhon ne deen ke mutabiq amal nahi kiya, is ka compensation kya ho?</w:t>
      </w:r>
    </w:p>
    <w:p>
      <w:pPr>
        <w:jc w:val="right"/>
      </w:pPr>
      <w:r>
        <w:t>اور اس پینڈیمک میں، یعنی کرونا وائرس شروع ہونے کے بعد، انہوں نے دوبارہ شروع کیا۔ تو اب وہ یہ کہہ پوچھ رہے ہیں کہ اس درمیان میں جو چھ سات سال انہوں نے دین کے مطابق عمل نہیں کیا، اس کا کمپنسیشن کیا ہو؟</w:t>
      </w:r>
    </w:p>
    <w:p>
      <w:r>
        <w:rPr>
          <w:b/>
        </w:rPr>
        <w:t xml:space="preserve">[25:33] </w:t>
      </w:r>
      <w:r>
        <w:t>kuch nahi. maazi ke liye dua karna aur mustaqbil ke liye amal karna.</w:t>
      </w:r>
    </w:p>
    <w:p>
      <w:pPr>
        <w:jc w:val="right"/>
      </w:pPr>
      <w:r>
        <w:t>کچھ نہیں۔ ماضی کے لیے دعا کرنا اور مستقبل کے لیے عمل کرنا۔</w:t>
      </w:r>
    </w:p>
    <w:p>
      <w:r>
        <w:rPr>
          <w:b/>
        </w:rPr>
        <w:t xml:space="preserve">[25:43] </w:t>
      </w:r>
      <w:r>
        <w:t>maazi ke liye dua karna, yani peechay ke liye jo chhoot gaya, peechay ke liye dua karna, aur aagay ke liye dua karna.</w:t>
      </w:r>
    </w:p>
    <w:p>
      <w:pPr>
        <w:jc w:val="right"/>
      </w:pPr>
      <w:r>
        <w:t>ماضی کے لیے دعا کرنا، یعنی پیچھے کے لیے جو چھوٹ گیا، پیچھے کے لیے دعا کرنا، اور آگے کے لیے دعا کرنا۔</w:t>
      </w:r>
    </w:p>
    <w:p>
      <w:r>
        <w:rPr>
          <w:b/>
        </w:rPr>
        <w:t xml:space="preserve">[25:58] </w:t>
      </w:r>
      <w:r>
        <w:t>hassan tariq baloch, Maulana sahib, mujhe faisla lene mein mushkil hoti hai mustaqbil ke baray mein. kya karna chahiye?</w:t>
      </w:r>
    </w:p>
    <w:p>
      <w:pPr>
        <w:jc w:val="right"/>
      </w:pPr>
      <w:r>
        <w:t>حسن طارق بلوچ، مولانا صاحب، مجھے فیصلہ لینے میں مشکل ہوتی ہے مستقبل کے بارے میں۔ کیا کرنا چاہیے؟</w:t>
      </w:r>
    </w:p>
    <w:p>
      <w:r>
        <w:rPr>
          <w:b/>
        </w:rPr>
        <w:t xml:space="preserve">[26:09] </w:t>
      </w:r>
      <w:r>
        <w:t>main namaz bhi baqaydegi se parhta hoon lekin mushkilen bohat aati hain job ya kaam karne mein. koi hal bata dein.</w:t>
      </w:r>
    </w:p>
    <w:p>
      <w:pPr>
        <w:jc w:val="right"/>
      </w:pPr>
      <w:r>
        <w:t>میں نماز بھی باقاعدگی سے پڑھتا ہوں لیکن مشکلیں بہت آتی ہیں جاب یا کام کرنے میں۔ کوئی حل بتا دیں۔</w:t>
      </w:r>
    </w:p>
    <w:p>
      <w:r>
        <w:rPr>
          <w:b/>
        </w:rPr>
        <w:t xml:space="preserve">[26:21] </w:t>
      </w:r>
      <w:r>
        <w:t>istikharah kijie. istikharah,</w:t>
      </w:r>
    </w:p>
    <w:p>
      <w:pPr>
        <w:jc w:val="right"/>
      </w:pPr>
      <w:r>
        <w:t>استخارہ کیجئے۔ استخارہ،</w:t>
      </w:r>
    </w:p>
    <w:p>
      <w:r>
        <w:rPr>
          <w:b/>
        </w:rPr>
        <w:t xml:space="preserve">[26:30] </w:t>
      </w:r>
      <w:r>
        <w:t>istikharah bhi ek hal hai.</w:t>
      </w:r>
    </w:p>
    <w:p>
      <w:pPr>
        <w:jc w:val="right"/>
      </w:pPr>
      <w:r>
        <w:t>استخارہ بھی ایک حل ہے۔</w:t>
      </w:r>
    </w:p>
    <w:p>
      <w:r>
        <w:rPr>
          <w:b/>
        </w:rPr>
        <w:t xml:space="preserve">[26:36] </w:t>
      </w:r>
      <w:r>
        <w:t>miss fahmida khan, Maulana, aap ki wajah se meri zindagi badal gayi. aap ka shukr main kabhi ada nahi paoongi.</w:t>
      </w:r>
    </w:p>
    <w:p>
      <w:pPr>
        <w:jc w:val="right"/>
      </w:pPr>
      <w:r>
        <w:t>مس فہمیدہ خان، مولانا، آپ کی وجہ سے میری زندگی بدل گئی۔ آپ کا شکر میں کبھی ادا نہیں کر پاؤں گی۔</w:t>
      </w:r>
    </w:p>
    <w:p>
      <w:r>
        <w:rPr>
          <w:b/>
        </w:rPr>
        <w:t xml:space="preserve">[26:49] </w:t>
      </w:r>
      <w:r>
        <w:t>Allah taala aap ko bajet tofeeq de. Maulana ans malik sahib, suraj se likhte hain: "Assalam o Alaikum Maulana sahib.</w:t>
      </w:r>
    </w:p>
    <w:p>
      <w:pPr>
        <w:jc w:val="right"/>
      </w:pPr>
      <w:r>
        <w:t>اللہ تعالی آپ کو بجٹ توفیق دے۔ مولانا انس ملک صاحب، سورج سے لکھتے ہیں: "السلام علیکم مولانا صاحب۔</w:t>
      </w:r>
    </w:p>
    <w:p>
      <w:r>
        <w:rPr>
          <w:b/>
        </w:rPr>
        <w:t xml:space="preserve">[26:59] </w:t>
      </w:r>
      <w:r>
        <w:t>nadwat ulma ke mere ustad ne aap ke ilm ka etraf karte hue yeh tabsarah kiya, tabsarah kiya, lekin woh ummat ke ijma se hatay hue hain.</w:t>
      </w:r>
    </w:p>
    <w:p>
      <w:pPr>
        <w:jc w:val="right"/>
      </w:pPr>
      <w:r>
        <w:t>ندوت العلماء کے میرے استاد نے آپ کے علم کا اعتراف کرتے ہوئے یہ تبصرہ کیا، تبصرہ کیا، لیکن وہ امت کے اجماع سے ہٹے ہوئے ہیں۔</w:t>
      </w:r>
    </w:p>
    <w:p>
      <w:r>
        <w:rPr>
          <w:b/>
        </w:rPr>
        <w:t xml:space="preserve">[27:12] </w:t>
      </w:r>
      <w:r>
        <w:t>lekin is par unhon ne koi wazahat nahi ki. jabke mera zaati mushahida hai ke aap ke haan deen ki asal rooh pai jati hai aur deen ke mamle mein bohat zyada muhtat ravaiyya.</w:t>
      </w:r>
    </w:p>
    <w:p>
      <w:pPr>
        <w:jc w:val="right"/>
      </w:pPr>
      <w:r>
        <w:t>لیکن اس پر انہوں نے کوئی وضاحت نہیں کی۔ جبکہ میرا ذاتی مشاہدہ ہے کہ آپ کے ہاں دین کی اصل روح پائی جاتی ہے اور دین کے معاملے میں بہت زیادہ محتاط رویہ۔</w:t>
      </w:r>
    </w:p>
    <w:p>
      <w:r>
        <w:rPr>
          <w:b/>
        </w:rPr>
        <w:t xml:space="preserve">[27:24] </w:t>
      </w:r>
      <w:r>
        <w:t>barah e karam ulma ki is tarah ke tabsarah par aap ki rai hai, woh dalail ki buniyad par aap se ikhtilaf kyun nahi karte?</w:t>
      </w:r>
    </w:p>
    <w:p>
      <w:pPr>
        <w:jc w:val="right"/>
      </w:pPr>
      <w:r>
        <w:t>براہ کرم علماء کی اس طرح کے تبصرہ پر آپ کی رائے ہے، وہ دلائل کی بنیاد پر آپ سے اختلاف کیوں نہیں کرتے؟</w:t>
      </w:r>
    </w:p>
    <w:p>
      <w:r>
        <w:rPr>
          <w:b/>
        </w:rPr>
        <w:t xml:space="preserve">[27:33] </w:t>
      </w:r>
      <w:r>
        <w:t>dekhiye, ek tabsarah jaye, mera misaal hota hai hamesha. aap misaal dijiye. mere khayal se jo log bhi is tarah ki baatein karte hain, woh misaal ke baghair karte hain.</w:t>
      </w:r>
    </w:p>
    <w:p>
      <w:pPr>
        <w:jc w:val="right"/>
      </w:pPr>
      <w:r>
        <w:t>دیکھیے، ایک تبصرہ جائے، میرا مثال ہوتا ہے ہمیشہ۔ آپ مثال دیجئے۔ میرے خیال سے جو لوگ بھی اس طرح کی باتیں کرتے ہیں، وہ مثال کے بغیر کرتے ہیں۔</w:t>
      </w:r>
    </w:p>
    <w:p>
      <w:r>
        <w:rPr>
          <w:b/>
        </w:rPr>
        <w:t xml:space="preserve">[27:51] </w:t>
      </w:r>
      <w:r>
        <w:t>jo log aisa kahein, un se unhi se poochein ke misaal do.</w:t>
      </w:r>
    </w:p>
    <w:p>
      <w:pPr>
        <w:jc w:val="right"/>
      </w:pPr>
      <w:r>
        <w:t>جو لوگ ایسا کہیں، ان سے انہی سے پوچھیں کہ مثال دو۔</w:t>
      </w:r>
    </w:p>
    <w:p>
      <w:r>
        <w:rPr>
          <w:b/>
        </w:rPr>
        <w:t xml:space="preserve">[27:55] </w:t>
      </w:r>
      <w:r>
        <w:t>tariq badar sahib, lahore se likhte hain: "Maulana sahib, mumkin se aghaz best formula hai. hum ne ab tak issue pe amal kar ke mission ko اسٹیbl kiya hai."</w:t>
      </w:r>
    </w:p>
    <w:p>
      <w:pPr>
        <w:jc w:val="right"/>
      </w:pPr>
      <w:r>
        <w:t>طارق بدر صاحب، لاہور سے لکھتے ہیں: "مولانا صاحب، ممکن سے آغاز بیسٹ فارمولا ہے۔ ہم نے اب تک ایشو پہ عمل کر کے مشن کو اسٹیبل کیا ہے۔"</w:t>
      </w:r>
    </w:p>
    <w:p>
      <w:r>
        <w:rPr>
          <w:b/>
        </w:rPr>
        <w:t xml:space="preserve">[28:14] </w:t>
      </w:r>
      <w:r>
        <w:t>bas ji,</w:t>
      </w:r>
    </w:p>
    <w:p>
      <w:pPr>
        <w:jc w:val="right"/>
      </w:pPr>
      <w:r>
        <w:t>بس جی،</w:t>
      </w:r>
    </w:p>
    <w:p>
      <w:r>
        <w:rPr>
          <w:b/>
        </w:rPr>
        <w:t xml:space="preserve">[28:19] </w:t>
      </w:r>
      <w:r>
        <w:t>bas j</w:t>
      </w:r>
    </w:p>
    <w:p>
      <w:pPr>
        <w:jc w:val="right"/>
      </w:pPr>
      <w:r>
        <w:t>بس ج</w:t>
      </w:r>
    </w:p>
    <w:p>
      <w:r>
        <w:rPr>
          <w:b/>
        </w:rPr>
        <w:t xml:space="preserve">[28:20] </w:t>
      </w:r>
      <w:r>
        <w:t>ee. is ke baad doctor aalia farooqi likhti hain: "beshak, main ne mumkin se aghaz kiya. aap ki kitab 'Islam ek Taaruf' se." acha, woh mere liye mumkin tha.</w:t>
      </w:r>
    </w:p>
    <w:p>
      <w:pPr>
        <w:jc w:val="right"/>
      </w:pPr>
      <w:r>
        <w:t>ی۔ اس کے بعد ڈاکٹر عالیہ فاروقی لکھتی ہیں: "بے شک، میں نے ممکن سے آغاز کیا۔ آپ کی کتاب 'اسلام ایک تعارف' سے۔" اچھا، وہ میرے لیے ممکن تھا۔</w:t>
      </w:r>
    </w:p>
    <w:p>
      <w:r>
        <w:rPr>
          <w:b/>
        </w:rPr>
        <w:t xml:space="preserve">[28:34] </w:t>
      </w:r>
      <w:r>
        <w:t>you are right.</w:t>
      </w:r>
    </w:p>
    <w:p>
      <w:pPr>
        <w:jc w:val="right"/>
      </w:pPr>
      <w:r>
        <w:t>یو آر رائٹ۔</w:t>
      </w:r>
    </w:p>
    <w:p>
      <w:r>
        <w:rPr>
          <w:b/>
        </w:rPr>
        <w:t xml:space="preserve">[28:38] </w:t>
      </w:r>
      <w:r>
        <w:t>aur aap sahih, aap ne sahih kiya.</w:t>
      </w:r>
    </w:p>
    <w:p>
      <w:pPr>
        <w:jc w:val="right"/>
      </w:pPr>
      <w:r>
        <w:t>اور آپ صحیح، آپ نے صحیح کیا۔</w:t>
      </w:r>
    </w:p>
    <w:p>
      <w:r>
        <w:rPr>
          <w:b/>
        </w:rPr>
        <w:t xml:space="preserve">[28:43] </w:t>
      </w:r>
      <w:r>
        <w:t>sahil ansari likhte hain: "zindagi mein kamyab hone ke liye kya shart hai?"</w:t>
      </w:r>
    </w:p>
    <w:p>
      <w:pPr>
        <w:jc w:val="right"/>
      </w:pPr>
      <w:r>
        <w:t>ساحل انصاری لکھتے ہیں: "زندگی میں کامیاب ہونے کے لیے کیا شرط ہے؟"</w:t>
      </w:r>
    </w:p>
    <w:p>
      <w:r>
        <w:rPr>
          <w:b/>
        </w:rPr>
        <w:t xml:space="preserve">[28:57] </w:t>
      </w:r>
      <w:r>
        <w:t>bas mumkin se aaghaz. jo aap ke liye mumkin hai, us se aaghaz.</w:t>
      </w:r>
    </w:p>
    <w:p>
      <w:pPr>
        <w:jc w:val="right"/>
      </w:pPr>
      <w:r>
        <w:t>بس ممکن سے آغاز۔ جو آپ کے لیے ممکن ہے، اس سے آغاز۔</w:t>
      </w:r>
    </w:p>
    <w:p>
      <w:r>
        <w:rPr>
          <w:b/>
        </w:rPr>
        <w:t xml:space="preserve">[29:05] </w:t>
      </w:r>
      <w:r>
        <w:t>doctor safina tosim likhti hain: "saharanpur se. maulana, mujhe yeh poochna chahti hoon ke zindagi mein har qadam par insaan patience karta hai,</w:t>
      </w:r>
    </w:p>
    <w:p>
      <w:pPr>
        <w:jc w:val="right"/>
      </w:pPr>
      <w:r>
        <w:t>ڈاکٹر سفینہ توسم لکھتی ہیں: "سہارن پور سے۔ مولانا، مجھے یہ پوچھنا چاہتی ہوں کہ زندگی میں ہر قدم پر انسان پیشنس کرتا ہے،</w:t>
      </w:r>
    </w:p>
    <w:p>
      <w:r>
        <w:rPr>
          <w:b/>
        </w:rPr>
        <w:t xml:space="preserve">[29:19] </w:t>
      </w:r>
      <w:r>
        <w:t>khushi se ho ya khushi ke baghair?" kya</w:t>
      </w:r>
    </w:p>
    <w:p>
      <w:pPr>
        <w:jc w:val="right"/>
      </w:pPr>
      <w:r>
        <w:t>خوشی سے ہو یا خوشی کے بغیر؟" کیا</w:t>
      </w:r>
    </w:p>
    <w:p>
      <w:r>
        <w:rPr>
          <w:b/>
        </w:rPr>
        <w:t xml:space="preserve">[29:24] </w:t>
      </w:r>
      <w:r>
        <w:t>? zindagi mein har qadam par insaan patience karta hai, khushi se ho ya nakhushi se, phir bhi patience ko apni aadat nahi bana pata.</w:t>
      </w:r>
    </w:p>
    <w:p>
      <w:pPr>
        <w:jc w:val="right"/>
      </w:pPr>
      <w:r>
        <w:t>؟ زندگی میں ہر قدم پر انسان پیشنس کرتا ہے، خوشی سے ہو یا ناخوشی سے، پھر بھی پیشنس کو اپنی عادت نہیں بنا پاتا۔</w:t>
      </w:r>
    </w:p>
    <w:p>
      <w:r>
        <w:rPr>
          <w:b/>
        </w:rPr>
        <w:t xml:space="preserve">[29:37] </w:t>
      </w:r>
      <w:r>
        <w:t>is ka kya sabab hai? kya patience insaan ki fitrat nahi hai?</w:t>
      </w:r>
    </w:p>
    <w:p>
      <w:pPr>
        <w:jc w:val="right"/>
      </w:pPr>
      <w:r>
        <w:t>اس کا کیا سبب ہے؟ کیا پیشنس انسان کی فطرت نہیں ہے؟</w:t>
      </w:r>
    </w:p>
    <w:p>
      <w:r>
        <w:rPr>
          <w:b/>
        </w:rPr>
        <w:t xml:space="preserve">[29:44] </w:t>
      </w:r>
      <w:r>
        <w:t>nahi, patience ki ek qeemat hai. aap qeemat dene ke liye tayyar rahein to hamesha aap kamyab rahein ge.</w:t>
      </w:r>
    </w:p>
    <w:p>
      <w:pPr>
        <w:jc w:val="right"/>
      </w:pPr>
      <w:r>
        <w:t>نہیں، پیشنس کی ایک قیمت ہے۔ آپ قیمت دینے کے لیے تیار رہیں تو ہمیشہ آپ کامیاب رہیں گے۔</w:t>
      </w:r>
    </w:p>
    <w:p>
      <w:r>
        <w:rPr>
          <w:b/>
        </w:rPr>
        <w:t xml:space="preserve">[29:57] </w:t>
      </w:r>
      <w:r>
        <w:t>log aam taur par qeemat dene ke liye tayyar nahi hote, is liye woh pareshan rehte hain.</w:t>
      </w:r>
    </w:p>
    <w:p>
      <w:pPr>
        <w:jc w:val="right"/>
      </w:pPr>
      <w:r>
        <w:t>لوگ عام طور پر قیمت دینے کے لیے تیار نہیں ہوتے، اس لیے وہ پریشان رہتے ہیں۔</w:t>
      </w:r>
    </w:p>
    <w:p>
      <w:r>
        <w:rPr>
          <w:b/>
        </w:rPr>
        <w:t xml:space="preserve">[30:10] </w:t>
      </w:r>
      <w:r>
        <w:t>ayan khan, maulana ji, dil ki bechaini door ho jaye, is ke liye koi dua bata dein.</w:t>
      </w:r>
    </w:p>
    <w:p>
      <w:pPr>
        <w:jc w:val="right"/>
      </w:pPr>
      <w:r>
        <w:t>ایان خان، مولانا جی، دل کی بے چینی دور ہو جائے، اس کے لیے کوئی دعا بتا دیں۔</w:t>
      </w:r>
    </w:p>
    <w:p>
      <w:r>
        <w:rPr>
          <w:b/>
        </w:rPr>
        <w:t xml:space="preserve">[30:21] </w:t>
      </w:r>
      <w:r>
        <w:t>dua? ji. dua sab se zyada kamyab hal hai. woh pooch rahe hain, koi specific dua hai is ke liye?</w:t>
      </w:r>
    </w:p>
    <w:p>
      <w:pPr>
        <w:jc w:val="right"/>
      </w:pPr>
      <w:r>
        <w:t>دعا؟ جی۔ دعا سب سے زیادہ کامیاب حل ہے۔ وہ پوچھ رہے ہیں، کوئی سپیسیفک دعا ہے اس کے لیے؟</w:t>
      </w:r>
    </w:p>
    <w:p>
      <w:r>
        <w:rPr>
          <w:b/>
        </w:rPr>
        <w:t xml:space="preserve">[30:32] </w:t>
      </w:r>
      <w:r>
        <w:t>jo aap ka masla hai, us masle ke liye dua kijiye. to apni zaban mein kar sakte hain</w:t>
      </w:r>
    </w:p>
    <w:p>
      <w:pPr>
        <w:jc w:val="right"/>
      </w:pPr>
      <w:r>
        <w:t>جو آپ کا مسئلہ ہے، اس مسئلے کے لیے دعا کیجئے۔ تو اپنی زبان میں کر سکتے ہیں</w:t>
      </w:r>
    </w:p>
    <w:p>
      <w:r>
        <w:rPr>
          <w:b/>
        </w:rPr>
        <w:t xml:space="preserve">[30:39] </w:t>
      </w:r>
      <w:r>
        <w:t>? haan, apni zaban mein kijiye. apni zaban mein kijiye.</w:t>
      </w:r>
    </w:p>
    <w:p>
      <w:pPr>
        <w:jc w:val="right"/>
      </w:pPr>
      <w:r>
        <w:t>؟ ہاں، اپنی زبان میں کیجئے۔ اپنی زبان میں کیجئے۔</w:t>
      </w:r>
    </w:p>
    <w:p>
      <w:r>
        <w:rPr>
          <w:b/>
        </w:rPr>
        <w:t xml:space="preserve">[30:55] </w:t>
      </w:r>
      <w:r>
        <w:t>bashir ahmed daal likhte hain: "love you maulana, for the sake of Allah. aap hamein ghazali zaman lagte hain. aap se duaon ki darkhwast hain."</w:t>
      </w:r>
    </w:p>
    <w:p>
      <w:pPr>
        <w:jc w:val="right"/>
      </w:pPr>
      <w:r>
        <w:t>بشیر احمد ڈال لکھتے ہیں: "لو یو مولانا، فار دا سیک اف اللہ۔ آپ ہمیں غزالی زمان لگتے ہیں۔ آپ سے دعاؤں کی درخواست ہیں۔"</w:t>
      </w:r>
    </w:p>
    <w:p>
      <w:r>
        <w:rPr>
          <w:b/>
        </w:rPr>
        <w:t xml:space="preserve">[31:08] </w:t>
      </w:r>
      <w:r>
        <w:t>Allah taala aap ki khoob khoob madad farmaye.</w:t>
      </w:r>
    </w:p>
    <w:p>
      <w:pPr>
        <w:jc w:val="right"/>
      </w:pPr>
      <w:r>
        <w:t>اللہ تعالی آپ کی خوب خوب مدد فرمائے۔</w:t>
      </w:r>
    </w:p>
    <w:p>
      <w:r>
        <w:rPr>
          <w:b/>
        </w:rPr>
        <w:t xml:space="preserve">[31:18] </w:t>
      </w:r>
      <w:r>
        <w:t>muhammad luqman likhte hain: "kya maujooda daur mein islami nizam maujood hai ya mumkin hai ke hum intezami taur par is par amal daramad karein?"</w:t>
      </w:r>
    </w:p>
    <w:p>
      <w:pPr>
        <w:jc w:val="right"/>
      </w:pPr>
      <w:r>
        <w:t>محمد لقمان لکھتے ہیں: "کیا موجودہ دور میں اسلامی نظام موجود ہے یا ممکن ہے کہ ہم انتظامی طور پر اس پر عمل درآمد کریں؟"</w:t>
      </w:r>
    </w:p>
    <w:p>
      <w:r>
        <w:rPr>
          <w:b/>
        </w:rPr>
        <w:t xml:space="preserve">[31:29] </w:t>
      </w:r>
      <w:r>
        <w:t>is nizam, islami nizam mein koi cheez hi nahi hai. yeh to kuch jamaaton ka khud sakhta</w:t>
      </w:r>
    </w:p>
    <w:p>
      <w:pPr>
        <w:jc w:val="right"/>
      </w:pPr>
      <w:r>
        <w:t>اس نظام، اسلامی نظام میں کوئی چیز ہی نہیں ہے۔ یہ تو کچھ جماعتوں کا خود ساختہ</w:t>
      </w:r>
    </w:p>
    <w:p>
      <w:r>
        <w:rPr>
          <w:b/>
        </w:rPr>
        <w:t xml:space="preserve">[31:40] </w:t>
      </w:r>
      <w:r>
        <w:t>ek lafz hai.</w:t>
      </w:r>
    </w:p>
    <w:p>
      <w:pPr>
        <w:jc w:val="right"/>
      </w:pPr>
      <w:r>
        <w:t>ایک لفظ ہے۔</w:t>
      </w:r>
    </w:p>
    <w:p>
      <w:r>
        <w:rPr>
          <w:b/>
        </w:rPr>
        <w:t xml:space="preserve">[31:48] </w:t>
      </w:r>
      <w:r>
        <w:t>masood ahmed, salam maulana sahib, from oman. in india, in juma prayers, i feel many times bayan they give many stories which are not authentic without any references.</w:t>
      </w:r>
    </w:p>
    <w:p>
      <w:pPr>
        <w:jc w:val="right"/>
      </w:pPr>
      <w:r>
        <w:t>مسعود احمد، سلام مولانا صاحب، فرام عمان۔ ان انڈیا، ان جمعہ پریئرز، آئی فیل مینی ٹائمز بیان دے گیو مینی سٹوریز وچ آر ناٹ اتھینٹک ودا آؤٹ اینی ریفرنسز۔</w:t>
      </w:r>
    </w:p>
    <w:p>
      <w:r>
        <w:rPr>
          <w:b/>
        </w:rPr>
        <w:t xml:space="preserve">[32:03] </w:t>
      </w:r>
      <w:r>
        <w:t>any advice for us to listen to this? kya matlab hua</w:t>
      </w:r>
    </w:p>
    <w:p>
      <w:pPr>
        <w:jc w:val="right"/>
      </w:pPr>
      <w:r>
        <w:t>اینی ایڈوائس فار اس ٹو لسن ٹو دس؟ کیا مطلب ہوا</w:t>
      </w:r>
    </w:p>
    <w:p>
      <w:r>
        <w:rPr>
          <w:b/>
        </w:rPr>
        <w:t xml:space="preserve">[32:08] </w:t>
      </w:r>
      <w:r>
        <w:t>? yani jo india ke bare mein woh yeh keh rahe hain ke india mein jo juma ki namaz hoti hai, to us mein bohat sari kahaniyan bayan ki jati hain jo authentic nahi hoti hain.</w:t>
      </w:r>
    </w:p>
    <w:p>
      <w:pPr>
        <w:jc w:val="right"/>
      </w:pPr>
      <w:r>
        <w:t>؟ یعنی جو انڈیا کے بارے میں وہ یہ کہہ رہے ہیں کہ انڈیا میں جو جمعہ کی نماز ہوتی ہے، تو اس میں بہت ساری کہانیاں بیان کی جاتی ہیں جو اتھینٹک نہیں ہوتی ہیں۔</w:t>
      </w:r>
    </w:p>
    <w:p>
      <w:r>
        <w:rPr>
          <w:b/>
        </w:rPr>
        <w:t xml:space="preserve">[32:18] </w:t>
      </w:r>
      <w:r>
        <w:t>to is talluq se hamein aap kya mashwara dete hain? har har kahani ko aap chhod dijiye aur jo quran mein hai, bas us ko pakad lijiye.</w:t>
      </w:r>
    </w:p>
    <w:p>
      <w:pPr>
        <w:jc w:val="right"/>
      </w:pPr>
      <w:r>
        <w:t>تو اس تعلق سے ہمیں آپ کیا مشورہ دیتے ہیں؟ ہر ہر کہانی کو آپ چھوڑ دیجئے اور جو قرآن میں ہے، بس اس کو پکڑ لیجئے۔</w:t>
      </w:r>
    </w:p>
    <w:p>
      <w:r>
        <w:rPr>
          <w:b/>
        </w:rPr>
        <w:t xml:space="preserve">[32:34] </w:t>
      </w:r>
      <w:r>
        <w:t>khan ka hai, jailania se aya hai. aap ki kitabon ko mein ne 2004 se regular, mein 2004 se regular parhta hoon.</w:t>
      </w:r>
    </w:p>
    <w:p>
      <w:pPr>
        <w:jc w:val="right"/>
      </w:pPr>
      <w:r>
        <w:t>خان کا ہے، جیلانیہ سے آیا ہے۔ آپ کی کتابوں کو میں نے 2004 سے ریگولر، میں 2004 سے ریگولر پڑھتا ہوں۔</w:t>
      </w:r>
    </w:p>
    <w:p>
      <w:r>
        <w:rPr>
          <w:b/>
        </w:rPr>
        <w:t xml:space="preserve">[32:48] </w:t>
      </w:r>
      <w:r>
        <w:t>zindagi mein bohat kamyabi mili hai mujhe.</w:t>
      </w:r>
    </w:p>
    <w:p>
      <w:pPr>
        <w:jc w:val="right"/>
      </w:pPr>
      <w:r>
        <w:t>زندگی میں بہت کامیابی ملی ہے مجھے۔</w:t>
      </w:r>
    </w:p>
    <w:p>
      <w:r>
        <w:rPr>
          <w:b/>
        </w:rPr>
        <w:t xml:space="preserve">[32:54] </w:t>
      </w:r>
      <w:r>
        <w:t>masha Allah, masha Allah.</w:t>
      </w:r>
    </w:p>
    <w:p>
      <w:pPr>
        <w:jc w:val="right"/>
      </w:pPr>
      <w:r>
        <w:t>ماشاءاللہ، ماشاءاللہ۔</w:t>
      </w:r>
    </w:p>
    <w:p>
      <w:r>
        <w:rPr>
          <w:b/>
        </w:rPr>
        <w:t xml:space="preserve">[32:59] </w:t>
      </w:r>
      <w:r>
        <w:t>qara-ul-ain sahiba likhti hain: "tasawwuf mein kaise shamil hua ja sakta hai jabke insan?" yeh kamil hone ka tasawwur hi galat hai.</w:t>
      </w:r>
    </w:p>
    <w:p>
      <w:pPr>
        <w:jc w:val="right"/>
      </w:pPr>
      <w:r>
        <w:t>قرة العین صاحبہ لکھتی ہیں: "تصوف میں کیسے شامل ہوا جا سکتا ہے جبکہ انسان؟" یہ کامل ہونے کا تصور ہی غلط ہے۔</w:t>
      </w:r>
    </w:p>
    <w:p>
      <w:r>
        <w:rPr>
          <w:b/>
        </w:rPr>
        <w:t xml:space="preserve">[33:10] </w:t>
      </w:r>
      <w:r>
        <w:t>kamil kisi se bhi nahi aa sakte.</w:t>
      </w:r>
    </w:p>
    <w:p>
      <w:pPr>
        <w:jc w:val="right"/>
      </w:pPr>
      <w:r>
        <w:t>کامل کسی سے بھی نہیں آ سکتے۔</w:t>
      </w:r>
    </w:p>
    <w:p>
      <w:r>
        <w:rPr>
          <w:b/>
        </w:rPr>
        <w:t xml:space="preserve">[33:15] </w:t>
      </w:r>
      <w:r>
        <w:t>kamil ne tasawwuf mein kaise shamil hua ja sakta hai? tasawwuf mein kamil mumkin hi nahi hai. jo aap ke paas hai, woh kijiye.</w:t>
      </w:r>
    </w:p>
    <w:p>
      <w:pPr>
        <w:jc w:val="right"/>
      </w:pPr>
      <w:r>
        <w:t>کامل نے تصوف میں کیسے شامل ہوا جا سکتا ہے؟ تصوف میں کامل ممکن ہی نہیں ہے۔ جو آپ کے پاس ہے، وہ کیجئے۔</w:t>
      </w:r>
    </w:p>
    <w:p>
      <w:r>
        <w:rPr>
          <w:b/>
        </w:rPr>
        <w:t xml:space="preserve">[33:39] </w:t>
      </w:r>
      <w:r>
        <w:t>maulana, aap khatam karenge. jazakumullah.</w:t>
      </w:r>
    </w:p>
    <w:p>
      <w:pPr>
        <w:jc w:val="right"/>
      </w:pPr>
      <w:r>
        <w:t>مولانا، آپ ختم کریں گے۔ جزاکم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