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Role of Hazrat Hajra October 10, 2020 Prof. Farida Khanam</w:t>
      </w:r>
    </w:p>
    <w:p>
      <w:r>
        <w:t>https://www.youtube.com/watch?v=KzWhW_1h9tc</w:t>
      </w:r>
    </w:p>
    <w:p>
      <w:r>
        <w:rPr>
          <w:b/>
        </w:rPr>
        <w:t xml:space="preserve">[00:12] </w:t>
      </w:r>
      <w:r>
        <w:t>bismillah-ir-rehman-ir-rahim.</w:t>
      </w:r>
    </w:p>
    <w:p>
      <w:pPr>
        <w:jc w:val="right"/>
      </w:pPr>
      <w:r>
        <w:t>بسم اللہ الرحمن الرحیم۔</w:t>
      </w:r>
    </w:p>
    <w:p>
      <w:r>
        <w:rPr>
          <w:b/>
        </w:rPr>
        <w:t xml:space="preserve">[00:17] </w:t>
      </w:r>
      <w:r>
        <w:t>assalamu alaikum wa rahmatullah. aaj hum aap ko hazrat hajra ka role, jo maulana ki kitab hai "khawateen mimar-e-insaniyat", is ki base par hum aaj aap ko batayenge.</w:t>
      </w:r>
    </w:p>
    <w:p>
      <w:pPr>
        <w:jc w:val="right"/>
      </w:pPr>
      <w:r>
        <w:t>السلام علیکم ورحمۃ اللہ۔ آج ہم آپ کو حضرت ہاجرہ کا رول، جو مولانا کی کتاب ہے "خاتون معمار انسانیت"، اس کی بیس پر ہم آج آپ کو بتائیں گے۔</w:t>
      </w:r>
    </w:p>
    <w:p>
      <w:r>
        <w:rPr>
          <w:b/>
        </w:rPr>
        <w:t xml:space="preserve">[00:36] </w:t>
      </w:r>
      <w:r>
        <w:t>hazrat hajra ka role itna azeem hai ke bilkul hum tasawwur bhi nahi kar sakte ke ek aurat itna bara role kar sakti hai.</w:t>
      </w:r>
    </w:p>
    <w:p>
      <w:pPr>
        <w:jc w:val="right"/>
      </w:pPr>
      <w:r>
        <w:t>حضرت ہاجرہ کا رول اتنا عظیم ہے کہ بالکل ہم تصور بھی نہیں کر سکتے کہ ایک عورت اتنا بڑا رول کر سکتی ہے۔</w:t>
      </w:r>
    </w:p>
    <w:p>
      <w:r>
        <w:rPr>
          <w:b/>
        </w:rPr>
        <w:t xml:space="preserve">[00:48] </w:t>
      </w:r>
      <w:r>
        <w:t>toh is ke liye hum ko thoda sa aap ko background batana hoga ke kya is role ka matlab kya hai,</w:t>
      </w:r>
    </w:p>
    <w:p>
      <w:pPr>
        <w:jc w:val="right"/>
      </w:pPr>
      <w:r>
        <w:t>تو اس کے لیے ہم کو تھوڑا سا آپ کو بیک گراؤنڈ بتانا ہوگا کہ کیا اس رول کا مطلب کیا ہے،</w:t>
      </w:r>
    </w:p>
    <w:p>
      <w:r>
        <w:rPr>
          <w:b/>
        </w:rPr>
        <w:t xml:space="preserve">[00:55] </w:t>
      </w:r>
      <w:r>
        <w:t>kyun ke jo ek woh hai "there is a woman at the beginning of all great things", yeh 100 percent hazrat hajra par apply hota hai.</w:t>
      </w:r>
    </w:p>
    <w:p>
      <w:pPr>
        <w:jc w:val="right"/>
      </w:pPr>
      <w:r>
        <w:t>کیونکہ جو ایک وہ ہے "دیر از ا وومن ایٹ دا بگننگ آف آل گریٹ تھنگز"، یہ 100 پرسنٹ حضرت ہاجرہ پر اپلائی ہوتا ہے۔</w:t>
      </w:r>
    </w:p>
    <w:p>
      <w:r>
        <w:rPr>
          <w:b/>
        </w:rPr>
        <w:t xml:space="preserve">[01:09] </w:t>
      </w:r>
      <w:r>
        <w:t>asal mein jab Allah taala ne insan ko paida kiya toh usi waqt Allah ne</w:t>
      </w:r>
    </w:p>
    <w:p>
      <w:pPr>
        <w:jc w:val="right"/>
      </w:pPr>
      <w:r>
        <w:t>اصل میں جب اللہ تعالی نے انسان کو پیدا کیا تو اسی وقت اللہ نے</w:t>
      </w:r>
    </w:p>
    <w:p>
      <w:r>
        <w:rPr>
          <w:b/>
        </w:rPr>
        <w:t xml:space="preserve">[01:15] </w:t>
      </w:r>
      <w:r>
        <w:t>yeh mansooba banaya ke Allah taala paighambar ko bhejega is duniya mein, aur woh log Allah ke paigham ko us ke bando tak pahunchayenge.</w:t>
      </w:r>
    </w:p>
    <w:p>
      <w:pPr>
        <w:jc w:val="right"/>
      </w:pPr>
      <w:r>
        <w:t>یہ منصوبہ بنایا کہ اللہ تعالی پیغمبر کو بھیجے گا اس دنیا میں، اور وہ لوگ اللہ کے پیغام کو اس کے بندوں تک پہنچائیں گے۔</w:t>
      </w:r>
    </w:p>
    <w:p>
      <w:r>
        <w:rPr>
          <w:b/>
        </w:rPr>
        <w:t xml:space="preserve">[01:28] </w:t>
      </w:r>
      <w:r>
        <w:t>toh Allah taala paighambar bhejta raha, har nasal mein paighambar bhejta raha, yahan tak ke ek lakh se zyada paighambar aaye, lekin</w:t>
      </w:r>
    </w:p>
    <w:p>
      <w:pPr>
        <w:jc w:val="right"/>
      </w:pPr>
      <w:r>
        <w:t>تو اللہ تعالی پیغمبر بھیجتا رہا، ہر نسل میں پیغمبر بھیجتا رہا، یہاں تک کہ ایک لاکھ سے زیادہ پیغمبر آئے، لیکن</w:t>
      </w:r>
    </w:p>
    <w:p>
      <w:r>
        <w:rPr>
          <w:b/>
        </w:rPr>
        <w:t xml:space="preserve">[01:37] </w:t>
      </w:r>
      <w:r>
        <w:t>jo Allah ka paigham tha, yani tauheed ka paigham tha, woh kabhi bhi logo tak pahunch nahi saka.</w:t>
      </w:r>
    </w:p>
    <w:p>
      <w:pPr>
        <w:jc w:val="right"/>
      </w:pPr>
      <w:r>
        <w:t>جو اللہ کا پیغام تھا، یعنی توحید کا پیغام تھا، وہ کبھی بھی لوگوں تک پہنچ نہیں سکا۔</w:t>
      </w:r>
    </w:p>
    <w:p>
      <w:r>
        <w:rPr>
          <w:b/>
        </w:rPr>
        <w:t xml:space="preserve">[01:47] </w:t>
      </w:r>
      <w:r>
        <w:t>sirf chand log islam, sirf chand log Allah ke deen ko qabool karte, aur jo baqi log hain woh wahi shirk aur but parasti mein mubtala rehte.</w:t>
      </w:r>
    </w:p>
    <w:p>
      <w:pPr>
        <w:jc w:val="right"/>
      </w:pPr>
      <w:r>
        <w:t>صرف چند لوگ اسلام، صرف چند لوگ اللہ کے دین کو قبول کرتے، اور جو باقی لوگ ہیں وہ وہی شرک اور بت پرستی میں مبتلا رہتے۔</w:t>
      </w:r>
    </w:p>
    <w:p>
      <w:r>
        <w:rPr>
          <w:b/>
        </w:rPr>
        <w:t xml:space="preserve">[02:00] </w:t>
      </w:r>
      <w:r>
        <w:t>toh phir Allah taala ne ek bahut bara mansooba banaya ke ek bilkul ek alag ek nasal paida ki jaye sehra mein, kyun ke jo bhi mutamaddin sheher the woh sab ke sab shirk aur but parasti</w:t>
      </w:r>
    </w:p>
    <w:p>
      <w:pPr>
        <w:jc w:val="right"/>
      </w:pPr>
      <w:r>
        <w:t>تو پھر اللہ تعالی نے ایک بہت بڑا منصوبہ بنایا کہ ایک بالکل ایک الگ ایک نسل پیدا کی جائے صحرا میں، کیونکہ جو بھی متمدن شہر تھے وہ سب کے سب شرک اور بت پرستی</w:t>
      </w:r>
    </w:p>
    <w:p>
      <w:r>
        <w:rPr>
          <w:b/>
        </w:rPr>
        <w:t xml:space="preserve">[02:17] </w:t>
      </w:r>
      <w:r>
        <w:t>ke asar mein the. jo bachcha paida hota woh foran apne mahol se shirk ka sabak le leta, aur poori tarah se uska zehan jo hai woh shirk mein conditioned ho jata.</w:t>
      </w:r>
    </w:p>
    <w:p>
      <w:pPr>
        <w:jc w:val="right"/>
      </w:pPr>
      <w:r>
        <w:t>کے اثر میں تھے۔ جو بچہ پیدا ہوتا وہ فوراً اپنے ماحول سے شرک کا سبق لے لیتا، اور پوری طریقے سے اس کا ذہن جو ہے وہ شرک میں کنڈیشنڈ ہو جاتا۔</w:t>
      </w:r>
    </w:p>
    <w:p>
      <w:r>
        <w:rPr>
          <w:b/>
        </w:rPr>
        <w:t xml:space="preserve">[02:32] </w:t>
      </w:r>
      <w:r>
        <w:t>itna conditioning itni gehri hoti ke woh uska deconditioning karna mumkin nahi hota.</w:t>
      </w:r>
    </w:p>
    <w:p>
      <w:pPr>
        <w:jc w:val="right"/>
      </w:pPr>
      <w:r>
        <w:t>اتنا کنڈیشننگ اتنی گہری ہوتی کہ وہ اس کا ڈی کنڈیشننگ کرنا ممکن نہیں ہوتا۔</w:t>
      </w:r>
    </w:p>
    <w:p>
      <w:r>
        <w:rPr>
          <w:b/>
        </w:rPr>
        <w:t xml:space="preserve">[02:38] </w:t>
      </w:r>
      <w:r>
        <w:t>itne bare bare paighambar aaye, hazrat nooh alaihissalam ne saade nau sau saal kaam kiya, hazrat ibrahim ne 175 saal un ki umar thi, lekin log jo hain woh Khuda ke deen par nahi aaye, kyun?</w:t>
      </w:r>
    </w:p>
    <w:p>
      <w:pPr>
        <w:jc w:val="right"/>
      </w:pPr>
      <w:r>
        <w:t>اتنے بڑے بڑے پیغمبر آئے، حضرت نوح علیہ السلام نے ساڑھے نو سو سال کام کیا، حضرت ابراہیم نے 175 سال ان کی عمر تھی، لیکن لوگ جو ہیں وہ خدا کے دین پر نہیں آئے، کیوں؟</w:t>
      </w:r>
    </w:p>
    <w:p>
      <w:r>
        <w:rPr>
          <w:b/>
        </w:rPr>
        <w:t xml:space="preserve">[02:54] </w:t>
      </w:r>
      <w:r>
        <w:t>isi shirk ki wajah se. toh Allah taala ne</w:t>
      </w:r>
    </w:p>
    <w:p>
      <w:pPr>
        <w:jc w:val="right"/>
      </w:pPr>
      <w:r>
        <w:t>اسی شرک کی وجہ سے۔ تو اللہ تعالی نے</w:t>
      </w:r>
    </w:p>
    <w:p>
      <w:r>
        <w:rPr>
          <w:b/>
        </w:rPr>
        <w:t xml:space="preserve">[02:58] </w:t>
      </w:r>
      <w:r>
        <w:t>yeh plan banaya ke ek aisi nasal paida ki jaye, is ki parwarish jo hai woh sehra mein ho, yani nature ke mahol mein ho, jahan ke koi aisi cheez hoti nahi jo insan ko</w:t>
      </w:r>
    </w:p>
    <w:p>
      <w:pPr>
        <w:jc w:val="right"/>
      </w:pPr>
      <w:r>
        <w:t>یہ پلان بنایا کہ ایک ایسی نسل پیدا کی جائے، اس کی پرورش جو ہے وہ صحرا میں ہو، یعنی نیچر کے ماحول میں ہو، جہاں کہ کوئی ایسی چیز ہوتی نہیں جو انسان کو</w:t>
      </w:r>
    </w:p>
    <w:p>
      <w:r>
        <w:rPr>
          <w:b/>
        </w:rPr>
        <w:t xml:space="preserve">[03:15] </w:t>
      </w:r>
      <w:r>
        <w:t>bigadne wali ho, jo insan ki jo us ki jo shakhsiyat hai us mein shirk aur but parasti waghera ki aamezish kare.</w:t>
      </w:r>
    </w:p>
    <w:p>
      <w:pPr>
        <w:jc w:val="right"/>
      </w:pPr>
      <w:r>
        <w:t>بگاڑنے والی ہو، جو انسان کی جو اس کی جو شخصیت ہے اس میں شرک اور بت پرستی وغیرہ کی آمیزش کرے۔</w:t>
      </w:r>
    </w:p>
    <w:p>
      <w:r>
        <w:rPr>
          <w:b/>
        </w:rPr>
        <w:t xml:space="preserve">[03:24] </w:t>
      </w:r>
      <w:r>
        <w:t>wahan toh sirf nature hota hai. toh is tarah se Allah taala ne yeh mansooba banaya ke Makkah yani Arab mein</w:t>
      </w:r>
    </w:p>
    <w:p>
      <w:pPr>
        <w:jc w:val="right"/>
      </w:pPr>
      <w:r>
        <w:t>وہاں تو صرف نیچر ہوتا ہے۔ تو اس طریقے سے اللہ تعالی نے یہ منصوبہ بنایا کہ مکہ یعنی عرب میں</w:t>
      </w:r>
    </w:p>
    <w:p>
      <w:r>
        <w:rPr>
          <w:b/>
        </w:rPr>
        <w:t xml:space="preserve">[03:34] </w:t>
      </w:r>
      <w:r>
        <w:t>ek aisa, ek aisi team tayyar ki jaye jo bilkul mushrikana tamaddun se mukammal taur par khali ho, aur jab aakhri paighambar aaye toh un yeh team jo hai un ko poori tarah support kare, aur ek</w:t>
      </w:r>
    </w:p>
    <w:p>
      <w:pPr>
        <w:jc w:val="right"/>
      </w:pPr>
      <w:r>
        <w:t>ایک ایسا، ایک ایسی ٹیم تیار کی جائے جو بالکل مشرکانہ تمدن سے مکمل طور پر خالی ہو، اور جب آخری پیغمبر آئیں تو ان یہ ٹیم جو ہے ان کو پوری طرح سپورٹ کرے، اور ایک</w:t>
      </w:r>
    </w:p>
    <w:p>
      <w:r>
        <w:rPr>
          <w:b/>
        </w:rPr>
        <w:t xml:space="preserve">[03:54] </w:t>
      </w:r>
      <w:r>
        <w:t>ek poora inqilab jo tauheed based inqilab le aaye duniya mein, kyun ke is se pehle jo tha tauheed sirf ek nazariyati tehreek hoti thi, toh koi inqilab nahi aata tha, kyun ke inqilab ke liye ek badi team darkar hai, aur team milti nahi thi.</w:t>
      </w:r>
    </w:p>
    <w:p>
      <w:pPr>
        <w:jc w:val="right"/>
      </w:pPr>
      <w:r>
        <w:t>ایک پورا انقلاب جو توحید بیسڈ انقلاب لے آئے دنیا میں، کیونکہ اس سے پہلے جو تھا توحید صرف ایک نظریاتی تحریک ہوتی تھی، تو کوئی انقلاب نہیں آتا تھا، کیونکہ انقلاب کے لیے ایک بڑی ٹیم درکار ہے، اور ٹیم ملتی نہیں تھی۔</w:t>
      </w:r>
    </w:p>
    <w:p>
      <w:r>
        <w:rPr>
          <w:b/>
        </w:rPr>
        <w:t xml:space="preserve">[04:15] </w:t>
      </w:r>
      <w:r>
        <w:t>toh is maqsad ke liye Allah taala ne hazrat hajra ka intekhab kiya.</w:t>
      </w:r>
    </w:p>
    <w:p>
      <w:pPr>
        <w:jc w:val="right"/>
      </w:pPr>
      <w:r>
        <w:t>تو اس مقصد کے لیے اللہ تعالی نے حضرت ہاجرہ کا انتخاب کیا۔</w:t>
      </w:r>
    </w:p>
    <w:p>
      <w:r>
        <w:rPr>
          <w:b/>
        </w:rPr>
        <w:t xml:space="preserve">[04:24] </w:t>
      </w:r>
      <w:r>
        <w:t>to hazrat ibrahim aleh salam ke do biwiyan theen, ek hazrat sara aur ek hazrat hajra. to hazrat hajra ke ek chhote bete the, abhi god mein hi the wo, jinka naam tha ismail.</w:t>
      </w:r>
    </w:p>
    <w:p>
      <w:pPr>
        <w:jc w:val="right"/>
      </w:pPr>
      <w:r>
        <w:t>تو حضرت ابراہیم علیہ السلام کے دو بیویاں تھیں، ایک حضرت سارہ اور ایک حضرت ہاجرہ۔ تو حضرت ہاجرہ کے ایک چھوٹے بیٹے تھے، ابھی گود میں ہی تھے وہ، جن کا نام تھا اسماعیل۔</w:t>
      </w:r>
    </w:p>
    <w:p>
      <w:r>
        <w:rPr>
          <w:b/>
        </w:rPr>
        <w:t xml:space="preserve">[04:39] </w:t>
      </w:r>
      <w:r>
        <w:t>to allah taala ne yeh plan banaya aur hazrat ibrahim se kaha ke</w:t>
      </w:r>
    </w:p>
    <w:p>
      <w:pPr>
        <w:jc w:val="right"/>
      </w:pPr>
      <w:r>
        <w:t>تو اللہ تعالی نے یہ پلان بنایا اور حضرت ابراہیم سے کہا کہ</w:t>
      </w:r>
    </w:p>
    <w:p>
      <w:r>
        <w:rPr>
          <w:b/>
        </w:rPr>
        <w:t xml:space="preserve">[04:45] </w:t>
      </w:r>
      <w:r>
        <w:t>hajra aur ismail ko le ja kar ke makkah ke sehra mein, arab ke sehra mein basa do. to hazrat ibrahim jo hai jab hazrat hajra ko le kar chale to wo chalte rahe.</w:t>
      </w:r>
    </w:p>
    <w:p>
      <w:pPr>
        <w:jc w:val="right"/>
      </w:pPr>
      <w:r>
        <w:t>ہاجرہ اور اسماعیل کو لے جا کر کے مکہ کے صحرا میں، عرب کے صحرا میں بسا دو۔ تو حضرت ابراہیم جو ہے جب حضرت ہاجرہ کو لے کر چلے تو وہ چلتے رہے۔</w:t>
      </w:r>
    </w:p>
    <w:p>
      <w:r>
        <w:rPr>
          <w:b/>
        </w:rPr>
        <w:t xml:space="preserve">[05:00] </w:t>
      </w:r>
      <w:r>
        <w:t>kaha jata hai ke aap ke sath ek farishta bhi tha. chalte rahe, jab koi nai basti aati to aap us se poochte ke kya yahan par hum ko</w:t>
      </w:r>
    </w:p>
    <w:p>
      <w:pPr>
        <w:jc w:val="right"/>
      </w:pPr>
      <w:r>
        <w:t>کہا جاتا ہے کہ آپ کے ساتھ ایک فرشتہ بھی تھا۔ چلتے رہے، جب کوئی نئی بستی آتی تو آپ اس سے پوچھتے کہ کیا یہاں پر ہم کو</w:t>
      </w:r>
    </w:p>
    <w:p>
      <w:r>
        <w:rPr>
          <w:b/>
        </w:rPr>
        <w:t xml:space="preserve">[05:10] </w:t>
      </w:r>
      <w:r>
        <w:t>qayam karne ka hukum hua hai? to farishta kehta hai nahi, aur aage chalna hai, aur aage chalna hai. chalte chalte yahan tak ke sehra mein aa gaye.</w:t>
      </w:r>
    </w:p>
    <w:p>
      <w:pPr>
        <w:jc w:val="right"/>
      </w:pPr>
      <w:r>
        <w:t>قیام کرنے کا حکم ہوا ہے؟ تو فرشتہ کہتا ہے نہیں، اور آگے چلنا ہے، اور آگے چلنا ہے۔ چلتے چلتے یہاں تک کہ صحرا میں آ گئے۔</w:t>
      </w:r>
    </w:p>
    <w:p>
      <w:r>
        <w:rPr>
          <w:b/>
        </w:rPr>
        <w:t xml:space="preserve">[05:20] </w:t>
      </w:r>
      <w:r>
        <w:t>to aap ke pas sirf ek ek thela khajoor ka tha aur ek mashkiza pani ka tha.</w:t>
      </w:r>
    </w:p>
    <w:p>
      <w:pPr>
        <w:jc w:val="right"/>
      </w:pPr>
      <w:r>
        <w:t>تو آپ کے پاس صرف ایک ایک تھیلا کھجور کا تھا اور ایک مشکیزہ پانی کا تھا۔</w:t>
      </w:r>
    </w:p>
    <w:p>
      <w:r>
        <w:rPr>
          <w:b/>
        </w:rPr>
        <w:t xml:space="preserve">[05:28] </w:t>
      </w:r>
      <w:r>
        <w:t>to sehra mein aa gaye aur wahan par hazrat hajra aur hazrat ismail ko wahan aap ne qayam ke liye kaha.</w:t>
      </w:r>
    </w:p>
    <w:p>
      <w:pPr>
        <w:jc w:val="right"/>
      </w:pPr>
      <w:r>
        <w:t>تو صحرا میں آ گئے اور وہاں پر حضرت ہاجرہ اور حضرت اسماعیل کو وہاں آپ نے قیام کے لیے کہا۔</w:t>
      </w:r>
    </w:p>
    <w:p>
      <w:r>
        <w:rPr>
          <w:b/>
        </w:rPr>
        <w:t xml:space="preserve">[05:39] </w:t>
      </w:r>
      <w:r>
        <w:t>chand chand din hazrat ibrahim wahan rahe. iske baad wo jane lage, kyunke hazrat ibrahim safar kar ke jagah jagah doosre doosre</w:t>
      </w:r>
    </w:p>
    <w:p>
      <w:pPr>
        <w:jc w:val="right"/>
      </w:pPr>
      <w:r>
        <w:t>چند چند دن حضرت ابراہیم وہاں رہے۔ اس کے بعد وہ جانے لگے، کیونکہ حضرت ابراہیم سفر کر کے جگہ جگہ دوسرے دوسرے</w:t>
      </w:r>
    </w:p>
    <w:p>
      <w:r>
        <w:rPr>
          <w:b/>
        </w:rPr>
        <w:t xml:space="preserve">[05:51] </w:t>
      </w:r>
      <w:r>
        <w:t>maqam par jate the aur allah ka paigham pohanchate the. to jab wo jane lage to hazrat hajra ne kaha ke aap humein yahan akela chhod ke ja rahe hain, hum yahan kaise rahenge?</w:t>
      </w:r>
    </w:p>
    <w:p>
      <w:pPr>
        <w:jc w:val="right"/>
      </w:pPr>
      <w:r>
        <w:t>مقام پر جاتے تھے اور اللہ کا پیغام پہنچاتے تھے۔ تو جب وہ جانے لگے تو حضرت ہاجرہ نے کہا کہ آپ ہمیں یہاں اکیلا چھوڑ کے جا رہے ہیں، ہم یہاں کیسے رہیں گے؟</w:t>
      </w:r>
    </w:p>
    <w:p>
      <w:r>
        <w:rPr>
          <w:b/>
        </w:rPr>
        <w:t xml:space="preserve">[06:02] </w:t>
      </w:r>
      <w:r>
        <w:t>yahan to na adam, na adam zad, na pani, na kuch, koi sources of livelihood, kuch bhi wahan yahan nahi hai.</w:t>
      </w:r>
    </w:p>
    <w:p>
      <w:pPr>
        <w:jc w:val="right"/>
      </w:pPr>
      <w:r>
        <w:t>یہاں تو نہ آدم، نہ آدم زاد، نہ پانی، نہ کچھ، کوئی سورسز آف لائفلی ہڈ، کچھ بھی وہاں یہاں نہیں ہے۔</w:t>
      </w:r>
    </w:p>
    <w:p>
      <w:r>
        <w:rPr>
          <w:b/>
        </w:rPr>
        <w:t xml:space="preserve">[06:10] </w:t>
      </w:r>
      <w:r>
        <w:t>to hazrat ibrahim ja rahe the aur hazrat hajra un ke peeche peeche tezi se chal rahi theen aur bar bar pooch rahi theen ke aap humein yahan akela chhod ke ja rahe hain?</w:t>
      </w:r>
    </w:p>
    <w:p>
      <w:pPr>
        <w:jc w:val="right"/>
      </w:pPr>
      <w:r>
        <w:t>تو حضرت ابراہیم جا رہے تھے اور حضرت ہاجرہ ان کے پیچھے پیچھے تیزی سے چل رہی تھیں اور بار بار پوچھ رہی تھیں کہ آپ ہمیں یہاں اکیلا چھوڑ کے جا رہے ہیں؟</w:t>
      </w:r>
    </w:p>
    <w:p>
      <w:r>
        <w:rPr>
          <w:b/>
        </w:rPr>
        <w:t xml:space="preserve">[06:22] </w:t>
      </w:r>
      <w:r>
        <w:t>lekin hazrat ibrahim koi jawab nahi de rahe the. to jab hazrat hajra ne kaha</w:t>
      </w:r>
    </w:p>
    <w:p>
      <w:pPr>
        <w:jc w:val="right"/>
      </w:pPr>
      <w:r>
        <w:t>لیکن حضرت ابراہیم کوئی جواب نہیں دے رہے تھے۔ تو جب حضرت ہاجرہ نے کہا</w:t>
      </w:r>
    </w:p>
    <w:p>
      <w:r>
        <w:rPr>
          <w:b/>
        </w:rPr>
        <w:t xml:space="preserve">[06:31] </w:t>
      </w:r>
      <w:r>
        <w:t>ke kya yeh allah taala ka hukum hai? tab ibrahim aleh salam ne kaha haan, yeh allah ka hukum hai. phir wo wapas aa gaye.</w:t>
      </w:r>
    </w:p>
    <w:p>
      <w:pPr>
        <w:jc w:val="right"/>
      </w:pPr>
      <w:r>
        <w:t>کہ کیا یہ اللہ تعالی کا حکم ہے؟ تب ابراہیم علیہ السلام نے کہا ہاں، یہ اللہ کا حکم ہے۔ پھر وہ واپس آ گئیں۔</w:t>
      </w:r>
    </w:p>
    <w:p>
      <w:r>
        <w:rPr>
          <w:b/>
        </w:rPr>
        <w:t xml:space="preserve">[06:42] </w:t>
      </w:r>
      <w:r>
        <w:t>aur ab aap har mauqe par hazrat hajra ka role dekhiye ke ab wo agar tayyar na hotin</w:t>
      </w:r>
    </w:p>
    <w:p>
      <w:pPr>
        <w:jc w:val="right"/>
      </w:pPr>
      <w:r>
        <w:t>اور اب آپ ہر موقع پر حضرت ہاجرہ کا رول دیکھیے کہ اب وہ اگر تیار نہ ہوتیں</w:t>
      </w:r>
    </w:p>
    <w:p>
      <w:r>
        <w:rPr>
          <w:b/>
        </w:rPr>
        <w:t xml:space="preserve">[06:50] </w:t>
      </w:r>
      <w:r>
        <w:t>is qurbani ke liye to itna badi jo tehreek thi, itna bada jo inqalab tha, wo wo ho hi nahi sakta tha, namumkin tha iska kamyab hona.</w:t>
      </w:r>
    </w:p>
    <w:p>
      <w:pPr>
        <w:jc w:val="right"/>
      </w:pPr>
      <w:r>
        <w:t>اس قربانی کے لیے تو اتنا بڑی جو تحریک تھی، اتنا بڑا جو انقلاب تھا، وہ وہ ہو ہی نہیں سکتا تھا، ناممکن تھا اس کا کامیاب ہونا۔</w:t>
      </w:r>
    </w:p>
    <w:p>
      <w:r>
        <w:rPr>
          <w:b/>
        </w:rPr>
        <w:t xml:space="preserve">[07:04] </w:t>
      </w:r>
      <w:r>
        <w:t>to wo wapas aa gayeen aur isi</w:t>
      </w:r>
    </w:p>
    <w:p>
      <w:pPr>
        <w:jc w:val="right"/>
      </w:pPr>
      <w:r>
        <w:t>تو وہ واپس آ گئیں اور اسی</w:t>
      </w:r>
    </w:p>
    <w:p>
      <w:r>
        <w:rPr>
          <w:b/>
        </w:rPr>
        <w:t xml:space="preserve">[07:08] </w:t>
      </w:r>
      <w:r>
        <w:t>wo khati khajoor aur mashkize mein se pani peetin, aur bachcha to abhi shair khwar tha. to phir wo chand dinon ke baad wo pani khatm ho gaya, wo bhi pyas un ko bohat tez lagi, aur bachcha bhi pani se tarapne laga.</w:t>
      </w:r>
    </w:p>
    <w:p>
      <w:pPr>
        <w:jc w:val="right"/>
      </w:pPr>
      <w:r>
        <w:t>وہ کھاتی کھجور اور مشکیزے میں سے پانی پیتیں، اور بچہ تو ابھی شیر خوار تھا۔ تو پھر وہ چند دنوں کے بعد وہ پانی ختم ہو گیا، وہ بھی پیاس ان کو بہت تیز لگی، اور بچہ بھی پانی سے تڑپنے لگا۔</w:t>
      </w:r>
    </w:p>
    <w:p>
      <w:r>
        <w:rPr>
          <w:b/>
        </w:rPr>
        <w:t xml:space="preserve">[07:28] </w:t>
      </w:r>
      <w:r>
        <w:t>to wo bohat zyada bechain ho gayeen, bechain hone ki ho gayeen. to unhone socha ke chalen dhoondhein kahin koi aadmi mil jaye, koi kahin se madad</w:t>
      </w:r>
    </w:p>
    <w:p>
      <w:pPr>
        <w:jc w:val="right"/>
      </w:pPr>
      <w:r>
        <w:t>تو وہ بہت زیادہ بے چین ہو گئیں، بے چین ہونے کی ہو گئیں۔ تو انہوں نے سوچا کہ چلیں ڈھونڈیں کہیں کوئی آدمی مل جائے، کوئی کہیں سے مدد</w:t>
      </w:r>
    </w:p>
    <w:p>
      <w:r>
        <w:rPr>
          <w:b/>
        </w:rPr>
        <w:t xml:space="preserve">[07:38] </w:t>
      </w:r>
      <w:r>
        <w:t>aa jaye. to wo samne ek pahad tha jo safa aur aur marwa jis ko kehte hain, matlab pahadi thi. to wahan par wo dodi dodi gayeen aur pahadi ke upar chadh gayeen ke is ke doosre taraf wo dekhen ke kahin koi aadmi nazar aa jaye.</w:t>
      </w:r>
    </w:p>
    <w:p>
      <w:pPr>
        <w:jc w:val="right"/>
      </w:pPr>
      <w:r>
        <w:t>آ جائے۔ تو وہ سامنے ایک پہاڑ تھا جو صفا اور اور مروہ جس کو کہتے ہیں، مطلب پہاڑی تھی۔ تو وہاں پر وہ دوڑی دوڑی گئیں اور پہاڑی کے اوپر چڑھ گئیں کہ اس کے دوسرے طرف وہ دیکھیں کہ کہیں کوئی آدمی نظر آ جائے۔</w:t>
      </w:r>
    </w:p>
    <w:p>
      <w:r>
        <w:rPr>
          <w:b/>
        </w:rPr>
        <w:t xml:space="preserve">[07:54] </w:t>
      </w:r>
      <w:r>
        <w:t>to un ko koi aadmi nazar nahi aya. phir wo</w:t>
      </w:r>
    </w:p>
    <w:p>
      <w:pPr>
        <w:jc w:val="right"/>
      </w:pPr>
      <w:r>
        <w:t>تو ان کو کوئی آدمی نظر نہیں آیا۔ پھر وہ</w:t>
      </w:r>
    </w:p>
    <w:p>
      <w:r>
        <w:rPr>
          <w:b/>
        </w:rPr>
        <w:t xml:space="preserve">[07:59] </w:t>
      </w:r>
      <w:r>
        <w:t>wapas aayeen ke thak gayi theen, lekin is ke bawajood wo wapas aayeen aur doosri pahadi jo marwa thi, wahan par charheen.</w:t>
      </w:r>
    </w:p>
    <w:p>
      <w:pPr>
        <w:jc w:val="right"/>
      </w:pPr>
      <w:r>
        <w:t>واپس آئیں کہ تھک گئی تھیں، لیکن اس کے باوجود وہ واپس آئیں اور دوسری پہاڑی جو مروہ تھی، وہاں پر چڑھیں۔</w:t>
      </w:r>
    </w:p>
    <w:p>
      <w:r>
        <w:rPr>
          <w:b/>
        </w:rPr>
        <w:t xml:space="preserve">[08:07] </w:t>
      </w:r>
      <w:r>
        <w:t>wahan unhone dekha, wahan un ko koi nazar nahi aya. isi tarah se unhone saat chakar lagaye. bohat thak chuki theen, wo thak ke choor ho gayee theen, to wahin baith gayeen.</w:t>
      </w:r>
    </w:p>
    <w:p>
      <w:pPr>
        <w:jc w:val="right"/>
      </w:pPr>
      <w:r>
        <w:t>وہاں انہوں نے دیکھا، وہاں ان کو کوئی نظر نہیں آیا۔ اسی طریقے سے انہوں نے سات چکر لگائے۔ بہت تھک چکی تھیں، وہ تھک کے چور ہو گئی تھیں، تو وہیں بیٹھ گئیں۔</w:t>
      </w:r>
    </w:p>
    <w:p>
      <w:r>
        <w:rPr>
          <w:b/>
        </w:rPr>
        <w:t xml:space="preserve">[08:20] </w:t>
      </w:r>
      <w:r>
        <w:t>is ke baad un ko ek awaz aayi farishte ki, to un ko samajh mein nahi aya. thodi der ke baad farishta zahir hua, aur farishte ne wahan par jahan wo baithi hui theen, wahin par apni pankh se ya apni edi se, jaisa ke sahih bukhari mein riwayat aayi hai, wahan par zor se mara to wahan par</w:t>
      </w:r>
    </w:p>
    <w:p>
      <w:pPr>
        <w:jc w:val="right"/>
      </w:pPr>
      <w:r>
        <w:t>اس کے بعد ان کو ایک آواز آئی فرشتے کی، تو ان کو سمجھ میں نہیں آیا۔ تھوڑی دیر کے بعد فرشتہ ظاہر ہوا، اور فرشتے نے وہاں پر جہاں وہ بیٹھی ہوئی تھیں، وہیں پر اپنی پنکھ سے یا اپنی ایڑی سے، جیسا کہ صحیح بخاری میں روایت آئی ہے، وہاں پر زور سے مارا تو وہاں پر</w:t>
      </w:r>
    </w:p>
    <w:p>
      <w:r>
        <w:rPr>
          <w:b/>
        </w:rPr>
        <w:t xml:space="preserve">[08:43] </w:t>
      </w:r>
      <w:r>
        <w:t>pura chashma nikal aya pani ka. pani bohat tezi se wahan se nikalne laga. to hazrat hajra ne khud pani piya, bachche ko pani pilaya, aur mashk mein wo pani bharne lagin.</w:t>
      </w:r>
    </w:p>
    <w:p>
      <w:pPr>
        <w:jc w:val="right"/>
      </w:pPr>
      <w:r>
        <w:t>پورا چشمہ نکل آیا پانی کا۔ پانی بہت تیزی سے وہاں سے نکلنے لگا۔ تو حضرت ہاجرہ نے خود پانی پیا، بچے کو پانی پلایا، اور مشک میں وہ پانی بھرنے لگیں۔</w:t>
      </w:r>
    </w:p>
    <w:p>
      <w:r>
        <w:rPr>
          <w:b/>
        </w:rPr>
        <w:t xml:space="preserve">[08:59] </w:t>
      </w:r>
      <w:r>
        <w:t>to is tarah se phir farishte ne hajra se kaha ke tum</w:t>
      </w:r>
    </w:p>
    <w:p>
      <w:pPr>
        <w:jc w:val="right"/>
      </w:pPr>
      <w:r>
        <w:t>تو اس طریقے سے پھر فرشتے نے ہاجرہ سے کہا کہ تم</w:t>
      </w:r>
    </w:p>
    <w:p>
      <w:r>
        <w:rPr>
          <w:b/>
        </w:rPr>
        <w:t xml:space="preserve">[09:03] </w:t>
      </w:r>
      <w:r>
        <w:t>zaye hone ka andesha na karo, kyunke jab Hazrat Hajra ko Hazrat Ismail Ibrahim jab un ko chhod ke ja rahe the, aur jab unhone kaha ke yeh Allah ka hukum hai, to Hazrat Hajra ne usi waqt kaha tha ke phir Allah taala hamein</w:t>
      </w:r>
    </w:p>
    <w:p>
      <w:pPr>
        <w:jc w:val="right"/>
      </w:pPr>
      <w:r>
        <w:t>ضائع ہونے کا اندیشہ نہ کرو، کیونکہ جب حضرت ہاجرہ کو حضرت اسماعیل ابراہیم جب ان کو چھوڑ کے جا رہے تھے، اور جب انہوں نے کہا کہ یہ اللہ کا حکم ہے، تو حضرت ہاجرہ نے اسی وقت کہا تھا کہ پھر اللہ تعالی ہمیں</w:t>
      </w:r>
    </w:p>
    <w:p>
      <w:r>
        <w:rPr>
          <w:b/>
        </w:rPr>
        <w:t xml:space="preserve">[09:22] </w:t>
      </w:r>
      <w:r>
        <w:t>hamein zaye nahi karega. To wahi baat farishte ne kahi ke tum zaye hone ka andesha na karo, yeh Allah ka ghar hai, yani woh wahi maqam hai jahan par baad mein Kaba ki taameer hui.</w:t>
      </w:r>
    </w:p>
    <w:p>
      <w:pPr>
        <w:jc w:val="right"/>
      </w:pPr>
      <w:r>
        <w:t>ہمیں ضائع نہیں کرے گا۔ تو وہی بات فرشتے نے کہی کہ تم ضائع ہونے کا اندیشہ نہ کرو، یہ اللہ کا گھر ہے، یعنی وہ وہی مقام ہے جہاں پر بعد میں کعبہ کی تعمیر ہوئی۔</w:t>
      </w:r>
    </w:p>
    <w:p>
      <w:r>
        <w:rPr>
          <w:b/>
        </w:rPr>
        <w:t xml:space="preserve">[09:36] </w:t>
      </w:r>
      <w:r>
        <w:t>To yeh Allah ka ghar hai, yeh bachcha aur is ke baap dono is ghar ko banayenge, aur Allah</w:t>
      </w:r>
    </w:p>
    <w:p>
      <w:pPr>
        <w:jc w:val="right"/>
      </w:pPr>
      <w:r>
        <w:t>تو یہ اللہ کا گھر ہے، یہ بچہ اور اس کے باپ دونوں اس گھر کو بنائیں گے، اور اللہ</w:t>
      </w:r>
    </w:p>
    <w:p>
      <w:r>
        <w:rPr>
          <w:b/>
        </w:rPr>
        <w:t xml:space="preserve">[09:44] </w:t>
      </w:r>
      <w:r>
        <w:t>apne ghar walon ko zaye nahi karta. To is tarike se phir woh farishta chala gaya, aur jab wahan par pani aa gaya, kyunke pani nahi tha, isi wajah se wahan abadi nahi thi.</w:t>
      </w:r>
    </w:p>
    <w:p>
      <w:pPr>
        <w:jc w:val="right"/>
      </w:pPr>
      <w:r>
        <w:t>اپنے گھر والوں کو ضائع نہیں کرتا۔ تو اس طریقے سے پھر وہ فرشتہ چلا گیا، اور جب وہاں پر پانی آ گیا، کیونکہ پانی نہیں تھا، اسی وجہ سے وہاں آبادی نہیں تھی۔</w:t>
      </w:r>
    </w:p>
    <w:p>
      <w:r>
        <w:rPr>
          <w:b/>
        </w:rPr>
        <w:t xml:space="preserve">[09:59] </w:t>
      </w:r>
      <w:r>
        <w:t>To kyunke pehle zamane mein kya hota tha ke</w:t>
      </w:r>
    </w:p>
    <w:p>
      <w:pPr>
        <w:jc w:val="right"/>
      </w:pPr>
      <w:r>
        <w:t>تو کیونکہ پہلے زمانے میں کیا ہوتا تھا کہ</w:t>
      </w:r>
    </w:p>
    <w:p>
      <w:r>
        <w:rPr>
          <w:b/>
        </w:rPr>
        <w:t xml:space="preserve">[10:02] </w:t>
      </w:r>
      <w:r>
        <w:t>jo tribal, jo tribe mein log rehte the, aur un ke paas maveshi hote the, to pani ki talash mein woh idhar udhar ghoomte rehte the.</w:t>
      </w:r>
    </w:p>
    <w:p>
      <w:pPr>
        <w:jc w:val="right"/>
      </w:pPr>
      <w:r>
        <w:t>جو ٹرائبل، جو ٹرائب میں لوگ رہتے تھے، اور ان کے پاس مویشی ہوتے تھے، تو پانی کی تلاش میں وہ ادھر ادھر گھومتے رہتے تھے۔</w:t>
      </w:r>
    </w:p>
    <w:p>
      <w:r>
        <w:rPr>
          <w:b/>
        </w:rPr>
        <w:t xml:space="preserve">[10:14] </w:t>
      </w:r>
      <w:r>
        <w:t>To wahan par ek qabila aaya, jo Jurhum naam tha is ka, to woh us ne dekha ke</w:t>
      </w:r>
    </w:p>
    <w:p>
      <w:pPr>
        <w:jc w:val="right"/>
      </w:pPr>
      <w:r>
        <w:t>تو وہاں پر ایک قبیلہ آیا، جو جرہم نام تھا اس کا، تو وہ اس نے دیکھا کہ</w:t>
      </w:r>
    </w:p>
    <w:p>
      <w:r>
        <w:rPr>
          <w:b/>
        </w:rPr>
        <w:t xml:space="preserve">[10:22] </w:t>
      </w:r>
      <w:r>
        <w:t>wahan par qareeb mein ek woh mudlata hai, ek parinda. To unhone kaha yeh parinda to pani par mudlata hai, aur is ilaqe mein to pani tha nahi, hum to pehle aa chuke hain yahan par.</w:t>
      </w:r>
    </w:p>
    <w:p>
      <w:pPr>
        <w:jc w:val="right"/>
      </w:pPr>
      <w:r>
        <w:t>وہاں پر قریب میں ایک وہ مڈلا رہا ہے، ایک پرندہ۔ تو انہوں نے کہا یہ پرندہ تو پانی پر مڈلاتا ہے، اور اس علاقے میں تو پانی تھا نہیں، ہم تو پہلے آ چکے ہیں یہاں پر۔</w:t>
      </w:r>
    </w:p>
    <w:p>
      <w:r>
        <w:rPr>
          <w:b/>
        </w:rPr>
        <w:t xml:space="preserve">[10:34] </w:t>
      </w:r>
      <w:r>
        <w:t>To unhone ek aadmi ko bheja ke jao khabar le kar aao pani ki. To woh aadmi aaya, dekha pani tha, to phir woh</w:t>
      </w:r>
    </w:p>
    <w:p>
      <w:pPr>
        <w:jc w:val="right"/>
      </w:pPr>
      <w:r>
        <w:t>تو انہوں نے ایک آدمی کو بھیجا کہ جاؤ خبر لے کر آؤ پانی کی۔ تو وہ آدمی آیا، دیکھا پانی تھا، تو پھر وہ</w:t>
      </w:r>
    </w:p>
    <w:p>
      <w:r>
        <w:rPr>
          <w:b/>
        </w:rPr>
        <w:t xml:space="preserve">[10:43] </w:t>
      </w:r>
      <w:r>
        <w:t>ja kar us ne bataya, phir woh log jo hain qabila Jurhum wale wahan aaye. Phir unhone Hazrat Hajra se mangi ijazat, phir unhone ijazat de di, kyunke woh khud bhi chah rahi theen ke wahan par log aayein, basein.</w:t>
      </w:r>
    </w:p>
    <w:p>
      <w:pPr>
        <w:jc w:val="right"/>
      </w:pPr>
      <w:r>
        <w:t>جا کر اس نے بتایا، پھر وہ لوگ جو ہیں قبیلہ جرہم والے وہاں آئے۔ پھر انہوں نے حضرت ہاجرہ سے مانگی اجازت، پھر انہوں نے اجازت دے دی، کیونکہ وہ خود بھی چاہ رہی تھیں کہ وہاں پر لوگ آئیں، بسیں۔</w:t>
      </w:r>
    </w:p>
    <w:p>
      <w:r>
        <w:rPr>
          <w:b/>
        </w:rPr>
        <w:t xml:space="preserve">[10:58] </w:t>
      </w:r>
      <w:r>
        <w:t>Phir dheere dheere Hazrat Ismail bade ho gaye, bade ho gaye. Phir woh qabila Jurhum ke log un ko bahut pasand karte the, unhone</w:t>
      </w:r>
    </w:p>
    <w:p>
      <w:pPr>
        <w:jc w:val="right"/>
      </w:pPr>
      <w:r>
        <w:t>پھر دھیرے دھیرے حضرت اسماعیل بڑے ہو گئے، بڑے ہو گئے۔ پھر وہ قبیلہ جرہم کے لوگ ان کو بہت پسند کرتے تھے، انہوں نے</w:t>
      </w:r>
    </w:p>
    <w:p>
      <w:r>
        <w:rPr>
          <w:b/>
        </w:rPr>
        <w:t xml:space="preserve">[11:06] </w:t>
      </w:r>
      <w:r>
        <w:t>apni ek ladki se un ka nikah kar diya. Aur is dauran Hazrat Ibrahim alehissalam beech mein aaya karte the maloomat hasil karne ke liye, khairiyat lene ke liye, to woh beech beech mein aate rehte the.</w:t>
      </w:r>
    </w:p>
    <w:p>
      <w:pPr>
        <w:jc w:val="right"/>
      </w:pPr>
      <w:r>
        <w:t>اپنی ایک لڑکی سے ان کا نکاح کر دیا۔ اور اس دوران حضرت ابراہیم علیہ السلام بیچ میں آیا کرتے تھے معلومات حاصل کرنے کے لیے، خیریت لینے کے لیے، تو وہ بیچ بیچ میں آتے رہتے تھے۔</w:t>
      </w:r>
    </w:p>
    <w:p>
      <w:r>
        <w:rPr>
          <w:b/>
        </w:rPr>
        <w:t xml:space="preserve">[11:22] </w:t>
      </w:r>
      <w:r>
        <w:t>To ek baar jab aaye to</w:t>
      </w:r>
    </w:p>
    <w:p>
      <w:pPr>
        <w:jc w:val="right"/>
      </w:pPr>
      <w:r>
        <w:t>تو ایک بار جب آئے تو</w:t>
      </w:r>
    </w:p>
    <w:p>
      <w:r>
        <w:rPr>
          <w:b/>
        </w:rPr>
        <w:t xml:space="preserve">[11:24] </w:t>
      </w:r>
      <w:r>
        <w:t>woh dekha to us Hazrat Hazrat Hajra ka inteqal ho chuka tha. To aaye to woh jo Hazrat Ibrahim, Hazrat Ismail ki jo biwi theen, woh wahan theen, aur Hazrat Ismail gaye hue the wahan par</w:t>
      </w:r>
    </w:p>
    <w:p>
      <w:pPr>
        <w:jc w:val="right"/>
      </w:pPr>
      <w:r>
        <w:t>وہ دیکھا تو اس حضرت حضرت ہاجرہ کا انتقال ہو چکا تھا۔ تو آئے تو وہ جو حضرت ابراہیم، حضرت اسماعیل کی جو بیوی تھیں، وہ وہاں تھیں، اور حضرت اسماعیل گئے ہوئے تھے وہاں پر</w:t>
      </w:r>
    </w:p>
    <w:p>
      <w:r>
        <w:rPr>
          <w:b/>
        </w:rPr>
        <w:t xml:space="preserve">[11:41] </w:t>
      </w:r>
      <w:r>
        <w:t>shikar ke liye. To un ki Hazrat Ibrahim ki mulaqat Hazrat Ismail se nahi hui, to un ki biwi se unhone haal chaal poocha ke kaisa guzar basar kaise ho rahi hai.</w:t>
      </w:r>
    </w:p>
    <w:p>
      <w:pPr>
        <w:jc w:val="right"/>
      </w:pPr>
      <w:r>
        <w:t>شکار کے لیے۔ تو ان کی حضرت ابراہیم کی ملاقات حضرت اسماعیل سے نہیں ہوئی، تو ان کی بیوی سے انہوں نے حال چال پوچھا کہ کیسا گزر بسر کیسے ہو رہی ہے۔</w:t>
      </w:r>
    </w:p>
    <w:p>
      <w:r>
        <w:rPr>
          <w:b/>
        </w:rPr>
        <w:t xml:space="preserve">[11:52] </w:t>
      </w:r>
      <w:r>
        <w:t>To biwi ne bahut shikayat ki aur kaha ke bahut halaat kharab hain, bahut tangi hai, bahut takleef hai.</w:t>
      </w:r>
    </w:p>
    <w:p>
      <w:pPr>
        <w:jc w:val="right"/>
      </w:pPr>
      <w:r>
        <w:t>تو بیوی نے بہت شکایت کی اور کہا کہ بہت حالات خراب ہیں، بہت تنگی ہے، بہت تکلیف ہے۔</w:t>
      </w:r>
    </w:p>
    <w:p>
      <w:r>
        <w:rPr>
          <w:b/>
        </w:rPr>
        <w:t xml:space="preserve">[12:00] </w:t>
      </w:r>
      <w:r>
        <w:t>To Hazrat Ibrahim ne kaha ke jab woh Ismail aayenge to un se bata dena, to pehle mera salam kehna, bata dena ke yeh chaukhat badal dein.</w:t>
      </w:r>
    </w:p>
    <w:p>
      <w:pPr>
        <w:jc w:val="right"/>
      </w:pPr>
      <w:r>
        <w:t>تو حضرت ابراہیم نے کہا کہ جب وہ اسماعیل آئیں گے تو ان سے بتا دینا، تو پہلے میرا سلام کہنا، بتا دینا کہ یہ چوکھٹ بدل دیں۔</w:t>
      </w:r>
    </w:p>
    <w:p>
      <w:r>
        <w:rPr>
          <w:b/>
        </w:rPr>
        <w:t xml:space="preserve">[12:14] </w:t>
      </w:r>
      <w:r>
        <w:t>To jab Hazrat Ismail aaye to un ko sab baat bataya. Unhone unhone kaha ke ek budha aadmi aaya tha aur woh aise aise keh ke gaya hai.</w:t>
      </w:r>
    </w:p>
    <w:p>
      <w:pPr>
        <w:jc w:val="right"/>
      </w:pPr>
      <w:r>
        <w:t>تو جب حضرت اسماعیل آئے تو ان کو سب بات بتایا۔ انہوں نے انہوں نے کہا کہ ایک بڈھا آدمی آیا تھا اور وہ ایسے ایسے کہہ کے گیا ہے۔</w:t>
      </w:r>
    </w:p>
    <w:p>
      <w:r>
        <w:rPr>
          <w:b/>
        </w:rPr>
        <w:t xml:space="preserve">[12:23] </w:t>
      </w:r>
      <w:r>
        <w:t>To unhone kaha aur kuch kaha hai? Unhone kaha haan, woh keh ke gaya hai ke chaukhat badal dena. To woh to us ko samjhi nahi. To Hazrat Ismail</w:t>
      </w:r>
    </w:p>
    <w:p>
      <w:pPr>
        <w:jc w:val="right"/>
      </w:pPr>
      <w:r>
        <w:t>تو انہوں نے کہا اور کچھ کہا ہے؟ انہوں نے کہا ہاں، وہ کہہ کے گیا ہے کہ چوکھٹ بدل دینا۔ تو وہ تو اس کو سمجھی نہیں۔ تو حضرت اسماعیل</w:t>
      </w:r>
    </w:p>
    <w:p>
      <w:r>
        <w:rPr>
          <w:b/>
        </w:rPr>
        <w:t xml:space="preserve">[12:31] </w:t>
      </w:r>
      <w:r>
        <w:t>samajh gaye ke chaukhat badalne se matlab hai ke aurat badal di jaye, kyunke yeh aurat bahut zyada negative hai, poora mansooba hi fail ho jayega.</w:t>
      </w:r>
    </w:p>
    <w:p>
      <w:pPr>
        <w:jc w:val="right"/>
      </w:pPr>
      <w:r>
        <w:t>سمجھ گئے کہ چوکھٹ بدلنے سے مطلب ہے کہ عورت بدل دی جائے، کیونکہ یہ عورت بہت زیادہ نیگیٹیو ہے، پورا منصوبہ ہی فیل ہو جائے گا۔</w:t>
      </w:r>
    </w:p>
    <w:p>
      <w:r>
        <w:rPr>
          <w:b/>
        </w:rPr>
        <w:t xml:space="preserve">[12:40] </w:t>
      </w:r>
      <w:r>
        <w:t>Kyunke Allah taala ko ek aisi team banani thi jo ke intehai be inteha positive ho, jiske andar woh tamam</w:t>
      </w:r>
    </w:p>
    <w:p>
      <w:pPr>
        <w:jc w:val="right"/>
      </w:pPr>
      <w:r>
        <w:t>کیونکہ اللہ تعالی کو ایک ایسی ٹیم بنانی تھی جو کہ انتہائی بے انتہا پازیٹیو ہو، جس کے اندر وہ تمام</w:t>
      </w:r>
    </w:p>
    <w:p>
      <w:r>
        <w:rPr>
          <w:b/>
        </w:rPr>
        <w:t xml:space="preserve">[12:50] </w:t>
      </w:r>
      <w:r>
        <w:t>khususiyat hon jo Almarwah ke naam se jani jati hain. To woh ek positive jo character hota hai, usi se woh khususiyat paida hoti hain.</w:t>
      </w:r>
    </w:p>
    <w:p>
      <w:pPr>
        <w:jc w:val="right"/>
      </w:pPr>
      <w:r>
        <w:t>خصوصیات ہوں جو المروہ کے نام سے جانی جاتی ہیں۔ تو وہ ایک پازیٹیو جو کریکٹر ہوتا ہے، اسی سے وہ خصوصیات پیدا ہوتی ہیں۔</w:t>
      </w:r>
    </w:p>
    <w:p>
      <w:r>
        <w:rPr>
          <w:b/>
        </w:rPr>
        <w:t xml:space="preserve">[13:01] </w:t>
      </w:r>
      <w:r>
        <w:t>To unhone samajh liya aur phir unhone us aurat se koi talak de kar doosri shadi ki.</w:t>
      </w:r>
    </w:p>
    <w:p>
      <w:pPr>
        <w:jc w:val="right"/>
      </w:pPr>
      <w:r>
        <w:t>تو انہوں نے سمجھ لیا اور پھر انہوں نے اس عورت سے کوئی طلاق دے کر دوسری شادی کی۔</w:t>
      </w:r>
    </w:p>
    <w:p>
      <w:r>
        <w:rPr>
          <w:b/>
        </w:rPr>
        <w:t xml:space="preserve">[13:08] </w:t>
      </w:r>
      <w:r>
        <w:t>Phir kuch dino ke baad Hazrat Ibrahim aaye aur poocha ke kaisi guzar basar ho rahi hai? To woh aurat ne khoob woh bahut khushi ka izhar kiya aur kaha ke sab bahut acha hai, bahut kushadgi hai, koi takleef nahi hai,</w:t>
      </w:r>
    </w:p>
    <w:p>
      <w:pPr>
        <w:jc w:val="right"/>
      </w:pPr>
      <w:r>
        <w:t>پھر کچھ دنوں کے بعد حضرت ابراہیم آئے اور پوچھا کہ کیسی گزر بسر ہو رہی ہے؟ تو وہ عورت نے خوب وہ بہت خوشی کا اظہار کیا اور کہا کہ سب بہت اچھا ہے، بہت کشادگی ہے، کوئی تکلیف نہیں ہے،</w:t>
      </w:r>
    </w:p>
    <w:p>
      <w:r>
        <w:rPr>
          <w:b/>
        </w:rPr>
        <w:t xml:space="preserve">[13:26] </w:t>
      </w:r>
      <w:r>
        <w:t>Khuda ka shukar hai. Yeh sab baatein us ne kaheen. To Hazrat Ibrahim us se keh ke gaye ke jab woh aayenge Ismail to un se keh mera salam kehna aur kehna ke yeh chaukhat ko baqi rakhein.</w:t>
      </w:r>
    </w:p>
    <w:p>
      <w:pPr>
        <w:jc w:val="right"/>
      </w:pPr>
      <w:r>
        <w:t>خدا کا شکر ہے۔ یہ سب باتیں اس نے کہیں۔ تو حضرت ابراہیم اس سے کہہ کے گئے کہ جب وہ آئیں گے اسماعیل تو ان سے کہہ میرا سلام کہنا اور کہنا کہ یہ چوکھٹ کو باقی رکھیں۔</w:t>
      </w:r>
    </w:p>
    <w:p>
      <w:r>
        <w:rPr>
          <w:b/>
        </w:rPr>
        <w:t xml:space="preserve">[13:41] </w:t>
      </w:r>
      <w:r>
        <w:t>to is se hazrat ismail samajh gaye ke is ka matlab hai ke hazrat ibrahim ne is ko</w:t>
      </w:r>
    </w:p>
    <w:p>
      <w:pPr>
        <w:jc w:val="right"/>
      </w:pPr>
      <w:r>
        <w:t>تو اس سے حضرت اسماعیل سمجھ گئے کہ اس کا مطلب ہے کہ حضرت ابراہیم نے اس کو</w:t>
      </w:r>
    </w:p>
    <w:p>
      <w:r>
        <w:rPr>
          <w:b/>
        </w:rPr>
        <w:t xml:space="preserve">[13:49] </w:t>
      </w:r>
      <w:r>
        <w:t>yeh jo nikah hua hai, is aurat ko unhon ne kaha hai ke yeh sahi aurat hai, jo ke jis ke zariye se aik team tayyar hogi.</w:t>
      </w:r>
    </w:p>
    <w:p>
      <w:pPr>
        <w:jc w:val="right"/>
      </w:pPr>
      <w:r>
        <w:t>یہ جو نکاح ہوا ہے، اس عورت کو انہوں نے کہا ہے کہ یہ صحیح عورت ہے، جو کہ جس کے ذریعے سے ایک ٹیم تیار ہوگی۔</w:t>
      </w:r>
    </w:p>
    <w:p>
      <w:r>
        <w:rPr>
          <w:b/>
        </w:rPr>
        <w:t xml:space="preserve">[13:59] </w:t>
      </w:r>
      <w:r>
        <w:t>to isi tarike se hazrat ibrahim ate rehte the. Acha, is waqt bhi hazrat ibrahim jo dua karte the,</w:t>
      </w:r>
    </w:p>
    <w:p>
      <w:pPr>
        <w:jc w:val="right"/>
      </w:pPr>
      <w:r>
        <w:t>تو اسی طریقے سے حضرت ابراہیم آتے رہتے تھے۔ اچھا، اس وقت بھی حضرت ابراہیم جو دعا کرتے تھے،</w:t>
      </w:r>
    </w:p>
    <w:p>
      <w:r>
        <w:rPr>
          <w:b/>
        </w:rPr>
        <w:t xml:space="preserve">[14:07] </w:t>
      </w:r>
      <w:r>
        <w:t>to is se pehle bhi unhon ne un ki dua aik aai hai sahi bukhari mein ke jab woh hazrat hajra ko chhod kar ja rahe the, to jab kafi door chale gaye, to unhon ne phir wahan us ilaqe ko chhodne se pehle aik yeh dua kiya tha</w:t>
      </w:r>
    </w:p>
    <w:p>
      <w:pPr>
        <w:jc w:val="right"/>
      </w:pPr>
      <w:r>
        <w:t>تو اس سے پہلے بھی انہوں نے ان کی دعا ایک آئی ہے صحیح بخاری میں کہ جب وہ حضرت ہاجرہ کو چھوڑ کر جا رہے تھے، تو جب کافی دور چلے گئے، تو انہوں نے پھر وہاں اس علاقے کو چھوڑنے سے پہلے ایک یہ دعا کیا تھا</w:t>
      </w:r>
    </w:p>
    <w:p>
      <w:r>
        <w:rPr>
          <w:b/>
        </w:rPr>
        <w:t xml:space="preserve">[14:24] </w:t>
      </w:r>
      <w:r>
        <w:t>ke aye hamare rab</w:t>
      </w:r>
    </w:p>
    <w:p>
      <w:pPr>
        <w:jc w:val="right"/>
      </w:pPr>
      <w:r>
        <w:t>کہ اے ہمارے رب</w:t>
      </w:r>
    </w:p>
    <w:p>
      <w:r>
        <w:rPr>
          <w:b/>
        </w:rPr>
        <w:t xml:space="preserve">[14:26] </w:t>
      </w:r>
      <w:r>
        <w:t>! main ne apni aulad ko aik be aab o giya wadi mein tere mohtaram ghar ke pas basaya hai. Aye hamar</w:t>
      </w:r>
    </w:p>
    <w:p>
      <w:pPr>
        <w:jc w:val="right"/>
      </w:pPr>
      <w:r>
        <w:t>! میں نے اپنی اولاد کو ایک بے آب و گیا وادی میں تیرے محترم گھر کے پاس بسایا ہے۔ اے ہمار</w:t>
      </w:r>
    </w:p>
    <w:p>
      <w:r>
        <w:rPr>
          <w:b/>
        </w:rPr>
        <w:t xml:space="preserve">[14:35] </w:t>
      </w:r>
      <w:r>
        <w:t>e rab! Taa ke woh namaz qaim karen. Pas tu logon ke dil un ki taraf mail kar de aur un ko phalon ki rozi ata farma taa ke woh shukr karen.</w:t>
      </w:r>
    </w:p>
    <w:p>
      <w:pPr>
        <w:jc w:val="right"/>
      </w:pPr>
      <w:r>
        <w:t>ے رب! تاکہ وہ نماز قائم کریں۔ پس تو لوگوں کے دل ان کی طرف مائل کر دے اور ان کو پھلوں کی روزی عطا فرما تاکہ وہ شکر کریں۔</w:t>
      </w:r>
    </w:p>
    <w:p>
      <w:r>
        <w:rPr>
          <w:b/>
        </w:rPr>
        <w:t xml:space="preserve">[14:46] </w:t>
      </w:r>
      <w:r>
        <w:t>yeh dua hazrat ibrahim, yeh dua quran ke chapter ibrahim mein aai hai aur verse number hai 35 to 37.</w:t>
      </w:r>
    </w:p>
    <w:p>
      <w:pPr>
        <w:jc w:val="right"/>
      </w:pPr>
      <w:r>
        <w:t>یہ دعا حضرت ابراہیم، یہ دعا قرآن کے چیپٹر ابراہیم میں آئی ہے اور ورث نمبر ہے 35 ٹو 37۔</w:t>
      </w:r>
    </w:p>
    <w:p>
      <w:r>
        <w:rPr>
          <w:b/>
        </w:rPr>
        <w:t xml:space="preserve">[14:57] </w:t>
      </w:r>
      <w:r>
        <w:t>is ke baad phir hazrat ibrahim ne jo doosri khatoon theen, un se poocha ke tumhara khana kya hai? To unhon ne kaha gosht.</w:t>
      </w:r>
    </w:p>
    <w:p>
      <w:pPr>
        <w:jc w:val="right"/>
      </w:pPr>
      <w:r>
        <w:t>اس کے بعد پھر حضرت ابراہیم نے جو دوسری خاتون تھیں، ان سے پوچھا کہ تمہارا کھانا کیا ہے؟ تو انہوں نے کہا گوشت۔</w:t>
      </w:r>
    </w:p>
    <w:p>
      <w:r>
        <w:rPr>
          <w:b/>
        </w:rPr>
        <w:t xml:space="preserve">[15:07] </w:t>
      </w:r>
      <w:r>
        <w:t>Phir unhon ne kaha tum kya peete ho? Unhon ne kaha pani. To phir dobara hazrat ibrahim ne dua kiya ke aye allah!</w:t>
      </w:r>
    </w:p>
    <w:p>
      <w:pPr>
        <w:jc w:val="right"/>
      </w:pPr>
      <w:r>
        <w:t>پھر انہوں نے کہا تم کیا پیتے ہو؟ انہوں نے کہا پانی۔ تو پھر دوبارہ حضرت ابراہیم نے دعا کیا کہ اے اللہ!</w:t>
      </w:r>
    </w:p>
    <w:p>
      <w:r>
        <w:rPr>
          <w:b/>
        </w:rPr>
        <w:t xml:space="preserve">[15:15] </w:t>
      </w:r>
      <w:r>
        <w:t>to un ke gosht aur pani mein barkat de. To is ke baad</w:t>
      </w:r>
    </w:p>
    <w:p>
      <w:pPr>
        <w:jc w:val="right"/>
      </w:pPr>
      <w:r>
        <w:t>تو ان کے گوشت اور پانی میں برکت دے۔ تو اس کے بعد</w:t>
      </w:r>
    </w:p>
    <w:p>
      <w:r>
        <w:rPr>
          <w:b/>
        </w:rPr>
        <w:t xml:space="preserve">[15:23] </w:t>
      </w:r>
      <w:r>
        <w:t>yeh aisi zindagi chalti rahi aur hazrat ismail jo hain, woh apna kaam karte rahe yahan tak ke phir dobara hazrat ibrahim aaye.</w:t>
      </w:r>
    </w:p>
    <w:p>
      <w:pPr>
        <w:jc w:val="right"/>
      </w:pPr>
      <w:r>
        <w:t>یہ ایسی زندگی چلتی رہی اور حضرت اسماعیل جو ہیں، وہ اپنا کام کرتے رہے یہاں تک کہ پھر دوبارہ حضرت ابراہیم آئے۔</w:t>
      </w:r>
    </w:p>
    <w:p>
      <w:r>
        <w:rPr>
          <w:b/>
        </w:rPr>
        <w:t xml:space="preserve">[15:37] </w:t>
      </w:r>
      <w:r>
        <w:t>ab ki jab hazrat ibrahim aaye to un ko hazrat ismail mil gaye. Woh zam zam se qareeb aik darakht ke neeche apne teer durust kar rahe the.</w:t>
      </w:r>
    </w:p>
    <w:p>
      <w:pPr>
        <w:jc w:val="right"/>
      </w:pPr>
      <w:r>
        <w:t>اب کی جب حضرت ابراہیم آئے تو ان کو حضرت اسماعیل مل گئے۔ وہ زم زم سے قریب ایک درخت کے نیچے اپنے تیر درست کر رہے تھے۔</w:t>
      </w:r>
    </w:p>
    <w:p>
      <w:r>
        <w:rPr>
          <w:b/>
        </w:rPr>
        <w:t xml:space="preserve">[15:47] </w:t>
      </w:r>
      <w:r>
        <w:t>isi teer se woh shikar karte the. To hazrat ibrahim ne kaha ke aye ism</w:t>
      </w:r>
    </w:p>
    <w:p>
      <w:pPr>
        <w:jc w:val="right"/>
      </w:pPr>
      <w:r>
        <w:t>اسی تیر سے وہ شکار کرتے تھے۔ تو حضرت ابراہیم نے کہا کہ اے اسم</w:t>
      </w:r>
    </w:p>
    <w:p>
      <w:r>
        <w:rPr>
          <w:b/>
        </w:rPr>
        <w:t xml:space="preserve">[15:52] </w:t>
      </w:r>
      <w:r>
        <w:t>ail! Allah ne mujhe aik hukum diya hai, kya tum mere is hukum ko, kya tum is hukum ko manoge aur mera sath doge?</w:t>
      </w:r>
    </w:p>
    <w:p>
      <w:pPr>
        <w:jc w:val="right"/>
      </w:pPr>
      <w:r>
        <w:t>اعیل! اللہ نے مجھے ایک حکم دیا ہے، کیا تم میرے اس حکم کو، کیا تم اس حکم کو مانو گے اور میرا ساتھ دو گے؟</w:t>
      </w:r>
    </w:p>
    <w:p>
      <w:r>
        <w:rPr>
          <w:b/>
        </w:rPr>
        <w:t xml:space="preserve">[16:01] </w:t>
      </w:r>
      <w:r>
        <w:t>to hazrat ismail ne kaha ke aap ke rab ne jo hukum diya, use kar daliye. Phir hazrat ismail aur hazrat ibrahim dono ne mil kar kaba ki taameer ki.</w:t>
      </w:r>
    </w:p>
    <w:p>
      <w:pPr>
        <w:jc w:val="right"/>
      </w:pPr>
      <w:r>
        <w:t>تو حضرت اسماعیل نے کہا کہ آپ کے رب نے جو حکم دیا، اسے کر ڈالیے۔ پھر حضرت اسماعیل اور حضرت ابراہیم دونوں نے مل کر کعبہ کی تعمیر کی۔</w:t>
      </w:r>
    </w:p>
    <w:p>
      <w:r>
        <w:rPr>
          <w:b/>
        </w:rPr>
        <w:t xml:space="preserve">[16:13] </w:t>
      </w:r>
      <w:r>
        <w:t>hazrat ismail pathar late aur hazrat ibrahim us ko taameer karte. To is tarike se taameer ke dauran hazrat ibrahim aur hazrat ismail dono bar bar allah se yeh dua karte rahe, aye hamare rab!</w:t>
      </w:r>
    </w:p>
    <w:p>
      <w:pPr>
        <w:jc w:val="right"/>
      </w:pPr>
      <w:r>
        <w:t>حضرت اسماعیل پتھر لاتے اور حضرت ابراہیم اس کو تعمیر کرتے۔ تو اس طریقے سے تعمیر کے دوران حضرت ابراہیم اور حضرت اسماعیل دونوں بار بار اللہ سے یہ دعا کرتے رہے، اے ہمارے رب!</w:t>
      </w:r>
    </w:p>
    <w:p>
      <w:r>
        <w:rPr>
          <w:b/>
        </w:rPr>
        <w:t xml:space="preserve">[16:29] </w:t>
      </w:r>
      <w:r>
        <w:t>to hamari taraf se yeh qabool farma, beshak tu bohat zyada janne wala aur bohat zyada sunne wala hai. To woh is is ghar ke chakar lagate rehte aur yeh dua karte rehte.</w:t>
      </w:r>
    </w:p>
    <w:p>
      <w:pPr>
        <w:jc w:val="right"/>
      </w:pPr>
      <w:r>
        <w:t>تو ہماری طرف سے یہ قبول فرما، بے شک تو بہت زیادہ جاننے والا اور بہت زیادہ سننے والا ہے۔ تو وہ اس اس گھر کے چکر لگاتے رہتے اور یہ دعا کرتے رہتے۔</w:t>
      </w:r>
    </w:p>
    <w:p>
      <w:r>
        <w:rPr>
          <w:b/>
        </w:rPr>
        <w:t xml:space="preserve">[16:44] </w:t>
      </w:r>
      <w:r>
        <w:t>to is tarike se wahan par kaba ki taameer hui aur woh jo hajar e aswad hai, to jab wahan tak jahan hajar e aswad nasb hai, wahan tak jab taameer pahunchi to hazrat ibrahim ne</w:t>
      </w:r>
    </w:p>
    <w:p>
      <w:pPr>
        <w:jc w:val="right"/>
      </w:pPr>
      <w:r>
        <w:t>تو اس طریقے سے وہاں پر کعبہ کی تعمیر ہوئی اور وہ جو حجر اسود ہے، تو جب وہاں تک جہاں حجر اسود نصب ہے، وہاں تک جب تعمیر پہنچی تو حضرت ابراہیم 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