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Position of Women in Pre-Islamic Times October 3, 2020 Prof. Farida Khanam</w:t>
      </w:r>
    </w:p>
    <w:p>
      <w:r>
        <w:t>https://www.youtube.com/watch?v=-a42k7fP51E</w:t>
      </w:r>
    </w:p>
    <w:p>
      <w:r>
        <w:rPr>
          <w:b/>
        </w:rPr>
        <w:t xml:space="preserve">[00:11] </w:t>
      </w:r>
      <w:r>
        <w:t>bismillah hir rahman nir raheem.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[00:15] </w:t>
      </w:r>
      <w:r>
        <w:t>assalamu alaikum wa rahmatullah.</w:t>
      </w:r>
    </w:p>
    <w:p>
      <w:pPr>
        <w:jc w:val="right"/>
      </w:pPr>
      <w:r>
        <w:t>السلام علیکم ورحمۃ اللہ۔</w:t>
      </w:r>
    </w:p>
    <w:p>
      <w:r>
        <w:rPr>
          <w:b/>
        </w:rPr>
        <w:t xml:space="preserve">[00:19] </w:t>
      </w:r>
      <w:r>
        <w:t>aaj hum auraton ki position jo qadeem zamane mein thi, us ke bare mein kuch baat karenge,</w:t>
      </w:r>
    </w:p>
    <w:p>
      <w:pPr>
        <w:jc w:val="right"/>
      </w:pPr>
      <w:r>
        <w:t>آج ہم عورتوں کی پوزیشن جو قدیم زمانے میں تھی، اس کے بارے میں کچھ بات کریں گے،</w:t>
      </w:r>
    </w:p>
    <w:p>
      <w:r>
        <w:rPr>
          <w:b/>
        </w:rPr>
        <w:t xml:space="preserve">[00:27] </w:t>
      </w:r>
      <w:r>
        <w:t>aur is kitab mein jo ek chapter hai us par, us mein hum isi mein se hum</w:t>
      </w:r>
    </w:p>
    <w:p>
      <w:pPr>
        <w:jc w:val="right"/>
      </w:pPr>
      <w:r>
        <w:t>اور اس کتاب میں جو ایک چیپٹر ہے اس پر، اس میں ہم اسی میں سے ہم</w:t>
      </w:r>
    </w:p>
    <w:p>
      <w:r>
        <w:rPr>
          <w:b/>
        </w:rPr>
        <w:t xml:space="preserve">[00:35] </w:t>
      </w:r>
      <w:r>
        <w:t>is ki explain kar rahe hain.</w:t>
      </w:r>
    </w:p>
    <w:p>
      <w:pPr>
        <w:jc w:val="right"/>
      </w:pPr>
      <w:r>
        <w:t>اس کی ایکسپلین کر رہے ہیں۔</w:t>
      </w:r>
    </w:p>
    <w:p>
      <w:r>
        <w:rPr>
          <w:b/>
        </w:rPr>
        <w:t xml:space="preserve">[00:39] </w:t>
      </w:r>
      <w:r>
        <w:t>asal mein qadeem zamana</w:t>
      </w:r>
    </w:p>
    <w:p>
      <w:pPr>
        <w:jc w:val="right"/>
      </w:pPr>
      <w:r>
        <w:t>اصل میں قدیم زمانہ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