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 Al-Baqarah (The Heifer) verses 1-73</w:t>
      </w:r>
    </w:p>
    <w:p>
      <w:r>
        <w:t>https://www.youtube.com/watch?v=rja-p9pDbPg</w:t>
      </w:r>
    </w:p>
    <w:p>
      <w:r>
        <w:rPr>
          <w:b/>
        </w:rPr>
        <w:t xml:space="preserve">[00:01] </w:t>
      </w:r>
      <w:r>
        <w:t>bismillah rahman rahim.</w:t>
      </w:r>
    </w:p>
    <w:p>
      <w:pPr>
        <w:jc w:val="right"/>
      </w:pPr>
      <w:r>
        <w:t>بسم الله الرحمن الرحيم.</w:t>
      </w:r>
    </w:p>
    <w:p>
      <w:r>
        <w:rPr>
          <w:b/>
        </w:rPr>
        <w:t xml:space="preserve">[00:07] </w:t>
      </w:r>
      <w:r>
        <w:t>alif lam</w:t>
      </w:r>
    </w:p>
    <w:p>
      <w:pPr>
        <w:jc w:val="right"/>
      </w:pPr>
      <w:r>
        <w:t>ألف لام</w:t>
      </w:r>
    </w:p>
    <w:p>
      <w:r>
        <w:rPr>
          <w:b/>
        </w:rPr>
        <w:t xml:space="preserve">[00:12] </w:t>
      </w:r>
      <w:r>
        <w:t>mim. Dhalikal kitab la raiba feeh.</w:t>
      </w:r>
    </w:p>
    <w:p>
      <w:pPr>
        <w:jc w:val="right"/>
      </w:pPr>
      <w:r>
        <w:t>ميم. ذلك الكتاب لا ريب فيه.</w:t>
      </w:r>
    </w:p>
    <w:p>
      <w:r>
        <w:rPr>
          <w:b/>
        </w:rPr>
        <w:t xml:space="preserve">[00:22] </w:t>
      </w:r>
      <w:r>
        <w:t>hudan lilmuttaqin.</w:t>
      </w:r>
    </w:p>
    <w:p>
      <w:pPr>
        <w:jc w:val="right"/>
      </w:pPr>
      <w:r>
        <w:t>هدى للمتقين.</w:t>
      </w:r>
    </w:p>
    <w:p>
      <w:r>
        <w:rPr>
          <w:b/>
        </w:rPr>
        <w:t xml:space="preserve">[00:28] </w:t>
      </w:r>
      <w:r>
        <w:t>alladhina yu'minuna bilghaybi wayuqimunassalata wamimma razaqnahum yunfiqun.</w:t>
      </w:r>
    </w:p>
    <w:p>
      <w:pPr>
        <w:jc w:val="right"/>
      </w:pPr>
      <w:r>
        <w:t>الذين يؤمنون بالغيب ويقيمون الصلاة ومما رزقناهم ينفقون.</w:t>
      </w:r>
    </w:p>
    <w:p>
      <w:r>
        <w:rPr>
          <w:b/>
        </w:rPr>
        <w:t xml:space="preserve">[00:40] </w:t>
      </w:r>
      <w:r>
        <w:t>walladhina yu'minuna bima</w:t>
      </w:r>
    </w:p>
    <w:p>
      <w:pPr>
        <w:jc w:val="right"/>
      </w:pPr>
      <w:r>
        <w:t>والذين يؤمنون بما</w:t>
      </w:r>
    </w:p>
    <w:p>
      <w:r>
        <w:rPr>
          <w:b/>
        </w:rPr>
        <w:t xml:space="preserve">[00:46] </w:t>
      </w:r>
      <w:r>
        <w:t>unzila ilayka wama unzila min qabluka bil'akhirati hum yuqinun.</w:t>
      </w:r>
    </w:p>
    <w:p>
      <w:pPr>
        <w:jc w:val="right"/>
      </w:pPr>
      <w:r>
        <w:t>أنزل إليك وما أنزل من قبلك وبالآخرة هم يوقنون.</w:t>
      </w:r>
    </w:p>
    <w:p>
      <w:r>
        <w:rPr>
          <w:b/>
        </w:rPr>
        <w:t xml:space="preserve">[00:59] </w:t>
      </w:r>
      <w:r>
        <w:t>ula'ika 'ala hudan min rabbihim wa'ula'ika humulmuflihun.</w:t>
      </w:r>
    </w:p>
    <w:p>
      <w:pPr>
        <w:jc w:val="right"/>
      </w:pPr>
      <w:r>
        <w:t>أولئك على هدى من ربهم وأولئك هم المفلحون.</w:t>
      </w:r>
    </w:p>
    <w:p>
      <w:r>
        <w:rPr>
          <w:b/>
        </w:rPr>
        <w:t xml:space="preserve">[01:16] </w:t>
      </w:r>
      <w:r>
        <w:t>shuru Allah ke naam se jo bara meherban, nihayat reham wala hai.</w:t>
      </w:r>
    </w:p>
    <w:p>
      <w:pPr>
        <w:jc w:val="right"/>
      </w:pPr>
      <w:r>
        <w:t>شروع اللہ کے نام سے جو بڑا مہربان، نہایت رحم والا ہے۔</w:t>
      </w:r>
    </w:p>
    <w:p>
      <w:r>
        <w:rPr>
          <w:b/>
        </w:rPr>
        <w:t xml:space="preserve">[01:25] </w:t>
      </w:r>
      <w:r>
        <w:t>alif lam meem. yeh Allah ki kitab hai, is mein koi shakk nahin. rah dikhati hai dar rakhne walon ko,</w:t>
      </w:r>
    </w:p>
    <w:p>
      <w:pPr>
        <w:jc w:val="right"/>
      </w:pPr>
      <w:r>
        <w:t>الف لام میم۔ یہ اللہ کی کتاب ہے، اس میں کوئی شک نہیں۔ راہ دکھاتی ہے ڈر رکھنے والوں کو،</w:t>
      </w:r>
    </w:p>
    <w:p>
      <w:r>
        <w:rPr>
          <w:b/>
        </w:rPr>
        <w:t xml:space="preserve">[01:39] </w:t>
      </w:r>
      <w:r>
        <w:t>jo yaqeen karte hain bin dekhe,</w:t>
      </w:r>
    </w:p>
    <w:p>
      <w:pPr>
        <w:jc w:val="right"/>
      </w:pPr>
      <w:r>
        <w:t>جو یقین کرتے ہیں بن دیکھے،</w:t>
      </w:r>
    </w:p>
    <w:p>
      <w:r>
        <w:rPr>
          <w:b/>
        </w:rPr>
        <w:t xml:space="preserve">[01:43] </w:t>
      </w:r>
      <w:r>
        <w:t>aur namaz qaim karte hain, aur jo kuch hum ne un ko diya hai us mein se kharch karte hain, aur jo imaan late hain us par jo tumhare upar utra,</w:t>
      </w:r>
    </w:p>
    <w:p>
      <w:pPr>
        <w:jc w:val="right"/>
      </w:pPr>
      <w:r>
        <w:t>اور نماز قائم کرتے ہیں، اور جو کچھ ہم نے ان کو دیا ہے اس میں سے خرچ کرتے ہیں، اور جو ایمان لاتے ہیں اس پر جو تمہارے اوپر اترا،</w:t>
      </w:r>
    </w:p>
    <w:p>
      <w:r>
        <w:rPr>
          <w:b/>
        </w:rPr>
        <w:t xml:space="preserve">[01:59] </w:t>
      </w:r>
      <w:r>
        <w:t>aur jo tum se pehle utara gaya, aur woh akhirat par yaqeen rakhte hain. inhi logon ne apne rab ki rah pai hai, aur wohi kamyabi ko pohnchne wale hain.</w:t>
      </w:r>
    </w:p>
    <w:p>
      <w:pPr>
        <w:jc w:val="right"/>
      </w:pPr>
      <w:r>
        <w:t>اور جو تم سے پہلے اتارا گیا، اور وہ آخرت پر یقین رکھتے ہیں۔ انہی لوگوں نے اپنے رب کی راہ پائی ہے، اور وہی کامیابی کو پہنچنے والے ہیں۔</w:t>
      </w:r>
    </w:p>
    <w:p>
      <w:r>
        <w:rPr>
          <w:b/>
        </w:rPr>
        <w:t xml:space="preserve">[02:19] </w:t>
      </w:r>
      <w:r>
        <w:t>tashreeh. is mein shakk nahin ke Quran hidayat ki kitab hai, magar woh hidayat ki kitab is ke liye hai jo fi waqe' hidayat ko janne ke muamle mein</w:t>
      </w:r>
    </w:p>
    <w:p>
      <w:pPr>
        <w:jc w:val="right"/>
      </w:pPr>
      <w:r>
        <w:t>تشریح۔ اس میں شک نہیں کہ قرآن ہدایت کی کتاب ہے، مگر وہ ہدایت کی کتاب اس کے لیے ہے جو فی الواقع ہدایت کو جاننے کے معاملے میں</w:t>
      </w:r>
    </w:p>
    <w:p>
      <w:r>
        <w:rPr>
          <w:b/>
        </w:rPr>
        <w:t xml:space="preserve">[02:37] </w:t>
      </w:r>
      <w:r>
        <w:t>sanjida ho, jo is ki parwah aur khatak rakhta ho. sachi talab jo fitrat ki zameen par ugti hai woh khud pane hi ka aik aaghaz hota hai.</w:t>
      </w:r>
    </w:p>
    <w:p>
      <w:pPr>
        <w:jc w:val="right"/>
      </w:pPr>
      <w:r>
        <w:t>سنجیدہ ہو، جو اس کی پرواہ اور کھٹک رکھتا ہو۔ سچی طلب جو فطرت کی زمین پر اگتی ہے وہ خود پانے ہی کا ایک آغاز ہوتا ہے۔</w:t>
      </w:r>
    </w:p>
    <w:p>
      <w:r>
        <w:rPr>
          <w:b/>
        </w:rPr>
        <w:t xml:space="preserve">[02:52] </w:t>
      </w:r>
      <w:r>
        <w:t>sachi talab aur sachi yaft</w:t>
      </w:r>
    </w:p>
    <w:p>
      <w:pPr>
        <w:jc w:val="right"/>
      </w:pPr>
      <w:r>
        <w:t>سچی طلب اور سچی یافت</w:t>
      </w:r>
    </w:p>
    <w:p>
      <w:r>
        <w:rPr>
          <w:b/>
        </w:rPr>
        <w:t xml:space="preserve">[02:55] </w:t>
      </w:r>
      <w:r>
        <w:t>dono aik hi safar ke pichhle aur agle marhale hain. yeh goya khud apni fitrat ke band safhon ko kholna hai.</w:t>
      </w:r>
    </w:p>
    <w:p>
      <w:pPr>
        <w:jc w:val="right"/>
      </w:pPr>
      <w:r>
        <w:t>دونوں ایک ہی سفر کے پچھلے اور اگلے مرحلے ہیں۔ یہ گویا خود اپنی فطرت کے بند صفحات کو کھولنا ہے۔</w:t>
      </w:r>
    </w:p>
    <w:p>
      <w:r>
        <w:rPr>
          <w:b/>
        </w:rPr>
        <w:t xml:space="preserve">[03:07] </w:t>
      </w:r>
      <w:r>
        <w:t>jab aadmi is ka sacha irada karta hai to foran</w:t>
      </w:r>
    </w:p>
    <w:p>
      <w:pPr>
        <w:jc w:val="right"/>
      </w:pPr>
      <w:r>
        <w:t>جب آدمی اس کا سچا ارادہ کرتا ہے تو فوراً</w:t>
      </w:r>
    </w:p>
    <w:p>
      <w:r>
        <w:rPr>
          <w:b/>
        </w:rPr>
        <w:t xml:space="preserve">[03:13] </w:t>
      </w:r>
      <w:r>
        <w:t>fitrat ki mutabiqat aur Allah ki nasrat is ka sath dene lagti hai. is ko apni fitrat ki mabham pukar ka mutayyan jawab milna shuru ho jata hai.</w:t>
      </w:r>
    </w:p>
    <w:p>
      <w:pPr>
        <w:jc w:val="right"/>
      </w:pPr>
      <w:r>
        <w:t>فطرت کی مطابقت اور اللہ کی نصرت اس کا ساتھ دینے لگتی ہے۔ اس کو اپنی فطرت کی مبہم پکار کا متعین جواب ملنا شروع ہو جاتا ہے۔</w:t>
      </w:r>
    </w:p>
    <w:p>
      <w:r>
        <w:rPr>
          <w:b/>
        </w:rPr>
        <w:t xml:space="preserve">[03:30] </w:t>
      </w:r>
      <w:r>
        <w:t>aik aadmi ke andar sachi talab ka jagna alam zahir ke peeche alam baatin ko dekhne ki koshish karna hai.</w:t>
      </w:r>
    </w:p>
    <w:p>
      <w:pPr>
        <w:jc w:val="right"/>
      </w:pPr>
      <w:r>
        <w:t>ایک آدمی کے اندر سچی طلب کا جاگنا عالم ظاہر کے پیچھے عالم باطن کو دیکھنے کی کوشش کرنا ہے۔</w:t>
      </w:r>
    </w:p>
    <w:p>
      <w:r>
        <w:rPr>
          <w:b/>
        </w:rPr>
        <w:t xml:space="preserve">[03:40] </w:t>
      </w:r>
      <w:r>
        <w:t>yeh talash jab yaft ke marhale mein pohnchti hai</w:t>
      </w:r>
    </w:p>
    <w:p>
      <w:pPr>
        <w:jc w:val="right"/>
      </w:pPr>
      <w:r>
        <w:t>یہ تلاش جب یافت کے مرحلے میں پہنچتی ہے</w:t>
      </w:r>
    </w:p>
    <w:p>
      <w:r>
        <w:rPr>
          <w:b/>
        </w:rPr>
        <w:t xml:space="preserve">[03:45] </w:t>
      </w:r>
      <w:r>
        <w:t>to woh imaan bilghayb ban jati hai. wohi cheez jo ibtidai marhale mein aik bartar haqiqat ke aage apne ko daal dene ki beqarari ka naam hota hai,</w:t>
      </w:r>
    </w:p>
    <w:p>
      <w:pPr>
        <w:jc w:val="right"/>
      </w:pPr>
      <w:r>
        <w:t>تو وہ ایمان بالغیب بن جاتی ہے۔ وہی چیز جو ابتدائی مرحلے میں ایک برتر حقیقت کے آگے اپنے کو ڈال دینے کی بے قراری کا نام ہوتا ہے،</w:t>
      </w:r>
    </w:p>
    <w:p>
      <w:r>
        <w:rPr>
          <w:b/>
        </w:rPr>
        <w:t xml:space="preserve">[04:01] </w:t>
      </w:r>
      <w:r>
        <w:t>woh baad ke marhale mein</w:t>
      </w:r>
    </w:p>
    <w:p>
      <w:pPr>
        <w:jc w:val="right"/>
      </w:pPr>
      <w:r>
        <w:t>وہ بعد کے مرحلے میں</w:t>
      </w:r>
    </w:p>
    <w:p>
      <w:r>
        <w:rPr>
          <w:b/>
        </w:rPr>
        <w:t xml:space="preserve">[04:03] </w:t>
      </w:r>
      <w:r>
        <w:t>Allah ka namazi banne ki surat mein dhal jata hai. wohi jazba jo ibtida'an apne ko khair aala ke liye waqf kar dene ke hamana hota hai, woh baad ke marhale mein Allah ki rah mein</w:t>
      </w:r>
    </w:p>
    <w:p>
      <w:pPr>
        <w:jc w:val="right"/>
      </w:pPr>
      <w:r>
        <w:t>اللہ کا نمازی بننے کی صورت میں ڈھل جاتا ہے۔ وہی جذبہ جو ابتداءً اپنے کو خیر اعلیٰ کے لیے وقف کر دینے کے ہمانہ ہوتا ہے، وہ بعد کے مرحلے میں اللہ کی راہ میں</w:t>
      </w:r>
    </w:p>
    <w:p>
      <w:r>
        <w:rPr>
          <w:b/>
        </w:rPr>
        <w:t xml:space="preserve">[04:19] </w:t>
      </w:r>
      <w:r>
        <w:t>apne asasa ko kharch karne ki surat ikhtiyar kar leta hai. wohi khoj jo zindagi ke hangamon ke aage is ka aakhri anjam maloom karne ki surat mein kisi ke andar ubharti hai, woh akhirat par yaqeen ki surat mein</w:t>
      </w:r>
    </w:p>
    <w:p>
      <w:pPr>
        <w:jc w:val="right"/>
      </w:pPr>
      <w:r>
        <w:t>اپنے اثاثہ کو خرچ کرنے کی صورت اختیار کر لیتا ہے۔ وہی کھوج جو زندگی کے ہنگاموں کے آگے اس کا آخری انجام معلوم کرنے کی صورت میں کسی کے اندر ابھرتی ہے، وہ آخرت پر یقین کی صورت میں</w:t>
      </w:r>
    </w:p>
    <w:p>
      <w:r>
        <w:rPr>
          <w:b/>
        </w:rPr>
        <w:t xml:space="preserve">[04:37] </w:t>
      </w:r>
      <w:r>
        <w:t>apne sawal ka jawab pa leti hai.</w:t>
      </w:r>
    </w:p>
    <w:p>
      <w:pPr>
        <w:jc w:val="right"/>
      </w:pPr>
      <w:r>
        <w:t>اپنے سوال کا جواب پا لیتی ہے۔</w:t>
      </w:r>
    </w:p>
    <w:p>
      <w:r>
        <w:rPr>
          <w:b/>
        </w:rPr>
        <w:t xml:space="preserve">[04:42] </w:t>
      </w:r>
      <w:r>
        <w:t>sachai ko pana goya apne shaoor ko haqiqat aala ke ham-satah kar lena hai. jo log is tarah haq ko pa lein, woh har qism ki nafisyati grhon se azad ho jate hain.</w:t>
      </w:r>
    </w:p>
    <w:p>
      <w:pPr>
        <w:jc w:val="right"/>
      </w:pPr>
      <w:r>
        <w:t>سچائی کو پانا گویا اپنے شعور کو حقیقت اعلیٰ کے ہم سطح کر لینا ہے۔ جو لوگ اس طرح حق کو پا لیں، وہ ہر قسم کی نفسیاتی گرہوں سے آزاد ہو جاتے ہیں۔</w:t>
      </w:r>
    </w:p>
    <w:p>
      <w:r>
        <w:rPr>
          <w:b/>
        </w:rPr>
        <w:t xml:space="preserve">[04:58] </w:t>
      </w:r>
      <w:r>
        <w:t>woh sachai ko</w:t>
      </w:r>
    </w:p>
    <w:p>
      <w:pPr>
        <w:jc w:val="right"/>
      </w:pPr>
      <w:r>
        <w:t>وہ سچائی کو</w:t>
      </w:r>
    </w:p>
    <w:p>
      <w:r>
        <w:rPr>
          <w:b/>
        </w:rPr>
        <w:t xml:space="preserve">[05:00] </w:t>
      </w:r>
      <w:r>
        <w:t>is ke be aamez roop mein dekhne lagte hain. is liye sachai jahan bhi ho aur jis banda-e-khuda ki zaban se is ka aelan kiya ja raha ho, woh foran us ko pehchan lete hain</w:t>
      </w:r>
    </w:p>
    <w:p>
      <w:pPr>
        <w:jc w:val="right"/>
      </w:pPr>
      <w:r>
        <w:t>اس کے بے آمیز روپ میں دیکھنے لگتے ہیں۔ اس لیے سچائی جہاں بھی ہو اور جس بندہ خدا کی زبان سے اس کا اعلان کیا جا رہا ہو، وہ فوراً اس کو پہچان لیتے ہیں</w:t>
      </w:r>
    </w:p>
    <w:p>
      <w:r>
        <w:rPr>
          <w:b/>
        </w:rPr>
        <w:t xml:space="preserve">[05:17] </w:t>
      </w:r>
      <w:r>
        <w:t>aur us par labbaik kehte hain. koi jamood, koi taqleed, aur koi ta'assubati deewar un ke liye iqrar-e-haq mein rukawat nahi banti.</w:t>
      </w:r>
    </w:p>
    <w:p>
      <w:pPr>
        <w:jc w:val="right"/>
      </w:pPr>
      <w:r>
        <w:t>اور اس پر لبیک کہتے ہیں۔ کوئی جمود، کوئی تقلید، اور کوئی تعصباتی دیوار ان کے لیے اعتراف حق میں رکاوٹ نہیں بنتی۔</w:t>
      </w:r>
    </w:p>
    <w:p>
      <w:r>
        <w:rPr>
          <w:b/>
        </w:rPr>
        <w:t xml:space="preserve">[05:31] </w:t>
      </w:r>
      <w:r>
        <w:t>jin logon ke andar yeh khusoosiyat hon, woh Allah ke saaye mein aa jate hain.</w:t>
      </w:r>
    </w:p>
    <w:p>
      <w:pPr>
        <w:jc w:val="right"/>
      </w:pPr>
      <w:r>
        <w:t>جن لوگوں کے اندر یہ خصوصیات ہوں، وہ اللہ کے سائے میں آ جاتے ہیں۔</w:t>
      </w:r>
    </w:p>
    <w:p>
      <w:r>
        <w:rPr>
          <w:b/>
        </w:rPr>
        <w:t xml:space="preserve">[05:37] </w:t>
      </w:r>
      <w:r>
        <w:t>Allah ka banaya hua nizam un ko qabool kar leta hai. un ko dunya mein is sachay rastay par chalne ki tofeeq mil jati hai jis ki aakhri manzil yeh hai ke aadmi akhirat ki abadi nematton mein dakhil ho jaye.</w:t>
      </w:r>
    </w:p>
    <w:p>
      <w:pPr>
        <w:jc w:val="right"/>
      </w:pPr>
      <w:r>
        <w:t>اللہ کا بنایا ہوا نظام ان کو قبول کر لیتا ہے۔ ان کو دنیا میں اس سچے راستے پر چلنے کی توفیق مل جاتی ہے جس کی آخری منزل یہ ہے کہ آدمی آخرت کی ابدی نعمتوں میں داخل ہو جائے۔</w:t>
      </w:r>
    </w:p>
    <w:p>
      <w:r>
        <w:rPr>
          <w:b/>
        </w:rPr>
        <w:t xml:space="preserve">[05:59] </w:t>
      </w:r>
      <w:r>
        <w:t>haq ko wahi pa sakta hai jo is ka dhoondne wala ho, aur jo dhoondne wala hai, woh zaroor is ko pa leta hai.</w:t>
      </w:r>
    </w:p>
    <w:p>
      <w:pPr>
        <w:jc w:val="right"/>
      </w:pPr>
      <w:r>
        <w:t>حق کو وہی پا سکتا ہے جو اس کا ڈھونڈنے والا ہو، اور جو ڈھونڈنے والا ہے، وہ ضرور اس کو پا لیتا ہے۔</w:t>
      </w:r>
    </w:p>
    <w:p>
      <w:r>
        <w:rPr>
          <w:b/>
        </w:rPr>
        <w:t xml:space="preserve">[06:09] </w:t>
      </w:r>
      <w:r>
        <w:t>yahan dhoondne aur paane ke darmiyan koi faasla nahi.</w:t>
      </w:r>
    </w:p>
    <w:p>
      <w:pPr>
        <w:jc w:val="right"/>
      </w:pPr>
      <w:r>
        <w:t>یہاں ڈھونڈنے اور پانے کے درمیان کوئی فاصلہ نہیں۔</w:t>
      </w:r>
    </w:p>
    <w:p>
      <w:r>
        <w:rPr>
          <w:b/>
        </w:rPr>
        <w:t xml:space="preserve">[06:20] </w:t>
      </w:r>
      <w:r>
        <w:t>innalazina kafaroo sawan alaihim andartahum am lam tundirhum la yu'minoon</w:t>
      </w:r>
    </w:p>
    <w:p>
      <w:pPr>
        <w:jc w:val="right"/>
      </w:pPr>
      <w:r>
        <w:t>إن الذين كفروا سواء عليهم أنذرتهم أم لم تنذرهم لا يؤمنون</w:t>
      </w:r>
    </w:p>
    <w:p>
      <w:r>
        <w:rPr>
          <w:b/>
        </w:rPr>
        <w:t xml:space="preserve">[06:36] </w:t>
      </w:r>
      <w:r>
        <w:t>. khatamallahu ala quloobihim wa ala sam'ihim wa ala absarihim ghishawah, wa ala absarihim ghishawah wa lahum azabun azim.</w:t>
      </w:r>
    </w:p>
    <w:p>
      <w:pPr>
        <w:jc w:val="right"/>
      </w:pPr>
      <w:r>
        <w:t>. ختم الله على قلوبهم وعلى سمعهم وعلى أبصارهم غشاوة، وعلى أبصارهم غشاوة ولهم عذاب عظيم.</w:t>
      </w:r>
    </w:p>
    <w:p>
      <w:r>
        <w:rPr>
          <w:b/>
        </w:rPr>
        <w:t xml:space="preserve">[07:01] </w:t>
      </w:r>
      <w:r>
        <w:t>jin logon ne inkar kiya, un ke liye yaksaan hai: darao ya na darao, woh mannay walay nahi hain.</w:t>
      </w:r>
    </w:p>
    <w:p>
      <w:pPr>
        <w:jc w:val="right"/>
      </w:pPr>
      <w:r>
        <w:t>جن لوگوں نے انکار کیا، ان کے لیے یکساں ہے: ڈراؤ یا نہ ڈراؤ، وہ ماننے والے نہیں ہیں۔</w:t>
      </w:r>
    </w:p>
    <w:p>
      <w:r>
        <w:rPr>
          <w:b/>
        </w:rPr>
        <w:t xml:space="preserve">[07:12] </w:t>
      </w:r>
      <w:r>
        <w:t>Allah ne un ke dilo par aur un ke kaano par mohar laga di hai,</w:t>
      </w:r>
    </w:p>
    <w:p>
      <w:pPr>
        <w:jc w:val="right"/>
      </w:pPr>
      <w:r>
        <w:t>اللہ نے ان کے دلوں پر اور ان کے کانوں پر مہر لگا دی ہے،</w:t>
      </w:r>
    </w:p>
    <w:p>
      <w:r>
        <w:rPr>
          <w:b/>
        </w:rPr>
        <w:t xml:space="preserve">[07:18] </w:t>
      </w:r>
      <w:r>
        <w:t>aur un ki aankhon par parda hai, aur un ke liye bara azab hai. tashreeh.</w:t>
      </w:r>
    </w:p>
    <w:p>
      <w:pPr>
        <w:jc w:val="right"/>
      </w:pPr>
      <w:r>
        <w:t>اور ان کی آنکھوں پر پردہ ہے، اور ان کے لیے بڑا عذاب ہے۔ تشریح۔</w:t>
      </w:r>
    </w:p>
    <w:p>
      <w:r>
        <w:rPr>
          <w:b/>
        </w:rPr>
        <w:t xml:space="preserve">[07:28] </w:t>
      </w:r>
      <w:r>
        <w:t>ek shakhs apni aankh ko band kar le to aankh rakhtay hue bhi woh suraj ko na dekhega.</w:t>
      </w:r>
    </w:p>
    <w:p>
      <w:pPr>
        <w:jc w:val="right"/>
      </w:pPr>
      <w:r>
        <w:t>ایک شخص اپنی آنکھ کو بند کر لے تو آنکھ رکھتے ہوئے بھی وہ سورج کو نہ دیکھے گا۔</w:t>
      </w:r>
    </w:p>
    <w:p>
      <w:r>
        <w:rPr>
          <w:b/>
        </w:rPr>
        <w:t xml:space="preserve">[07:37] </w:t>
      </w:r>
      <w:r>
        <w:t>koi shakhs apne kaan mein rooi daal le to kaan rakhtay hue bhi woh bahar ki awaz nahi sune ga.</w:t>
      </w:r>
    </w:p>
    <w:p>
      <w:pPr>
        <w:jc w:val="right"/>
      </w:pPr>
      <w:r>
        <w:t>کوئی شخص اپنے کان میں روئی ڈال لے تو کان رکھتے ہوئے بھی وہ باہر کی آواز نہیں سنے گا۔</w:t>
      </w:r>
    </w:p>
    <w:p>
      <w:r>
        <w:rPr>
          <w:b/>
        </w:rPr>
        <w:t xml:space="preserve">[07:47] </w:t>
      </w:r>
      <w:r>
        <w:t>aisa hi kuch muamla haq ka bhi hai. haq ka aelan khwah kitna hi wazeh surat mein ho raha ho, magar kisi ke liye</w:t>
      </w:r>
    </w:p>
    <w:p>
      <w:pPr>
        <w:jc w:val="right"/>
      </w:pPr>
      <w:r>
        <w:t>ایسا ہی کچھ معاملہ حق کا بھی ہے۔ حق کا اعلان خواہ کتنا ہی واضح صورت میں ہو رہا ہو، مگر کسی کے لیے</w:t>
      </w:r>
    </w:p>
    <w:p>
      <w:r>
        <w:rPr>
          <w:b/>
        </w:rPr>
        <w:t xml:space="preserve">[07:58] </w:t>
      </w:r>
      <w:r>
        <w:t>woh qabil-e-fahm ya qabil-e-qabool us waqt banta hai jab ke woh is ke liye apne dil ke darwazay khula rakhay.</w:t>
      </w:r>
    </w:p>
    <w:p>
      <w:pPr>
        <w:jc w:val="right"/>
      </w:pPr>
      <w:r>
        <w:t>وہ قابل فہم یا قابل قبول اس وقت بنتا ہے جب کہ وہ اس کے لیے اپنے دل کے دروازے کھلا رکھے۔</w:t>
      </w:r>
    </w:p>
    <w:p>
      <w:r>
        <w:rPr>
          <w:b/>
        </w:rPr>
        <w:t xml:space="preserve">[08:09] </w:t>
      </w:r>
      <w:r>
        <w:t>jo shakhs apne dil ke darwazay band kar le, us ke liye</w:t>
      </w:r>
    </w:p>
    <w:p>
      <w:pPr>
        <w:jc w:val="right"/>
      </w:pPr>
      <w:r>
        <w:t>جو شخص اپنے دل کے دروازے بند کر لے، اس کے لیے</w:t>
      </w:r>
    </w:p>
    <w:p>
      <w:r>
        <w:rPr>
          <w:b/>
        </w:rPr>
        <w:t xml:space="preserve">[08:15] </w:t>
      </w:r>
      <w:r>
        <w:t>kainat mein Khuda ki khamosh pukar aur da'i ki zaban se is ka lafzi aelan dono be-sood sabit hon gay.</w:t>
      </w:r>
    </w:p>
    <w:p>
      <w:pPr>
        <w:jc w:val="right"/>
      </w:pPr>
      <w:r>
        <w:t>کائنات میں خدا کی خاموش پکار اور داعی کی زبان سے اس کا لفظی اعلان دونوں بے سود ثابت ہوں گے۔</w:t>
      </w:r>
    </w:p>
    <w:p>
      <w:r>
        <w:rPr>
          <w:b/>
        </w:rPr>
        <w:t xml:space="preserve">[08:28] </w:t>
      </w:r>
      <w:r>
        <w:t>haq ki dawat jab apni be aamez shakal mein uthti hai to woh itni zyada mabni bar-haqeeqat aur itni zyada mutabiq fitrat hoti hai ke koi shakhs is ki noiyat ko samajhne se ajiz nahi reh sakta.</w:t>
      </w:r>
    </w:p>
    <w:p>
      <w:pPr>
        <w:jc w:val="right"/>
      </w:pPr>
      <w:r>
        <w:t>حق کی دعوت جب اپنی بے آمیز شکل میں اٹھتی ہے تو وہ اتنی زیادہ مبنی برحقیقت اور اتنی زیادہ مطابق فطرت ہوتی ہے کہ کوئی شخص اس کی نوعیت کو سمجھنے سے عاجز نہیں رہ سکتا۔</w:t>
      </w:r>
    </w:p>
    <w:p>
      <w:r>
        <w:rPr>
          <w:b/>
        </w:rPr>
        <w:t xml:space="preserve">[08:47] </w:t>
      </w:r>
      <w:r>
        <w:t>jo shakhs bhi khulay zehn se is ko dekhega, is ka dil gawahi dega ke yeh ain haq hai. magar us waqt amli surat-e-haal yeh hoti hai ke ek taraf waqt ka dhancha hota hai jo sadiyon ke amal se</w:t>
      </w:r>
    </w:p>
    <w:p>
      <w:pPr>
        <w:jc w:val="right"/>
      </w:pPr>
      <w:r>
        <w:t>جو شخص بھی کھلے ذہن سے اس کو دیکھے گا، اس کا دل گواہی دے گا کہ یہ عین حق ہے۔ مگر اس وقت عملی صورتحال یہ ہوتی ہے کہ ایک طرف وقت کا ڈھانچہ ہوتا ہے جو صدیوں کے عمل سے</w:t>
      </w:r>
    </w:p>
    <w:p>
      <w:r>
        <w:rPr>
          <w:b/>
        </w:rPr>
        <w:t xml:space="preserve">[09:05] </w:t>
      </w:r>
      <w:r>
        <w:t>ek khaas surat mein qaim ho jata hai. is dhanchay ke tehat kuch mazhabi ya ghair mazhabi gadiyan ban jati hain jin par kuch log baithe hue hotay hain.</w:t>
      </w:r>
    </w:p>
    <w:p>
      <w:pPr>
        <w:jc w:val="right"/>
      </w:pPr>
      <w:r>
        <w:t>ایک خاص صورت میں قائم ہو جاتا ہے۔ اس ڈھانچے کے تحت کچھ مذہبی یا غیر مذہبی گدیاں بن جاتی ہیں جن پر کچھ لوگ بیٹھے ہوئے ہوتے ہیں۔</w:t>
      </w:r>
    </w:p>
    <w:p>
      <w:r>
        <w:rPr>
          <w:b/>
        </w:rPr>
        <w:t xml:space="preserve">[09:19] </w:t>
      </w:r>
      <w:r>
        <w:t>kuch izzat-o-shohrat ki sooraten raij ho jati hain jin ke jhanday utha kar kuch log</w:t>
      </w:r>
    </w:p>
    <w:p>
      <w:pPr>
        <w:jc w:val="right"/>
      </w:pPr>
      <w:r>
        <w:t>کچھ عزت و شہرت کی صورتیں رائج ہو جاتی ہیں جن کے جھنڈے اٹھا کر کچھ لوگ</w:t>
      </w:r>
    </w:p>
    <w:p>
      <w:r>
        <w:rPr>
          <w:b/>
        </w:rPr>
        <w:t xml:space="preserve">[09:26] </w:t>
      </w:r>
      <w:r>
        <w:t>waqt ke akabir ka maqam hasil kiye hue hotay hain. kuch karobar aur mafadat qaim ho jatay hain jin ke sath apne ko wabasta kar ke bohat se log itminan ki zindagi guzar rahay hotay hain.</w:t>
      </w:r>
    </w:p>
    <w:p>
      <w:pPr>
        <w:jc w:val="right"/>
      </w:pPr>
      <w:r>
        <w:t>وقت کے اکابر کا مقام حاصل کیے ہوئے ہوتے ہیں۔ کچھ کاروبار اور مفادات قائم ہو جاتے ہیں جن کے ساتھ اپنے کو وابستہ کر کے بہت سے لوگ اطمینان کی زندگی گزار رہے ہوتے ہیں۔</w:t>
      </w:r>
    </w:p>
    <w:p>
      <w:r>
        <w:rPr>
          <w:b/>
        </w:rPr>
        <w:t xml:space="preserve">[09:43] </w:t>
      </w:r>
      <w:r>
        <w:t>un halaat mein jab</w:t>
      </w:r>
    </w:p>
    <w:p>
      <w:pPr>
        <w:jc w:val="right"/>
      </w:pPr>
      <w:r>
        <w:t>ان حالات میں جب</w:t>
      </w:r>
    </w:p>
    <w:p>
      <w:r>
        <w:rPr>
          <w:b/>
        </w:rPr>
        <w:t xml:space="preserve">[09:46] </w:t>
      </w:r>
      <w:r>
        <w:t>ek ghair ma'roof konay se Allah apne ek bande ko khara karta hai aur us ki zaban se apni marzi ka aelan karata hai to aksar aisa hota hai ke is qism ke logon ko</w:t>
      </w:r>
    </w:p>
    <w:p>
      <w:pPr>
        <w:jc w:val="right"/>
      </w:pPr>
      <w:r>
        <w:t>ایک غیر معروف کونے سے اللہ اپنے ایک بندے کو کھڑا کرتا ہے اور اس کی زبان سے اپنی مرضی کا اعلان کراتا ہے تو اکثر ایسا ہوتا ہے کہ اس قسم کے لوگوں کو</w:t>
      </w:r>
    </w:p>
    <w:p>
      <w:r>
        <w:rPr>
          <w:b/>
        </w:rPr>
        <w:t xml:space="preserve">[10:04] </w:t>
      </w:r>
      <w:r>
        <w:t>apni bani banai dunya bhang hoti hui nazar aati hai. haq ke paigham ki tamam tar sadaqat ke bawajood do cheezen un ke liye is ko sahi tor par samajhne mein</w:t>
      </w:r>
    </w:p>
    <w:p>
      <w:pPr>
        <w:jc w:val="right"/>
      </w:pPr>
      <w:r>
        <w:t>اپنی بنی بنائی دنیا بھنگ ہوتی ہوئی نظر آتی ہے۔ حق کے پیغام کی تمام تر صداقت کے باوجود دو چیزیں ان کے لیے اس کو صحیح طور پر سمجھنے میں</w:t>
      </w:r>
    </w:p>
    <w:p>
      <w:r>
        <w:rPr>
          <w:b/>
        </w:rPr>
        <w:t xml:space="preserve">[10:20] </w:t>
      </w:r>
      <w:r>
        <w:t>rkawt bn jati hain: ek qabl, dosre dunya prasti.</w:t>
      </w:r>
    </w:p>
    <w:p>
      <w:pPr>
        <w:jc w:val="right"/>
      </w:pPr>
      <w:r>
        <w:t>رکاوٹ بن جاتی ہیں: ایک قبل، دوسرے دنیا پرستی۔</w:t>
      </w:r>
    </w:p>
    <w:p>
      <w:r>
        <w:rPr>
          <w:b/>
        </w:rPr>
        <w:t xml:space="preserve">[10:31] </w:t>
      </w:r>
      <w:r>
        <w:t>jo log marwja dhanchay mein barhai k maqamat par</w:t>
      </w:r>
    </w:p>
    <w:p>
      <w:pPr>
        <w:jc w:val="right"/>
      </w:pPr>
      <w:r>
        <w:t>جو لوگ مروجہ ڈھانچے میں بڑائی کے مقامات پر</w:t>
      </w:r>
    </w:p>
    <w:p>
      <w:r>
        <w:rPr>
          <w:b/>
        </w:rPr>
        <w:t xml:space="preserve">[10:37] </w:t>
      </w:r>
      <w:r>
        <w:t>bethe hue hon, un ko ek chote admi ki bat mannay mein apni izzat khatre mein parti hui nazar ati hai.</w:t>
      </w:r>
    </w:p>
    <w:p>
      <w:pPr>
        <w:jc w:val="right"/>
      </w:pPr>
      <w:r>
        <w:t>بیٹھے ہوئے ہوں، ان کو ایک چھوٹے آدمی کی بات ماننے میں اپنی عزت خطرے میں پڑتی ہوئی نظر آتی ہے۔</w:t>
      </w:r>
    </w:p>
    <w:p>
      <w:r>
        <w:rPr>
          <w:b/>
        </w:rPr>
        <w:t xml:space="preserve">[10:48] </w:t>
      </w:r>
      <w:r>
        <w:t>yeh ehsas un ke andar ghamand ki nafsiyat jaga deta hai.</w:t>
      </w:r>
    </w:p>
    <w:p>
      <w:pPr>
        <w:jc w:val="right"/>
      </w:pPr>
      <w:r>
        <w:t>یہ احساس ان کے اندر گھمنڈ کی نفسیات جگا دیتا ہے۔</w:t>
      </w:r>
    </w:p>
    <w:p>
      <w:r>
        <w:rPr>
          <w:b/>
        </w:rPr>
        <w:t xml:space="preserve">[10:54] </w:t>
      </w:r>
      <w:r>
        <w:t>daii ko woh apne muqable mein haqeer samajh kar us ki dawat ko nazar andaz kar dete hain. Isi tarah dunyawe mufadat ka sawal bhi qabool haq mein rakawat ban jata hai kyunke haq ka dai marwja dhanchay ka numainda nahi hota.</w:t>
      </w:r>
    </w:p>
    <w:p>
      <w:pPr>
        <w:jc w:val="right"/>
      </w:pPr>
      <w:r>
        <w:t>داعی کو وہ اپنے مقابلے میں حقیر سمجھ کر اس کی دعوت کو نظر انداز کر دیتے ہیں۔ اسی طرح دنیاوی مفادات کا سوال بھی قبول حق میں رکاوٹ بن جاتا ہے کیونکہ حق کا داعی مروجہ ڈھانچے کا نمائندہ نہیں ہوتا۔</w:t>
      </w:r>
    </w:p>
    <w:p>
      <w:r>
        <w:rPr>
          <w:b/>
        </w:rPr>
        <w:t xml:space="preserve">[11:15] </w:t>
      </w:r>
      <w:r>
        <w:t>woh ek nai aur ghair manoos awaz ko le kar uthta hai, is liye us ko mannay ki surat mein logon ko apne mufadat ka dhancha totta hua nazar ata hai.</w:t>
      </w:r>
    </w:p>
    <w:p>
      <w:pPr>
        <w:jc w:val="right"/>
      </w:pPr>
      <w:r>
        <w:t>وہ ایک نئی اور غیر مانوس آواز کو لے کر اٹھتا ہے، اس لیے اس کو ماننے کی صورت میں لوگوں کو اپنے مفادات کا ڈھانچہ ٹوٹتا ہوا نظر آتا ہے۔</w:t>
      </w:r>
    </w:p>
    <w:p>
      <w:r>
        <w:rPr>
          <w:b/>
        </w:rPr>
        <w:t xml:space="preserve">[11:32] </w:t>
      </w:r>
      <w:r>
        <w:t>yahi woh</w:t>
      </w:r>
    </w:p>
    <w:p>
      <w:pPr>
        <w:jc w:val="right"/>
      </w:pPr>
      <w:r>
        <w:t>یہی وہ</w:t>
      </w:r>
    </w:p>
    <w:p>
      <w:r>
        <w:rPr>
          <w:b/>
        </w:rPr>
        <w:t xml:space="preserve">[11:33] </w:t>
      </w:r>
      <w:r>
        <w:t>mani کیفیت hai jis ko quran mein mohar lagane se taabeer kiya gaya hai. Jo log dawat haq ke mamle ko sanjeeda mamla na samjhein,</w:t>
      </w:r>
    </w:p>
    <w:p>
      <w:pPr>
        <w:jc w:val="right"/>
      </w:pPr>
      <w:r>
        <w:t>معنی کیفیت ہے جس کو قرآن میں مہر لگانے سے تعبیر کیا گیا ہے۔ جو لوگ دعوت حق کے معاملے کو سنجیدہ معاملہ نہ سمجھیں،</w:t>
      </w:r>
    </w:p>
    <w:p>
      <w:r>
        <w:rPr>
          <w:b/>
        </w:rPr>
        <w:t xml:space="preserve">[11:49] </w:t>
      </w:r>
      <w:r>
        <w:t>jo ghamand aur dunya prasti ki nafsiyat mein mubtala hon,</w:t>
      </w:r>
    </w:p>
    <w:p>
      <w:pPr>
        <w:jc w:val="right"/>
      </w:pPr>
      <w:r>
        <w:t>جو گھمنڈ اور دنیا پرستی کی نفسیات میں مبتلا ہوں،</w:t>
      </w:r>
    </w:p>
    <w:p>
      <w:r>
        <w:rPr>
          <w:b/>
        </w:rPr>
        <w:t xml:space="preserve">[11:53] </w:t>
      </w:r>
      <w:r>
        <w:t>un ke zehn ke upar aise ghair mahsoos parde par jate hain jo haq baat ko un ke zehn mein dakhil nahi hone detey.</w:t>
      </w:r>
    </w:p>
    <w:p>
      <w:pPr>
        <w:jc w:val="right"/>
      </w:pPr>
      <w:r>
        <w:t>ان کے ذہن کے اوپر ایسے غیر محسوس پردے پڑ جاتے ہیں جو حق بات کو ان کے ذہن میں داخل نہیں ہونے دیتے۔</w:t>
      </w:r>
    </w:p>
    <w:p>
      <w:r>
        <w:rPr>
          <w:b/>
        </w:rPr>
        <w:t xml:space="preserve">[12:07] </w:t>
      </w:r>
      <w:r>
        <w:t>kisi cheez ke bare mein admi ke andar</w:t>
      </w:r>
    </w:p>
    <w:p>
      <w:pPr>
        <w:jc w:val="right"/>
      </w:pPr>
      <w:r>
        <w:t>کسی چیز کے بارے میں آدمی کے اندر</w:t>
      </w:r>
    </w:p>
    <w:p>
      <w:r>
        <w:rPr>
          <w:b/>
        </w:rPr>
        <w:t xml:space="preserve">[12:11] </w:t>
      </w:r>
      <w:r>
        <w:t>mukhalifana nafsiyat jaag uthein to us ke baad woh us ki maqooliyat ko samajh nahi pata, khwah us ke haq mein kitne hi wazeh dalail pesh kiye ja rahe hon.</w:t>
      </w:r>
    </w:p>
    <w:p>
      <w:pPr>
        <w:jc w:val="right"/>
      </w:pPr>
      <w:r>
        <w:t>مخالفانہ نفسیات جاگ اٹھیں تو اس کے بعد وہ اس کی معقولیت کو سمجھ نہیں پاتا، خواہ اس کے حق میں کتنے ہی واضح دلائل پیش کیے جا رہے ہوں۔</w:t>
      </w:r>
    </w:p>
    <w:p>
      <w:r>
        <w:rPr>
          <w:b/>
        </w:rPr>
        <w:t xml:space="preserve">[12:29] </w:t>
      </w:r>
      <w:r>
        <w:t>waminannasi man yaqoolu aamanna billahi wabil yawmi al aakhiri wama hum bimuminin yukhadioon allaha</w:t>
      </w:r>
    </w:p>
    <w:p>
      <w:pPr>
        <w:jc w:val="right"/>
      </w:pPr>
      <w:r>
        <w:t>ومن الناس من یقول آمنا باللہ وبالیوم الآخر وما هم بمؤمنین یخادعون اللہ</w:t>
      </w:r>
    </w:p>
    <w:p>
      <w:r>
        <w:rPr>
          <w:b/>
        </w:rPr>
        <w:t xml:space="preserve">[12:45] </w:t>
      </w:r>
      <w:r>
        <w:t>wallazeena aamanoo wama yakhda'oona illa</w:t>
      </w:r>
    </w:p>
    <w:p>
      <w:pPr>
        <w:jc w:val="right"/>
      </w:pPr>
      <w:r>
        <w:t>والذین آمنوا وما یخدعون الا</w:t>
      </w:r>
    </w:p>
    <w:p>
      <w:r>
        <w:rPr>
          <w:b/>
        </w:rPr>
        <w:t xml:space="preserve">[12:52] </w:t>
      </w:r>
      <w:r>
        <w:t>anfusahum wama yash'uroon fi quloobihim maradun fazadahumullahu maradan waluhum azabun aleemun</w:t>
      </w:r>
    </w:p>
    <w:p>
      <w:pPr>
        <w:jc w:val="right"/>
      </w:pPr>
      <w:r>
        <w:t>انفسهم وما یشعرون فی قلوبهم مرض فزادهم اللہ مرضا ولهم عذاب علیم</w:t>
      </w:r>
    </w:p>
    <w:p>
      <w:r>
        <w:rPr>
          <w:b/>
        </w:rPr>
        <w:t xml:space="preserve">[13:09] </w:t>
      </w:r>
      <w:r>
        <w:t>bima kanoo yakziboon waiza qeela lahum la tufisdoo fil ardi qalooinnamahnu muslihoon</w:t>
      </w:r>
    </w:p>
    <w:p>
      <w:pPr>
        <w:jc w:val="right"/>
      </w:pPr>
      <w:r>
        <w:t>بما كانوا یکذبون واذا قیل لہم لا تفسدوا فی الارض قالوا انما نحن مصلحون</w:t>
      </w:r>
    </w:p>
    <w:p>
      <w:r>
        <w:rPr>
          <w:b/>
        </w:rPr>
        <w:t xml:space="preserve">[13:26] </w:t>
      </w:r>
      <w:r>
        <w:t>ala innahum humul mufsidoona walakin la yash'uroon</w:t>
      </w:r>
    </w:p>
    <w:p>
      <w:pPr>
        <w:jc w:val="right"/>
      </w:pPr>
      <w:r>
        <w:t>الا انهم هم المفسدون ولكن لا یشعرون</w:t>
      </w:r>
    </w:p>
    <w:p>
      <w:r>
        <w:rPr>
          <w:b/>
        </w:rPr>
        <w:t xml:space="preserve">[13:37] </w:t>
      </w:r>
      <w:r>
        <w:t>wa iza qila lahum aaminu kama aaman alnas qalu anu'minu kama aaman al sufaha</w:t>
      </w:r>
    </w:p>
    <w:p>
      <w:pPr>
        <w:jc w:val="right"/>
      </w:pPr>
      <w:r>
        <w:t>واذا قیل لہم آمنوا كما آمن الناس قالوا أنؤمن كما آمن السفهاء</w:t>
      </w:r>
    </w:p>
    <w:p>
      <w:r>
        <w:rPr>
          <w:b/>
        </w:rPr>
        <w:t xml:space="preserve">[13:58] </w:t>
      </w:r>
      <w:r>
        <w:t>ala innahum humus sufaha'u walakin la ya'lamoon</w:t>
      </w:r>
    </w:p>
    <w:p>
      <w:pPr>
        <w:jc w:val="right"/>
      </w:pPr>
      <w:r>
        <w:t>الا انهم هم السفهاء ولكن لا يعلمون</w:t>
      </w:r>
    </w:p>
    <w:p>
      <w:r>
        <w:rPr>
          <w:b/>
        </w:rPr>
        <w:t xml:space="preserve">[14:11] </w:t>
      </w:r>
      <w:r>
        <w:t>waiza laqoo allazeena aamanoo qaloou aamanna waiza khalaw ila shayaateenihim qaloou inna ma'akum</w:t>
      </w:r>
    </w:p>
    <w:p>
      <w:pPr>
        <w:jc w:val="right"/>
      </w:pPr>
      <w:r>
        <w:t>واذا لقوا الذین آمنوا قالوا آمنا واذا خلوا الى شياطينهم قالوا انا معكم</w:t>
      </w:r>
    </w:p>
    <w:p>
      <w:r>
        <w:rPr>
          <w:b/>
        </w:rPr>
        <w:t xml:space="preserve">[14:28] </w:t>
      </w:r>
      <w:r>
        <w:t>qaloou inna ma'akum innama nahnu mustahzi'oon</w:t>
      </w:r>
    </w:p>
    <w:p>
      <w:pPr>
        <w:jc w:val="right"/>
      </w:pPr>
      <w:r>
        <w:t>قالوا انا معكم انما نحن مستهزئون</w:t>
      </w:r>
    </w:p>
    <w:p>
      <w:r>
        <w:rPr>
          <w:b/>
        </w:rPr>
        <w:t xml:space="preserve">[14:40] </w:t>
      </w:r>
      <w:r>
        <w:t>allahu yastahzi'u bihim wayumudduhum fi tughyanihim ya'mahoon</w:t>
      </w:r>
    </w:p>
    <w:p>
      <w:pPr>
        <w:jc w:val="right"/>
      </w:pPr>
      <w:r>
        <w:t>الله يستهزئ بهم ويمدهم في طغيانهم يعمهون</w:t>
      </w:r>
    </w:p>
    <w:p>
      <w:r>
        <w:rPr>
          <w:b/>
        </w:rPr>
        <w:t xml:space="preserve">[14:50] </w:t>
      </w:r>
      <w:r>
        <w:t>ula'ikal lazeenash tarawud dalalata bil huda famaa ribiha tijaratuhum wama kanoo muhtadeen</w:t>
      </w:r>
    </w:p>
    <w:p>
      <w:pPr>
        <w:jc w:val="right"/>
      </w:pPr>
      <w:r>
        <w:t>أولئك الذين اشتروا الضلالة بالهدى فما ربحت تجارتهم وما كانوا مهتدين</w:t>
      </w:r>
    </w:p>
    <w:p>
      <w:r>
        <w:rPr>
          <w:b/>
        </w:rPr>
        <w:t xml:space="preserve">[15:05] </w:t>
      </w:r>
      <w:r>
        <w:t>aur logon mein kuch aise bhi hain jo kehte hain ke hum iman laye Allah par aur aakhirat ke din par halankey woh iman wale nahi hain.</w:t>
      </w:r>
    </w:p>
    <w:p>
      <w:pPr>
        <w:jc w:val="right"/>
      </w:pPr>
      <w:r>
        <w:t>اور لوگوں میں کچھ ایسے بھی ہیں جو کہتے ہیں کہ ہم ایمان لائے اللہ پر اور آخرت کے دن پر حالانکہ وہ ایمان والے نہیں ہیں۔</w:t>
      </w:r>
    </w:p>
    <w:p>
      <w:r>
        <w:rPr>
          <w:b/>
        </w:rPr>
        <w:t xml:space="preserve">[15:20] </w:t>
      </w:r>
      <w:r>
        <w:t>woh Allah ko aur momineen ko dhoka dena chahte hain</w:t>
      </w:r>
    </w:p>
    <w:p>
      <w:pPr>
        <w:jc w:val="right"/>
      </w:pPr>
      <w:r>
        <w:t>وہ اللہ کو اور مومنین کو دھوکہ دینا چاہتے ہیں</w:t>
      </w:r>
    </w:p>
    <w:p>
      <w:r>
        <w:rPr>
          <w:b/>
        </w:rPr>
        <w:t xml:space="preserve">[15:26] </w:t>
      </w:r>
      <w:r>
        <w:t>magar woh sirf apne aap ko dhoka de rahe hain aur woh is ka shaoor nahi rakhte. Un ke dilon mein rog hai to Allah ne un ke rog ko barha diya aur un ke liye</w:t>
      </w:r>
    </w:p>
    <w:p>
      <w:pPr>
        <w:jc w:val="right"/>
      </w:pPr>
      <w:r>
        <w:t>مگر وہ صرف اپنے آپ کو دھوکہ دے رہے ہیں اور وہ اس کا شعور نہیں رکھتے۔ ان کے دلوں میں روگ ہے تو اللہ نے ان کے روگ کو بڑھا دیا اور ان کے لیے</w:t>
      </w:r>
    </w:p>
    <w:p>
      <w:r>
        <w:rPr>
          <w:b/>
        </w:rPr>
        <w:t xml:space="preserve">[15:43] </w:t>
      </w:r>
      <w:r>
        <w:t>dardnak azab hai is waja se ke wo jhoot kehte thay. Aur jab un se kaha jata hai ke zameen mein fasad na karo to wo jawab dete hain ke hum to islaah karne wale hain.</w:t>
      </w:r>
    </w:p>
    <w:p>
      <w:pPr>
        <w:jc w:val="right"/>
      </w:pPr>
      <w:r>
        <w:t>دردناک عذاب ہے اس وجہ سے کہ وہ جھوٹ کہتے تھے۔ اور جب ان سے کہا جاتا ہے کہ زمین میں فساد نہ کرو تو وہ جواب دیتے ہیں کہ ہم تو اصلاح کرنے والے ہیں۔</w:t>
      </w:r>
    </w:p>
    <w:p>
      <w:r>
        <w:rPr>
          <w:b/>
        </w:rPr>
        <w:t xml:space="preserve">[16:00] </w:t>
      </w:r>
      <w:r>
        <w:t>Aagah yahi log fasad karne wale hain magar wo nahi samajhte. Aur jab un se kaha jata hai ke tum bhi isi tarah iman le aao jis tarah aur log iman laye hain</w:t>
      </w:r>
    </w:p>
    <w:p>
      <w:pPr>
        <w:jc w:val="right"/>
      </w:pPr>
      <w:r>
        <w:t>آگاہ یہی لوگ فساد کرنے والے ہیں مگر وہ نہیں سمجھتے۔ اور جب ان سے کہا جاتا ہے کہ تم بھی اسی طرح ایمان لے آؤ جس طرح اور لوگ ایمان لائے ہیں</w:t>
      </w:r>
    </w:p>
    <w:p>
      <w:r>
        <w:rPr>
          <w:b/>
        </w:rPr>
        <w:t xml:space="preserve">[16:16] </w:t>
      </w:r>
      <w:r>
        <w:t>to kehte hain ke kya hum is tarah iman layen jis tarah bewaqoof log iman laye hain? Aagah ke bewaqoof yahi log hain magar wo nahi jante.</w:t>
      </w:r>
    </w:p>
    <w:p>
      <w:pPr>
        <w:jc w:val="right"/>
      </w:pPr>
      <w:r>
        <w:t>تو کہتے ہیں کہ کیا ہم اس طرح ایمان لائیں جس طرح بے وقوف لوگ ایمان لائے ہیں؟ آگاہ کہ بے وقوف یہی لوگ ہیں مگر وہ نہیں جانتے۔</w:t>
      </w:r>
    </w:p>
    <w:p>
      <w:r>
        <w:rPr>
          <w:b/>
        </w:rPr>
        <w:t xml:space="preserve">[16:31] </w:t>
      </w:r>
      <w:r>
        <w:t>Aur jab wo iman walon se milte hain to kehte hain</w:t>
      </w:r>
    </w:p>
    <w:p>
      <w:pPr>
        <w:jc w:val="right"/>
      </w:pPr>
      <w:r>
        <w:t>اور جب وہ ایمان والوں سے ملتے ہیں تو کہتے ہیں</w:t>
      </w:r>
    </w:p>
    <w:p>
      <w:r>
        <w:rPr>
          <w:b/>
        </w:rPr>
        <w:t xml:space="preserve">[16:35] </w:t>
      </w:r>
      <w:r>
        <w:t>ke hum iman laye hain aur jab apne shaitanon ki majlis mein pohanchte hain to kehte hain ke hum tumhare sath hain.</w:t>
      </w:r>
    </w:p>
    <w:p>
      <w:pPr>
        <w:jc w:val="right"/>
      </w:pPr>
      <w:r>
        <w:t>کہ ہم ایمان لائے ہیں اور جب اپنے شیطانوں کی مجلس میں پہنچتے ہیں تو کہتے ہیں کہ ہم تمہارے ساتھ ہیں۔</w:t>
      </w:r>
    </w:p>
    <w:p>
      <w:r>
        <w:rPr>
          <w:b/>
        </w:rPr>
        <w:t xml:space="preserve">[16:46] </w:t>
      </w:r>
      <w:r>
        <w:t>Hum to un se mahaz hansi karte hain. Allah un se hansi kar raha hai aur un ko un ki sarkashi mein dheel de raha hai.</w:t>
      </w:r>
    </w:p>
    <w:p>
      <w:pPr>
        <w:jc w:val="right"/>
      </w:pPr>
      <w:r>
        <w:t>ہم تو ان سے محض ہنسی کرتے ہیں۔ اللہ ان سے ہنسی کر رہا ہے اور ان کو ان کی سرکشی میں ڈھیل دے رہا ہے۔</w:t>
      </w:r>
    </w:p>
    <w:p>
      <w:r>
        <w:rPr>
          <w:b/>
        </w:rPr>
        <w:t xml:space="preserve">[16:58] </w:t>
      </w:r>
      <w:r>
        <w:t>Wo bhatakte phir rahe hain. Ye wo log hain jinhone rah ke badle gumrahi khareedi to un ki tijarat sudmand na hui aur wo na hue rah pane wale.</w:t>
      </w:r>
    </w:p>
    <w:p>
      <w:pPr>
        <w:jc w:val="right"/>
      </w:pPr>
      <w:r>
        <w:t>وہ بھٹکتے پھر رہے ہیں۔ یہ وہ لوگ ہیں جنہوں نے راہ کے بدلے گمراہی خریدی تو ان کی تجارت سودمند نہ ہوئی اور وہ نہ ہوئے راہ پانے والے۔</w:t>
      </w:r>
    </w:p>
    <w:p>
      <w:r>
        <w:rPr>
          <w:b/>
        </w:rPr>
        <w:t xml:space="preserve">[17:16] </w:t>
      </w:r>
      <w:r>
        <w:t>Tashreeh. Jo log faidon aur maslehaton ko awwaleen ahmiyat diye hue hote hain, un ke nazdeek ye nadani ki baat hoti hai ke koi shakhs tahaffuzat ke baghair apne aap ko</w:t>
      </w:r>
    </w:p>
    <w:p>
      <w:pPr>
        <w:jc w:val="right"/>
      </w:pPr>
      <w:r>
        <w:t>تشریح۔ جو لوگ فائدوں اور مصلحتوں کو اولین اہمیت دیے ہوئے ہوتے ہیں، ان کے نزدیک یہ نادانی کی بات ہوتی ہے کہ کوئی شخص تحفظات کے بغیر اپنے آپ کو</w:t>
      </w:r>
    </w:p>
    <w:p>
      <w:r>
        <w:rPr>
          <w:b/>
        </w:rPr>
        <w:t xml:space="preserve">[17:34] </w:t>
      </w:r>
      <w:r>
        <w:t>hamta haq ke hawale kar de. Aise logon ki haqeeqi wafadariyan apne dunyawi mafadat ke sath hoti hain.</w:t>
      </w:r>
    </w:p>
    <w:p>
      <w:pPr>
        <w:jc w:val="right"/>
      </w:pPr>
      <w:r>
        <w:t>ہمتا حق کے حوالے کر دے۔ ایسے لوگوں کی حقیقی وفاداریاں اپنے دنیاوی مفادات کے ساتھ ہوتی ہیں۔</w:t>
      </w:r>
    </w:p>
    <w:p>
      <w:r>
        <w:rPr>
          <w:b/>
        </w:rPr>
        <w:t xml:space="preserve">[17:46] </w:t>
      </w:r>
      <w:r>
        <w:t>Albatta isi ke sath wo haq se bhi</w:t>
      </w:r>
    </w:p>
    <w:p>
      <w:pPr>
        <w:jc w:val="right"/>
      </w:pPr>
      <w:r>
        <w:t>البتہ اسی کے ساتھ وہ حق سے بھی</w:t>
      </w:r>
    </w:p>
    <w:p>
      <w:r>
        <w:rPr>
          <w:b/>
        </w:rPr>
        <w:t xml:space="preserve">[17:50] </w:t>
      </w:r>
      <w:r>
        <w:t>apna ek zahiri rishta qaim kar lete hain. Is ko wo aqalmandi samajhte hain. Wo samajhte hain ke is tarah un ki dunya bhi mehfooz hai aur isi ke sath un ko haq parasti ka tanbeh bhi hasil hai.</w:t>
      </w:r>
    </w:p>
    <w:p>
      <w:pPr>
        <w:jc w:val="right"/>
      </w:pPr>
      <w:r>
        <w:t>اپنا ایک ظاہری رشتہ قائم کر لیتے ہیں۔ اس کو وہ عقلمندی سمجھتے ہیں۔ وہ سمجھتے ہیں کہ اس طرح ان کی دنیا بھی محفوظ ہے اور اسی کے ساتھ ان کو حق پرستی کا تنبہ بھی حاصل ہے۔</w:t>
      </w:r>
    </w:p>
    <w:p>
      <w:r>
        <w:rPr>
          <w:b/>
        </w:rPr>
        <w:t xml:space="preserve">[18:10] </w:t>
      </w:r>
      <w:r>
        <w:t>Magar ye ek aisi khush fehmi hai jo sirf aadmi ke apne dimagh mein hoti hai. Is ke dimagh ke bahar kahin is ka wajood nahi hota.</w:t>
      </w:r>
    </w:p>
    <w:p>
      <w:pPr>
        <w:jc w:val="right"/>
      </w:pPr>
      <w:r>
        <w:t>مگر یہ ایک ایسی خوش فہمی ہے جو صرف آدمی کے اپنے دماغ میں ہوتی ہے۔ اس کے دماغ کے باہر کہیں اس کا وجود نہیں ہوتا۔</w:t>
      </w:r>
    </w:p>
    <w:p>
      <w:r>
        <w:rPr>
          <w:b/>
        </w:rPr>
        <w:t xml:space="preserve">[18:27] </w:t>
      </w:r>
      <w:r>
        <w:t>Azmaish ka har mauqa un ko</w:t>
      </w:r>
    </w:p>
    <w:p>
      <w:pPr>
        <w:jc w:val="right"/>
      </w:pPr>
      <w:r>
        <w:t>آزمائش کا ہر موقع ان کو</w:t>
      </w:r>
    </w:p>
    <w:p>
      <w:r>
        <w:rPr>
          <w:b/>
        </w:rPr>
        <w:t xml:space="preserve">[18:30] </w:t>
      </w:r>
      <w:r>
        <w:t>sache deen se kuch aur door aur apne mafad parastana deen se kuch aur qareeb kar deta hai.</w:t>
      </w:r>
    </w:p>
    <w:p>
      <w:pPr>
        <w:jc w:val="right"/>
      </w:pPr>
      <w:r>
        <w:t>سچے دین سے کچھ اور دور اور اپنے مفاد پرستانہ دین سے کچھ اور قریب کر دیتا ہے۔</w:t>
      </w:r>
    </w:p>
    <w:p>
      <w:r>
        <w:rPr>
          <w:b/>
        </w:rPr>
        <w:t xml:space="preserve">[18:39] </w:t>
      </w:r>
      <w:r>
        <w:t>Is tarah goya un ke nifaq ka marz barhta rehta hai. Aise log</w:t>
      </w:r>
    </w:p>
    <w:p>
      <w:pPr>
        <w:jc w:val="right"/>
      </w:pPr>
      <w:r>
        <w:t>اس طرح گویا ان کے نفاق کا مرض بڑھتا رہتا ہے۔ ایسے لوگ</w:t>
      </w:r>
    </w:p>
    <w:p>
      <w:r>
        <w:rPr>
          <w:b/>
        </w:rPr>
        <w:t xml:space="preserve">[18:46] </w:t>
      </w:r>
      <w:r>
        <w:t>jab sache musalmanon ko dekhte hain to un ka ehsas ye hota hai ke wo khwamkhwah sachai ki khatir apne ko barbaad kar rahe hain.</w:t>
      </w:r>
    </w:p>
    <w:p>
      <w:pPr>
        <w:jc w:val="right"/>
      </w:pPr>
      <w:r>
        <w:t>جب سچے مسلمانوں کو دیکھتے ہیں تو ان کا احساس یہ ہوتا ہے کہ وہ خوامخواہ سچائی کی خاطر اپنے کو برباد کر رہے ہیں۔</w:t>
      </w:r>
    </w:p>
    <w:p>
      <w:r>
        <w:rPr>
          <w:b/>
        </w:rPr>
        <w:t xml:space="preserve">[19:00] </w:t>
      </w:r>
      <w:r>
        <w:t>Is ke muqable mein</w:t>
      </w:r>
    </w:p>
    <w:p>
      <w:pPr>
        <w:jc w:val="right"/>
      </w:pPr>
      <w:r>
        <w:t>اس کے مقابلے میں</w:t>
      </w:r>
    </w:p>
    <w:p>
      <w:r>
        <w:rPr>
          <w:b/>
        </w:rPr>
        <w:t xml:space="preserve">[19:02] </w:t>
      </w:r>
      <w:r>
        <w:t>apne tareeqe ko wo islaah ka tareeqa kehte hain kyunke un ko nazar aata hai ke is tarah kisi se jhagda mol liye baghair apne safar ko kamiyabi ke sath tay kiya ja sakta hai.</w:t>
      </w:r>
    </w:p>
    <w:p>
      <w:pPr>
        <w:jc w:val="right"/>
      </w:pPr>
      <w:r>
        <w:t>اپنے طریقے کو وہ اصلاح کا طریقہ کہتے ہیں کیونکہ ان کو نظر آتا ہے کہ اس طرح کسی سے جھگڑا مول لیے بغیر اپنے سفر کو کامیابی کے ساتھ طے کیا جا سکتا ہے۔</w:t>
      </w:r>
    </w:p>
    <w:p>
      <w:r>
        <w:rPr>
          <w:b/>
        </w:rPr>
        <w:t xml:space="preserve">[19:22] </w:t>
      </w:r>
      <w:r>
        <w:t>Magar ye sirf be shaoori ki baat hai. Agar wo gehrai ke sath sochein to un par khulega ke islaah ye hai ke bande sirf apne rab ke ho jayen.</w:t>
      </w:r>
    </w:p>
    <w:p>
      <w:pPr>
        <w:jc w:val="right"/>
      </w:pPr>
      <w:r>
        <w:t>مگر یہ صرف بے شعوری کی بات ہے۔ اگر وہ گہرائی کے ساتھ سوچیں تو ان پر کھلے گا کہ اصلاح یہ ہے کہ بندے صرف اپنے رب کے ہو جائیں۔</w:t>
      </w:r>
    </w:p>
    <w:p>
      <w:r>
        <w:rPr>
          <w:b/>
        </w:rPr>
        <w:t xml:space="preserve">[19:37] </w:t>
      </w:r>
      <w:r>
        <w:t>Is ke baraks fasad ye hai ke Khuda aur bande ke talluq ko</w:t>
      </w:r>
    </w:p>
    <w:p>
      <w:pPr>
        <w:jc w:val="right"/>
      </w:pPr>
      <w:r>
        <w:t>اس کے برعکس فساد یہ ہے کہ خدا اور بندے کے تعلق کو</w:t>
      </w:r>
    </w:p>
    <w:p>
      <w:r>
        <w:rPr>
          <w:b/>
        </w:rPr>
        <w:t xml:space="preserve">[19:43] </w:t>
      </w:r>
      <w:r>
        <w:t>durust karne ke liye jo tehreek chale, us mein rore atkaye jayen. Un ka ye bazahir nafe ka sauda haqeeqatan ghaate ka sauda hai kyunke wo be amez haq ko chhod kar</w:t>
      </w:r>
    </w:p>
    <w:p>
      <w:pPr>
        <w:jc w:val="right"/>
      </w:pPr>
      <w:r>
        <w:t>درست کرنے کے لیے جو تحریک چلے، اس میں روڑے اٹکائے جائیں۔ ان کا یہ بظاہر نفع کا سودا حقیقتاً گھاٹے کا سودا ہے کیونکہ وہ بے آمیز حق کو چھوڑ کر</w:t>
      </w:r>
    </w:p>
    <w:p>
      <w:r>
        <w:rPr>
          <w:b/>
        </w:rPr>
        <w:t xml:space="preserve">[20:01] </w:t>
      </w:r>
      <w:r>
        <w:t>melaoti haq ko apne liye pasand kar rahe hain jo kisi ke kuch kaam aane wala nahi. Apne dunyawi mamlat mein hoshiyar rehna aur akhirat ke mamle mein</w:t>
      </w:r>
    </w:p>
    <w:p>
      <w:pPr>
        <w:jc w:val="right"/>
      </w:pPr>
      <w:r>
        <w:t>ملاوٹی حق کو اپنے لیے پسند کر رہے ہیں جو کسی کے کچھ کام آنے والا نہیں۔ اپنے دنیاوی معاملات میں ہوشیار رہنا اور آخرت کے معاملے میں</w:t>
      </w:r>
    </w:p>
    <w:p>
      <w:r>
        <w:rPr>
          <w:b/>
        </w:rPr>
        <w:t xml:space="preserve">[20:17] </w:t>
      </w:r>
      <w:r>
        <w:t>sarsari tawaqqoat ko kafi samajhna goya Khuda ke samne jhoot bolna hai. Jo log aisa karein, un ko bohat jald maloom ho jayega ke is qism ki jhooti zindagi aadmi ko Allah ke yahan</w:t>
      </w:r>
    </w:p>
    <w:p>
      <w:pPr>
        <w:jc w:val="right"/>
      </w:pPr>
      <w:r>
        <w:t>سرسری توقعات کو کافی سمجھنا گویا خدا کے سامنے جھوٹ بولنا ہے۔ جو لوگ ایسا کریں، ان کو بہت جلد معلوم ہو جائے گا کہ اس قسم کی جھوٹی زندگی آدمی کو اللہ کے یہاں</w:t>
      </w:r>
    </w:p>
    <w:p>
      <w:r>
        <w:rPr>
          <w:b/>
        </w:rPr>
        <w:t xml:space="preserve">[20:35] </w:t>
      </w:r>
      <w:r>
        <w:t>azab ke siwa kisi aur cheez ka mustahiq nahi banati. Masaluhum kamasalil lazi istawqada narann falamma</w:t>
      </w:r>
    </w:p>
    <w:p>
      <w:pPr>
        <w:jc w:val="right"/>
      </w:pPr>
      <w:r>
        <w:t>عذاب کے سوا کسی اور چیز کا مستحق نہیں بناتی۔ مَثَلُهُمْ كَمَثَلِ الَّذِي استَوْقَدَ نَارًا فلما</w:t>
      </w:r>
    </w:p>
    <w:p>
      <w:r>
        <w:rPr>
          <w:b/>
        </w:rPr>
        <w:t xml:space="preserve">[20:54] </w:t>
      </w:r>
      <w:r>
        <w:t>adaat ma hawlahu zahab Allah binurihi wa tarakahum wa tarakahum fi zulumatin la yubsiroon</w:t>
      </w:r>
    </w:p>
    <w:p>
      <w:pPr>
        <w:jc w:val="right"/>
      </w:pPr>
      <w:r>
        <w:t>أضاءت ما حوله ذهب الله بنورهم وتركهم وتركهم في ظلمات لا يبصرون</w:t>
      </w:r>
    </w:p>
    <w:p>
      <w:r>
        <w:rPr>
          <w:b/>
        </w:rPr>
        <w:t xml:space="preserve">[21:10] </w:t>
      </w:r>
      <w:r>
        <w:t>sum bukm un fahum la yarjiun au kasayyib min as-sama'i fihi zulumat</w:t>
      </w:r>
    </w:p>
    <w:p>
      <w:pPr>
        <w:jc w:val="right"/>
      </w:pPr>
      <w:r>
        <w:t>صم بكم عمي فهم لا يرجعون أو كصيب من السماء فيه ظلمات</w:t>
      </w:r>
    </w:p>
    <w:p>
      <w:r>
        <w:rPr>
          <w:b/>
        </w:rPr>
        <w:t xml:space="preserve">[21:27] </w:t>
      </w:r>
      <w:r>
        <w:t>wa ra'dun wa barqun yaj'aluna asabi'ahum fi</w:t>
      </w:r>
    </w:p>
    <w:p>
      <w:pPr>
        <w:jc w:val="right"/>
      </w:pPr>
      <w:r>
        <w:t>ورعد وبرق يجعلون أصابعهم في</w:t>
      </w:r>
    </w:p>
    <w:p>
      <w:r>
        <w:rPr>
          <w:b/>
        </w:rPr>
        <w:t xml:space="preserve">[21:35] </w:t>
      </w:r>
      <w:r>
        <w:t>adhanihim yaj'aluna asabi'ahum fi</w:t>
      </w:r>
    </w:p>
    <w:p>
      <w:pPr>
        <w:jc w:val="right"/>
      </w:pPr>
      <w:r>
        <w:t>آذانهم يجعلون أصابعهم في</w:t>
      </w:r>
    </w:p>
    <w:p>
      <w:r>
        <w:rPr>
          <w:b/>
        </w:rPr>
        <w:t xml:space="preserve">[21:43] </w:t>
      </w:r>
      <w:r>
        <w:t>adhanihim min as-sa'wa'iqi hadhar al-mawt wallahu muhi'tun bil-kafirin</w:t>
      </w:r>
    </w:p>
    <w:p>
      <w:pPr>
        <w:jc w:val="right"/>
      </w:pPr>
      <w:r>
        <w:t>آذانهم من الصواعق حذر الموت والله محيط بالكافرين</w:t>
      </w:r>
    </w:p>
    <w:p>
      <w:r>
        <w:rPr>
          <w:b/>
        </w:rPr>
        <w:t xml:space="preserve">[21:58] </w:t>
      </w:r>
      <w:r>
        <w:t>yakad al-barqu yakh'tafu absarahum kullama ada'a lahum mashaw fihi wa idha azlama 'alayhim</w:t>
      </w:r>
    </w:p>
    <w:p>
      <w:pPr>
        <w:jc w:val="right"/>
      </w:pPr>
      <w:r>
        <w:t>يكاد البرق يخطف أبصارهم كلما أضاء لهم مشوا فيه وإذا أظلم عليهم</w:t>
      </w:r>
    </w:p>
    <w:p>
      <w:r>
        <w:rPr>
          <w:b/>
        </w:rPr>
        <w:t xml:space="preserve">[22:15] </w:t>
      </w:r>
      <w:r>
        <w:t>qamu wa law sha'a allahu la dhahaba bisam'ihim wa absarihim innallaha 'ala kulli shay'in qadir</w:t>
      </w:r>
    </w:p>
    <w:p>
      <w:pPr>
        <w:jc w:val="right"/>
      </w:pPr>
      <w:r>
        <w:t>قاموا ولو شاء الله لذهب بسمعهم وأبصارهم إن الله على كل شيء قدير</w:t>
      </w:r>
    </w:p>
    <w:p>
      <w:r>
        <w:rPr>
          <w:b/>
        </w:rPr>
        <w:t xml:space="preserve">[22:37] </w:t>
      </w:r>
      <w:r>
        <w:t>un ki misal aisi hai jaise ek shakhs ne aag jalai. jab aag ne is ke arad gird ko roshan kar diya to Allah ne un ki benai salb kar li aur un ko</w:t>
      </w:r>
    </w:p>
    <w:p>
      <w:pPr>
        <w:jc w:val="right"/>
      </w:pPr>
      <w:r>
        <w:t>ان کی مثال ایسی ہے جیسے ایک شخص نے آگ جلائی۔ جب آگ نے اس کے ارد گرد کو روشن کر دیا تو اللہ نے ان کی بینائی سلب کر لی اور ان کو</w:t>
      </w:r>
    </w:p>
    <w:p>
      <w:r>
        <w:rPr>
          <w:b/>
        </w:rPr>
        <w:t xml:space="preserve">[22:53] </w:t>
      </w:r>
      <w:r>
        <w:t>andhere mein chhod diya ke un ko kuch nazar nahi ata. woh bahre hain, goonge hain, andhe hain.</w:t>
      </w:r>
    </w:p>
    <w:p>
      <w:pPr>
        <w:jc w:val="right"/>
      </w:pPr>
      <w:r>
        <w:t>اندھیرے میں چھوڑ دیا کہ ان کو کچھ نظر نہیں آتا۔ وہ بہرے ہیں، گونگے ہیں، اندھے ہیں۔</w:t>
      </w:r>
    </w:p>
    <w:p>
      <w:r>
        <w:rPr>
          <w:b/>
        </w:rPr>
        <w:t xml:space="preserve">[23:03] </w:t>
      </w:r>
      <w:r>
        <w:t>ab yeh lautne wale nahi. ya un ki misal aisi hai jaise</w:t>
      </w:r>
    </w:p>
    <w:p>
      <w:pPr>
        <w:jc w:val="right"/>
      </w:pPr>
      <w:r>
        <w:t>اب یہ لوٹنے والے نہیں۔ یا ان کی مثال ایسی ہے جیسے</w:t>
      </w:r>
    </w:p>
    <w:p>
      <w:r>
        <w:rPr>
          <w:b/>
        </w:rPr>
        <w:t xml:space="preserve">[23:09] </w:t>
      </w:r>
      <w:r>
        <w:t>aasman se barish ho rahi ho, is mein tariki bhi ho aur garaj chamak bhi. woh kark se dar kar maut se bachne ke liye apni ungliyan apne kano mein thons rahe hon,</w:t>
      </w:r>
    </w:p>
    <w:p>
      <w:pPr>
        <w:jc w:val="right"/>
      </w:pPr>
      <w:r>
        <w:t>آسمان سے بارش ہو رہی ہو، اس میں تاریکی بھی ہو اور گرج چمک بھی۔ وہ کڑک سے ڈر کر موت سے بچنے کے لیے اپنی انگلیاں اپنے کانوں میں ٹھونس رہے ہوں،</w:t>
      </w:r>
    </w:p>
    <w:p>
      <w:r>
        <w:rPr>
          <w:b/>
        </w:rPr>
        <w:t xml:space="preserve">[23:29] </w:t>
      </w:r>
      <w:r>
        <w:t>halanke Allah munkiron ko apne ghere mein liye hue hain. qareeb hai ke bijli un ki nigahon ko achak le.</w:t>
      </w:r>
    </w:p>
    <w:p>
      <w:pPr>
        <w:jc w:val="right"/>
      </w:pPr>
      <w:r>
        <w:t>حالانکہ اللہ منکروں کو اپنے گھیرے میں لیے ہوئے ہیں۔ قریب ہے کہ بجلی ان کی نگاہوں کو اچک لے۔</w:t>
      </w:r>
    </w:p>
    <w:p>
      <w:r>
        <w:rPr>
          <w:b/>
        </w:rPr>
        <w:t xml:space="preserve">[23:39] </w:t>
      </w:r>
      <w:r>
        <w:t>jab bhi un par bijli chamakti hai, is mein woh chal padte hain aur jab</w:t>
      </w:r>
    </w:p>
    <w:p>
      <w:pPr>
        <w:jc w:val="right"/>
      </w:pPr>
      <w:r>
        <w:t>جب بھی ان پر بجلی چمکتی ہے، اس میں وہ چل پڑتے ہیں اور جب</w:t>
      </w:r>
    </w:p>
    <w:p>
      <w:r>
        <w:rPr>
          <w:b/>
        </w:rPr>
        <w:t xml:space="preserve">[23:46] </w:t>
      </w:r>
      <w:r>
        <w:t>un par andhera chha jata hai to woh ruk jate hain. aur agar Allah chahe to un ke kaan aur un ki ankhon ko salb kar le.</w:t>
      </w:r>
    </w:p>
    <w:p>
      <w:pPr>
        <w:jc w:val="right"/>
      </w:pPr>
      <w:r>
        <w:t>ان پر اندھیرا چھا جاتا ہے تو وہ رک جاتے ہیں۔ اور اگر اللہ چاہے تو ان کے کان اور ان کی آنکھوں کو سلب کر لے۔</w:t>
      </w:r>
    </w:p>
    <w:p>
      <w:r>
        <w:rPr>
          <w:b/>
        </w:rPr>
        <w:t xml:space="preserve">[23:59] </w:t>
      </w:r>
      <w:r>
        <w:t>Allah yaqinan har cheez par qadir hai.</w:t>
      </w:r>
    </w:p>
    <w:p>
      <w:pPr>
        <w:jc w:val="right"/>
      </w:pPr>
      <w:r>
        <w:t>اللہ یقینا ہر چیز پر قادر ہے۔</w:t>
      </w:r>
    </w:p>
    <w:p>
      <w:r>
        <w:rPr>
          <w:b/>
        </w:rPr>
        <w:t xml:space="preserve">[24:06] </w:t>
      </w:r>
      <w:r>
        <w:t>tashreeh. kisi kamre mein kali aur safed cheezen hon to jab tak andhera hai, woh andhere mein gum rahengi.</w:t>
      </w:r>
    </w:p>
    <w:p>
      <w:pPr>
        <w:jc w:val="right"/>
      </w:pPr>
      <w:r>
        <w:t>تشریح۔ کسی کمرے میں کالی اور سفید چیزیں ہوں تو جب تک اندھیرا ہے، وہ اندھیرے میں گم رہیں گی۔</w:t>
      </w:r>
    </w:p>
    <w:p>
      <w:r>
        <w:rPr>
          <w:b/>
        </w:rPr>
        <w:t xml:space="preserve">[24:16] </w:t>
      </w:r>
      <w:r>
        <w:t>magar roshni jalate hi kali cheez kali aur safed cheez safed dikhai dene lagegi.</w:t>
      </w:r>
    </w:p>
    <w:p>
      <w:pPr>
        <w:jc w:val="right"/>
      </w:pPr>
      <w:r>
        <w:t>مگر روشنی جلاتے ہی کالی چیز کالی اور سفید چیز سفید دکھائی دینے لگے گی۔</w:t>
      </w:r>
    </w:p>
    <w:p>
      <w:r>
        <w:rPr>
          <w:b/>
        </w:rPr>
        <w:t xml:space="preserve">[24:25] </w:t>
      </w:r>
      <w:r>
        <w:t>yahi hal Allah ki taraf se uthne wali dawat-e-nubuwwat ka hai. yeh khudai roshni jab zahir hoti hai to is ke ujale mein hidayat aur zillat saaf saaf dikhai dene lagti hain.</w:t>
      </w:r>
    </w:p>
    <w:p>
      <w:pPr>
        <w:jc w:val="right"/>
      </w:pPr>
      <w:r>
        <w:t>یہی حال اللہ کی طرف سے اٹھنے والی دعوت نبوت کا ہے۔ یہ خدائی روشنی جب ظاہر ہوتی ہے تو اس کے اجالے میں ہدایت اور ذلالت صاف صاف دکھائی دینے لگتی ہیں۔</w:t>
      </w:r>
    </w:p>
    <w:p>
      <w:r>
        <w:rPr>
          <w:b/>
        </w:rPr>
        <w:t xml:space="preserve">[24:44] </w:t>
      </w:r>
      <w:r>
        <w:t>nek amal kya hai aur is ke thmarat kya hain? bura amal kya hai aur is ke thmarat kya hain?</w:t>
      </w:r>
    </w:p>
    <w:p>
      <w:pPr>
        <w:jc w:val="right"/>
      </w:pPr>
      <w:r>
        <w:t>نیک عمل کیا ہے اور اس کے ثمرات کیا ہیں؟ برا عمل کیا ہے اور اس کے ثمرات کیا ہیں؟</w:t>
      </w:r>
    </w:p>
    <w:p>
      <w:r>
        <w:rPr>
          <w:b/>
        </w:rPr>
        <w:t xml:space="preserve">[24:55] </w:t>
      </w:r>
      <w:r>
        <w:t>sab khul kar theek theek samne aa jata hai. magar</w:t>
      </w:r>
    </w:p>
    <w:p>
      <w:pPr>
        <w:jc w:val="right"/>
      </w:pPr>
      <w:r>
        <w:t>سب کھل کر ٹھیک ٹھیک سامنے آ جاتا ہے۔ مگر</w:t>
      </w:r>
    </w:p>
    <w:p>
      <w:r>
        <w:rPr>
          <w:b/>
        </w:rPr>
        <w:t xml:space="preserve">[25:01] </w:t>
      </w:r>
      <w:r>
        <w:t>jo log apne aap ko haq ke tabe karne ke bajaye haq ko apna tabe banaye hue the, woh is surat-e-hal ko dekh kar ghabra uthte hain.</w:t>
      </w:r>
    </w:p>
    <w:p>
      <w:pPr>
        <w:jc w:val="right"/>
      </w:pPr>
      <w:r>
        <w:t>جو لوگ اپنے آپ کو حق کے تابع کرنے کے بجائے حق کو اپنا تابع بنائے ہوئے تھے، وہ اس صورتحال کو دیکھ کر گھبرا اٹھتے ہیں۔</w:t>
      </w:r>
    </w:p>
    <w:p>
      <w:r>
        <w:rPr>
          <w:b/>
        </w:rPr>
        <w:t xml:space="preserve">[25:15] </w:t>
      </w:r>
      <w:r>
        <w:t>un ka chupa hua hasad aur ghamand zinda ho kar</w:t>
      </w:r>
    </w:p>
    <w:p>
      <w:pPr>
        <w:jc w:val="right"/>
      </w:pPr>
      <w:r>
        <w:t>ان کا چھپا ہوا حسد اور گھمنڈ زندہ ہو کر</w:t>
      </w:r>
    </w:p>
    <w:p>
      <w:r>
        <w:rPr>
          <w:b/>
        </w:rPr>
        <w:t xml:space="preserve">[25:20] </w:t>
      </w:r>
      <w:r>
        <w:t>un ko apni lapet mein le leta hai. khudai aaine mein apna chehra dekhte hi un ki manfi nafsiyat ubhar aati hain.</w:t>
      </w:r>
    </w:p>
    <w:p>
      <w:pPr>
        <w:jc w:val="right"/>
      </w:pPr>
      <w:r>
        <w:t>ان کو اپنی لپیٹ میں لے لیتا ہے۔ خدائی آئینے میں اپنا چہرہ دیکھتے ہی ان کی منفی نفسیات ابھر آتی ہے۔</w:t>
      </w:r>
    </w:p>
    <w:p>
      <w:r>
        <w:rPr>
          <w:b/>
        </w:rPr>
        <w:t xml:space="preserve">[25:34] </w:t>
      </w:r>
      <w:r>
        <w:t>un ke andaruni tabassubat un ke hawas par is tarah chha jate hain</w:t>
      </w:r>
    </w:p>
    <w:p>
      <w:pPr>
        <w:jc w:val="right"/>
      </w:pPr>
      <w:r>
        <w:t>ان کے اندرونی تبصبات ان کے حواس پر اس طرح چھا جاتے ہیں</w:t>
      </w:r>
    </w:p>
    <w:p>
      <w:r>
        <w:rPr>
          <w:b/>
        </w:rPr>
        <w:t xml:space="preserve">[25:39] </w:t>
      </w:r>
      <w:r>
        <w:t>ke aankh, kaan, zaban rakhte hue bhi woh aise ho jate hain goya ke woh andhe hain, woh bahre hain, woh goonge hain.</w:t>
      </w:r>
    </w:p>
    <w:p>
      <w:pPr>
        <w:jc w:val="right"/>
      </w:pPr>
      <w:r>
        <w:t>کہ آنکھ، کان، زبان رکھتے ہوئے بھی وہ ایسے ہو جاتے ہیں گویا کہ وہ اندھے ہیں، وہ بہرے ہیں، وہ گونگے ہیں۔</w:t>
      </w:r>
    </w:p>
    <w:p>
      <w:r>
        <w:rPr>
          <w:b/>
        </w:rPr>
        <w:t xml:space="preserve">[25:52] </w:t>
      </w:r>
      <w:r>
        <w:t>ab woh na to kisi pukarne wale ki pukar ko sun sakte hain,</w:t>
      </w:r>
    </w:p>
    <w:p>
      <w:pPr>
        <w:jc w:val="right"/>
      </w:pPr>
      <w:r>
        <w:t>اب وہ نہ تو کسی پکارنے والے کی پکار کو سن سکتے ہیں،</w:t>
      </w:r>
    </w:p>
    <w:p>
      <w:r>
        <w:rPr>
          <w:b/>
        </w:rPr>
        <w:t xml:space="preserve">[25:57] </w:t>
      </w:r>
      <w:r>
        <w:t>nah is ki pukaar ka jawab de sakte hain, nah kisi qism ki nishani se rehnumai haasil kar sakte hain.</w:t>
      </w:r>
    </w:p>
    <w:p>
      <w:pPr>
        <w:jc w:val="right"/>
      </w:pPr>
      <w:r>
        <w:t>نہ اس کی پکار کا جواب دے سکتے ہیں، نہ کسی قسم کی نشانی سے رہنمائی حاصل کر سکتے ہیں۔</w:t>
      </w:r>
    </w:p>
    <w:p>
      <w:r>
        <w:rPr>
          <w:b/>
        </w:rPr>
        <w:t xml:space="preserve">[26:08] </w:t>
      </w:r>
      <w:r>
        <w:t>un ke liye sahih ravaiyya tha ke woh pukaarne wale ki pukaar par ghaur karte, magar is ke bajaye unhon ne</w:t>
      </w:r>
    </w:p>
    <w:p>
      <w:pPr>
        <w:jc w:val="right"/>
      </w:pPr>
      <w:r>
        <w:t>ان کے لیے صحیح رویہ یہ تھا کہ وہ پکارنے والے کی پکار پر غور کرتے، مگر اس کے بجائے انہوں نے</w:t>
      </w:r>
    </w:p>
    <w:p>
      <w:r>
        <w:rPr>
          <w:b/>
        </w:rPr>
        <w:t xml:space="preserve">[26:19] </w:t>
      </w:r>
      <w:r>
        <w:t>is se bachne ka saada sa ilaaj yeh daryaaft kiya hai ke is ki baat ko siray se suna hi na jaaye.</w:t>
      </w:r>
    </w:p>
    <w:p>
      <w:pPr>
        <w:jc w:val="right"/>
      </w:pPr>
      <w:r>
        <w:t>اس سے بچنے کا سادہ سا علاج یہ دریافت کیا ہے کہ اس کی بات کو سرے سے سنا ہی نہ جائے۔</w:t>
      </w:r>
    </w:p>
    <w:p>
      <w:r>
        <w:rPr>
          <w:b/>
        </w:rPr>
        <w:t xml:space="preserve">[26:28] </w:t>
      </w:r>
      <w:r>
        <w:t>is ko koi ahmiyat hi na di jaaye.</w:t>
      </w:r>
    </w:p>
    <w:p>
      <w:pPr>
        <w:jc w:val="right"/>
      </w:pPr>
      <w:r>
        <w:t>اس کو کوئی اہمیت ہی نہ دی جائے۔</w:t>
      </w:r>
    </w:p>
    <w:p>
      <w:r>
        <w:rPr>
          <w:b/>
        </w:rPr>
        <w:t xml:space="preserve">[26:35] </w:t>
      </w:r>
      <w:r>
        <w:t>isi tarah ek aur nafsiaat hai jo haq ko qabool karne mein rukawat banti hai. Yeh dar ki nafsiaat hai.</w:t>
      </w:r>
    </w:p>
    <w:p>
      <w:pPr>
        <w:jc w:val="right"/>
      </w:pPr>
      <w:r>
        <w:t>اسی طرح ایک اور نفسیات ہے جو حق کو قبول کرنے میں رکاوٹ بنتی ہے۔ یہ ڈر کی نفسیات ہے۔</w:t>
      </w:r>
    </w:p>
    <w:p>
      <w:r>
        <w:rPr>
          <w:b/>
        </w:rPr>
        <w:t xml:space="preserve">[26:46] </w:t>
      </w:r>
      <w:r>
        <w:t>baarish Allah taala ki ek bohat badi nemmat hai, magar</w:t>
      </w:r>
    </w:p>
    <w:p>
      <w:pPr>
        <w:jc w:val="right"/>
      </w:pPr>
      <w:r>
        <w:t>بارش اللہ تعالیٰ کی ایک بہت بڑی نعمت ہے، مگر</w:t>
      </w:r>
    </w:p>
    <w:p>
      <w:r>
        <w:rPr>
          <w:b/>
        </w:rPr>
        <w:t xml:space="preserve">[26:52] </w:t>
      </w:r>
      <w:r>
        <w:t>baarish jab aati hai to apne saath kark aur garaj bhi le aati hai, jis se kamzor log heebat kha jaate hain.</w:t>
      </w:r>
    </w:p>
    <w:p>
      <w:pPr>
        <w:jc w:val="right"/>
      </w:pPr>
      <w:r>
        <w:t>بارش جب آتی ہے تو اپنے ساتھ کڑک اور گرج بھی لے آتی ہے، جس سے کمزور لوگ ہیبت کھا جاتے ہیں۔</w:t>
      </w:r>
    </w:p>
    <w:p>
      <w:r>
        <w:rPr>
          <w:b/>
        </w:rPr>
        <w:t xml:space="preserve">[27:03] </w:t>
      </w:r>
      <w:r>
        <w:t>isi tarah jab Allah ki taraf se haq ki dawat uthti hai to ek taraf agar woh</w:t>
      </w:r>
    </w:p>
    <w:p>
      <w:pPr>
        <w:jc w:val="right"/>
      </w:pPr>
      <w:r>
        <w:t>اسی طرح جب اللہ کی طرف سے حق کی دعوت اٹھتی ہے تو ایک طرف اگر وہ</w:t>
      </w:r>
    </w:p>
    <w:p>
      <w:r>
        <w:rPr>
          <w:b/>
        </w:rPr>
        <w:t xml:space="preserve">[27:11] </w:t>
      </w:r>
      <w:r>
        <w:t>insanon ke liye azeem kaamaraniyon ka imkaan kholti hai to doosri taraf is mein kuch waqti andeshay bhi dikhai dete hain.</w:t>
      </w:r>
    </w:p>
    <w:p>
      <w:pPr>
        <w:jc w:val="right"/>
      </w:pPr>
      <w:r>
        <w:t>انسانوں کے لیے عظیم کامرانیوں کا امکان کھولتی ہے تو دوسری طرف اس میں کچھ وقتی اندیشے بھی دکھائی دیتے ہیں۔</w:t>
      </w:r>
    </w:p>
    <w:p>
      <w:r>
        <w:rPr>
          <w:b/>
        </w:rPr>
        <w:t xml:space="preserve">[27:23] </w:t>
      </w:r>
      <w:r>
        <w:t>is ko maan lene ki soorat mein apni barhai ka khatma, zindagi ke banay banaye naqshay ko badalne ki zaroorat,</w:t>
      </w:r>
    </w:p>
    <w:p>
      <w:pPr>
        <w:jc w:val="right"/>
      </w:pPr>
      <w:r>
        <w:t>اس کو مان لینے کی صورت میں اپنی بڑائی کا خاتمہ، زندگی کے بنے بنائے نقشے کو بدلنے کی ضرورت،</w:t>
      </w:r>
    </w:p>
    <w:p>
      <w:r>
        <w:rPr>
          <w:b/>
        </w:rPr>
        <w:t xml:space="preserve">[27:33] </w:t>
      </w:r>
      <w:r>
        <w:t>riwaaji dhaanchay se takraao ke masail, aakhirat ke baray mein khushkhaliyon ki bajaye haqaa'iq par bharosa karna, is qism ke andeshon ko dekh kar woh kabhi ruk jaate hain aur kabhi</w:t>
      </w:r>
    </w:p>
    <w:p>
      <w:pPr>
        <w:jc w:val="right"/>
      </w:pPr>
      <w:r>
        <w:t>رواجی ڈھانچے سے ٹکراؤ کے مسائل، آخرت کے بارے میں خوشخالیوں کی بجائے حقائق پر بھروسہ کرنا، اس قسم کے اندیشوں کو دیکھ کر وہ کبھی رک جاتے ہیں اور کبھی</w:t>
      </w:r>
    </w:p>
    <w:p>
      <w:r>
        <w:rPr>
          <w:b/>
        </w:rPr>
        <w:t xml:space="preserve">[27:49] </w:t>
      </w:r>
      <w:r>
        <w:t>tazabzub ke saath chand qadam aagay barhte hain. Magar yeh ehtiyaatein un ke kuch bhi kaam aane wali nahi, kyunke khudaai pukaar ke liye apne ko khulay dil se pesh na kar ke</w:t>
      </w:r>
    </w:p>
    <w:p>
      <w:pPr>
        <w:jc w:val="right"/>
      </w:pPr>
      <w:r>
        <w:t>تذبذب کے ساتھ چند قدم آگے بڑھتے ہیں۔ مگر یہ احتیاطیں ان کے کچھ بھی کام آنے والی نہیں، کیونکہ خدائی پکار کے لیے اپنے کو کھلے دل سے پیش نہ کر کے</w:t>
      </w:r>
    </w:p>
    <w:p>
      <w:r>
        <w:rPr>
          <w:b/>
        </w:rPr>
        <w:t xml:space="preserve">[28:05] </w:t>
      </w:r>
      <w:r>
        <w:t>woh ziyada shadeed tor par apne ko Khuda ki nazar mein qabil saza bana rahe hain.</w:t>
      </w:r>
    </w:p>
    <w:p>
      <w:pPr>
        <w:jc w:val="right"/>
      </w:pPr>
      <w:r>
        <w:t>وہ زیادہ شدید طور پر اپنے کو خدا کی نظر میں قابل سزا بنا رہے ہیں۔</w:t>
      </w:r>
    </w:p>
    <w:p>
      <w:r>
        <w:rPr>
          <w:b/>
        </w:rPr>
        <w:t xml:space="preserve">[28:18] </w:t>
      </w:r>
      <w:r>
        <w:t>ya ayyuha annasu i'abudu rabbakum alladhi khalaqakum walladhina min qablikum la'allakum tattaqun</w:t>
      </w:r>
    </w:p>
    <w:p>
      <w:pPr>
        <w:jc w:val="right"/>
      </w:pPr>
      <w:r>
        <w:t>يا أيها الناس اعبدوا ربكم الذي خلقكم والذين من قبلكم لعلكم تتقون</w:t>
      </w:r>
    </w:p>
    <w:p>
      <w:r>
        <w:rPr>
          <w:b/>
        </w:rPr>
        <w:t xml:space="preserve">[28:37] </w:t>
      </w:r>
      <w:r>
        <w:t>alladhi ja'ala lakumul arda firashan wassamaa'a binaa'an</w:t>
      </w:r>
    </w:p>
    <w:p>
      <w:pPr>
        <w:jc w:val="right"/>
      </w:pPr>
      <w:r>
        <w:t>الذي جعل لكم الأرض فراشا والسماء بناء</w:t>
      </w:r>
    </w:p>
    <w:p>
      <w:r>
        <w:rPr>
          <w:b/>
        </w:rPr>
        <w:t xml:space="preserve">[28:48] </w:t>
      </w:r>
      <w:r>
        <w:t>wa anzal minas samaa'i maa'an</w:t>
      </w:r>
    </w:p>
    <w:p>
      <w:pPr>
        <w:jc w:val="right"/>
      </w:pPr>
      <w:r>
        <w:t>وأنزل من السماء ماء</w:t>
      </w:r>
    </w:p>
    <w:p>
      <w:r>
        <w:rPr>
          <w:b/>
        </w:rPr>
        <w:t xml:space="preserve">[28:58] </w:t>
      </w:r>
      <w:r>
        <w:t>wa anzal minas samaa'i maa'an</w:t>
      </w:r>
    </w:p>
    <w:p>
      <w:pPr>
        <w:jc w:val="right"/>
      </w:pPr>
      <w:r>
        <w:t>وأنزل من السماء ماء</w:t>
      </w:r>
    </w:p>
    <w:p>
      <w:r>
        <w:rPr>
          <w:b/>
        </w:rPr>
        <w:t xml:space="preserve">[29:07] </w:t>
      </w:r>
      <w:r>
        <w:t>fa'akhraja bihi minath thamarati rizqan lakum fala taj'alu lillahi andadan wa antum ta'lamun</w:t>
      </w:r>
    </w:p>
    <w:p>
      <w:pPr>
        <w:jc w:val="right"/>
      </w:pPr>
      <w:r>
        <w:t>فأخرج به من الثمرات رزقا لكم فلا تجعلوا لله أندادا فلا تجعلوا لله أندادا وأنتم تعلمون</w:t>
      </w:r>
    </w:p>
    <w:p>
      <w:r>
        <w:rPr>
          <w:b/>
        </w:rPr>
        <w:t xml:space="preserve">[29:28] </w:t>
      </w:r>
      <w:r>
        <w:t>wa in kuntum fi raibin mimma nazzalna 'ala 'abdina fa'tu bisooratin mim mathlihi wad'u shuhadaa'akum</w:t>
      </w:r>
    </w:p>
    <w:p>
      <w:pPr>
        <w:jc w:val="right"/>
      </w:pPr>
      <w:r>
        <w:t>وإن كنتم في ريب مما نزلنا على عبدنا فأتوا بسورة من مثله ودعوا شهداءكم</w:t>
      </w:r>
    </w:p>
    <w:p>
      <w:r>
        <w:rPr>
          <w:b/>
        </w:rPr>
        <w:t xml:space="preserve">[29:46] </w:t>
      </w:r>
      <w:r>
        <w:t>wad'u shuhadaa'akum min dunillahi in kuntum sadiqeen</w:t>
      </w:r>
    </w:p>
    <w:p>
      <w:pPr>
        <w:jc w:val="right"/>
      </w:pPr>
      <w:r>
        <w:t>ودعوا شهداءكم من دون الله إن كنتم صادقين</w:t>
      </w:r>
    </w:p>
    <w:p>
      <w:r>
        <w:rPr>
          <w:b/>
        </w:rPr>
        <w:t xml:space="preserve">[30:00] </w:t>
      </w:r>
      <w:r>
        <w:t>fa'in lam taf'alu walan taf'alu fattqun naarallati waqooduhannasu walhijaaratu u'iddat lilkafirin</w:t>
      </w:r>
    </w:p>
    <w:p>
      <w:pPr>
        <w:jc w:val="right"/>
      </w:pPr>
      <w:r>
        <w:t>فإن لم تفعلوا ولن تفعلوا فاتقوا النار التي وقودها الناس والحجارة أعدت للكافرين</w:t>
      </w:r>
    </w:p>
    <w:p>
      <w:r>
        <w:rPr>
          <w:b/>
        </w:rPr>
        <w:t xml:space="preserve">[30:17] </w:t>
      </w:r>
      <w:r>
        <w:t>wa bashshir alladhina amanu wa 'amilus salihat anna lahum jannatin tajri min tahtiha al-anhar</w:t>
      </w:r>
    </w:p>
    <w:p>
      <w:pPr>
        <w:jc w:val="right"/>
      </w:pPr>
      <w:r>
        <w:t>وبشر الذين آمنوا وعملوا الصالحات إن لهم جنات تجري من تحتها الأنهار</w:t>
      </w:r>
    </w:p>
    <w:p>
      <w:r>
        <w:rPr>
          <w:b/>
        </w:rPr>
        <w:t xml:space="preserve">[30:34] </w:t>
      </w:r>
      <w:r>
        <w:t>kullamaa ruqoo minhaa min thamaratin rizqan qalu hadhalladhi ruqina min qablu wa atu bihi mutashabiha wa lahum fiha</w:t>
      </w:r>
    </w:p>
    <w:p>
      <w:pPr>
        <w:jc w:val="right"/>
      </w:pPr>
      <w:r>
        <w:t>كلما رزقوا منها من ثمرة رزقا قالوا هذا الذي رزقنا من قبل وأتوا به متشابها ولهم فيها</w:t>
      </w:r>
    </w:p>
    <w:p>
      <w:r>
        <w:rPr>
          <w:b/>
        </w:rPr>
        <w:t xml:space="preserve">[30:54] </w:t>
      </w:r>
      <w:r>
        <w:t>azwaajun mutaharratun wa hum fiha khalidoon</w:t>
      </w:r>
    </w:p>
    <w:p>
      <w:pPr>
        <w:jc w:val="right"/>
      </w:pPr>
      <w:r>
        <w:t>أزواج مطهرة وهم فيها خالدون</w:t>
      </w:r>
    </w:p>
    <w:p>
      <w:r>
        <w:rPr>
          <w:b/>
        </w:rPr>
        <w:t xml:space="preserve">[31:05] </w:t>
      </w:r>
      <w:r>
        <w:t>ay logon</w:t>
      </w:r>
    </w:p>
    <w:p>
      <w:pPr>
        <w:jc w:val="right"/>
      </w:pPr>
      <w:r>
        <w:t>اے لوگوں</w:t>
      </w:r>
    </w:p>
    <w:p>
      <w:r>
        <w:rPr>
          <w:b/>
        </w:rPr>
        <w:t xml:space="preserve">[31:06] </w:t>
      </w:r>
      <w:r>
        <w:t>! apne rab ki ibadat karo jis ne tum ko paida kiya aur un logon ko bhi jo tum se pehle guzar chuke hain taakeh tum dozakh se bach jao.</w:t>
      </w:r>
    </w:p>
    <w:p>
      <w:pPr>
        <w:jc w:val="right"/>
      </w:pPr>
      <w:r>
        <w:t>! اپنے رب کی عبادت کرو جس نے تم کو پیدا کیا اور ان لوگوں کو بھی جو تم سے پہلے گزر چکے ہیں تاکہ تم دوزخ سے بچ جاؤ۔</w:t>
      </w:r>
    </w:p>
    <w:p>
      <w:r>
        <w:rPr>
          <w:b/>
        </w:rPr>
        <w:t xml:space="preserve">[31:21] </w:t>
      </w:r>
      <w:r>
        <w:t>woh zaat jis ne zameen ko</w:t>
      </w:r>
    </w:p>
    <w:p>
      <w:pPr>
        <w:jc w:val="right"/>
      </w:pPr>
      <w:r>
        <w:t>وہ ذات جس نے زمین کو</w:t>
      </w:r>
    </w:p>
    <w:p>
      <w:r>
        <w:rPr>
          <w:b/>
        </w:rPr>
        <w:t xml:space="preserve">[31:24] </w:t>
      </w:r>
      <w:r>
        <w:t>tumhare liye bichona banaya aur aasman ko chhat banaya aur utara aasman se pani aur us se paida kiye phool tumhari ghiza ke liye.</w:t>
      </w:r>
    </w:p>
    <w:p>
      <w:pPr>
        <w:jc w:val="right"/>
      </w:pPr>
      <w:r>
        <w:t>تمہارے لیے بچھونا بنایا اور آسمان کو چھت بنایا اور اتارا آسمان سے پانی اور اس سے پیدا کیے پھل تمہاری غذا کے لیے۔</w:t>
      </w:r>
    </w:p>
    <w:p>
      <w:r>
        <w:rPr>
          <w:b/>
        </w:rPr>
        <w:t xml:space="preserve">[31:41] </w:t>
      </w:r>
      <w:r>
        <w:t>pas tum kisi ko Allah ke barabar na thahrao halankeh tum jante ho. Agar tum is kalam ke mutalliq shakk mein ho jo hum ne apne bande ke upar utara hai</w:t>
      </w:r>
    </w:p>
    <w:p>
      <w:pPr>
        <w:jc w:val="right"/>
      </w:pPr>
      <w:r>
        <w:t>پس تم کسی کو اللہ کے برابر نہ ٹھہراؤ حالانکہ تم جانتے ہو۔ اگر تم اس کلام کے متعلق شک میں ہو جو ہم نے اپنے بندے کے اوپر اتارا ہے</w:t>
      </w:r>
    </w:p>
    <w:p>
      <w:r>
        <w:rPr>
          <w:b/>
        </w:rPr>
        <w:t xml:space="preserve">[31:59] </w:t>
      </w:r>
      <w:r>
        <w:t>to lao us ke misl ek surah aur bula lo apne himaytiyon ko bhi Allah ke siwa agar tum sachche ho.</w:t>
      </w:r>
    </w:p>
    <w:p>
      <w:pPr>
        <w:jc w:val="right"/>
      </w:pPr>
      <w:r>
        <w:t>تو لاؤ اس کے مانند ایک سورہ اور بلا لو اپنے حمایتیوں کو بھی اللہ کے سوا اگر تم سچے ہو۔</w:t>
      </w:r>
    </w:p>
    <w:p>
      <w:r>
        <w:rPr>
          <w:b/>
        </w:rPr>
        <w:t xml:space="preserve">[32:12] </w:t>
      </w:r>
      <w:r>
        <w:t>pas agar tum yeh na kar sako</w:t>
      </w:r>
    </w:p>
    <w:p>
      <w:pPr>
        <w:jc w:val="right"/>
      </w:pPr>
      <w:r>
        <w:t>پس اگر تم یہ نہ کر سکو</w:t>
      </w:r>
    </w:p>
    <w:p>
      <w:r>
        <w:rPr>
          <w:b/>
        </w:rPr>
        <w:t xml:space="preserve">[32:15] </w:t>
      </w:r>
      <w:r>
        <w:t>aur tum har giz na kar sako ge to daro us aag se jis ka indhan banen ge aadmi aur patthar.</w:t>
      </w:r>
    </w:p>
    <w:p>
      <w:pPr>
        <w:jc w:val="right"/>
      </w:pPr>
      <w:r>
        <w:t>اور تم ہرگز نہ کر سکو گے تو ڈرو اس آگ سے جس کا ایندھن بنیں گے آدمی اور پتھر۔</w:t>
      </w:r>
    </w:p>
    <w:p>
      <w:r>
        <w:rPr>
          <w:b/>
        </w:rPr>
        <w:t xml:space="preserve">[32:25] </w:t>
      </w:r>
      <w:r>
        <w:t>woh tayyar ki gayi hai kafiron ke liye aur khushkhabri de do un logon ko jo iman laye aur jinhon ne naik kaam kiye</w:t>
      </w:r>
    </w:p>
    <w:p>
      <w:pPr>
        <w:jc w:val="right"/>
      </w:pPr>
      <w:r>
        <w:t>وہ تیار کی گئی ہے کافروں کے لیے اور خوشخبری دے دو ان لوگوں کو جو ایمان لائے اور جنہوں نے نیک کام کیے</w:t>
      </w:r>
    </w:p>
    <w:p>
      <w:r>
        <w:rPr>
          <w:b/>
        </w:rPr>
        <w:t xml:space="preserve">[32:36] </w:t>
      </w:r>
      <w:r>
        <w:t>is baat ki ke un ke liye aise bagh honge jin ke niche nehrein jari hongi. Jab bhi un ko in baghon mein se koi phool khane ko mile ga to woh kahen ge:</w:t>
      </w:r>
    </w:p>
    <w:p>
      <w:pPr>
        <w:jc w:val="right"/>
      </w:pPr>
      <w:r>
        <w:t>اس بات کی کہ ان کے لیے ایسے باغ ہوں گے جن کے نیچے نہریں جاری ہوں گی۔ جب بھی ان کو ان باغوں میں سے کوئی پھل کھانے کو ملے گا تو وہ کہیں گے:</w:t>
      </w:r>
    </w:p>
    <w:p>
      <w:r>
        <w:rPr>
          <w:b/>
        </w:rPr>
        <w:t xml:space="preserve">[32:52] </w:t>
      </w:r>
      <w:r>
        <w:t>"yeh wohi hai jo is se pehle hum ko diya gaya tha"</w:t>
      </w:r>
    </w:p>
    <w:p>
      <w:pPr>
        <w:jc w:val="right"/>
      </w:pPr>
      <w:r>
        <w:t>"یہ وہی ہے جو اس سے پہلے ہم کو دیا گیا تھا"</w:t>
      </w:r>
    </w:p>
    <w:p>
      <w:r>
        <w:rPr>
          <w:b/>
        </w:rPr>
        <w:t xml:space="preserve">[32:57] </w:t>
      </w:r>
      <w:r>
        <w:t>aur mile ga un ko ek doosre se milta julta aur un ke liye wahan suthri aurtein hongi aur woh is mein hamesha rahen ge.</w:t>
      </w:r>
    </w:p>
    <w:p>
      <w:pPr>
        <w:jc w:val="right"/>
      </w:pPr>
      <w:r>
        <w:t>اور ملے گا ان کو ایک دوسرے سے ملتا جلتا اور ان کے لیے وہاں ستھری عورتیں ہوں گی اور وہ اس میں ہمیشہ رہیں گے۔</w:t>
      </w:r>
    </w:p>
    <w:p>
      <w:r>
        <w:rPr>
          <w:b/>
        </w:rPr>
        <w:t xml:space="preserve">[33:14] </w:t>
      </w:r>
      <w:r>
        <w:t>tashreeh: insan aur insan ke siwa jo kuch zameen o aasman mein hai sab ka paida karne wala sirf Allah hai.</w:t>
      </w:r>
    </w:p>
    <w:p>
      <w:pPr>
        <w:jc w:val="right"/>
      </w:pPr>
      <w:r>
        <w:t>تشریح: انسان اور انسان کے سوا جو کچھ زمین و آسمان میں ہے سب کا پیدا کرنے والا صرف اللہ ہے۔</w:t>
      </w:r>
    </w:p>
    <w:p>
      <w:r>
        <w:rPr>
          <w:b/>
        </w:rPr>
        <w:t xml:space="preserve">[33:25] </w:t>
      </w:r>
      <w:r>
        <w:t>us ne poori kainat ko nihayat hikmat ke sath qaim kiya hai.</w:t>
      </w:r>
    </w:p>
    <w:p>
      <w:pPr>
        <w:jc w:val="right"/>
      </w:pPr>
      <w:r>
        <w:t>اس نے پوری کائنات کو نہایت حکمت کے ساتھ قائم کیا ہے۔</w:t>
      </w:r>
    </w:p>
    <w:p>
      <w:r>
        <w:rPr>
          <w:b/>
        </w:rPr>
        <w:t xml:space="preserve">[33:33] </w:t>
      </w:r>
      <w:r>
        <w:t>woh haram un ki parwarish kar raha hai. Is liye insan ke liye sahih ravaiyah sirf yeh hai ke woh Allah ko baghair kisi shirk ke khaliq, malik aur raziq tasleem kare.</w:t>
      </w:r>
    </w:p>
    <w:p>
      <w:pPr>
        <w:jc w:val="right"/>
      </w:pPr>
      <w:r>
        <w:t>وہ حرام ان کی پرورش کر رہا ہے۔ اس لیے انسان کے لیے صحیح رویہ صرف یہ ہے کہ وہ اللہ کو بغیر کسی شرکت کے خالق، مالک اور رازق تسلیم کرے۔</w:t>
      </w:r>
    </w:p>
    <w:p>
      <w:r>
        <w:rPr>
          <w:b/>
        </w:rPr>
        <w:t xml:space="preserve">[33:51] </w:t>
      </w:r>
      <w:r>
        <w:t>woh is ko apna sab kuch bana le. Magar Khuda chounke nazar nahi aata is liye aksar aisa hota hai ke aadmi kisi nazar aane wali cheez ko aham samajh kar us ko</w:t>
      </w:r>
    </w:p>
    <w:p>
      <w:pPr>
        <w:jc w:val="right"/>
      </w:pPr>
      <w:r>
        <w:t>وہ اس کو اپنا سب کچھ بنا لے۔ مگر خدا چونکہ نظر نہیں آتا اس لیے اکثر ایسا ہوتا ہے کہ آدمی کسی نظر آنے والی چیز کو اہم سمجھ کر اس کو</w:t>
      </w:r>
    </w:p>
    <w:p>
      <w:r>
        <w:rPr>
          <w:b/>
        </w:rPr>
        <w:t xml:space="preserve">[34:08] </w:t>
      </w:r>
      <w:r>
        <w:t>khudai ke maqam par baitha leta hai. Woh ek makhlooq ko juzwi ya kulli taur par khaliq ke barabar thahra leta hai.</w:t>
      </w:r>
    </w:p>
    <w:p>
      <w:pPr>
        <w:jc w:val="right"/>
      </w:pPr>
      <w:r>
        <w:t>خدائی کے مقام پر بٹھا لیتا ہے۔ وہ ایک مخلوق کو جزئی یا کلی طور پر خالق کے برابر ٹھہرا لیتا ہے۔</w:t>
      </w:r>
    </w:p>
    <w:p>
      <w:r>
        <w:rPr>
          <w:b/>
        </w:rPr>
        <w:t xml:space="preserve">[34:19] </w:t>
      </w:r>
      <w:r>
        <w:t>kabhi is ko Khuda ka naam de kar aur kabhi Khuda ka naam diye baghair.</w:t>
      </w:r>
    </w:p>
    <w:p>
      <w:pPr>
        <w:jc w:val="right"/>
      </w:pPr>
      <w:r>
        <w:t>کبھی اس کو خدا کا نام دے کر اور کبھی خدا کا نام دیے بغیر۔</w:t>
      </w:r>
    </w:p>
    <w:p>
      <w:r>
        <w:rPr>
          <w:b/>
        </w:rPr>
        <w:t xml:space="preserve">[34:29] </w:t>
      </w:r>
      <w:r>
        <w:t>yahi insan ki asal gumrahi hai. Paighambar ki dawat yeh hoti hai ke aadmi sirf ek Khuda ko barhai ka maqam de.</w:t>
      </w:r>
    </w:p>
    <w:p>
      <w:pPr>
        <w:jc w:val="right"/>
      </w:pPr>
      <w:r>
        <w:t>یہی انسان کی اصل گمراہی ہے۔ پیغمبر کی دعوت یہ ہوتی ہے کہ آدمی صرف ایک خدا کو بڑائی کا مقام دے۔</w:t>
      </w:r>
    </w:p>
    <w:p>
      <w:r>
        <w:rPr>
          <w:b/>
        </w:rPr>
        <w:t xml:space="preserve">[34:41] </w:t>
      </w:r>
      <w:r>
        <w:t>is ke ilawa jis jis ko us ne khudai azmat ke maqam par baitha rakha hai us ko</w:t>
      </w:r>
    </w:p>
    <w:p>
      <w:pPr>
        <w:jc w:val="right"/>
      </w:pPr>
      <w:r>
        <w:t>اس کے علاوہ جس جس کو اس نے خدائی عظمت کے مقام پر بٹھا رکھا ہے اس کو</w:t>
      </w:r>
    </w:p>
    <w:p>
      <w:r>
        <w:rPr>
          <w:b/>
        </w:rPr>
        <w:t xml:space="preserve">[34:48] </w:t>
      </w:r>
      <w:r>
        <w:t>azmat ke maqam se utar de. Jab khalis Khuda parasti ki dawat uthti hai to woh tamam log apne upar us ki zad padti hui mehsoos karne lagte hain jin ka dil Khuda ke siwa kahin aur atka hua ho.</w:t>
      </w:r>
    </w:p>
    <w:p>
      <w:pPr>
        <w:jc w:val="right"/>
      </w:pPr>
      <w:r>
        <w:t>عظمت کے مقام سے اتار دے۔ جب خالص خداپرستی کی دعوت اٹھتی ہے تو وہ تمام لوگ اپنے اوپر اس کی زد پڑتی ہوئی محسوس کرنے لگتے ہیں جن کا دل خدا کے سوا کہیں اور اٹکا ہوا ہو۔</w:t>
      </w:r>
    </w:p>
    <w:p>
      <w:r>
        <w:rPr>
          <w:b/>
        </w:rPr>
        <w:t xml:space="preserve">[35:07] </w:t>
      </w:r>
      <w:r>
        <w:t>jinhon ne Khuda ke siwa kisi aur ke liye bhi azmat ko khaas kar rakha ho. Aise logon ko apne farzi maaboodon se jo shadeed taalluq ho chuka hota hai us ki wajah se un ke liye</w:t>
      </w:r>
    </w:p>
    <w:p>
      <w:pPr>
        <w:jc w:val="right"/>
      </w:pPr>
      <w:r>
        <w:t>جنہوں نے خدا کے سوا کسی اور کے لیے بھی عظمت کو خاص کر رکھا ہو۔ ایسے لوگوں کو اپنے فرضی معبودوں سے جو شدید تعلق ہو چکا ہوتا ہے اس کی وجہ سے ان کے لیے</w:t>
      </w:r>
    </w:p>
    <w:p>
      <w:r>
        <w:rPr>
          <w:b/>
        </w:rPr>
        <w:t xml:space="preserve">[35:24] </w:t>
      </w:r>
      <w:r>
        <w:t>yeh yaqeen karna mushkil hota hai ke woh be haqeeqat hain aur haqeeqat sirf is paigham ki hai jo aadmiyon mein se ek aadmi ki zuban se sunaya ja raha hai.</w:t>
      </w:r>
    </w:p>
    <w:p>
      <w:pPr>
        <w:jc w:val="right"/>
      </w:pPr>
      <w:r>
        <w:t>یہ یقین کرنا مشکل ہوتا ہے کہ وہ بے حقیقت ہیں اور حقیقت صرف اس پیغام کی ہے جو آدمیوں میں سے ایک آدمی کی زبان سے سنایا جا رہا ہے۔</w:t>
      </w:r>
    </w:p>
    <w:p>
      <w:r>
        <w:rPr>
          <w:b/>
        </w:rPr>
        <w:t xml:space="preserve">[35:43] </w:t>
      </w:r>
      <w:r>
        <w:t>jo dawat Khuda ki taraf se uthe us ke andar lazmi taur par khudai shaan shamil ho jati hai.</w:t>
      </w:r>
    </w:p>
    <w:p>
      <w:pPr>
        <w:jc w:val="right"/>
      </w:pPr>
      <w:r>
        <w:t>جو دعوت خدا کی طرف سے اٹھے اس کے اندر لازمی طور پر خدائی شان شامل ہو جاتی ہے۔</w:t>
      </w:r>
    </w:p>
    <w:p>
      <w:r>
        <w:rPr>
          <w:b/>
        </w:rPr>
        <w:t xml:space="preserve">[35:52] </w:t>
      </w:r>
      <w:r>
        <w:t>is ka naqabil-e-taqleed usloob aur is ka ghair maftooh istadlal</w:t>
      </w:r>
    </w:p>
    <w:p>
      <w:pPr>
        <w:jc w:val="right"/>
      </w:pPr>
      <w:r>
        <w:t>اس کا ناقابل تقلید اسلوب اور اس کا غیر مفتوح استدلال</w:t>
      </w:r>
    </w:p>
    <w:p>
      <w:r>
        <w:rPr>
          <w:b/>
        </w:rPr>
        <w:t xml:space="preserve">[36:01] </w:t>
      </w:r>
      <w:r>
        <w:t>is baat ki khuli alamat hota hai ke woh Khuda ki taraf se hai. Is ke bawajood jo log inkar karen un ko Khuda ki duniya mein jahannum ke siwa aur kahin panah nahi mil sakti.</w:t>
      </w:r>
    </w:p>
    <w:p>
      <w:pPr>
        <w:jc w:val="right"/>
      </w:pPr>
      <w:r>
        <w:t>اس بات کی کھلی علامت ہوتا ہے کہ وہ خدا کی طرف سے ہے۔ اس کے باوجود جو لوگ انکار کریں ان کو خدا کی دنیا میں جہنم کے سوا اور کہیں پناہ نہیں مل سکتی۔</w:t>
      </w:r>
    </w:p>
    <w:p>
      <w:r>
        <w:rPr>
          <w:b/>
        </w:rPr>
        <w:t xml:space="preserve">[36:19] </w:t>
      </w:r>
      <w:r>
        <w:t>albatta jo log khuda ke kalam mein khuda ko pa len unhon ne goya aaj ki dunya mein kal ki dunya ko dekh liya.</w:t>
      </w:r>
    </w:p>
    <w:p>
      <w:pPr>
        <w:jc w:val="right"/>
      </w:pPr>
      <w:r>
        <w:t>البتہ جو لوگ خدا کے کلام میں خدا کو پا لیں انہوں نے گویا آج کی دنیا میں کل کی دنیا کو دیکھ لیا۔</w:t>
      </w:r>
    </w:p>
    <w:p>
      <w:r>
        <w:rPr>
          <w:b/>
        </w:rPr>
        <w:t xml:space="preserve">[36:29] </w:t>
      </w:r>
      <w:r>
        <w:t>yahi woh log hain jo akhirat ke baghon mein dakhil kiye jayenge.</w:t>
      </w:r>
    </w:p>
    <w:p>
      <w:pPr>
        <w:jc w:val="right"/>
      </w:pPr>
      <w:r>
        <w:t>یہی وہ لوگ ہیں جو آخرت کے باغوں میں داخل کیے جائیں گے۔</w:t>
      </w:r>
    </w:p>
    <w:p>
      <w:r>
        <w:rPr>
          <w:b/>
        </w:rPr>
        <w:t xml:space="preserve">[36:39] </w:t>
      </w:r>
      <w:r>
        <w:t>innallaha la yastahyi</w:t>
      </w:r>
    </w:p>
    <w:p>
      <w:pPr>
        <w:jc w:val="right"/>
      </w:pPr>
      <w:r>
        <w:t>إن الله لا يستحيي</w:t>
      </w:r>
    </w:p>
    <w:p>
      <w:r>
        <w:rPr>
          <w:b/>
        </w:rPr>
        <w:t xml:space="preserve">[36:45] </w:t>
      </w:r>
      <w:r>
        <w:t>an yadriba mathalan ma baudatan famawqahafaamma allatheena amanoo fainalamoona annahu</w:t>
      </w:r>
    </w:p>
    <w:p>
      <w:pPr>
        <w:jc w:val="right"/>
      </w:pPr>
      <w:r>
        <w:t>أن يضرب مثلا ما بعوضة فما فوقها فأما الذين آمنوا فيعلمون أنه</w:t>
      </w:r>
    </w:p>
    <w:p>
      <w:r>
        <w:rPr>
          <w:b/>
        </w:rPr>
        <w:t xml:space="preserve">[37:01] </w:t>
      </w:r>
      <w:r>
        <w:t>alhqq min rabbihim waamma allatheena kafaroo fainaqooloona</w:t>
      </w:r>
    </w:p>
    <w:p>
      <w:pPr>
        <w:jc w:val="right"/>
      </w:pPr>
      <w:r>
        <w:t>الحق من ربهم وأما الذين كفروا فيقولون</w:t>
      </w:r>
    </w:p>
    <w:p>
      <w:r>
        <w:rPr>
          <w:b/>
        </w:rPr>
        <w:t xml:space="preserve">[37:11] </w:t>
      </w:r>
      <w:r>
        <w:t>waamma allatheena kafaroo fainaqooloona matha</w:t>
      </w:r>
    </w:p>
    <w:p>
      <w:pPr>
        <w:jc w:val="right"/>
      </w:pPr>
      <w:r>
        <w:t>وأما الذين كفروا فيقولون ماذا</w:t>
      </w:r>
    </w:p>
    <w:p>
      <w:r>
        <w:rPr>
          <w:b/>
        </w:rPr>
        <w:t xml:space="preserve">[37:19] </w:t>
      </w:r>
      <w:r>
        <w:t>aradallahu bihatha mathalan yudillubihi katheeran wayahdee bihi katheeran wama yudillubihi</w:t>
      </w:r>
    </w:p>
    <w:p>
      <w:pPr>
        <w:jc w:val="right"/>
      </w:pPr>
      <w:r>
        <w:t>أراد الله بهذا مثلا يضل به كثيرا ويهدي به كثيرا وما يضل به</w:t>
      </w:r>
    </w:p>
    <w:p>
      <w:r>
        <w:rPr>
          <w:b/>
        </w:rPr>
        <w:t xml:space="preserve">[37:35] </w:t>
      </w:r>
      <w:r>
        <w:t>illa alfasiqeena</w:t>
      </w:r>
    </w:p>
    <w:p>
      <w:pPr>
        <w:jc w:val="right"/>
      </w:pPr>
      <w:r>
        <w:t>إلا الفاسقين</w:t>
      </w:r>
    </w:p>
    <w:p>
      <w:r>
        <w:rPr>
          <w:b/>
        </w:rPr>
        <w:t xml:space="preserve">[37:41] </w:t>
      </w:r>
      <w:r>
        <w:t>allatheena yanqudoona ahdallahi min ba'di meethaqihi wayaqta'oona ma amarallahu bihi</w:t>
      </w:r>
    </w:p>
    <w:p>
      <w:pPr>
        <w:jc w:val="right"/>
      </w:pPr>
      <w:r>
        <w:t>الذين ينقضون عهد الله من بعد ميثاقه ويقطعون ما أمر الله به</w:t>
      </w:r>
    </w:p>
    <w:p>
      <w:r>
        <w:rPr>
          <w:b/>
        </w:rPr>
        <w:t xml:space="preserve">[37:57] </w:t>
      </w:r>
      <w:r>
        <w:t>an yoosala wayaqta'oona ma amarallahu bihi</w:t>
      </w:r>
    </w:p>
    <w:p>
      <w:pPr>
        <w:jc w:val="right"/>
      </w:pPr>
      <w:r>
        <w:t>أن يوصل ويقطعون ما أمر الله به</w:t>
      </w:r>
    </w:p>
    <w:p>
      <w:r>
        <w:rPr>
          <w:b/>
        </w:rPr>
        <w:t xml:space="preserve">[38:09] </w:t>
      </w:r>
      <w:r>
        <w:t>an yoosala wayufsidoona filardi olaaika humul khasiruna</w:t>
      </w:r>
    </w:p>
    <w:p>
      <w:pPr>
        <w:jc w:val="right"/>
      </w:pPr>
      <w:r>
        <w:t>أن يوصل ويفسدون في الأرض أولئك هم الخاسرون</w:t>
      </w:r>
    </w:p>
    <w:p>
      <w:r>
        <w:rPr>
          <w:b/>
        </w:rPr>
        <w:t xml:space="preserve">[38:21] </w:t>
      </w:r>
      <w:r>
        <w:t>kayfa takfuroona billahi wakuntum amwatan faahyakum thumma yumeetukum thumma yuhyeekum thumma ilayhi turja'oona</w:t>
      </w:r>
    </w:p>
    <w:p>
      <w:pPr>
        <w:jc w:val="right"/>
      </w:pPr>
      <w:r>
        <w:t>كيف تكفرون بالله وكنتم أمواتا فأحياكم ثم يميتكم ثم يحييكم ثم إليه ترجعون</w:t>
      </w:r>
    </w:p>
    <w:p>
      <w:r>
        <w:rPr>
          <w:b/>
        </w:rPr>
        <w:t xml:space="preserve">[38:41] </w:t>
      </w:r>
      <w:r>
        <w:t>huwallathee khalaqa lakum ma filardi jamee'an thumma istawa ilassama'i fasawwahunna sab'a samawatin</w:t>
      </w:r>
    </w:p>
    <w:p>
      <w:pPr>
        <w:jc w:val="right"/>
      </w:pPr>
      <w:r>
        <w:t>هو الذي خلق لكم ما في الأرض جميعا ثم استوى إلى السماء فسواهن سبع سماوات</w:t>
      </w:r>
    </w:p>
    <w:p>
      <w:r>
        <w:rPr>
          <w:b/>
        </w:rPr>
        <w:t xml:space="preserve">[39:00] </w:t>
      </w:r>
      <w:r>
        <w:t>wahuwabikulli shay'in aleemun</w:t>
      </w:r>
    </w:p>
    <w:p>
      <w:pPr>
        <w:jc w:val="right"/>
      </w:pPr>
      <w:r>
        <w:t>وهو بكل شيء عليم</w:t>
      </w:r>
    </w:p>
    <w:p>
      <w:r>
        <w:rPr>
          <w:b/>
        </w:rPr>
        <w:t xml:space="preserve">[39:07] </w:t>
      </w:r>
      <w:r>
        <w:t>allah is se nahin sharmata ke bayan kare misal machhar ki ya is se bhi kisi chhoti cheez ki.</w:t>
      </w:r>
    </w:p>
    <w:p>
      <w:pPr>
        <w:jc w:val="right"/>
      </w:pPr>
      <w:r>
        <w:t>اللہ اس سے نہیں شرماتا کہ بیان کرے مثال مچھر کی یا اس سے بھی کسی چھوٹی چیز کی۔</w:t>
      </w:r>
    </w:p>
    <w:p>
      <w:r>
        <w:rPr>
          <w:b/>
        </w:rPr>
        <w:t xml:space="preserve">[39:17] </w:t>
      </w:r>
      <w:r>
        <w:t>phir jo imaan wale hain woh jante hain ke woh haq hai un ke rab ki janib se</w:t>
      </w:r>
    </w:p>
    <w:p>
      <w:pPr>
        <w:jc w:val="right"/>
      </w:pPr>
      <w:r>
        <w:t>پھر جو ایمان والے ہیں وہ جانتے ہیں کہ وہ حق ہے ان کے رب کی جانب سے</w:t>
      </w:r>
    </w:p>
    <w:p>
      <w:r>
        <w:rPr>
          <w:b/>
        </w:rPr>
        <w:t xml:space="preserve">[39:24] </w:t>
      </w:r>
      <w:r>
        <w:t>aur jo munkir hain woh kehte hain ke is misal ko bayan kar ke allah ne kya chaha hai. allah is ke zariye bahuton ko gumrah karta hai aur bahuton ko is se rah dikhata hai</w:t>
      </w:r>
    </w:p>
    <w:p>
      <w:pPr>
        <w:jc w:val="right"/>
      </w:pPr>
      <w:r>
        <w:t>اور جو منکر ہیں وہ کہتے ہیں کہ اس مثال کو بیان کر کے اللہ نے کیا چاہا ہے۔ اللہ اس کے ذریعے بہتوں کو گمراہ کرتا ہے اور بہتوں کو اس سے راہ دکھاتا ہے</w:t>
      </w:r>
    </w:p>
    <w:p>
      <w:r>
        <w:rPr>
          <w:b/>
        </w:rPr>
        <w:t xml:space="preserve">[39:42] </w:t>
      </w:r>
      <w:r>
        <w:t>aur woh gumrah karta hai un logon ko jo نافرمانی karne wale hain jo allah ke ahd ko is ke bandhne ke baad todte hain aur woh is cheez ko todte hain</w:t>
      </w:r>
    </w:p>
    <w:p>
      <w:pPr>
        <w:jc w:val="right"/>
      </w:pPr>
      <w:r>
        <w:t>اور وہ گمراہ کرتا ہے ان لوگوں کو جو نافرمانی کرنے والے ہیں جو اللہ کے عہد کو اس کے باندھنے کے بعد توڑتے ہیں اور وہ اس چیز کو توڑتے ہیں</w:t>
      </w:r>
    </w:p>
    <w:p>
      <w:r>
        <w:rPr>
          <w:b/>
        </w:rPr>
        <w:t xml:space="preserve">[40:00] </w:t>
      </w:r>
      <w:r>
        <w:t>jis ko allah ne jodne ka hukum diya hai aur zameen mein bigad paida karte hain. yahi log hain nuksan uthane wale.</w:t>
      </w:r>
    </w:p>
    <w:p>
      <w:pPr>
        <w:jc w:val="right"/>
      </w:pPr>
      <w:r>
        <w:t>جس کو اللہ نے جوڑنے کا حکم دیا ہے اور زمین میں بگاڑ پیدا کرتے ہیں۔ یہی لوگ ہیں نقصان اٹھانے والے۔</w:t>
      </w:r>
    </w:p>
    <w:p>
      <w:r>
        <w:rPr>
          <w:b/>
        </w:rPr>
        <w:t xml:space="preserve">[40:14] </w:t>
      </w:r>
      <w:r>
        <w:t>tum kis tarah allah ka inkar karte ho halankeh tum bejan the to us ne tum ko zindagi ata ki.</w:t>
      </w:r>
    </w:p>
    <w:p>
      <w:pPr>
        <w:jc w:val="right"/>
      </w:pPr>
      <w:r>
        <w:t>تم کس طرح اللہ کا انکار کرتے ہو حالانکہ تم بے جان تھے تو اس نے تم کو زندگی عطا کی۔</w:t>
      </w:r>
    </w:p>
    <w:p>
      <w:r>
        <w:rPr>
          <w:b/>
        </w:rPr>
        <w:t xml:space="preserve">[40:23] </w:t>
      </w:r>
      <w:r>
        <w:t>phir woh tum ko maut de ga, phir zinda kare ga, phir usi ki taraf tum lotaye jaoge.</w:t>
      </w:r>
    </w:p>
    <w:p>
      <w:pPr>
        <w:jc w:val="right"/>
      </w:pPr>
      <w:r>
        <w:t>پھر وہ تم کو موت دے گا، پھر زندہ کرے گا، پھر اسی کی طرف تم لوٹائے جاؤ گے۔</w:t>
      </w:r>
    </w:p>
    <w:p>
      <w:r>
        <w:rPr>
          <w:b/>
        </w:rPr>
        <w:t xml:space="preserve">[40:33] </w:t>
      </w:r>
      <w:r>
        <w:t>wohi hai jis ne tumhare liye woh sab kuch paida kiya jo zameen mein hai,</w:t>
      </w:r>
    </w:p>
    <w:p>
      <w:pPr>
        <w:jc w:val="right"/>
      </w:pPr>
      <w:r>
        <w:t>وہی ہے جس نے تمہارے لیے وہ سب کچھ پیدا کیا جو زمین میں ہے،</w:t>
      </w:r>
    </w:p>
    <w:p>
      <w:r>
        <w:rPr>
          <w:b/>
        </w:rPr>
        <w:t xml:space="preserve">[40:39] </w:t>
      </w:r>
      <w:r>
        <w:t>phir aasman ki taraf tawajjuh ki aur saat aasman durust kiye aur woh har cheez ko janne wala hai.</w:t>
      </w:r>
    </w:p>
    <w:p>
      <w:pPr>
        <w:jc w:val="right"/>
      </w:pPr>
      <w:r>
        <w:t>پھر آسمان کی طرف توجہ کی اور سات آسمان درست کیے اور وہ ہر چیز کو جاننے والا ہے۔</w:t>
      </w:r>
    </w:p>
    <w:p>
      <w:r>
        <w:rPr>
          <w:b/>
        </w:rPr>
        <w:t xml:space="preserve">[40:53] </w:t>
      </w:r>
      <w:r>
        <w:t>tashreeh: kisi bande ke upar allah ka sab se pehla haq yeh hai ke woh abadiyat ke is ahd ko nibhaye jo paida karne wale aur paida kiye jaane wale ke darmiyan</w:t>
      </w:r>
    </w:p>
    <w:p>
      <w:pPr>
        <w:jc w:val="right"/>
      </w:pPr>
      <w:r>
        <w:t>تشریح: کسی بندے کے اوپر اللہ کا سب سے پہلا حق یہ ہے کہ وہ ابدیت کے اس عہد کو نبھائے جو پیدا کرنے والے اور پیدا کیے جانے والے کے درمیان</w:t>
      </w:r>
    </w:p>
    <w:p>
      <w:r>
        <w:rPr>
          <w:b/>
        </w:rPr>
        <w:t xml:space="preserve">[41:09] </w:t>
      </w:r>
      <w:r>
        <w:t>awwal roz se qaim ho chuka hai. phir insanon ke darmiyan woh is tarah rahe ke woh un tamam rishton aur talluqat ko poori tarah ustuwar kiye hue hon jis ke ustuwar kiye jaane ka allah ne hukum diya hai.</w:t>
      </w:r>
    </w:p>
    <w:p>
      <w:pPr>
        <w:jc w:val="right"/>
      </w:pPr>
      <w:r>
        <w:t>اول روز سے قائم ہو چکا ہے۔ پھر انسانوں کے درمیان وہ اس طرح رہے کہ وہ ان تمام رشتوں اور تعلقات کو پوری طرح استوار کیے ہوئے ہوں جس کے استوار کیے جانے کا اللہ نے حکم دیا ہے۔</w:t>
      </w:r>
    </w:p>
    <w:p>
      <w:r>
        <w:rPr>
          <w:b/>
        </w:rPr>
        <w:t xml:space="preserve">[41:29] </w:t>
      </w:r>
      <w:r>
        <w:t>tisri cheez yeh ke jab khuda apne aik bande ki zaban se apne paigham ka ailan karaye to us ke khilaf be bunyad baatein nikal kar khuda ke bando ko is se bhakaya na jaye.</w:t>
      </w:r>
    </w:p>
    <w:p>
      <w:pPr>
        <w:jc w:val="right"/>
      </w:pPr>
      <w:r>
        <w:t>تیسری چیز یہ کہ جب خدا اپنے ایک بندے کی زبان سے اپنے پیغام کا اعلان کرائے تو اس کے خلاف بے بنیاد باتیں نکال کر خدا کے بندوں کو اس سے بھکایا نہ جائے۔</w:t>
      </w:r>
    </w:p>
    <w:p>
      <w:r>
        <w:rPr>
          <w:b/>
        </w:rPr>
        <w:t xml:space="preserve">[41:47] </w:t>
      </w:r>
      <w:r>
        <w:t>haq ki dawat dena darasal logon ko halat-e-fitri par lane ki koshish karna hai. is liye jo shakhs logon ko is se rokta hai woh zameen mein fasad dalne ka mujrim banta hai.</w:t>
      </w:r>
    </w:p>
    <w:p>
      <w:pPr>
        <w:jc w:val="right"/>
      </w:pPr>
      <w:r>
        <w:t>حق کی دعوت دینا دراصل لوگوں کو حالت فطری پر لانے کی کوشش کرنا ہے۔ اس لیے جو شخص لوگوں کو اس سے روکتا ہے وہ زمین میں فساد ڈالنے کا مجرم بنتا ہے۔</w:t>
      </w:r>
    </w:p>
    <w:p>
      <w:r>
        <w:rPr>
          <w:b/>
        </w:rPr>
        <w:t xml:space="preserve">[42:07] </w:t>
      </w:r>
      <w:r>
        <w:t>Allah ka yeh ehsan ke woh aadmi ko adam se wajood mein le aaya itna bara ehsan hai ke aadmi ko hamta us ke aage bujh jana chahiye.</w:t>
      </w:r>
    </w:p>
    <w:p>
      <w:pPr>
        <w:jc w:val="right"/>
      </w:pPr>
      <w:r>
        <w:t>اللہ کا یہ احسان کہ وہ آدمی کو عدم سے وجود میں لے آیا اتنا بڑا احسان ہے کہ آدمی کو ہمتا اس کے آگے بجھ جانا چاہیے۔</w:t>
      </w:r>
    </w:p>
    <w:p>
      <w:r>
        <w:rPr>
          <w:b/>
        </w:rPr>
        <w:t xml:space="preserve">[42:21] </w:t>
      </w:r>
      <w:r>
        <w:t>phir Allah ne insan ko paida kar ke</w:t>
      </w:r>
    </w:p>
    <w:p>
      <w:pPr>
        <w:jc w:val="right"/>
      </w:pPr>
      <w:r>
        <w:t>پھر اللہ نے انسان کو پیدا کر کے</w:t>
      </w:r>
    </w:p>
    <w:p>
      <w:r>
        <w:rPr>
          <w:b/>
        </w:rPr>
        <w:t xml:space="preserve">[42:25] </w:t>
      </w:r>
      <w:r>
        <w:t>yun hi chhod nahi diya balkeh us ko rehne ke liye aik aisi zameen di jo us ke liye intehai taur par muwafiq dhang se banai gai thi.</w:t>
      </w:r>
    </w:p>
    <w:p>
      <w:pPr>
        <w:jc w:val="right"/>
      </w:pPr>
      <w:r>
        <w:t>یوں ہی چھوڑ نہیں دیا بلکہ اس کو رہنے کے لیے ایک ایسی زمین دی جو اس کے لیے انتہائی طور پر موافق ڈھنگ سے بنائی گئی تھی۔</w:t>
      </w:r>
    </w:p>
    <w:p>
      <w:r>
        <w:rPr>
          <w:b/>
        </w:rPr>
        <w:t xml:space="preserve">[42:40] </w:t>
      </w:r>
      <w:r>
        <w:t>phir baat sirf itni hi nahi hai</w:t>
      </w:r>
    </w:p>
    <w:p>
      <w:pPr>
        <w:jc w:val="right"/>
      </w:pPr>
      <w:r>
        <w:t>پھر بات صرف اتنی ہی نہیں ہے</w:t>
      </w:r>
    </w:p>
    <w:p>
      <w:r>
        <w:rPr>
          <w:b/>
        </w:rPr>
        <w:t xml:space="preserve">[42:44] </w:t>
      </w:r>
      <w:r>
        <w:t>balkeh is se bohat aage ki hai. insan har waqt is nazuk imkan ke kinare khada hua hai ke us ki maut aa jaye aur achaanak woh malik-e-kaenat ke samne</w:t>
      </w:r>
    </w:p>
    <w:p>
      <w:pPr>
        <w:jc w:val="right"/>
      </w:pPr>
      <w:r>
        <w:t>بلکہ اس سے بہت آگے کی ہے۔ انسان ہر وقت اس نازک امکان کے کنارے کھڑا ہوا ہے کہ اس کی موت آ جائے اور اچانک وہ مالک کائنات کے سامنے</w:t>
      </w:r>
    </w:p>
    <w:p>
      <w:r>
        <w:rPr>
          <w:b/>
        </w:rPr>
        <w:t xml:space="preserve">[43:01] </w:t>
      </w:r>
      <w:r>
        <w:t>hisab kitab ke liye pesh kar diya jaye. in baaton ka taqaza hai ke aadmi hamta Allah ka ho jaye, us ki yaad aur us ki itaat mein zindagi guzare,</w:t>
      </w:r>
    </w:p>
    <w:p>
      <w:pPr>
        <w:jc w:val="right"/>
      </w:pPr>
      <w:r>
        <w:t>حساب کتاب کے لیے پیش کر دیا جائے۔ ان باتوں کا تقاضا ہے کہ آدمی ہمتا اللہ کا ہو جائے، اس کی یاد اور اس کی اطاعت میں زندگی گزارے،</w:t>
      </w:r>
    </w:p>
    <w:p>
      <w:r>
        <w:rPr>
          <w:b/>
        </w:rPr>
        <w:t xml:space="preserve">[43:16] </w:t>
      </w:r>
      <w:r>
        <w:t>sari umar woh is ka</w:t>
      </w:r>
    </w:p>
    <w:p>
      <w:pPr>
        <w:jc w:val="right"/>
      </w:pPr>
      <w:r>
        <w:t>ساری عمر وہ اس کا</w:t>
      </w:r>
    </w:p>
    <w:p>
      <w:r>
        <w:rPr>
          <w:b/>
        </w:rPr>
        <w:t xml:space="preserve">[43:19] </w:t>
      </w:r>
      <w:r>
        <w:t>banda bana rahe.</w:t>
      </w:r>
    </w:p>
    <w:p>
      <w:pPr>
        <w:jc w:val="right"/>
      </w:pPr>
      <w:r>
        <w:t>بندہ بنا رہے۔</w:t>
      </w:r>
    </w:p>
    <w:p>
      <w:r>
        <w:rPr>
          <w:b/>
        </w:rPr>
        <w:t xml:space="preserve">[43:23] </w:t>
      </w:r>
      <w:r>
        <w:t>paighambarana dawat ke intehai wazeh aur mudallal hone ke bawajood kyun bohat se log is ko qabool nahi kar paate?</w:t>
      </w:r>
    </w:p>
    <w:p>
      <w:pPr>
        <w:jc w:val="right"/>
      </w:pPr>
      <w:r>
        <w:t>پیغمبرانہ دعوت کے انتہائی واضح اور مدلل ہونے کے باوجود کیوں بہت سے لوگ اس کو قبول نہیں کر پاتے؟</w:t>
      </w:r>
    </w:p>
    <w:p>
      <w:r>
        <w:rPr>
          <w:b/>
        </w:rPr>
        <w:t xml:space="preserve">[43:33] </w:t>
      </w:r>
      <w:r>
        <w:t>is ki sab se bari wajah</w:t>
      </w:r>
    </w:p>
    <w:p>
      <w:pPr>
        <w:jc w:val="right"/>
      </w:pPr>
      <w:r>
        <w:t>اس کی سب سے بڑی وجہ</w:t>
      </w:r>
    </w:p>
    <w:p>
      <w:r>
        <w:rPr>
          <w:b/>
        </w:rPr>
        <w:t xml:space="preserve">[43:35] </w:t>
      </w:r>
      <w:r>
        <w:t>shoshe nikalne ka fitna hai. aadmi ke andar naseehat pakadne ka zehn na ho to woh kisi baat ko sanjeedgi ke sath nahi leta.</w:t>
      </w:r>
    </w:p>
    <w:p>
      <w:pPr>
        <w:jc w:val="right"/>
      </w:pPr>
      <w:r>
        <w:t>شوشے نکالنے کا فتنہ ہے۔ آدمی کے اندر نصیحت پکڑنے کا ذہن نہ ہو تو وہ کسی بات کو سنجیدگی کے ساتھ نہیں لیتا۔</w:t>
      </w:r>
    </w:p>
    <w:p>
      <w:r>
        <w:rPr>
          <w:b/>
        </w:rPr>
        <w:t xml:space="preserve">[43:48] </w:t>
      </w:r>
      <w:r>
        <w:t>aise aadmi ke samne jab bhi koi daleel aati hai</w:t>
      </w:r>
    </w:p>
    <w:p>
      <w:pPr>
        <w:jc w:val="right"/>
      </w:pPr>
      <w:r>
        <w:t>ایسے آدمی کے سامنے جب بھی کوئی دلیل آتی ہے</w:t>
      </w:r>
    </w:p>
    <w:p>
      <w:r>
        <w:rPr>
          <w:b/>
        </w:rPr>
        <w:t xml:space="preserve">[43:53] </w:t>
      </w:r>
      <w:r>
        <w:t>to woh us ko sathi taur par dekh kar aik shosha nikal leta hai. is tarah woh yeh zahir karta hai ke yeh dawat koi maeqool dawat nahi hai.</w:t>
      </w:r>
    </w:p>
    <w:p>
      <w:pPr>
        <w:jc w:val="right"/>
      </w:pPr>
      <w:r>
        <w:t>تو وہ اس کو سطحی طور پر دیکھ کر ایک شوشہ نکال لیتا ہے۔ اس طرح وہ یہ ظاہر کرتا ہے کہ یہ دعوت کوئی معقول دعوت نہیں ہے۔</w:t>
      </w:r>
    </w:p>
    <w:p>
      <w:r>
        <w:rPr>
          <w:b/>
        </w:rPr>
        <w:t xml:space="preserve">[44:08] </w:t>
      </w:r>
      <w:r>
        <w:t>agar woh maeqool dawat hoti to kaise mumkin tha ke is mein</w:t>
      </w:r>
    </w:p>
    <w:p>
      <w:pPr>
        <w:jc w:val="right"/>
      </w:pPr>
      <w:r>
        <w:t>اگر وہ معقول دعوت ہوتی تو کیسے ممکن تھا کہ اس میں</w:t>
      </w:r>
    </w:p>
    <w:p>
      <w:r>
        <w:rPr>
          <w:b/>
        </w:rPr>
        <w:t xml:space="preserve">[44:14] </w:t>
      </w:r>
      <w:r>
        <w:t>is qism ki be wazan baatein shamil hon? magar jo naseehat pakadne wale zehn hain, jo baaton par sanjeedgi se ghaur karte hain,</w:t>
      </w:r>
    </w:p>
    <w:p>
      <w:pPr>
        <w:jc w:val="right"/>
      </w:pPr>
      <w:r>
        <w:t>اس قسم کی بے وزن باتیں شامل ہوں؟ مگر جو نصیحت پکڑنے والے ذہن ہیں، جو باتوں پر سنجیدگی سے غور کرتے ہیں،</w:t>
      </w:r>
    </w:p>
    <w:p>
      <w:r>
        <w:rPr>
          <w:b/>
        </w:rPr>
        <w:t xml:space="preserve">[44:28] </w:t>
      </w:r>
      <w:r>
        <w:t>un ko haq ke pehchanne mein</w:t>
      </w:r>
    </w:p>
    <w:p>
      <w:pPr>
        <w:jc w:val="right"/>
      </w:pPr>
      <w:r>
        <w:t>ان کو حق کے پہچاننے میں</w:t>
      </w:r>
    </w:p>
    <w:p>
      <w:r>
        <w:rPr>
          <w:b/>
        </w:rPr>
        <w:t xml:space="preserve">[44:31] </w:t>
      </w:r>
      <w:r>
        <w:t>der nahi lagti, khwah haq ko machhar jaisi misalon hi ke zariye kyun na bayan kiya gaya ho.</w:t>
      </w:r>
    </w:p>
    <w:p>
      <w:pPr>
        <w:jc w:val="right"/>
      </w:pPr>
      <w:r>
        <w:t>دیر نہیں لگتی، خواہ حق کو مچھر جیسی مثالوں ہی کے ذریعے کیوں نہ بیان کیا گیا ہو۔</w:t>
      </w:r>
    </w:p>
    <w:p>
      <w:r>
        <w:rPr>
          <w:b/>
        </w:rPr>
        <w:t xml:space="preserve">[44:44] </w:t>
      </w:r>
      <w:r>
        <w:t>wa iz qala rabbuka lilmalaikati inni ja'ilun fil ardi khalifatan qalua taj'alu fiha man</w:t>
      </w:r>
    </w:p>
    <w:p>
      <w:pPr>
        <w:jc w:val="right"/>
      </w:pPr>
      <w:r>
        <w:t>واذ قال ربك للملائكة إني جاعل في الأرض خليفة قالوا أتجعل فيها من</w:t>
      </w:r>
    </w:p>
    <w:p>
      <w:r>
        <w:rPr>
          <w:b/>
        </w:rPr>
        <w:t xml:space="preserve">[45:02] </w:t>
      </w:r>
      <w:r>
        <w:t>yufsidu fiha wa yusfiku ad-dima wa nahnu nusabbihu bihamdika wa nuqaddisu lak qala inni a'lamu ma la ta'lamun</w:t>
      </w:r>
    </w:p>
    <w:p>
      <w:pPr>
        <w:jc w:val="right"/>
      </w:pPr>
      <w:r>
        <w:t>يفسد فيها ويسفك الدماء ونحن نسبح بحمدك ونقدس لك قال إني أعلم ما لا تعلمون</w:t>
      </w:r>
    </w:p>
    <w:p>
      <w:r>
        <w:rPr>
          <w:b/>
        </w:rPr>
        <w:t xml:space="preserve">[45:21] </w:t>
      </w:r>
      <w:r>
        <w:t>wa 'allama Adamal asma'a kullaha thumma 'aradahum 'alal mala'ikati faqala anbi'uni faqalu</w:t>
      </w:r>
    </w:p>
    <w:p>
      <w:pPr>
        <w:jc w:val="right"/>
      </w:pPr>
      <w:r>
        <w:t>وعلم آدم الأسماء كلها ثم عرضهم على الملائكة فقال أنبئوني فقال</w:t>
      </w:r>
    </w:p>
    <w:p>
      <w:r>
        <w:rPr>
          <w:b/>
        </w:rPr>
        <w:t xml:space="preserve">[45:38] </w:t>
      </w:r>
      <w:r>
        <w:t>anbi'uni bi asmai ha'ula'i in kuntum sadiqeen</w:t>
      </w:r>
    </w:p>
    <w:p>
      <w:pPr>
        <w:jc w:val="right"/>
      </w:pPr>
      <w:r>
        <w:t>أنبئوني بأسماء هؤلاء إن كنتم صادقين</w:t>
      </w:r>
    </w:p>
    <w:p>
      <w:r>
        <w:rPr>
          <w:b/>
        </w:rPr>
        <w:t xml:space="preserve">[45:55] </w:t>
      </w:r>
      <w:r>
        <w:t>qaloo subhanaka la 'ilma lana</w:t>
      </w:r>
    </w:p>
    <w:p>
      <w:pPr>
        <w:jc w:val="right"/>
      </w:pPr>
      <w:r>
        <w:t>قالوا سبحانك لا علم لنا</w:t>
      </w:r>
    </w:p>
    <w:p>
      <w:r>
        <w:rPr>
          <w:b/>
        </w:rPr>
        <w:t xml:space="preserve">[46:01] </w:t>
      </w:r>
      <w:r>
        <w:t>illa ma 'allamtana innaka antal 'alimu al-hakeem qala ya Adam</w:t>
      </w:r>
    </w:p>
    <w:p>
      <w:pPr>
        <w:jc w:val="right"/>
      </w:pPr>
      <w:r>
        <w:t>إلا ما علمتنا إنك أنت العليم الحكيم قال يا آدم</w:t>
      </w:r>
    </w:p>
    <w:p>
      <w:r>
        <w:rPr>
          <w:b/>
        </w:rPr>
        <w:t xml:space="preserve">[46:17] </w:t>
      </w:r>
      <w:r>
        <w:t>anbi'hum bi asma'ihim falamma</w:t>
      </w:r>
    </w:p>
    <w:p>
      <w:pPr>
        <w:jc w:val="right"/>
      </w:pPr>
      <w:r>
        <w:t>أنبئهم بأسماءهم فلما</w:t>
      </w:r>
    </w:p>
    <w:p>
      <w:r>
        <w:rPr>
          <w:b/>
        </w:rPr>
        <w:t xml:space="preserve">[46:29] </w:t>
      </w:r>
      <w:r>
        <w:t>anba'ahum bi asma'ihim qala alam aqul lakum inni a'lamu ghayb as-samawati wal-ardi qala alam aqul lakum inni</w:t>
      </w:r>
    </w:p>
    <w:p>
      <w:pPr>
        <w:jc w:val="right"/>
      </w:pPr>
      <w:r>
        <w:t>أنبأهم بأسماءهم قال ألم أقل لكم إني أعلم غيب السماوات والأرض قال ألم أقل لكم إني</w:t>
      </w:r>
    </w:p>
    <w:p>
      <w:r>
        <w:rPr>
          <w:b/>
        </w:rPr>
        <w:t xml:space="preserve">[46:51] </w:t>
      </w:r>
      <w:r>
        <w:t>a'lamu ghayb as-samawati wal-ardi wa a'lamu ma tubduna wa ma kuntum taktumun</w:t>
      </w:r>
    </w:p>
    <w:p>
      <w:pPr>
        <w:jc w:val="right"/>
      </w:pPr>
      <w:r>
        <w:t>أعلم غيب السماوات والأرض وأعلم ما تبدون وما كنتم تكتمون</w:t>
      </w:r>
    </w:p>
    <w:p>
      <w:r>
        <w:rPr>
          <w:b/>
        </w:rPr>
        <w:t xml:space="preserve">[47:05] </w:t>
      </w:r>
      <w:r>
        <w:t>aur jab tere rab ne farishton se kaha ke main zameen mein ek khaleefa banane wala hoon, farishton ne kaha: "kya tu zameen mein aise logon ko basayega jo is mein fasad karen aur</w:t>
      </w:r>
    </w:p>
    <w:p>
      <w:pPr>
        <w:jc w:val="right"/>
      </w:pPr>
      <w:r>
        <w:t>اور جب تیرے رب نے فرشتوں سے کہا کہ میں زمین میں ایک خلیفہ بنانے والا ہوں، فرشتوں نے کہا: "کیا تو زمین میں ایسے لوگوں کو بسائے گا جو اس میں فساد کریں اور</w:t>
      </w:r>
    </w:p>
    <w:p>
      <w:r>
        <w:rPr>
          <w:b/>
        </w:rPr>
        <w:t xml:space="preserve">[47:23] </w:t>
      </w:r>
      <w:r>
        <w:t>khoon bahayen?" aur hum teri hamd karte hain aur teri pakki bayan karte hain. Allah ne kaha: "main janta hoon jo tum nahin jante" aur Allah ne sikhadiye Adam ko sare naam.</w:t>
      </w:r>
    </w:p>
    <w:p>
      <w:pPr>
        <w:jc w:val="right"/>
      </w:pPr>
      <w:r>
        <w:t>خون بہائیں؟" اور ہم تیری حمد کرتے ہیں اور تیری پاکی بیان کرتے ہیں۔ اللہ نے کہا: "میں جانتا ہوں جو تم نہیں جانتے" اور اللہ نے سکھا دیے آدم کو سارے نام۔</w:t>
      </w:r>
    </w:p>
    <w:p>
      <w:r>
        <w:rPr>
          <w:b/>
        </w:rPr>
        <w:t xml:space="preserve">[47:42] </w:t>
      </w:r>
      <w:r>
        <w:t>phir un ko farishton ke samne pesh kiya aur kaha ke "agar tum sachche ho to mujhe in logon ke naam batao".</w:t>
      </w:r>
    </w:p>
    <w:p>
      <w:pPr>
        <w:jc w:val="right"/>
      </w:pPr>
      <w:r>
        <w:t>پھر ان کو فرشتوں کے سامنے پیش کیا اور کہا کہ "اگر تم سچے ہو تو مجھے ان لوگوں کے نام بتاؤ"۔</w:t>
      </w:r>
    </w:p>
    <w:p>
      <w:r>
        <w:rPr>
          <w:b/>
        </w:rPr>
        <w:t xml:space="preserve">[47:53] </w:t>
      </w:r>
      <w:r>
        <w:t>farishton ne kaha ke "tu pak hai, hum to wohi jante hain</w:t>
      </w:r>
    </w:p>
    <w:p>
      <w:pPr>
        <w:jc w:val="right"/>
      </w:pPr>
      <w:r>
        <w:t>فرشتوں نے کہا کہ "تو پاک ہے، ہم تو وہی جانتے ہیں</w:t>
      </w:r>
    </w:p>
    <w:p>
      <w:r>
        <w:rPr>
          <w:b/>
        </w:rPr>
        <w:t xml:space="preserve">[47:59] </w:t>
      </w:r>
      <w:r>
        <w:t>jo tu ne hum ko bataya. beshak tu hi ilm wala aur hikmat wala hai". Allah ne kaha: "ae Adam, in ko batao in logon ke naam".</w:t>
      </w:r>
    </w:p>
    <w:p>
      <w:pPr>
        <w:jc w:val="right"/>
      </w:pPr>
      <w:r>
        <w:t>جو تو نے ہم کو بتایا۔ بے شک تو ہی علم والا اور حکمت والا ہے"۔ اللہ نے کہا: "اے آدم، ان کو بتاؤ ان لوگوں کے نام"۔</w:t>
      </w:r>
    </w:p>
    <w:p>
      <w:r>
        <w:rPr>
          <w:b/>
        </w:rPr>
        <w:t xml:space="preserve">[48:14] </w:t>
      </w:r>
      <w:r>
        <w:t>to jab Adam ne bataye un ko un logon ke naam</w:t>
      </w:r>
    </w:p>
    <w:p>
      <w:pPr>
        <w:jc w:val="right"/>
      </w:pPr>
      <w:r>
        <w:t>تو جب آدم نے بتائے ان کو ان لوگوں کے نام</w:t>
      </w:r>
    </w:p>
    <w:p>
      <w:r>
        <w:rPr>
          <w:b/>
        </w:rPr>
        <w:t xml:space="preserve">[48:17] </w:t>
      </w:r>
      <w:r>
        <w:t>to Allah ne kaha: "kya maine tum se nahin kaha tha ke aasmanon aur zameen ke bhed ko main hi janta hoon aur mujh ko maloom hai jo tum zahir karte ho aur jo tum chupate ho?"</w:t>
      </w:r>
    </w:p>
    <w:p>
      <w:pPr>
        <w:jc w:val="right"/>
      </w:pPr>
      <w:r>
        <w:t>تو اللہ نے کہا: "کیا میں نے تم سے نہیں کہا تھا کہ آسمانوں اور زمین کے بھید کو میں ہی جانتا ہوں اور مجھ کو معلوم ہے جو تم ظاہر کرتے ہو اور جو تم چھپاتے ہو؟"</w:t>
      </w:r>
    </w:p>
    <w:p>
      <w:r>
        <w:rPr>
          <w:b/>
        </w:rPr>
        <w:t xml:space="preserve">[48:36] </w:t>
      </w:r>
      <w:r>
        <w:t>tashreeh: khaleefa ke lafzi mani hain kisi ke baad us ki jagah lene wala, jansheen.</w:t>
      </w:r>
    </w:p>
    <w:p>
      <w:pPr>
        <w:jc w:val="right"/>
      </w:pPr>
      <w:r>
        <w:t>تشریح: خلیفہ کے لفظی معنی ہیں کسی کے بعد اس کی جگہ لینے والا، جانشین۔</w:t>
      </w:r>
    </w:p>
    <w:p>
      <w:r>
        <w:rPr>
          <w:b/>
        </w:rPr>
        <w:t xml:space="preserve">[48:46] </w:t>
      </w:r>
      <w:r>
        <w:t>wirasati iqtadar ke zamane mein yeh lafz kasrat se hukmaranon ke liye istemal hua</w:t>
      </w:r>
    </w:p>
    <w:p>
      <w:pPr>
        <w:jc w:val="right"/>
      </w:pPr>
      <w:r>
        <w:t>وراثتی اقتدار کے زمانے میں یہ لفظ کثرت سے حکمرانوں کے لیے استعمال ہوا</w:t>
      </w:r>
    </w:p>
    <w:p>
      <w:r>
        <w:rPr>
          <w:b/>
        </w:rPr>
        <w:t xml:space="preserve">[48:53] </w:t>
      </w:r>
      <w:r>
        <w:t>jo ek ke baad doosre ki jagah takht par baithte the. is tarah istimari mafhoom ke lihaz se khaleefa ka lafz sahib iqtadar ke hum mani ho gaya.</w:t>
      </w:r>
    </w:p>
    <w:p>
      <w:pPr>
        <w:jc w:val="right"/>
      </w:pPr>
      <w:r>
        <w:t>جو ایک کے بعد دوسرے کی جگہ تخت پر بیٹھتے تھے۔ اس طرح استعماری مفہوم کے لحاظ سے خلیفہ کا لفظ صاحب اقتدار کے ہم معنی ہو گیا۔</w:t>
      </w:r>
    </w:p>
    <w:p>
      <w:r>
        <w:rPr>
          <w:b/>
        </w:rPr>
        <w:t xml:space="preserve">[49:08] </w:t>
      </w:r>
      <w:r>
        <w:t>Allah taala ne</w:t>
      </w:r>
    </w:p>
    <w:p>
      <w:pPr>
        <w:jc w:val="right"/>
      </w:pPr>
      <w:r>
        <w:t>اللہ تعالی نے</w:t>
      </w:r>
    </w:p>
    <w:p>
      <w:r>
        <w:rPr>
          <w:b/>
        </w:rPr>
        <w:t xml:space="preserve">[49:10] </w:t>
      </w:r>
      <w:r>
        <w:t>jab insan ko paida kiya to yeh bhi faisla farmaya ke woh ek ba-ikhtiyar makhlooq ke hisse se zameen par abad hoga.</w:t>
      </w:r>
    </w:p>
    <w:p>
      <w:pPr>
        <w:jc w:val="right"/>
      </w:pPr>
      <w:r>
        <w:t>جب انسان کو پیدا کیا تو یہ بھی فیصلہ فرمایا کہ وہ ایک بااختیار مخلوق کے حصے سے زمین پر آباد ہوگا۔</w:t>
      </w:r>
    </w:p>
    <w:p>
      <w:r>
        <w:rPr>
          <w:b/>
        </w:rPr>
        <w:t xml:space="preserve">[49:22] </w:t>
      </w:r>
      <w:r>
        <w:t>farishton ko andesha hua ke ikhtiyar aur iqtadar pa kar insan bigad na jaye aur zameen mein khoonrizi karne lagen.</w:t>
      </w:r>
    </w:p>
    <w:p>
      <w:pPr>
        <w:jc w:val="right"/>
      </w:pPr>
      <w:r>
        <w:t>فرشتوں کو اندیشہ ہوا کہ اختیار اور اقتدار پا کر انسان بگڑ نہ جائے اور زمین میں خونریزی کرنے لگے۔</w:t>
      </w:r>
    </w:p>
    <w:p>
      <w:r>
        <w:rPr>
          <w:b/>
        </w:rPr>
        <w:t xml:space="preserve">[49:32] </w:t>
      </w:r>
      <w:r>
        <w:t>farishton ka yeh andesha ghalat na tha. Allah ko bhi is imkan ka poora ilm tha magar Allah ki nazar is baat par thi ke insanon mein agar bahut se log azadi pa kar bigadenge to ek qabil-e-lihaz tadad</w:t>
      </w:r>
    </w:p>
    <w:p>
      <w:pPr>
        <w:jc w:val="right"/>
      </w:pPr>
      <w:r>
        <w:t>فرشتوں کا یہ اندیشہ غلط نہ تھا۔ اللہ کو بھی اس امکان کا پورا علم تھا مگر اللہ کی نظر اس بات پر تھی کہ انسانوں میں اگر بہت سے لوگ آزادی پا کر بگڑیں گے تو ایک قابل لحاظ تعداد</w:t>
      </w:r>
    </w:p>
    <w:p>
      <w:r>
        <w:rPr>
          <w:b/>
        </w:rPr>
        <w:t xml:space="preserve">[49:51] </w:t>
      </w:r>
      <w:r>
        <w:t>un logon ki bhi hogi jo azadi aur ikhtiyar ke bawajood apni haysiyat ko aur apne rab ke maqam ko pehchanenge aur kisi daba'o ke baghair khud apne irade se</w:t>
      </w:r>
    </w:p>
    <w:p>
      <w:pPr>
        <w:jc w:val="right"/>
      </w:pPr>
      <w:r>
        <w:t>ان لوگوں کی بھی ہوگی جو آزادی اور اختیار کے باوجود اپنی حیثیت کو اور اپنے رب کے مقام کو پہچانیں گے اور کسی دباؤ کے بغیر خود اپنے ارادے سے</w:t>
      </w:r>
    </w:p>
    <w:p>
      <w:r>
        <w:rPr>
          <w:b/>
        </w:rPr>
        <w:t xml:space="preserve">[50:07] </w:t>
      </w:r>
      <w:r>
        <w:t>tasleem aur itaat ka tareeqa ikhtiyar karenge. yeh doosri qism ke log agarche nisbatan kam tadad mein honge magar woh fasl ke danon ki tarah qeemti honge.</w:t>
      </w:r>
    </w:p>
    <w:p>
      <w:pPr>
        <w:jc w:val="right"/>
      </w:pPr>
      <w:r>
        <w:t>تسلیم اور اطاعت کا طریقہ اختیار کریں گے۔ یہ دوسری قسم کے لوگ اگرچہ نسبتا کم تعداد میں ہوں گے مگر وہ فصل کے دانوں کی طرح قیمتی ہوں گے۔</w:t>
      </w:r>
    </w:p>
    <w:p>
      <w:r>
        <w:rPr>
          <w:b/>
        </w:rPr>
        <w:t xml:space="preserve">[50:22] </w:t>
      </w:r>
      <w:r>
        <w:t>fasl mein</w:t>
      </w:r>
    </w:p>
    <w:p>
      <w:pPr>
        <w:jc w:val="right"/>
      </w:pPr>
      <w:r>
        <w:t>فصل میں</w:t>
      </w:r>
    </w:p>
    <w:p>
      <w:r>
        <w:rPr>
          <w:b/>
        </w:rPr>
        <w:t xml:space="preserve">[50:24] </w:t>
      </w:r>
      <w:r>
        <w:t>lakri aur bhus ki miqdar hamesha bohat zyada hoti hai magar dane kam hone ke bawajood itne qeemti hote hain ke un ki khatir lakri aur bhus ke dher ko bhi ugne aur phailne ka mauqa de diya jata hai.</w:t>
      </w:r>
    </w:p>
    <w:p>
      <w:pPr>
        <w:jc w:val="right"/>
      </w:pPr>
      <w:r>
        <w:t>لکڑی اور بھس کی مقدار ہمیشہ بہت زیادہ ہوتی ہے مگر دانے کم ہونے کے باوجود اتنے قیمتی ہوتے ہیں کہ ان کی خاطر لکڑی اور بھس کے ڈھیر کو بھی اگنے اور پھیلنے کا موقع دے دیا جاتا ہے۔</w:t>
      </w:r>
    </w:p>
    <w:p>
      <w:r>
        <w:rPr>
          <w:b/>
        </w:rPr>
        <w:t xml:space="preserve">[50:42] </w:t>
      </w:r>
      <w:r>
        <w:t>Allah ne apni qudrat se Adam ki tamam zurriat ko ba-ek waqt un ke samne kar diya.</w:t>
      </w:r>
    </w:p>
    <w:p>
      <w:pPr>
        <w:jc w:val="right"/>
      </w:pPr>
      <w:r>
        <w:t>اللہ نے اپنی قدرت سے آدم کی تمام ذریت کو بیک وقت ان کے سامنے کر دیا۔</w:t>
      </w:r>
    </w:p>
    <w:p>
      <w:r>
        <w:rPr>
          <w:b/>
        </w:rPr>
        <w:t xml:space="preserve">[50:52] </w:t>
      </w:r>
      <w:r>
        <w:t>phir farishton se kaha ke dekho yeh aulad Adam,</w:t>
      </w:r>
    </w:p>
    <w:p>
      <w:pPr>
        <w:jc w:val="right"/>
      </w:pPr>
      <w:r>
        <w:t>پھر فرشتوں سے کہا کہ دیکھو یہ اولاد آدم،</w:t>
      </w:r>
    </w:p>
    <w:p>
      <w:r>
        <w:rPr>
          <w:b/>
        </w:rPr>
        <w:t xml:space="preserve">[51:00] </w:t>
      </w:r>
      <w:r>
        <w:t>ab batao ke in mein kaun kaun aur kaise kaise log hain? farishte adam-e-waqfiyat ki wajah se bata na sake.</w:t>
      </w:r>
    </w:p>
    <w:p>
      <w:pPr>
        <w:jc w:val="right"/>
      </w:pPr>
      <w:r>
        <w:t>اب بتاؤ کہ ان میں کون کون اور کیسے کیسے لوگ ہیں؟ فرشتے عدم واقفیت کی وجہ سے بتا نہ سکے۔</w:t>
      </w:r>
    </w:p>
    <w:p>
      <w:r>
        <w:rPr>
          <w:b/>
        </w:rPr>
        <w:t xml:space="preserve">[51:10] </w:t>
      </w:r>
      <w:r>
        <w:t>Allah taala ne Adam ko un ke namon ba-alfaz-e-deegar shakhsiyaton se agah kiya aur phir kaha ke farishton ke samne un ka ta'aruf karao.</w:t>
      </w:r>
    </w:p>
    <w:p>
      <w:pPr>
        <w:jc w:val="right"/>
      </w:pPr>
      <w:r>
        <w:t>اللہ تعالی نے آدم کو ان کے ناموں بالفاظ دیگر شخصیتوں سے آگاہ کیا اور پھر کہا کہ فرشتوں کے سامنے ان کا تعارف کراؤ۔</w:t>
      </w:r>
    </w:p>
    <w:p>
      <w:r>
        <w:rPr>
          <w:b/>
        </w:rPr>
        <w:t xml:space="preserve">[51:23] </w:t>
      </w:r>
      <w:r>
        <w:t>jab adam ne taaruf karaya to farishton ko maloom hua ke adam ki aulad mein fasadiyon aur bure logon ke ilawa kaise kaise saleh aur muttaqi hon ge.</w:t>
      </w:r>
    </w:p>
    <w:p>
      <w:pPr>
        <w:jc w:val="right"/>
      </w:pPr>
      <w:r>
        <w:t>جب آدم نے تعارف کرایا تو فرشتوں کو معلوم ہوا کہ آدم کی اولاد میں فسادیوں اور برے لوگوں کے علاوہ کیسے کیسے صالح اور متقی ہوں گے۔</w:t>
      </w:r>
    </w:p>
    <w:p>
      <w:r>
        <w:rPr>
          <w:b/>
        </w:rPr>
        <w:t xml:space="preserve">[51:40] </w:t>
      </w:r>
      <w:r>
        <w:t>insan ka sab se bara jurm inkar e rabb ke baad zameen mein fasad karna aur khoon bahana hai. kisi fard ya giroh ke liye jaiz nahi ke woh aisi karrawaiyan karein jis ke nateeje mein</w:t>
      </w:r>
    </w:p>
    <w:p>
      <w:pPr>
        <w:jc w:val="right"/>
      </w:pPr>
      <w:r>
        <w:t>انسان کا سب سے بڑا جرم انکار رب کے بعد زمین میں فساد کرنا اور خون بہانا ہے۔ کسی فرد یا گروہ کے لیے جائز نہیں کہ وہ ایسی کارروائیاں کرے جس کے نتیجے میں</w:t>
      </w:r>
    </w:p>
    <w:p>
      <w:r>
        <w:rPr>
          <w:b/>
        </w:rPr>
        <w:t xml:space="preserve">[51:57] </w:t>
      </w:r>
      <w:r>
        <w:t>zameen par khuda ka qaim kardah fitri nizam bigar jaye. insan insan ki jaan maarne lage.</w:t>
      </w:r>
    </w:p>
    <w:p>
      <w:pPr>
        <w:jc w:val="right"/>
      </w:pPr>
      <w:r>
        <w:t>زمین پر خدا کا قائم کیا ہوا فطری نظام بگڑ جائے۔ انسان انسان کی جان مارنے لگے۔</w:t>
      </w:r>
    </w:p>
    <w:p>
      <w:r>
        <w:rPr>
          <w:b/>
        </w:rPr>
        <w:t xml:space="preserve">[52:06] </w:t>
      </w:r>
      <w:r>
        <w:t>aisa har feal aadmi ko khuda ki rehmaton se mehroom kar deta hai. zameen mein khuda ke banaye hue fitri nizam ka qaim rehna</w:t>
      </w:r>
    </w:p>
    <w:p>
      <w:pPr>
        <w:jc w:val="right"/>
      </w:pPr>
      <w:r>
        <w:t>ایسا ہر فعل آدمی کو خدا کی رحمتوں سے محروم کر دیتا ہے۔ زمین میں خدا کے بنائے ہوئے فطری نظام کا قائم رہنا</w:t>
      </w:r>
    </w:p>
    <w:p>
      <w:r>
        <w:rPr>
          <w:b/>
        </w:rPr>
        <w:t xml:space="preserve">[52:18] </w:t>
      </w:r>
      <w:r>
        <w:t>iski islaah hai aur zameen ke fitri nizam ko bigadna iska fasad.</w:t>
      </w:r>
    </w:p>
    <w:p>
      <w:pPr>
        <w:jc w:val="right"/>
      </w:pPr>
      <w:r>
        <w:t>اس کی اصلاح ہے اور زمین کے فطری نظام کو بگاڑنا اس کا فساد۔</w:t>
      </w:r>
    </w:p>
    <w:p>
      <w:r>
        <w:rPr>
          <w:b/>
        </w:rPr>
        <w:t xml:space="preserve">[52:30] </w:t>
      </w:r>
      <w:r>
        <w:t>wa iz qulna lilmalaikati sjudu li adama fsjudu illa iblis aba wastakbara wa kana min al kafirin</w:t>
      </w:r>
    </w:p>
    <w:p>
      <w:pPr>
        <w:jc w:val="right"/>
      </w:pPr>
      <w:r>
        <w:t>واذ قلنا للملائكة اسجدوا لآدم فسجدوا إلا إبليس أبا واستكبر وكان من الكافرين</w:t>
      </w:r>
    </w:p>
    <w:p>
      <w:r>
        <w:rPr>
          <w:b/>
        </w:rPr>
        <w:t xml:space="preserve">[52:50] </w:t>
      </w:r>
      <w:r>
        <w:t>wa qulna ya adamuuskun anta wa zawjukal jannata wa kula minha raghadan haisu shittuma wala taqrabaha hadhihish shajarata</w:t>
      </w:r>
    </w:p>
    <w:p>
      <w:pPr>
        <w:jc w:val="right"/>
      </w:pPr>
      <w:r>
        <w:t>وقلنا يا آدم اسكن أنت وزوجك الجنة وكلا منها رغدا حيث شئتما ولا تقربا هذه الشجرة</w:t>
      </w:r>
    </w:p>
    <w:p>
      <w:r>
        <w:rPr>
          <w:b/>
        </w:rPr>
        <w:t xml:space="preserve">[53:07] </w:t>
      </w:r>
      <w:r>
        <w:t>wala taqrabaha hadhihish shajarata fatukuna minaz zalimin</w:t>
      </w:r>
    </w:p>
    <w:p>
      <w:pPr>
        <w:jc w:val="right"/>
      </w:pPr>
      <w:r>
        <w:t>ولا تقربا هذه الشجرة فتكونا من الظالمين</w:t>
      </w:r>
    </w:p>
    <w:p>
      <w:r>
        <w:rPr>
          <w:b/>
        </w:rPr>
        <w:t xml:space="preserve">[53:16] </w:t>
      </w:r>
      <w:r>
        <w:t>fa azalahuma ash shaitanu anha fa akhrajahuma mimma kana fihi wa qulnahbita ba'dukum li ba'din aduwwun walakum fil ardi mustaqarun wa mata'un ila heen</w:t>
      </w:r>
    </w:p>
    <w:p>
      <w:pPr>
        <w:jc w:val="right"/>
      </w:pPr>
      <w:r>
        <w:t>فأزلهما الشيطان عنها فأخرجهما مما كانا فيه وقلنا اهبطوا بعضكم لبعض عدو ولكم في الأرض مستقر ومتاع إلى حين</w:t>
      </w:r>
    </w:p>
    <w:p>
      <w:r>
        <w:rPr>
          <w:b/>
        </w:rPr>
        <w:t xml:space="preserve">[53:37] </w:t>
      </w:r>
      <w:r>
        <w:t>fata laqa adamu mirrabihi kalimatin fata aba alaihi innahu huwat tawwabur rahim</w:t>
      </w:r>
    </w:p>
    <w:p>
      <w:pPr>
        <w:jc w:val="right"/>
      </w:pPr>
      <w:r>
        <w:t>فتلقى آدم من ربه كلمات فتاب عليه إنه هو التواب الرحيم</w:t>
      </w:r>
    </w:p>
    <w:p>
      <w:r>
        <w:rPr>
          <w:b/>
        </w:rPr>
        <w:t xml:space="preserve">[53:55] </w:t>
      </w:r>
      <w:r>
        <w:t>qulnahbita minha jamee'an fa imma ya'tiyannakum minni huda faman tabi'a hudaya fala khawfun alaihim</w:t>
      </w:r>
    </w:p>
    <w:p>
      <w:pPr>
        <w:jc w:val="right"/>
      </w:pPr>
      <w:r>
        <w:t>قلنا اهبطوا منها جميعا فإما يأتينكم مني هدى فمن تبع هداي فلا خوف عليهم</w:t>
      </w:r>
    </w:p>
    <w:p>
      <w:r>
        <w:rPr>
          <w:b/>
        </w:rPr>
        <w:t xml:space="preserve">[54:13] </w:t>
      </w:r>
      <w:r>
        <w:t>fala khawfun alaihim wala hum yahzanun</w:t>
      </w:r>
    </w:p>
    <w:p>
      <w:pPr>
        <w:jc w:val="right"/>
      </w:pPr>
      <w:r>
        <w:t>فلا خوف عليهم ولا هم يحزنون</w:t>
      </w:r>
    </w:p>
    <w:p>
      <w:r>
        <w:rPr>
          <w:b/>
        </w:rPr>
        <w:t xml:space="preserve">[54:20] </w:t>
      </w:r>
      <w:r>
        <w:t>wallazina kafaru wa kadzabu bi ayatina ula'ika ashabun nar hum fiha khaludun</w:t>
      </w:r>
    </w:p>
    <w:p>
      <w:pPr>
        <w:jc w:val="right"/>
      </w:pPr>
      <w:r>
        <w:t>والذين كفروا وكذبوا بآياتنا أولئك أصحاب النار هم فيها خالدون</w:t>
      </w:r>
    </w:p>
    <w:p>
      <w:r>
        <w:rPr>
          <w:b/>
        </w:rPr>
        <w:t xml:space="preserve">[54:40] </w:t>
      </w:r>
      <w:r>
        <w:t>aur jab hum ne farishton se kaha ke adam ko sajda karo to unhon ne sajda kiya magar iblis ne na kiya.</w:t>
      </w:r>
    </w:p>
    <w:p>
      <w:pPr>
        <w:jc w:val="right"/>
      </w:pPr>
      <w:r>
        <w:t>اور جب ہم نے فرشتوں سے کہا کہ آدم کو سجدہ کرو تو انہوں نے سجدہ کیا مگر ابلیس نے نہ کیا۔</w:t>
      </w:r>
    </w:p>
    <w:p>
      <w:r>
        <w:rPr>
          <w:b/>
        </w:rPr>
        <w:t xml:space="preserve">[54:51] </w:t>
      </w:r>
      <w:r>
        <w:t>us ne inkar kiya aur ghamand kiya aur kafiron mein se ho gaya.</w:t>
      </w:r>
    </w:p>
    <w:p>
      <w:pPr>
        <w:jc w:val="right"/>
      </w:pPr>
      <w:r>
        <w:t>اس نے انکار کیا اور گھمنڈ کیا اور کافروں میں سے ہو گیا۔</w:t>
      </w:r>
    </w:p>
    <w:p>
      <w:r>
        <w:rPr>
          <w:b/>
        </w:rPr>
        <w:t xml:space="preserve">[54:59] </w:t>
      </w:r>
      <w:r>
        <w:t>aur hum ne kaha: "ae adam!</w:t>
      </w:r>
    </w:p>
    <w:p>
      <w:pPr>
        <w:jc w:val="right"/>
      </w:pPr>
      <w:r>
        <w:t>اور ہم نے کہا: "اے آدم!</w:t>
      </w:r>
    </w:p>
    <w:p>
      <w:r>
        <w:rPr>
          <w:b/>
        </w:rPr>
        <w:t xml:space="preserve">[55:02] </w:t>
      </w:r>
      <w:r>
        <w:t>tum aur tumhari biwi dono jannat mein raho aur is mein se khao faraghat ke sath jahan se</w:t>
      </w:r>
    </w:p>
    <w:p>
      <w:pPr>
        <w:jc w:val="right"/>
      </w:pPr>
      <w:r>
        <w:t>تم اور تمہاری بیوی دونوں جنت میں رہو اور اس میں سے کھاؤ فراغت کے ساتھ جہاں سے</w:t>
      </w:r>
    </w:p>
    <w:p>
      <w:r>
        <w:rPr>
          <w:b/>
        </w:rPr>
        <w:t xml:space="preserve">[55:12] </w:t>
      </w:r>
      <w:r>
        <w:t>chaho aur is darakht ke nazdeek na jana warna tum zalimon mein se ho jaoge."</w:t>
      </w:r>
    </w:p>
    <w:p>
      <w:pPr>
        <w:jc w:val="right"/>
      </w:pPr>
      <w:r>
        <w:t>چاہو اور اس درخت کے نزدیک نہ جانا ورنہ تم ظالموں میں سے ہو جاؤ گے۔"</w:t>
      </w:r>
    </w:p>
    <w:p>
      <w:r>
        <w:rPr>
          <w:b/>
        </w:rPr>
        <w:t xml:space="preserve">[55:24] </w:t>
      </w:r>
      <w:r>
        <w:t>phir shaitan ne is darakht ke zariye dono ko lagzish mein mubtala kar diya</w:t>
      </w:r>
    </w:p>
    <w:p>
      <w:pPr>
        <w:jc w:val="right"/>
      </w:pPr>
      <w:r>
        <w:t>پھر شیطان نے اس درخت کے ذریعے دونوں کو لغزش میں مبتلا کر دیا</w:t>
      </w:r>
    </w:p>
    <w:p>
      <w:r>
        <w:rPr>
          <w:b/>
        </w:rPr>
        <w:t xml:space="preserve">[55:32] </w:t>
      </w:r>
      <w:r>
        <w:t>aur un ko is aish se nikal diya jis mein woh thay.</w:t>
      </w:r>
    </w:p>
    <w:p>
      <w:pPr>
        <w:jc w:val="right"/>
      </w:pPr>
      <w:r>
        <w:t>اور ان کو اس عیش سے نکال دیا جس میں وہ تھے۔</w:t>
      </w:r>
    </w:p>
    <w:p>
      <w:r>
        <w:rPr>
          <w:b/>
        </w:rPr>
        <w:t xml:space="preserve">[55:38] </w:t>
      </w:r>
      <w:r>
        <w:t>aur hum ne kaha: "tum sab utro yahan se!</w:t>
      </w:r>
    </w:p>
    <w:p>
      <w:pPr>
        <w:jc w:val="right"/>
      </w:pPr>
      <w:r>
        <w:t>اور ہم نے کہا: "تم سب اترو یہاں سے!</w:t>
      </w:r>
    </w:p>
    <w:p>
      <w:r>
        <w:rPr>
          <w:b/>
        </w:rPr>
        <w:t xml:space="preserve">[55:43] </w:t>
      </w:r>
      <w:r>
        <w:t>tum ek dusre ke dushman hoge aur tumhare liye zameen mein theharna aur kaam chalana hai ek muddat tak." phir adam ne seekh liye apne rabb se chand bol to Allah us par mutawajjah hua.</w:t>
      </w:r>
    </w:p>
    <w:p>
      <w:pPr>
        <w:jc w:val="right"/>
      </w:pPr>
      <w:r>
        <w:t>تم ایک دوسرے کے دشمن ہو گے اور تمہارے لیے زمین میں ٹھہرنا اور کام چلانا ہے ایک مدت تک۔" پھر آدم نے سیکھ لیے اپنے رب سے چند بول تو اللہ اس پر متوجہ ہوا۔</w:t>
      </w:r>
    </w:p>
    <w:p>
      <w:r>
        <w:rPr>
          <w:b/>
        </w:rPr>
        <w:t xml:space="preserve">[56:06] </w:t>
      </w:r>
      <w:r>
        <w:t>beshak woh tauba qubool karne wala, reham karne wala hai.</w:t>
      </w:r>
    </w:p>
    <w:p>
      <w:pPr>
        <w:jc w:val="right"/>
      </w:pPr>
      <w:r>
        <w:t>بے شک وہ توبہ قبول کرنے والا، رحم کرنے والا ہے۔</w:t>
      </w:r>
    </w:p>
    <w:p>
      <w:r>
        <w:rPr>
          <w:b/>
        </w:rPr>
        <w:t xml:space="preserve">[56:13] </w:t>
      </w:r>
      <w:r>
        <w:t>hum ne kaha: "tum sab yahan se utro!</w:t>
      </w:r>
    </w:p>
    <w:p>
      <w:pPr>
        <w:jc w:val="right"/>
      </w:pPr>
      <w:r>
        <w:t>ہم نے کہا: "تم سب یہاں سے اترو!</w:t>
      </w:r>
    </w:p>
    <w:p>
      <w:r>
        <w:rPr>
          <w:b/>
        </w:rPr>
        <w:t xml:space="preserve">[56:17] </w:t>
      </w:r>
      <w:r>
        <w:t>" phir jab aaye tumhare paas meri taraf se koi hidayat to jo meri hidayat ki pairwi karenge un ke liye na koi darr hoga aur na woh ghamgeen hon ge.</w:t>
      </w:r>
    </w:p>
    <w:p>
      <w:pPr>
        <w:jc w:val="right"/>
      </w:pPr>
      <w:r>
        <w:t>" پھر جب آئے تمہارے پاس میری طرف سے کوئی ہدایت تو جو میری ہدایت کی پیروی کریں گے ان کے لیے نہ کوئی ڈر ہوگا اور نہ وہ غمگین ہوں گے۔</w:t>
      </w:r>
    </w:p>
    <w:p>
      <w:r>
        <w:rPr>
          <w:b/>
        </w:rPr>
        <w:t xml:space="preserve">[56:34] </w:t>
      </w:r>
      <w:r>
        <w:t>aur jo log inkar karenge aur hamari nishaniyon ko jhutlayenge to wahi log dozakh wale hain, woh us mein hamesha rahenge.</w:t>
      </w:r>
    </w:p>
    <w:p>
      <w:pPr>
        <w:jc w:val="right"/>
      </w:pPr>
      <w:r>
        <w:t>اور جو لوگ انکار کریں گے اور ہماری نشانیوں کو جھٹلائیں گے تو وہی لوگ دوزخ والے ہیں، وہ اس میں ہمیشہ رہیں گے۔</w:t>
      </w:r>
    </w:p>
    <w:p>
      <w:r>
        <w:rPr>
          <w:b/>
        </w:rPr>
        <w:t xml:space="preserve">[56:53] </w:t>
      </w:r>
      <w:r>
        <w:t>tashreeh: adam ko Allah taala ne farishton aur iblis ke darmiyan khada kiya aur sajde ke imtehan ke zariye adam ko amli taur par bataya</w:t>
      </w:r>
    </w:p>
    <w:p>
      <w:pPr>
        <w:jc w:val="right"/>
      </w:pPr>
      <w:r>
        <w:t>تشریح: آدم کو اللہ تعالی نے فرشتوں اور ابلیس کے درمیان کھڑا کیا اور سجدے کے امتحان کے ذریعے آدم کو عملی طور پر بتایا</w:t>
      </w:r>
    </w:p>
    <w:p>
      <w:r>
        <w:rPr>
          <w:b/>
        </w:rPr>
        <w:t xml:space="preserve">[57:10] </w:t>
      </w:r>
      <w:r>
        <w:t>ke un ke liye zameen par do mumkin rahen hongi: ek farishton ki tarah Allah ke hukum ke samne jhuk jana,</w:t>
      </w:r>
    </w:p>
    <w:p>
      <w:pPr>
        <w:jc w:val="right"/>
      </w:pPr>
      <w:r>
        <w:t>کہ ان کے لیے زمین پر دو ممکن راہیں ہوں گی: ایک فرشتوں کی طرح اللہ کے حکم کے سامنے جھک جانا،</w:t>
      </w:r>
    </w:p>
    <w:p>
      <w:r>
        <w:rPr>
          <w:b/>
        </w:rPr>
        <w:t xml:space="preserve">[57:25] </w:t>
      </w:r>
      <w:r>
        <w:t>khwah is ka matlab</w:t>
      </w:r>
    </w:p>
    <w:p>
      <w:pPr>
        <w:jc w:val="right"/>
      </w:pPr>
      <w:r>
        <w:t>خواہ اس کا مطلب</w:t>
      </w:r>
    </w:p>
    <w:p>
      <w:r>
        <w:rPr>
          <w:b/>
        </w:rPr>
        <w:t xml:space="preserve">[57:28] </w:t>
      </w:r>
      <w:r>
        <w:t>apne se kamtar ek bande ke aage jhukna kyon na ho; doosra iblis ki tarah apne ko bada samajhna aur doosre ke aage jhukne se inkar kar dena.</w:t>
      </w:r>
    </w:p>
    <w:p>
      <w:pPr>
        <w:jc w:val="right"/>
      </w:pPr>
      <w:r>
        <w:t>اپنے سے کمتر ایک بندے کے آگے جھکنا کیوں نہ ہو؛ دوسرا ابلیس کی طرح اپنے کو بڑا سمجھنا اور دوسرے کے آگے جھکنے سے انکار کر دینا۔</w:t>
      </w:r>
    </w:p>
    <w:p>
      <w:r>
        <w:rPr>
          <w:b/>
        </w:rPr>
        <w:t xml:space="preserve">[57:49] </w:t>
      </w:r>
      <w:r>
        <w:t>insan ki poori zindagi isi imtehan ki ruzm gah hai. yahan har waqt aadmi ko do ravaiyon mein se kisi ek ravaiye ka intekhab karna hota hai:</w:t>
      </w:r>
    </w:p>
    <w:p>
      <w:pPr>
        <w:jc w:val="right"/>
      </w:pPr>
      <w:r>
        <w:t>انسان کی پوری زندگی اسی امتحان کی رزم گاہ ہے۔ یہاں ہر وقت آدمی کو دو رویوں میں سے کسی ایک رویے کا انتخاب کرنا ہوتا ہے:</w:t>
      </w:r>
    </w:p>
    <w:p>
      <w:r>
        <w:rPr>
          <w:b/>
        </w:rPr>
        <w:t xml:space="preserve">[58:05] </w:t>
      </w:r>
      <w:r>
        <w:t>ek malakooti ravaiya yani</w:t>
      </w:r>
    </w:p>
    <w:p>
      <w:pPr>
        <w:jc w:val="right"/>
      </w:pPr>
      <w:r>
        <w:t>ایک ملکوتی رویہ یعنی</w:t>
      </w:r>
    </w:p>
    <w:p>
      <w:r>
        <w:rPr>
          <w:b/>
        </w:rPr>
        <w:t xml:space="preserve">[58:08] </w:t>
      </w:r>
      <w:r>
        <w:t>duniya ki zindagi mein jo muamla pesh aaye, Allah ke hukum ki taameel mein aadmi haq o insaf ke aage jhuk jaye; doosra shaitani ravaiya yani</w:t>
      </w:r>
    </w:p>
    <w:p>
      <w:pPr>
        <w:jc w:val="right"/>
      </w:pPr>
      <w:r>
        <w:t>دنیا کی زندگی میں جو معاملہ پیش آئے، اللہ کے حکم کی تعمیل میں آدمی حق و انصاف کے آگے جھک جائے؛ دوسرا شیطانی رویہ یعنی</w:t>
      </w:r>
    </w:p>
    <w:p>
      <w:r>
        <w:rPr>
          <w:b/>
        </w:rPr>
        <w:t xml:space="preserve">[58:25] </w:t>
      </w:r>
      <w:r>
        <w:t>jab koi muamla pesh aaye to aadmi ke andar hasad aur ghamand ki nafsiyat jaag uthe aur woh un ke zer asar aa kar sahib muamla ke aage jhukne se inkar kar de.</w:t>
      </w:r>
    </w:p>
    <w:p>
      <w:pPr>
        <w:jc w:val="right"/>
      </w:pPr>
      <w:r>
        <w:t>جب کوئی معاملہ پیش آئے تو آدمی کے اندر حسد اور گھمنڈ کی نفسیات جاگ اٹھے اور وہ ان کے زیر اثر آ کر صاحب معاملہ کے آگے جھکنے سے انکار کر دے۔</w:t>
      </w:r>
    </w:p>
    <w:p>
      <w:r>
        <w:rPr>
          <w:b/>
        </w:rPr>
        <w:t xml:space="preserve">[58:46] </w:t>
      </w:r>
      <w:r>
        <w:t>mamnooa darakht ka muamla bhi isi zil ka ek amli sabaq hai. is se maloom hota hai ke insan ke bhatakne ka aaghaz yahan se hota hai ke woh shaitan ke vargalane mein aa jaye aur</w:t>
      </w:r>
    </w:p>
    <w:p>
      <w:pPr>
        <w:jc w:val="right"/>
      </w:pPr>
      <w:r>
        <w:t>ممنوعہ درخت کا معاملہ بھی اسی ذیل کا ایک عملی سبق ہے۔ اس سے معلوم ہوتا ہے کہ انسان کے بھٹکنے کا آغاز یہاں سے ہوتا ہے کہ وہ شیطان کے ورغلانے میں آ جائے اور</w:t>
      </w:r>
    </w:p>
    <w:p>
      <w:r>
        <w:rPr>
          <w:b/>
        </w:rPr>
        <w:t xml:space="preserve">[59:05] </w:t>
      </w:r>
      <w:r>
        <w:t>is had mein qadam rakh de jis mein jaane se Allah ne mana kiya hai.</w:t>
      </w:r>
    </w:p>
    <w:p>
      <w:pPr>
        <w:jc w:val="right"/>
      </w:pPr>
      <w:r>
        <w:t>اس حد میں قدم رکھ دے جس میں جانے سے اللہ نے منع کیا ہے۔</w:t>
      </w:r>
    </w:p>
    <w:p>
      <w:r>
        <w:rPr>
          <w:b/>
        </w:rPr>
        <w:t xml:space="preserve">[59:13] </w:t>
      </w:r>
      <w:r>
        <w:t>mana kiye hue phal ko khate hi aadmi Allah ki nasrat, balafz deegar jannat ke istihqaaq se mahroom ho jata hai.</w:t>
      </w:r>
    </w:p>
    <w:p>
      <w:pPr>
        <w:jc w:val="right"/>
      </w:pPr>
      <w:r>
        <w:t>منع کیے ہوئے پھل کو کھاتے ہی آدمی اللہ کی نصرت، بالفاظ دیگر جنت کے استحقاق سے محروم ہو جاتا ہے۔</w:t>
      </w:r>
    </w:p>
    <w:p>
      <w:r>
        <w:rPr>
          <w:b/>
        </w:rPr>
        <w:t xml:space="preserve">[59:26] </w:t>
      </w:r>
      <w:r>
        <w:t>taham yeh mahroomi aisi nahin hai</w:t>
      </w:r>
    </w:p>
    <w:p>
      <w:pPr>
        <w:jc w:val="right"/>
      </w:pPr>
      <w:r>
        <w:t>تاہم یہ محرومی ایسی نہیں ہے</w:t>
      </w:r>
    </w:p>
    <w:p>
      <w:r>
        <w:rPr>
          <w:b/>
        </w:rPr>
        <w:t xml:space="preserve">[59:30] </w:t>
      </w:r>
      <w:r>
        <w:t>jis ki talafi na ho sakti ho. yeh imkan aadmi ke liye phir bhi khula rehta hai ke woh dobara apne rab ki taraf lote aur apne ravaiye ko durust karte hue</w:t>
      </w:r>
    </w:p>
    <w:p>
      <w:pPr>
        <w:jc w:val="right"/>
      </w:pPr>
      <w:r>
        <w:t>جس کی تلافی نہ ہو سکتی ہو۔ یہ امکان آدمی کے لیے پھر بھی کھلا رہتا ہے کہ وہ دوبارہ اپنے رب کی طرف لوٹے اور اپنے رویے کو درست کرتے ہوئے</w:t>
      </w:r>
    </w:p>
    <w:p>
      <w:r>
        <w:rPr>
          <w:b/>
        </w:rPr>
        <w:t xml:space="preserve">[59:47] </w:t>
      </w:r>
      <w:r>
        <w:t>Allah se maafi ka talabgar ho. jab banda is tarah paltta hai to Allah bhi us ki taraf palat aata hai aur us ko is tarah pak kar deta hai goya us ne gunah hi nahin kiya.</w:t>
      </w:r>
    </w:p>
    <w:p>
      <w:pPr>
        <w:jc w:val="right"/>
      </w:pPr>
      <w:r>
        <w:t>اللہ سے معافی کا طلبگار ہو۔ جب بندہ اس طرح پلٹتا ہے تو اللہ بھی اس کی طرف پلٹ آتا ہے اور اس کو اس طرح پاک کر دیتا ہے گویا اس نے گناہ ہی نہیں کیا۔</w:t>
      </w:r>
    </w:p>
    <w:p>
      <w:r>
        <w:rPr>
          <w:b/>
        </w:rPr>
        <w:t xml:space="preserve">[1:00:09] </w:t>
      </w:r>
      <w:r>
        <w:t>kisi insani abadi mein Allah ki dawat ka uthna bhi isi qism ka ek sakht imtehan hai.</w:t>
      </w:r>
    </w:p>
    <w:p>
      <w:pPr>
        <w:jc w:val="right"/>
      </w:pPr>
      <w:r>
        <w:t>کسی انسانی آبادی میں اللہ کی دعوت کا اٹھنا بھی اسی قسم کا ایک سخت امتحان ہے۔</w:t>
      </w:r>
    </w:p>
    <w:p>
      <w:r>
        <w:rPr>
          <w:b/>
        </w:rPr>
        <w:t xml:space="preserve">[1:00:20] </w:t>
      </w:r>
      <w:r>
        <w:t>daii haq bhi goya ek Adam hota hai jis ke samne logon ko jhuk jana hai. agar woh apne kibr aur apne taassub ki wajah se is ka etraf na karein to goya ke unhon ne</w:t>
      </w:r>
    </w:p>
    <w:p>
      <w:pPr>
        <w:jc w:val="right"/>
      </w:pPr>
      <w:r>
        <w:t>داعی حق بھی گویا ایک آدم ہوتا ہے جس کے سامنے لوگوں کو جھک جانا ہے۔ اگر وہ اپنے کبر اور اپنے تعصب کی وجہ سے اس کا اعتراف نہ کریں تو گویا کہ انہوں نے</w:t>
      </w:r>
    </w:p>
    <w:p>
      <w:r>
        <w:rPr>
          <w:b/>
        </w:rPr>
        <w:t xml:space="preserve">[1:00:37] </w:t>
      </w:r>
      <w:r>
        <w:t>iblis ki pairvi ki. Khuda is duniya mein ayyan samne nahin aata, woh apni nishaniyon ke zariye logon ko janchta hai.</w:t>
      </w:r>
    </w:p>
    <w:p>
      <w:pPr>
        <w:jc w:val="right"/>
      </w:pPr>
      <w:r>
        <w:t>ابلیس کی پیروی کی۔ خدا اس دنیا میں عیانا سامنے نہیں آتا، وہ اپنی نشانیوں کے ذریعے لوگوں کو جانچتا ہے۔</w:t>
      </w:r>
    </w:p>
    <w:p>
      <w:r>
        <w:rPr>
          <w:b/>
        </w:rPr>
        <w:t xml:space="preserve">[1:00:49] </w:t>
      </w:r>
      <w:r>
        <w:t>jis ne Khuda ki nishani mein Khuda ko paya, usi ne Khuda ko paya</w:t>
      </w:r>
    </w:p>
    <w:p>
      <w:pPr>
        <w:jc w:val="right"/>
      </w:pPr>
      <w:r>
        <w:t>جس نے خدا کی نشانی میں خدا کو پایا، اسی نے خدا کو پایا</w:t>
      </w:r>
    </w:p>
    <w:p>
      <w:r>
        <w:rPr>
          <w:b/>
        </w:rPr>
        <w:t xml:space="preserve">[1:00:55] </w:t>
      </w:r>
      <w:r>
        <w:t>aur jis ne Khuda ki nishani mein Khuda ko nahin paya, woh Khuda se mahroom raha. ya bani israil azkuru ni'mati allati</w:t>
      </w:r>
    </w:p>
    <w:p>
      <w:pPr>
        <w:jc w:val="right"/>
      </w:pPr>
      <w:r>
        <w:t>اور جس نے خدا کی نشانی میں خدا کو نہیں پایا، وہ خدا سے محروم رہا۔ يا بنی اسرائیل اذکروا نعمتي التي</w:t>
      </w:r>
    </w:p>
    <w:p>
      <w:r>
        <w:rPr>
          <w:b/>
        </w:rPr>
        <w:t xml:space="preserve">[1:01:14] </w:t>
      </w:r>
      <w:r>
        <w:t>an'amtu 'alaikum wa aufu bi 'ahdi uf bi 'ahdikum wa iyyaya farhabun wa aminu bima</w:t>
      </w:r>
    </w:p>
    <w:p>
      <w:pPr>
        <w:jc w:val="right"/>
      </w:pPr>
      <w:r>
        <w:t>انعمت عليكم واوفوا بعهدی واوفوا بعهدی اوف بعهدكم وايا فارهبون وآمنوا بما</w:t>
      </w:r>
    </w:p>
    <w:p>
      <w:r>
        <w:rPr>
          <w:b/>
        </w:rPr>
        <w:t xml:space="preserve">[1:01:34] </w:t>
      </w:r>
      <w:r>
        <w:t>anzaltu musaddiqan lima ma'akum wa la takunu awwala kafirin bihi wa la takunu awwala kafir</w:t>
      </w:r>
    </w:p>
    <w:p>
      <w:pPr>
        <w:jc w:val="right"/>
      </w:pPr>
      <w:r>
        <w:t>أنزلت مصدقا لما معكم ولا تكونوا أول كافر به ولا تكونوا أول كافر</w:t>
      </w:r>
    </w:p>
    <w:p>
      <w:r>
        <w:rPr>
          <w:b/>
        </w:rPr>
        <w:t xml:space="preserve">[1:01:50] </w:t>
      </w:r>
      <w:r>
        <w:t>bihi wa la tashtaru bi ayati thamanan qalilan wa iyyaya fa taqun wa la talbisul haqqa bil batili wa taktumu al haqqa wa antum ta'lamun</w:t>
      </w:r>
    </w:p>
    <w:p>
      <w:pPr>
        <w:jc w:val="right"/>
      </w:pPr>
      <w:r>
        <w:t>به ولا تشتروا بآياتي ثمنا قليلا وايا فتقون ولا تلبسوا الحق بالباطل وتكتموا الحق وأنتم تعلمون</w:t>
      </w:r>
    </w:p>
    <w:p>
      <w:r>
        <w:rPr>
          <w:b/>
        </w:rPr>
        <w:t xml:space="preserve">[1:02:13] </w:t>
      </w:r>
      <w:r>
        <w:t>wa aqumu as salata wa atu az zakata war ka'u ma'ar raki'in ata'muruna an nasa bil birri wa tansuna anfusakum wa antum tatlun al kitab</w:t>
      </w:r>
    </w:p>
    <w:p>
      <w:pPr>
        <w:jc w:val="right"/>
      </w:pPr>
      <w:r>
        <w:t>وأقيموا الصلاة وآتوا الزكاة واركعوا مع الراكعين أتأمرون الناس بالبر وتنسون أنفسكم وأنتم تتلون الكتاب</w:t>
      </w:r>
    </w:p>
    <w:p>
      <w:r>
        <w:rPr>
          <w:b/>
        </w:rPr>
        <w:t xml:space="preserve">[1:02:35] </w:t>
      </w:r>
      <w:r>
        <w:t>afala ta'qilun was ta'inu bis sabri was salati</w:t>
      </w:r>
    </w:p>
    <w:p>
      <w:pPr>
        <w:jc w:val="right"/>
      </w:pPr>
      <w:r>
        <w:t>أفلا تعقلون واستعينوا بالصبر والصلاة</w:t>
      </w:r>
    </w:p>
    <w:p>
      <w:r>
        <w:rPr>
          <w:b/>
        </w:rPr>
        <w:t xml:space="preserve">[1:02:45] </w:t>
      </w:r>
      <w:r>
        <w:t>wa innaha lakabiratun illa 'alal khashi'in</w:t>
      </w:r>
    </w:p>
    <w:p>
      <w:pPr>
        <w:jc w:val="right"/>
      </w:pPr>
      <w:r>
        <w:t>وإنها لكبيرة إلا على الخاشعين</w:t>
      </w:r>
    </w:p>
    <w:p>
      <w:r>
        <w:rPr>
          <w:b/>
        </w:rPr>
        <w:t xml:space="preserve">[1:02:54] </w:t>
      </w:r>
      <w:r>
        <w:t>alladhina yannuna annahum mulaqu rabbihim wa annahum ilayhi raji'un</w:t>
      </w:r>
    </w:p>
    <w:p>
      <w:pPr>
        <w:jc w:val="right"/>
      </w:pPr>
      <w:r>
        <w:t>الذين يظنون أنهم ملاقو ربهم وأنهم إليه راجعون</w:t>
      </w:r>
    </w:p>
    <w:p>
      <w:r>
        <w:rPr>
          <w:b/>
        </w:rPr>
        <w:t xml:space="preserve">[1:03:10] </w:t>
      </w:r>
      <w:r>
        <w:t>ae bani Israel!</w:t>
      </w:r>
    </w:p>
    <w:p>
      <w:pPr>
        <w:jc w:val="right"/>
      </w:pPr>
      <w:r>
        <w:t>اے بنی اسرائیل!</w:t>
      </w:r>
    </w:p>
    <w:p>
      <w:r>
        <w:rPr>
          <w:b/>
        </w:rPr>
        <w:t xml:space="preserve">[1:03:12] </w:t>
      </w:r>
      <w:r>
        <w:t>yaad karo mere is ehsaan ko jo maine tumhare upar kiya aur mere ahad ko poora karo.</w:t>
      </w:r>
    </w:p>
    <w:p>
      <w:pPr>
        <w:jc w:val="right"/>
      </w:pPr>
      <w:r>
        <w:t>یاد کرو میرے اس احسان کو جو میں نے تمہارے اوپر کیا اور میرے عہد کو پورا کرو۔</w:t>
      </w:r>
    </w:p>
    <w:p>
      <w:r>
        <w:rPr>
          <w:b/>
        </w:rPr>
        <w:t xml:space="preserve">[1:03:21] </w:t>
      </w:r>
      <w:r>
        <w:t>main tumhare ahad ko poora karunga aur mera hi dar rakho aur imaan lao is cheez par jo maine utari hai,</w:t>
      </w:r>
    </w:p>
    <w:p>
      <w:pPr>
        <w:jc w:val="right"/>
      </w:pPr>
      <w:r>
        <w:t>میں تمہارے عہد کو پورا کروں گا اور میرا ہی ڈر رکھو اور ایمان لاؤ اس چیز پر جو میں نے اتاری ہے،</w:t>
      </w:r>
    </w:p>
    <w:p>
      <w:r>
        <w:rPr>
          <w:b/>
        </w:rPr>
        <w:t xml:space="preserve">[1:03:34] </w:t>
      </w:r>
      <w:r>
        <w:t>tasdeeq karti hui is cheez ki jo tumhare paas hai aur tum sab se pehle is ka inkaar karne wale na bano aur na lo meri aayaton par mol thoda aur mujh se daro</w:t>
      </w:r>
    </w:p>
    <w:p>
      <w:pPr>
        <w:jc w:val="right"/>
      </w:pPr>
      <w:r>
        <w:t>تصدیق کرتی ہوئی اس چیز کی جو تمہارے پاس ہے اور تم سب سے پہلے اس کا انکار کرنے والے نہ بنو اور نہ لو میری آیتوں پر مول تھوڑا اور مجھ سے ڈرو</w:t>
      </w:r>
    </w:p>
    <w:p>
      <w:r>
        <w:rPr>
          <w:b/>
        </w:rPr>
        <w:t xml:space="preserve">[1:03:53] </w:t>
      </w:r>
      <w:r>
        <w:t>aur sahih mein galat ko na milao aur sach ko na chhupao haalanki tum jante ho aur namaz qaim karo aur zakat ada karo aur jhukne walon ke saath</w:t>
      </w:r>
    </w:p>
    <w:p>
      <w:pPr>
        <w:jc w:val="right"/>
      </w:pPr>
      <w:r>
        <w:t>اور صحیح میں غلط کو نہ ملاؤ اور سچ کو نہ چھپاؤ حالانکہ تم جانتے ہو اور نماز قائم کرو اور زکوٰۃ ادا کرو اور جھکنے والوں کے ساتھ</w:t>
      </w:r>
    </w:p>
    <w:p>
      <w:r>
        <w:rPr>
          <w:b/>
        </w:rPr>
        <w:t xml:space="preserve">[1:04:11] </w:t>
      </w:r>
      <w:r>
        <w:t>jhuk jao. tum logon se nek kaam karne ko kehte ho aur apne aap ko bhool jate ho haalanki tum kitab ki tilawat karte ho.</w:t>
      </w:r>
    </w:p>
    <w:p>
      <w:pPr>
        <w:jc w:val="right"/>
      </w:pPr>
      <w:r>
        <w:t>جھک جاؤ۔ تم لوگوں سے نیک کام کرنے کو کہتے ہو اور اپنے آپ کو بھول جاتے ہو حالانکہ تم کتاب کی تلاوت کرتے ہو۔</w:t>
      </w:r>
    </w:p>
    <w:p>
      <w:r>
        <w:rPr>
          <w:b/>
        </w:rPr>
        <w:t xml:space="preserve">[1:04:25] </w:t>
      </w:r>
      <w:r>
        <w:t>kya tum samajhte nahi?</w:t>
      </w:r>
    </w:p>
    <w:p>
      <w:pPr>
        <w:jc w:val="right"/>
      </w:pPr>
      <w:r>
        <w:t>کیا تم سمجھتے نہیں؟</w:t>
      </w:r>
    </w:p>
    <w:p>
      <w:r>
        <w:rPr>
          <w:b/>
        </w:rPr>
        <w:t xml:space="preserve">[1:04:28] </w:t>
      </w:r>
      <w:r>
        <w:t>aur madad chaho sabr aur namaz se aur beshak woh bhari hai magar un logon par nahi jo darne wale hain, jo gumaan rakhte hain ke un ko apne rab se milna hai aur woh</w:t>
      </w:r>
    </w:p>
    <w:p>
      <w:pPr>
        <w:jc w:val="right"/>
      </w:pPr>
      <w:r>
        <w:t>اور مدد چاہو صبر اور نماز سے اور بے شک وہ بھاری ہے مگر ان لوگوں پر نہیں جو ڈرنے والے ہیں، جو گمان رکھتے ہیں کہ ان کو اپنے رب سے ملنا ہے اور وہ</w:t>
      </w:r>
    </w:p>
    <w:p>
      <w:r>
        <w:rPr>
          <w:b/>
        </w:rPr>
        <w:t xml:space="preserve">[1:04:45] </w:t>
      </w:r>
      <w:r>
        <w:t>usi ki taraf lautne wale hain.</w:t>
      </w:r>
    </w:p>
    <w:p>
      <w:pPr>
        <w:jc w:val="right"/>
      </w:pPr>
      <w:r>
        <w:t>اسی کی طرف لوٹنے والے ہیں۔</w:t>
      </w:r>
    </w:p>
    <w:p>
      <w:r>
        <w:rPr>
          <w:b/>
        </w:rPr>
        <w:t xml:space="preserve">[1:04:52] </w:t>
      </w:r>
      <w:r>
        <w:t>tashreeh: kisi giroh par Allah ka sab se bada inaam yeh hai ke woh is ke paas apna peghambar bheje aur is ke zariye is giroh ke upar abadi falah ka rasta khole.</w:t>
      </w:r>
    </w:p>
    <w:p>
      <w:pPr>
        <w:jc w:val="right"/>
      </w:pPr>
      <w:r>
        <w:t>تشریح: کسی گروہ پر اللہ کا سب سے بڑا انعام یہ ہے کہ وہ اس کے پاس اپنا پیغمبر بھیجے اور اس کے ذریعے اس گروہ کے اوپر ابدی فلاح کا راستہ کھولے۔</w:t>
      </w:r>
    </w:p>
    <w:p>
      <w:r>
        <w:rPr>
          <w:b/>
        </w:rPr>
        <w:t xml:space="preserve">[1:05:10] </w:t>
      </w:r>
      <w:r>
        <w:t>nabi aakhir uz zamaan ki ba'sat se pehle yeh nemat bani israel ko di gayi thi magar muddat guzarne ke baad un ka deen un ke liye ek qism ki taqlidi rasam ban gaya tha na ke</w:t>
      </w:r>
    </w:p>
    <w:p>
      <w:pPr>
        <w:jc w:val="right"/>
      </w:pPr>
      <w:r>
        <w:t>نبی آخر الزماں کی بعثت سے پہلے یہ نعمت بنی اسرائیل کو دی گئی تھی مگر مدت گزرنے کے بعد ان کا دین ان کے لیے ایک قسم کی تقلیدی رسم بن گیا تھا نہ کہ</w:t>
      </w:r>
    </w:p>
    <w:p>
      <w:r>
        <w:rPr>
          <w:b/>
        </w:rPr>
        <w:t xml:space="preserve">[1:05:28] </w:t>
      </w:r>
      <w:r>
        <w:t>shaoori faisle ke tehat ikhtiyar ki hui ek cheez. nabi arabi sallallahu alaihi wasallam ki ba'sat ne haqeeqat khol di.</w:t>
      </w:r>
    </w:p>
    <w:p>
      <w:pPr>
        <w:jc w:val="right"/>
      </w:pPr>
      <w:r>
        <w:t>شعوری فیصلے کے تحت اختیار کی ہوئی ایک چیز۔ نبی عربی صلی اللہ علیہ وسلم کی بعثت نے حقیقت کھول دی۔</w:t>
      </w:r>
    </w:p>
    <w:p>
      <w:r>
        <w:rPr>
          <w:b/>
        </w:rPr>
        <w:t xml:space="preserve">[1:05:40] </w:t>
      </w:r>
      <w:r>
        <w:t>un mein se jin afraad ka shaoor zinda tha woh foran aap ki sadaqat ko pehchan gaye aur aap ke saathi ban gaye</w:t>
      </w:r>
    </w:p>
    <w:p>
      <w:pPr>
        <w:jc w:val="right"/>
      </w:pPr>
      <w:r>
        <w:t>ان میں سے جن افراد کا شعور زندہ تھا وہ فوراً آپ کی صداقت کو پہچان گئے اور آپ کے ساتھی بن گئے</w:t>
      </w:r>
    </w:p>
    <w:p>
      <w:r>
        <w:rPr>
          <w:b/>
        </w:rPr>
        <w:t xml:space="preserve">[1:05:50] </w:t>
      </w:r>
      <w:r>
        <w:t>aur jin logon ke liye un ka deen aabai riwaj ban chuka tha un ko aap ki awaaz namanus awaaz lagi.</w:t>
      </w:r>
    </w:p>
    <w:p>
      <w:pPr>
        <w:jc w:val="right"/>
      </w:pPr>
      <w:r>
        <w:t>اور جن لوگوں کے لیے ان کا دین آبائی رواج بن چکا تھا ان کو آپ کی آواز نامانوس آواز لگی۔</w:t>
      </w:r>
    </w:p>
    <w:p>
      <w:r>
        <w:rPr>
          <w:b/>
        </w:rPr>
        <w:t xml:space="preserve">[1:06:03] </w:t>
      </w:r>
      <w:r>
        <w:t>woh badak gaye aur aap ke mukhalif ban kar khade ho gaye.</w:t>
      </w:r>
    </w:p>
    <w:p>
      <w:pPr>
        <w:jc w:val="right"/>
      </w:pPr>
      <w:r>
        <w:t>وہ بدک گئے اور آپ کے مخالف بن کر کھڑے ہوگئے۔</w:t>
      </w:r>
    </w:p>
    <w:p>
      <w:r>
        <w:rPr>
          <w:b/>
        </w:rPr>
        <w:t xml:space="preserve">[1:06:10] </w:t>
      </w:r>
      <w:r>
        <w:t>agarche aap ki nabuwat ke bare mein torait mein itni wazeh alamaatein thin ke yahood ke liye aap ki sadaqat ko samajhna mushkil na tha magar duniyavi mafad aur maslahaton ki khatir unhon ne</w:t>
      </w:r>
    </w:p>
    <w:p>
      <w:pPr>
        <w:jc w:val="right"/>
      </w:pPr>
      <w:r>
        <w:t>اگرچہ آپ کی نبوت کے بارے میں تورات میں اتنی واضح علامتیں تھیں کہ یہود کے لیے آپ کی صداقت کو سمجھنا مشکل نہ تھا مگر دنیاوی مفاد اور مصلحتوں کی خاطر انہوں نے</w:t>
      </w:r>
    </w:p>
    <w:p>
      <w:r>
        <w:rPr>
          <w:b/>
        </w:rPr>
        <w:t xml:space="preserve">[1:06:28] </w:t>
      </w:r>
      <w:r>
        <w:t>aap ko maanne se inkaar kar diya. sadiyon ke amal se un ke yahan jo mazhabi dhancha ban gaya tha us mein un ko sardari hasil ho gayi thi.</w:t>
      </w:r>
    </w:p>
    <w:p>
      <w:pPr>
        <w:jc w:val="right"/>
      </w:pPr>
      <w:r>
        <w:t>آپ کو ماننے سے انکار کر دیا۔ صدیوں کے عمل سے ان کے یہاں جو مذہبی ڈھانچہ بن گیا تھا اس میں ان کو سرداری حاصل ہوگئی تھی۔</w:t>
      </w:r>
    </w:p>
    <w:p>
      <w:r>
        <w:rPr>
          <w:b/>
        </w:rPr>
        <w:t xml:space="preserve">[1:06:43] </w:t>
      </w:r>
      <w:r>
        <w:t>woh buzurgon ki gadiyon par baith kar awam ka marja bane hue the.</w:t>
      </w:r>
    </w:p>
    <w:p>
      <w:pPr>
        <w:jc w:val="right"/>
      </w:pPr>
      <w:r>
        <w:t>وہ بزرگوں کی گدیوں پر بیٹھ کر عوام کا مرجع بنے ہوئے تھے۔</w:t>
      </w:r>
    </w:p>
    <w:p>
      <w:r>
        <w:rPr>
          <w:b/>
        </w:rPr>
        <w:t xml:space="preserve">[1:06:49] </w:t>
      </w:r>
      <w:r>
        <w:t>mazhab ke naam par tarah tarah ke nazrane saal bhar un ko milte rehte the. un ko nazar aaya ke agar unhon ne nabi arabi ko sachcha maan liya to un ki mazhabi badai khatm ho jayegi,</w:t>
      </w:r>
    </w:p>
    <w:p>
      <w:pPr>
        <w:jc w:val="right"/>
      </w:pPr>
      <w:r>
        <w:t>مذہب کے نام پر طرح طرح کے نذرانے سال بھر ان کو ملتے رہتے تھے۔ ان کو نظر آیا کہ اگر انہوں نے نبی عربی کو سچا مان لیا تو ان کی مذہبی بڑائی ختم ہو جائے گی،</w:t>
      </w:r>
    </w:p>
    <w:p>
      <w:r>
        <w:rPr>
          <w:b/>
        </w:rPr>
        <w:t xml:space="preserve">[1:07:06] </w:t>
      </w:r>
      <w:r>
        <w:t>mafadaat ka saara dhancha toot jayega.</w:t>
      </w:r>
    </w:p>
    <w:p>
      <w:pPr>
        <w:jc w:val="right"/>
      </w:pPr>
      <w:r>
        <w:t>مفادات کا سارا ڈھانچہ ٹوٹ جائے گا۔</w:t>
      </w:r>
    </w:p>
    <w:p>
      <w:r>
        <w:rPr>
          <w:b/>
        </w:rPr>
        <w:t xml:space="preserve">[1:07:10] </w:t>
      </w:r>
      <w:r>
        <w:t>yahood ko chunke is waqt arab mein mazhab ki numaindagi ka maqam hasil tha, log un se nabi arabi ki baabat poochte.</w:t>
      </w:r>
    </w:p>
    <w:p>
      <w:pPr>
        <w:jc w:val="right"/>
      </w:pPr>
      <w:r>
        <w:t>یہود کو چونکہ اس وقت عرب میں مذہب کی نمائندگی کا مقام حاصل تھا، لوگ ان سے نبی عربی کی بابت پوچھتے۔</w:t>
      </w:r>
    </w:p>
    <w:p>
      <w:r>
        <w:rPr>
          <w:b/>
        </w:rPr>
        <w:t xml:space="preserve">[1:07:23] </w:t>
      </w:r>
      <w:r>
        <w:t>woh masoomana andaaz mein koi aisi shoshe ki baat keh dete jis se</w:t>
      </w:r>
    </w:p>
    <w:p>
      <w:pPr>
        <w:jc w:val="right"/>
      </w:pPr>
      <w:r>
        <w:t>وہ معصومانہ انداز میں کوئی ایسی شوشے کی بات کہہ دیتے جس سے</w:t>
      </w:r>
    </w:p>
    <w:p>
      <w:r>
        <w:rPr>
          <w:b/>
        </w:rPr>
        <w:t xml:space="preserve">[1:07:29] </w:t>
      </w:r>
      <w:r>
        <w:t>peghambar ki zaat aur aap ka mission logon ki nazar mein mujtaba ho jaye. apne wa'zon mein woh logon se kehte ke haq parast bano aur haq ka saath do magar amal'an jab khud un ke liye</w:t>
      </w:r>
    </w:p>
    <w:p>
      <w:pPr>
        <w:jc w:val="right"/>
      </w:pPr>
      <w:r>
        <w:t>پیغمبر کی ذات اور آپ کا مشن لوگوں کی نظر میں مجتبی ہو جائے۔ اپنے وعظوں میں وہ لوگوں سے کہتے کہ حق پرست بنو اور حق کا ساتھ دو مگر عملاً جب خود ان کے لیے</w:t>
      </w:r>
    </w:p>
    <w:p>
      <w:r>
        <w:rPr>
          <w:b/>
        </w:rPr>
        <w:t xml:space="preserve">[1:07:46] </w:t>
      </w:r>
      <w:r>
        <w:t>haq ka saath dene ka waqt aaya to woh haq ka saath na de sake.</w:t>
      </w:r>
    </w:p>
    <w:p>
      <w:pPr>
        <w:jc w:val="right"/>
      </w:pPr>
      <w:r>
        <w:t>حق کا ساتھ دینے کا وقت آیا تو وہ حق کا ساتھ نہ دے سکے۔</w:t>
      </w:r>
    </w:p>
    <w:p>
      <w:r>
        <w:rPr>
          <w:b/>
        </w:rPr>
        <w:t xml:space="preserve">[1:07:55] </w:t>
      </w:r>
      <w:r>
        <w:t>khuda ki pukaar par labbaik kehna jab is qeemat par ho ke aadmi ko apni zindagi ka dhancha badalna pade, izzat aur sharf ki gadiyon se apne ko utarna ho to yeh waqt un logon ke liye bada sakht hota hai</w:t>
      </w:r>
    </w:p>
    <w:p>
      <w:pPr>
        <w:jc w:val="right"/>
      </w:pPr>
      <w:r>
        <w:t>خدا کی پکار پر لبیک کہنا جب اس قیمت پر ہو کہ آدمی کو اپنی زندگی کا ڈھانچہ بدلنا پڑے، عزت اور شرف کی گدیوں سے اپنے کو اتارنا ہو تو یہ وقت ان لوگوں کے لیے بڑا سخت ہوتا ہے</w:t>
      </w:r>
    </w:p>
    <w:p>
      <w:r>
        <w:rPr>
          <w:b/>
        </w:rPr>
        <w:t xml:space="preserve">[1:08:11] </w:t>
      </w:r>
      <w:r>
        <w:t>jo inhi duniyavi jalwon mein apna mazhabi maqam banaye hue hon. magar woh log jo khushu ki satah par jee rahe hon, un ke liye yeh cheezein rukawat nahi banti.</w:t>
      </w:r>
    </w:p>
    <w:p>
      <w:pPr>
        <w:jc w:val="right"/>
      </w:pPr>
      <w:r>
        <w:t>جو انہی دنیاوی جلووں میں اپنا مذہبی مقام بنائے ہوئے ہوں۔ مگر وہ لوگ جو خشوع کی سطح پر جی رہے ہوں، ان کے لیے یہ چیزیں رکاوٹ نہیں بنتی۔</w:t>
      </w:r>
    </w:p>
    <w:p>
      <w:r>
        <w:rPr>
          <w:b/>
        </w:rPr>
        <w:t xml:space="preserve">[1:08:30] </w:t>
      </w:r>
      <w:r>
        <w:t>woh Allah ki yaad mein, Allah ke liye kharch karne mein, Allah ke hukum ke aage jhuk jaane mein aur Allah ke liye sabr karne mein woh cheez pa lete hain jo doosre log dunya ke tamashon mein paate hain.</w:t>
      </w:r>
    </w:p>
    <w:p>
      <w:pPr>
        <w:jc w:val="right"/>
      </w:pPr>
      <w:r>
        <w:t>وہ اللہ کی یاد میں، اللہ کے لیے خرچ کرنے میں، اللہ کے حکم کے آگے جھک جانے میں اور اللہ کے لیے صبر کرنے میں وہ چیز پا لیتے ہیں جو دوسرے لوگ دنیا کے تماشوں میں پاتے ہیں۔</w:t>
      </w:r>
    </w:p>
    <w:p>
      <w:r>
        <w:rPr>
          <w:b/>
        </w:rPr>
        <w:t xml:space="preserve">[1:08:49] </w:t>
      </w:r>
      <w:r>
        <w:t>woh khoob jante hain ke darne ki cheez Allah ka ghazab hai na ke dunyaavi andeshon.</w:t>
      </w:r>
    </w:p>
    <w:p>
      <w:pPr>
        <w:jc w:val="right"/>
      </w:pPr>
      <w:r>
        <w:t>وہ خوب جانتے ہیں کہ ڈرنے کی چیز اللہ کا غضب ہے نہ کہ دنیاوی اندیشے۔</w:t>
      </w:r>
    </w:p>
    <w:p>
      <w:r>
        <w:rPr>
          <w:b/>
        </w:rPr>
        <w:t xml:space="preserve">[1:09:04] </w:t>
      </w:r>
      <w:r>
        <w:t>ya bani israil uzkuru ni'mati allati an'amtu 'alaikum wa inni fadaltukum 'alal 'alamin</w:t>
      </w:r>
    </w:p>
    <w:p>
      <w:pPr>
        <w:jc w:val="right"/>
      </w:pPr>
      <w:r>
        <w:t>يا بنی اسرائیل اذکروا نعمتي التي انعمت عليكم وانی فضلتكم على العالمین</w:t>
      </w:r>
    </w:p>
    <w:p>
      <w:r>
        <w:rPr>
          <w:b/>
        </w:rPr>
        <w:t xml:space="preserve">[1:09:24] </w:t>
      </w:r>
      <w:r>
        <w:t>wattaqu yawman la taji nafsun 'an nafsin shai'an wa la yuqbalu minha shafa'atun wa la yu'khadhu minha 'adlun</w:t>
      </w:r>
    </w:p>
    <w:p>
      <w:pPr>
        <w:jc w:val="right"/>
      </w:pPr>
      <w:r>
        <w:t>واتقوا يوما لا تجزی نفس عن نفس شیئا ولا یقبل منها شفاعة ولا یقبل منها شفاعة ولا یؤخذ منها عدل</w:t>
      </w:r>
    </w:p>
    <w:p>
      <w:r>
        <w:rPr>
          <w:b/>
        </w:rPr>
        <w:t xml:space="preserve">[1:09:44] </w:t>
      </w:r>
      <w:r>
        <w:t>wa la hum yunsarun wa idh najjaynakum min al fir'awni yasumunakum su'al 'azabi yadhbahuna abna'akum wa yastahyuna nisa'akum</w:t>
      </w:r>
    </w:p>
    <w:p>
      <w:pPr>
        <w:jc w:val="right"/>
      </w:pPr>
      <w:r>
        <w:t>ولا هم ينصرون واذ نجيناكم من ال فرعون يسومونكم سوء العذاب یذبحون ابناءکم ويستحیون نساءکم</w:t>
      </w:r>
    </w:p>
    <w:p>
      <w:r>
        <w:rPr>
          <w:b/>
        </w:rPr>
        <w:t xml:space="preserve">[1:10:10] </w:t>
      </w:r>
      <w:r>
        <w:t>wa fi dhalika bala'un</w:t>
      </w:r>
    </w:p>
    <w:p>
      <w:pPr>
        <w:jc w:val="right"/>
      </w:pPr>
      <w:r>
        <w:t>وفي ذلك بلاء</w:t>
      </w:r>
    </w:p>
    <w:p>
      <w:r>
        <w:rPr>
          <w:b/>
        </w:rPr>
        <w:t xml:space="preserve">[1:10:16] </w:t>
      </w:r>
      <w:r>
        <w:t>min rabbikum 'azimin wa idh faraqna bikumul bahra fanajjaynakum wa aghraqna</w:t>
      </w:r>
    </w:p>
    <w:p>
      <w:pPr>
        <w:jc w:val="right"/>
      </w:pPr>
      <w:r>
        <w:t>من ربکم عظیم واذ فرقنا بكم البحر فانجيناكم واغرقنا</w:t>
      </w:r>
    </w:p>
    <w:p>
      <w:r>
        <w:rPr>
          <w:b/>
        </w:rPr>
        <w:t xml:space="preserve">[1:10:28] </w:t>
      </w:r>
      <w:r>
        <w:t>al fir'awna wa antum tanzarun wa idh wa'adna musa arba'ina laylatan thumma ittakhadtumul 'ijla min</w:t>
      </w:r>
    </w:p>
    <w:p>
      <w:pPr>
        <w:jc w:val="right"/>
      </w:pPr>
      <w:r>
        <w:t>ال فرعون وانتم تنظرون واذ وعدنا موسى اربعین لیلۃ ثم اتخذتم العجل من</w:t>
      </w:r>
    </w:p>
    <w:p>
      <w:r>
        <w:rPr>
          <w:b/>
        </w:rPr>
        <w:t xml:space="preserve">[1:10:47] </w:t>
      </w:r>
      <w:r>
        <w:t>ba'dihi wa antum zali mun thumma 'afawna 'ankum min ba'di dhalika la'allakum tashkurun</w:t>
      </w:r>
    </w:p>
    <w:p>
      <w:pPr>
        <w:jc w:val="right"/>
      </w:pPr>
      <w:r>
        <w:t>بعده وانتم ظالمون ثم عفونا عنكم من بعد ذلك لعلكم تشكرون</w:t>
      </w:r>
    </w:p>
    <w:p>
      <w:r>
        <w:rPr>
          <w:b/>
        </w:rPr>
        <w:t xml:space="preserve">[1:11:05] </w:t>
      </w:r>
      <w:r>
        <w:t>wa idh atayna musal kitaba wal furqana la'allakum tahtadun wa idh qala musa liqawmihi ya qawmi innakum zalamtum anfusakum</w:t>
      </w:r>
    </w:p>
    <w:p>
      <w:pPr>
        <w:jc w:val="right"/>
      </w:pPr>
      <w:r>
        <w:t>واذ اتينا موسى الكتاب والفرقان لعلكم تهتدون واذ قال موسى لقومه يا قوم انكم ظلمتم انفسكم</w:t>
      </w:r>
    </w:p>
    <w:p>
      <w:r>
        <w:rPr>
          <w:b/>
        </w:rPr>
        <w:t xml:space="preserve">[1:11:24] </w:t>
      </w:r>
      <w:r>
        <w:t>bittikhadhikumul 'ijla fatubu ila bari'ikum fatubu ila bari'ikum faqtulu anfusakum dhalikum khayrun lakum</w:t>
      </w:r>
    </w:p>
    <w:p>
      <w:pPr>
        <w:jc w:val="right"/>
      </w:pPr>
      <w:r>
        <w:t>باتخاذكم العجل فتوبوا الى بارئكم فتوبوا الى بارئكم فقتلوا انفسكم ذلكم خير لكم</w:t>
      </w:r>
    </w:p>
    <w:p>
      <w:r>
        <w:rPr>
          <w:b/>
        </w:rPr>
        <w:t xml:space="preserve">[1:11:43] </w:t>
      </w:r>
      <w:r>
        <w:t>'inda bari'ikum fa tab 'alaikum innahu huwat tawwabur rahim</w:t>
      </w:r>
    </w:p>
    <w:p>
      <w:pPr>
        <w:jc w:val="right"/>
      </w:pPr>
      <w:r>
        <w:t>عند بارئكم فتاب عليكم انه هو التواب الرحیم</w:t>
      </w:r>
    </w:p>
    <w:p>
      <w:r>
        <w:rPr>
          <w:b/>
        </w:rPr>
        <w:t xml:space="preserve">[1:11:55] </w:t>
      </w:r>
      <w:r>
        <w:t>wa idh qultum ya musa lan nu'mina laka hatta naral laha jahratan.</w:t>
      </w:r>
    </w:p>
    <w:p>
      <w:pPr>
        <w:jc w:val="right"/>
      </w:pPr>
      <w:r>
        <w:t>واذ قلتم يا موسى لن نؤمن لك حتى نرى الله جهره.</w:t>
      </w:r>
    </w:p>
    <w:p>
      <w:r>
        <w:rPr>
          <w:b/>
        </w:rPr>
        <w:t xml:space="preserve">[1:12:03] </w:t>
      </w:r>
      <w:r>
        <w:t>fa'akhadhatkumus sa'iqatu wa antum tanzarun thumma ba'athnakum min ba'di mawtikum la'allakum tashkurun</w:t>
      </w:r>
    </w:p>
    <w:p>
      <w:pPr>
        <w:jc w:val="right"/>
      </w:pPr>
      <w:r>
        <w:t>فاخذتكم الصاعقه وانتم تنظرون ثم بعثناكم من بعد موتكم لعلكم تشكرون</w:t>
      </w:r>
    </w:p>
    <w:p>
      <w:r>
        <w:rPr>
          <w:b/>
        </w:rPr>
        <w:t xml:space="preserve">[1:12:23] </w:t>
      </w:r>
      <w:r>
        <w:t>wa zallalna 'alaikumul ghamama wa anzalna 'alaikumul manna was salwa kulumin tayyibati ma razaqnakum kulumin</w:t>
      </w:r>
    </w:p>
    <w:p>
      <w:pPr>
        <w:jc w:val="right"/>
      </w:pPr>
      <w:r>
        <w:t>وظللنا عليكم الغمام وانزلنا عليكم المن والسلوى كلوا من طيبات ما رزقناكم كلوا من</w:t>
      </w:r>
    </w:p>
    <w:p>
      <w:r>
        <w:rPr>
          <w:b/>
        </w:rPr>
        <w:t xml:space="preserve">[1:12:40] </w:t>
      </w:r>
      <w:r>
        <w:t>tayyibati ma razaqnakum wa ma zalamuna walakin kanu anfusahum yazlimun</w:t>
      </w:r>
    </w:p>
    <w:p>
      <w:pPr>
        <w:jc w:val="right"/>
      </w:pPr>
      <w:r>
        <w:t>طيبات ما رزقناكم وما ظلمونا ولكن كانوا انفسهم يظلمون</w:t>
      </w:r>
    </w:p>
    <w:p>
      <w:r>
        <w:rPr>
          <w:b/>
        </w:rPr>
        <w:t xml:space="preserve">[1:12:56] </w:t>
      </w:r>
      <w:r>
        <w:t>ae bani israel</w:t>
      </w:r>
    </w:p>
    <w:p>
      <w:pPr>
        <w:jc w:val="right"/>
      </w:pPr>
      <w:r>
        <w:t>اے بنی اسرائیل</w:t>
      </w:r>
    </w:p>
    <w:p>
      <w:r>
        <w:rPr>
          <w:b/>
        </w:rPr>
        <w:t xml:space="preserve">[1:12:58] </w:t>
      </w:r>
      <w:r>
        <w:t>! mere is ehsan ko yaad karo jo maine tumhare upar kiya aur is baat ko ke maine tum ko dunya walon par fazilat di aur daro us din se ke koi jaan kisi doosri jaan ke kuch kaam na aayegi,</w:t>
      </w:r>
    </w:p>
    <w:p>
      <w:pPr>
        <w:jc w:val="right"/>
      </w:pPr>
      <w:r>
        <w:t>! میرے اس احسان کو یاد کرو جو میں نے تمہارے اوپر کیا اور اس بات کو کہ میں نے تم کو دنیا والوں پر فضیلت دی اور ڈرو اس دن سے کہ کوئی جان کسی دوسری جان کے کچھ کام نہ آئے گی،</w:t>
      </w:r>
    </w:p>
    <w:p>
      <w:r>
        <w:rPr>
          <w:b/>
        </w:rPr>
        <w:t xml:space="preserve">[1:13:19] </w:t>
      </w:r>
      <w:r>
        <w:t>na us ki taraf se koi sifarish qabul hogi, aur na us se badle mein kuch liya jayega, aur na un ki koi madad ki jayegi.</w:t>
      </w:r>
    </w:p>
    <w:p>
      <w:pPr>
        <w:jc w:val="right"/>
      </w:pPr>
      <w:r>
        <w:t>نہ اس کی طرف سے کوئی سفارش قبول ہوگی، اور نہ اس سے بدلے میں کچھ لیا جائے گا، اور نہ ان کی کوئی مدد کی جائے گی۔</w:t>
      </w:r>
    </w:p>
    <w:p>
      <w:r>
        <w:rPr>
          <w:b/>
        </w:rPr>
        <w:t xml:space="preserve">[1:13:32] </w:t>
      </w:r>
      <w:r>
        <w:t>aur jab hum ne tum ko fir'aun ke logon se chhudaya,</w:t>
      </w:r>
    </w:p>
    <w:p>
      <w:pPr>
        <w:jc w:val="right"/>
      </w:pPr>
      <w:r>
        <w:t>اور جب ہم نے تم کو فرعون کے لوگوں سے چھڑایا،</w:t>
      </w:r>
    </w:p>
    <w:p>
      <w:r>
        <w:rPr>
          <w:b/>
        </w:rPr>
        <w:t xml:space="preserve">[1:13:37] </w:t>
      </w:r>
      <w:r>
        <w:t>woh tum ko bari takleef dete the, tumhare beton ko zabah karte, aur tumhari auraton ko jeeti rakhte, aur is mein tumhare rab ki taraf se bhari azmaish thi.</w:t>
      </w:r>
    </w:p>
    <w:p>
      <w:pPr>
        <w:jc w:val="right"/>
      </w:pPr>
      <w:r>
        <w:t>وہ تم کو بڑی تکلیف دیتے تھے، تمہارے بیٹوں کو ذبح کرتے، اور تمہاری عورتوں کو جیتی رکھتے، اور اس میں تمہارے رب کی طرف سے بھاری آزمائش تھی۔</w:t>
      </w:r>
    </w:p>
    <w:p>
      <w:r>
        <w:rPr>
          <w:b/>
        </w:rPr>
        <w:t xml:space="preserve">[1:13:55] </w:t>
      </w:r>
      <w:r>
        <w:t>aur jab hum ne darya ko phaad kar tumhein paar karaya, phir bachaya tum ko, aur duba diya fir'aun ke logon ko, aur tum dekhte rahe.</w:t>
      </w:r>
    </w:p>
    <w:p>
      <w:pPr>
        <w:jc w:val="right"/>
      </w:pPr>
      <w:r>
        <w:t>اور جب ہم نے دریا کو پھاڑ کر تمہیں پار کرایا، پھر بچایا تم کو، اور ڈبا دیا فرعون کے لوگوں کو، اور تم دیکھتے رہے۔</w:t>
      </w:r>
    </w:p>
    <w:p>
      <w:r>
        <w:rPr>
          <w:b/>
        </w:rPr>
        <w:t xml:space="preserve">[1:14:10] </w:t>
      </w:r>
      <w:r>
        <w:t>aur jab hum ne musa se wada kiya</w:t>
      </w:r>
    </w:p>
    <w:p>
      <w:pPr>
        <w:jc w:val="right"/>
      </w:pPr>
      <w:r>
        <w:t>اور جب ہم نے موسیٰ سے وعدہ کیا</w:t>
      </w:r>
    </w:p>
    <w:p>
      <w:r>
        <w:rPr>
          <w:b/>
        </w:rPr>
        <w:t xml:space="preserve">[1:14:13] </w:t>
      </w:r>
      <w:r>
        <w:t>chalis raat ka, phir tum ne is ke baad bachhde ko ma'bud bana liya, aur tum zalim the. phir hum ne is ke baad tum ko maaf kar diya ta ke tum shukr guzar bano.</w:t>
      </w:r>
    </w:p>
    <w:p>
      <w:pPr>
        <w:jc w:val="right"/>
      </w:pPr>
      <w:r>
        <w:t>چالیس رات کا، پھر تم نے اس کے بعد بچھڑے کو معبود بنا لیا، اور تم ظالم تھے۔ پھر ہم نے اس کے بعد تم کو معاف کر دیا تاکہ تم شکر گزار بنو۔</w:t>
      </w:r>
    </w:p>
    <w:p>
      <w:r>
        <w:rPr>
          <w:b/>
        </w:rPr>
        <w:t xml:space="preserve">[1:14:31] </w:t>
      </w:r>
      <w:r>
        <w:t>aur jab hum ne musa ko kitab di aur faisla karne wali cheez ta ke tum rah pao, aur jab musa ne apni qom se kaha ke ae meri qom!</w:t>
      </w:r>
    </w:p>
    <w:p>
      <w:pPr>
        <w:jc w:val="right"/>
      </w:pPr>
      <w:r>
        <w:t>اور جب ہم نے موسیٰ کو کتاب دی اور فیصلہ کرنے والی چیز تاکہ تم راہ پاؤ، اور جب موسیٰ نے اپنی قوم سے کہا کہ اے میری قوم!</w:t>
      </w:r>
    </w:p>
    <w:p>
      <w:r>
        <w:rPr>
          <w:b/>
        </w:rPr>
        <w:t xml:space="preserve">[1:14:47] </w:t>
      </w:r>
      <w:r>
        <w:t>tum ne bichhde ko mabood bana kar apni janon par zulm kiya hai, ab apne paida karne wale ki taraf mutawajjah ho, aur apne mujrimon ko apne hathon se qatl karo,</w:t>
      </w:r>
    </w:p>
    <w:p>
      <w:pPr>
        <w:jc w:val="right"/>
      </w:pPr>
      <w:r>
        <w:t>تم نے بچھڑے کو معبود بنا کر اپنی جانوں پر ظلم کیا ہے، اب اپنے پیدا کرنے والے کی طرف متوجہ ہو، اور اپنے مجرموں کو اپنے ہاتھوں سے قتل کرو،</w:t>
      </w:r>
    </w:p>
    <w:p>
      <w:r>
        <w:rPr>
          <w:b/>
        </w:rPr>
        <w:t xml:space="preserve">[1:15:03] </w:t>
      </w:r>
      <w:r>
        <w:t>yeh tumhare liye tumhare paida karne wale ke nazdeek behtar hai. to Allah ne tumhari tauba qabool farmayi, beshak wohi tauba qabool karne wala,</w:t>
      </w:r>
    </w:p>
    <w:p>
      <w:pPr>
        <w:jc w:val="right"/>
      </w:pPr>
      <w:r>
        <w:t>یہ تمہارے لیے تمہارے پیدا کرنے والے کے نزدیک بہتر ہے۔ تو اللہ نے تمہاری توبہ قبول فرمائی، بے شک وہی توبہ قبول کرنے والا،</w:t>
      </w:r>
    </w:p>
    <w:p>
      <w:r>
        <w:rPr>
          <w:b/>
        </w:rPr>
        <w:t xml:space="preserve">[1:15:19] </w:t>
      </w:r>
      <w:r>
        <w:t>reham karne wala hai. aur jab tum ne kaha ke aey Musa</w:t>
      </w:r>
    </w:p>
    <w:p>
      <w:pPr>
        <w:jc w:val="right"/>
      </w:pPr>
      <w:r>
        <w:t>رحم کرنے والا ہے۔ اور جب تم نے کہا کہ اے موسیٰ</w:t>
      </w:r>
    </w:p>
    <w:p>
      <w:r>
        <w:rPr>
          <w:b/>
        </w:rPr>
        <w:t xml:space="preserve">[1:15:24] </w:t>
      </w:r>
      <w:r>
        <w:t>! hum tumhara yaqeen nahi karenge jab tak hum Allah ko samne na dekh len, to tum ko bijli ne pakad liya,</w:t>
      </w:r>
    </w:p>
    <w:p>
      <w:pPr>
        <w:jc w:val="right"/>
      </w:pPr>
      <w:r>
        <w:t>! ہم تمہارا یقین نہیں کریں گے جب تک ہم اللہ کو سامنے نہ دیکھ لیں، تو تم کو بجلی نے پکڑ لیا،</w:t>
      </w:r>
    </w:p>
    <w:p>
      <w:r>
        <w:rPr>
          <w:b/>
        </w:rPr>
        <w:t xml:space="preserve">[1:15:37] </w:t>
      </w:r>
      <w:r>
        <w:t>aur tum dekh rahe the. phir hum ne tumhari maut ke baad tum ko uthaya ta ke tum shukr guzar bano, aur hum ne tumhare upar badliyon ka saya kiya,</w:t>
      </w:r>
    </w:p>
    <w:p>
      <w:pPr>
        <w:jc w:val="right"/>
      </w:pPr>
      <w:r>
        <w:t>اور تم دیکھ رہے تھے۔ پھر ہم نے تمہاری موت کے بعد تم کو اٹھایا تاکہ تم شکر گزار بنو، اور ہم نے تمہارے اوپر بدلیوں کا سایہ کیا،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