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Wahiduddin Khan's Earlier Association with Jamaat e Islami 19 Sept 2020</w:t>
      </w:r>
    </w:p>
    <w:p>
      <w:r>
        <w:t>https://www.youtube.com/watch?v=_89eYamI9v4</w:t>
      </w:r>
    </w:p>
    <w:p>
      <w:r>
        <w:rPr>
          <w:b/>
        </w:rPr>
        <w:t xml:space="preserve">[00:11] </w:t>
      </w:r>
      <w:r>
        <w:t>bismillah rahman rahim. assalam o alaikum rahmatullah.</w:t>
      </w:r>
    </w:p>
    <w:p>
      <w:pPr>
        <w:jc w:val="right"/>
      </w:pPr>
      <w:r>
        <w:t>بسم اللہ الرحمن الرحیم۔ السلام علیکم ورحمۃ اللہ۔</w:t>
      </w:r>
    </w:p>
    <w:p>
      <w:r>
        <w:rPr>
          <w:b/>
        </w:rPr>
        <w:t xml:space="preserve">[00:19] </w:t>
      </w:r>
      <w:r>
        <w:t>aaj hum Maulana ki jo jamat Islami mein jab shamil hue to us ke bare mein hum kuch kehna chahenge. to us ka kahani yeh hai ke meri walida</w:t>
      </w:r>
    </w:p>
    <w:p>
      <w:pPr>
        <w:jc w:val="right"/>
      </w:pPr>
      <w:r>
        <w:t>آج ہم مولانا کی جو جماعت اسلامی میں جب شامل ہوئے تو اس کے بارے میں ہم کچھ کہنا چاہیں گے۔ تو اس کا کہانی یہ ہے کہ میری والدہ</w:t>
      </w:r>
    </w:p>
    <w:p>
      <w:r>
        <w:rPr>
          <w:b/>
        </w:rPr>
        <w:t xml:space="preserve">[00:35] </w:t>
      </w:r>
      <w:r>
        <w:t>apne maike se khutbat, Maulana Maudoodi ki khutbat ki ek copy le kar aayi thin. to woh Maulana ne padhi, is se woh mutasir hue kyunke bohat zyada woh is ki jo</w:t>
      </w:r>
    </w:p>
    <w:p>
      <w:pPr>
        <w:jc w:val="right"/>
      </w:pPr>
      <w:r>
        <w:t>اپنے میکے سے خطبات، مولانا مودودی کی خطبات کی ایک کاپی لے کر آئی تھیں۔ تو وہ مولانا نے پڑھی، اس سے وہ متاثر ہوئے کیونکہ بہت زیادہ وہ اس کی جو</w:t>
      </w:r>
    </w:p>
    <w:p>
      <w:r>
        <w:rPr>
          <w:b/>
        </w:rPr>
        <w:t xml:space="preserve">[00:54] </w:t>
      </w:r>
      <w:r>
        <w:t>zaban bohat zyada fluency hai, bohat zyada josh o jazba tha. to un ko is ka bohat asar hua. woh khud bhi Maulana kuch karna chahte the, kuch kisi jamat se, kisi team se judna chahte the kyunke un ke andar bohat zyada jazba tha kuch karne ka Islam ke liye.</w:t>
      </w:r>
    </w:p>
    <w:p>
      <w:pPr>
        <w:jc w:val="right"/>
      </w:pPr>
      <w:r>
        <w:t>زبان بہت زیادہ فلوئنسی ہے، بہت زیادہ جوش و جذبہ تھا۔ تو ان کو اس کا بہت اثر ہوا۔ وہ خود بھی مولانا کچھ کرنا چاہتے تھے، کچھ کسی جماعت سے، کسی ٹیم سے جڑنا چاہتے تھے کیونکہ ان کے اندر بہت زیادہ جذبہ تھا کچھ کرنے کا اسلام کے لیے۔</w:t>
      </w:r>
    </w:p>
    <w:p>
      <w:r>
        <w:rPr>
          <w:b/>
        </w:rPr>
        <w:t xml:space="preserve">[01:17] </w:t>
      </w:r>
      <w:r>
        <w:t>to woh dhoond hi rahe the, talashi kar rahe the, talashi haq mein un ka sara time guzar raha tha. to ek din aisa hua ke ek aadmi is ke liye nikle namaz e juma ke liye.</w:t>
      </w:r>
    </w:p>
    <w:p>
      <w:pPr>
        <w:jc w:val="right"/>
      </w:pPr>
      <w:r>
        <w:t>تو وہ ڈھونڈ ہی رہے تھے، تلاشی کر رہے تھے، تلاشی حق میں ان کا سارا ٹائم گزر رہا تھا۔ تو ایک دن ایسا ہوا کہ ایک آدمی اس کے لیے نکلے نماز جمعہ کے لیے۔</w:t>
      </w:r>
    </w:p>
    <w:p>
      <w:r>
        <w:rPr>
          <w:b/>
        </w:rPr>
        <w:t xml:space="preserve">[01:31] </w:t>
      </w:r>
      <w:r>
        <w:t>to namaz e juma ke liye kisi masjid mein ja rahe the to dekha ek aadmi aage aage ja raha hai aur ek copy khutbat ke liye hue hain.</w:t>
      </w:r>
    </w:p>
    <w:p>
      <w:pPr>
        <w:jc w:val="right"/>
      </w:pPr>
      <w:r>
        <w:t>تو نماز جمعہ کے لیے کسی مسجد میں جا رہے تھے تو دیکھا ایک آدمی آگے آگے جا رہا ہے اور ایک کاپی خطبات کے لیے ہوئے ہیں۔</w:t>
      </w:r>
    </w:p>
    <w:p>
      <w:r>
        <w:rPr>
          <w:b/>
        </w:rPr>
        <w:t xml:space="preserve">[01:41] </w:t>
      </w:r>
      <w:r>
        <w:t>to bilkul out of curiosity woh us ke piche piche chalne lage. chalte rahe, chalte rahe, bohat door tak woh chala gaya yahan tak ke wahan par Adam Garh mein darya hai, Tims hai, uska ghaat hai jis ko dalal ghaat kaha jata hai.</w:t>
      </w:r>
    </w:p>
    <w:p>
      <w:pPr>
        <w:jc w:val="right"/>
      </w:pPr>
      <w:r>
        <w:t>تو بالکل آؤٹ آف کوریاسٹی وہ اس کے پیچھے پیچھے چلنے لگے۔ چلتے رہے، چلتے رہے، بہت دور تک وہ چلا گیا یہاں تک کہ وہاں پر آدم گڑھ میں دریا ہے، ٹمس ہے، اس کا گھاٹ ہے جس کو دلال گھاٹ کہا جاتا ہے۔</w:t>
      </w:r>
    </w:p>
    <w:p>
      <w:r>
        <w:rPr>
          <w:b/>
        </w:rPr>
        <w:t xml:space="preserve">[01:58] </w:t>
      </w:r>
      <w:r>
        <w:t>to woh wahan par gaya, wahan par ek masjid thi, woh shayad jo Maulana kehte hain shayad woh naam Junaid tha, un ko bohat zyada yaad nahi hai lekin un ko lag raha hai shayad un ka naam Junaid tha.</w:t>
      </w:r>
    </w:p>
    <w:p>
      <w:pPr>
        <w:jc w:val="right"/>
      </w:pPr>
      <w:r>
        <w:t>تو وہ وہاں پر گیا، وہاں پر ایک مسجد تھی، وہ شاید جو مولانا کہتے ہیں شاید وہ نام جنید تھا، ان کو بہت زیادہ یاد نہیں ہے لیکن ان کو لگ رہا ہے شاید ان کا نام جنید تھا۔</w:t>
      </w:r>
    </w:p>
    <w:p>
      <w:r>
        <w:rPr>
          <w:b/>
        </w:rPr>
        <w:t xml:space="preserve">[02:12] </w:t>
      </w:r>
      <w:r>
        <w:t>to woh wahan par unhon ne namaz padhi aur phir wahan par do char log</w:t>
      </w:r>
    </w:p>
    <w:p>
      <w:pPr>
        <w:jc w:val="right"/>
      </w:pPr>
      <w:r>
        <w:t>تو وہ وہاں پر انہوں نے نماز پڑھی اور پھر وہاں پر دو چار لوگ</w:t>
      </w:r>
    </w:p>
    <w:p>
      <w:r>
        <w:rPr>
          <w:b/>
        </w:rPr>
        <w:t xml:space="preserve">[02:17] </w:t>
      </w:r>
      <w:r>
        <w:t>aur the, us ke baad unhon ne un ko khutbat padh kar sunaya. to wahan se hi Maulana ne join kar liya jamat Islami ko.</w:t>
      </w:r>
    </w:p>
    <w:p>
      <w:pPr>
        <w:jc w:val="right"/>
      </w:pPr>
      <w:r>
        <w:t>اور تھے، اس کے بعد انہوں نے ان کو خطبات پڑھ کر سنایا۔ تو وہاں سے ہی مولانا نے جوائن کر لیا جماعت اسلامی کو۔</w:t>
      </w:r>
    </w:p>
    <w:p>
      <w:r>
        <w:rPr>
          <w:b/>
        </w:rPr>
        <w:t xml:space="preserve">[02:28] </w:t>
      </w:r>
      <w:r>
        <w:t>phir us ke baad chunke Maulana ke andar to bohat zyada jazba tha to unhon ne kya kiya ke wohin par ek kamra kiraye par liya.</w:t>
      </w:r>
    </w:p>
    <w:p>
      <w:pPr>
        <w:jc w:val="right"/>
      </w:pPr>
      <w:r>
        <w:t>پھر اس کے بعد چونکہ مولانا کے اندر تو بہت زیادہ جذبہ تھا تو انہوں نے کیا کیا کہ وہیں پر ایک کمرہ کرائے پر لیا۔</w:t>
      </w:r>
    </w:p>
    <w:p>
      <w:r>
        <w:rPr>
          <w:b/>
        </w:rPr>
        <w:t xml:space="preserve">[02:37] </w:t>
      </w:r>
      <w:r>
        <w:t>Maulana ke jo bare bhai the Abdul Aziz Khan, woh bohat zyada supportive the, har mamle mein un ko support karte the. kamre ka kiraya bhi wohi dete the, Abdul Aziz jo bare bhai the.</w:t>
      </w:r>
    </w:p>
    <w:p>
      <w:pPr>
        <w:jc w:val="right"/>
      </w:pPr>
      <w:r>
        <w:t>مولانا کے جو بڑے بھائی تھے عبدالعزیز خان، وہ بہت زیادہ سپورٹیو تھے، ہر معاملے میں ان کو سپورٹ کرتے تھے۔ کمرے کا کرایہ بھی وہ وہی دیتے تھے، عبدالعزیز جو بڑے بھائی تھے۔</w:t>
      </w:r>
    </w:p>
    <w:p>
      <w:r>
        <w:rPr>
          <w:b/>
        </w:rPr>
        <w:t xml:space="preserve">[02:58] </w:t>
      </w:r>
      <w:r>
        <w:t>to wahan par jab woh kamra liya to wahan par ek library setup kiya. wahan par us waqt sirf Maulana Maudoodi ki kitaben thin jamat Islami ke pas, ab baqi doosri kitaben nahi thin.</w:t>
      </w:r>
    </w:p>
    <w:p>
      <w:pPr>
        <w:jc w:val="right"/>
      </w:pPr>
      <w:r>
        <w:t>تو وہاں پر جب وہ کمرہ لیا تو وہاں پر ایک لائبریری سیٹ اپ کیا۔ وہاں پر اس وقت صرف مولانا مودودی کی کتابیں تھیں جماعت اسلامی کے پاس، اب باقی دوسری کتابیں نہیں تھیں۔</w:t>
      </w:r>
    </w:p>
    <w:p>
      <w:r>
        <w:rPr>
          <w:b/>
        </w:rPr>
        <w:t xml:space="preserve">[03:12] </w:t>
      </w:r>
      <w:r>
        <w:t>to unhi ki kitaben woh wahan rakhte the</w:t>
      </w:r>
    </w:p>
    <w:p>
      <w:pPr>
        <w:jc w:val="right"/>
      </w:pPr>
      <w:r>
        <w:t>تو انہی کی کتابیں وہ وہاں رکھتے تھے</w:t>
      </w:r>
    </w:p>
    <w:p>
      <w:r>
        <w:rPr>
          <w:b/>
        </w:rPr>
        <w:t xml:space="preserve">[03:16] </w:t>
      </w:r>
      <w:r>
        <w:t>aur kitaben padhne ke liye kai log aate aur wahan par thoda sa log tadad badhne lagi. us ke baad Maulana ne jo shuru kiya sab se pehle woh tha book stall lagana.</w:t>
      </w:r>
    </w:p>
    <w:p>
      <w:pPr>
        <w:jc w:val="right"/>
      </w:pPr>
      <w:r>
        <w:t>اور کتابیں پڑھنے کے لیے کئی لوگ آتے اور وہاں پر تھوڑا سا لوگ تعداد بڑھنے لگی۔ اس کے بعد مولانا نے جو شروع کیا سب سے پہلے وہ تھا بک بک سٹال لگانا۔</w:t>
      </w:r>
    </w:p>
    <w:p>
      <w:r>
        <w:rPr>
          <w:b/>
        </w:rPr>
        <w:t xml:space="preserve">[03:33] </w:t>
      </w:r>
      <w:r>
        <w:t>to wahan par ek jagah thi sabzi mandi ke naam se, wahan par exhibition lagti thi. to wahan book fair laga to Maulana ne wahan par stall lagaya, book stall.</w:t>
      </w:r>
    </w:p>
    <w:p>
      <w:pPr>
        <w:jc w:val="right"/>
      </w:pPr>
      <w:r>
        <w:t>تو وہاں پر ایک جگہ تھی سبزی منڈی کے نام سے، وہاں پر ایگزیبیشن لگتی تھی۔ تو وہاں بک فیئر لگا تو مولانا نے وہاں پر سٹال لگایا، بک سٹال۔</w:t>
      </w:r>
    </w:p>
    <w:p>
      <w:r>
        <w:rPr>
          <w:b/>
        </w:rPr>
        <w:t xml:space="preserve">[03:48] </w:t>
      </w:r>
      <w:r>
        <w:t>to un ko abhi tak yaad hai ke unhon ne ek</w:t>
      </w:r>
    </w:p>
    <w:p>
      <w:pPr>
        <w:jc w:val="right"/>
      </w:pPr>
      <w:r>
        <w:t>تو ان کو ابھی تک یاد ہے کہ انہوں نے ایک</w:t>
      </w:r>
    </w:p>
    <w:p>
      <w:r>
        <w:rPr>
          <w:b/>
        </w:rPr>
        <w:t xml:space="preserve">[03:51] </w:t>
      </w:r>
      <w:r>
        <w:t>Yusuf naam ke ek artist the, un se bohat bara board banwaya aur us mein mota mota likhwaya Quran ki ayat "and God calls to the home of peace".</w:t>
      </w:r>
    </w:p>
    <w:p>
      <w:pPr>
        <w:jc w:val="right"/>
      </w:pPr>
      <w:r>
        <w:t>یوسف نام کے ایک آرٹسٹ تھے، ان سے بہت بڑا بورڈ بنوایا اور اس میں موٹا موٹا لکھوایا قرآن کی آیت "اینڈ گاڈ کالز ٹو دا ہوم آف پیس"۔</w:t>
      </w:r>
    </w:p>
    <w:p>
      <w:r>
        <w:rPr>
          <w:b/>
        </w:rPr>
        <w:t xml:space="preserve">[04:05] </w:t>
      </w:r>
      <w:r>
        <w:t>ab is se yeh bhi lag raha hai ke is waqt bhi Maulana ke samne bilkul yeh clear tha</w:t>
      </w:r>
    </w:p>
    <w:p>
      <w:pPr>
        <w:jc w:val="right"/>
      </w:pPr>
      <w:r>
        <w:t>اب اس سے یہ بھی لگ رہا ہے کہ اس وقت بھی مولانا کے سامنے بالکل یہ کلیئر تھا</w:t>
      </w:r>
    </w:p>
    <w:p>
      <w:r>
        <w:rPr>
          <w:b/>
        </w:rPr>
        <w:t xml:space="preserve">[04:10] </w:t>
      </w:r>
      <w:r>
        <w:t>ke Islam ka jo paigham hai woh aman ka paigham hai aur woh paigham ko doosron tak pahunchana hai. to isi liye woh ek jamat mein shamil ho gaye, halanke jo jo judo jehad thi jamat Islami ki siyasi judo jehad, us mein woh kabhi bhi shamil nahi the.</w:t>
      </w:r>
    </w:p>
    <w:p>
      <w:pPr>
        <w:jc w:val="right"/>
      </w:pPr>
      <w:r>
        <w:t>کہ اسلام کا جو پیغام ہے وہ امن کا پیغام ہے اور وہ پیغام کو دوسروں تک پہنچانا ہے۔ تو اسی لیے وہ ایک جماعت میں شامل ہو گئے، حالانکہ جو جو جدوجہد تھی جماعت اسلامی کی سیاسی جدوجہد، اس میں وہ کبھی بھی شامل نہیں تھے۔</w:t>
      </w:r>
    </w:p>
    <w:p>
      <w:r>
        <w:rPr>
          <w:b/>
        </w:rPr>
        <w:t xml:space="preserve">[04:29] </w:t>
      </w:r>
      <w:r>
        <w:t>balkay woh samajhtay thay kay is jamaat kay zariye say woh</w:t>
      </w:r>
    </w:p>
    <w:p>
      <w:pPr>
        <w:jc w:val="right"/>
      </w:pPr>
      <w:r>
        <w:t>بلکہ وہ سمجھتے تھے کہ اس جماعت کے ذریعے سے وہ</w:t>
      </w:r>
    </w:p>
    <w:p>
      <w:r>
        <w:rPr>
          <w:b/>
        </w:rPr>
        <w:t xml:space="preserve">[04:33] </w:t>
      </w:r>
      <w:r>
        <w:t>islam ko agay pohanchana, is kay liye struggle karna, to woh is mein, is mein woh maawin sabit hongay.</w:t>
      </w:r>
    </w:p>
    <w:p>
      <w:pPr>
        <w:jc w:val="right"/>
      </w:pPr>
      <w:r>
        <w:t>اسلام کو آگے پہنچانا، اس کے لیے سٹرگل کرنا، تو وہ اس میں، اس میں وہ معاون ثابت ہوں گی۔</w:t>
      </w:r>
    </w:p>
    <w:p>
      <w:r>
        <w:rPr>
          <w:b/>
        </w:rPr>
        <w:t xml:space="preserve">[04:44] </w:t>
      </w:r>
      <w:r>
        <w:t>to is tareeqay say woh bohat ziyada din raat mehnat karnay lagay. To jamaat-e-islami walon nay</w:t>
      </w:r>
    </w:p>
    <w:p>
      <w:pPr>
        <w:jc w:val="right"/>
      </w:pPr>
      <w:r>
        <w:t>تو اس طریقے سے وہ بہت زیادہ دن رات محنت کرنے لگے۔ تو جماعت اسلامی والوں نے</w:t>
      </w:r>
    </w:p>
    <w:p>
      <w:r>
        <w:rPr>
          <w:b/>
        </w:rPr>
        <w:t xml:space="preserve">[04:50] </w:t>
      </w:r>
      <w:r>
        <w:t>maulana ko nazim-e-zila bana diya. To us waqt phir un ko ehsas hua kay zila mein kaam karnay kay liye aik jeep chahiye.</w:t>
      </w:r>
    </w:p>
    <w:p>
      <w:pPr>
        <w:jc w:val="right"/>
      </w:pPr>
      <w:r>
        <w:t>مولانا کو ناظم ضلع بنا دیا۔ تو اس وقت پھر ان کو احساس ہوا کہ ضلعے میں کام کرنے کے لیے ایک جیپ چاہیے۔</w:t>
      </w:r>
    </w:p>
    <w:p>
      <w:r>
        <w:rPr>
          <w:b/>
        </w:rPr>
        <w:t xml:space="preserve">[05:01] </w:t>
      </w:r>
      <w:r>
        <w:t>to jeep kay liye kuch paisa bhi jama ho gaya. Aik aik Muhammad Ahmad aik sahab thay, unhon nay</w:t>
      </w:r>
    </w:p>
    <w:p>
      <w:pPr>
        <w:jc w:val="right"/>
      </w:pPr>
      <w:r>
        <w:t>تو جیپ کے لیے کچھ پیسہ بھی جمع ہو گیا۔ ایک ایک محمد احمد ایک صاحب تھے، انہوں نے</w:t>
      </w:r>
    </w:p>
    <w:p>
      <w:r>
        <w:rPr>
          <w:b/>
        </w:rPr>
        <w:t xml:space="preserve">[05:08] </w:t>
      </w:r>
      <w:r>
        <w:t>das hazar rupay diye. To is tareeqay say yeh kaam ho raha tha. Lekin Maulana Abu al-Layl sahab nay kaha kay nahi, un ko Rampur aana chahiye aur wahan par yeh jo amli kaam hai, yeh doosray log bhi kar len gay.</w:t>
      </w:r>
    </w:p>
    <w:p>
      <w:pPr>
        <w:jc w:val="right"/>
      </w:pPr>
      <w:r>
        <w:t>دس ہزار روپے دیا۔ تو اس طریقے سے یہ کام ہو رہا تھا۔ لیکن مولانا ابو اللّی صاحب نے کہا کہ نہیں، ان کو رام پور آنا چاہیے اور وہاں پر یہ جو عملی کام ہے، یہ دوسرے لوگ بھی کر لیں گے۔</w:t>
      </w:r>
    </w:p>
    <w:p>
      <w:r>
        <w:rPr>
          <w:b/>
        </w:rPr>
        <w:t xml:space="preserve">[05:24] </w:t>
      </w:r>
      <w:r>
        <w:t>to is tareeqay say</w:t>
      </w:r>
    </w:p>
    <w:p>
      <w:pPr>
        <w:jc w:val="right"/>
      </w:pPr>
      <w:r>
        <w:t>تو اس طریقے سے</w:t>
      </w:r>
    </w:p>
    <w:p>
      <w:r>
        <w:rPr>
          <w:b/>
        </w:rPr>
        <w:t xml:space="preserve">[05:26] </w:t>
      </w:r>
      <w:r>
        <w:t>maulana ka Rampur ka phase shuru hua. To wahan shoba-e-tasneef mein unhon nay rakha aur sab say pehlay jo maulana kay mazameen al-Hasanat mein shamil shaya honay lagay.</w:t>
      </w:r>
    </w:p>
    <w:p>
      <w:pPr>
        <w:jc w:val="right"/>
      </w:pPr>
      <w:r>
        <w:t>مولانا کا رام پور کا فیز شروع ہوا۔ تو وہاں شعبہ تصنیف میں انہوں نے رکھا اور سب سے پہلے جو مولانا کے مضامین الحسنات میں شامل شائع ہونے لگے۔</w:t>
      </w:r>
    </w:p>
    <w:p>
      <w:r>
        <w:rPr>
          <w:b/>
        </w:rPr>
        <w:t xml:space="preserve">[05:42] </w:t>
      </w:r>
      <w:r>
        <w:t>to al-Hasanat jo hain, Abdul Hai sahab is kay madir thay aur bohat ziyada</w:t>
      </w:r>
    </w:p>
    <w:p>
      <w:pPr>
        <w:jc w:val="right"/>
      </w:pPr>
      <w:r>
        <w:t>تو الحسنات جو ہیں، عبدالحی صاحب اس کے مدیر تھے اور بہت زیادہ</w:t>
      </w:r>
    </w:p>
    <w:p>
      <w:r>
        <w:rPr>
          <w:b/>
        </w:rPr>
        <w:t xml:space="preserve">[05:49] </w:t>
      </w:r>
      <w:r>
        <w:t>maulana ki tehreeron ko pasand kartay thay. Is kay baad Maulana zindagi kay liye likhnay lagay. Aur wahan aik aur kaam jo diya gaya, woh tha Maulana ko kay Marxism ki study karein aur is par aik kitaab likhein.</w:t>
      </w:r>
    </w:p>
    <w:p>
      <w:pPr>
        <w:jc w:val="right"/>
      </w:pPr>
      <w:r>
        <w:t>مولانا کی تحریروں کو پسند کرتے تھے۔ اس کے بعد مولانا زندگی کے لیے لکھنے لگے۔ اور وہاں ایک اور کام جو دیا گیا، وہ تھا مولانا کو کہ مارکسزم کی اسٹڈی کریں اور اس پر ایک کتاب لکھیں۔</w:t>
      </w:r>
    </w:p>
    <w:p>
      <w:r>
        <w:rPr>
          <w:b/>
        </w:rPr>
        <w:t xml:space="preserve">[06:04] </w:t>
      </w:r>
      <w:r>
        <w:t>to wohin par Maulana nay likhi thi "Marxism Tareekh" jis ko radd kar chuki thi.</w:t>
      </w:r>
    </w:p>
    <w:p>
      <w:pPr>
        <w:jc w:val="right"/>
      </w:pPr>
      <w:r>
        <w:t>تو وہیں پر مولانا نے لکھی تھی "مارکسزم تاریخ" جس کو رد کر چکی تھی۔</w:t>
      </w:r>
    </w:p>
    <w:p>
      <w:r>
        <w:rPr>
          <w:b/>
        </w:rPr>
        <w:t xml:space="preserve">[06:10] </w:t>
      </w:r>
      <w:r>
        <w:t>ab is waqt likhi thi jabkay Marxism ki base par poora aik empire balkay superpower qaim tha. Aur us waqt Maulana nay likha kay tareekh jis ko radd kar chuki.</w:t>
      </w:r>
    </w:p>
    <w:p>
      <w:pPr>
        <w:jc w:val="right"/>
      </w:pPr>
      <w:r>
        <w:t>اب اس وقت لکھی تھی جبکہ مارکسزم کی بیس پر پورا ایک ایمپائر بلکہ سپر پاور قائم تھا۔ اور اس وقت مولانا نے لکھا کہ تاریخ جس کو رد کر چکی۔</w:t>
      </w:r>
    </w:p>
    <w:p>
      <w:r>
        <w:rPr>
          <w:b/>
        </w:rPr>
        <w:t xml:space="preserve">[06:22] </w:t>
      </w:r>
      <w:r>
        <w:t>to log hastay thay kay aap ko yeh baat jo hai, yeh aap ki baat galat hai, yeh to</w:t>
      </w:r>
    </w:p>
    <w:p>
      <w:pPr>
        <w:jc w:val="right"/>
      </w:pPr>
      <w:r>
        <w:t>تو لوگ ہنستے تھے کہ آپ کو یہ بات جو ہے، یہ آپ کی بات غلط ہے، یہ تو</w:t>
      </w:r>
    </w:p>
    <w:p>
      <w:r>
        <w:rPr>
          <w:b/>
        </w:rPr>
        <w:t xml:space="preserve">[06:28] </w:t>
      </w:r>
      <w:r>
        <w:t>empire tootnay wali nahi hai. To lekin baad mein 40, 50 saal kay baad jab empire Gorbachov kay zamanay mein toot gayi, tab logon ki samajh mein aaya.</w:t>
      </w:r>
    </w:p>
    <w:p>
      <w:pPr>
        <w:jc w:val="right"/>
      </w:pPr>
      <w:r>
        <w:t>ایمپائر ٹوٹنے والی نہیں ہے۔ تو لیکن بعد میں 40، 50 سال کے بعد جب ایمپائر گروم چاپ کے زمانے میں ٹوٹ گئی، تب لوگوں کی سمجھ میں آیا۔</w:t>
      </w:r>
    </w:p>
    <w:p>
      <w:r>
        <w:rPr>
          <w:b/>
        </w:rPr>
        <w:t xml:space="preserve">[06:38] </w:t>
      </w:r>
      <w:r>
        <w:t>aisay bohat saray waqiat hain kay Maulana ko pehlay hi, pehlay hi samajh mein aa gaya kay kya natija niklnay wala hai. Aur logon ko bohat baad mein samajh mein aaya.</w:t>
      </w:r>
    </w:p>
    <w:p>
      <w:pPr>
        <w:jc w:val="right"/>
      </w:pPr>
      <w:r>
        <w:t>ایسے بہت سارے واقعات ہیں کہ مولانا کو پہلے ہی، پہلے ہی سمجھ میں آ گیا کہ کیا نتیجہ نکلنے والا ہے۔ اور لوگوں کو بہت بعد میں سمجھ میں آیا۔</w:t>
      </w:r>
    </w:p>
    <w:p>
      <w:r>
        <w:rPr>
          <w:b/>
        </w:rPr>
        <w:t xml:space="preserve">[06:49] </w:t>
      </w:r>
      <w:r>
        <w:t>to bilkul yahi Marxism walay maslay mein bhi hua.</w:t>
      </w:r>
    </w:p>
    <w:p>
      <w:pPr>
        <w:jc w:val="right"/>
      </w:pPr>
      <w:r>
        <w:t>تو بالکل یہی مارکسزم والے مسئلے میں بھی ہوا۔</w:t>
      </w:r>
    </w:p>
    <w:p>
      <w:r>
        <w:rPr>
          <w:b/>
        </w:rPr>
        <w:t xml:space="preserve">[06:54] </w:t>
      </w:r>
      <w:r>
        <w:t>to woh to bilkul aisi dhun hoti thi study karnay ki, mutala karnay ki. To din raat bas parhtay hi rehtay thay.</w:t>
      </w:r>
    </w:p>
    <w:p>
      <w:pPr>
        <w:jc w:val="right"/>
      </w:pPr>
      <w:r>
        <w:t>تو وہ تو بالکل ایسی دھن ہوتی تھی اسٹڈی کرنے کی، مطالعہ کرنے کی۔ تو دن رات بس پڑھتے ہی رہتے تھے۔</w:t>
      </w:r>
    </w:p>
    <w:p>
      <w:r>
        <w:rPr>
          <w:b/>
        </w:rPr>
        <w:t xml:space="preserve">[07:03] </w:t>
      </w:r>
      <w:r>
        <w:t>itna parha, itna parha Marxism kay kay das hazar pages parh liye. To aik baar Lucknow mein aisa hua tha kay</w:t>
      </w:r>
    </w:p>
    <w:p>
      <w:pPr>
        <w:jc w:val="right"/>
      </w:pPr>
      <w:r>
        <w:t>اتنا پڑھا، اتنا پڑھا مارکسزم کے کہ دس ہزار پیجز پڑھ لیے۔ تو ایک بار لکھنو میں ایسا ہوا تھا کہ</w:t>
      </w:r>
    </w:p>
    <w:p>
      <w:r>
        <w:rPr>
          <w:b/>
        </w:rPr>
        <w:t xml:space="preserve">[07:12] </w:t>
      </w:r>
      <w:r>
        <w:t>aik kuch students nay aa kar bataya kay aik aadmi hai aur woh kisi aisay mulk mein reh kar aaye hain jahan Marxism ka ghalba hai.</w:t>
      </w:r>
    </w:p>
    <w:p>
      <w:pPr>
        <w:jc w:val="right"/>
      </w:pPr>
      <w:r>
        <w:t>ایک کچھ سٹوڈنٹس نے آ کے بتایا کہ ایک آدمی ہے اور وہ کسی ایسے ملک میں رہ کر آئے ہیں جہاں مارکسزم کا غلبہ ہے۔</w:t>
      </w:r>
    </w:p>
    <w:p>
      <w:r>
        <w:rPr>
          <w:b/>
        </w:rPr>
        <w:t xml:space="preserve">[07:22] </w:t>
      </w:r>
      <w:r>
        <w:t>to woh har waqt bas Marxism ki baat kartay hain. To Maulana nay kaha kay mujhe wahan lay chaliye un kay paas. To students nay un ko le gaye.</w:t>
      </w:r>
    </w:p>
    <w:p>
      <w:pPr>
        <w:jc w:val="right"/>
      </w:pPr>
      <w:r>
        <w:t>تو وہ ہر وقت بس مارکسزم کی بات کرتے ہیں۔ تو مولانا نے کہا کہ مجھے وہاں لے چلیے ان کے پاس۔ تو سٹوڈنٹس نے ان کو لے گئے۔</w:t>
      </w:r>
    </w:p>
    <w:p>
      <w:r>
        <w:rPr>
          <w:b/>
        </w:rPr>
        <w:t xml:space="preserve">[07:32] </w:t>
      </w:r>
      <w:r>
        <w:t>to Maulana nay ja kar kaha kay main nay Marxism ko samajhnay kay liye das hazar safhaat parhay hain. To un ki kuch himmat hi nahi hui bolnay kay liye, chup chap bethay rahay.</w:t>
      </w:r>
    </w:p>
    <w:p>
      <w:pPr>
        <w:jc w:val="right"/>
      </w:pPr>
      <w:r>
        <w:t>تو مولانا نے جا کے کہا کہ میں نے مارکسزم کو سمجھنے کے لیے دس ہزار صفحات پڑھے ہیں۔ تو ان کی کچھ ہمت ہی نہیں ہوئی بولنے کے لیے، چپ چاپ بیٹھے رہے۔</w:t>
      </w:r>
    </w:p>
    <w:p>
      <w:r>
        <w:rPr>
          <w:b/>
        </w:rPr>
        <w:t xml:space="preserve">[07:45] </w:t>
      </w:r>
      <w:r>
        <w:t>aur phir thori dair mein woh masjid mein mulaqat hui thi. Phir thori dair mein woh chalay gaye wapas.</w:t>
      </w:r>
    </w:p>
    <w:p>
      <w:pPr>
        <w:jc w:val="right"/>
      </w:pPr>
      <w:r>
        <w:t>اور پھر تھوڑی دیر میں وہ مسجد میں ملاقات ہوئی تھی۔ پھر تھوڑی دیر میں وہ چلے گئے واپس۔</w:t>
      </w:r>
    </w:p>
    <w:p>
      <w:r>
        <w:rPr>
          <w:b/>
        </w:rPr>
        <w:t xml:space="preserve">[07:52] </w:t>
      </w:r>
      <w:r>
        <w:t>to is tareeqay say log is qadar mutasir ho jatay thay. Aik aur Marxism ka aik aur qissa hai. Yeh bohat baad ka hai, 1970 mein Maulana Aligarh gaye huay thay.</w:t>
      </w:r>
    </w:p>
    <w:p>
      <w:pPr>
        <w:jc w:val="right"/>
      </w:pPr>
      <w:r>
        <w:t>تو اس طریقے سے لوگ اس قدر متاثر ہو جاتے تھے۔ ایک اور مارکسزم کا ایک اور قصہ ہے۔ یہ بہت بعد کا ہے، 1970 میں مولانا علی گڑھ گئے ہوئے تھے۔</w:t>
      </w:r>
    </w:p>
    <w:p>
      <w:r>
        <w:rPr>
          <w:b/>
        </w:rPr>
        <w:t xml:space="preserve">[08:05] </w:t>
      </w:r>
      <w:r>
        <w:t>is zamanay mein asal mein Maulana Taqi Amini sahab</w:t>
      </w:r>
    </w:p>
    <w:p>
      <w:pPr>
        <w:jc w:val="right"/>
      </w:pPr>
      <w:r>
        <w:t>اس زمانے میں اصل میں مولانا تقی امینی صاحب</w:t>
      </w:r>
    </w:p>
    <w:p>
      <w:r>
        <w:rPr>
          <w:b/>
        </w:rPr>
        <w:t xml:space="preserve">[08:10] </w:t>
      </w:r>
      <w:r>
        <w:t>Aligarh Muslim University mein nazim-e-diniyat ho gaye thay. To chunkay Maulana Taqi Amini sahab say bohat achhay ta'alluqaat thay, Maulana Taqi Amini sahab ab Maulana ko bohat mantay thay.</w:t>
      </w:r>
    </w:p>
    <w:p>
      <w:pPr>
        <w:jc w:val="right"/>
      </w:pPr>
      <w:r>
        <w:t>علی گڑھ مسلم یونیورسٹی میں ناظم دینیات ہو گئے تھے۔ تو چونکہ مولانا تقی امینی صاحب سے بہت اچھے تعلقات تھے، مولانا تقی امینی صاحب اب مولانا کو بہت مانتے تھے۔</w:t>
      </w:r>
    </w:p>
    <w:p>
      <w:r>
        <w:rPr>
          <w:b/>
        </w:rPr>
        <w:t xml:space="preserve">[08:22] </w:t>
      </w:r>
      <w:r>
        <w:t>to is waja se unhon ne</w:t>
      </w:r>
    </w:p>
    <w:p>
      <w:pPr>
        <w:jc w:val="right"/>
      </w:pPr>
      <w:r>
        <w:t>تو اس وجہ سے انہوں نے</w:t>
      </w:r>
    </w:p>
    <w:p>
      <w:r>
        <w:rPr>
          <w:b/>
        </w:rPr>
        <w:t xml:space="preserve">[08:28] </w:t>
      </w:r>
      <w:r>
        <w:t>wohan par aksar Maulana Taqi Amini sahib jab nazim deeniyat thay to kafi jatay rehtay thay.</w:t>
      </w:r>
    </w:p>
    <w:p>
      <w:pPr>
        <w:jc w:val="right"/>
      </w:pPr>
      <w:r>
        <w:t>وہاں پر اکثر مولانا تقی امینی صاحب جب ناظم دینیات تھے تو کافی جاتے رہتے تھے۔</w:t>
      </w:r>
    </w:p>
    <w:p>
      <w:r>
        <w:rPr>
          <w:b/>
        </w:rPr>
        <w:t xml:space="preserve">[08:37] </w:t>
      </w:r>
      <w:r>
        <w:t>to is tareeqay se wahan par gaye hue thay. To isi zamanay mein Lenin Centenary manai ja rahi thi 1970 mein. To wahan par aik tabqa tha students ka.</w:t>
      </w:r>
    </w:p>
    <w:p>
      <w:pPr>
        <w:jc w:val="right"/>
      </w:pPr>
      <w:r>
        <w:t>تو اس طریقے سے وہاں پر گئے ہوئے تھے۔ تو اسی زمانے میں لینن سینٹینری منائی جا رہی تھی 1970 میں۔ تو وہاں پر ایک طبقہ تھا سٹوڈنٹس کا۔</w:t>
      </w:r>
    </w:p>
    <w:p>
      <w:r>
        <w:rPr>
          <w:b/>
        </w:rPr>
        <w:t xml:space="preserve">[08:50] </w:t>
      </w:r>
      <w:r>
        <w:t>wo tabqa jo hai, wo wo is par</w:t>
      </w:r>
    </w:p>
    <w:p>
      <w:pPr>
        <w:jc w:val="right"/>
      </w:pPr>
      <w:r>
        <w:t>وہ طبقہ جو ہے، وہ وہ اس پر</w:t>
      </w:r>
    </w:p>
    <w:p>
      <w:r>
        <w:rPr>
          <w:b/>
        </w:rPr>
        <w:t xml:space="preserve">[08:54] </w:t>
      </w:r>
      <w:r>
        <w:t>is ko objection tha ke Lenin Centenary yahan Aligarh University mein hum nahi mananay dein gay. To bohat bara aik program wahan rakha gaya.</w:t>
      </w:r>
    </w:p>
    <w:p>
      <w:pPr>
        <w:jc w:val="right"/>
      </w:pPr>
      <w:r>
        <w:t>اس کو ابجیکشن تھا کہ لینن سینٹینری یہاں علی گڑھ یونیورسٹی میں ہم نہیں منانے دیں گے۔ تو بہت بڑا ایک پروگرام وہاں رکھا گیا۔</w:t>
      </w:r>
    </w:p>
    <w:p>
      <w:r>
        <w:rPr>
          <w:b/>
        </w:rPr>
        <w:t xml:space="preserve">[09:06] </w:t>
      </w:r>
      <w:r>
        <w:t>bohat bara aik program rakha gaya Strachey Hall mein. Wahan par Vice Chancellor aaye aur un ki taqreer shuru hui. To Vice Chancellor ka us waqt Vice Chancellor Professor Abdul Aleem thay.</w:t>
      </w:r>
    </w:p>
    <w:p>
      <w:pPr>
        <w:jc w:val="right"/>
      </w:pPr>
      <w:r>
        <w:t>بہت بڑا ایک پروگرام رکھا گیا اسٹریسی ہال میں۔ وہاں پر وائس چانسلر آئے اور ان کی تقریر شروع ہوئی۔ تو وائس چانسلر کا اس وقت وائس چانسلر پروفیسر عبدالعلیم تھے۔</w:t>
      </w:r>
    </w:p>
    <w:p>
      <w:r>
        <w:rPr>
          <w:b/>
        </w:rPr>
        <w:t xml:space="preserve">[09:23] </w:t>
      </w:r>
      <w:r>
        <w:t>jab unhon ne taqreer shuru ki to</w:t>
      </w:r>
    </w:p>
    <w:p>
      <w:pPr>
        <w:jc w:val="right"/>
      </w:pPr>
      <w:r>
        <w:t>جب انہوں نے تقریر شروع کی تو</w:t>
      </w:r>
    </w:p>
    <w:p>
      <w:r>
        <w:rPr>
          <w:b/>
        </w:rPr>
        <w:t xml:space="preserve">[09:29] </w:t>
      </w:r>
      <w:r>
        <w:t>bachon ne shor machana shuru kar diya ke hum nahi sunenge, hum nahi sunenge. Is tareeqay se aik hangama macha diya. To itna zyada hangama macha ke Vice Chancellor back door se wapas chalay gaye.</w:t>
      </w:r>
    </w:p>
    <w:p>
      <w:pPr>
        <w:jc w:val="right"/>
      </w:pPr>
      <w:r>
        <w:t>بچوں نے شور مچانا شروع کر دیا کہ ہم نہیں سنیں گے، ہم نہیں سنیں گے۔ اس طریقے سے ایک ہنگامہ مچا دیا۔ تو اتنا زیادہ ہنگامہ مچا کہ وائس چانسلر بیک ڈور سے واپس چلے گئے۔</w:t>
      </w:r>
    </w:p>
    <w:p>
      <w:r>
        <w:rPr>
          <w:b/>
        </w:rPr>
        <w:t xml:space="preserve">[09:43] </w:t>
      </w:r>
      <w:r>
        <w:t>us waqt Maulana peechay ki seat par bethay hue thay.</w:t>
      </w:r>
    </w:p>
    <w:p>
      <w:pPr>
        <w:jc w:val="right"/>
      </w:pPr>
      <w:r>
        <w:t>اس وقت مولانا پیچھے کی سیٹ پر بیٹھے ہوئے تھے۔</w:t>
      </w:r>
    </w:p>
    <w:p>
      <w:r>
        <w:rPr>
          <w:b/>
        </w:rPr>
        <w:t xml:space="preserve">[09:47] </w:t>
      </w:r>
      <w:r>
        <w:t>aisay hi program mein aaye thay. To bachay jo hain, students wo aaye kehne lagay ke aap aaiye aur kuch boliye.</w:t>
      </w:r>
    </w:p>
    <w:p>
      <w:pPr>
        <w:jc w:val="right"/>
      </w:pPr>
      <w:r>
        <w:t>ایسے ہی پروگرام میں آئے تھے۔ تو بچے جو ہیں، سٹوڈنٹس وہ آئے کہنے لگے کہ آپ آئیے اور کچھ بولیے۔</w:t>
      </w:r>
    </w:p>
    <w:p>
      <w:r>
        <w:rPr>
          <w:b/>
        </w:rPr>
        <w:t xml:space="preserve">[09:56] </w:t>
      </w:r>
      <w:r>
        <w:t>to Maulana ne kaha ke hum to aap ke khilaf bolenge. Unhon ne kaha nahi, aap aaiye aur boliye. To wahan par jab wahan gaye to unhon ne Maulana ne kaha ke</w:t>
      </w:r>
    </w:p>
    <w:p>
      <w:pPr>
        <w:jc w:val="right"/>
      </w:pPr>
      <w:r>
        <w:t>تو مولانا نے کہا کہ ہم تو آپ کے خلاف بولیں گے۔ انہوں نے کہا نہیں، آپ آئیے اور بولیے۔ تو وہاں پر جب وہاں گئے تو انہوں نے مولانا نے کہا کہ</w:t>
      </w:r>
    </w:p>
    <w:p>
      <w:r>
        <w:rPr>
          <w:b/>
        </w:rPr>
        <w:t xml:space="preserve">[10:07] </w:t>
      </w:r>
      <w:r>
        <w:t>aap mein se kon hai jis ne Marx ko parha hai? Aap mein se kon hai jis ne Stalin ko parha hai? Aap mein se kon hai jis ne Lenin ko parha hai?</w:t>
      </w:r>
    </w:p>
    <w:p>
      <w:pPr>
        <w:jc w:val="right"/>
      </w:pPr>
      <w:r>
        <w:t>آپ میں سے کون ہے جس نے مارکس کو پڑھا ہے؟ آپ میں سے کون ہے جس نے اسٹالن کو پڑھا ہے؟ آپ میں سے کون ہے جس نے لینن کو پڑھا ہے؟</w:t>
      </w:r>
    </w:p>
    <w:p>
      <w:r>
        <w:rPr>
          <w:b/>
        </w:rPr>
        <w:t xml:space="preserve">[10:15] </w:t>
      </w:r>
      <w:r>
        <w:t>aap mein se kon hai jis ne Engels ko parha hai? Aap mein se kon hai jis ne Trotsky ko parha hai? Isi tareeqay se aur bhi kai naam bataye.</w:t>
      </w:r>
    </w:p>
    <w:p>
      <w:pPr>
        <w:jc w:val="right"/>
      </w:pPr>
      <w:r>
        <w:t>آپ میں سے کون ہے جس نے اینجلز کو پڑھا ہے؟ آپ میں سے کون ہے جس نے ٹراٹسکی کو پڑھا ہے؟ اسی طریقے سے اور بھی کئی نام بتائے۔</w:t>
      </w:r>
    </w:p>
    <w:p>
      <w:r>
        <w:rPr>
          <w:b/>
        </w:rPr>
        <w:t xml:space="preserve">[10:24] </w:t>
      </w:r>
      <w:r>
        <w:t>to kisi kisi ne hath nahi uthaya ke haan, hum ne parha hai. Tab Maulana ne kaha ke dekhiye, aap logon ne jab parha nahi hai</w:t>
      </w:r>
    </w:p>
    <w:p>
      <w:pPr>
        <w:jc w:val="right"/>
      </w:pPr>
      <w:r>
        <w:t>تو کسی کسی نے ہاتھ نہیں اٹھایا کہ ہاں، ہم نے پڑھا ہے۔ تب مولانا نے کہا کہ دیکھیے، آپ لوگوں نے جب پڑھا نہیں ہے</w:t>
      </w:r>
    </w:p>
    <w:p>
      <w:r>
        <w:rPr>
          <w:b/>
        </w:rPr>
        <w:t xml:space="preserve">[10:32] </w:t>
      </w:r>
      <w:r>
        <w:t>to aap log kaise is itna hangama macha rahe hain? Pehlay aap log is ko parhiye, is ko samjhiye aur is ke baad aap ilmi discussion kariye.</w:t>
      </w:r>
    </w:p>
    <w:p>
      <w:pPr>
        <w:jc w:val="right"/>
      </w:pPr>
      <w:r>
        <w:t>تو آپ لوگ کیسے اس اتنا ہنگامہ مچا رہے ہیں؟ پہلے آپ لوگ اس کو پڑھیے، اس کو سمجھیے اور اس کے بعد آپ علمی ڈسکشن کریے۔</w:t>
      </w:r>
    </w:p>
    <w:p>
      <w:r>
        <w:rPr>
          <w:b/>
        </w:rPr>
        <w:t xml:space="preserve">[10:42] </w:t>
      </w:r>
      <w:r>
        <w:t>yeh academic culture nahi hai. Phir is par poori taqreer ki. To yeh to Marxism ki baat par mujhe yaad aaya.</w:t>
      </w:r>
    </w:p>
    <w:p>
      <w:pPr>
        <w:jc w:val="right"/>
      </w:pPr>
      <w:r>
        <w:t>یہ اکیڈمک کلچر نہیں ہے۔ پھر اس پر پوری تقریر کیا۔ تو یہ تو مارکسزم کی بات پر مجھے یاد آیا۔</w:t>
      </w:r>
    </w:p>
    <w:p>
      <w:r>
        <w:rPr>
          <w:b/>
        </w:rPr>
        <w:t xml:space="preserve">[10:51] </w:t>
      </w:r>
      <w:r>
        <w:t>to</w:t>
      </w:r>
    </w:p>
    <w:p>
      <w:pPr>
        <w:jc w:val="right"/>
      </w:pPr>
      <w:r>
        <w:t>تو</w:t>
      </w:r>
    </w:p>
    <w:p>
      <w:r>
        <w:rPr>
          <w:b/>
        </w:rPr>
        <w:t xml:space="preserve">[10:52] </w:t>
      </w:r>
      <w:r>
        <w:t>yeh baat bata diya. Aur lekin baqi jo chounkay jab Maulana Rampur gaye thay to hum log bhi sath mein gaye thay.</w:t>
      </w:r>
    </w:p>
    <w:p>
      <w:pPr>
        <w:jc w:val="right"/>
      </w:pPr>
      <w:r>
        <w:t>یہ بات بتا دیا۔ اور لیکن باقی جو چونکہ جب مولانا رام پور گئے تھے تو ہم لوگ بھی ساتھ میں گئے تھے۔</w:t>
      </w:r>
    </w:p>
    <w:p>
      <w:r>
        <w:rPr>
          <w:b/>
        </w:rPr>
        <w:t xml:space="preserve">[11:04] </w:t>
      </w:r>
      <w:r>
        <w:t>to wahan par jo Maulana ka jo program hota tha, subah hi subah</w:t>
      </w:r>
    </w:p>
    <w:p>
      <w:pPr>
        <w:jc w:val="right"/>
      </w:pPr>
      <w:r>
        <w:t>تو وہاں پر جو مولانا کا جو پروگرام ہوتا تھا، صبح ہی صبح</w:t>
      </w:r>
    </w:p>
    <w:p>
      <w:r>
        <w:rPr>
          <w:b/>
        </w:rPr>
        <w:t xml:space="preserve">[11:11] </w:t>
      </w:r>
      <w:r>
        <w:t>walida se kehtay ke subah mujh ko Fajr se pehlay nashta chahiye. Wo subah subah ko uth kar sawairay nashta banati. Is ke baad Maulana chalay jatay masjid, namaz parhtay.</w:t>
      </w:r>
    </w:p>
    <w:p>
      <w:pPr>
        <w:jc w:val="right"/>
      </w:pPr>
      <w:r>
        <w:t>والدہ سے کہتے کہ صبح مجھ کو فجر سے پہلے ناشتہ چاہیے۔ وہ صبح صبح کو اٹھ کر سویرے ناشتہ بناتی۔ اس کے بعد مولانا چلے جاتے مسجد، نماز پڑھتے۔</w:t>
      </w:r>
    </w:p>
    <w:p>
      <w:r>
        <w:rPr>
          <w:b/>
        </w:rPr>
        <w:t xml:space="preserve">[11:23] </w:t>
      </w:r>
      <w:r>
        <w:t>namaz parh ke Jamaat-e-Islami ke daftar mein chalay jatay. Phir sara din wahan parhtay rehtay.</w:t>
      </w:r>
    </w:p>
    <w:p>
      <w:pPr>
        <w:jc w:val="right"/>
      </w:pPr>
      <w:r>
        <w:t>نماز پڑھ کے جماعت اسلامی کے دفتر میں چلے جاتے۔ پھر سارا دن وہاں پڑھتے رہتے۔</w:t>
      </w:r>
    </w:p>
    <w:p>
      <w:r>
        <w:rPr>
          <w:b/>
        </w:rPr>
        <w:t xml:space="preserve">[11:30] </w:t>
      </w:r>
      <w:r>
        <w:t>aur wahan par</w:t>
      </w:r>
    </w:p>
    <w:p>
      <w:pPr>
        <w:jc w:val="right"/>
      </w:pPr>
      <w:r>
        <w:t>اور وہاں پر</w:t>
      </w:r>
    </w:p>
    <w:p>
      <w:r>
        <w:rPr>
          <w:b/>
        </w:rPr>
        <w:t xml:space="preserve">[11:35] </w:t>
      </w:r>
      <w:r>
        <w:t>zyadatar un ka waqt kutub khana mein guzarta tha. Kutub khana wahan ka bohat acha tha. Sari taqreeban tamam authentic kitabein jo hain, wo sab wahan mojood theen.</w:t>
      </w:r>
    </w:p>
    <w:p>
      <w:pPr>
        <w:jc w:val="right"/>
      </w:pPr>
      <w:r>
        <w:t>زیادہ تر ان کا وقت کتب خانے میں گزرتا تھا۔ کتب خانہ وہاں کا بہت اچھا تھا۔ ساری تقریباً تمام اتھینٹک کتابیں جو ہیں، وہ سب وہاں موجود تھیں۔</w:t>
      </w:r>
    </w:p>
    <w:p>
      <w:r>
        <w:rPr>
          <w:b/>
        </w:rPr>
        <w:t xml:space="preserve">[11:47] </w:t>
      </w:r>
      <w:r>
        <w:t>to is tareeqay se din raat bas parhtay thay aur un ko kisi cheez se koi</w:t>
      </w:r>
    </w:p>
    <w:p>
      <w:pPr>
        <w:jc w:val="right"/>
      </w:pPr>
      <w:r>
        <w:t>تو اس طریقے سے دن رات بس پڑھتے تھے اور ان کو کسی چیز سے کوئی</w:t>
      </w:r>
    </w:p>
    <w:p>
      <w:r>
        <w:rPr>
          <w:b/>
        </w:rPr>
        <w:t xml:space="preserve">[11:52] </w:t>
      </w:r>
      <w:r>
        <w:t>koi dilchaspi nahi thi. To yahan tak ke hum logon, hum logon ko wahan unhon ne wahan par aik madrasa tha, Jamia Al-Salehat.</w:t>
      </w:r>
    </w:p>
    <w:p>
      <w:pPr>
        <w:jc w:val="right"/>
      </w:pPr>
      <w:r>
        <w:t>کوئی دلچسپی نہیں تھی۔ تو یہاں تک کہ ہم لوگوں، ہم لوگوں کو وہاں انہوں نے وہاں پر ایک مدرسہ تھا، جامعہ الصالحات۔</w:t>
      </w:r>
    </w:p>
    <w:p>
      <w:r>
        <w:rPr>
          <w:b/>
        </w:rPr>
        <w:t xml:space="preserve">[12:03] </w:t>
      </w:r>
      <w:r>
        <w:t>balkeh yeh jamia alsalehat ab to bohat bara madrassa ban gaya hai</w:t>
      </w:r>
    </w:p>
    <w:p>
      <w:pPr>
        <w:jc w:val="right"/>
      </w:pPr>
      <w:r>
        <w:t>بلکہ یہ جامعہ الصالحات اب تو بہت بڑا مدرسہ بن گیا ہے</w:t>
      </w:r>
    </w:p>
    <w:p>
      <w:r>
        <w:rPr>
          <w:b/>
        </w:rPr>
        <w:t xml:space="preserve">[12:08] </w:t>
      </w:r>
      <w:r>
        <w:t>ram pur mein. lekin is waqt wahi shuru hua tha. mujhe abhi tak yaad hai ke is ka ground to bohat bara tha lekin sirf do kamre is waqt bane thay.</w:t>
      </w:r>
    </w:p>
    <w:p>
      <w:pPr>
        <w:jc w:val="right"/>
      </w:pPr>
      <w:r>
        <w:t>رام پور میں۔ لیکن اس وقت وہی شروع ہوا تھا۔ مجھے ابھی تک یاد ہے کہ اس کا گراؤنڈ تو بہت بڑا تھا لیکن صرف دو کمرے اس وقت بنے تھے۔</w:t>
      </w:r>
    </w:p>
    <w:p>
      <w:r>
        <w:rPr>
          <w:b/>
        </w:rPr>
        <w:t xml:space="preserve">[12:19] </w:t>
      </w:r>
      <w:r>
        <w:t>to hum log is ke pehle batch mein thay. to yeh</w:t>
      </w:r>
    </w:p>
    <w:p>
      <w:pPr>
        <w:jc w:val="right"/>
      </w:pPr>
      <w:r>
        <w:t>تو ہم لوگ اس کے پہلے بیچ میں تھے۔ تو یہ</w:t>
      </w:r>
    </w:p>
    <w:p>
      <w:r>
        <w:rPr>
          <w:b/>
        </w:rPr>
        <w:t xml:space="preserve">[12:25] </w:t>
      </w:r>
      <w:r>
        <w:t>mein aur meri behan, jo meri bari behan hai, to umm alsalam, to hum dono wahan parhte thay. to is tarah se hum logon ki parhai ka intezam is liye ho gaya ke wahan bohat qareeb mein yeh madrassa tha.</w:t>
      </w:r>
    </w:p>
    <w:p>
      <w:pPr>
        <w:jc w:val="right"/>
      </w:pPr>
      <w:r>
        <w:t>میں اور میری بہن، جو میری بڑی بہن ہے، تو ام السلام، تو ہم دونوں وہاں پڑھتے تھے۔ تو اس طریقے سے ہم لوگوں کی پڑھائی کا انتظام اس لیے ہو گیا کہ وہاں بہت قریب میں یہ مدرسہ تھا۔</w:t>
      </w:r>
    </w:p>
    <w:p>
      <w:r>
        <w:rPr>
          <w:b/>
        </w:rPr>
        <w:t xml:space="preserve">[12:40] </w:t>
      </w:r>
      <w:r>
        <w:t>to yeh paanch class tak hum logon ne wahan parha.</w:t>
      </w:r>
    </w:p>
    <w:p>
      <w:pPr>
        <w:jc w:val="right"/>
      </w:pPr>
      <w:r>
        <w:t>تو یہ پانچ کلاس تک ہم لوگوں نے وہاں پڑھا۔</w:t>
      </w:r>
    </w:p>
    <w:p>
      <w:r>
        <w:rPr>
          <w:b/>
        </w:rPr>
        <w:t xml:space="preserve">[12:45] </w:t>
      </w:r>
      <w:r>
        <w:t>to wahan par paanch class ke baad molana ne woh hum logon ka naam katwa liya kyunke jamat islami mein girl education to bilkul hi, bilkul hi is ko encourage nahi kiya jata tha.</w:t>
      </w:r>
    </w:p>
    <w:p>
      <w:pPr>
        <w:jc w:val="right"/>
      </w:pPr>
      <w:r>
        <w:t>تو وہاں پر پانچ کلاس کے بعد مولانا نے وہ ہم لوگوں کا نام کٹوا لیا کیونکہ جماعت اسلامی میں گرل ایجوکیشن تو بالکل ہی، بالکل ہی اس کو انکریج نہیں کیا جاتا تھا۔</w:t>
      </w:r>
    </w:p>
    <w:p>
      <w:r>
        <w:rPr>
          <w:b/>
        </w:rPr>
        <w:t xml:space="preserve">[13:01] </w:t>
      </w:r>
      <w:r>
        <w:t>bilkul yahan tak ke woh to college ki education ko bhi kehte thay yeh qatl gah hai. to larkiyon ki taleem ka to kuch tha hi nahi.</w:t>
      </w:r>
    </w:p>
    <w:p>
      <w:pPr>
        <w:jc w:val="right"/>
      </w:pPr>
      <w:r>
        <w:t>بالکل یہاں تک کہ وہ تو کالج کی ایجوکیشن کو بھی کہتے تھے یہ قتل گاہ ہے۔ تو لڑکیوں کی تعلیم کا تو کچھ تھا ہی نہیں۔</w:t>
      </w:r>
    </w:p>
    <w:p>
      <w:r>
        <w:rPr>
          <w:b/>
        </w:rPr>
        <w:t xml:space="preserve">[13:10] </w:t>
      </w:r>
      <w:r>
        <w:t>aur molana to is waqt pure tareeqe se jamat islami ke ideology ke</w:t>
      </w:r>
    </w:p>
    <w:p>
      <w:pPr>
        <w:jc w:val="right"/>
      </w:pPr>
      <w:r>
        <w:t>اور مولانا تو اس وقت پورے طریقے سے جماعت اسلامی کے آئیڈیالوجی کے</w:t>
      </w:r>
    </w:p>
    <w:p>
      <w:r>
        <w:rPr>
          <w:b/>
        </w:rPr>
        <w:t xml:space="preserve">[13:15] </w:t>
      </w:r>
      <w:r>
        <w:t>thay. to halanke hum log parhai mein bohat achhe thay, meri behan hamesha first position lati thi, meri second position lati thi.</w:t>
      </w:r>
    </w:p>
    <w:p>
      <w:pPr>
        <w:jc w:val="right"/>
      </w:pPr>
      <w:r>
        <w:t>تھے۔ تو حالانکہ ہم لوگ پڑھائی میں بہت اچھے تھے، میری بہن ہمیشہ فرسٹ پوزیشن لاتی تھی، میری سیکنڈ پوزیشن لاتی تھی۔</w:t>
      </w:r>
    </w:p>
    <w:p>
      <w:r>
        <w:rPr>
          <w:b/>
        </w:rPr>
        <w:t xml:space="preserve">[13:25] </w:t>
      </w:r>
      <w:r>
        <w:t>to mujhe abhi tak yaad hai ke tamam teachers hamare ghar aayen ke bachon ko continue kariye education.</w:t>
      </w:r>
    </w:p>
    <w:p>
      <w:pPr>
        <w:jc w:val="right"/>
      </w:pPr>
      <w:r>
        <w:t>تو مجھے ابھی تک یاد ہے کہ تمام ٹیچرز ہمارے گھر آئیں کہ بچوں کو کنٹینیو کریے ایجوکیشن۔</w:t>
      </w:r>
    </w:p>
    <w:p>
      <w:r>
        <w:rPr>
          <w:b/>
        </w:rPr>
        <w:t xml:space="preserve">[13:33] </w:t>
      </w:r>
      <w:r>
        <w:t>lekin</w:t>
      </w:r>
    </w:p>
    <w:p>
      <w:pPr>
        <w:jc w:val="right"/>
      </w:pPr>
      <w:r>
        <w:t>لیکن</w:t>
      </w:r>
    </w:p>
    <w:p>
      <w:r>
        <w:rPr>
          <w:b/>
        </w:rPr>
        <w:t xml:space="preserve">[13:34] </w:t>
      </w:r>
      <w:r>
        <w:t>walid sahib ne bas ek baar jo faisla kar liya to kar liya. is ke baad woh is par woh nahi hue, tayyar nahi hue dobara school bhejane ke liye.</w:t>
      </w:r>
    </w:p>
    <w:p>
      <w:pPr>
        <w:jc w:val="right"/>
      </w:pPr>
      <w:r>
        <w:t>والد صاحب نے بس ایک بار جو فیصلہ کر لیا تو کر لیا۔ اس کے بعد وہ اس پر وہ نہیں ہوئے، تیار نہیں ہوئے دوبارہ اسکول بھیجنے کے لیے۔</w:t>
      </w:r>
    </w:p>
    <w:p>
      <w:r>
        <w:rPr>
          <w:b/>
        </w:rPr>
        <w:t xml:space="preserve">[13:46] </w:t>
      </w:r>
      <w:r>
        <w:t>to is ke baad wahan par hum log kai</w:t>
      </w:r>
    </w:p>
    <w:p>
      <w:pPr>
        <w:jc w:val="right"/>
      </w:pPr>
      <w:r>
        <w:t>تو اس کے بعد وہاں پر ہم لوگ کئی</w:t>
      </w:r>
    </w:p>
    <w:p>
      <w:r>
        <w:rPr>
          <w:b/>
        </w:rPr>
        <w:t xml:space="preserve">[13:51] </w:t>
      </w:r>
      <w:r>
        <w:t>kai is mein rahe. mujhe yaad aata hai teen makan mein hum log rahe. to ek pehla makan jahan hum log rahe to wahan par woh shayad koi bua thi jo malik makan thi.</w:t>
      </w:r>
    </w:p>
    <w:p>
      <w:pPr>
        <w:jc w:val="right"/>
      </w:pPr>
      <w:r>
        <w:t>کئی اس میں رہے۔ مجھے یاد آتا ہے تین مکان میں ہم لوگ رہے۔ تو ایک پہلا مکان جہاں ہم لوگ رہے تو وہاں پر وہ شاید کوئی بوا تھی جو مالک مکان تھی۔</w:t>
      </w:r>
    </w:p>
    <w:p>
      <w:r>
        <w:rPr>
          <w:b/>
        </w:rPr>
        <w:t xml:space="preserve">[14:04] </w:t>
      </w:r>
      <w:r>
        <w:t>to wahan par mein is waqt shayad char char paanch saal ki rahi hoongi.</w:t>
      </w:r>
    </w:p>
    <w:p>
      <w:pPr>
        <w:jc w:val="right"/>
      </w:pPr>
      <w:r>
        <w:t>تو وہاں پر میں اس وقت شاید چار چار پانچ سال کی رہی ہوں گی۔</w:t>
      </w:r>
    </w:p>
    <w:p>
      <w:r>
        <w:rPr>
          <w:b/>
        </w:rPr>
        <w:t xml:space="preserve">[14:10] </w:t>
      </w:r>
      <w:r>
        <w:t>to molana ka woh mahviyat ka alam bata rahi hoon ke itna zyada tha ke hum logon ka woh naam bhi, naam bhi rakhne ka un ke paas fursat nahi thi.</w:t>
      </w:r>
    </w:p>
    <w:p>
      <w:pPr>
        <w:jc w:val="right"/>
      </w:pPr>
      <w:r>
        <w:t>تو مولانا کا وہ محویت کا عالم بتا رہی ہوں کہ اتنا زیادہ تھا کہ ہم لوگوں کا وہ نام بھی، نام بھی رکھنے کا ان کے پاس فرصت نہیں تھی۔</w:t>
      </w:r>
    </w:p>
    <w:p>
      <w:r>
        <w:rPr>
          <w:b/>
        </w:rPr>
        <w:t xml:space="preserve">[14:21] </w:t>
      </w:r>
      <w:r>
        <w:t>to mera naam hi nahi rakha tha. to hum, mujhe sab log khanoom khanoom kehne lagay.</w:t>
      </w:r>
    </w:p>
    <w:p>
      <w:pPr>
        <w:jc w:val="right"/>
      </w:pPr>
      <w:r>
        <w:t>تو میرا نام ہی نہیں رکھا تھا۔ تو ہم، مجھے سب لوگ خانم خانم کہنے لگے۔</w:t>
      </w:r>
    </w:p>
    <w:p>
      <w:r>
        <w:rPr>
          <w:b/>
        </w:rPr>
        <w:t xml:space="preserve">[14:27] </w:t>
      </w:r>
      <w:r>
        <w:t>to ek din amman kehti thi naam koi rakh dijiye, naam koi rakh dijiye. to ek din kya hua ke ek ladki paros mein aayi, un ka naam farida tha.</w:t>
      </w:r>
    </w:p>
    <w:p>
      <w:pPr>
        <w:jc w:val="right"/>
      </w:pPr>
      <w:r>
        <w:t>تو ایک دن اماں کہتی تھیں نام کوئی رکھ دیجیے، نام کوئی رکھ دیجیے۔ تو ایک دن کیا ہوا کہ ایک لڑکی پڑوس میں آئی، ان کا نام فریدہ تھا۔</w:t>
      </w:r>
    </w:p>
    <w:p>
      <w:r>
        <w:rPr>
          <w:b/>
        </w:rPr>
        <w:t xml:space="preserve">[14:37] </w:t>
      </w:r>
      <w:r>
        <w:t>to amman ne kaha ke yeh naam bohat achha rakha, lag raha hai yeh rakh lete hain naam. to naam rakh liya.</w:t>
      </w:r>
    </w:p>
    <w:p>
      <w:pPr>
        <w:jc w:val="right"/>
      </w:pPr>
      <w:r>
        <w:t>تو اماں نے کہا کہ یہ نام بہت اچھا رکھا، لگ رہا ہے یہ رکھ لیتے ہیں نام۔ تو نام رکھ لیا۔</w:t>
      </w:r>
    </w:p>
    <w:p>
      <w:r>
        <w:rPr>
          <w:b/>
        </w:rPr>
        <w:t xml:space="preserve">[14:45] </w:t>
      </w:r>
      <w:r>
        <w:t>ab mujhe adat ho gayi thi khanoom ki. to koi mujh se naam poochta to mein kehti khanoom farida. to waise to woh abba to koi time aaye un ke paas tha hi nahi hum logon ke liye.</w:t>
      </w:r>
    </w:p>
    <w:p>
      <w:pPr>
        <w:jc w:val="right"/>
      </w:pPr>
      <w:r>
        <w:t>اب مجھے عادت ہو گئی تھی خانم کی۔ تو کوئی مجھ سے نام پوچھتا تو میں کہتی خانم فریدہ۔ تو ویسے تو وہ ابا تو کوئی ٹائم آئے ان کے پاس تھا ہی نہیں ہم لوگوں کے لیے۔</w:t>
      </w:r>
    </w:p>
    <w:p>
      <w:r>
        <w:rPr>
          <w:b/>
        </w:rPr>
        <w:t xml:space="preserve">[14:58] </w:t>
      </w:r>
      <w:r>
        <w:t>lekin punishment ke liye time ho jata tha. to kehne lage ke chalo tum angan mein ek kinare khadi ho aur apna naam ratto.</w:t>
      </w:r>
    </w:p>
    <w:p>
      <w:pPr>
        <w:jc w:val="right"/>
      </w:pPr>
      <w:r>
        <w:t>لیکن پنشمنٹ کے لیے ٹائم ہو جاتا تھا۔ تو کہنے لگے کہ چلو تم انگن میں ایک کنارے کھڑی ہو اور اپنا نام رٹو۔</w:t>
      </w:r>
    </w:p>
    <w:p>
      <w:r>
        <w:rPr>
          <w:b/>
        </w:rPr>
        <w:t xml:space="preserve">[15:07] </w:t>
      </w:r>
      <w:r>
        <w:t>to shayad ghante bhar mera naam ratwaya farida khanoom, farida khanoom. tab mujhe apna naam yaad sahi yaad hua. aisi science mein</w:t>
      </w:r>
    </w:p>
    <w:p>
      <w:pPr>
        <w:jc w:val="right"/>
      </w:pPr>
      <w:r>
        <w:t>تو شاید گھنٹہ بھر میرا نام رٹوایا فریدہ خانم، فریدہ خانم۔ تب مجھے اپنا نام یاد صحیح یاد ہوا۔ ایسی سائنس مین</w:t>
      </w:r>
    </w:p>
    <w:p>
      <w:r>
        <w:rPr>
          <w:b/>
        </w:rPr>
        <w:t xml:space="preserve">[15:15] </w:t>
      </w:r>
      <w:r>
        <w:t>ka bhi naam un ko aur nahi koi milta tha. kabhi woh un ko fursat hi nahi milti thi. log to paidaish se pehle hi naam dhoondna shuru kar dete hain.</w:t>
      </w:r>
    </w:p>
    <w:p>
      <w:pPr>
        <w:jc w:val="right"/>
      </w:pPr>
      <w:r>
        <w:t>کا بھی نام ان کو اور نہیں کوئی ملتا تھا۔ کبھی وہ ان کو فرصت ہی نہیں ملتی تھی۔ لوگ تو پیدائش سے پہلے ہی نام ڈھونڈنا شروع کر دیتے ہیں۔</w:t>
      </w:r>
    </w:p>
    <w:p>
      <w:r>
        <w:rPr>
          <w:b/>
        </w:rPr>
        <w:t xml:space="preserve">[15:26] </w:t>
      </w:r>
      <w:r>
        <w:t>to ek din quran parh rahe thay to is ayat par un ki aaye ke san asneen zaman falgar. to amman se kaha ke yeh san asneen kaisa naam hai?</w:t>
      </w:r>
    </w:p>
    <w:p>
      <w:pPr>
        <w:jc w:val="right"/>
      </w:pPr>
      <w:r>
        <w:t>تو ایک دن قرآن پڑھ رہے تھے تو اس آیت پر ان کی آئے کہ سان اسنین زماں فلگار۔ تو اماں سے کہا کہ یہ سان اسنین کیسا نام ہے؟</w:t>
      </w:r>
    </w:p>
    <w:p>
      <w:r>
        <w:rPr>
          <w:b/>
        </w:rPr>
        <w:t xml:space="preserve">[15:37] </w:t>
      </w:r>
      <w:r>
        <w:t>to yeh hazrat abubakar ke liye aaya hai. jab</w:t>
      </w:r>
    </w:p>
    <w:p>
      <w:pPr>
        <w:jc w:val="right"/>
      </w:pPr>
      <w:r>
        <w:t>تو یہ حضرت ابوبکر کے لیے آیا ہے۔ جب</w:t>
      </w:r>
    </w:p>
    <w:p>
      <w:r>
        <w:rPr>
          <w:b/>
        </w:rPr>
        <w:t xml:space="preserve">[15:40] </w:t>
      </w:r>
      <w:r>
        <w:t>rasool Allah sal Allah alih wasalam ghar mein thay to hazrat abubakar ke liye aya hai do mein ka doosra. to aman ne kaha acha naam hai. to is tareeqay se san asneen ka naam mil gaya.</w:t>
      </w:r>
    </w:p>
    <w:p>
      <w:pPr>
        <w:jc w:val="right"/>
      </w:pPr>
      <w:r>
        <w:t>رسول اللہ صلی اللہ علیہ وسلم غار میں تھے تو حضرت ابوبکر کے لیے آیا ہے دو میں کا دوسرا۔ تو اماں نے کہا اچھا نام ہے۔ تو اس طریقے سے سان اسنین کا نام مل گیا۔</w:t>
      </w:r>
    </w:p>
    <w:p>
      <w:r>
        <w:rPr>
          <w:b/>
        </w:rPr>
        <w:t xml:space="preserve">[15:52] </w:t>
      </w:r>
      <w:r>
        <w:t>to isi tareeqay se hum logon bilkul jo</w:t>
      </w:r>
    </w:p>
    <w:p>
      <w:pPr>
        <w:jc w:val="right"/>
      </w:pPr>
      <w:r>
        <w:t>تو اسی طریقے سے ہم لوگوں بالکل جو</w:t>
      </w:r>
    </w:p>
    <w:p>
      <w:r>
        <w:rPr>
          <w:b/>
        </w:rPr>
        <w:t xml:space="preserve">[15:57] </w:t>
      </w:r>
      <w:r>
        <w:t>kehte hain simple living, high thinking. to bilkul total example thay is ki. hum logon ke liye aik kapra hota hai, malishia shayad aap log nahi jante honge.</w:t>
      </w:r>
    </w:p>
    <w:p>
      <w:pPr>
        <w:jc w:val="right"/>
      </w:pPr>
      <w:r>
        <w:t>کہتے ہیں سمپل لیونگ، ہائی تھنکنگ۔ تو بالکل ٹوٹل ایگزامپل تھے اس کی۔ ہم لوگوں کے لیے ایک کپڑا ہوتا ہے، ملیشیا شاید آپ لوگ نہیں جانتے ہوں گے۔</w:t>
      </w:r>
    </w:p>
    <w:p>
      <w:r>
        <w:rPr>
          <w:b/>
        </w:rPr>
        <w:t xml:space="preserve">[16:09] </w:t>
      </w:r>
      <w:r>
        <w:t>aik khadar se bhi mota hota hai. aur malishia ka aik thaan la ke rakh diya. aur malmal ka dopatta</w:t>
      </w:r>
    </w:p>
    <w:p>
      <w:pPr>
        <w:jc w:val="right"/>
      </w:pPr>
      <w:r>
        <w:t>ایک کھدر سے بھی موٹا ہوتا ہے۔ اور ملیشیا کا ایک تھان لا کے رکھ دیا۔ اور ململ کا دوپٹے</w:t>
      </w:r>
    </w:p>
    <w:p>
      <w:r>
        <w:rPr>
          <w:b/>
        </w:rPr>
        <w:t xml:space="preserve">[16:16] </w:t>
      </w:r>
      <w:r>
        <w:t>ke malishia ab aman ko kapray kapray seena sambhalta tha. to isi malishia ka kapra aur is jumper shalwar isi ka silati thi.</w:t>
      </w:r>
    </w:p>
    <w:p>
      <w:pPr>
        <w:jc w:val="right"/>
      </w:pPr>
      <w:r>
        <w:t>کہ ملیشیا اب اماں کو کپڑے کپڑے سینہ سنبھالتا تھا۔ تو اسی ملیشیا کا کپڑا اور اس جمپر شلوار اسی کا سلتی تھی۔</w:t>
      </w:r>
    </w:p>
    <w:p>
      <w:r>
        <w:rPr>
          <w:b/>
        </w:rPr>
        <w:t xml:space="preserve">[16:25] </w:t>
      </w:r>
      <w:r>
        <w:t>aur malmal ka dopatta. aik din kya hua ke hamari jo bari behan thi, wo bhi aisi hum se aik dedh saal shayad bari thi.</w:t>
      </w:r>
    </w:p>
    <w:p>
      <w:pPr>
        <w:jc w:val="right"/>
      </w:pPr>
      <w:r>
        <w:t>اور ململ کا دوپٹہ۔ ایک دن کیا ہوا کہ ہماری جو بڑی بہن تھی، وہ بھی ایسی ہم سے ایک ڈیڑھ سال شاید بڑی تھی۔</w:t>
      </w:r>
    </w:p>
    <w:p>
      <w:r>
        <w:rPr>
          <w:b/>
        </w:rPr>
        <w:t xml:space="preserve">[16:35] </w:t>
      </w:r>
      <w:r>
        <w:t>to un ke sir pe se dopatta hat gaya.</w:t>
      </w:r>
    </w:p>
    <w:p>
      <w:pPr>
        <w:jc w:val="right"/>
      </w:pPr>
      <w:r>
        <w:t>تو ان کے سر پہ سے دوپٹہ ہٹ گیا۔</w:t>
      </w:r>
    </w:p>
    <w:p>
      <w:r>
        <w:rPr>
          <w:b/>
        </w:rPr>
        <w:t xml:space="preserve">[16:38] </w:t>
      </w:r>
      <w:r>
        <w:t>to un ke sir pe sil rakh di. kehne lage ke batao sil bhari hai ke dopatta? to kafi dair ke baad phir unhon ne us ko hataya ke jab unhon ne kaha ke sil bhari hai, tab wo sil hatayi gayi.</w:t>
      </w:r>
    </w:p>
    <w:p>
      <w:pPr>
        <w:jc w:val="right"/>
      </w:pPr>
      <w:r>
        <w:t>تو ان کے سر پہ سل رکھ دی۔ کہنے لگے کہ بتاؤ سل بھاری ہے کہ دوپٹہ؟ تو کافی دیر کے بعد پھر انہوں نے اس کو ہٹایا کہ جب انہوں نے کہا کہ سل بھاری ہے، تب وہ سل ہٹائی گئی۔</w:t>
      </w:r>
    </w:p>
    <w:p>
      <w:r>
        <w:rPr>
          <w:b/>
        </w:rPr>
        <w:t xml:space="preserve">[16:56] </w:t>
      </w:r>
      <w:r>
        <w:t>phir isi tareeqay se hum logon ko aik dam matlab koi shopping wapping karna, outing karna, yeh sab to kuch tha hi nahi.</w:t>
      </w:r>
    </w:p>
    <w:p>
      <w:pPr>
        <w:jc w:val="right"/>
      </w:pPr>
      <w:r>
        <w:t>پھر اسی طریقے سے ہم لوگوں کو ایک دم مطلب کوئی شاپنگ واپنگ کرنا، آؤٹنگ کرنا، یہ سب تو کچھ تھا ہی نہیں۔</w:t>
      </w:r>
    </w:p>
    <w:p>
      <w:r>
        <w:rPr>
          <w:b/>
        </w:rPr>
        <w:t xml:space="preserve">[17:06] </w:t>
      </w:r>
      <w:r>
        <w:t>is zamanay mein aik chappal hota tha lakri ka, us ko kharau bolte thay. to mujhe abhi tak yaad hai, kharau pehante thay. aur kharau jo hai, wo aksar is mein chot lag jati hai, khoon nikalta hai.</w:t>
      </w:r>
    </w:p>
    <w:p>
      <w:pPr>
        <w:jc w:val="right"/>
      </w:pPr>
      <w:r>
        <w:t>اس زمانے میں ایک چپل ہوتا تھا لکڑی کا، اس کو کھڑاؤں بولتے تھے۔ تو مجھے ابھی تک یاد ہے، کھڑاؤں پہنتے تھے۔ اور کھڑاؤں جو ہے، وہ اکثر اس میں چوٹ لگ جاتی ہے، خون نکلتا ہے۔</w:t>
      </w:r>
    </w:p>
    <w:p>
      <w:r>
        <w:rPr>
          <w:b/>
        </w:rPr>
        <w:t xml:space="preserve">[17:19] </w:t>
      </w:r>
      <w:r>
        <w:t>to agar wo lag jata hai paon mein kharau. to is tareeqay se wahan par rehte thay. din raat bas khali parhne</w:t>
      </w:r>
    </w:p>
    <w:p>
      <w:pPr>
        <w:jc w:val="right"/>
      </w:pPr>
      <w:r>
        <w:t>تو اگر وہ لگ جاتا ہے پاؤں میں کھڑاؤں۔ تو اس طریقے سے وہاں پر رہتے تھے۔ دن رات بس خالی پڑھنے</w:t>
      </w:r>
    </w:p>
    <w:p>
      <w:r>
        <w:rPr>
          <w:b/>
        </w:rPr>
        <w:t xml:space="preserve">[17:27] </w:t>
      </w:r>
      <w:r>
        <w:t>likhne mein un ka guzarta tha. wo to baad mein hum logon ne aman ko bohat ziyada shauq tha parhne parhai ka. to wo apne apne gaon mein, gaon mein jo madrasa tha, to wahan par wo jati theen</w:t>
      </w:r>
    </w:p>
    <w:p>
      <w:pPr>
        <w:jc w:val="right"/>
      </w:pPr>
      <w:r>
        <w:t>لکھنے میں ان کا گزرتا تھا۔ وہ تو بعد میں ہم لوگوں نے اماں کو بہت زیادہ شوق تھا پڑھنے پڑھائی کا۔ تو وہ اپنے اپنے گاؤں میں، گاؤں میں جو مدرسہ تھا، تو وہاں پر وہ جاتی تھیں</w:t>
      </w:r>
    </w:p>
    <w:p>
      <w:r>
        <w:rPr>
          <w:b/>
        </w:rPr>
        <w:t xml:space="preserve">[17:43] </w:t>
      </w:r>
      <w:r>
        <w:t>madrasay mein. to madrasa shayad shayad saat baje khulta raha hoga. to wo sawere chali jati theen, aik aik ghanta, adha adha ghanta sawere chali jati theen.</w:t>
      </w:r>
    </w:p>
    <w:p>
      <w:pPr>
        <w:jc w:val="right"/>
      </w:pPr>
      <w:r>
        <w:t>مدرسے میں۔ تو مدرسہ شاید شاید سات بجے کھلتا رہا ہوگا۔ تو وہ سویرے چلی جاتی تھیں، ایک ایک گھنٹہ، اڑھا ادھا گھنٹہ سویرے چلی جاتی تھیں۔</w:t>
      </w:r>
    </w:p>
    <w:p>
      <w:r>
        <w:rPr>
          <w:b/>
        </w:rPr>
        <w:t xml:space="preserve">[17:54] </w:t>
      </w:r>
      <w:r>
        <w:t>to wahan ke teachers ne kahalwaya nana ke paas ke bachi aap ki itni sawere aa jati hai,</w:t>
      </w:r>
    </w:p>
    <w:p>
      <w:pPr>
        <w:jc w:val="right"/>
      </w:pPr>
      <w:r>
        <w:t>تو وہاں کے ٹیچرز نے کہلوایا نانا کے پاس کہ بچی آپ کی اتنی سویرے آ جاتی ہے،</w:t>
      </w:r>
    </w:p>
    <w:p>
      <w:r>
        <w:rPr>
          <w:b/>
        </w:rPr>
        <w:t xml:space="preserve">[18:01] </w:t>
      </w:r>
      <w:r>
        <w:t>kisi din bhediya kha jayega. to un ko itna ziyada parhai ka shauq tha. wo to un ki wajah se hum logon ne baad mein parhai ki kyunke abba ko to libraryon se fursat hi nahi milti thi.</w:t>
      </w:r>
    </w:p>
    <w:p>
      <w:pPr>
        <w:jc w:val="right"/>
      </w:pPr>
      <w:r>
        <w:t>کسی دن بھیڑیا کھا جائے گا۔ تو ان کو اتنا زیادہ پڑھائی کا شوق تھا۔ وہ تو ان کی وجہ سے ہم لوگوں نے بعد میں پڑھائی کی کیونکہ ابا کو تو لائبریریوں سے فرصت ہی نہیں ملتی تھی۔</w:t>
      </w:r>
    </w:p>
    <w:p>
      <w:r>
        <w:rPr>
          <w:b/>
        </w:rPr>
        <w:t xml:space="preserve">[18:14] </w:t>
      </w:r>
      <w:r>
        <w:t>to unhon ne bohat ziyada hum logon ko encourage kiya education ke liye.</w:t>
      </w:r>
    </w:p>
    <w:p>
      <w:pPr>
        <w:jc w:val="right"/>
      </w:pPr>
      <w:r>
        <w:t>تو انہوں نے بہت زیادہ ہم لوگوں کو انکریج کیا ایجوکیشن کے لیے۔</w:t>
      </w:r>
    </w:p>
    <w:p>
      <w:r>
        <w:rPr>
          <w:b/>
        </w:rPr>
        <w:t xml:space="preserve">[18:21] </w:t>
      </w:r>
      <w:r>
        <w:t>jo itna ziyada un ko parhai ka shauq tha ke wahan rampur mein koi bhi servant nahi tha, sara kaam khud karti theen. panch panch bache.</w:t>
      </w:r>
    </w:p>
    <w:p>
      <w:pPr>
        <w:jc w:val="right"/>
      </w:pPr>
      <w:r>
        <w:t>جو اتنا زیادہ ان کو پڑھائی کا شوق تھا کہ وہاں رام پور میں کوئی بھی سرونٹ نہیں تھا، سارا کام خود کرتی تھیں۔ پانچ پانچ بچے۔</w:t>
      </w:r>
    </w:p>
    <w:p>
      <w:r>
        <w:rPr>
          <w:b/>
        </w:rPr>
        <w:t xml:space="preserve">[18:30] </w:t>
      </w:r>
      <w:r>
        <w:t>is ke baad bhi wo arabi parhne ke liye jo hamara school tha, jamia al salhat, to wahan par wo arabi parhne ke liye jati theen, sare ghar ka kaam kar ke, aur un se arabi padhti theen.</w:t>
      </w:r>
    </w:p>
    <w:p>
      <w:pPr>
        <w:jc w:val="right"/>
      </w:pPr>
      <w:r>
        <w:t>اس کے بعد بھی وہ عربی پڑھنے کے لیے جو ہمارا اسکول تھا، جامعہ الصالحات، تو وہاں پر وہ عربی پڑھنے کے لیے جاتی تھیں، سارے گھر کا کام کر کے، اور ان سے عربی پڑھتی تھیں۔</w:t>
      </w:r>
    </w:p>
    <w:p>
      <w:r>
        <w:rPr>
          <w:b/>
        </w:rPr>
        <w:t xml:space="preserve">[18:42] </w:t>
      </w:r>
      <w:r>
        <w:t>un ki writing waghera bohat khush khat thi.</w:t>
      </w:r>
    </w:p>
    <w:p>
      <w:pPr>
        <w:jc w:val="right"/>
      </w:pPr>
      <w:r>
        <w:t>ان کی رائٹنگ وغیرہ بہت خوش خط تھی۔</w:t>
      </w:r>
    </w:p>
    <w:p>
      <w:r>
        <w:rPr>
          <w:b/>
        </w:rPr>
        <w:t xml:space="preserve">[18:46] </w:t>
      </w:r>
      <w:r>
        <w:t>to is tareeqay se unhon ne hum logon ko itna ziyada targhib di ke hum log apni taleem ko jari rakh saken. to phir wahan par rampur mein aik to mazameen likhte thay, ausnat mein zindagi mein, aur doosre jo hai kai program wahan par hue</w:t>
      </w:r>
    </w:p>
    <w:p>
      <w:pPr>
        <w:jc w:val="right"/>
      </w:pPr>
      <w:r>
        <w:t>تو اس طریقے سے انہوں نے ہم لوگوں کو اتنا زیادہ ترغیب دی کہ ہم لوگ اپنی تعلیم کو جاری رکھ سکیں۔ تو پھر وہاں پر رام پور میں ایک تو مضامین لکھتے تھے، اوسنات میں زندگی میں، اور دوسرے جو ہے کئی پروگرام وہاں پر ہوئے</w:t>
      </w:r>
    </w:p>
    <w:p>
      <w:r>
        <w:rPr>
          <w:b/>
        </w:rPr>
        <w:t xml:space="preserve">[19:10] </w:t>
      </w:r>
      <w:r>
        <w:t>kyunke is mein jamaat e islami ki taraf se in jamaat e islami ke ijtima bhi hotay thay, aur kabhi kabhi kisi doosre ijtima mein bhi wo bulaye bulaye jatay thay.</w:t>
      </w:r>
    </w:p>
    <w:p>
      <w:pPr>
        <w:jc w:val="right"/>
      </w:pPr>
      <w:r>
        <w:t>کیونکہ اس میں جماعت اسلامی کی طرف سے ان جماعت اسلامی کے اجتماع بھی ہوتے تھے، اور کبھی کبھی کسی دوسرے اجتماع میں بھی وہ بلائے بلائے جاتے تھے۔</w:t>
      </w:r>
    </w:p>
    <w:p>
      <w:r>
        <w:rPr>
          <w:b/>
        </w:rPr>
        <w:t xml:space="preserve">[19:23] </w:t>
      </w:r>
      <w:r>
        <w:t>to Maulana jatay thay, paper parhte thay pehle. to isi tareeqay se kai ijtima hue, aur is mein unhon ne address kiya logon ko.</w:t>
      </w:r>
    </w:p>
    <w:p>
      <w:pPr>
        <w:jc w:val="right"/>
      </w:pPr>
      <w:r>
        <w:t>تو مولانا جاتے تھے، پیپر پڑھتے تھے پہلے۔ تو اسی طریقے سے کئی اجتماع ہوئے، اور اس میں انہوں نے ایڈریس کیا لوگوں کو۔</w:t>
      </w:r>
    </w:p>
    <w:p>
      <w:r>
        <w:rPr>
          <w:b/>
        </w:rPr>
        <w:t xml:space="preserve">[19:32] </w:t>
      </w:r>
      <w:r>
        <w:t>wo wo sare mazameen jo hain, quran ka matloob insan mein aap ko milenge. is mein se aik do jo hai, mein bataungi us ko aap ko.</w:t>
      </w:r>
    </w:p>
    <w:p>
      <w:pPr>
        <w:jc w:val="right"/>
      </w:pPr>
      <w:r>
        <w:t>وہ وہ سارے مضامین جو ہیں، قرآن کا مطلوب انسان میں آپ کو ملیں گے۔ اس میں سے ایک دو جو ہے، میں بتاؤں گی اس کو آپ کو۔</w:t>
      </w:r>
    </w:p>
    <w:p>
      <w:r>
        <w:rPr>
          <w:b/>
        </w:rPr>
        <w:t xml:space="preserve">[19:44] </w:t>
      </w:r>
      <w:r>
        <w:t>aik to bohat hi acha program hua tha 1959 mein. yeh hua tha siwohara bijnor mein.</w:t>
      </w:r>
    </w:p>
    <w:p>
      <w:pPr>
        <w:jc w:val="right"/>
      </w:pPr>
      <w:r>
        <w:t>ایک تو بہت ہی اچھا پروگرام ہوا تھا 1959 میں۔ یہ ہوا تھا سیوہارہ بیجنور میں۔</w:t>
      </w:r>
    </w:p>
    <w:p>
      <w:r>
        <w:rPr>
          <w:b/>
        </w:rPr>
        <w:t xml:space="preserve">[19:52] </w:t>
      </w:r>
      <w:r>
        <w:t>mukhtalif mazahib ki yeh conference thi, aur is mein islam ki misbat numaindagi is mein Maulana ne kiya. to islam ka taaruf pesh kiya.</w:t>
      </w:r>
    </w:p>
    <w:p>
      <w:pPr>
        <w:jc w:val="right"/>
      </w:pPr>
      <w:r>
        <w:t>مختلف مذاہب کی یہ کانفرنس تھی، اور اس میں اسلام کی مثبت نمائندگی اس میں مولانا نے کیا۔ تو اسلام کا تعارف پیش کیا۔</w:t>
      </w:r>
    </w:p>
    <w:p>
      <w:r>
        <w:rPr>
          <w:b/>
        </w:rPr>
        <w:t xml:space="preserve">[20:03] </w:t>
      </w:r>
      <w:r>
        <w:t>to Barelvi, Bareli ke ek Hindu advocate ne</w:t>
      </w:r>
    </w:p>
    <w:p>
      <w:pPr>
        <w:jc w:val="right"/>
      </w:pPr>
      <w:r>
        <w:t>تو بریلوی، بریلی کے ایک ہندو ایڈوکیٹ نے</w:t>
      </w:r>
    </w:p>
    <w:p>
      <w:r>
        <w:rPr>
          <w:b/>
        </w:rPr>
        <w:t xml:space="preserve">[20:10] </w:t>
      </w:r>
      <w:r>
        <w:t>is program ko organize kiya tha. To bahut zyada is program par khush hue, aur unhone jo woh baad mein jo comment kiye, unhone baddu sadar ke.</w:t>
      </w:r>
    </w:p>
    <w:p>
      <w:pPr>
        <w:jc w:val="right"/>
      </w:pPr>
      <w:r>
        <w:t>اس پروگرام کو ارگنائز کیا تھا۔ تو بہت زیادہ اس پروگرام پر خوش ہوئے، اور انہوں نے جو وہ بعد میں جو کمنٹ کیے، انہوں نے بدو صدر کے۔</w:t>
      </w:r>
    </w:p>
    <w:p>
      <w:r>
        <w:rPr>
          <w:b/>
        </w:rPr>
        <w:t xml:space="preserve">[20:22] </w:t>
      </w:r>
      <w:r>
        <w:t>To unhone kaha ke yahi yahi yahi</w:t>
      </w:r>
    </w:p>
    <w:p>
      <w:pPr>
        <w:jc w:val="right"/>
      </w:pPr>
      <w:r>
        <w:t>تو انہوں نے کہا کہ یہی یہی یہی</w:t>
      </w:r>
    </w:p>
    <w:p>
      <w:r>
        <w:rPr>
          <w:b/>
        </w:rPr>
        <w:t xml:space="preserve">[20:27] </w:t>
      </w:r>
      <w:r>
        <w:t>taqreer jo hai, most relevant thi, jabke wahan bahut sare logon ne is program mein hissa liya tha. Phir ek aur program hua tha.</w:t>
      </w:r>
    </w:p>
    <w:p>
      <w:pPr>
        <w:jc w:val="right"/>
      </w:pPr>
      <w:r>
        <w:t>تقریر جو ہے، موسٹ ریلیونٹ تھی، جبکہ وہاں بہت سارے لوگوں نے اس پروگرام میں حصہ لیا تھا۔ پھر ایک اور پروگرام ہوا تھا۔</w:t>
      </w:r>
    </w:p>
    <w:p>
      <w:r>
        <w:rPr>
          <w:b/>
        </w:rPr>
        <w:t xml:space="preserve">[20:38] </w:t>
      </w:r>
      <w:r>
        <w:t>Koi aise program taqreeban aksar hote hi rehte the. Yeh to ek aur program hua tha 1960 mein. Yeh Arya Samaj ki golden jubilee ke mauqe par hua tha.</w:t>
      </w:r>
    </w:p>
    <w:p>
      <w:pPr>
        <w:jc w:val="right"/>
      </w:pPr>
      <w:r>
        <w:t>کوئی ایسے پروگرام تقریباً اکثر ہوتے ہی رہتے تھے۔ یہ تو ایک اور پروگرام ہوا تھا 1960 میں۔ یہ آریہ سماج کی گولڈن جوبلی کے موقع پر ہوا تھا۔</w:t>
      </w:r>
    </w:p>
    <w:p>
      <w:r>
        <w:rPr>
          <w:b/>
        </w:rPr>
        <w:t xml:space="preserve">[20:49] </w:t>
      </w:r>
      <w:r>
        <w:t>To yeh Allahabad mein hua tha 1960 mein, aur ek iska naam tha Sarbhram</w:t>
      </w:r>
    </w:p>
    <w:p>
      <w:pPr>
        <w:jc w:val="right"/>
      </w:pPr>
      <w:r>
        <w:t>تو یہ الہ آباد میں ہوا تھا 1960 میں، اور ایک اس کا نام تھا سربھرم</w:t>
      </w:r>
    </w:p>
    <w:p>
      <w:r>
        <w:rPr>
          <w:b/>
        </w:rPr>
        <w:t xml:space="preserve">[20:56] </w:t>
      </w:r>
      <w:r>
        <w:t>Sarbhram conference. To iska unwan tha "Mano ke vikas ke liye aap ke hi dharm ko manna kyon aavashyak hai?" To ismein Maulana ne hissa liya tha.</w:t>
      </w:r>
    </w:p>
    <w:p>
      <w:pPr>
        <w:jc w:val="right"/>
      </w:pPr>
      <w:r>
        <w:t>سربھرم सम्मेलन۔ تو اس کا عنوان تھا "مانو کے وکاس کے لئے آپ کے ہی دھرم کو ماننا کیوں آوسیک ہے؟" تو اس میں مولانا نے حصہ لیا تھا۔</w:t>
      </w:r>
    </w:p>
    <w:p>
      <w:r>
        <w:rPr>
          <w:b/>
        </w:rPr>
        <w:t xml:space="preserve">[21:08] </w:t>
      </w:r>
      <w:r>
        <w:t>To is tarah ke jo all all religions mukhtalif mazahib ke jo</w:t>
      </w:r>
    </w:p>
    <w:p>
      <w:pPr>
        <w:jc w:val="right"/>
      </w:pPr>
      <w:r>
        <w:t>تو اس طریقے کے جو ال ال ریلیجنس مختلف مذاہب کے جو</w:t>
      </w:r>
    </w:p>
    <w:p>
      <w:r>
        <w:rPr>
          <w:b/>
        </w:rPr>
        <w:t xml:space="preserve">[21:14] </w:t>
      </w:r>
      <w:r>
        <w:t>program hote the, jo baad mein to Maulana ne bahut sare program attend kiye, international program attend kiye, is tarah ke dialogue mein.</w:t>
      </w:r>
    </w:p>
    <w:p>
      <w:pPr>
        <w:jc w:val="right"/>
      </w:pPr>
      <w:r>
        <w:t>پروگرام ہوتے تھے، جو بعد میں تو مولانا نے بہت سارے پروگرام اٹینڈ کیے، انٹرنیشنل پروگرام اٹینڈ کیے، اس طرح کے ڈائیلاگ میں۔</w:t>
      </w:r>
    </w:p>
    <w:p>
      <w:r>
        <w:rPr>
          <w:b/>
        </w:rPr>
        <w:t xml:space="preserve">[21:24] </w:t>
      </w:r>
      <w:r>
        <w:t>To us waqt kai program unhone national level par attend kiye, aur isse unko bahut zyada</w:t>
      </w:r>
    </w:p>
    <w:p>
      <w:pPr>
        <w:jc w:val="right"/>
      </w:pPr>
      <w:r>
        <w:t>تو اس وقت کئی پروگرام انہوں نے نیشنل لیول پر اٹینڈ کیے، اور اس سے ان کو بہت زیادہ</w:t>
      </w:r>
    </w:p>
    <w:p>
      <w:r>
        <w:rPr>
          <w:b/>
        </w:rPr>
        <w:t xml:space="preserve">[21:32] </w:t>
      </w:r>
      <w:r>
        <w:t>tajurba hua. Tarah har mazhab ke logon se mulakatein huin, aur discussions hua. Isse bahut zyada unko faida hua.</w:t>
      </w:r>
    </w:p>
    <w:p>
      <w:pPr>
        <w:jc w:val="right"/>
      </w:pPr>
      <w:r>
        <w:t>تجربہ ہوا۔ طرح ہر مذہب کے لوگوں سے ملاقاتیں ہوئیں، اور ڈسکشنز ہوا۔ اس سے بہت زیادہ ان کو فائدہ ہوا۔</w:t>
      </w:r>
    </w:p>
    <w:p>
      <w:r>
        <w:rPr>
          <w:b/>
        </w:rPr>
        <w:t xml:space="preserve">[21:43] </w:t>
      </w:r>
      <w:r>
        <w:t>To</w:t>
      </w:r>
    </w:p>
    <w:p>
      <w:pPr>
        <w:jc w:val="right"/>
      </w:pPr>
      <w:r>
        <w:t>تو</w:t>
      </w:r>
    </w:p>
    <w:p>
      <w:r>
        <w:rPr>
          <w:b/>
        </w:rPr>
        <w:t xml:space="preserve">[21:46] </w:t>
      </w:r>
      <w:r>
        <w:t>is tarah se wahan par waqt guzarta raha. Taqreeban hum log wahan chhe saal wahan par rahe. To wahan par ek ek aur mazmoon ka main bataungi jo Quran ka matloob insan mein</w:t>
      </w:r>
    </w:p>
    <w:p>
      <w:pPr>
        <w:jc w:val="right"/>
      </w:pPr>
      <w:r>
        <w:t>اس طریقے سے وہاں پر وقت گزرتا رہا۔ تقریباً ہم لوگ وہاں چھ سال وہاں پر رہے۔ تو وہاں پر ایک ایک اور مضمون کا میں بتاؤں گی جو قرآن کا مطلوب انسان میں</w:t>
      </w:r>
    </w:p>
    <w:p>
      <w:r>
        <w:rPr>
          <w:b/>
        </w:rPr>
        <w:t xml:space="preserve">[22:04] </w:t>
      </w:r>
      <w:r>
        <w:t>is mein shaya hua hai. To is mein woh hai ke Islam ek azeem jahad ke zail mein ek unhone jo josh aur jazba jo Maulana ke andar tha, aur jo urgency thi ke yeh Khuda ka paigham logon tak pahunchna hai, to woh josh aur jazba poora is mein nazar aata hai.</w:t>
      </w:r>
    </w:p>
    <w:p>
      <w:pPr>
        <w:jc w:val="right"/>
      </w:pPr>
      <w:r>
        <w:t>اس میں شائع ہوا ہے۔ تو اس میں وہ ہے کہ اسلام ایک عظیم جدوجہد کے ذیل میں ایک انہوں نے جو جوش اور جذبہ جو مولانا کے اندر تھا، اور جو ارجنسی تھی کہ یہ خدا کا پیغام لوگوں تک پہنچنا ہے، تو وہ جوش اور جذبہ پورا اس میں نظر آتا ہے۔</w:t>
      </w:r>
    </w:p>
    <w:p>
      <w:r>
        <w:rPr>
          <w:b/>
        </w:rPr>
        <w:t xml:space="preserve">[22:24] </w:t>
      </w:r>
      <w:r>
        <w:t>In in mazameen mein</w:t>
      </w:r>
    </w:p>
    <w:p>
      <w:pPr>
        <w:jc w:val="right"/>
      </w:pPr>
      <w:r>
        <w:t>ان ان مضامین میں</w:t>
      </w:r>
    </w:p>
    <w:p>
      <w:r>
        <w:rPr>
          <w:b/>
        </w:rPr>
        <w:t xml:space="preserve">[22:27] </w:t>
      </w:r>
      <w:r>
        <w:t>khaas taur par is zamane ke mazameen mein. To is mein ek mazmoon hai jis mein bataya gaya hai ke hamari zindagi ki misaal bilkul barf bechne wale dukandar ki hai,</w:t>
      </w:r>
    </w:p>
    <w:p>
      <w:pPr>
        <w:jc w:val="right"/>
      </w:pPr>
      <w:r>
        <w:t>خاص طور پر اس زمانے کے مضامین میں۔ تو اس میں ایک مضمون ہے جس میں بتایا گیا ہے کہ ہماری زندگی کی مثال بالکل برف بیچنے والے دکاندار کی ہے،</w:t>
      </w:r>
    </w:p>
    <w:p>
      <w:r>
        <w:rPr>
          <w:b/>
        </w:rPr>
        <w:t xml:space="preserve">[22:40] </w:t>
      </w:r>
      <w:r>
        <w:t>jiska asasa har lamha pighalta rehta hai, aur uski kamyabi ki shakal yahi hai ke waqt</w:t>
      </w:r>
    </w:p>
    <w:p>
      <w:pPr>
        <w:jc w:val="right"/>
      </w:pPr>
      <w:r>
        <w:t>جس کا اثاثہ ہر لمحہ پگھلتا رہتا ہے، اور اس کی کامیابی کی شکل یہی ہے کہ وقت</w:t>
      </w:r>
    </w:p>
    <w:p>
      <w:r>
        <w:rPr>
          <w:b/>
        </w:rPr>
        <w:t xml:space="preserve">[22:47] </w:t>
      </w:r>
      <w:r>
        <w:t>guzarne se pehle hi woh apna saman bech dale, warna aakhir mein uske paas kuch bhi nahi hoga, aur usko apni dukaan se khali haath jana padega uthkar.</w:t>
      </w:r>
    </w:p>
    <w:p>
      <w:pPr>
        <w:jc w:val="right"/>
      </w:pPr>
      <w:r>
        <w:t>گزرنے سے پہلے ہی وہ اپنا سامان بیچ ڈالے، ورنہ آخر میں اس کے پاس کچھ بھی نہیں ہوگا، اور اس کو اپنی دکان سے خالی ہاتھ جانا پڑے گا اٹھ کر۔</w:t>
      </w:r>
    </w:p>
    <w:p>
      <w:r>
        <w:rPr>
          <w:b/>
        </w:rPr>
        <w:t xml:space="preserve">[23:00] </w:t>
      </w:r>
      <w:r>
        <w:t>To isse yeh is mein yeh batate hain ke hum hum ko is duniya mein bahut hi kam muddat ke liye humein time mila hai, aur isi kam muddat mein humein apni salahiyaton ko, apni quwaton ka sahi istemal kar lena hai.</w:t>
      </w:r>
    </w:p>
    <w:p>
      <w:pPr>
        <w:jc w:val="right"/>
      </w:pPr>
      <w:r>
        <w:t>تو اس سے یہ اس میں یہ بتاتے ہیں کہ ہم ہم کو اس دنیا میں بہت ہی کم مدت کے لیے ہمیں ٹائم ملا ہے، اور اسی کم مدت میں ہمیں اپنی صلاحیتوں کو، اپنی قوتوں کا صحیح استعمال کر لینا ہے۔</w:t>
      </w:r>
    </w:p>
    <w:p>
      <w:r>
        <w:rPr>
          <w:b/>
        </w:rPr>
        <w:t xml:space="preserve">[23:15] </w:t>
      </w:r>
      <w:r>
        <w:t>Kyunke jab kal hum Maalik</w:t>
      </w:r>
    </w:p>
    <w:p>
      <w:pPr>
        <w:jc w:val="right"/>
      </w:pPr>
      <w:r>
        <w:t>کیونکہ جب کل ہم مالک</w:t>
      </w:r>
    </w:p>
    <w:p>
      <w:r>
        <w:rPr>
          <w:b/>
        </w:rPr>
        <w:t xml:space="preserve">[23:17] </w:t>
      </w:r>
      <w:r>
        <w:t>e kainat ke samne khade honge, to hum woh khushnaseeb logon mein se honge jo apne Rab ke paas is haal mein pahunche ke duniya mein woh haq ke liye apna sab kuch luta chuke the.</w:t>
      </w:r>
    </w:p>
    <w:p>
      <w:pPr>
        <w:jc w:val="right"/>
      </w:pPr>
      <w:r>
        <w:t>کائنات کے سامنے کھڑے ہوں گے، تو ہم وہ خوش نصیب لوگوں میں سے ہوں گے جو اپنے رب کے پاس اس حال میں پہنچے کہ دنیا میں وہ حق کے لیے اپنا سب کچھ لٹا چکے تھے۔</w:t>
      </w:r>
    </w:p>
    <w:p>
      <w:r>
        <w:rPr>
          <w:b/>
        </w:rPr>
        <w:t xml:space="preserve">[23:31] </w:t>
      </w:r>
      <w:r>
        <w:t>Kyunke Allah taala sab se pehle unhi par nazar karega.</w:t>
      </w:r>
    </w:p>
    <w:p>
      <w:pPr>
        <w:jc w:val="right"/>
      </w:pPr>
      <w:r>
        <w:t>کیونکہ اللہ تعالی سب سے پہلے انہی پر نظر کرے گا۔</w:t>
      </w:r>
    </w:p>
    <w:p>
      <w:r>
        <w:rPr>
          <w:b/>
        </w:rPr>
        <w:t xml:space="preserve">[23:37] </w:t>
      </w:r>
      <w:r>
        <w:t>To yeh taqreer Jamaat-e-Islami Hind ke tehat hui thi Lucknow mein 1958 mein. To yeh isi tarah ki bahut sari taqreerein huin, bahut sare ijtimaat hue, bahut sare tajurba hue.</w:t>
      </w:r>
    </w:p>
    <w:p>
      <w:pPr>
        <w:jc w:val="right"/>
      </w:pPr>
      <w:r>
        <w:t>تو یہ تقریر جماعت اسلامی ہند کے تحت ہوئی تھی لکھنو میں 1958 میں۔ تو یہ اسی طریقے کی بہت ساری تقریریں ہوئیں، بہت سارے اجتماعات ہوئے، بہت سارے تجربات ہوئے۔</w:t>
      </w:r>
    </w:p>
    <w:p>
      <w:r>
        <w:rPr>
          <w:b/>
        </w:rPr>
        <w:t xml:space="preserve">[23:53] </w:t>
      </w:r>
      <w:r>
        <w:t>To jis ko baad mein</w:t>
      </w:r>
    </w:p>
    <w:p>
      <w:pPr>
        <w:jc w:val="right"/>
      </w:pPr>
      <w:r>
        <w:t>تو جس کو بعد میں</w:t>
      </w:r>
    </w:p>
    <w:p>
      <w:r>
        <w:rPr>
          <w:b/>
        </w:rPr>
        <w:t xml:space="preserve">[23:56] </w:t>
      </w:r>
      <w:r>
        <w:t>sab tehreeri shakal mein woh shayad available hain. Logon ka aap is mein detail dekhna hai to aap is mein dekh sakte hain.</w:t>
      </w:r>
    </w:p>
    <w:p>
      <w:pPr>
        <w:jc w:val="right"/>
      </w:pPr>
      <w:r>
        <w:t>سب تحریری شکل میں وہ شاید اویلیبل ہیں۔ لوگوں کا آپ اس میں ڈیٹیل دیکھنا ہے تو آپ اس میں دیکھ سکتے ہیں۔</w:t>
      </w:r>
    </w:p>
    <w:p>
      <w:r>
        <w:rPr>
          <w:b/>
        </w:rPr>
        <w:t xml:space="preserve">[24:06] </w:t>
      </w:r>
      <w:r>
        <w:t>to is tareeqay say Maulana nay jab jamaat Islami ko join kiya, to us waqt itna zyada un ko literature unhonay nahi parha tha, sirf khutbat parhi thi, aur phir join kar liya tha.</w:t>
      </w:r>
    </w:p>
    <w:p>
      <w:pPr>
        <w:jc w:val="right"/>
      </w:pPr>
      <w:r>
        <w:t>تو اس طریقے سے مولانا نے جب جماعت اسلامی کو جوائن کیا، تو اس وقت اتنا زیادہ ان کو لٹریچر انہوں نے نہیں پڑھا تھا، صرف خطبات پڑھی تھی، اور پھر جوائن کر لیا تھا۔</w:t>
      </w:r>
    </w:p>
    <w:p>
      <w:r>
        <w:rPr>
          <w:b/>
        </w:rPr>
        <w:t xml:space="preserve">[24:18] </w:t>
      </w:r>
      <w:r>
        <w:t>baad mein jab un ko Rampur mein jab zyada moqa mila, bohat hi tafseel kay sath literature ko parhna parhnay ka, tab un ko samajh mein aya kay woh jo un kay khayalat hain, jo un kay</w:t>
      </w:r>
    </w:p>
    <w:p>
      <w:pPr>
        <w:jc w:val="right"/>
      </w:pPr>
      <w:r>
        <w:t>بعد میں جب ان کو رام پور میں جب زیادہ موقع ملا، بہت ہی تفصیل کے ساتھ لٹریچر کو پڑھنا پڑھنے کا، تب ان کو سمجھ میں آیا کہ وہ جو ان کے خیالات ہیں، جو ان کے</w:t>
      </w:r>
    </w:p>
    <w:p>
      <w:r>
        <w:rPr>
          <w:b/>
        </w:rPr>
        <w:t xml:space="preserve">[24:35] </w:t>
      </w:r>
      <w:r>
        <w:t>unhonay jo ilm hasil kiya hai Quran ka, Hadees ka, to us say woh woh tele nahi kar raha hai jo un ko is Maulana Maudoodi kay literature mein jo baat kahi gayi hai.</w:t>
      </w:r>
    </w:p>
    <w:p>
      <w:pPr>
        <w:jc w:val="right"/>
      </w:pPr>
      <w:r>
        <w:t>انہوں نے جو علم حاصل کیا ہے قرآن کا، حدیث کا، تو اس سے وہ وہ ٹیلی نہیں کر رہا ہے جو ان کو اس مولانا مودودی کے لٹریچر میں جو بات کہی گئی ہے۔</w:t>
      </w:r>
    </w:p>
    <w:p>
      <w:r>
        <w:rPr>
          <w:b/>
        </w:rPr>
        <w:t xml:space="preserve">[24:49] </w:t>
      </w:r>
      <w:r>
        <w:t>wahan par Islam ko</w:t>
      </w:r>
    </w:p>
    <w:p>
      <w:pPr>
        <w:jc w:val="right"/>
      </w:pPr>
      <w:r>
        <w:t>وہاں پر اسلام کو</w:t>
      </w:r>
    </w:p>
    <w:p>
      <w:r>
        <w:rPr>
          <w:b/>
        </w:rPr>
        <w:t xml:space="preserve">[24:52] </w:t>
      </w:r>
      <w:r>
        <w:t>un ko bilkul aik siyasi rang, jis ko Maulana nay apni kitab "Deen ki Siyasi Tabeer" mein pesh kiya hai kay Islam ko aik siyasi jahad kay tor par pesh kiya gaya hai kay asal cheez state hai.</w:t>
      </w:r>
    </w:p>
    <w:p>
      <w:pPr>
        <w:jc w:val="right"/>
      </w:pPr>
      <w:r>
        <w:t>ان کو بالکل ایک سیاسی رنگ، جس کو مولانا نے اپنی کتاب "دین کی سیاسی تعبیر" میں پیش کیا ہے کہ اسلام کو ایک سیاسی جدوجہد کے طور پر پیش کیا گیا ہے کہ اصل چیز اسٹیٹ ہے۔</w:t>
      </w:r>
    </w:p>
    <w:p>
      <w:r>
        <w:rPr>
          <w:b/>
        </w:rPr>
        <w:t xml:space="preserve">[25:07] </w:t>
      </w:r>
      <w:r>
        <w:t>to state</w:t>
      </w:r>
    </w:p>
    <w:p>
      <w:pPr>
        <w:jc w:val="right"/>
      </w:pPr>
      <w:r>
        <w:t>تو اسٹیٹ</w:t>
      </w:r>
    </w:p>
    <w:p>
      <w:r>
        <w:rPr>
          <w:b/>
        </w:rPr>
        <w:t xml:space="preserve">[25:09] </w:t>
      </w:r>
      <w:r>
        <w:t>Islami state qaim ho, tamam jo qawaneen hain, woh saray kay saray state bazor nafaz karain.</w:t>
      </w:r>
    </w:p>
    <w:p>
      <w:pPr>
        <w:jc w:val="right"/>
      </w:pPr>
      <w:r>
        <w:t>اسلامی اسٹیٹ قائم ہو، تمام جو قوانین ہیں، وہ سارے کے سارے اسٹیٹ بزور نفاذ کریں۔</w:t>
      </w:r>
    </w:p>
    <w:p>
      <w:r>
        <w:rPr>
          <w:b/>
        </w:rPr>
        <w:t xml:space="preserve">[25:18] </w:t>
      </w:r>
      <w:r>
        <w:t>to is mein is mein individual ka koi importance nahi hai, importance state ki hai. to jabkay un ko</w:t>
      </w:r>
    </w:p>
    <w:p>
      <w:pPr>
        <w:jc w:val="right"/>
      </w:pPr>
      <w:r>
        <w:t>تو اس میں اس میں انڈیویجول کا کوئی امپورٹنس نہیں ہے، امپورٹنس اسٹیٹ کی ہے۔ تو جبکہ ان کو</w:t>
      </w:r>
    </w:p>
    <w:p>
      <w:r>
        <w:rPr>
          <w:b/>
        </w:rPr>
        <w:t xml:space="preserve">[25:27] </w:t>
      </w:r>
      <w:r>
        <w:t>unhonay jo ilm hasil kiya tha Quran ka, Hadees ka, Rasool Allah salallaho alaihi wasallam ki zindagi say, to us mein un ko yeh tha kay asal cheez individual hai.</w:t>
      </w:r>
    </w:p>
    <w:p>
      <w:pPr>
        <w:jc w:val="right"/>
      </w:pPr>
      <w:r>
        <w:t>انہوں نے جو علم حاصل کیا تھا قرآن کا، حدیث کا، رسول اللہ صلی اللہ علیہ وسلم کی زندگی سے، تو اس میں ان کو یہ تھا کہ اصل چیز انڈیویجول ہے۔</w:t>
      </w:r>
    </w:p>
    <w:p>
      <w:r>
        <w:rPr>
          <w:b/>
        </w:rPr>
        <w:t xml:space="preserve">[25:38] </w:t>
      </w:r>
      <w:r>
        <w:t>kyun kay Allah taala kay pas aakhirat mein individual un har aadmi ko fardan farda ab jawab dehi karni paray gi.</w:t>
      </w:r>
    </w:p>
    <w:p>
      <w:pPr>
        <w:jc w:val="right"/>
      </w:pPr>
      <w:r>
        <w:t>کیونکہ اللہ تعالی کے پاس آخرت میں انڈیویجول ان ہر آدمی کو فردا فردا اب جواب دہی کرنی پڑے گی۔</w:t>
      </w:r>
    </w:p>
    <w:p>
      <w:r>
        <w:rPr>
          <w:b/>
        </w:rPr>
        <w:t xml:space="preserve">[25:48] </w:t>
      </w:r>
      <w:r>
        <w:t>to yeh Islam is liye aya hai kay yahan par</w:t>
      </w:r>
    </w:p>
    <w:p>
      <w:pPr>
        <w:jc w:val="right"/>
      </w:pPr>
      <w:r>
        <w:t>تو یہ اسلام اس لیے آیا ہے کہ یہاں پر</w:t>
      </w:r>
    </w:p>
    <w:p>
      <w:r>
        <w:rPr>
          <w:b/>
        </w:rPr>
        <w:t xml:space="preserve">[25:53] </w:t>
      </w:r>
      <w:r>
        <w:t>jo jis ko hum tazkiya e nafs kehtay hain kay insan ka tazkiya e nafs ho, insan Khuda ki marzi kay mutabiq apni zindagi guzare.</w:t>
      </w:r>
    </w:p>
    <w:p>
      <w:pPr>
        <w:jc w:val="right"/>
      </w:pPr>
      <w:r>
        <w:t>جو جس کو ہم تزکیہ نفس کہتے ہیں کہ انسان کا تزکیہ نفس ہو، انسان خدا کی مرضی کے مطابق اپنی زندگی گزارے۔</w:t>
      </w:r>
    </w:p>
    <w:p>
      <w:r>
        <w:rPr>
          <w:b/>
        </w:rPr>
        <w:t xml:space="preserve">[26:01] </w:t>
      </w:r>
      <w:r>
        <w:t>aik individual level jab tamam individuals par kaam kiya jaye ga, jab un individual ki soch durust ho jaye gi, individual kay oper kaam kiya jaye ga, aur un ka tazkiya e nafs hoga, tab ja kay aik society sahi hogi.</w:t>
      </w:r>
    </w:p>
    <w:p>
      <w:pPr>
        <w:jc w:val="right"/>
      </w:pPr>
      <w:r>
        <w:t>ایک انڈیویجول لیول جب تمام انڈیویجولز پر کام کیا جائے گا، جب ان انڈیویجول کی سوچ درست ہو جائے گی، انڈیویجول کے اوپر کام کیا جائے گا، اور ان کا تزکیہ نفس ہوگا، تب جا کے ایک سوسائٹی صحیح ہوگی۔</w:t>
      </w:r>
    </w:p>
    <w:p>
      <w:r>
        <w:rPr>
          <w:b/>
        </w:rPr>
        <w:t xml:space="preserve">[26:18] </w:t>
      </w:r>
      <w:r>
        <w:t>lekin yahan bilkul inverted pyramid hai kay pehlay state ka</w:t>
      </w:r>
    </w:p>
    <w:p>
      <w:pPr>
        <w:jc w:val="right"/>
      </w:pPr>
      <w:r>
        <w:t>لیکن یہاں بالکل انورٹڈ پیرامڈ ہے کہ پہلے اسٹیٹ کا</w:t>
      </w:r>
    </w:p>
    <w:p>
      <w:r>
        <w:rPr>
          <w:b/>
        </w:rPr>
        <w:t xml:space="preserve">[26:23] </w:t>
      </w:r>
      <w:r>
        <w:t>qayam hoga, us kay baad koi aur kaam hoga. aisa nahi ho sakta kyun kay jab tak individuals ko kay oper Islam ka paigham na pohanchaya jaye, jab tak un ki training na ki jaye, tab tak koi kaam nahi ho sakta.</w:t>
      </w:r>
    </w:p>
    <w:p>
      <w:pPr>
        <w:jc w:val="right"/>
      </w:pPr>
      <w:r>
        <w:t>قیام ہوگا، اس کے بعد کوئی اور کام ہوگا۔ ایسا نہیں ہو سکتا کیونکہ جب تک انڈیویجولز کو کے اوپر اسلام کا پیغام نہ پہنچایا جائے، جب تک ان کی ٹریننگ نہ کی جائے، تب تک کوئی کام نہیں ہو سکتا۔</w:t>
      </w:r>
    </w:p>
    <w:p>
      <w:r>
        <w:rPr>
          <w:b/>
        </w:rPr>
        <w:t xml:space="preserve">[26:39] </w:t>
      </w:r>
      <w:r>
        <w:t>to yeh jo hai kafi detail mein</w:t>
      </w:r>
    </w:p>
    <w:p>
      <w:pPr>
        <w:jc w:val="right"/>
      </w:pPr>
      <w:r>
        <w:t>تو یہ جو ہے کافی ڈیٹیل میں</w:t>
      </w:r>
    </w:p>
    <w:p>
      <w:r>
        <w:rPr>
          <w:b/>
        </w:rPr>
        <w:t xml:space="preserve">[26:43] </w:t>
      </w:r>
      <w:r>
        <w:t>is par baat karni hogi kyunke yeh aaj mein ne socha ke thora sa khali introduction de dete</w:t>
      </w:r>
    </w:p>
    <w:p>
      <w:pPr>
        <w:jc w:val="right"/>
      </w:pPr>
      <w:r>
        <w:t>اس پر بات کرنی ہوگی کیونکہ یہ آج میں نے سوچا کہ تھوڑا سا خالی انٹروڈکشن دے دیتے</w:t>
      </w:r>
    </w:p>
    <w:p>
      <w:r>
        <w:rPr>
          <w:b/>
        </w:rPr>
        <w:t xml:space="preserve">[26:50] </w:t>
      </w:r>
      <w:r>
        <w:t>hain. is ke baad</w:t>
      </w:r>
    </w:p>
    <w:p>
      <w:pPr>
        <w:jc w:val="right"/>
      </w:pPr>
      <w:r>
        <w:t>ہیں۔ اس کے بعد</w:t>
      </w:r>
    </w:p>
    <w:p>
      <w:r>
        <w:rPr>
          <w:b/>
        </w:rPr>
        <w:t xml:space="preserve">[26:53] </w:t>
      </w:r>
      <w:r>
        <w:t>agle program mein jo deen ki siyasi taabeer hai, aur jahan maulana ko ikhtilaf hua aur jamaat islami</w:t>
      </w:r>
    </w:p>
    <w:p>
      <w:pPr>
        <w:jc w:val="right"/>
      </w:pPr>
      <w:r>
        <w:t>اگلے پروگرام میں جو دین کی سیاسی تعبیر ہے، اور جہاں مولانا کو اختلاف ہوا اور جماعت اسلامی</w:t>
      </w:r>
    </w:p>
    <w:p>
      <w:r>
        <w:rPr>
          <w:b/>
        </w:rPr>
        <w:t xml:space="preserve">[27:00] </w:t>
      </w:r>
      <w:r>
        <w:t>se alag hue, to is ko phir hum agle program mein lenge, inshallah.</w:t>
      </w:r>
    </w:p>
    <w:p>
      <w:pPr>
        <w:jc w:val="right"/>
      </w:pPr>
      <w:r>
        <w:t>سے الگ ہوئے، تو اس کو پھر ہم اگلے پروگرام میں لیں گے، انشاءاللہ۔</w:t>
      </w:r>
    </w:p>
    <w:p>
      <w:r>
        <w:rPr>
          <w:b/>
        </w:rPr>
        <w:t xml:space="preserve">[27:18] </w:t>
      </w:r>
      <w:r>
        <w:t>kuch sawal aaye hain, woh mein aap ko sunata hoon. Doctor Naghma Siddiqui: "Maulana always conducted deep study of issues like Jamaat Islami ideology and Marxism,</w:t>
      </w:r>
    </w:p>
    <w:p>
      <w:pPr>
        <w:jc w:val="right"/>
      </w:pPr>
      <w:r>
        <w:t>کچھ سوال آئے ہیں، وہ میں آپ کو سناتا ہوں۔ ڈاکٹر نغمہ صدیقی: "مولانا الویز کنڈکٹڈ ڈیپ اسٹڈی آف ایشوز لائک جماعت اسلامی آئیڈیالوجی اینڈ مارکسزم،</w:t>
      </w:r>
    </w:p>
    <w:p>
      <w:r>
        <w:rPr>
          <w:b/>
        </w:rPr>
        <w:t xml:space="preserve">[27:36] </w:t>
      </w:r>
      <w:r>
        <w:t>and he always ready to change his views based on his study. How can we learn to do this as well?"</w:t>
      </w:r>
    </w:p>
    <w:p>
      <w:pPr>
        <w:jc w:val="right"/>
      </w:pPr>
      <w:r>
        <w:t>اینڈ ہی الویز ریڈی ٹو چینج ہز ویوز بیسڈ ان ہز اسٹڈی۔ ہاؤ کین وی لرن ٹو ڈو دس ایز ویل؟"</w:t>
      </w:r>
    </w:p>
    <w:p>
      <w:r>
        <w:rPr>
          <w:b/>
        </w:rPr>
        <w:t xml:space="preserve">[27:47] </w:t>
      </w:r>
      <w:r>
        <w:t>asal mein Maulana yeh dekhtay hain kay haq haq kiya hai, apna is apna nahi jantay kay apna ego is mein beech mein nahi rakhtay jo un ko lagta hai kay logic say jo authentic information hai, Quran, Hadees,</w:t>
      </w:r>
    </w:p>
    <w:p>
      <w:pPr>
        <w:jc w:val="right"/>
      </w:pPr>
      <w:r>
        <w:t>اصل میں مولانا یہ دیکھتے ہیں کہ حق حق کیا ہے، اپنا اس اپنا نہیں جانتے کہ اپنا ایگو اس میں بیچ میں نہیں رکھتے جو ان کو لگتا ہے کہ لاجک سے جو اتھینٹک انفارمیشن ہے، قرآن، حدیث،</w:t>
      </w:r>
    </w:p>
    <w:p>
      <w:r>
        <w:rPr>
          <w:b/>
        </w:rPr>
        <w:t xml:space="preserve">[28:07] </w:t>
      </w:r>
      <w:r>
        <w:t>Prophet ki life, Prophet ki sunnat, us say jo sabit ho gaya to sabit ho gaya. to log kiya kartay hain? biased hotay hain, woh sochtay hain kay hum nay aik bar jo rai bana li, bas woh bana liya, ab hum badalnay walay nahi hain.</w:t>
      </w:r>
    </w:p>
    <w:p>
      <w:pPr>
        <w:jc w:val="right"/>
      </w:pPr>
      <w:r>
        <w:t>پرافٹ کی لائف، پرافٹ کی سنت، اس سے جو ثابت ہو گیا تو ثابت ہو گیا۔ تو لوگ کیا کرتے ہیں؟ بائیڈ ہوتے ہیں، وہ سوچتے ہیں کہ ہم نے ایک بار جو رائے بنا لی، بس وہ بنا لیا، اب ہم بدلنے والے نہیں ہیں۔</w:t>
      </w:r>
    </w:p>
    <w:p>
      <w:r>
        <w:rPr>
          <w:b/>
        </w:rPr>
        <w:t xml:space="preserve">[28:21] </w:t>
      </w:r>
      <w:r>
        <w:t>to hamaray samnay yeh hona chahiye kay haq kiya hai aur na-haq kiya hai, aur haq kay samnay humain hamesha apnay aap ko</w:t>
      </w:r>
    </w:p>
    <w:p>
      <w:pPr>
        <w:jc w:val="right"/>
      </w:pPr>
      <w:r>
        <w:t>تو ہمارے سامنے یہ ہونا چاہیے کہ حق کیا ہے اور ناحق کیا ہے، اور حق کے سامنے ہمیں ہمیشہ اپنے آپ کو</w:t>
      </w:r>
    </w:p>
    <w:p>
      <w:r>
        <w:rPr>
          <w:b/>
        </w:rPr>
        <w:t xml:space="preserve">[28:29] </w:t>
      </w:r>
      <w:r>
        <w:t>surrender kar dena chahiye.</w:t>
      </w:r>
    </w:p>
    <w:p>
      <w:pPr>
        <w:jc w:val="right"/>
      </w:pPr>
      <w:r>
        <w:t>سرینڈر کر دینا چاہیے۔</w:t>
      </w:r>
    </w:p>
    <w:p>
      <w:r>
        <w:rPr>
          <w:b/>
        </w:rPr>
        <w:t xml:space="preserve">[28:33] </w:t>
      </w:r>
      <w:r>
        <w:t>Doctor Rajat Malhotra: "New Delhi, despite Maulana not giving much attention to family and children due to his focus on Dawah work, still all the children of Maulana sahib did so well in their respective fields.</w:t>
      </w:r>
    </w:p>
    <w:p>
      <w:pPr>
        <w:jc w:val="right"/>
      </w:pPr>
      <w:r>
        <w:t>ڈاکٹر رجت ملہوترا: "نیو دلی، ڈسپائٹ مولانا ناٹ گیونگ مچ اٹینشن ٹو فیملی اینڈ چلڈرن ڈیو ٹو ہز فوکس ان دعویٰ ورک، سٹل ال دا چلڈرن آف مولانا صاحب ڈیڈ سو ویل ان دیر ریسپیکٹو فیلڈ۔</w:t>
      </w:r>
    </w:p>
    <w:p>
      <w:r>
        <w:rPr>
          <w:b/>
        </w:rPr>
        <w:t xml:space="preserve">[28:50] </w:t>
      </w:r>
      <w:r>
        <w:t>What is the reason for this miracle?"</w:t>
      </w:r>
    </w:p>
    <w:p>
      <w:pPr>
        <w:jc w:val="right"/>
      </w:pPr>
      <w:r>
        <w:t>واٹ از دا ریزن فار دس میریکل؟"</w:t>
      </w:r>
    </w:p>
    <w:p>
      <w:r>
        <w:rPr>
          <w:b/>
        </w:rPr>
        <w:t xml:space="preserve">[28:56] </w:t>
      </w:r>
      <w:r>
        <w:t>yeh to bilkul aik miracle hai. hum logon ne sirf paanch class, woh bhi aik madrase mein parha. mujhe to aisa lagta hai ke yeh Allah taala ne pehle se yeh sab Allah taala ki planning thi</w:t>
      </w:r>
    </w:p>
    <w:p>
      <w:pPr>
        <w:jc w:val="right"/>
      </w:pPr>
      <w:r>
        <w:t>یہ تو بالکل ایک میریکل ہے۔ ہم لوگوں نے صرف پانچ کلاس، وہ بھی ایک مدرسے میں پڑھا۔ مجھے تو ایسا لگتا ہے کہ یہ اللہ تعالی نے پہلے سے یہ سب اللہ تعالی کی پلاننگ تھی</w:t>
      </w:r>
    </w:p>
    <w:p>
      <w:r>
        <w:rPr>
          <w:b/>
        </w:rPr>
        <w:t xml:space="preserve">[29:14] </w:t>
      </w:r>
      <w:r>
        <w:t>ke poori family ko tayyar kiya jaye, warna koi sawal hi nahi tha ke hum logon ki taleem proper thi.</w:t>
      </w:r>
    </w:p>
    <w:p>
      <w:pPr>
        <w:jc w:val="right"/>
      </w:pPr>
      <w:r>
        <w:t>کہ پوری فیملی کو تیار کیا جائے، ورنہ کوئی سوال ہی نہیں تھا کہ ہم لوگوں کی تعلیم پراپر ہو۔</w:t>
      </w:r>
    </w:p>
    <w:p>
      <w:r>
        <w:rPr>
          <w:b/>
        </w:rPr>
        <w:t xml:space="preserve">[29:24] </w:t>
      </w:r>
      <w:r>
        <w:t>kyunke Maulana to wahan rehte hi nahi thay, gaon mein hum log akele gaon mein rehte thay. kis tarah se</w:t>
      </w:r>
    </w:p>
    <w:p>
      <w:pPr>
        <w:jc w:val="right"/>
      </w:pPr>
      <w:r>
        <w:t>کیونکہ مولانا تو وہاں رہتے ہی نہیں تھے، گاؤں میں ہم لوگ اکیلے گاؤں میں رہتے تھے۔ کس طریقے سے</w:t>
      </w:r>
    </w:p>
    <w:p>
      <w:r>
        <w:rPr>
          <w:b/>
        </w:rPr>
        <w:t xml:space="preserve">[29:32] </w:t>
      </w:r>
      <w:r>
        <w:t>bohat hi dilchasp baatein hain, sab paanchvi class ke baad aik madrase mein bhi chudwa liya. to madrase mein kya nuksan tha aage parhne mein, is ko bhi chudwa liya.</w:t>
      </w:r>
    </w:p>
    <w:p>
      <w:pPr>
        <w:jc w:val="right"/>
      </w:pPr>
      <w:r>
        <w:t>بہت ہی دلچسپ باتیں ہیں، سب پانچویں کلاس کے بعد ایک مدرسے میں بھی چھڑوا لیا۔ تو مدرسے میں کیا نقصان تھا آگے پڑھنے میں، اس کو بھی چھڑوا لیا۔</w:t>
      </w:r>
    </w:p>
    <w:p>
      <w:r>
        <w:rPr>
          <w:b/>
        </w:rPr>
        <w:t xml:space="preserve">[29:45] </w:t>
      </w:r>
      <w:r>
        <w:t>to hum log wahan chale gaye. phir dobara jab Jamat-e-Islami ko chora Maulana ne, phir hum log gaon chale gaye. lekin hamare walida ko itna zyada parhai ka shauq tha ke bilkul be had</w:t>
      </w:r>
    </w:p>
    <w:p>
      <w:pPr>
        <w:jc w:val="right"/>
      </w:pPr>
      <w:r>
        <w:t>تو ہم لوگ وہاں چلے گئے۔ پھر دوبارہ جب جماعت اسلامی کو چھوڑا مولانا نے، پھر ہم لوگ گاؤں چلے گئے۔ لیکن ہمارے والدہ کو اتنا زیادہ پڑھائی کا شوق تھا کہ بالکل بے حد</w:t>
      </w:r>
    </w:p>
    <w:p>
      <w:r>
        <w:rPr>
          <w:b/>
        </w:rPr>
        <w:t xml:space="preserve">[29:58] </w:t>
      </w:r>
      <w:r>
        <w:t>is ka koi limit nahi tha. itna zyada shauq tha ke woh jab un ko pata nahi kyun itna zyada shauq tha, to unhon ne jab Maulana Dilli aaye to un ko kisi baat mein pata chala ke Maulana ke aik janne wale hain, Doctor Mahmood Qadri.</w:t>
      </w:r>
    </w:p>
    <w:p>
      <w:pPr>
        <w:jc w:val="right"/>
      </w:pPr>
      <w:r>
        <w:t>اس کا کوئی لمٹ نہیں تھی۔ اتنا زیادہ شوق تھا کہ وہ جب ان کو پتہ نہیں کیوں اتنا زیادہ شوق تھا، تو انہوں نے جب مولانا دلی آئے تو ان کو کسی بات میں پتہ چلا کہ مولانا کے ایک جاننے والے ہیں، ڈاکٹر محمود قادری۔</w:t>
      </w:r>
    </w:p>
    <w:p>
      <w:r>
        <w:rPr>
          <w:b/>
        </w:rPr>
        <w:t xml:space="preserve">[30:18] </w:t>
      </w:r>
      <w:r>
        <w:t>to un ke woh paros ka bohat hi qareeb jo</w:t>
      </w:r>
    </w:p>
    <w:p>
      <w:pPr>
        <w:jc w:val="right"/>
      </w:pPr>
      <w:r>
        <w:t>تو ان کے وہ پڑوس کا بہت ہی قریب جو</w:t>
      </w:r>
    </w:p>
    <w:p>
      <w:r>
        <w:rPr>
          <w:b/>
        </w:rPr>
        <w:t xml:space="preserve">[30:23] </w:t>
      </w:r>
      <w:r>
        <w:t>Jamiyat Building jahan Dilli mein hum log pehle rehte thay, to Jamiyat Building se bohat qareeb un ka ghar tha, do do chaar minute ke walking distance par.</w:t>
      </w:r>
    </w:p>
    <w:p>
      <w:pPr>
        <w:jc w:val="right"/>
      </w:pPr>
      <w:r>
        <w:t>جمعیت بلڈنگ جہاں دلی میں ہم لوگ پہلے رہتے تھے، تو جمعیت بلڈنگ سے بہت قریب ان کا گھر تھا، دو دو چار منٹ کے واکنگ ڈسٹنس پر۔</w:t>
      </w:r>
    </w:p>
    <w:p>
      <w:r>
        <w:rPr>
          <w:b/>
        </w:rPr>
        <w:t xml:space="preserve">[30:32] </w:t>
      </w:r>
      <w:r>
        <w:t>to un ke haan dasvin giyarvi ki tayyari hoti thi. larkiyan wahan par tayyari kar ke</w:t>
      </w:r>
    </w:p>
    <w:p>
      <w:pPr>
        <w:jc w:val="right"/>
      </w:pPr>
      <w:r>
        <w:t>تو ان کے ہاں دسویں گیارہویں کی تیاری ہوتی تھی۔ لڑکیاں وہاں پر تیاری کر کے</w:t>
      </w:r>
    </w:p>
    <w:p>
      <w:r>
        <w:rPr>
          <w:b/>
        </w:rPr>
        <w:t xml:space="preserve">[30:41] </w:t>
      </w:r>
      <w:r>
        <w:t>aur das Jamia se aur Aligarh se imtehan deti thi. to yeh Maulana ko pata chala, sorry, yeh walida ko pata chala.</w:t>
      </w:r>
    </w:p>
    <w:p>
      <w:pPr>
        <w:jc w:val="right"/>
      </w:pPr>
      <w:r>
        <w:t>اور دس جامعہ سے اور علی گڑھ سے امتحان دیتی تھیں۔ تو یہ مولانا کو پتہ چلا، سوری، یہ والدہ کو پتہ چلا۔</w:t>
      </w:r>
    </w:p>
    <w:p>
      <w:r>
        <w:rPr>
          <w:b/>
        </w:rPr>
        <w:t xml:space="preserve">[30:51] </w:t>
      </w:r>
      <w:r>
        <w:t>to unhon ne mujhe gaon se bhai aik larki jo gaon mein rehti hai, woh Dilli akele kaise aa sakti hai?</w:t>
      </w:r>
    </w:p>
    <w:p>
      <w:pPr>
        <w:jc w:val="right"/>
      </w:pPr>
      <w:r>
        <w:t>تو انہوں نے مجھے گاؤں سے بھئی ایک لڑکی جو گاؤں میں رہتی ہے، وہ دلی اکیلے کیسے آ سکتی ہے؟</w:t>
      </w:r>
    </w:p>
    <w:p>
      <w:r>
        <w:rPr>
          <w:b/>
        </w:rPr>
        <w:t xml:space="preserve">[31:00] </w:t>
      </w:r>
      <w:r>
        <w:t>to unhon ne mujhe</w:t>
      </w:r>
    </w:p>
    <w:p>
      <w:pPr>
        <w:jc w:val="right"/>
      </w:pPr>
      <w:r>
        <w:t>تو انہوں نے مجھے</w:t>
      </w:r>
    </w:p>
    <w:p>
      <w:r>
        <w:rPr>
          <w:b/>
        </w:rPr>
        <w:t xml:space="preserve">[31:01] </w:t>
      </w:r>
      <w:r>
        <w:t>bitha diya, bas gaadi mein bitha diya, wahan Shahganj se, aur aur mujhe Dilli bhej diya. ab mujhe mein sochti hoon to mein ab sara bhool gaya ke ab to is waqt to wahan bohat hi safar jo hai kafi safe raha hoga, warna ab ab agar aise larki itne door se</w:t>
      </w:r>
    </w:p>
    <w:p>
      <w:pPr>
        <w:jc w:val="right"/>
      </w:pPr>
      <w:r>
        <w:t>بٹھا دیا، بس گاڑی میں بٹھا دیا، وہاں شاہگنج سے، اور اور مجھے دلی بھیج دیا۔ اب مجھے میں سوچتی ہوں تو میں اب سارا بھول گیا کہ اب تو اس وقت تو وہاں بہت ہی سفر جو ہے کافی سیف رہا ہوگا، ورنہ اب اب اگر ایسے لڑکی اتنے دور سے</w:t>
      </w:r>
    </w:p>
    <w:p>
      <w:r>
        <w:rPr>
          <w:b/>
        </w:rPr>
        <w:t xml:space="preserve">[31:23] </w:t>
      </w:r>
      <w:r>
        <w:t>akele aaye to is ka to kidnap hi ho jayega. to wahan se hum akele aa gaye Dilli mein, shayad abba ne wahan par station se utar liya hoga.</w:t>
      </w:r>
    </w:p>
    <w:p>
      <w:pPr>
        <w:jc w:val="right"/>
      </w:pPr>
      <w:r>
        <w:t>اکیلی آئے تو اس کا تو کڈنیپ ہی ہو جائے گا۔ تو وہاں سے ہم اکیلے آ گئے دلی میں، شاید ابا نے وہاں پر اسٹیشن سے اتار لیا ہوگا۔</w:t>
      </w:r>
    </w:p>
    <w:p>
      <w:r>
        <w:rPr>
          <w:b/>
        </w:rPr>
        <w:t xml:space="preserve">[31:36] </w:t>
      </w:r>
      <w:r>
        <w:t>to ab poora detail yaad nahi hai, lekin itna yaad hai ke hum akele wahan se aaye thay. phir Doctor Mahmood Qadri ne</w:t>
      </w:r>
    </w:p>
    <w:p>
      <w:pPr>
        <w:jc w:val="right"/>
      </w:pPr>
      <w:r>
        <w:t>تو اب پورا ڈیٹیل یاد نہیں ہے، لیکن اتنا یاد ہے کہ ہم اکیلے وہاں سے آئے تھے۔ پھر ڈاکٹر محمود قادری نے</w:t>
      </w:r>
    </w:p>
    <w:p>
      <w:r>
        <w:rPr>
          <w:b/>
        </w:rPr>
        <w:t xml:space="preserve">[31:44] </w:t>
      </w:r>
      <w:r>
        <w:t>chay mahine ke liye hum hum ko apne paas rakha. un ki beti bhi dasvi ka imtehan de rahi thi, to hum ko apne paas rakha apne ghar mein, aur wahan hum ne tayyari kar ke phir dasvi ka imtehan Aligarh se diya.</w:t>
      </w:r>
    </w:p>
    <w:p>
      <w:pPr>
        <w:jc w:val="right"/>
      </w:pPr>
      <w:r>
        <w:t>چھ مہینے کے لیے ہم ہم کو اپنے پاس رکھا۔ ان کی بیٹی بھی دسویں کا امتحان دے رہی تھی، تو ہم کو اپنے پاس رکھا اپنے گھر میں، اور وہاں ہم نے تیاری کر کے پھر دسویں کا امتحان علی گڑھ سے دیا۔</w:t>
      </w:r>
    </w:p>
    <w:p>
      <w:r>
        <w:rPr>
          <w:b/>
        </w:rPr>
        <w:t xml:space="preserve">[31:58] </w:t>
      </w:r>
      <w:r>
        <w:t>phir aisi lambi kahani hai, kabhi mein apni kahani bhi aap logon ko bataungi ke kis tarah se parhai hui. aur Maulana ne</w:t>
      </w:r>
    </w:p>
    <w:p>
      <w:pPr>
        <w:jc w:val="right"/>
      </w:pPr>
      <w:r>
        <w:t>پھر ایسی لمبی کہانی ہے، کبھی میں اپنی کہانی بھی آپ لوگوں کو بتاؤں گی کہ کس طریقے سے پڑھائی ہوئی۔ اور مولانا نے</w:t>
      </w:r>
    </w:p>
    <w:p>
      <w:r>
        <w:rPr>
          <w:b/>
        </w:rPr>
        <w:t xml:space="preserve">[32:07] </w:t>
      </w:r>
      <w:r>
        <w:t>hamare bare bhai jo hain, Doctor Zafar Islam Khan, un ki un ko un ko samajhte thay ke yeh deen ka kaam karenge. un ki un is mein unhon ne koi neglect nahi kiya un ki education mein.</w:t>
      </w:r>
    </w:p>
    <w:p>
      <w:pPr>
        <w:jc w:val="right"/>
      </w:pPr>
      <w:r>
        <w:t>ہمارے بڑے بھائی جو ہیں، ڈاکٹر ظفرالسلام خان، ان کی ان کو ان کو سمجھتے تھے کہ یہ دین کا کام کریں گے۔ ان کی ان اس میں انہوں نے کوئی نگلیکٹ نہیں کیا ان کی ایجوکیشن میں۔</w:t>
      </w:r>
    </w:p>
    <w:p>
      <w:r>
        <w:rPr>
          <w:b/>
        </w:rPr>
        <w:t xml:space="preserve">[32:21] </w:t>
      </w:r>
      <w:r>
        <w:t>to sir, jab pehle to unhon ne bheja wahan</w:t>
      </w:r>
    </w:p>
    <w:p>
      <w:pPr>
        <w:jc w:val="right"/>
      </w:pPr>
      <w:r>
        <w:t>تو سر، جب پہلے تو انہوں نے بھیجا وہاں</w:t>
      </w:r>
    </w:p>
    <w:p>
      <w:r>
        <w:rPr>
          <w:b/>
        </w:rPr>
        <w:t xml:space="preserve">[32:24] </w:t>
      </w:r>
      <w:r>
        <w:t>Madrasat-ul-Islah, phir wahan se jab do mahine ki chutti de di thi to un ke liye wahan ab woh Adampur jate thay, aur bare abba hamare un ko tutor lagwate thay English seekhne ke liye.</w:t>
      </w:r>
    </w:p>
    <w:p>
      <w:pPr>
        <w:jc w:val="right"/>
      </w:pPr>
      <w:r>
        <w:t>مدرسۃ الاصلاح، پھر وہاں سے جب دو مہینے کی چھٹی ہو دی تھی تو ان کے لیے وہاں اب وہ ادم گڑھ جاتے تھے، اور بڑے ابا ہمارے ان کو ٹیوٹر لگواتے تھے انگلش سیکھنے کے لیے۔</w:t>
      </w:r>
    </w:p>
    <w:p>
      <w:r>
        <w:rPr>
          <w:b/>
        </w:rPr>
        <w:t xml:space="preserve">[32:38] </w:t>
      </w:r>
      <w:r>
        <w:t>to woh do mahine English parhte thay, aur baqi time madrase mein parhte thay. phir woh chale gaye Nadva, Nadva parha, phir Lucknow University mein parha.</w:t>
      </w:r>
    </w:p>
    <w:p>
      <w:pPr>
        <w:jc w:val="right"/>
      </w:pPr>
      <w:r>
        <w:t>تو وہ دو مہینہ انگلش پڑھتے تھے، اور باقی ٹائم مدرسے میں پڑھتے تھے۔ پھر وہ چلے گئے ندوہ، ندوان پڑھا، پھر لکھنو یونیورسٹی میں پڑھا۔</w:t>
      </w:r>
    </w:p>
    <w:p>
      <w:r>
        <w:rPr>
          <w:b/>
        </w:rPr>
        <w:t xml:space="preserve">[32:47] </w:t>
      </w:r>
      <w:r>
        <w:t>is ke baad un ko Jamia Azhar mein mauqa mil gaya, woh wahan chale gaye. to un ko woh yeh samajhte thay ke yeh deen ka kaam karenge, to un ki parhai ko unhon ne poori tawajjuh diya ho.</w:t>
      </w:r>
    </w:p>
    <w:p>
      <w:pPr>
        <w:jc w:val="right"/>
      </w:pPr>
      <w:r>
        <w:t>اس کے بعد ان کو جامعہ اظہر میں موقع مل گیا، وہ وہاں چلے گئے۔ تو ان کو وہ یہ سمجھتے تھے کہ یہ دین کا کام کریں گے، تو ان کی پڑھائی کو انہوں نے پوری توجہ دیا ہو۔</w:t>
      </w:r>
    </w:p>
    <w:p>
      <w:r>
        <w:rPr>
          <w:b/>
        </w:rPr>
        <w:t xml:space="preserve">[33:00] </w:t>
      </w:r>
      <w:r>
        <w:t>is waqt jo ho sakta tha, baqi itne zyada hamare sources hi nahi thay. jo ho sakta tha, woh unhon ne kiya, lekin</w:t>
      </w:r>
    </w:p>
    <w:p>
      <w:pPr>
        <w:jc w:val="right"/>
      </w:pPr>
      <w:r>
        <w:t>اس وقت جو ہو سکتا تھا، باقی اتنے زیادہ ہمارے سورسز ہی نہیں تھے۔ جو ہو سکتا تھا، وہ انہوں نے کیا، لیکن</w:t>
      </w:r>
    </w:p>
    <w:p>
      <w:r>
        <w:rPr>
          <w:b/>
        </w:rPr>
        <w:t xml:space="preserve">[33:08] </w:t>
      </w:r>
      <w:r>
        <w:t>girl education par Jamat-e-Islami mein asal mein koi tha hi nahi, balkeh is ke khilaf thay. is wajah se chuki woh Jamat-e-Islami mein thay aur poore un ki ideology ko maan kar chal rahe thay, to is wajah se hum logon ko wahan se chuda liya gaya tha.</w:t>
      </w:r>
    </w:p>
    <w:p>
      <w:pPr>
        <w:jc w:val="right"/>
      </w:pPr>
      <w:r>
        <w:t>گرل ایجوکیشن پر جماعت اسلامی میں اصل میں کوئی تھا ہی نہیں، بلکہ اس کے خلاف تھے۔ اس وجہ سے چونکہ وہ جماعت اسلامی میں تھے اور پورے ان کی آئیڈیالوجی کو مان کر چل رہے تھے، تو اس وجہ سے ہم لوگوں کو وہاں سے چھڑا لیا گیا تھا۔</w:t>
      </w:r>
    </w:p>
    <w:p>
      <w:r>
        <w:rPr>
          <w:b/>
        </w:rPr>
        <w:t xml:space="preserve">[33:24] </w:t>
      </w:r>
      <w:r>
        <w:t>to baad mein Allah taala ne aisa aise mauqe faraham kiye, woh lamba qissa hai, woh baad mein batayenge. aur mujhe lagta hai ke siwaye Allah ke koi bhi yeh kaam nahi kar sakta tha ke itne hurdles thay rastay mein, aur us ke bawajood hum sab logon ne parh liya.</w:t>
      </w:r>
    </w:p>
    <w:p>
      <w:pPr>
        <w:jc w:val="right"/>
      </w:pPr>
      <w:r>
        <w:t>تو بعد میں اللہ تعالی نے ایسا ایسے مواقع فراہم کیے، وہ لمبا قصہ ہے، وہ بعد میں بتائیں گے۔ اور مجھے لگتا ہے کہ سوائے اللہ کے کوئی بھی یہ کام نہیں کر سکتا تھا کہ اتنے آرٹس تھے راستے میں، اور اس کے باوجود ہم سب لوگوں نے پڑھ لیا۔</w:t>
      </w:r>
    </w:p>
    <w:p>
      <w:r>
        <w:rPr>
          <w:b/>
        </w:rPr>
        <w:t xml:space="preserve">[33:42] </w:t>
      </w:r>
      <w:r>
        <w:t>meri sister ne hamd medical college se parha, doctor muslima siddiqui,</w:t>
      </w:r>
    </w:p>
    <w:p>
      <w:pPr>
        <w:jc w:val="right"/>
      </w:pPr>
      <w:r>
        <w:t>میری سسٹر نے حمد میڈیکل کالج سے پڑھا، ڈاکٹر مسلمہ صدیقی،</w:t>
      </w:r>
    </w:p>
    <w:p>
      <w:r>
        <w:rPr>
          <w:b/>
        </w:rPr>
        <w:t xml:space="preserve">[33:48] </w:t>
      </w:r>
      <w:r>
        <w:t>aur maine jamiya se phd kiya, aur bade bhai to bahar birmingham university se unhone phd kiya. sab ne sab ki taleem mukammal ho gayi.</w:t>
      </w:r>
    </w:p>
    <w:p>
      <w:pPr>
        <w:jc w:val="right"/>
      </w:pPr>
      <w:r>
        <w:t>اور میں نے جامعہ سے پی ایچ ڈی کیا، اور بڑے بھائی تو باہر برمنگھم یونیورسٹی سے انہوں نے پی ایچ ڈی کیا۔ سب نے سب کی تعلیم مکمل ہو گئی۔</w:t>
      </w:r>
    </w:p>
    <w:p>
      <w:r>
        <w:rPr>
          <w:b/>
        </w:rPr>
        <w:t xml:space="preserve">[33:58] </w:t>
      </w:r>
      <w:r>
        <w:t>yeh sirf Allah taala ko uska credit jata hai. mahbub hanoodgi sahib mumbai se likhte hain:</w:t>
      </w:r>
    </w:p>
    <w:p>
      <w:pPr>
        <w:jc w:val="right"/>
      </w:pPr>
      <w:r>
        <w:t>یہ صرف اللہ تعالی کو اس کا کریڈٹ جاتا ہے۔ محبوب حنودگی صاحب ممبئی سے لکھتے ہیں:</w:t>
      </w:r>
    </w:p>
    <w:p>
      <w:r>
        <w:rPr>
          <w:b/>
        </w:rPr>
        <w:t xml:space="preserve">[34:08] </w:t>
      </w:r>
      <w:r>
        <w:t>"yeh kaise possible hua ke Maulana mukhtalif jamaaton ke sath kaam karte hue bhi apna focus jannat, aman, khair khwahi, dawat jaise asal baaton par hi rahe?"</w:t>
      </w:r>
    </w:p>
    <w:p>
      <w:pPr>
        <w:jc w:val="right"/>
      </w:pPr>
      <w:r>
        <w:t>"یہ کیسے پوسیبل ہوا کہ مولانا مختلف جماعتوں کے ساتھ کام کرتے ہوئے بھی اپنا فوکس جنت، امن، خیر خواہی، دعوت جیسے اصل باتوں پر ہی رہے؟"</w:t>
      </w:r>
    </w:p>
    <w:p>
      <w:r>
        <w:rPr>
          <w:b/>
        </w:rPr>
        <w:t xml:space="preserve">[34:25] </w:t>
      </w:r>
      <w:r>
        <w:t>mera samajh mein yahi aata hai ke woh unka jo soch thi, woh Quran, hadith, aur Rasool Allah salallahu alaihi wasallam ki sunnat, Rasool Allah salallahu alaihi wasallam ki zindagi se hi unki soch bani thi.</w:t>
      </w:r>
    </w:p>
    <w:p>
      <w:pPr>
        <w:jc w:val="right"/>
      </w:pPr>
      <w:r>
        <w:t>میرا سمجھ میں یہی آتا ہے کہ وہ ان کا جو سوچ تھی، وہ قرآن، حدیث، اور رسول اللہ صلی اللہ علیہ وسلم کی سنت، رسول اللہ صلی اللہ علیہ وسلم کی زندگی سے ہی ان کی سوچ بنی تھی۔</w:t>
      </w:r>
    </w:p>
    <w:p>
      <w:r>
        <w:rPr>
          <w:b/>
        </w:rPr>
        <w:t xml:space="preserve">[34:40] </w:t>
      </w:r>
      <w:r>
        <w:t>yeh nahi ke kisi ne kuch keh diya to us se woh mutasir ho jayen. to woh hamesha woh bas</w:t>
      </w:r>
    </w:p>
    <w:p>
      <w:pPr>
        <w:jc w:val="right"/>
      </w:pPr>
      <w:r>
        <w:t>یہ نہیں کہ کسی نے کچھ کہہ دیا تو اس سے وہ متاثر ہو جائیں۔ تو وہ ہمیشہ وہ بس</w:t>
      </w:r>
    </w:p>
    <w:p>
      <w:r>
        <w:rPr>
          <w:b/>
        </w:rPr>
        <w:t xml:space="preserve">[34:47] </w:t>
      </w:r>
      <w:r>
        <w:t>Quran padhte the, tafsir padhte the, sirat padhte the, aur aur aur sahaba door door awwal ke ke jo sahaba the, tabeen the, to inhi logon ko padh ke woh apni rai banate the.</w:t>
      </w:r>
    </w:p>
    <w:p>
      <w:pPr>
        <w:jc w:val="right"/>
      </w:pPr>
      <w:r>
        <w:t>قرآن پڑھتے تھے، تفسیر پڑھتے تھے، سیرت پڑھتے تھے، اور اور اور صحابہ دور دور اول کے کے جو صحابہ تھے، تابعین تھے، تو انہی لوگوں کو پڑھ کے وہ اپنی رائے بناتے تھے۔</w:t>
      </w:r>
    </w:p>
    <w:p>
      <w:r>
        <w:rPr>
          <w:b/>
        </w:rPr>
        <w:t xml:space="preserve">[35:02] </w:t>
      </w:r>
      <w:r>
        <w:t>to yeh doosre</w:t>
      </w:r>
    </w:p>
    <w:p>
      <w:pPr>
        <w:jc w:val="right"/>
      </w:pPr>
      <w:r>
        <w:t>تو یہ دوسرے</w:t>
      </w:r>
    </w:p>
    <w:p>
      <w:r>
        <w:rPr>
          <w:b/>
        </w:rPr>
        <w:t xml:space="preserve">[35:04] </w:t>
      </w:r>
      <w:r>
        <w:t>media se unki kabhi rai bani hi nahi. to is wajah se jab woh jamaat mein gaye ya tablighi jamaat mein bhi unhone join nahi kiya tha, lekin kai baar wahan jate the, un logon se milte the, aur is tarah se nadwa gaye, lekin woh apne term par gaye the,</w:t>
      </w:r>
    </w:p>
    <w:p>
      <w:pPr>
        <w:jc w:val="right"/>
      </w:pPr>
      <w:r>
        <w:t>میڈیا سے ان کی کبھی رائے بنی ہی نہیں۔ تو اس وجہ سے جب وہ جماعت میں گئے یا تبلیغی جماعت میں بھی انہوں نے جوائن نہیں کیا تھا، لیکن کئی بار وہاں جاتے تھے، ان لوگوں سے ملتے تھے، اور اس طریقے سے ندوہ گئے، لیکن وہ اپنے ٹرم پر گئے تھے،</w:t>
      </w:r>
    </w:p>
    <w:p>
      <w:r>
        <w:rPr>
          <w:b/>
        </w:rPr>
        <w:t xml:space="preserve">[35:27] </w:t>
      </w:r>
      <w:r>
        <w:t>aur apni soch unhone nahi badli. woh is mazameen likhte the, balkeh jamaat-e-islami walon ne to baad mein keh bhi diya tha ke aap ko jo likhna hai, woh likhiye, aap jamaat se chhodie nahi.</w:t>
      </w:r>
    </w:p>
    <w:p>
      <w:pPr>
        <w:jc w:val="right"/>
      </w:pPr>
      <w:r>
        <w:t>اور اپنی سوچ انہوں نے نہیں بدلی۔ وہ اس مضامین لکھتے تھے، بلکہ جماعت اسلامی والوں نے تو بعد میں کہہ بھی دیا تھا کہ آپ کو جو لکھنا ہے، وہ لکھیے، آپ جماعت سے چھوڑیے نہیں۔</w:t>
      </w:r>
    </w:p>
    <w:p>
      <w:r>
        <w:rPr>
          <w:b/>
        </w:rPr>
        <w:t xml:space="preserve">[35:39] </w:t>
      </w:r>
      <w:r>
        <w:t>lekin Maulana ne kaha ke yeh meri diyanadari ke khilaf hoga ke main aap logon ke khilaf yahan jamaat mein reh kar kaam karoon. aap logon ki soch alag hai, meri soch alag hai, to main yahan nahi reh sakta.</w:t>
      </w:r>
    </w:p>
    <w:p>
      <w:pPr>
        <w:jc w:val="right"/>
      </w:pPr>
      <w:r>
        <w:t>لیکن مولانا نے کہا کہ یہ میری دیانت داری کے خلاف ہوگا کہ میں آپ لوگوں کے خلاف یہاں جماعت میں رہ کر کام کروں۔ آپ لوگوں کی سوچ الگ ہے، میری سوچ الگ ہے، تو میں یہاں نہیں رہ سکتا۔</w:t>
      </w:r>
    </w:p>
    <w:p>
      <w:r>
        <w:rPr>
          <w:b/>
        </w:rPr>
        <w:t xml:space="preserve">[35:53] </w:t>
      </w:r>
      <w:r>
        <w:t>kyun? unhone jo jamaat join kiya, woh is liye nahi kiya ke woh jamaat ki ideology se poori tarah in sangh the.</w:t>
      </w:r>
    </w:p>
    <w:p>
      <w:pPr>
        <w:jc w:val="right"/>
      </w:pPr>
      <w:r>
        <w:t>کیوں؟ انہوں نے جو جماعت جوائن کیا، وہ اس لیے نہیں کیا کہ وہ جماعت کی آئیڈیالوجی سے پوری طرح ان سنگھ تھے۔</w:t>
      </w:r>
    </w:p>
    <w:p>
      <w:r>
        <w:rPr>
          <w:b/>
        </w:rPr>
        <w:t xml:space="preserve">[36:02] </w:t>
      </w:r>
      <w:r>
        <w:t>aisa nahi tha, balkeh woh yeh samajhte the ke jo kaam unhein karna hai, matlab deen ki rah mein jo jahd karni hai,</w:t>
      </w:r>
    </w:p>
    <w:p>
      <w:pPr>
        <w:jc w:val="right"/>
      </w:pPr>
      <w:r>
        <w:t>ایسا نہیں تھا، بلکہ وہ یہ سمجھتے تھے کہ جو کام انہیں کرنا ہے، مطلب دین کی راہ میں جو جدوجہد کرنی ہے،</w:t>
      </w:r>
    </w:p>
    <w:p>
      <w:r>
        <w:rPr>
          <w:b/>
        </w:rPr>
        <w:t xml:space="preserve">[36:12] </w:t>
      </w:r>
      <w:r>
        <w:t>deen ke paigham ko aur Islam ke paigham ko jo logon tak pahunchana hai, woh ek jamaat ke zariye se woh acha kar sakenge. is liye join kiya tha, koi bhi jamaat.</w:t>
      </w:r>
    </w:p>
    <w:p>
      <w:pPr>
        <w:jc w:val="right"/>
      </w:pPr>
      <w:r>
        <w:t>دین کے پیغام کو اور اسلام کے پیغام کو جو لوگوں تک پہنچانا ہے، وہ ایک جماعت کے ذریعے سے وہ اچھا کر سکیں گے۔ اس لیے جوائن کیا تھا، کوئی بھی جماعت۔</w:t>
      </w:r>
    </w:p>
    <w:p>
      <w:r>
        <w:rPr>
          <w:b/>
        </w:rPr>
        <w:t xml:space="preserve">[36:23] </w:t>
      </w:r>
      <w:r>
        <w:t>lekin jab unko laga ke yahan woh kaam nahi kar sakte hain, tab unhone us ko chhod dete the.</w:t>
      </w:r>
    </w:p>
    <w:p>
      <w:pPr>
        <w:jc w:val="right"/>
      </w:pPr>
      <w:r>
        <w:t>لیکن جب ان کو لگا کہ یہاں وہ کام نہیں کر سکتے ہیں، تب انہوں نے اس کو چھوڑ دیتے تھے۔</w:t>
      </w:r>
    </w:p>
    <w:p>
      <w:r>
        <w:rPr>
          <w:b/>
        </w:rPr>
        <w:t xml:space="preserve">[36:31] </w:t>
      </w:r>
      <w:r>
        <w:t>doctor rajat malhotra ne: "how did Maulana cultivate passion for his work? how can we develop the same spirit in ourselves?"</w:t>
      </w:r>
    </w:p>
    <w:p>
      <w:pPr>
        <w:jc w:val="right"/>
      </w:pPr>
      <w:r>
        <w:t>ڈاکٹر رجت ملہوترا نے: "ہاؤ ڈیڈ مولانا کلٹیویٹ جنون فار ہز ورک؟ ہاؤ کین وی ڈیولپ دا سیم اسپرٹ ان اور سیلفس؟"</w:t>
      </w:r>
    </w:p>
    <w:p>
      <w:r>
        <w:rPr>
          <w:b/>
        </w:rPr>
        <w:t xml:space="preserve">[36:49] </w:t>
      </w:r>
      <w:r>
        <w:t>yeh to bahut mushkil hai, yeh to kuch khudai baat lagti hai. itna junoon to kisi ko hota nahi hai. phir din raat, din raat bas padhte rehte the, padhte rehte the.</w:t>
      </w:r>
    </w:p>
    <w:p>
      <w:pPr>
        <w:jc w:val="right"/>
      </w:pPr>
      <w:r>
        <w:t>یہ تو بہت مشکل ہے، یہ تو کچھ خدائی بات لگتی ہے۔ اتنا جنون تو کسی کو ہوتا نہیں ہے۔ پھر دن رات، دن رات بس پڑھتے رہتے تھے، پڑھتے رہتے تھے۔</w:t>
      </w:r>
    </w:p>
    <w:p>
      <w:r>
        <w:rPr>
          <w:b/>
        </w:rPr>
        <w:t xml:space="preserve">[37:03] </w:t>
      </w:r>
      <w:r>
        <w:t>aaj bhi jab ke woh</w:t>
      </w:r>
    </w:p>
    <w:p>
      <w:pPr>
        <w:jc w:val="right"/>
      </w:pPr>
      <w:r>
        <w:t>آج بھی جب کہ وہ</w:t>
      </w:r>
    </w:p>
    <w:p>
      <w:r>
        <w:rPr>
          <w:b/>
        </w:rPr>
        <w:t xml:space="preserve">[37:05] </w:t>
      </w:r>
      <w:r>
        <w:t>kitna 95, 96 ke hain, thodi der hum log kehte hain: "zara sa aaram kar lijie, zara sa aaram kar lijie." lekin lagta hai ke unko aaram karna to unko aata hi nahi hai.</w:t>
      </w:r>
    </w:p>
    <w:p>
      <w:pPr>
        <w:jc w:val="right"/>
      </w:pPr>
      <w:r>
        <w:t>کتنا 95، 96 کے ہیں، تھوڑی دیر ہم لوگ کہتے ہیں: "ذرا سا آرام کر لیجئے، ذرا سا آرام کر لیجئے۔" لیکن لگتا ہے کہ ان کو آرام کرنا تو ان کو آتا ہی نہیں ہے۔</w:t>
      </w:r>
    </w:p>
    <w:p>
      <w:r>
        <w:rPr>
          <w:b/>
        </w:rPr>
        <w:t xml:space="preserve">[37:17] </w:t>
      </w:r>
      <w:r>
        <w:t>sote bhi hain, ek dam se uth jate hain, phir wahi sochna shuru kar dete hain. unka dimagh ka mechanism,</w:t>
      </w:r>
    </w:p>
    <w:p>
      <w:pPr>
        <w:jc w:val="right"/>
      </w:pPr>
      <w:r>
        <w:t>سوتے بھی ہیں، ایک دم سے اٹھ جاتے ہیں، پھر وہی سوچنا شروع کر دیتے ہیں۔ ان کا دماغ کا میکنزم،</w:t>
      </w:r>
    </w:p>
    <w:p>
      <w:r>
        <w:rPr>
          <w:b/>
        </w:rPr>
        <w:t xml:space="preserve">[37:24] </w:t>
      </w:r>
      <w:r>
        <w:t>mechanism hi kuch alag hai. har waqt bas sochte rehte hain, sochte rehte hain. kuch na kuch nayi baat rozana unke paas kuch nayi baat rehti hai.</w:t>
      </w:r>
    </w:p>
    <w:p>
      <w:pPr>
        <w:jc w:val="right"/>
      </w:pPr>
      <w:r>
        <w:t>میکنزم ہی کچھ الگ ہے۔ ہر وقت بس سوچتے رہتے ہیں، سوچتے رہتے ہیں۔ کچھ نہ کچھ نئی بات روزانہ ان کے پاس کچھ نئی بات رہتی ہے۔</w:t>
      </w:r>
    </w:p>
    <w:p>
      <w:r>
        <w:rPr>
          <w:b/>
        </w:rPr>
        <w:t xml:space="preserve">[37:34] </w:t>
      </w:r>
      <w:r>
        <w:t>hum logon ka woh dimagh ka woh woh structure shayad bilkul alag hi hai, unka alag hi hai. unko Allah taala ne</w:t>
      </w:r>
    </w:p>
    <w:p>
      <w:pPr>
        <w:jc w:val="right"/>
      </w:pPr>
      <w:r>
        <w:t>ہم لوگوں کا وہ دماغ کا وہ وہ سٹرکچر شاید بالکل الگ ہی ہے، ان کا الگ ہی ہے۔ ان کو اللہ تعالی نے</w:t>
      </w:r>
    </w:p>
    <w:p>
      <w:r>
        <w:rPr>
          <w:b/>
        </w:rPr>
        <w:t xml:space="preserve">[37:43] </w:t>
      </w:r>
      <w:r>
        <w:t>special, woh maine ek baar kaha tha na: "god created me and threw away the mold." unka special mold hai.</w:t>
      </w:r>
    </w:p>
    <w:p>
      <w:pPr>
        <w:jc w:val="right"/>
      </w:pPr>
      <w:r>
        <w:t>اسپیشل، وہ میں نے ایک بار کہا تھا نا: "گاڈ کریٹڈ می اینڈ تھرو دا مولڈ اوے۔" ان کا اسپیشل مولڈ ہے۔</w:t>
      </w:r>
    </w:p>
    <w:p>
      <w:r>
        <w:rPr>
          <w:b/>
        </w:rPr>
        <w:t xml:space="preserve">[37:54] </w:t>
      </w:r>
      <w:r>
        <w:t>miss asti malhotra: "apa, what has been your biggest learning from Maulana's life?"</w:t>
      </w:r>
    </w:p>
    <w:p>
      <w:pPr>
        <w:jc w:val="right"/>
      </w:pPr>
      <w:r>
        <w:t>مس استتی ملہوترا: "اپا، واٹ ہیز بین یور بگیسٹ لرننگ فرام مولانا لائف؟"</w:t>
      </w:r>
    </w:p>
    <w:p>
      <w:r>
        <w:rPr>
          <w:b/>
        </w:rPr>
        <w:t xml:space="preserve">[38:06] </w:t>
      </w:r>
      <w:r>
        <w:t>Maulana se maine seekha ke Islam jo hai ek mission hai, nahi to hum dekhte hain har jagah, na sirf hamari family mein, har jagah bas bhai yeh namaz, roza, hajj, zakat bas itna kar liya,</w:t>
      </w:r>
    </w:p>
    <w:p>
      <w:pPr>
        <w:jc w:val="right"/>
      </w:pPr>
      <w:r>
        <w:t>مولانا سے میں نے سیکھا کہ اسلام جو ہے ایک مشن ہے، نہیں تو ہم دیکھتے ہیں ہر جگہ، نہ صرف ہماری فیملی میں، ہر جگہ بس بھئی یہ نماز، روزہ، حج، زکوۃ بس اتنا کر لیا،</w:t>
      </w:r>
    </w:p>
    <w:p>
      <w:r>
        <w:rPr>
          <w:b/>
        </w:rPr>
        <w:t xml:space="preserve">[38:20] </w:t>
      </w:r>
      <w:r>
        <w:t>bas kaafi hai. bohat bohat tasbeeh parh liya, quran parh liya, lekin</w:t>
      </w:r>
    </w:p>
    <w:p>
      <w:pPr>
        <w:jc w:val="right"/>
      </w:pPr>
      <w:r>
        <w:t>بس کافی ہے۔ بہت بہت تسبیح پڑھ لیا، قرآن پڑھ لیا، لیکن</w:t>
      </w:r>
    </w:p>
    <w:p>
      <w:r>
        <w:rPr>
          <w:b/>
        </w:rPr>
        <w:t xml:space="preserve">[38:25] </w:t>
      </w:r>
      <w:r>
        <w:t>islam aik mission hai, aur isi mein apnay ko din raat isi mein lagana hai, is mission mein. aur aik aik aik is mein islam ko doosron tak pohnchana hai.</w:t>
      </w:r>
    </w:p>
    <w:p>
      <w:pPr>
        <w:jc w:val="right"/>
      </w:pPr>
      <w:r>
        <w:t>اسلام ایک مشن ہے، اور اسی میں اپنے کو دن رات اسی میں لگانا ہے، اس مشن میں۔ اور ایک ایک ایک اس میں اسلام کو دوسروں تک پہنچانا ہے۔</w:t>
      </w:r>
    </w:p>
    <w:p>
      <w:r>
        <w:rPr>
          <w:b/>
        </w:rPr>
        <w:t xml:space="preserve">[38:39] </w:t>
      </w:r>
      <w:r>
        <w:t>to yeh is se jo hai aik aur aur aur sab se ziyada ke hamara focus jo hai woh woh akhirat hai,</w:t>
      </w:r>
    </w:p>
    <w:p>
      <w:pPr>
        <w:jc w:val="right"/>
      </w:pPr>
      <w:r>
        <w:t>تو یہ اس سے جو ہے ایک اور اور اور سب سے زیادہ کہ ہمارا فوکس جو ہے وہ وہ آخرت ہے،</w:t>
      </w:r>
    </w:p>
    <w:p>
      <w:r>
        <w:rPr>
          <w:b/>
        </w:rPr>
        <w:t xml:space="preserve">[38:47] </w:t>
      </w:r>
      <w:r>
        <w:t>dunya nahi hai. focus dunya to Allah taala ne kaha hai ke har aik ko Allah taala ne jo banda paida hota hai, us ki taqdeer mein likh jata hai, us ko kya milna hai, kya nahi milna hai dunya mein.</w:t>
      </w:r>
    </w:p>
    <w:p>
      <w:pPr>
        <w:jc w:val="right"/>
      </w:pPr>
      <w:r>
        <w:t>دنیا نہیں ہے۔ فوکس دنیا تو اللہ تعالی نے کہا ہے کہ ہر ایک کو اللہ تعالی نے جو بندہ پیدا ہوتا ہے، اس کی تقدیر میں لکھ جاتا ہے، اس کو کیا ملنا ہے، کیا نہیں ملنا ہے دنیا میں۔</w:t>
      </w:r>
    </w:p>
    <w:p>
      <w:r>
        <w:rPr>
          <w:b/>
        </w:rPr>
        <w:t xml:space="preserve">[38:59] </w:t>
      </w:r>
      <w:r>
        <w:t>to asal jo hamara focus ho, woh akhirat ho. bohat ziyada</w:t>
      </w:r>
    </w:p>
    <w:p>
      <w:pPr>
        <w:jc w:val="right"/>
      </w:pPr>
      <w:r>
        <w:t>تو اصل جو ہمارا فوکس ہو، وہ آخرت ہو۔ بہت زیادہ</w:t>
      </w:r>
    </w:p>
    <w:p>
      <w:r>
        <w:rPr>
          <w:b/>
        </w:rPr>
        <w:t xml:space="preserve">[39:04] </w:t>
      </w:r>
      <w:r>
        <w:t>maulana is par zor dete hain ke akhirat mein hum ko Khuda ke agay fard fard jawab dehi karni hogi.</w:t>
      </w:r>
    </w:p>
    <w:p>
      <w:pPr>
        <w:jc w:val="right"/>
      </w:pPr>
      <w:r>
        <w:t>مولانا اس پر زور دیتے ہیں کہ آخرت میں ہم کو خدا کے آگے فردا فردا جواب دہی کرنی ہوگی۔</w:t>
      </w:r>
    </w:p>
    <w:p>
      <w:r>
        <w:rPr>
          <w:b/>
        </w:rPr>
        <w:t xml:space="preserve">[39:12] </w:t>
      </w:r>
      <w:r>
        <w:t>to us waqt, us us din se daro jab tum akeley Allah ke samnay kharay hogay, aur tumhein jawab dena hoga. to yeh sab nahi tha</w:t>
      </w:r>
    </w:p>
    <w:p>
      <w:pPr>
        <w:jc w:val="right"/>
      </w:pPr>
      <w:r>
        <w:t>تو اس وقت، اس اس دن سے ڈرو جب تم اکیلے اللہ کے سامنے کھڑے ہوگے، اور تمہیں جواب دینا ہوگا۔ تو یہ سب نہیں تھا</w:t>
      </w:r>
    </w:p>
    <w:p>
      <w:r>
        <w:rPr>
          <w:b/>
        </w:rPr>
        <w:t xml:space="preserve">[39:22] </w:t>
      </w:r>
      <w:r>
        <w:t>hamaray culture mein, jo muslim culture jo develop hua, us mein yeh sab nahi tha. us mein to bas khaali namaz, roza, aur bilkul jo jo is ka hota hai,</w:t>
      </w:r>
    </w:p>
    <w:p>
      <w:pPr>
        <w:jc w:val="right"/>
      </w:pPr>
      <w:r>
        <w:t>ہمارے کلچر میں، جو مسلم کلچر جو ڈیولپ ہوا، اس میں یہ سب نہیں تھا۔ اس میں تو بس خالی نماز، روزہ، اور بالکل جو جو اس کا ہوتا ہے،</w:t>
      </w:r>
    </w:p>
    <w:p>
      <w:r>
        <w:rPr>
          <w:b/>
        </w:rPr>
        <w:t xml:space="preserve">[39:36] </w:t>
      </w:r>
      <w:r>
        <w:t>us ko kya kehtay hain, aik mission aik hota hai, mission, aur aik hota hai sirf wohi namaz, roza.</w:t>
      </w:r>
    </w:p>
    <w:p>
      <w:pPr>
        <w:jc w:val="right"/>
      </w:pPr>
      <w:r>
        <w:t>اس کو کیا کہتے ہیں، ایک مشن ایک ہوتا ہے، مشن، اور ایک ہوتا ہے صرف وہی نماز، روزہ۔</w:t>
      </w:r>
    </w:p>
    <w:p>
      <w:r>
        <w:rPr>
          <w:b/>
        </w:rPr>
        <w:t xml:space="preserve">[39:44] </w:t>
      </w:r>
      <w:r>
        <w:t>to bas wohi tha, matlab paanch waqt namaz parh liya, aur subah ko quran parha jata tha. ab pehlay to tamam log subah ko quran parh kar apna din shuru kartay thay, phir din bhar chahay kuch bhi karein, subah ko quran parh liya, aur bohat se bohat log tasbeeh parh liya kartay thay.</w:t>
      </w:r>
    </w:p>
    <w:p>
      <w:pPr>
        <w:jc w:val="right"/>
      </w:pPr>
      <w:r>
        <w:t>تو بس وہی تھا، مطلب پانچ وقت نماز پڑھ لیا، اور صبح کو قرآن پڑھا جاتا تھا۔ اب پہلے تو تمام لوگ صبح کو قرآن پڑھ کر اپنا دن شروع کرتے تھے، پھر دن بھر چاہے کچھ بھی کریں، صبح کو قرآن پڑھ لیا، اور بہت سے بہت لوگ تسبیح پڑھ لیا کرتے تھے۔</w:t>
      </w:r>
    </w:p>
    <w:p>
      <w:r>
        <w:rPr>
          <w:b/>
        </w:rPr>
        <w:t xml:space="preserve">[40:03] </w:t>
      </w:r>
      <w:r>
        <w:t>lekin yeh hai ke aik islam aik mission hai, hum ko din raat isi mission mein apnay ko lagana hai, isi mein apnay aap ko</w:t>
      </w:r>
    </w:p>
    <w:p>
      <w:pPr>
        <w:jc w:val="right"/>
      </w:pPr>
      <w:r>
        <w:t>لیکن یہ ہے کہ ایک اسلام ایک مشن ہے، ہم کو دن رات اسی مشن میں اپنے کو لگانا ہے، اسی میں اپنے آپ کو</w:t>
      </w:r>
    </w:p>
    <w:p>
      <w:r>
        <w:rPr>
          <w:b/>
        </w:rPr>
        <w:t xml:space="preserve">[40:11] </w:t>
      </w:r>
      <w:r>
        <w:t>mohabbat aur waqf kar dena hai, apnay aap ko. yeh hum ne Maulana sikhaya hai. Miss Tahira Kamran ne likha hai: "Assalam o Alaikum Professor Farida Sahiba, Maulana is sadi ki behtareen rehnuma shakhsiyat hain.</w:t>
      </w:r>
    </w:p>
    <w:p>
      <w:pPr>
        <w:jc w:val="right"/>
      </w:pPr>
      <w:r>
        <w:t>محبت اور وقف کر دینا ہے، اپنے آپ کو۔ یہ ہم نے مولانا سیکھا ہے۔ مس طاہرہ کامران نے لکھا ہے: "السلام علیکم پروفیسر فریدہ صاحبہ، مولانا اس صدی کی بہترین رہنما شخصیت ہیں۔</w:t>
      </w:r>
    </w:p>
    <w:p>
      <w:r>
        <w:rPr>
          <w:b/>
        </w:rPr>
        <w:t xml:space="preserve">[40:26] </w:t>
      </w:r>
      <w:r>
        <w:t>mein be had mutasir hui hoon islam ke liye un ki khidmat se.</w:t>
      </w:r>
    </w:p>
    <w:p>
      <w:pPr>
        <w:jc w:val="right"/>
      </w:pPr>
      <w:r>
        <w:t>میں بے حد متاثر ہوئی ہوں اسلام کے لیے ان کی خدمات سے۔</w:t>
      </w:r>
    </w:p>
    <w:p>
      <w:r>
        <w:rPr>
          <w:b/>
        </w:rPr>
        <w:t xml:space="preserve">[40:31] </w:t>
      </w:r>
      <w:r>
        <w:t>Maulana sahib ko Allah sehat aur tandrusti de, ameen."</w:t>
      </w:r>
    </w:p>
    <w:p>
      <w:pPr>
        <w:jc w:val="right"/>
      </w:pPr>
      <w:r>
        <w:t>مولانا صاحب کو اللہ صحت اور تندرستی دے، آمین۔"</w:t>
      </w:r>
    </w:p>
    <w:p>
      <w:r>
        <w:rPr>
          <w:b/>
        </w:rPr>
        <w:t xml:space="preserve">[40:42] </w:t>
      </w:r>
      <w:r>
        <w:t>Pirzada Shabbir: "Why Maulana, didn't form his own jamaat when he knew that work of da'wah can better be spread with having a dedicated jamaat."</w:t>
      </w:r>
    </w:p>
    <w:p>
      <w:pPr>
        <w:jc w:val="right"/>
      </w:pPr>
      <w:r>
        <w:t>پیرزادہ شبیر: "وائے مولانا، ڈنٹ فارم ہز اون جماعت وین ہی نیو دیٹ ورک آف دعویٰ کین بیٹر بی اسپرڈ ود ہیونگ ا ڈیڈیکیٹڈ جماعت۔"</w:t>
      </w:r>
    </w:p>
    <w:p>
      <w:r>
        <w:rPr>
          <w:b/>
        </w:rPr>
        <w:t xml:space="preserve">[40:58] </w:t>
      </w:r>
      <w:r>
        <w:t>asal mein yeh jamaat banana yeh koi islami concept nahi hai. hamaray paas aik bohat hi zabardast aadmi thay, Suleman Al-Qaid, woh aik Arab thay, aur bohat hi bari achi personality un ki thi.</w:t>
      </w:r>
    </w:p>
    <w:p>
      <w:pPr>
        <w:jc w:val="right"/>
      </w:pPr>
      <w:r>
        <w:t>اصل میں یہ جماعت بنانا یہ کوئی اسلامی کانسیپٹ نہیں ہے۔ ہمارے پاس ایک بہت ہی زبردست آدمی تھے، سلیمان القائد، وہ ایک عرب تھے، اور بہت ہی بڑی اچھی پرسنیلٹی ان کی تھی۔</w:t>
      </w:r>
    </w:p>
    <w:p>
      <w:r>
        <w:rPr>
          <w:b/>
        </w:rPr>
        <w:t xml:space="preserve">[41:13] </w:t>
      </w:r>
      <w:r>
        <w:t>unhon ne kaha ke hum jamaat banayein gay, aur shayad is ka naam bhi</w:t>
      </w:r>
    </w:p>
    <w:p>
      <w:pPr>
        <w:jc w:val="right"/>
      </w:pPr>
      <w:r>
        <w:t>انہوں نے کہا کہ ہم جماعت بنائیں گے، اور شاید اس کا نام بھی</w:t>
      </w:r>
    </w:p>
    <w:p>
      <w:r>
        <w:rPr>
          <w:b/>
        </w:rPr>
        <w:t xml:space="preserve">[41:17] </w:t>
      </w:r>
      <w:r>
        <w:t>suggest karatha unhon ne, Ansar Allah. to woh lekin Maulana ne kabhi yeh socha hi nahi jamaat banana, kyunke jamaat jo hai us ke maani hain unity.</w:t>
      </w:r>
    </w:p>
    <w:p>
      <w:pPr>
        <w:jc w:val="right"/>
      </w:pPr>
      <w:r>
        <w:t>سجیسٹ کرا تھا انہوں نے، انصار اللہ۔ تو وہ لیکن مولانا نے کبھی یہ سوچا ہی نہیں جماعت بنانا، کیونکہ جماعت جو ہے اس کے معنی ہیں یونٹی۔</w:t>
      </w:r>
    </w:p>
    <w:p>
      <w:r>
        <w:rPr>
          <w:b/>
        </w:rPr>
        <w:t xml:space="preserve">[41:31] </w:t>
      </w:r>
      <w:r>
        <w:t>jo bhi hum kaam karein, unitedly karein.</w:t>
      </w:r>
    </w:p>
    <w:p>
      <w:pPr>
        <w:jc w:val="right"/>
      </w:pPr>
      <w:r>
        <w:t>جو بھی ہم کام کریں، یونائٹڈلی کریں۔</w:t>
      </w:r>
    </w:p>
    <w:p>
      <w:r>
        <w:rPr>
          <w:b/>
        </w:rPr>
        <w:t xml:space="preserve">[41:34] </w:t>
      </w:r>
      <w:r>
        <w:t>jaise hamara jo CPS hai, us ke jo members hain, us mein koi woh koi formality nahi hai. log atay hain, program attend kartay hain, literature parhtay hain, aur jitna un se ho sakta hai utna kaam kartay hain.</w:t>
      </w:r>
    </w:p>
    <w:p>
      <w:pPr>
        <w:jc w:val="right"/>
      </w:pPr>
      <w:r>
        <w:t>جیسے ہمارا جو سی پی ایس ہے، اس کے جو ممبرز ہیں، اس میں کوئی وہ کوئی فارمالٹی نہیں ہے۔ لوگ آتے ہیں، پروگرام اٹینڈ کرتے ہیں، لٹریچر پڑھتے ہیں، اور جتنا ان سے ہو سکتا ہے اتنا کام کرتے ہیں۔</w:t>
      </w:r>
    </w:p>
    <w:p>
      <w:r>
        <w:rPr>
          <w:b/>
        </w:rPr>
        <w:t xml:space="preserve">[41:50] </w:t>
      </w:r>
      <w:r>
        <w:t>phir woh unity hai, jamaat ke maani unity. thora sa aap jamaat ke baray mein bata dijiye, yeh yeh formal, yeh to communism aur</w:t>
      </w:r>
    </w:p>
    <w:p>
      <w:pPr>
        <w:jc w:val="right"/>
      </w:pPr>
      <w:r>
        <w:t>پھر وہ یونٹی ہے، جماعت کے معنی یونٹی۔ تھوڑا سا آپ جماعت کے بارے میں بتا دیجئے، یہ یہ فارمل، یہ تو کمیونزم اور</w:t>
      </w:r>
    </w:p>
    <w:p>
      <w:r>
        <w:rPr>
          <w:b/>
        </w:rPr>
        <w:t xml:space="preserve">[41:58] </w:t>
      </w:r>
      <w:r>
        <w:t>waghera se aya hai, socialism, communism.</w:t>
      </w:r>
    </w:p>
    <w:p>
      <w:pPr>
        <w:jc w:val="right"/>
      </w:pPr>
      <w:r>
        <w:t>وغیرہ سے آیا ہے، سوشلزم، کمیونزم۔</w:t>
      </w:r>
    </w:p>
    <w:p>
      <w:r>
        <w:rPr>
          <w:b/>
        </w:rPr>
        <w:t xml:space="preserve">[42:07] </w:t>
      </w:r>
      <w:r>
        <w:t>ah, ab jamaat jo hai, arabi mein jamaat jo hai,</w:t>
      </w:r>
    </w:p>
    <w:p>
      <w:pPr>
        <w:jc w:val="right"/>
      </w:pPr>
      <w:r>
        <w:t>اہ، اب جماعت جو ہے، عربی میں جماعت جو ہے،</w:t>
      </w:r>
    </w:p>
    <w:p>
      <w:r>
        <w:rPr>
          <w:b/>
        </w:rPr>
        <w:t xml:space="preserve">[42:23] </w:t>
      </w:r>
      <w:r>
        <w:t>ah, yeh jo hum musalmanon mein jamaat dekhtay hain ke mukhtalif jamaatein aa gayi hain, woh ah, yeh to baad ki cheez hai. Rasool Allah ke zamanay mein aisi koi jamaat nahi thi, sab Rasool Allah ke mission se mutasir hue, aur unhon ne Rasool Allah ka saath diya tha.</w:t>
      </w:r>
    </w:p>
    <w:p>
      <w:pPr>
        <w:jc w:val="right"/>
      </w:pPr>
      <w:r>
        <w:t>اہ، یہ جو ہم مسلمانوں میں جماعت دیکھتے ہیں کہ مختلف جماعتیں آ گئی ہیں، وہ اہ، یہ تو بعد کی چیز ہے۔ رسول اللہ کے زمانے میں ایسی کوئی جماعت نہیں تھی، سب رسول اللہ کے مشن سے متاثر ہوئے، اور انہوں نے رسول اللہ کا ساتھ دیا تھا۔</w:t>
      </w:r>
    </w:p>
    <w:p>
      <w:r>
        <w:rPr>
          <w:b/>
        </w:rPr>
        <w:t xml:space="preserve">[42:39] </w:t>
      </w:r>
      <w:r>
        <w:t>ah, to</w:t>
      </w:r>
    </w:p>
    <w:p>
      <w:pPr>
        <w:jc w:val="right"/>
      </w:pPr>
      <w:r>
        <w:t>اہ، تو</w:t>
      </w:r>
    </w:p>
    <w:p>
      <w:r>
        <w:rPr>
          <w:b/>
        </w:rPr>
        <w:t xml:space="preserve">[42:40] </w:t>
      </w:r>
      <w:r>
        <w:t>woh woh cheez aage barhi, baad mein chal ke jab ta'assub paida hua to logon ne apni apni jama'at banai thi. asal jama'at yeh hai ke hum sahaba aur sahaba ke tareeqay par rahen, jaisa ke rasool Allah sal Allah alaihi wasallam ne kaha tha ke meri ummat mein 72 jama'at ban jaye gi.</w:t>
      </w:r>
    </w:p>
    <w:p>
      <w:pPr>
        <w:jc w:val="right"/>
      </w:pPr>
      <w:r>
        <w:t>وہ وہ چیز آگے بڑھی، بعد میں چل کے جب تعصب پیدا ہوا تو لوگوں نے اپنی اپنی جماعت بنائی تھی۔ اصل جماعت یہ ہے کہ ہم صحابہ اور صحابہ کے طریقے پر رہیں، جیسا کہ رسول اللہ صلی اللہ علیہ وسلم نے کہا تھا کہ میری امت میں 72 جماعت بن جائے گی۔</w:t>
      </w:r>
    </w:p>
    <w:p>
      <w:r>
        <w:rPr>
          <w:b/>
        </w:rPr>
        <w:t xml:space="preserve">[42:58] </w:t>
      </w:r>
      <w:r>
        <w:t>aah, lekin is mein se aik hi hai jo kamyab hogi, woh jo sahaba aur us ke tareeqay, mere aur sahaba ke tareeqay par rahen. to Maulana ka concept yahi hai ke aap CCPS jo kaam kar raha hai, us ko aap kaam karen apne tareeqay par le ja kar, aur koi formal jama'at bananay ki zaroorat nahi hai.</w:t>
      </w:r>
    </w:p>
    <w:p>
      <w:pPr>
        <w:jc w:val="right"/>
      </w:pPr>
      <w:r>
        <w:t>اہ، لیکن اس میں سے ایک ہی ہے جو کامیاب ہوگی، وہ جو صحابہ اور اس کے طریقے، میرے اور صحابہ کے طریقے پر رہیں۔ تو مولانا کا کانسیپٹ یہی ہے کہ آپ سی سی پی ایس جو کام کر رہا ہے، اس کو آپ کام کریں اپنے طریقے پر لے جا کر، اور کوئی فارمل جماعت بنانے کی ضرورت نہیں ہے۔</w:t>
      </w:r>
    </w:p>
    <w:p>
      <w:r>
        <w:rPr>
          <w:b/>
        </w:rPr>
        <w:t xml:space="preserve">[43:19] </w:t>
      </w:r>
      <w:r>
        <w:t>ideology aap ikhtiyar karen, aur us ko aage barhayen,</w:t>
      </w:r>
    </w:p>
    <w:p>
      <w:pPr>
        <w:jc w:val="right"/>
      </w:pPr>
      <w:r>
        <w:t>آئیڈیالوجی آپ اختیار کریں، اور اس کو آگے بڑھائیں،</w:t>
      </w:r>
    </w:p>
    <w:p>
      <w:r>
        <w:rPr>
          <w:b/>
        </w:rPr>
        <w:t xml:space="preserve">[43:23] </w:t>
      </w:r>
      <w:r>
        <w:t>kyun ke jama'at se asbiyat paida hoti hai. jo bhi jama'at walay, jo bhi hain, acha kaam kar rahay hain, nahi acha kaam kar rahay hain, sahi baat keh rahay hain, ghalat baat keh rahay hain, lekin woh un ko support karte hain.</w:t>
      </w:r>
    </w:p>
    <w:p>
      <w:pPr>
        <w:jc w:val="right"/>
      </w:pPr>
      <w:r>
        <w:t>کیونکہ جماعت سے عصبیت پیدا ہوتی ہے۔ جو بھی جماعت والے، جو بھی ہیں، اچھا کام کر رہے ہیں، نہیں اچھا کام کر رہے ہیں، صحیح بات کہہ رہے ہیں، غلط بات کہہ رہے ہیں، لیکن وہ ان کو سپورٹ کرتے ہیں۔</w:t>
      </w:r>
    </w:p>
    <w:p>
      <w:r>
        <w:rPr>
          <w:b/>
        </w:rPr>
        <w:t xml:space="preserve">[43:37] </w:t>
      </w:r>
      <w:r>
        <w:t>yeh asbiyat bilkul qaim nahi honi chahiye.</w:t>
      </w:r>
    </w:p>
    <w:p>
      <w:pPr>
        <w:jc w:val="right"/>
      </w:pPr>
      <w:r>
        <w:t>یہ عصبیت بالکل قائم نہیں ہونی چاہیے۔</w:t>
      </w:r>
    </w:p>
    <w:p>
      <w:r>
        <w:rPr>
          <w:b/>
        </w:rPr>
        <w:t xml:space="preserve">[43:41] </w:t>
      </w:r>
      <w:r>
        <w:t>yeh ba'is, ba'is diproch jo hota hai, hum log bilkul hi is baat ko nahi pasand karte. jo bhi sahi baat karta hai, bas us ko hum ko manna hai, us ko support karna hai.</w:t>
      </w:r>
    </w:p>
    <w:p>
      <w:pPr>
        <w:jc w:val="right"/>
      </w:pPr>
      <w:r>
        <w:t>یہ باعث، باعث ڈپروچ جو ہوتا ہے، ہم لوگ بالکل ہی اس بات کو نہیں پسند کرتے۔ جو بھی صحیح بات کرتا ہے، بس اس کو ہم کو ماننا ہے، اس کو سپورٹ کرنا ہے۔</w:t>
      </w:r>
    </w:p>
    <w:p>
      <w:r>
        <w:rPr>
          <w:b/>
        </w:rPr>
        <w:t xml:space="preserve">[43:52] </w:t>
      </w:r>
      <w:r>
        <w:t>to yeh sab jama'at ka jo hai na, bilkul hi Islami concept hi nahi hai. hamein wohi kaam karna hai jo rasool Allah sal Allah alaihi wasallam aur aap ke ashaab</w:t>
      </w:r>
    </w:p>
    <w:p>
      <w:pPr>
        <w:jc w:val="right"/>
      </w:pPr>
      <w:r>
        <w:t>تو یہ سب جماعت کا جو ہے نا، بالکل ہی اسلامی کانسیپٹ ہی نہیں ہے۔ ہمیں وہی کام کرنا ہے جو رسول اللہ صلی اللہ علیہ وسلم اور آپ کے اصحاب</w:t>
      </w:r>
    </w:p>
    <w:p>
      <w:r>
        <w:rPr>
          <w:b/>
        </w:rPr>
        <w:t xml:space="preserve">[44:03] </w:t>
      </w:r>
      <w:r>
        <w:t>jis tareeqay se kaam kar rahay thay, usi tareeqay se hamein kaam karna hai. Dr. Rajat Malhotra: "Apa, your talks are amazing at it gives us a deep insight on Maulana journey of discovery of God and his experiences, challenges and sacrifices.</w:t>
      </w:r>
    </w:p>
    <w:p>
      <w:pPr>
        <w:jc w:val="right"/>
      </w:pPr>
      <w:r>
        <w:t>جس طریقے سے کام کر رہے تھے، اسی طریقے سے ہمیں کام کرنا ہے۔ ڈاکٹر رجت ملہوترا: "اپا، یور ٹاکس آر امیزنگ ایٹ اٹ گیوز اس ا ڈیپ انسائٹ ان مولانا جرنی آف ڈسکوری آف گاڈ اینڈ ہز ایکسپیرینسز، چیلنجز اینڈ سیکریفائسز۔</w:t>
      </w:r>
    </w:p>
    <w:p>
      <w:r>
        <w:rPr>
          <w:b/>
        </w:rPr>
        <w:t xml:space="preserve">[44:24] </w:t>
      </w:r>
      <w:r>
        <w:t>Your way of building up the timeline</w:t>
      </w:r>
    </w:p>
    <w:p>
      <w:pPr>
        <w:jc w:val="right"/>
      </w:pPr>
      <w:r>
        <w:t>یور وے آف بلڈنگ اپ دا ٹائم لائن</w:t>
      </w:r>
    </w:p>
    <w:p>
      <w:r>
        <w:rPr>
          <w:b/>
        </w:rPr>
        <w:t xml:space="preserve">[44:28] </w:t>
      </w:r>
      <w:r>
        <w:t>of events is very good. Jazak Allah."</w:t>
      </w:r>
    </w:p>
    <w:p>
      <w:pPr>
        <w:jc w:val="right"/>
      </w:pPr>
      <w:r>
        <w:t>آف ایونٹس از ویری گڈ۔ جزاک اللہ۔"</w:t>
      </w:r>
    </w:p>
    <w:p>
      <w:r>
        <w:rPr>
          <w:b/>
        </w:rPr>
        <w:t xml:space="preserve">[44:36] </w:t>
      </w:r>
      <w:r>
        <w:t>Ms. Maria Khan: "Maulana literature emphasizes that individual is the focus of religion. Can you please explain this with the help of the Quran?" poore Quran hi individual ko address karta hai,</w:t>
      </w:r>
    </w:p>
    <w:p>
      <w:pPr>
        <w:jc w:val="right"/>
      </w:pPr>
      <w:r>
        <w:t>مس ماریہ خان: "مولانا لٹریچر ایمفسائزز دیٹ انڈیویجول از دا فوکس آف ریلیجن۔ کین یو پلیز ایکسپلین دس ود دا ہیلپ آف دا قرآن؟" پورے قرآن ہی انڈیویجول کو ایڈریس کرتا ہے،</w:t>
      </w:r>
    </w:p>
    <w:p>
      <w:r>
        <w:rPr>
          <w:b/>
        </w:rPr>
        <w:t xml:space="preserve">[44:53] </w:t>
      </w:r>
      <w:r>
        <w:t>Ya ayyuhannas, ya ayyuhannas, kaun rabbaniyin? To be God oriented. To is tareeqay se poora Quran jo hai, aisa aisa lagta hai.</w:t>
      </w:r>
    </w:p>
    <w:p>
      <w:pPr>
        <w:jc w:val="right"/>
      </w:pPr>
      <w:r>
        <w:t>یا ایہا الناس، یا ایہا الناس، کون ربانین؟ تو بی گاڈ اورینٹڈ۔ تو اس طریقے سے پورا قرآن جو ہے، ایسا ایسا لگتا ہے۔</w:t>
      </w:r>
    </w:p>
    <w:p>
      <w:r>
        <w:rPr>
          <w:b/>
        </w:rPr>
        <w:t xml:space="preserve">[45:05] </w:t>
      </w:r>
      <w:r>
        <w:t>aisa jab parhay Quran to aisa lagta hai Quran to hum hi ko address kar raha hai,</w:t>
      </w:r>
    </w:p>
    <w:p>
      <w:pPr>
        <w:jc w:val="right"/>
      </w:pPr>
      <w:r>
        <w:t>ایسا جب پڑھے قرآن تو ایسا لگتا ہے قرآن تو ہم ہی کو ایڈریس کر رہا ہے،</w:t>
      </w:r>
    </w:p>
    <w:p>
      <w:r>
        <w:rPr>
          <w:b/>
        </w:rPr>
        <w:t xml:space="preserve">[45:10] </w:t>
      </w:r>
      <w:r>
        <w:t>individual hi ko address hi kar raha hai. Quran ko kai logon ne yeh baat kahi hai ke aisa lagta hai Quran jaise hum, hum, hum we are in conversation with God.</w:t>
      </w:r>
    </w:p>
    <w:p>
      <w:pPr>
        <w:jc w:val="right"/>
      </w:pPr>
      <w:r>
        <w:t>انڈیویجول ہی کو ایڈریس ہی کر رہا ہے۔ قرآن کو کئی لوگوں نے یہ بات کہی ہے کہ ایسا لگتا ہے قرآن جیسے ہم، ہم، ہم وی آر ان کانورسیشن ود گاڈ۔</w:t>
      </w:r>
    </w:p>
    <w:p>
      <w:r>
        <w:rPr>
          <w:b/>
        </w:rPr>
        <w:t xml:space="preserve">[45:21] </w:t>
      </w:r>
      <w:r>
        <w:t>aisa lagta hai to kyun ke dekhiye, is dunya mein hum ko is mein is ko</w:t>
      </w:r>
    </w:p>
    <w:p>
      <w:pPr>
        <w:jc w:val="right"/>
      </w:pPr>
      <w:r>
        <w:t>ایسا لگتا ہے تو کیونکہ دیکھیے، اس دنیا میں ہم کو اس میں اس کو</w:t>
      </w:r>
    </w:p>
    <w:p>
      <w:r>
        <w:rPr>
          <w:b/>
        </w:rPr>
        <w:t xml:space="preserve">[45:28] </w:t>
      </w:r>
      <w:r>
        <w:t>samajhnay ke liye sab se pehle creation plan ko samajhna parhe ga. to creation plan yeh hai ke hum is dunya mein aaye hain apna test denay ke liye, aur test jab hamein denay ke liye, hum, hum ko, hum, hum individual ko hi address karna parhe ga.</w:t>
      </w:r>
    </w:p>
    <w:p>
      <w:pPr>
        <w:jc w:val="right"/>
      </w:pPr>
      <w:r>
        <w:t>سمجھنے کے لیے سب سے پہلے کریشن پلان کو سمجھنا پڑے گا۔ تو کریشن پلان یہ ہے کہ ہم اس دنیا میں آئے ہیں اپنا ٹیسٹ دینے کے لیے، اور ٹیسٹ جب ہمیں دینے کے لیے، ہم، ہم کو، ہم، ہم انڈیویجول کو ہی ایڈریس کرنا پڑے گا۔</w:t>
      </w:r>
    </w:p>
    <w:p>
      <w:r>
        <w:rPr>
          <w:b/>
        </w:rPr>
        <w:t xml:space="preserve">[45:48] </w:t>
      </w:r>
      <w:r>
        <w:t>state to koi cheez nahi hai ke state ko, jo hai Islamize karen ge. Islamize to insan ko apne aap ko karna hai. tamam payghamabar, jo jo Quran ka jo paigham hai, wohi payghamabar ka paigham.</w:t>
      </w:r>
    </w:p>
    <w:p>
      <w:pPr>
        <w:jc w:val="right"/>
      </w:pPr>
      <w:r>
        <w:t>اسٹیٹ تو کوئی چیز نہیں ہے کہ اسٹیٹ کو جو ہے اسلامائز کریں گے۔ اسلامائز تو انسان کو اپنے آپ کو کرنا ہے۔ تمام پیغمبر، جو جو قرآن کا جو پیغام ہے، وہی پیغمبر کا پیغام۔</w:t>
      </w:r>
    </w:p>
    <w:p>
      <w:r>
        <w:rPr>
          <w:b/>
        </w:rPr>
        <w:t xml:space="preserve">[46:05] </w:t>
      </w:r>
      <w:r>
        <w:t>to tamam payghamabar individual ko address karte thay, to wohi, wohi hamein bhi karna hai ke individual ko address karna hai. kyun ke individual agar address ho gaya to ma'ashra khud ba khud</w:t>
      </w:r>
    </w:p>
    <w:p>
      <w:pPr>
        <w:jc w:val="right"/>
      </w:pPr>
      <w:r>
        <w:t>تو تمام پیغمبر انڈیویجول کو ایڈریس کرتے تھے، تو وہی، وہی ہمیں بھی کرنا ہے کہ انڈیویجول کو ایڈریس کرنا ہے۔ کیونکہ انڈیویجول اگر ایڈریس ہو گیا تو معاشرہ خود بخود</w:t>
      </w:r>
    </w:p>
    <w:p>
      <w:r>
        <w:rPr>
          <w:b/>
        </w:rPr>
        <w:t xml:space="preserve">[46:18] </w:t>
      </w:r>
      <w:r>
        <w:t>theek ho jaye ga, state khud ba khud theek ho jaye gi. lekin jab individual address nahi hua to kuch bhi nahi theek hoga, na dunya ka kaam banega, na akhirat ka kaam banega.</w:t>
      </w:r>
    </w:p>
    <w:p>
      <w:pPr>
        <w:jc w:val="right"/>
      </w:pPr>
      <w:r>
        <w:t>ٹھیک ہو جائے گا، اسٹیٹ خود بخود ٹھیک ہو جائے گی۔ لیکن جب انڈیویجول ایڈریس نہیں ہوا تو کچھ بھی نہیں ٹھیک ہوگا، نہ دنیا کا کام بنے گا، نہ آخرت کا کام بنے گا۔</w:t>
      </w:r>
    </w:p>
    <w:p>
      <w:r>
        <w:rPr>
          <w:b/>
        </w:rPr>
        <w:t xml:space="preserve">[46:29] </w:t>
      </w:r>
      <w:r>
        <w:t>state to koi cheez hi nahi hai, kyun ke insan aik thinking animal hai. jab tak ke woh</w:t>
      </w:r>
    </w:p>
    <w:p>
      <w:pPr>
        <w:jc w:val="right"/>
      </w:pPr>
      <w:r>
        <w:t>اسٹیٹ تو کوئی چیز ہی نہیں ہے، کیونکہ انسان ایک تھنکنگ اینیمل ہے۔ جب تک کہ وہ</w:t>
      </w:r>
    </w:p>
    <w:p>
      <w:r>
        <w:rPr>
          <w:b/>
        </w:rPr>
        <w:t xml:space="preserve">[46:36] </w:t>
      </w:r>
      <w:r>
        <w:t>ab is ki soch mein durustagi nahi aye gi, tab tak by force agar hamare upar qanoon nafiz kiya jaye ga to bohat saray tareeqay hain is is ko avoid karne ki.</w:t>
      </w:r>
    </w:p>
    <w:p>
      <w:pPr>
        <w:jc w:val="right"/>
      </w:pPr>
      <w:r>
        <w:t>اب اس کی سوچ میں درستگی نہیں آئے گی، تب تک بائی فورس اگر ہمارے اوپر قانون نافذ کیا جائے گا تو بہت سارے طریقے ہیں اس اس کو اوائڈ کرنے کی۔</w:t>
      </w:r>
    </w:p>
    <w:p>
      <w:r>
        <w:rPr>
          <w:b/>
        </w:rPr>
        <w:t xml:space="preserve">[46:49] </w:t>
      </w:r>
      <w:r>
        <w:t>misal ke tor par zakat hai,</w:t>
      </w:r>
    </w:p>
    <w:p>
      <w:pPr>
        <w:jc w:val="right"/>
      </w:pPr>
      <w:r>
        <w:t>مثال کے طور پر زکوۃ ہے،</w:t>
      </w:r>
    </w:p>
    <w:p>
      <w:r>
        <w:rPr>
          <w:b/>
        </w:rPr>
        <w:t xml:space="preserve">[46:54] </w:t>
      </w:r>
      <w:r>
        <w:t>to zakat saal bhar mein woh aaye, woh hoti hai. hum ko saal bhar ke mein jitni amount hamare paas hoti hai, us ke mutabiq hamein zakat deni hoti hai.</w:t>
      </w:r>
    </w:p>
    <w:p>
      <w:pPr>
        <w:jc w:val="right"/>
      </w:pPr>
      <w:r>
        <w:t>تو زکوۃ سال بھر میں وہ آئے، وہ ہوتی ہے۔ ہم کو سال بھر کے میں جتنی اماؤنٹ ہمارے پاس ہوتی ہے، اس کے مطابق ہمیں زکوۃ دینی ہوتی ہے۔</w:t>
      </w:r>
    </w:p>
    <w:p>
      <w:r>
        <w:rPr>
          <w:b/>
        </w:rPr>
        <w:t xml:space="preserve">[47:05] </w:t>
      </w:r>
      <w:r>
        <w:t>to is ko, is ko kai log aisa kar lete hain ke saal bhar ke baad apna paisa apni wife ke account mein daal den ge, wife apna paisa husband ke account mein daal den gi.</w:t>
      </w:r>
    </w:p>
    <w:p>
      <w:pPr>
        <w:jc w:val="right"/>
      </w:pPr>
      <w:r>
        <w:t>تو اس کو، اس کو کئی لوگ ایسا کر لیتے ہیں کہ سال بھر کے بعد اپنا پیسہ اپنی وائف کے اکاؤنٹ میں ڈال دیں گے، وائف اپنا پیسہ ہسبینڈ کے اکاؤنٹ میں ڈال دیں گے۔</w:t>
      </w:r>
    </w:p>
    <w:p>
      <w:r>
        <w:rPr>
          <w:b/>
        </w:rPr>
        <w:t xml:space="preserve">[47:18] </w:t>
      </w:r>
      <w:r>
        <w:t>to qanoon se nahi kuch hota jab tak ke hamari soch na badal jaye. aur soch</w:t>
      </w:r>
    </w:p>
    <w:p>
      <w:pPr>
        <w:jc w:val="right"/>
      </w:pPr>
      <w:r>
        <w:t>تو قانون سے نہیں کچھ ہوتا جب تک کہ ہماری سوچ نہ بدل جائے۔ اور سوچ</w:t>
      </w:r>
    </w:p>
    <w:p>
      <w:r>
        <w:rPr>
          <w:b/>
        </w:rPr>
        <w:t xml:space="preserve">[47:24] </w:t>
      </w:r>
      <w:r>
        <w:t>jabhi badalti hai jab hum, hum ko as an individual address kiya jaye. balkay is ka bohat hi kamyab tajurba CPS mein hua kay Maulana nay jo 20 saal say program khaas tor par kar rahay hain, Saturday, Sunday, to is mein individual ko address kiya gaya.</w:t>
      </w:r>
    </w:p>
    <w:p>
      <w:pPr>
        <w:jc w:val="right"/>
      </w:pPr>
      <w:r>
        <w:t>جبھی بدلتی ہے جب ہم، ہم کو ایز این انڈیویجول ایڈریس کیا جائے۔ بلکہ اس کا بہت ہی کامیاب تجربہ سی پی ایس میں ہوا کہ مولانا نے جو 20 سال سے پروگرام خاص طور پر کر رہے ہیں، سیٹرڈے، سنڈے، تو اس میں انڈیویجول کو ایڈریس کیا گیا۔</w:t>
      </w:r>
    </w:p>
    <w:p>
      <w:r>
        <w:rPr>
          <w:b/>
        </w:rPr>
        <w:t xml:space="preserve">[47:42] </w:t>
      </w:r>
      <w:r>
        <w:t>balkay mein to kahoon kay mujhe khud is program say jitna baatein samajh mein aaein, utna kitabein parhnay say nahi samajh mein aaein theen. to jab tak hamaray in har individual kay apnay kuch sawalat hotay hain, kuch confusions hotay hain, kuch is mein clarity chahiye hoti hai, to woh individually jab address hota hai, tabhi</w:t>
      </w:r>
    </w:p>
    <w:p>
      <w:pPr>
        <w:jc w:val="right"/>
      </w:pPr>
      <w:r>
        <w:t>بلکہ میں تو کہوں کہ مجھے خود اس پروگرام سے جتنا باتیں سمجھ میں آئیں، اتنا کتابیں پڑھنے سے نہیں سمجھ میں آئی تھیں۔ تو جب تک ہمارے ان ہر انڈیویجول کے اپنے کچھ سوالات ہوتے ہیں، کچھ کنفیوژنز ہوتے ہیں، کچھ اس میں کلیرٹی چاہیے ہوتی ہے، تو وہ انڈیویجولی جب ایڈریس ہوتا ہے، تبھی</w:t>
      </w:r>
    </w:p>
    <w:p>
      <w:r>
        <w:rPr>
          <w:b/>
        </w:rPr>
        <w:t xml:space="preserve">[48:03] </w:t>
      </w:r>
      <w:r>
        <w:t>hamari jo soch mein tabdeeli aati hai. to soch mein tabdeeli aanay kay liye yeh bohat zaroori hai kay individual ko address kiya jaye.</w:t>
      </w:r>
    </w:p>
    <w:p>
      <w:pPr>
        <w:jc w:val="right"/>
      </w:pPr>
      <w:r>
        <w:t>ہماری جو سوچ میں تبدیلی آتی ہے۔ تو سوچ میں تبدیلی آنے کے لیے یہ بہت ضروری ہے کہ انڈیویجول کو ایڈریس کیا جائے۔</w:t>
      </w:r>
    </w:p>
    <w:p>
      <w:r>
        <w:rPr>
          <w:b/>
        </w:rPr>
        <w:t xml:space="preserve">[48:13] </w:t>
      </w:r>
      <w:r>
        <w:t>aap ko kuch kehna hai? ah, ah, Rasool Allah ki zindagi ko hum Makka mein jab dekhein to yeh maloom hota hai kay Rasool Allah nay aik wahan par center banaya tha jis ko hum jantay hain DarArqam kay naam say.</w:t>
      </w:r>
    </w:p>
    <w:p>
      <w:pPr>
        <w:jc w:val="right"/>
      </w:pPr>
      <w:r>
        <w:t>آپ کو کچھ کہنا ہے؟ اہ، اہ، رسول اللہ کی زندگی کو ہم مکہ میں جب دیکھیں تو یہ معلوم ہوتا ہے کہ رسول اللہ نے ایک وہاں پر سینٹر بنایا تھا جس کو ہم جانتے ہیں دار ارقم کے نام سے۔</w:t>
      </w:r>
    </w:p>
    <w:p>
      <w:r>
        <w:rPr>
          <w:b/>
        </w:rPr>
        <w:t xml:space="preserve">[48:28] </w:t>
      </w:r>
      <w:r>
        <w:t>is mein Rasool Allah individual ko lay kar baith kar un ki, ah, un ka tazkiya kiya kiya kartay thay aur un ko Islam ki baatein bataya kartay thay.</w:t>
      </w:r>
    </w:p>
    <w:p>
      <w:pPr>
        <w:jc w:val="right"/>
      </w:pPr>
      <w:r>
        <w:t>اس میں رسول اللہ انڈیویجول کو لے کر بیٹھ کر ان کی، اہ، ان کا تزکیہ کیا کیا کرتے تھے اور ان کو اسلام کی باتیں بتایا کرتے تھے۔</w:t>
      </w:r>
    </w:p>
    <w:p>
      <w:r>
        <w:rPr>
          <w:b/>
        </w:rPr>
        <w:t xml:space="preserve">[48:37] </w:t>
      </w:r>
      <w:r>
        <w:t>aur Rasool Allah nay jitni bhi dawat ka kaam kiya hai, is mein dekhiye aksariyat kya apnay individual ko ja kar bataya tha? to yeh tayari hai kay aap ja kar individual ko batayein to log aagay barhtay hain.</w:t>
      </w:r>
    </w:p>
    <w:p>
      <w:pPr>
        <w:jc w:val="right"/>
      </w:pPr>
      <w:r>
        <w:t>اور رسول اللہ نے جتنی بھی دعوت کا کام کیا ہے، اس میں دیکھیے اکثریت کیا اپنے انڈیویجول کو جا کر بتایا تھا۔ تو یہ تیاری ہے کہ آپ جا کر انڈیویجول کو بتائیں تو لوگ آگے بڑھتے ہیں۔</w:t>
      </w:r>
    </w:p>
    <w:p>
      <w:r>
        <w:rPr>
          <w:b/>
        </w:rPr>
        <w:t xml:space="preserve">[48:49] </w:t>
      </w:r>
      <w:r>
        <w:t>aur isi haqeeqat ko Hazrat Aisha R.A. nay apni aik riwayat mein bayan kiya tha kay logon ko shuru mein</w:t>
      </w:r>
    </w:p>
    <w:p>
      <w:pPr>
        <w:jc w:val="right"/>
      </w:pPr>
      <w:r>
        <w:t>اور اسی حقیقت کو حضرت عائشہ رضی اللہ عنہ نے اپنی ایک روایت میں بیان کیا تھا کہ لوگوں کو شروع میں</w:t>
      </w:r>
    </w:p>
    <w:p>
      <w:r>
        <w:rPr>
          <w:b/>
        </w:rPr>
        <w:t xml:space="preserve">[48:57] </w:t>
      </w:r>
      <w:r>
        <w:t>samajh kay aitbar say tabdeel honay ko kaha jata kay maslan sharab nahi piyo to sab kehtay hain hum sharab nahi chhodenge. to un ko kaha gaya jannat kay baray mein, un ko kaha gaya akhirat kay baray mein.</w:t>
      </w:r>
    </w:p>
    <w:p>
      <w:pPr>
        <w:jc w:val="right"/>
      </w:pPr>
      <w:r>
        <w:t>سماج کے اعتبار سے تبدیل ہونے کو کہا جاتا کہ مثلاً شراب نہیں پیو تو سب کہتے ہیں ہم شراب نہیں چھوڑیں گے۔ تو ان کو کہا گیا جنت کے بارے میں، ان کو کہا گیا آخرت کے بارے میں۔</w:t>
      </w:r>
    </w:p>
    <w:p>
      <w:r>
        <w:rPr>
          <w:b/>
        </w:rPr>
        <w:t xml:space="preserve">[49:07] </w:t>
      </w:r>
      <w:r>
        <w:t>to log aaye, us kay baad unhonay in cheezon ko chhod diya. to is say yeh maloom hota hai kay hum agar</w:t>
      </w:r>
    </w:p>
    <w:p>
      <w:pPr>
        <w:jc w:val="right"/>
      </w:pPr>
      <w:r>
        <w:t>تو لوگ آئے، اس کے بعد انہوں نے ان چیزوں کو چھوڑا۔ تو اس سے یہ معلوم ہوتا ہے کہ ہم اگر</w:t>
      </w:r>
    </w:p>
    <w:p>
      <w:r>
        <w:rPr>
          <w:b/>
        </w:rPr>
        <w:t xml:space="preserve">[49:14] </w:t>
      </w:r>
      <w:r>
        <w:t>chahtay hain kay log Islam par aayein to aap ko un kay mind ko address karna paray ga. aur mind address jo hota hai individual level par hota hai, us kay baad hi samajh tabdeel ho sakta hai.</w:t>
      </w:r>
    </w:p>
    <w:p>
      <w:pPr>
        <w:jc w:val="right"/>
      </w:pPr>
      <w:r>
        <w:t>چاہتے ہیں کہ لوگ اسلام پر آئیں تو آپ کو ان کے مائنڈ کو ایڈریس کرنا پڑے گا۔ اور مائنڈ ایڈریس جو ہوتا ہے انڈیویجول لیول پر ہوتا ہے، اس کے بعد ہی سماج تبدیل ہو سکتا ہے۔</w:t>
      </w:r>
    </w:p>
    <w:p>
      <w:r>
        <w:rPr>
          <w:b/>
        </w:rPr>
        <w:t xml:space="preserve">[49:31] </w:t>
      </w:r>
      <w:r>
        <w:t>Sajid Anwar Sahab nay likha hai: "Excellent</w:t>
      </w:r>
    </w:p>
    <w:p>
      <w:pPr>
        <w:jc w:val="right"/>
      </w:pPr>
      <w:r>
        <w:t>ساجد انور صاحب نے لکھا ہے: "ایکسل</w:t>
      </w:r>
    </w:p>
    <w:p>
      <w:r>
        <w:rPr>
          <w:b/>
        </w:rPr>
        <w:t xml:space="preserve">[49:34] </w:t>
      </w:r>
      <w:r>
        <w:t>talk, Apa, Jazak Allah for sharing with us the important aspect</w:t>
      </w:r>
    </w:p>
    <w:p>
      <w:pPr>
        <w:jc w:val="right"/>
      </w:pPr>
      <w:r>
        <w:t>نٹ ٹاک، آپا، جزاک اللہ فار شیئرنگ ود اس دا امپورٹنٹ ایسپیکٹ</w:t>
      </w:r>
    </w:p>
    <w:p>
      <w:r>
        <w:rPr>
          <w:b/>
        </w:rPr>
        <w:t xml:space="preserve">[49:43] </w:t>
      </w:r>
      <w:r>
        <w:t>of Maulana life. Your learning from Maulana that Islam is a mission is truly extraordinary." Dr. Safina Tabassum Saharanpur: "Bohat achi talk hai, Apa,</w:t>
      </w:r>
    </w:p>
    <w:p>
      <w:pPr>
        <w:jc w:val="right"/>
      </w:pPr>
      <w:r>
        <w:t>آف مولانا لائف۔ یور لرننگ فرام مولانا دیٹ اسلام از ا مشن از ٹرولی ایکسٹرا آرڈینری۔" ڈاکٹر سفینہ تبسم سہارن پور: "بہت اچھی ٹاک ہے، آپا،</w:t>
      </w:r>
    </w:p>
    <w:p>
      <w:r>
        <w:rPr>
          <w:b/>
        </w:rPr>
        <w:t xml:space="preserve">[49:57] </w:t>
      </w:r>
      <w:r>
        <w:t>aisa laga jaisay hum bhi aap kay sath wohin say saray waqiat khud hi dekh rahay thay." Moin Khan: "Yes, agreed, Quran address to every individual, not to any system.</w:t>
      </w:r>
    </w:p>
    <w:p>
      <w:pPr>
        <w:jc w:val="right"/>
      </w:pPr>
      <w:r>
        <w:t>ایسا لگا جیسے ہم بھی آپ کے ساتھ وہیں سے سارے واقعات خود ہی دیکھ رہے تھے۔" معین خان: "یس، ایگریڈ، قرآن ایڈریس ٹو ایوری انڈیویجول، ناٹ ٹو اینی سسٹم۔</w:t>
      </w:r>
    </w:p>
    <w:p>
      <w:r>
        <w:rPr>
          <w:b/>
        </w:rPr>
        <w:t xml:space="preserve">[50:10] </w:t>
      </w:r>
      <w:r>
        <w:t>A lecture by Maulana Sahab already has been there on this topic." Ab khatam karenge.</w:t>
      </w:r>
    </w:p>
    <w:p>
      <w:pPr>
        <w:jc w:val="right"/>
      </w:pPr>
      <w:r>
        <w:t>ا لیکچر بائے مولانا صاحب الریڈی ہیز بین دیر ان دس ٹاپک۔" اب ختم کریں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