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September 20, 2020 Maulana Wahiduddin Khan</w:t>
      </w:r>
    </w:p>
    <w:p>
      <w:r>
        <w:t>https://www.youtube.com/watch?v=yQZGg2A0-Tk</w:t>
      </w:r>
    </w:p>
    <w:p>
      <w:r>
        <w:rPr>
          <w:b/>
        </w:rPr>
        <w:t xml:space="preserve">[00:13] </w:t>
      </w:r>
      <w:r>
        <w:t>Bismillah Rehmanur Rahim, wasallallahu ala Nabi al-Kareem. Rab ishrah li sadri, wa yassir li amri,</w:t>
      </w:r>
    </w:p>
    <w:p>
      <w:pPr>
        <w:jc w:val="right"/>
      </w:pPr>
      <w:r>
        <w:t>بسم اللہ الرحمن الرحیم، وصلی اللہ علی نبی الکریم۔ رب اشرح لی صدری، ویسر لی امری،</w:t>
      </w:r>
    </w:p>
    <w:p>
      <w:r>
        <w:rPr>
          <w:b/>
        </w:rPr>
        <w:t xml:space="preserve">[00:26] </w:t>
      </w:r>
      <w:r>
        <w:t>wahlul uqdatan min lisani,</w:t>
      </w:r>
    </w:p>
    <w:p>
      <w:pPr>
        <w:jc w:val="right"/>
      </w:pPr>
      <w:r>
        <w:t>واحل العقدۃ من لسانی،</w:t>
      </w:r>
    </w:p>
    <w:p>
      <w:r>
        <w:rPr>
          <w:b/>
        </w:rPr>
        <w:t xml:space="preserve">[00:29] </w:t>
      </w:r>
      <w:r>
        <w:t>yafqaahu qawli.</w:t>
      </w:r>
    </w:p>
    <w:p>
      <w:pPr>
        <w:jc w:val="right"/>
      </w:pPr>
      <w:r>
        <w:t>یفقہ قولی۔</w:t>
      </w:r>
    </w:p>
    <w:p>
      <w:r>
        <w:rPr>
          <w:b/>
        </w:rPr>
        <w:t xml:space="preserve">[00:36] </w:t>
      </w:r>
      <w:r>
        <w:t>meri zindagi ka aik tajurba yeh hua hai kay mein nay bohat logon say poocha kay kya aap nay Quran aik baar sirf is niyat say Quran parha hai kay Quran ka message aap kay liye kya hai?</w:t>
      </w:r>
    </w:p>
    <w:p>
      <w:pPr>
        <w:jc w:val="right"/>
      </w:pPr>
      <w:r>
        <w:t>میری زندگی کا ایک تجربہ یہ ہوا ہے کہ میں نے بہت لوگوں سے پوچھا کہ کیا آپ نے قرآن ایک بار صرف اس نیت سے قرآن پڑھا ہے کہ قرآن کا میسج آپ کے لیے کیا ہے؟</w:t>
      </w:r>
    </w:p>
    <w:p>
      <w:r>
        <w:rPr>
          <w:b/>
        </w:rPr>
        <w:t xml:space="preserve">[00:58] </w:t>
      </w:r>
      <w:r>
        <w:t>to jahan tak mujhe yaad hai, kisi aik shakhs nay bhi nahi kaha kay haan.</w:t>
      </w:r>
    </w:p>
    <w:p>
      <w:pPr>
        <w:jc w:val="right"/>
      </w:pPr>
      <w:r>
        <w:t>تو جہاں تک مجھے یاد ہے، کسی ایک شخص نے بھی نہیں کہا کہ ہاں۔</w:t>
      </w:r>
    </w:p>
    <w:p>
      <w:r>
        <w:rPr>
          <w:b/>
        </w:rPr>
        <w:t xml:space="preserve">[01:05] </w:t>
      </w:r>
      <w:r>
        <w:t>halankay har aadmi Quran ka daai bana hua hai, stage pe khoob bolta hai.</w:t>
      </w:r>
    </w:p>
    <w:p>
      <w:pPr>
        <w:jc w:val="right"/>
      </w:pPr>
      <w:r>
        <w:t>حالانکہ ہر آدمی قرآن کا داعی بنا ہوا ہے، اسٹیج پہ خوب بولتا ہے۔</w:t>
      </w:r>
    </w:p>
    <w:p>
      <w:r>
        <w:rPr>
          <w:b/>
        </w:rPr>
        <w:t xml:space="preserve">[01:21] </w:t>
      </w:r>
      <w:r>
        <w:t>jabkay shariyat mein aitkaf ka tareeqa isi liye rakha gaya tha kay kam az kam saal mein aik baar log mutafiq ho kar</w:t>
      </w:r>
    </w:p>
    <w:p>
      <w:pPr>
        <w:jc w:val="right"/>
      </w:pPr>
      <w:r>
        <w:t>جبکہ شریعت میں اعتکاف کا طریقہ اسی لیے رکھا گیا تھا کہ کم از کم سال میں ایک بار لوگ متفق ہو کر</w:t>
      </w:r>
    </w:p>
    <w:p>
      <w:r>
        <w:rPr>
          <w:b/>
        </w:rPr>
        <w:t xml:space="preserve">[01:39] </w:t>
      </w:r>
      <w:r>
        <w:t>Quran ko padhein. Quran say padhein aur Allah say poochein: "Khudaya, hamaray liye</w:t>
      </w:r>
    </w:p>
    <w:p>
      <w:pPr>
        <w:jc w:val="right"/>
      </w:pPr>
      <w:r>
        <w:t>قرآن کو پڑھیں۔ قرآن سے پڑھیں اور اللہ سے پوچھیں: "خدایا، ہمارے لیے</w:t>
      </w:r>
    </w:p>
    <w:p>
      <w:r>
        <w:rPr>
          <w:b/>
        </w:rPr>
        <w:t xml:space="preserve">[01:52] </w:t>
      </w:r>
      <w:r>
        <w:t>tera message kya hai?" Yeh meray ilm mein ab tak takbeer nahi, yani jahan tak mera ta'alluq hai, ma'ani Allah kay fazl say,</w:t>
      </w:r>
    </w:p>
    <w:p>
      <w:pPr>
        <w:jc w:val="right"/>
      </w:pPr>
      <w:r>
        <w:t>تیرا میسج کیا ہے؟" یہ میرے علم میں اب تک تکبیر نہیں، یعنی جہاں تک میرا تعلق ہے، معنی اللہ کے فضل سے،</w:t>
      </w:r>
    </w:p>
    <w:p>
      <w:r>
        <w:rPr>
          <w:b/>
        </w:rPr>
        <w:t xml:space="preserve">[02:08] </w:t>
      </w:r>
      <w:r>
        <w:t>khud aisa kiya hai.</w:t>
      </w:r>
    </w:p>
    <w:p>
      <w:pPr>
        <w:jc w:val="right"/>
      </w:pPr>
      <w:r>
        <w:t>خود ایسا کیا ہے۔</w:t>
      </w:r>
    </w:p>
    <w:p>
      <w:r>
        <w:rPr>
          <w:b/>
        </w:rPr>
        <w:t xml:space="preserve">[02:13] </w:t>
      </w:r>
      <w:r>
        <w:t>misalan mujhe aik baar aik topic par bolna tha.</w:t>
      </w:r>
    </w:p>
    <w:p>
      <w:pPr>
        <w:jc w:val="right"/>
      </w:pPr>
      <w:r>
        <w:t>مثلاً مجھے ایک بار ایک ٹاپک پر بولنا تھا۔</w:t>
      </w:r>
    </w:p>
    <w:p>
      <w:r>
        <w:rPr>
          <w:b/>
        </w:rPr>
        <w:t xml:space="preserve">[02:21] </w:t>
      </w:r>
      <w:r>
        <w:t>wo topic tha</w:t>
      </w:r>
    </w:p>
    <w:p>
      <w:pPr>
        <w:jc w:val="right"/>
      </w:pPr>
      <w:r>
        <w:t>وہ ٹاپک تھا</w:t>
      </w:r>
    </w:p>
    <w:p>
      <w:r>
        <w:rPr>
          <w:b/>
        </w:rPr>
        <w:t xml:space="preserve">[02:28] </w:t>
      </w:r>
      <w:r>
        <w:t>quran ka matloob insan.</w:t>
      </w:r>
    </w:p>
    <w:p>
      <w:pPr>
        <w:jc w:val="right"/>
      </w:pPr>
      <w:r>
        <w:t>قرآن کا مطلوب انسان۔</w:t>
      </w:r>
    </w:p>
    <w:p>
      <w:r>
        <w:rPr>
          <w:b/>
        </w:rPr>
        <w:t xml:space="preserve">[02:34] </w:t>
      </w:r>
      <w:r>
        <w:t>to mujhe yaad hai ke maine aik poora quran aik baar parha tha isi dil se, yeh janne ke liye ke quran ka matloob insan kya hai.</w:t>
      </w:r>
    </w:p>
    <w:p>
      <w:pPr>
        <w:jc w:val="right"/>
      </w:pPr>
      <w:r>
        <w:t>تو مجھے یاد ہے کہ میں نے ایک پورا قرآن ایک بار پڑھا تھا اسی دل سے، یہ جاننے کے لیے کہ قرآن کا مطلوب انسان کیا ہے۔</w:t>
      </w:r>
    </w:p>
    <w:p>
      <w:r>
        <w:rPr>
          <w:b/>
        </w:rPr>
        <w:t xml:space="preserve">[02:50] </w:t>
      </w:r>
      <w:r>
        <w:t>is par maine aik article likha tha jo baad ko chha, isi naam se.</w:t>
      </w:r>
    </w:p>
    <w:p>
      <w:pPr>
        <w:jc w:val="right"/>
      </w:pPr>
      <w:r>
        <w:t>اس پر میں نے ایک آرٹیکل لکھا تھا جو بعد کو چھپا، اسی نام سے۔</w:t>
      </w:r>
    </w:p>
    <w:p>
      <w:r>
        <w:rPr>
          <w:b/>
        </w:rPr>
        <w:t xml:space="preserve">[03:05] </w:t>
      </w:r>
      <w:r>
        <w:t>to hum logon ko janna chahiye ke hamari zindagi mein yeh jo baat hai ke koi bhi shakhs aisa nahi karta</w:t>
      </w:r>
    </w:p>
    <w:p>
      <w:pPr>
        <w:jc w:val="right"/>
      </w:pPr>
      <w:r>
        <w:t>تو ہم لوگوں کو جاننا چاہیے کہ ہماری زندگی میں یہ جو بات ہے کہ کوئی بھی شخص ایسا نہیں کرتا</w:t>
      </w:r>
    </w:p>
    <w:p>
      <w:r>
        <w:rPr>
          <w:b/>
        </w:rPr>
        <w:t xml:space="preserve">[03:25] </w:t>
      </w:r>
      <w:r>
        <w:t>ke woh quran ko az awwal ta aakhir is niyat se parhe ke khuda ki kitab kya mere liye batati hai.</w:t>
      </w:r>
    </w:p>
    <w:p>
      <w:pPr>
        <w:jc w:val="right"/>
      </w:pPr>
      <w:r>
        <w:t>کہ وہ قرآن کو از اول تا آخر اس نیت سے پڑھے کہ خدا کی کتاب کیا میرے لیے بتاتی ہے۔</w:t>
      </w:r>
    </w:p>
    <w:p>
      <w:r>
        <w:rPr>
          <w:b/>
        </w:rPr>
        <w:t xml:space="preserve">[03:45] </w:t>
      </w:r>
      <w:r>
        <w:t>khuda ki kitab mein mujhe kya sabak milta hai?</w:t>
      </w:r>
    </w:p>
    <w:p>
      <w:pPr>
        <w:jc w:val="right"/>
      </w:pPr>
      <w:r>
        <w:t>خدا کی کتاب میں مجھے کیا سبق ملتا ہے؟</w:t>
      </w:r>
    </w:p>
    <w:p>
      <w:r>
        <w:rPr>
          <w:b/>
        </w:rPr>
        <w:t xml:space="preserve">[03:52] </w:t>
      </w:r>
      <w:r>
        <w:t>aap ghor kijiye ke aisa jab ummat ka haal hai</w:t>
      </w:r>
    </w:p>
    <w:p>
      <w:pPr>
        <w:jc w:val="right"/>
      </w:pPr>
      <w:r>
        <w:t>آپ غور کیجیے کہ ایسا جب امت کا حال ہے</w:t>
      </w:r>
    </w:p>
    <w:p>
      <w:r>
        <w:rPr>
          <w:b/>
        </w:rPr>
        <w:t xml:space="preserve">[04:02] </w:t>
      </w:r>
      <w:r>
        <w:t>to kya</w:t>
      </w:r>
    </w:p>
    <w:p>
      <w:pPr>
        <w:jc w:val="right"/>
      </w:pPr>
      <w:r>
        <w:t>تو کیا</w:t>
      </w:r>
    </w:p>
    <w:p>
      <w:r>
        <w:rPr>
          <w:b/>
        </w:rPr>
        <w:t xml:space="preserve">[04:09] </w:t>
      </w:r>
      <w:r>
        <w:t>ummat kaam kiya sakti hai?</w:t>
      </w:r>
    </w:p>
    <w:p>
      <w:pPr>
        <w:jc w:val="right"/>
      </w:pPr>
      <w:r>
        <w:t>امت کام کیا سکتی ہے؟</w:t>
      </w:r>
    </w:p>
    <w:p>
      <w:r>
        <w:rPr>
          <w:b/>
        </w:rPr>
        <w:t xml:space="preserve">[04:16] </w:t>
      </w:r>
      <w:r>
        <w:t>beh-haal agar aap ne ab tak aisa kiya hai to Allah ka shukar ada kijiye. agar bil farz aisa nahi kiya hai to aaj hi yeh faisla kijiye ke aap</w:t>
      </w:r>
    </w:p>
    <w:p>
      <w:pPr>
        <w:jc w:val="right"/>
      </w:pPr>
      <w:r>
        <w:t>بہرحال اگر آپ نے اب تک ایسا کیا ہے تو اللہ کا شکر ادا کیجیے۔ اگر بالفرض ایسا نہیں کیا ہے تو آج ہی یہ فیصلہ کیجیے کہ آپ</w:t>
      </w:r>
    </w:p>
    <w:p>
      <w:r>
        <w:rPr>
          <w:b/>
        </w:rPr>
        <w:t xml:space="preserve">[04:35] </w:t>
      </w:r>
      <w:r>
        <w:t>kam az kam aik baar quran ko sirf is niyat se parhenge, poora quran,</w:t>
      </w:r>
    </w:p>
    <w:p>
      <w:pPr>
        <w:jc w:val="right"/>
      </w:pPr>
      <w:r>
        <w:t>کم از کم ایک بار قرآن کو صرف اس نیت سے پڑھیں گے، پورا قرآن،</w:t>
      </w:r>
    </w:p>
    <w:p>
      <w:r>
        <w:rPr>
          <w:b/>
        </w:rPr>
        <w:t xml:space="preserve">[04:43] </w:t>
      </w:r>
      <w:r>
        <w:t>ke is quran, is ko, is ke kitab mein mere liye kya paigham hai? kya paigham hai?</w:t>
      </w:r>
    </w:p>
    <w:p>
      <w:pPr>
        <w:jc w:val="right"/>
      </w:pPr>
      <w:r>
        <w:t>کہ اس قرآن، اس کو، اس کے کتاب میں میرے لیے کیا پیغام ہے؟ کیا پیغام ہے؟</w:t>
      </w:r>
    </w:p>
    <w:p>
      <w:r>
        <w:rPr>
          <w:b/>
        </w:rPr>
        <w:t xml:space="preserve">[05:01] </w:t>
      </w:r>
      <w:r>
        <w:t>yeh bohat hi zaroori hai.</w:t>
      </w:r>
    </w:p>
    <w:p>
      <w:pPr>
        <w:jc w:val="right"/>
      </w:pPr>
      <w:r>
        <w:t>یہ بہت ہی ضروری ہے۔</w:t>
      </w:r>
    </w:p>
    <w:p>
      <w:r>
        <w:rPr>
          <w:b/>
        </w:rPr>
        <w:t xml:space="preserve">[05:09] </w:t>
      </w:r>
      <w:r>
        <w:t>balkeh main yeh kahunga ke pehla</w:t>
      </w:r>
    </w:p>
    <w:p>
      <w:pPr>
        <w:jc w:val="right"/>
      </w:pPr>
      <w:r>
        <w:t>بلکہ میں یہ کہوں گا کہ پہلا</w:t>
      </w:r>
    </w:p>
    <w:p>
      <w:r>
        <w:rPr>
          <w:b/>
        </w:rPr>
        <w:t xml:space="preserve">[05:14] </w:t>
      </w:r>
      <w:r>
        <w:t>zaroori kaam yahi hai. to beh-haal aaj main chahunga ke aap log quran ko le kar aap ke zehn mein agar koi sawalat hon to un sawalat ko aap pesh farmayein</w:t>
      </w:r>
    </w:p>
    <w:p>
      <w:pPr>
        <w:jc w:val="right"/>
      </w:pPr>
      <w:r>
        <w:t>ضروری کام یہی ہے۔ تو بہرحال آج میں چاہوں گا کہ آپ لوگ قرآن کو لے کر آپ کے ذہن میں اگر کوئی سوالات ہوں تو ان سوالات کو آپ پیش فرمائیں</w:t>
      </w:r>
    </w:p>
    <w:p>
      <w:r>
        <w:rPr>
          <w:b/>
        </w:rPr>
        <w:t xml:space="preserve">[05:30] </w:t>
      </w:r>
      <w:r>
        <w:t>aur hum log is ka jawab dene ki koshish karenge. Allah taala hum ki, hamari aur aap ki rehnumai farmaye.</w:t>
      </w:r>
    </w:p>
    <w:p>
      <w:pPr>
        <w:jc w:val="right"/>
      </w:pPr>
      <w:r>
        <w:t>اور ہم لوگ اس کا جواب دینے کی کوشش کریں گے۔ اللہ تعالیٰ ہم کی، ہماری اور آپ کی رہنمائی فرمائے۔</w:t>
      </w:r>
    </w:p>
    <w:p>
      <w:r>
        <w:rPr>
          <w:b/>
        </w:rPr>
        <w:t xml:space="preserve">[05:41] </w:t>
      </w:r>
      <w:r>
        <w:t>assalam o alaikum wa rehmatullah.</w:t>
      </w:r>
    </w:p>
    <w:p>
      <w:pPr>
        <w:jc w:val="right"/>
      </w:pPr>
      <w:r>
        <w:t>السلام علیکم ورحمۃ اللہ۔</w:t>
      </w:r>
    </w:p>
    <w:p>
      <w:r>
        <w:rPr>
          <w:b/>
        </w:rPr>
        <w:t xml:space="preserve">[05:56] </w:t>
      </w:r>
      <w:r>
        <w:t>maulana, aap ne jo quran ke baray mein bataya ke kam se kam zindagi mein aik martaba aadmi ko is niyat se parhna chahiye ke quran hamein kya kehta hai, to aap mera sawal yeh hai ke aap yeh kehna chahte hain ke quran ko hum de-condition mind ke sath parhein?</w:t>
      </w:r>
    </w:p>
    <w:p>
      <w:pPr>
        <w:jc w:val="right"/>
      </w:pPr>
      <w:r>
        <w:t>مولانا، آپ نے جو قرآن کے بارے میں بتایا کہ کم سے کم زندگی میں ایک مرتبہ آدمی کو اس نیت سے پڑھنا چاہیے کہ قرآن ہمیں کیا کہتا ہے، تو آپ میرا سوال یہ ہے کہ آپ یہ کہنا چاہتے ہیں کہ قرآن کو ہم ڈی کنڈیشن مائنڈ کے ساتھ پڑھیں؟</w:t>
      </w:r>
    </w:p>
    <w:p>
      <w:r>
        <w:rPr>
          <w:b/>
        </w:rPr>
        <w:t xml:space="preserve">[06:20] </w:t>
      </w:r>
      <w:r>
        <w:t>yeh sahi baat hai. balkeh yeh janne ke liye ke hamara mind condition mind to nahi hai, yani taqabul karein apni soch se aur quran jo soch deta hai woh.</w:t>
      </w:r>
    </w:p>
    <w:p>
      <w:pPr>
        <w:jc w:val="right"/>
      </w:pPr>
      <w:r>
        <w:t>یہ صحیح بات ہے۔ بلکہ یہ جاننے کے لیے کہ ہمارا مائنڈ کنڈیشن مائنڈ تو نہیں ہے، یعنی تقابل کریں اپنی سوچ سے اور قرآن جو سوچ دیتا ہے وہ۔</w:t>
      </w:r>
    </w:p>
    <w:p>
      <w:r>
        <w:rPr>
          <w:b/>
        </w:rPr>
        <w:t xml:space="preserve">[06:36] </w:t>
      </w:r>
      <w:r>
        <w:t>to agar hamari soch wahi ho jo quran jis soch ki tablegh karta hai to theek hai, warna hamein apni soch ki kaise karni chahiye?</w:t>
      </w:r>
    </w:p>
    <w:p>
      <w:pPr>
        <w:jc w:val="right"/>
      </w:pPr>
      <w:r>
        <w:t>تو اگر ہماری سوچ وہی ہو جو قرآن جس سوچ کی تبلیغ کرتا ہے تو ٹھیک ہے، ورنہ ہمیں اپنی سوچ کی کیسے کرنی چاہیے؟</w:t>
      </w:r>
    </w:p>
    <w:p>
      <w:r>
        <w:rPr>
          <w:b/>
        </w:rPr>
        <w:t xml:space="preserve">[06:53] </w:t>
      </w:r>
      <w:r>
        <w:t>kyun ke har aadmi dekhiye,</w:t>
      </w:r>
    </w:p>
    <w:p>
      <w:pPr>
        <w:jc w:val="right"/>
      </w:pPr>
      <w:r>
        <w:t>کیونکہ ہر آدمی دیکھیے،</w:t>
      </w:r>
    </w:p>
    <w:p>
      <w:r>
        <w:rPr>
          <w:b/>
        </w:rPr>
        <w:t xml:space="preserve">[06:55] </w:t>
      </w:r>
      <w:r>
        <w:t>kisi mahol mein paida hota hai.</w:t>
      </w:r>
    </w:p>
    <w:p>
      <w:pPr>
        <w:jc w:val="right"/>
      </w:pPr>
      <w:r>
        <w:t>کسی ماحول میں پیدا ہوتا ہے۔</w:t>
      </w:r>
    </w:p>
    <w:p>
      <w:r>
        <w:rPr>
          <w:b/>
        </w:rPr>
        <w:t xml:space="preserve">[07:01] </w:t>
      </w:r>
      <w:r>
        <w:t>wo jo hadees hai: "kul</w:t>
      </w:r>
    </w:p>
    <w:p>
      <w:pPr>
        <w:jc w:val="right"/>
      </w:pPr>
      <w:r>
        <w:t>وہ جو حدیث ہے: "کل</w:t>
      </w:r>
    </w:p>
    <w:p>
      <w:r>
        <w:rPr>
          <w:b/>
        </w:rPr>
        <w:t xml:space="preserve">[07:13] </w:t>
      </w:r>
      <w:r>
        <w:t>cheez ka matlab mahol nahi, mahol", yani har aadmi mahol ka parhne wala ban jata hai.</w:t>
      </w:r>
    </w:p>
    <w:p>
      <w:pPr>
        <w:jc w:val="right"/>
      </w:pPr>
      <w:r>
        <w:t>چیز کا مطلب ماحول نہیں، ماحول"، یعنی ہر آدمی ماحول کا پڑھنے والا بن جاتا ہے۔</w:t>
      </w:r>
    </w:p>
    <w:p>
      <w:r>
        <w:rPr>
          <w:b/>
        </w:rPr>
        <w:t xml:space="preserve">[07:24] </w:t>
      </w:r>
      <w:r>
        <w:t>ise har aadmi ko bohat ziyada is par dhyan dena chahiye ke woh</w:t>
      </w:r>
    </w:p>
    <w:p>
      <w:pPr>
        <w:jc w:val="right"/>
      </w:pPr>
      <w:r>
        <w:t>اسے ہر آدمی کو بہت زیادہ اس پر دھیان دینا چاہیے کہ وہ</w:t>
      </w:r>
    </w:p>
    <w:p>
      <w:r>
        <w:rPr>
          <w:b/>
        </w:rPr>
        <w:t xml:space="preserve">[07:33] </w:t>
      </w:r>
      <w:r>
        <w:t>mahol ka product na bane balkay</w:t>
      </w:r>
    </w:p>
    <w:p>
      <w:pPr>
        <w:jc w:val="right"/>
      </w:pPr>
      <w:r>
        <w:t>ماحول کا پروڈکٹ نہ بنے بلکہ</w:t>
      </w:r>
    </w:p>
    <w:p>
      <w:r>
        <w:rPr>
          <w:b/>
        </w:rPr>
        <w:t xml:space="preserve">[07:39] </w:t>
      </w:r>
      <w:r>
        <w:t>quran ka product bane. toh aaj ki majlis mein is silsilay mein aap ko hazraat koi sawal apne zehn mein ho toh is pe hum</w:t>
      </w:r>
    </w:p>
    <w:p>
      <w:pPr>
        <w:jc w:val="right"/>
      </w:pPr>
      <w:r>
        <w:t>قرآن کا پروڈکٹ بنے۔ تو آج کی مجلس میں اس سلسلے میں آپ کو حضرات کوئی سوال اپنے ذہن میں ہو تو اس پہ ہم</w:t>
      </w:r>
    </w:p>
    <w:p>
      <w:r>
        <w:rPr>
          <w:b/>
        </w:rPr>
        <w:t xml:space="preserve">[07:56] </w:t>
      </w:r>
      <w:r>
        <w:t>baat cheet karein ge.</w:t>
      </w:r>
    </w:p>
    <w:p>
      <w:pPr>
        <w:jc w:val="right"/>
      </w:pPr>
      <w:r>
        <w:t>بات چیت کریں گے۔</w:t>
      </w:r>
    </w:p>
    <w:p>
      <w:r>
        <w:rPr>
          <w:b/>
        </w:rPr>
        <w:t xml:space="preserve">[08:00] </w:t>
      </w:r>
      <w:r>
        <w:t>maulana, Hazrat Aisha ka qaul hai, un se kisi ne kaha ke kuch log hain jo quran ko ek raat mein poora parh lete hain, toh is par unhon ne kaha tha: "toh unhon ne toh ek raat mein quran, quran, quran parhne se mana kiya tha." mera sawal yeh hai ke kam se kam kitne din mein quran parhna chahiye?</w:t>
      </w:r>
    </w:p>
    <w:p>
      <w:pPr>
        <w:jc w:val="right"/>
      </w:pPr>
      <w:r>
        <w:t>مولانا، حضرت عائشہ کا قول ہے، ان سے کسی نے کہا کہ کچھ لوگ ہیں جو قرآن کو ایک رات میں پورا پڑھ لیتے ہیں، تو اس پر انہوں نے کہا تھا: "تو انہوں نے تو ایک رات میں قرآن، قرآن، قرآن پڑھنے سے منع کیا تھا۔" میرا سوال یہ ہے کہ کم سے کم کتنے دن میں قرآن پڑھنا چاہیے؟</w:t>
      </w:r>
    </w:p>
    <w:p>
      <w:r>
        <w:rPr>
          <w:b/>
        </w:rPr>
        <w:t xml:space="preserve">[08:24] </w:t>
      </w:r>
      <w:r>
        <w:t>nahi, bilkul nahi. din se koi talluq nahi hai ke paanch din hain, das din hain, ek saal, ek saal.</w:t>
      </w:r>
    </w:p>
    <w:p>
      <w:pPr>
        <w:jc w:val="right"/>
      </w:pPr>
      <w:r>
        <w:t>نہیں، بالکل نہیں۔ دن سے کوئی تعلق نہیں ہے کہ پانچ دن ہیں، دس دن ہیں، ایک سال، ایک سال۔</w:t>
      </w:r>
    </w:p>
    <w:p>
      <w:r>
        <w:rPr>
          <w:b/>
        </w:rPr>
        <w:t xml:space="preserve">[08:33] </w:t>
      </w:r>
      <w:r>
        <w:t>yeh sab koi tareeqa nahi hai. bas aap rozana parhein quran ko, rozana parhein aur yeh janne ki koshish karein</w:t>
      </w:r>
    </w:p>
    <w:p>
      <w:pPr>
        <w:jc w:val="right"/>
      </w:pPr>
      <w:r>
        <w:t>یہ سب کوئی طریقہ نہیں ہے۔ بس آپ روزانہ پڑھیں قرآن کو، روزانہ پڑھیں اور یہ جاننے کی کوشش کریں</w:t>
      </w:r>
    </w:p>
    <w:p>
      <w:r>
        <w:rPr>
          <w:b/>
        </w:rPr>
        <w:t xml:space="preserve">[08:42] </w:t>
      </w:r>
      <w:r>
        <w:t>ke mere jo condition mind hai, kahan kahan woh ghalat, ghalat hai aur phir apni islaah karein.</w:t>
      </w:r>
    </w:p>
    <w:p>
      <w:pPr>
        <w:jc w:val="right"/>
      </w:pPr>
      <w:r>
        <w:t>کہ میرے جو کنڈیشن مائنڈ ہے، کہاں کہاں وہ غلط، غلط ہے اور پھر اپنی اصلاح کریں۔</w:t>
      </w:r>
    </w:p>
    <w:p>
      <w:r>
        <w:rPr>
          <w:b/>
        </w:rPr>
        <w:t xml:space="preserve">[08:54] </w:t>
      </w:r>
      <w:r>
        <w:t>mislan mein apne baray mein kehta hoon ke</w:t>
      </w:r>
    </w:p>
    <w:p>
      <w:pPr>
        <w:jc w:val="right"/>
      </w:pPr>
      <w:r>
        <w:t>مثلاً میں اپنے بارے میں کہتا ہوں کہ</w:t>
      </w:r>
    </w:p>
    <w:p>
      <w:r>
        <w:rPr>
          <w:b/>
        </w:rPr>
        <w:t xml:space="preserve">[08:58] </w:t>
      </w:r>
      <w:r>
        <w:t>mera idhar ghussa bohat tha, meri condition ghusse mein hui thi. toh bohat din tak mein yahi bachta raha aur wahan koi na koi baat keh kar is ko justify karta tha.</w:t>
      </w:r>
    </w:p>
    <w:p>
      <w:pPr>
        <w:jc w:val="right"/>
      </w:pPr>
      <w:r>
        <w:t>میرا ادھر غصہ بہت تھا، میری کنڈیشن غصے میں ہوئی تھی۔ تو بہت دن تک میں یہی بچیتا رہا اور وہاں کوئی نہ کوئی بات کہہ کر اس کو جسٹیفائی کرتا تھا۔</w:t>
      </w:r>
    </w:p>
    <w:p>
      <w:r>
        <w:rPr>
          <w:b/>
        </w:rPr>
        <w:t xml:space="preserve">[09:18] </w:t>
      </w:r>
      <w:r>
        <w:t>phir jab mein ne quran o hadees parha ghusse ke baray mein, quran mein aaya hai ke tum ko ghussa aaye toh tum</w:t>
      </w:r>
    </w:p>
    <w:p>
      <w:pPr>
        <w:jc w:val="right"/>
      </w:pPr>
      <w:r>
        <w:t>پھر جب میں نے قرآن و حدیث پڑھا غصے کے بارے میں، قرآن میں آیا ہے کہ تم کو غصہ آئے تو تم</w:t>
      </w:r>
    </w:p>
    <w:p>
      <w:r>
        <w:rPr>
          <w:b/>
        </w:rPr>
        <w:t xml:space="preserve">[09:34] </w:t>
      </w:r>
      <w:r>
        <w:t>maaf kar do</w:t>
      </w:r>
    </w:p>
    <w:p>
      <w:pPr>
        <w:jc w:val="right"/>
      </w:pPr>
      <w:r>
        <w:t>معاف کر دو</w:t>
      </w:r>
    </w:p>
    <w:p>
      <w:r>
        <w:rPr>
          <w:b/>
        </w:rPr>
        <w:t xml:space="preserve">[09:39] </w:t>
      </w:r>
      <w:r>
        <w:t>aur hadees mein bhi aaya hai.</w:t>
      </w:r>
    </w:p>
    <w:p>
      <w:pPr>
        <w:jc w:val="right"/>
      </w:pPr>
      <w:r>
        <w:t>اور حدیث میں بھی آیا ہے۔</w:t>
      </w:r>
    </w:p>
    <w:p>
      <w:r>
        <w:rPr>
          <w:b/>
        </w:rPr>
        <w:t xml:space="preserve">[09:43] </w:t>
      </w:r>
      <w:r>
        <w:t>toh mein phir yeh koshish karne laga ke ghussa ka maamla kya hai.</w:t>
      </w:r>
    </w:p>
    <w:p>
      <w:pPr>
        <w:jc w:val="right"/>
      </w:pPr>
      <w:r>
        <w:t>تو میں پھر یہ کوشش کرنے لگا کہ غصہ کا معاملہ کیا ہے۔</w:t>
      </w:r>
    </w:p>
    <w:p>
      <w:r>
        <w:rPr>
          <w:b/>
        </w:rPr>
        <w:t xml:space="preserve">[09:53] </w:t>
      </w:r>
      <w:r>
        <w:t>toh meri discovery yeh hui ke koi ghussa jab aata hai toh insaan ki</w:t>
      </w:r>
    </w:p>
    <w:p>
      <w:pPr>
        <w:jc w:val="right"/>
      </w:pPr>
      <w:r>
        <w:t>تو میری ڈسکوری یہ ہوئی کہ کوئی غصہ جب آتا ہے تو انسان کی</w:t>
      </w:r>
    </w:p>
    <w:p>
      <w:r>
        <w:rPr>
          <w:b/>
        </w:rPr>
        <w:t xml:space="preserve">[10:00] </w:t>
      </w:r>
      <w:r>
        <w:t>mind bohat ziyada energy release karta hai.</w:t>
      </w:r>
    </w:p>
    <w:p>
      <w:pPr>
        <w:jc w:val="right"/>
      </w:pPr>
      <w:r>
        <w:t>مائنڈ بہت زیادہ انرجی ریلیز کرتا ہے۔</w:t>
      </w:r>
    </w:p>
    <w:p>
      <w:r>
        <w:rPr>
          <w:b/>
        </w:rPr>
        <w:t xml:space="preserve">[10:07] </w:t>
      </w:r>
      <w:r>
        <w:t>toh hum is energy ko</w:t>
      </w:r>
    </w:p>
    <w:p>
      <w:pPr>
        <w:jc w:val="right"/>
      </w:pPr>
      <w:r>
        <w:t>تو ہم اس انرجی کو</w:t>
      </w:r>
    </w:p>
    <w:p>
      <w:r>
        <w:rPr>
          <w:b/>
        </w:rPr>
        <w:t xml:space="preserve">[10:11] </w:t>
      </w:r>
      <w:r>
        <w:t>. Mahboob bhai ne Mumbai se likha hai: "Maulana, mera sawal yeh hai ke quran se bepanah talluq qaim karne ke liye hamein kya karna hoga?" is ko wazeh karein.</w:t>
      </w:r>
    </w:p>
    <w:p>
      <w:pPr>
        <w:jc w:val="right"/>
      </w:pPr>
      <w:r>
        <w:t>۔ محبوب بھائی نے ممبئی سے لکھا ہے: "مولانا، میرا سوال یہ ہے کہ قرآن سے بے پناہ تعلق قائم کرنے کے لیے ہمیں کیا کرنا ہوگا؟" اس کو واضح کریں۔</w:t>
      </w:r>
    </w:p>
    <w:p>
      <w:r>
        <w:rPr>
          <w:b/>
        </w:rPr>
        <w:t xml:space="preserve">[10:23] </w:t>
      </w:r>
      <w:r>
        <w:t>bas dua kijiye aur quran ko parhiye.</w:t>
      </w:r>
    </w:p>
    <w:p>
      <w:pPr>
        <w:jc w:val="right"/>
      </w:pPr>
      <w:r>
        <w:t>بس دعا کیجیے اور قرآن کو پڑھیے۔</w:t>
      </w:r>
    </w:p>
    <w:p>
      <w:r>
        <w:rPr>
          <w:b/>
        </w:rPr>
        <w:t xml:space="preserve">[10:30] </w:t>
      </w:r>
      <w:r>
        <w:t>quran ko parhiye aur dua kijiye. aur sachi baat yeh hai ke jab quran aadmi discover kar leta hai, abhi toh hum sirf tilawat karte hain, tilawat toh talluq nahi paida hota.</w:t>
      </w:r>
    </w:p>
    <w:p>
      <w:pPr>
        <w:jc w:val="right"/>
      </w:pPr>
      <w:r>
        <w:t>قرآن کو پڑھیے اور دعا کیجیے۔ اور سچی بات یہ ہے کہ جب قرآن آدمی ڈسکور کر لیتا ہے، ابھی تو ہم صرف تلاوت کرتے ہیں، تلاوت تو تعلق نہیں پیدا ہوتا۔</w:t>
      </w:r>
    </w:p>
    <w:p>
      <w:r>
        <w:rPr>
          <w:b/>
        </w:rPr>
        <w:t xml:space="preserve">[10:45] </w:t>
      </w:r>
      <w:r>
        <w:t>lekin aap jab ghaur se parhein aur discover karein quran ko toh itni bari bari baatein milti hain ke talluq paida ho hi jata hai.</w:t>
      </w:r>
    </w:p>
    <w:p>
      <w:pPr>
        <w:jc w:val="right"/>
      </w:pPr>
      <w:r>
        <w:t>لیکن آپ جب غور سے پڑھیں اور ڈسکور کریں قرآن کو تو اتنی بڑی بڑی باتیں ملتی ہیں کہ تعلق پیدا ہو ہی جاتا ہے۔</w:t>
      </w:r>
    </w:p>
    <w:p>
      <w:r>
        <w:rPr>
          <w:b/>
        </w:rPr>
        <w:t xml:space="preserve">[11:03] </w:t>
      </w:r>
      <w:r>
        <w:t>toh mein samajhta hoon ke</w:t>
      </w:r>
    </w:p>
    <w:p>
      <w:pPr>
        <w:jc w:val="right"/>
      </w:pPr>
      <w:r>
        <w:t>تو میں سمجھتا ہوں کہ</w:t>
      </w:r>
    </w:p>
    <w:p>
      <w:r>
        <w:rPr>
          <w:b/>
        </w:rPr>
        <w:t xml:space="preserve">[11:07] </w:t>
      </w:r>
      <w:r>
        <w:t>ke tilawat, tilawat ke bajaye tadabbur, tadabbur bas yeh karna chahiye. tilawat, tilawat ke bajaye tadabbur.</w:t>
      </w:r>
    </w:p>
    <w:p>
      <w:pPr>
        <w:jc w:val="right"/>
      </w:pPr>
      <w:r>
        <w:t>کہ تلاوت، تلاوت کے بجائے تدبر، تدبر بس یہ کرنا چاہیے۔ تلاوت، تلاوت کے بجائے تدبر۔</w:t>
      </w:r>
    </w:p>
    <w:p>
      <w:r>
        <w:rPr>
          <w:b/>
        </w:rPr>
        <w:t xml:space="preserve">[11:19] </w:t>
      </w:r>
      <w:r>
        <w:t>Maulana, yeh sawal Maulana Iqbal Umri ne bheja hai: "quran ka mawzuati mutalea karne se matlab milta hai ya kya tareeqa hai matlab janne ka?"</w:t>
      </w:r>
    </w:p>
    <w:p>
      <w:pPr>
        <w:jc w:val="right"/>
      </w:pPr>
      <w:r>
        <w:t>مولانا، یہ سوال مولانا اقبال عمری نے بھیجا ہے: "قرآن کا موضوعاتی مطالعہ کرنے سے مطلوب ملتا ہے یا کیا طریقہ ہے مطلوب جاننے کا؟"</w:t>
      </w:r>
    </w:p>
    <w:p>
      <w:r>
        <w:rPr>
          <w:b/>
        </w:rPr>
        <w:t xml:space="preserve">[11:39] </w:t>
      </w:r>
      <w:r>
        <w:t>bas quran ko tadabbur ke sath parhen aur dua karte rahen.</w:t>
      </w:r>
    </w:p>
    <w:p>
      <w:pPr>
        <w:jc w:val="right"/>
      </w:pPr>
      <w:r>
        <w:t>بس قرآن کو تدبر کے ساتھ پڑھیں اور دعا کرتے رہیں۔</w:t>
      </w:r>
    </w:p>
    <w:p>
      <w:r>
        <w:rPr>
          <w:b/>
        </w:rPr>
        <w:t xml:space="preserve">[11:46] </w:t>
      </w:r>
      <w:r>
        <w:t>quran ko tadabbur ke sath parhen aur dua karte rahen. yahi tareeqa hai.</w:t>
      </w:r>
    </w:p>
    <w:p>
      <w:pPr>
        <w:jc w:val="right"/>
      </w:pPr>
      <w:r>
        <w:t>قرآن کو تدبر کے ساتھ پڑھیں اور دعا کرتے رہیں۔ یہی طریقہ ہے۔</w:t>
      </w:r>
    </w:p>
    <w:p>
      <w:r>
        <w:rPr>
          <w:b/>
        </w:rPr>
        <w:t xml:space="preserve">[11:58] </w:t>
      </w:r>
      <w:r>
        <w:t>unhon ne ek aur cheez poochhi hai Maulana aap se, woh yeh janna chahte hain. unhon ne likha hai: "Maulana, aap ne quran ki woh kaun si ayat pai jis mein quran ka matloob mil gaya?"</w:t>
      </w:r>
    </w:p>
    <w:p>
      <w:pPr>
        <w:jc w:val="right"/>
      </w:pPr>
      <w:r>
        <w:t>انہوں نے ایک اور چیز پوچھی ہے مولانا آپ سے، وہ یہ جاننا چاہتے ہیں۔ انہوں نے لکھا ہے: "مولانا، آپ نے قرآن کی وہ کون سی آیت پائی جس میں قرآن کا مطلوب مل گیا؟"</w:t>
      </w:r>
    </w:p>
    <w:p>
      <w:r>
        <w:rPr>
          <w:b/>
        </w:rPr>
        <w:t xml:space="preserve">[12:18] </w:t>
      </w:r>
      <w:r>
        <w:t>yeh to bohat hi, bohat aam sawal hai.</w:t>
      </w:r>
    </w:p>
    <w:p>
      <w:pPr>
        <w:jc w:val="right"/>
      </w:pPr>
      <w:r>
        <w:t>یہ تو بہت ہی، بہت عام سوال ہے۔</w:t>
      </w:r>
    </w:p>
    <w:p>
      <w:r>
        <w:rPr>
          <w:b/>
        </w:rPr>
        <w:t xml:space="preserve">[12:33] </w:t>
      </w:r>
      <w:r>
        <w:t>main arz karta hoon ke mujhe is quloob al hadees se, is quloob al hadees se, mislan jab maine yeh hadees padhi ke "ittqoo firasat al momin Allah"</w:t>
      </w:r>
    </w:p>
    <w:p>
      <w:pPr>
        <w:jc w:val="right"/>
      </w:pPr>
      <w:r>
        <w:t>میں عرض کرتا ہوں کہ مجھے اس قلوب الحدیث سے، اس قلوب الحدیث سے، مثلاً جب میں نے یہ حدیث پڑھی کہ "اتقو فراست المومن اللہ"</w:t>
      </w:r>
    </w:p>
    <w:p>
      <w:r>
        <w:rPr>
          <w:b/>
        </w:rPr>
        <w:t xml:space="preserve">[12:53] </w:t>
      </w:r>
      <w:r>
        <w:t>to is se maine jana ke</w:t>
      </w:r>
    </w:p>
    <w:p>
      <w:pPr>
        <w:jc w:val="right"/>
      </w:pPr>
      <w:r>
        <w:t>تو اس سے میں نے جانا کہ</w:t>
      </w:r>
    </w:p>
    <w:p>
      <w:r>
        <w:rPr>
          <w:b/>
        </w:rPr>
        <w:t xml:space="preserve">[12:59] </w:t>
      </w:r>
      <w:r>
        <w:t>ke is zindagi ke bare mein Allah rab al alameen ka ek planning hai, uska ek uski thing hai.</w:t>
      </w:r>
    </w:p>
    <w:p>
      <w:pPr>
        <w:jc w:val="right"/>
      </w:pPr>
      <w:r>
        <w:t>کہ اس زندگی کے بارے میں اللہ رب العالمین کا ایک پلاننگ ہے، اس کا ایک اس کی تھنگ ہے۔</w:t>
      </w:r>
    </w:p>
    <w:p>
      <w:r>
        <w:rPr>
          <w:b/>
        </w:rPr>
        <w:t xml:space="preserve">[13:10] </w:t>
      </w:r>
      <w:r>
        <w:t>to hamein is ke lihaaz se parhna chahiye quran ko</w:t>
      </w:r>
    </w:p>
    <w:p>
      <w:pPr>
        <w:jc w:val="right"/>
      </w:pPr>
      <w:r>
        <w:t>تو ہمیں اس کے لحاظ سے پڑھنا چاہیے قرآن کو</w:t>
      </w:r>
    </w:p>
    <w:p>
      <w:r>
        <w:rPr>
          <w:b/>
        </w:rPr>
        <w:t xml:space="preserve">[13:15] </w:t>
      </w:r>
      <w:r>
        <w:t>ke Allah rab al alameen ki isi hum thing ko daryaft karen, Khuda ki planning ko janen.</w:t>
      </w:r>
    </w:p>
    <w:p>
      <w:pPr>
        <w:jc w:val="right"/>
      </w:pPr>
      <w:r>
        <w:t>کہ اللہ رب العالمین کی اسی ہم تھنگ کو دریافت کریں، خدا کی پلاننگ کو جانیں۔</w:t>
      </w:r>
    </w:p>
    <w:p>
      <w:r>
        <w:rPr>
          <w:b/>
        </w:rPr>
        <w:t xml:space="preserve">[13:26] </w:t>
      </w:r>
      <w:r>
        <w:t>to aap jab daryaft karen ge to woh aap ke mind ko pakad lega.</w:t>
      </w:r>
    </w:p>
    <w:p>
      <w:pPr>
        <w:jc w:val="right"/>
      </w:pPr>
      <w:r>
        <w:t>تو آپ جب دریافت کریں گے تو وہ آپ کے مائنڈ کو پکڑ لے گا۔</w:t>
      </w:r>
    </w:p>
    <w:p>
      <w:r>
        <w:rPr>
          <w:b/>
        </w:rPr>
        <w:t xml:space="preserve">[13:33] </w:t>
      </w:r>
      <w:r>
        <w:t>yeh jo hai ke "ittqoo firasat al momin" to yeh kisi doosre ke bare mein nahi, khud apne bare mein hai.</w:t>
      </w:r>
    </w:p>
    <w:p>
      <w:pPr>
        <w:jc w:val="right"/>
      </w:pPr>
      <w:r>
        <w:t>یہ جو ہے کہ "اتقو فراست المومن" تو یہ کسی دوسرے کے بارے میں نہیں، خود اپنے بارے میں ہے۔</w:t>
      </w:r>
    </w:p>
    <w:p>
      <w:r>
        <w:rPr>
          <w:b/>
        </w:rPr>
        <w:t xml:space="preserve">[13:49] </w:t>
      </w:r>
      <w:r>
        <w:t>quran ki daryaft apne aap hi aap ko pakad legi, apne aap pakad legi.</w:t>
      </w:r>
    </w:p>
    <w:p>
      <w:pPr>
        <w:jc w:val="right"/>
      </w:pPr>
      <w:r>
        <w:t>قرآن کی دریافت اپنے آپ ہی آپ کو پکڑ لے گی، اپنے آپ پکڑ لے گی۔</w:t>
      </w:r>
    </w:p>
    <w:p>
      <w:r>
        <w:rPr>
          <w:b/>
        </w:rPr>
        <w:t xml:space="preserve">[14:04] </w:t>
      </w:r>
      <w:r>
        <w:t>Maulana, yeh sawal Doctor Sani Hasnain Khan sahib ka hai. logon ka kehna hai ke arabi zaban miftah al quran hai.</w:t>
      </w:r>
    </w:p>
    <w:p>
      <w:pPr>
        <w:jc w:val="right"/>
      </w:pPr>
      <w:r>
        <w:t>مولانا، یہ سوال ڈاکٹر ثانی حسنین خان صاحب کا ہے۔ لوگوں کا کہنا ہے کہ عربی زبان مفتاح القرآن ہے۔</w:t>
      </w:r>
    </w:p>
    <w:p>
      <w:r>
        <w:rPr>
          <w:b/>
        </w:rPr>
        <w:t xml:space="preserve">[14:14] </w:t>
      </w:r>
      <w:r>
        <w:t>arabi seekhe baghair quran ko samajhna mumkin nahi. lekin agar aisa ho to arab hazraat quran ke gehre maani samajh lete hain.</w:t>
      </w:r>
    </w:p>
    <w:p>
      <w:pPr>
        <w:jc w:val="right"/>
      </w:pPr>
      <w:r>
        <w:t>عربی سیکھے بغیر قرآن کو سمجھنا ممکن نہیں۔ لیکن اگر ایسا ہو تو عرب حضرات قرآن کے گہرے معنی سمجھ لیتے ہیں۔</w:t>
      </w:r>
    </w:p>
    <w:p>
      <w:r>
        <w:rPr>
          <w:b/>
        </w:rPr>
        <w:t xml:space="preserve">[14:23] </w:t>
      </w:r>
      <w:r>
        <w:t>lekin aksar arab hazraat materialistic lifestyle guzarte hain aur rituals ko follow karte hain.</w:t>
      </w:r>
    </w:p>
    <w:p>
      <w:pPr>
        <w:jc w:val="right"/>
      </w:pPr>
      <w:r>
        <w:t>لیکن اکثر عرب حضرات مٹیریلسٹک لائف اسٹائل گزارتے ہیں اور ریچولز کو فالو کرتے ہیں۔</w:t>
      </w:r>
    </w:p>
    <w:p>
      <w:r>
        <w:rPr>
          <w:b/>
        </w:rPr>
        <w:t xml:space="preserve">[14:32] </w:t>
      </w:r>
      <w:r>
        <w:t>mere khayal se yeh bilkul hi baseless baat hai</w:t>
      </w:r>
    </w:p>
    <w:p>
      <w:pPr>
        <w:jc w:val="right"/>
      </w:pPr>
      <w:r>
        <w:t>میرے خیال سے یہ بالکل ہی بیسلیس بات ہے</w:t>
      </w:r>
    </w:p>
    <w:p>
      <w:r>
        <w:rPr>
          <w:b/>
        </w:rPr>
        <w:t xml:space="preserve">[14:39] </w:t>
      </w:r>
      <w:r>
        <w:t>ke quran aur arabi zaban aap khud expert hon to aap quran ko samajh len ge.</w:t>
      </w:r>
    </w:p>
    <w:p>
      <w:pPr>
        <w:jc w:val="right"/>
      </w:pPr>
      <w:r>
        <w:t>کہ قرآن اور عربی زبان آپ خود ایکسپرٹ ہوں تو آپ قرآن کو سمجھ لیں گے۔</w:t>
      </w:r>
    </w:p>
    <w:p>
      <w:r>
        <w:rPr>
          <w:b/>
        </w:rPr>
        <w:t xml:space="preserve">[14:48] </w:t>
      </w:r>
      <w:r>
        <w:t>yeh bilkul sahi nahi hai.</w:t>
      </w:r>
    </w:p>
    <w:p>
      <w:pPr>
        <w:jc w:val="right"/>
      </w:pPr>
      <w:r>
        <w:t>یہ بالکل صحیح نہیں ہے۔</w:t>
      </w:r>
    </w:p>
    <w:p>
      <w:r>
        <w:rPr>
          <w:b/>
        </w:rPr>
        <w:t xml:space="preserve">[14:54] </w:t>
      </w:r>
      <w:r>
        <w:t>quran ke bare mein wahi jo hadees aayi hai, uski zaroorat hai. "</w:t>
      </w:r>
    </w:p>
    <w:p>
      <w:pPr>
        <w:jc w:val="right"/>
      </w:pPr>
      <w:r>
        <w:t>قرآن کے بارے میں وہی جو حدیث آئی ہے، اس کی ضرورت ہے۔ "</w:t>
      </w:r>
    </w:p>
    <w:p>
      <w:r>
        <w:rPr>
          <w:b/>
        </w:rPr>
        <w:t xml:space="preserve">[15:02] </w:t>
      </w:r>
      <w:r>
        <w:t>taahud bil quran". haan, yahi yahi. taahud ke bare mein liptna, quran se liapte raho.</w:t>
      </w:r>
    </w:p>
    <w:p>
      <w:pPr>
        <w:jc w:val="right"/>
      </w:pPr>
      <w:r>
        <w:t>تعاہد بالقرآن"۔ ہاں، یہی یہی۔ تعاہد کے بارے میں لپٹنا، قرآن سے لپٹے رہو۔</w:t>
      </w:r>
    </w:p>
    <w:p>
      <w:r>
        <w:rPr>
          <w:b/>
        </w:rPr>
        <w:t xml:space="preserve">[15:16] </w:t>
      </w:r>
      <w:r>
        <w:t>kehta hai aap ka matlab hai</w:t>
      </w:r>
    </w:p>
    <w:p>
      <w:pPr>
        <w:jc w:val="right"/>
      </w:pPr>
      <w:r>
        <w:t>کہتا ہے آپ کا مطلب ہے</w:t>
      </w:r>
    </w:p>
    <w:p>
      <w:r>
        <w:rPr>
          <w:b/>
        </w:rPr>
        <w:t xml:space="preserve">[15:17] </w:t>
      </w:r>
      <w:r>
        <w:t>quran? Maulana, taahud ka matlab hai barabar uski nigrani karte raho, uske paas lage raho, uske paas</w:t>
      </w:r>
    </w:p>
    <w:p>
      <w:pPr>
        <w:jc w:val="right"/>
      </w:pPr>
      <w:r>
        <w:t>قرآن؟ مولانا، تعاہد کا مطلب ہے برابر اس کی نگرانی کرتے رہو، اس کے پاس لگے رہو، اس کے پاس</w:t>
      </w:r>
    </w:p>
    <w:p>
      <w:r>
        <w:rPr>
          <w:b/>
        </w:rPr>
        <w:t xml:space="preserve">[15:26] </w:t>
      </w:r>
      <w:r>
        <w:t>barabar lage raho. maine ek aadmi ko padha hai, dekha hai, woh Taybah Ustad Maulana Abdullah to</w:t>
      </w:r>
    </w:p>
    <w:p>
      <w:pPr>
        <w:jc w:val="right"/>
      </w:pPr>
      <w:r>
        <w:t>برابر لگے رہو۔ میں نے ایک آدمی کو پڑھا ہے، دیکھا ہے، وہ طیبہ استاد مولانا عبداللہ تو</w:t>
      </w:r>
    </w:p>
    <w:p>
      <w:r>
        <w:rPr>
          <w:b/>
        </w:rPr>
        <w:t xml:space="preserve">[15:44] </w:t>
      </w:r>
      <w:r>
        <w:t>un ke sirhane hamesha ek kitaab, dictionary rakhi rehti thi.</w:t>
      </w:r>
    </w:p>
    <w:p>
      <w:pPr>
        <w:jc w:val="right"/>
      </w:pPr>
      <w:r>
        <w:t>ان کے سرانے ہمیشہ ایک کتاب، ڈکشنری رکھی رہتی تھی۔</w:t>
      </w:r>
    </w:p>
    <w:p>
      <w:r>
        <w:rPr>
          <w:b/>
        </w:rPr>
        <w:t xml:space="preserve">[15:54] </w:t>
      </w:r>
      <w:r>
        <w:t>do jild mein ya teen jild mein thi kitaab mein</w:t>
      </w:r>
    </w:p>
    <w:p>
      <w:pPr>
        <w:jc w:val="right"/>
      </w:pPr>
      <w:r>
        <w:t>دو جلد میں یا تین جلد میں تھی کتاب میں</w:t>
      </w:r>
    </w:p>
    <w:p>
      <w:r>
        <w:rPr>
          <w:b/>
        </w:rPr>
        <w:t xml:space="preserve">[16:02] </w:t>
      </w:r>
      <w:r>
        <w:t>quran ki</w:t>
      </w:r>
    </w:p>
    <w:p>
      <w:pPr>
        <w:jc w:val="right"/>
      </w:pPr>
      <w:r>
        <w:t>قرآن کی</w:t>
      </w:r>
    </w:p>
    <w:p>
      <w:r>
        <w:rPr>
          <w:b/>
        </w:rPr>
        <w:t xml:space="preserve">[16:05] </w:t>
      </w:r>
      <w:r>
        <w:t>jo dictionary thi, woh arabi zaban ki. to woh barabar usi ke sochte rehte the, alfaaz nikalte rehte the bar bar bar.</w:t>
      </w:r>
    </w:p>
    <w:p>
      <w:pPr>
        <w:jc w:val="right"/>
      </w:pPr>
      <w:r>
        <w:t>جو ڈکشنری تھی، وہ عربی زبان کی۔ تو وہ برابر اسی کے سوچتے رہتے تھے، الفاظ نکالتے رہتے تھے بار بار بار۔</w:t>
      </w:r>
    </w:p>
    <w:p>
      <w:r>
        <w:rPr>
          <w:b/>
        </w:rPr>
        <w:t xml:space="preserve">[16:23] </w:t>
      </w:r>
      <w:r>
        <w:t>to un ko main ne paya hai.</w:t>
      </w:r>
    </w:p>
    <w:p>
      <w:pPr>
        <w:jc w:val="right"/>
      </w:pPr>
      <w:r>
        <w:t>تو ان کو میں نے پایا ہے۔</w:t>
      </w:r>
    </w:p>
    <w:p>
      <w:r>
        <w:rPr>
          <w:b/>
        </w:rPr>
        <w:t xml:space="preserve">[16:28] </w:t>
      </w:r>
      <w:r>
        <w:t>aur tumhari kisi ko paya nahi. to quran se jitna zyada aap lapte rahenge, utne zyada aap par quran ki maani khulenge.</w:t>
      </w:r>
    </w:p>
    <w:p>
      <w:pPr>
        <w:jc w:val="right"/>
      </w:pPr>
      <w:r>
        <w:t>اور تمہاری کسی کو پایا نہیں۔ تو قرآن سے جتنا زیادہ آپ لپٹے رہیں گے، اتنے زیادہ آپ پر قرآن کی معنی کھلیں گے۔</w:t>
      </w:r>
    </w:p>
    <w:p>
      <w:r>
        <w:rPr>
          <w:b/>
        </w:rPr>
        <w:t xml:space="preserve">[16:42] </w:t>
      </w:r>
      <w:r>
        <w:t>maulana, yeh mu'jam to nahi hai?</w:t>
      </w:r>
    </w:p>
    <w:p>
      <w:pPr>
        <w:jc w:val="right"/>
      </w:pPr>
      <w:r>
        <w:t>مولانا، یہ معجم تو نہیں ہے؟</w:t>
      </w:r>
    </w:p>
    <w:p>
      <w:r>
        <w:rPr>
          <w:b/>
        </w:rPr>
        <w:t xml:space="preserve">[16:46] </w:t>
      </w:r>
      <w:r>
        <w:t>nahi. mu'jam? nahi, nahi. mu'jam teen jildon mein hai. lughat.</w:t>
      </w:r>
    </w:p>
    <w:p>
      <w:pPr>
        <w:jc w:val="right"/>
      </w:pPr>
      <w:r>
        <w:t>نہیں۔ معجم؟ نہیں، نہیں۔ معجم تین جلدوں میں ہے۔ لغات۔</w:t>
      </w:r>
    </w:p>
    <w:p>
      <w:r>
        <w:rPr>
          <w:b/>
        </w:rPr>
        <w:t xml:space="preserve">[17:08] </w:t>
      </w:r>
      <w:r>
        <w:t>maulana, yeh hasan bin ali ka qaul hai, hazrat hasan bin ali rasool allah ke nawase: "in min kan qablakum al quran rasail min rabbihim fa kano yatadabbarunahu bil lail yatatafqadoonahu fi an nahar" ke tum mein se pehle jo log the, woh quran ko un ke rabb ki taraf se aya hua rasail ya khat samajhte the.</w:t>
      </w:r>
    </w:p>
    <w:p>
      <w:pPr>
        <w:jc w:val="right"/>
      </w:pPr>
      <w:r>
        <w:t>مولانا، یہ حسن بن علی کا قول ہے، حضرت حسن بن علی رسول اللہ کے نواسے: "إن من کان قبلکم القرآن رسائل من ربہم فکانو یتدبرونہ باللیل یتفقدونہ فی النہار" کہ تم میں سے پہلے جو لوگ تھے، وہ قرآن کو ان کے رب کی طرف سے آیا ہوا رسائل یا خط سمجھتے تھے۔</w:t>
      </w:r>
    </w:p>
    <w:p>
      <w:r>
        <w:rPr>
          <w:b/>
        </w:rPr>
        <w:t xml:space="preserve">[17:36] </w:t>
      </w:r>
      <w:r>
        <w:t>chunanche woh raat mein is mein tadabbur karte the aur din mein is ke baray mein ghor o fikr karte the, is ko khojte the.</w:t>
      </w:r>
    </w:p>
    <w:p>
      <w:pPr>
        <w:jc w:val="right"/>
      </w:pPr>
      <w:r>
        <w:t>چنانچہ وہ رات میں اس میں تدبر کرتے تھے اور دن میں اس کے بارے میں غور و فکر کرتے تھے، اس کو کھوجتے تھے۔</w:t>
      </w:r>
    </w:p>
    <w:p>
      <w:r>
        <w:rPr>
          <w:b/>
        </w:rPr>
        <w:t xml:space="preserve">[17:46] </w:t>
      </w:r>
      <w:r>
        <w:t>bas is ka matlab yahi hai ke woh quran se lapte rehte the. main soch raha hoon yeh baat.</w:t>
      </w:r>
    </w:p>
    <w:p>
      <w:pPr>
        <w:jc w:val="right"/>
      </w:pPr>
      <w:r>
        <w:t>بس اس کا مطلب یہی ہے کہ وہ قرآن سے لپٹے رہتے تھے۔ میں سوچ رہا ہوں یہ بات۔</w:t>
      </w:r>
    </w:p>
    <w:p>
      <w:r>
        <w:rPr>
          <w:b/>
        </w:rPr>
        <w:t xml:space="preserve">[17:58] </w:t>
      </w:r>
      <w:r>
        <w:t>maulana, aap kisi sahib ka hawala dete hain, woh quran mein kisi doosre hawale se jo jis se hum lapte rehne ka matlab samajh sakte hain ke ghalib ke ashaar ke baray mein woh kehte the ke un ke zehn mein ghoomta rehta hai.</w:t>
      </w:r>
    </w:p>
    <w:p>
      <w:pPr>
        <w:jc w:val="right"/>
      </w:pPr>
      <w:r>
        <w:t>مولانا، آپ کسی صاحب کا حوالہ دیتے ہیں، وہ قرآن میں کسی دوسرے حوالے سے جو جس سے ہم لپٹے رہنے کا مطلب سمجھ سکتے ہیں کہ غالب کے اشعار کے بارے میں وہ کہتے تھے کہ ان کے ذہن میں گھومتا رہتا ہے۔</w:t>
      </w:r>
    </w:p>
    <w:p>
      <w:r>
        <w:rPr>
          <w:b/>
        </w:rPr>
        <w:t xml:space="preserve">[18:12] </w:t>
      </w:r>
      <w:r>
        <w:t>haan, main ne dekha hai sahib ko. to wohi quran ke baray mein hona chahiye ke quran ke mutabiq ghoomte rahen aap ke.</w:t>
      </w:r>
    </w:p>
    <w:p>
      <w:pPr>
        <w:jc w:val="right"/>
      </w:pPr>
      <w:r>
        <w:t>ہاں، میں نے دیکھا ہے صاحب کو۔ تو وہی قرآن کے بارے میں ہونا چاہیے کہ قرآن کے مطابق گھومتے رہیں آپ کے۔</w:t>
      </w:r>
    </w:p>
    <w:p>
      <w:r>
        <w:rPr>
          <w:b/>
        </w:rPr>
        <w:t xml:space="preserve">[18:23] </w:t>
      </w:r>
      <w:r>
        <w:t>to aap dua mein.</w:t>
      </w:r>
    </w:p>
    <w:p>
      <w:pPr>
        <w:jc w:val="right"/>
      </w:pPr>
      <w:r>
        <w:t>تو آپ دعا میں۔</w:t>
      </w:r>
    </w:p>
    <w:p>
      <w:r>
        <w:rPr>
          <w:b/>
        </w:rPr>
        <w:t xml:space="preserve">[18:29] </w:t>
      </w:r>
      <w:r>
        <w:t>maulana, miss roma wani ne likha hai sawal jammu o kashmir se. unho ne likha hai: "subhan allah, do i understand correctly that it is not important how long we take to complete the reading of the quran,</w:t>
      </w:r>
    </w:p>
    <w:p>
      <w:pPr>
        <w:jc w:val="right"/>
      </w:pPr>
      <w:r>
        <w:t>مولانا، مس روما وانی نے لکھا ہے سوال جموں کشمیر سے۔ انہوں نے لکھا ہے: "سبحان اللہ، ڈو آئی انڈرسٹینڈ کریکٹلی دیٹ اٹ از ناٹ امپورٹنٹ ہاؤ لانگ وی ٹیک ٹو کمپلیٹ دا ریڈنگ اف دا قرآن،</w:t>
      </w:r>
    </w:p>
    <w:p>
      <w:r>
        <w:rPr>
          <w:b/>
        </w:rPr>
        <w:t xml:space="preserve">[18:47] </w:t>
      </w:r>
      <w:r>
        <w:t>but we must read every day and try to understand its teachings?"</w:t>
      </w:r>
    </w:p>
    <w:p>
      <w:pPr>
        <w:jc w:val="right"/>
      </w:pPr>
      <w:r>
        <w:t>بٹ وی مسٹ ریڈ ایوری ڈے اینڈ ٹرائی ٹو انڈرسٹینڈ اٹس ٹیچنگز؟"</w:t>
      </w:r>
    </w:p>
    <w:p>
      <w:r>
        <w:rPr>
          <w:b/>
        </w:rPr>
        <w:t xml:space="preserve">[18:56] </w:t>
      </w:r>
      <w:r>
        <w:t>dekhiye, yeh baat samajh lijiye ke quran ke ka jo jo gehre mazameen hain, woh sirf alfaaz quran ko parhne se nahi hasil hote.</w:t>
      </w:r>
    </w:p>
    <w:p>
      <w:pPr>
        <w:jc w:val="right"/>
      </w:pPr>
      <w:r>
        <w:t>دیکھیے، یہ بات سمجھ لیجئے کہ قرآن کے کا جو جو گہرے مضامین ہیں، وہ صرف الفاظ قرآن کو پڑھنے سے نہیں حاصل ہوتے۔</w:t>
      </w:r>
    </w:p>
    <w:p>
      <w:r>
        <w:rPr>
          <w:b/>
        </w:rPr>
        <w:t xml:space="preserve">[19:15] </w:t>
      </w:r>
      <w:r>
        <w:t>is liye zaroori hai ke aap allah rabb ul alameen se dua karte rahen. dua plus quran ka tadabbur, yeh ho aadmi ka dil, tab woh samajh payega.</w:t>
      </w:r>
    </w:p>
    <w:p>
      <w:pPr>
        <w:jc w:val="right"/>
      </w:pPr>
      <w:r>
        <w:t>اس لیے ضروری ہے کہ آپ اللہ رب العالمین سے دعا کرتے رہیں۔ دعا پلس قرآن کا تدبر، یہ ہو آدمی کا دل، تب وہ سمجھ پائے گا۔</w:t>
      </w:r>
    </w:p>
    <w:p>
      <w:r>
        <w:rPr>
          <w:b/>
        </w:rPr>
        <w:t xml:space="preserve">[19:39] </w:t>
      </w:r>
      <w:r>
        <w:t>maulana, agla sawal dilli se faraz khan sahib ne kiya hai. unho ne aap se poocha hai: "maulana, what is the essence of Alhamdulillah Rabbil Alameen?"</w:t>
      </w:r>
    </w:p>
    <w:p>
      <w:pPr>
        <w:jc w:val="right"/>
      </w:pPr>
      <w:r>
        <w:t>مولانا، اگلا سوال دلی سے فراز خان صاحب نے کیا ہے۔ انہوں نے آپ سے پوچھا ہے: "مولانا، واٹ از دی ایسنس اف الحمدللہ رب العالمین؟"</w:t>
      </w:r>
    </w:p>
    <w:p>
      <w:r>
        <w:rPr>
          <w:b/>
        </w:rPr>
        <w:t xml:space="preserve">[20:00] </w:t>
      </w:r>
      <w:r>
        <w:t>alhamdulillah rabb ul alameen ka tarjuma hai</w:t>
      </w:r>
    </w:p>
    <w:p>
      <w:pPr>
        <w:jc w:val="right"/>
      </w:pPr>
      <w:r>
        <w:t>الحمدللہ رب العالمین کا ترجمہ ہے</w:t>
      </w:r>
    </w:p>
    <w:p>
      <w:r>
        <w:rPr>
          <w:b/>
        </w:rPr>
        <w:t xml:space="preserve">[20:07] </w:t>
      </w:r>
      <w:r>
        <w:t>ke sare hamd allah ke liye hain.</w:t>
      </w:r>
    </w:p>
    <w:p>
      <w:pPr>
        <w:jc w:val="right"/>
      </w:pPr>
      <w:r>
        <w:t>کہ سارے حمد اللہ کے لیے ہیں۔</w:t>
      </w:r>
    </w:p>
    <w:p>
      <w:r>
        <w:rPr>
          <w:b/>
        </w:rPr>
        <w:t xml:space="preserve">[20:14] </w:t>
      </w:r>
      <w:r>
        <w:t>sare hamd allah ke liye. main samajhta hoon ke yeh wasee ek cheez hai. jaise greek philosopher ke baray mein aata hai ke</w:t>
      </w:r>
    </w:p>
    <w:p>
      <w:pPr>
        <w:jc w:val="right"/>
      </w:pPr>
      <w:r>
        <w:t>سارے حمد اللہ کے لیے۔ میں سمجھتا ہوں کہ یہ وسیع ایک چیز ہے۔ جیسے گریک فلاسفر کے بارے میں آتا ہے کہ</w:t>
      </w:r>
    </w:p>
    <w:p>
      <w:r>
        <w:rPr>
          <w:b/>
        </w:rPr>
        <w:t xml:space="preserve">[20:30] </w:t>
      </w:r>
      <w:r>
        <w:t>kya kehta hai usay? main ne pa liya.</w:t>
      </w:r>
    </w:p>
    <w:p>
      <w:pPr>
        <w:jc w:val="right"/>
      </w:pPr>
      <w:r>
        <w:t>کیا کہتا ہے اسے؟ میں نے پا لیا۔</w:t>
      </w:r>
    </w:p>
    <w:p>
      <w:r>
        <w:rPr>
          <w:b/>
        </w:rPr>
        <w:t xml:space="preserve">[20:33] </w:t>
      </w:r>
      <w:r>
        <w:t>eureka? eureka, eureka</w:t>
      </w:r>
    </w:p>
    <w:p>
      <w:pPr>
        <w:jc w:val="right"/>
      </w:pPr>
      <w:r>
        <w:t>یوریکا؟ یوریکا، یوریکا</w:t>
      </w:r>
    </w:p>
    <w:p>
      <w:r>
        <w:rPr>
          <w:b/>
        </w:rPr>
        <w:t xml:space="preserve">[20:39] </w:t>
      </w:r>
      <w:r>
        <w:t>ke quran ko jab aap bohat ghor karenge to allah ke tofeeq se aap par badan khulenge.</w:t>
      </w:r>
    </w:p>
    <w:p>
      <w:pPr>
        <w:jc w:val="right"/>
      </w:pPr>
      <w:r>
        <w:t>کہ قرآن کو جب آپ بہت غور کریں گے تو اللہ کے توفیق سے آپ پر بدن کھلیں گے۔</w:t>
      </w:r>
    </w:p>
    <w:p>
      <w:r>
        <w:rPr>
          <w:b/>
        </w:rPr>
        <w:t xml:space="preserve">[20:49] </w:t>
      </w:r>
      <w:r>
        <w:t>phir aap kahan padhenge ke wallah wajadt, wallah wajadt?</w:t>
      </w:r>
    </w:p>
    <w:p>
      <w:pPr>
        <w:jc w:val="right"/>
      </w:pPr>
      <w:r>
        <w:t>پھر آپ کہاں پڑھیں گے کہ واللہ وجدت، واللہ وجدت؟</w:t>
      </w:r>
    </w:p>
    <w:p>
      <w:r>
        <w:rPr>
          <w:b/>
        </w:rPr>
        <w:t xml:space="preserve">[20:56] </w:t>
      </w:r>
      <w:r>
        <w:t>yahi tareeqa hai.</w:t>
      </w:r>
    </w:p>
    <w:p>
      <w:pPr>
        <w:jc w:val="right"/>
      </w:pPr>
      <w:r>
        <w:t>یہی طریقہ ہے۔</w:t>
      </w:r>
    </w:p>
    <w:p>
      <w:r>
        <w:rPr>
          <w:b/>
        </w:rPr>
        <w:t xml:space="preserve">[21:03] </w:t>
      </w:r>
      <w:r>
        <w:t>misalan yeh jo maine kaha ke alhamdulillah rabbul alameen, woh sahi hai jaise ke is ne kaha tha: eureka, eureka.</w:t>
      </w:r>
    </w:p>
    <w:p>
      <w:pPr>
        <w:jc w:val="right"/>
      </w:pPr>
      <w:r>
        <w:t>مثلاً یہ جو میں نے کہا کہ الحمدللہ رب العالمین، وہ صحیح ہے جیسے کہ اس نے کہا تھا: یوریکا، یوریکا۔</w:t>
      </w:r>
    </w:p>
    <w:p>
      <w:r>
        <w:rPr>
          <w:b/>
        </w:rPr>
        <w:t xml:space="preserve">[21:14] </w:t>
      </w:r>
      <w:r>
        <w:t>toh abhi kal mujhe samajh mein aayi yeh baat kal ke yeh eureka jaisi</w:t>
      </w:r>
    </w:p>
    <w:p>
      <w:pPr>
        <w:jc w:val="right"/>
      </w:pPr>
      <w:r>
        <w:t>تو ابھی کل مجھے سمجھ میں آئی یہ بات کل کہ یہ یوریکا جیسی</w:t>
      </w:r>
    </w:p>
    <w:p>
      <w:r>
        <w:rPr>
          <w:b/>
        </w:rPr>
        <w:t xml:space="preserve">[21:22] </w:t>
      </w:r>
      <w:r>
        <w:t>ek cheez hai.</w:t>
      </w:r>
    </w:p>
    <w:p>
      <w:pPr>
        <w:jc w:val="right"/>
      </w:pPr>
      <w:r>
        <w:t>ایک چیز ہے۔</w:t>
      </w:r>
    </w:p>
    <w:p>
      <w:r>
        <w:rPr>
          <w:b/>
        </w:rPr>
        <w:t xml:space="preserve">[21:26] </w:t>
      </w:r>
      <w:r>
        <w:t>toh wallah wajadt, wallah wajadt ya eureka, eureka yaani quran ki</w:t>
      </w:r>
    </w:p>
    <w:p>
      <w:pPr>
        <w:jc w:val="right"/>
      </w:pPr>
      <w:r>
        <w:t>تو واللہ وجدت، واللہ وجدت یا یوریکا، یوریکا یعنی قرآن کی</w:t>
      </w:r>
    </w:p>
    <w:p>
      <w:r>
        <w:rPr>
          <w:b/>
        </w:rPr>
        <w:t xml:space="preserve">[21:38] </w:t>
      </w:r>
      <w:r>
        <w:t>quran ki form ka</w:t>
      </w:r>
    </w:p>
    <w:p>
      <w:pPr>
        <w:jc w:val="right"/>
      </w:pPr>
      <w:r>
        <w:t>قرآن کی فارم کا</w:t>
      </w:r>
    </w:p>
    <w:p>
      <w:r>
        <w:rPr>
          <w:b/>
        </w:rPr>
        <w:t xml:space="preserve">[21:42] </w:t>
      </w:r>
      <w:r>
        <w:t>raaz maine daryaft kar liya.</w:t>
      </w:r>
    </w:p>
    <w:p>
      <w:pPr>
        <w:jc w:val="right"/>
      </w:pPr>
      <w:r>
        <w:t>راز میں نے دریافت کر لیا۔</w:t>
      </w:r>
    </w:p>
    <w:p>
      <w:r>
        <w:rPr>
          <w:b/>
        </w:rPr>
        <w:t xml:space="preserve">[21:52] </w:t>
      </w:r>
      <w:r>
        <w:t>muhammad bilal shafi sahib ne dilli se sawal bheja hai. unhon ne likha hai: "maulana, aap ne quran ko misl ke sath samjhane ke bare mein bataya hai.</w:t>
      </w:r>
    </w:p>
    <w:p>
      <w:pPr>
        <w:jc w:val="right"/>
      </w:pPr>
      <w:r>
        <w:t>محمد بلال شفیع صاحب نے دلی سے سوال بھیجا ہے۔ انہوں نے لکھا ہے: "مولانا، آپ نے قرآن کو مثل کے ساتھ سمجھانے کے بارے میں بتایا ہے۔</w:t>
      </w:r>
    </w:p>
    <w:p>
      <w:r>
        <w:rPr>
          <w:b/>
        </w:rPr>
        <w:t xml:space="preserve">[22:03] </w:t>
      </w:r>
      <w:r>
        <w:t>please misl ko samjha dijiye."</w:t>
      </w:r>
    </w:p>
    <w:p>
      <w:pPr>
        <w:jc w:val="right"/>
      </w:pPr>
      <w:r>
        <w:t>پلیز مثل کو سمجھا دیجئے۔"</w:t>
      </w:r>
    </w:p>
    <w:p>
      <w:r>
        <w:rPr>
          <w:b/>
        </w:rPr>
        <w:t xml:space="preserve">[22:09] </w:t>
      </w:r>
      <w:r>
        <w:t>kis cheez ko? misl model. misl. ooteet al kitab wa misluhu ma'ah</w:t>
      </w:r>
    </w:p>
    <w:p>
      <w:pPr>
        <w:jc w:val="right"/>
      </w:pPr>
      <w:r>
        <w:t>کس چیز کو؟ مثل ماڈل۔ مثل۔ اوتیت الکتاب و مثلہ معہ</w:t>
      </w:r>
    </w:p>
    <w:p>
      <w:r>
        <w:rPr>
          <w:b/>
        </w:rPr>
        <w:t xml:space="preserve">[22:18] </w:t>
      </w:r>
      <w:r>
        <w:t>achha, achha, achha, achha.</w:t>
      </w:r>
    </w:p>
    <w:p>
      <w:pPr>
        <w:jc w:val="right"/>
      </w:pPr>
      <w:r>
        <w:t>۔ اچھا، اچھا، اچھا، اچھا۔</w:t>
      </w:r>
    </w:p>
    <w:p>
      <w:r>
        <w:rPr>
          <w:b/>
        </w:rPr>
        <w:t xml:space="preserve">[22:27] </w:t>
      </w:r>
      <w:r>
        <w:t>bhai, main toh sochta hoon ke yeh koi serious baat nahi hai. jab aap ghor karte hain, ghor karte hain, ghor karte hain, ek toh quran ki aayatein hoti hain, doosra ghor fikr.</w:t>
      </w:r>
    </w:p>
    <w:p>
      <w:pPr>
        <w:jc w:val="right"/>
      </w:pPr>
      <w:r>
        <w:t>بھئی، میں تو سوچتا ہوں کہ یہ کوئی سیریس بات نہیں ہے۔ جب آپ غور کرتے ہیں، غور کرتے ہیں، غور کرتے ہیں، ایک تو قرآن کی آیتیں ہوتی ہیں، دوسرا غور فکر۔</w:t>
      </w:r>
    </w:p>
    <w:p>
      <w:r>
        <w:rPr>
          <w:b/>
        </w:rPr>
        <w:t xml:space="preserve">[22:44] </w:t>
      </w:r>
      <w:r>
        <w:t>toh</w:t>
      </w:r>
    </w:p>
    <w:p>
      <w:pPr>
        <w:jc w:val="right"/>
      </w:pPr>
      <w:r>
        <w:t>تو</w:t>
      </w:r>
    </w:p>
    <w:p>
      <w:r>
        <w:rPr>
          <w:b/>
        </w:rPr>
        <w:t xml:space="preserve">[22:48] </w:t>
      </w:r>
      <w:r>
        <w:t>quran se bahar jo haqaiq hain, woh aap par khul jaate hain. wahi hai misl. jitna aap ko yeh misl na maloom ho,</w:t>
      </w:r>
    </w:p>
    <w:p>
      <w:pPr>
        <w:jc w:val="right"/>
      </w:pPr>
      <w:r>
        <w:t>قرآن سے باہر جو حقائق ہیں، وہ آپ پر کھل جاتے ہیں۔ وہی ہے مثل۔ جتنا آپ کو یہ مثل نہ معلوم ہو،</w:t>
      </w:r>
    </w:p>
    <w:p>
      <w:r>
        <w:rPr>
          <w:b/>
        </w:rPr>
        <w:t xml:space="preserve">[23:02] </w:t>
      </w:r>
      <w:r>
        <w:t>tab tak aap quran ko samajh nahi sakte.</w:t>
      </w:r>
    </w:p>
    <w:p>
      <w:pPr>
        <w:jc w:val="right"/>
      </w:pPr>
      <w:r>
        <w:t>تب تک آپ قرآن کو سمجھ نہیں سکتے۔</w:t>
      </w:r>
    </w:p>
    <w:p>
      <w:r>
        <w:rPr>
          <w:b/>
        </w:rPr>
        <w:t xml:space="preserve">[23:12] </w:t>
      </w:r>
      <w:r>
        <w:t>maulana, agla sawal bheja hai bhopal se syed ghosh meer sahib ne.</w:t>
      </w:r>
    </w:p>
    <w:p>
      <w:pPr>
        <w:jc w:val="right"/>
      </w:pPr>
      <w:r>
        <w:t>مولانا، اگلا سوال بھیجا ہے بھوپال سے سید گوش میر صاحب نے۔</w:t>
      </w:r>
    </w:p>
    <w:p>
      <w:r>
        <w:rPr>
          <w:b/>
        </w:rPr>
        <w:t xml:space="preserve">[23:22] </w:t>
      </w:r>
      <w:r>
        <w:t>unhon ne likha hai: "maulana sahib, kabhi kabhi namaz padhte waqt mann mein kuch bhi khayal aa jata hai. mann mein khayal nahi aaye, us ke liye kya karein?"</w:t>
      </w:r>
    </w:p>
    <w:p>
      <w:pPr>
        <w:jc w:val="right"/>
      </w:pPr>
      <w:r>
        <w:t>انہوں نے لکھا ہے: "مولانا صاحب، کبھی کبھی نماز پڑھتے وقت من میں کچھ بھی خیال آ جاتا ہے۔ من میں خیال نہیں آئے، اس کے لیے کیا کریں؟"</w:t>
      </w:r>
    </w:p>
    <w:p>
      <w:r>
        <w:rPr>
          <w:b/>
        </w:rPr>
        <w:t xml:space="preserve">[23:35] </w:t>
      </w:r>
      <w:r>
        <w:t>nahi, us ki ek toh zaroori nahi ke doosri baatein na aayen. woh toh aati hain har dafa.</w:t>
      </w:r>
    </w:p>
    <w:p>
      <w:pPr>
        <w:jc w:val="right"/>
      </w:pPr>
      <w:r>
        <w:t>نہیں، اس کی ایک تو ضروری نہیں کہ دوسری باتیں نہ آئیں۔ وہ تو آتی ہیں ہر دفعہ۔</w:t>
      </w:r>
    </w:p>
    <w:p>
      <w:r>
        <w:rPr>
          <w:b/>
        </w:rPr>
        <w:t xml:space="preserve">[23:47] </w:t>
      </w:r>
      <w:r>
        <w:t>toh yeh koi shart nahi hai.</w:t>
      </w:r>
    </w:p>
    <w:p>
      <w:pPr>
        <w:jc w:val="right"/>
      </w:pPr>
      <w:r>
        <w:t>تو یہ کوئی شرط نہیں ہے۔</w:t>
      </w:r>
    </w:p>
    <w:p>
      <w:r>
        <w:rPr>
          <w:b/>
        </w:rPr>
        <w:t xml:space="preserve">[23:51] </w:t>
      </w:r>
      <w:r>
        <w:t>shart yeh hai ke aap us ke bawajood quran par ghor kar rahe hote hain. yaani doosre khayalat aayen, doosri baatein zehan mein aayen, phir bhi aap quran ki padh ghor fikr karte rahen.</w:t>
      </w:r>
    </w:p>
    <w:p>
      <w:pPr>
        <w:jc w:val="right"/>
      </w:pPr>
      <w:r>
        <w:t>شرط یہ ہے کہ آپ اس کے باوجود قرآن پر غور کر رہے ہوتے ہیں۔ یعنی دوسرے خیالات آئیں، دوسری باتیں ذہن میں آئیں، پھر بھی آپ قرآن کی پڑھ غور فکر کرتے رہیں۔</w:t>
      </w:r>
    </w:p>
    <w:p>
      <w:r>
        <w:rPr>
          <w:b/>
        </w:rPr>
        <w:t xml:space="preserve">[24:05] </w:t>
      </w:r>
      <w:r>
        <w:t>yeh matlab hai ke nahi ke woh cheez koi aur cheez aap ke zehan se nikal jaye. sirf quran hi quran rahe. yeh yeh kabhi ho nahi sakta.</w:t>
      </w:r>
    </w:p>
    <w:p>
      <w:pPr>
        <w:jc w:val="right"/>
      </w:pPr>
      <w:r>
        <w:t>یہ مطلب ہے کہ نہیں کہ وہ چیز کوئی اور چیز آپ کے ذہن سے نکل جائے۔ صرف قرآن ہی قرآن رہے۔ یہ یہ کبھی ہو نہیں سکتا۔</w:t>
      </w:r>
    </w:p>
    <w:p>
      <w:r>
        <w:rPr>
          <w:b/>
        </w:rPr>
        <w:t xml:space="preserve">[24:17] </w:t>
      </w:r>
      <w:r>
        <w:t>sahaba ke andar bhi aisa nahi hota.</w:t>
      </w:r>
    </w:p>
    <w:p>
      <w:pPr>
        <w:jc w:val="right"/>
      </w:pPr>
      <w:r>
        <w:t>صحابہ کے اندر بھی ایسا نہیں ہوتا۔</w:t>
      </w:r>
    </w:p>
    <w:p>
      <w:r>
        <w:rPr>
          <w:b/>
        </w:rPr>
        <w:t xml:space="preserve">[24:26] </w:t>
      </w:r>
      <w:r>
        <w:t>maulana azam garh se ek student hain, abu suhma. unhon ne sawal bheja hai. unhon ne likha hai: "is modern aur rational waqt mein hum apne aap ko deen se kaise jode rakhein?</w:t>
      </w:r>
    </w:p>
    <w:p>
      <w:pPr>
        <w:jc w:val="right"/>
      </w:pPr>
      <w:r>
        <w:t>مولانا اعظم گڑھ سے ایک سٹوڈنٹ ہیں، ابو سہما۔ انہوں نے سوال بھیجا ہے۔ انہوں نے لکھا ہے: "اس ماڈرن اور ریشنل وقت میں ہم اپنے آپ کو دین سے کیسے جوڑے رکھیں؟</w:t>
      </w:r>
    </w:p>
    <w:p>
      <w:r>
        <w:rPr>
          <w:b/>
        </w:rPr>
        <w:t xml:space="preserve">[24:42] </w:t>
      </w:r>
      <w:r>
        <w:t>us ke bare mein maulana hamein bataiye."</w:t>
      </w:r>
    </w:p>
    <w:p>
      <w:pPr>
        <w:jc w:val="right"/>
      </w:pPr>
      <w:r>
        <w:t>اس کے بارے میں مولانا ہمیں بتائیے۔"</w:t>
      </w:r>
    </w:p>
    <w:p>
      <w:r>
        <w:rPr>
          <w:b/>
        </w:rPr>
        <w:t xml:space="preserve">[24:47] </w:t>
      </w:r>
      <w:r>
        <w:t>dekhiye, jis cheez ko modernism kaha jata hai, woh sara ka sara islam ki taeed mein tha.</w:t>
      </w:r>
    </w:p>
    <w:p>
      <w:pPr>
        <w:jc w:val="right"/>
      </w:pPr>
      <w:r>
        <w:t>دیکھیے، جس چیز کو ماڈرنزم کہا جاتا ہے، وہ سارا کا سارا اسلام کی تائید میں تھا۔</w:t>
      </w:r>
    </w:p>
    <w:p>
      <w:r>
        <w:rPr>
          <w:b/>
        </w:rPr>
        <w:t xml:space="preserve">[25:02] </w:t>
      </w:r>
      <w:r>
        <w:t>islam ki taeed mein</w:t>
      </w:r>
    </w:p>
    <w:p>
      <w:pPr>
        <w:jc w:val="right"/>
      </w:pPr>
      <w:r>
        <w:t>اسلام کی تائید میں</w:t>
      </w:r>
    </w:p>
    <w:p>
      <w:r>
        <w:rPr>
          <w:b/>
        </w:rPr>
        <w:t xml:space="preserve">[25:05] </w:t>
      </w:r>
      <w:r>
        <w:t>woh mu'eedah quran tha. woh</w:t>
      </w:r>
    </w:p>
    <w:p>
      <w:pPr>
        <w:jc w:val="right"/>
      </w:pPr>
      <w:r>
        <w:t>وہ معیدۃ القرآن تھا۔ وہ</w:t>
      </w:r>
    </w:p>
    <w:p>
      <w:r>
        <w:rPr>
          <w:b/>
        </w:rPr>
        <w:t xml:space="preserve">[25:10] </w:t>
      </w:r>
      <w:r>
        <w:t>lekin musalmanon ne is ko</w:t>
      </w:r>
    </w:p>
    <w:p>
      <w:pPr>
        <w:jc w:val="right"/>
      </w:pPr>
      <w:r>
        <w:t>لیکن مسلمانوں نے اس کو</w:t>
      </w:r>
    </w:p>
    <w:p>
      <w:r>
        <w:rPr>
          <w:b/>
        </w:rPr>
        <w:t xml:space="preserve">[25:17] </w:t>
      </w:r>
      <w:r>
        <w:t>islam ke khilaaf samajh liya. to is mein jo ta'eedi parhi thi, us ko be khabar ho gaye woh.</w:t>
      </w:r>
    </w:p>
    <w:p>
      <w:pPr>
        <w:jc w:val="right"/>
      </w:pPr>
      <w:r>
        <w:t>اسلام کے خلاف سمجھ لیا۔ تو اس میں جو تائیدی پڑھی تھی، اس کو بے خبر ہو گئے وہ۔</w:t>
      </w:r>
    </w:p>
    <w:p>
      <w:r>
        <w:rPr>
          <w:b/>
        </w:rPr>
        <w:t xml:space="preserve">[25:26] </w:t>
      </w:r>
      <w:r>
        <w:t>to ab hamein re discuss karna pare ga.</w:t>
      </w:r>
    </w:p>
    <w:p>
      <w:pPr>
        <w:jc w:val="right"/>
      </w:pPr>
      <w:r>
        <w:t>تو اب ہمیں ری ڈسکس کرنا پڑے گا۔</w:t>
      </w:r>
    </w:p>
    <w:p>
      <w:r>
        <w:rPr>
          <w:b/>
        </w:rPr>
        <w:t xml:space="preserve">[25:32] </w:t>
      </w:r>
      <w:r>
        <w:t>jaise ke aap dekhiye, ek quran mein ek aayat hai ke</w:t>
      </w:r>
    </w:p>
    <w:p>
      <w:pPr>
        <w:jc w:val="right"/>
      </w:pPr>
      <w:r>
        <w:t>جیسے کہ آپ دیکھیے، ایک قرآن میں ایک آیت ہے کہ</w:t>
      </w:r>
    </w:p>
    <w:p>
      <w:r>
        <w:rPr>
          <w:b/>
        </w:rPr>
        <w:t xml:space="preserve">[25:45] </w:t>
      </w:r>
      <w:r>
        <w:t>woh kya hai? sahib, woh woh sofa.</w:t>
      </w:r>
    </w:p>
    <w:p>
      <w:pPr>
        <w:jc w:val="right"/>
      </w:pPr>
      <w:r>
        <w:t>وہ کیا ہے؟ صاحب، وہ وہ صوفہ۔</w:t>
      </w:r>
    </w:p>
    <w:p>
      <w:r>
        <w:rPr>
          <w:b/>
        </w:rPr>
        <w:t xml:space="preserve">[25:51] </w:t>
      </w:r>
      <w:r>
        <w:t>sunurihim ayatuna fil afaqi wa fi anfusihim hatta yatabayyan al-haqq. haan, aap dekhiye, is mein aayat mein hai ke quran ke bahir jo nishaniyan hain, phaili hui,</w:t>
      </w:r>
    </w:p>
    <w:p>
      <w:pPr>
        <w:jc w:val="right"/>
      </w:pPr>
      <w:r>
        <w:t>سنوریہم آیاتنا فی الافاقی و فی انفسہم حتیٰ یتبین الحق۔ ہاں، آپ دیکھیے، اس میں آیت میں ہے کہ قرآن کے باہر جو نشانیاں ہیں، پھیلی ہوئی،</w:t>
      </w:r>
    </w:p>
    <w:p>
      <w:r>
        <w:rPr>
          <w:b/>
        </w:rPr>
        <w:t xml:space="preserve">[26:06] </w:t>
      </w:r>
      <w:r>
        <w:t>woh</w:t>
      </w:r>
    </w:p>
    <w:p>
      <w:pPr>
        <w:jc w:val="right"/>
      </w:pPr>
      <w:r>
        <w:t>وہ</w:t>
      </w:r>
    </w:p>
    <w:p>
      <w:r>
        <w:rPr>
          <w:b/>
        </w:rPr>
        <w:t xml:space="preserve">[26:07] </w:t>
      </w:r>
      <w:r>
        <w:t>kholi jayen gi. to un ka hamein jaanna chahiye. un se quran zyada marka hoga.</w:t>
      </w:r>
    </w:p>
    <w:p>
      <w:pPr>
        <w:jc w:val="right"/>
      </w:pPr>
      <w:r>
        <w:t>کھولی جائیں گی۔ تو ان کا ہمیں جاننا چاہیے۔ ان سے قرآن زیادہ مرکہ ہوگا۔</w:t>
      </w:r>
    </w:p>
    <w:p>
      <w:r>
        <w:rPr>
          <w:b/>
        </w:rPr>
        <w:t xml:space="preserve">[26:25] </w:t>
      </w:r>
      <w:r>
        <w:t>yeh bahir jo cheezein hain, jis ki kaha jata hai ke is se door raho, nahin, woh to mu'eedat quran hain.</w:t>
      </w:r>
    </w:p>
    <w:p>
      <w:pPr>
        <w:jc w:val="right"/>
      </w:pPr>
      <w:r>
        <w:t>یہ باہر جو چیزیں ہیں، جس کی کہا جاتا ہے کہ اس سے دور رہو، نہیں، وہ تو معیدات قرآن ہیں۔</w:t>
      </w:r>
    </w:p>
    <w:p>
      <w:r>
        <w:rPr>
          <w:b/>
        </w:rPr>
        <w:t xml:space="preserve">[26:35] </w:t>
      </w:r>
      <w:r>
        <w:t>quran ki</w:t>
      </w:r>
    </w:p>
    <w:p>
      <w:pPr>
        <w:jc w:val="right"/>
      </w:pPr>
      <w:r>
        <w:t>قرآن کی</w:t>
      </w:r>
    </w:p>
    <w:p>
      <w:r>
        <w:rPr>
          <w:b/>
        </w:rPr>
        <w:t xml:space="preserve">[26:39] </w:t>
      </w:r>
      <w:r>
        <w:t>yeh ta'abeer mazeed hoti hai quran ki. quran ki ta'abeer mazeed ke liye.</w:t>
      </w:r>
    </w:p>
    <w:p>
      <w:pPr>
        <w:jc w:val="right"/>
      </w:pPr>
      <w:r>
        <w:t>یہ تعبیر مزید ہوتی ہے قرآن کی۔ قرآن کی تعبیر مزید کے لیے۔</w:t>
      </w:r>
    </w:p>
    <w:p>
      <w:r>
        <w:rPr>
          <w:b/>
        </w:rPr>
        <w:t xml:space="preserve">[26:55] </w:t>
      </w:r>
      <w:r>
        <w:t>maulana, agla comment bheja hai doctor naghma siddiqui ne dilli se. unhon ne likha hai: "i have understood that to seek a guidance from the quran, we need to contemplate and do dua so as to understand the creation plan of god.</w:t>
      </w:r>
    </w:p>
    <w:p>
      <w:pPr>
        <w:jc w:val="right"/>
      </w:pPr>
      <w:r>
        <w:t>مولانا، اگلا کمنٹ بھیجا ہے ڈاکٹر نغمہ صدیقی نے دلی سے۔ انہوں نے لکھا ہے: "آئی ہیو انڈرسٹوڈ دیٹ ٹو سیک ا گائیڈنس فرام دی قرآن، وی نیڈ ٹو کنٹیمپلیٹ اینڈ ڈو دعا سو ایز ٹو انڈرسٹینڈ دا کریشن پلان اف گاڈ۔</w:t>
      </w:r>
    </w:p>
    <w:p>
      <w:r>
        <w:rPr>
          <w:b/>
        </w:rPr>
        <w:t xml:space="preserve">[27:14] </w:t>
      </w:r>
      <w:r>
        <w:t>i will try to study quran with this spirit."</w:t>
      </w:r>
    </w:p>
    <w:p>
      <w:pPr>
        <w:jc w:val="right"/>
      </w:pPr>
      <w:r>
        <w:t>آئی ویل ٹرائی ٹو سٹڈی قرآن ود دس سپرٹ۔"</w:t>
      </w:r>
    </w:p>
    <w:p>
      <w:r>
        <w:rPr>
          <w:b/>
        </w:rPr>
        <w:t xml:space="preserve">[27:21] </w:t>
      </w:r>
      <w:r>
        <w:t>maulana, agla sawal miss tuti malhotra ne bheja hai dilli se. unhon ne aap se poocha hai: "maulana, should we have fear of god or love of god?"</w:t>
      </w:r>
    </w:p>
    <w:p>
      <w:pPr>
        <w:jc w:val="right"/>
      </w:pPr>
      <w:r>
        <w:t>مولانا، اگلا سوال مس طوطی مہلوترا نے بھیجا ہے دلی سے۔ انہوں نے آپ سے پوچھا ہے: "مولانا، شوڈ وی ہیو فیئر اف گاڈ اور لو اف گاڈ؟"</w:t>
      </w:r>
    </w:p>
    <w:p>
      <w:r>
        <w:rPr>
          <w:b/>
        </w:rPr>
        <w:t xml:space="preserve">[27:35] </w:t>
      </w:r>
      <w:r>
        <w:t>dekhiye, yeh dono alag cheez nahin hain. agar aap ko Allah se love paida hogi to usi ke sath khoobsurti paida hoga.</w:t>
      </w:r>
    </w:p>
    <w:p>
      <w:pPr>
        <w:jc w:val="right"/>
      </w:pPr>
      <w:r>
        <w:t>دیکھیے، یہ دونوں الگ چیز نہیں ہیں۔ اگر آپ کو اللہ سے لو پیدا ہوگی تو اسی کے ساتھ خوبصورتی پیدا ہوگا۔</w:t>
      </w:r>
    </w:p>
    <w:p>
      <w:r>
        <w:rPr>
          <w:b/>
        </w:rPr>
        <w:t xml:space="preserve">[27:45] </w:t>
      </w:r>
      <w:r>
        <w:t>kyun ke mislan dekhiye, aap ko Allah se love paida hui ke Allah ne kitni qeemti cheez di hai: suraj ki roshni, pani ki farawani.</w:t>
      </w:r>
    </w:p>
    <w:p>
      <w:pPr>
        <w:jc w:val="right"/>
      </w:pPr>
      <w:r>
        <w:t>کیونکہ مثلاً دیکھیے، آپ کو اللہ سے لو پیدا ہوئی کہ اللہ نے کتنی قیمتی چیز دی ہے: سورج کی روشنی، پانی کی فراوانی۔</w:t>
      </w:r>
    </w:p>
    <w:p>
      <w:r>
        <w:rPr>
          <w:b/>
        </w:rPr>
        <w:t xml:space="preserve">[27:57] </w:t>
      </w:r>
      <w:r>
        <w:t>to sath sath woh bhi aye ga. yani aap ke zehn mein aye ga ke agar Allah pani chheen le to hum paas kiya surat hai?</w:t>
      </w:r>
    </w:p>
    <w:p>
      <w:pPr>
        <w:jc w:val="right"/>
      </w:pPr>
      <w:r>
        <w:t>تو ساتھ ساتھ وہ بھی آئے گا۔ یعنی آپ کے ذہن میں آئے گا کہ اگر اللہ پانی چھین لے تو ہم پاس کیا صورت ہے؟</w:t>
      </w:r>
    </w:p>
    <w:p>
      <w:r>
        <w:rPr>
          <w:b/>
        </w:rPr>
        <w:t xml:space="preserve">[28:06] </w:t>
      </w:r>
      <w:r>
        <w:t>pani ka roshni chheen le to kiya kaise hum roshni payen ge? to dono ek doosre ke interlinked hain.</w:t>
      </w:r>
    </w:p>
    <w:p>
      <w:pPr>
        <w:jc w:val="right"/>
      </w:pPr>
      <w:r>
        <w:t>پانی کا روشنی چھین لے تو کیا کیسے ہم روشنی پائیں گے؟ تو دونوں ایک دوسرے کے انٹرلینک ہیں۔</w:t>
      </w:r>
    </w:p>
    <w:p>
      <w:r>
        <w:rPr>
          <w:b/>
        </w:rPr>
        <w:t xml:space="preserve">[28:18] </w:t>
      </w:r>
      <w:r>
        <w:t>mein samajhta hoon, woh aye ga to woh jo aye ga, aa jayega.</w:t>
      </w:r>
    </w:p>
    <w:p>
      <w:pPr>
        <w:jc w:val="right"/>
      </w:pPr>
      <w:r>
        <w:t>میں سمجھتا ہوں، وہ آئے گا تو وہ جو آئے گا، آ جائے گا۔</w:t>
      </w:r>
    </w:p>
    <w:p>
      <w:r>
        <w:rPr>
          <w:b/>
        </w:rPr>
        <w:t xml:space="preserve">[28:29] </w:t>
      </w:r>
      <w:r>
        <w:t>maulana faiz qadri sahib ne coimbatore se sawal bheja hai. unhon ne likha hai: "maulana, quran ki tarteeb nuzooli ko kyun barqarar nahin rakha gaya?</w:t>
      </w:r>
    </w:p>
    <w:p>
      <w:pPr>
        <w:jc w:val="right"/>
      </w:pPr>
      <w:r>
        <w:t>مولانا فیض قادری صاحب نے کوئمبٹور سے سوال بھیجا ہے۔ انہوں نے لکھا ہے: "مولانا، قرآن کی ترتیب نزولی کو کیوں برقرار نہیں رکھا گیا؟</w:t>
      </w:r>
    </w:p>
    <w:p>
      <w:r>
        <w:rPr>
          <w:b/>
        </w:rPr>
        <w:t xml:space="preserve">[28:41] </w:t>
      </w:r>
      <w:r>
        <w:t>is ko wazeh karein."</w:t>
      </w:r>
    </w:p>
    <w:p>
      <w:pPr>
        <w:jc w:val="right"/>
      </w:pPr>
      <w:r>
        <w:t>اس کو واضح کریں۔"</w:t>
      </w:r>
    </w:p>
    <w:p>
      <w:r>
        <w:rPr>
          <w:b/>
        </w:rPr>
        <w:t xml:space="preserve">[28:46] </w:t>
      </w:r>
      <w:r>
        <w:t>dekhein, tarteeb jo nuzooli hai, woh halaat ke lehaz se ayi hai. lekin halaat ke lehaz se ise nahin parhna hai aap ko.</w:t>
      </w:r>
    </w:p>
    <w:p>
      <w:pPr>
        <w:jc w:val="right"/>
      </w:pPr>
      <w:r>
        <w:t>دیکھیں، ترتیب جو نزولی ہے، وہ حالات کے لحاظ سے آئی ہے۔ لیکن حالات کے لحاظ سے اسے نہیں پڑھنا ہے آپ کو۔</w:t>
      </w:r>
    </w:p>
    <w:p>
      <w:r>
        <w:rPr>
          <w:b/>
        </w:rPr>
        <w:t xml:space="preserve">[29:00] </w:t>
      </w:r>
      <w:r>
        <w:t>tarteeb nuzooli ka matlab yeh nahin ke jab tarteeb nuzooli aap janen ge, tabhi aap quran ko samjhen ge. mein sochta hoon ke quran shajarat ki surat mein hai.</w:t>
      </w:r>
    </w:p>
    <w:p>
      <w:pPr>
        <w:jc w:val="right"/>
      </w:pPr>
      <w:r>
        <w:t>ترتیب نزولی کا مطلب یہ نہیں کہ جب ترتیب نزولی آپ جانیں گے، تبھی آپ قرآن کو سمجھیں گے۔ میں سوچتا ہوں کہ قرآن شجرات کی صورت میں ہے۔</w:t>
      </w:r>
    </w:p>
    <w:p>
      <w:r>
        <w:rPr>
          <w:b/>
        </w:rPr>
        <w:t xml:space="preserve">[29:15] </w:t>
      </w:r>
      <w:r>
        <w:t>shajarat</w:t>
      </w:r>
    </w:p>
    <w:p>
      <w:pPr>
        <w:jc w:val="right"/>
      </w:pPr>
      <w:r>
        <w:t>شجرات</w:t>
      </w:r>
    </w:p>
    <w:p>
      <w:r>
        <w:rPr>
          <w:b/>
        </w:rPr>
        <w:t xml:space="preserve">[29:20] </w:t>
      </w:r>
      <w:r>
        <w:t>to</w:t>
      </w:r>
    </w:p>
    <w:p>
      <w:pPr>
        <w:jc w:val="right"/>
      </w:pPr>
      <w:r>
        <w:t>تو</w:t>
      </w:r>
    </w:p>
    <w:p>
      <w:r>
        <w:rPr>
          <w:b/>
        </w:rPr>
        <w:t xml:space="preserve">[29:25] </w:t>
      </w:r>
      <w:r>
        <w:t>tartib-e-nuzooli se aap nawaqif hon, tab bhi Quran ke maani aap par khul sakte hain. To asal cheez yeh hai.</w:t>
      </w:r>
    </w:p>
    <w:p>
      <w:pPr>
        <w:jc w:val="right"/>
      </w:pPr>
      <w:r>
        <w:t>ترتیب نزولی سے آپ ناواقف ہوں، تب بھی قرآن کے معنی آپ پر کھل سکتے ہیں۔ تو اصل چیز یہ ہے۔</w:t>
      </w:r>
    </w:p>
    <w:p>
      <w:r>
        <w:rPr>
          <w:b/>
        </w:rPr>
        <w:t xml:space="preserve">[29:37] </w:t>
      </w:r>
      <w:r>
        <w:t>asal cheez yeh nahin ke aap tartib-e-nuzooli ko jaanen. Asal cheez yeh hai ke aap tadabbur karen.</w:t>
      </w:r>
    </w:p>
    <w:p>
      <w:pPr>
        <w:jc w:val="right"/>
      </w:pPr>
      <w:r>
        <w:t>اصل چیز یہ نہیں کہ آپ ترتیب نزولی کو جانیں۔ اصل چیز یہ ہے کہ آپ تدبر کریں۔</w:t>
      </w:r>
    </w:p>
    <w:p>
      <w:r>
        <w:rPr>
          <w:b/>
        </w:rPr>
        <w:t xml:space="preserve">[29:43] </w:t>
      </w:r>
      <w:r>
        <w:t>tadabbur se maani khulte hain.</w:t>
      </w:r>
    </w:p>
    <w:p>
      <w:pPr>
        <w:jc w:val="right"/>
      </w:pPr>
      <w:r>
        <w:t>تدبر سے معنی کھلتے ہیں۔</w:t>
      </w:r>
    </w:p>
    <w:p>
      <w:r>
        <w:rPr>
          <w:b/>
        </w:rPr>
        <w:t xml:space="preserve">[29:52] </w:t>
      </w:r>
      <w:r>
        <w:t>Maulana, Miss Khushi Khan ne Calcutta se sawal bheja hai. Unhon ne likha hai: "What is the reason behind not getting the halaal wishes fulfilled?</w:t>
      </w:r>
    </w:p>
    <w:p>
      <w:pPr>
        <w:jc w:val="right"/>
      </w:pPr>
      <w:r>
        <w:t>مولانا، مس خوشی خان نے کلکتہ سے سوال بھیجا ہے۔ انہوں نے لکھا ہے: "واٹ از دا ریزن بیہائنڈ ناٹ گیٹنگ دی حلال وشز فلفلڈ؟</w:t>
      </w:r>
    </w:p>
    <w:p>
      <w:r>
        <w:rPr>
          <w:b/>
        </w:rPr>
        <w:t xml:space="preserve">[30:05] </w:t>
      </w:r>
      <w:r>
        <w:t>Is ke bare mein bataen." Kya halaal? Kya wishes? Halaal wishes kyun nahin? Haan, jaaiz wishes kyun nahin fulfill hoti hain?</w:t>
      </w:r>
    </w:p>
    <w:p>
      <w:pPr>
        <w:jc w:val="right"/>
      </w:pPr>
      <w:r>
        <w:t>اس کے بارے میں بتائیں۔" کیا حلال؟ کیا وشز؟ حلال وشز کیوں نہیں؟ ہاں، جائز وشز کیوں نہیں فلفل ہوتی؟</w:t>
      </w:r>
    </w:p>
    <w:p>
      <w:r>
        <w:rPr>
          <w:b/>
        </w:rPr>
        <w:t xml:space="preserve">[30:18] </w:t>
      </w:r>
      <w:r>
        <w:t>Is ke peeche kya kaaran hai? Kya matlab?</w:t>
      </w:r>
    </w:p>
    <w:p>
      <w:pPr>
        <w:jc w:val="right"/>
      </w:pPr>
      <w:r>
        <w:t>اس کے پیچھے کیا کارن ہے؟ کیا مطلب؟</w:t>
      </w:r>
    </w:p>
    <w:p>
      <w:r>
        <w:rPr>
          <w:b/>
        </w:rPr>
        <w:t xml:space="preserve">[30:22] </w:t>
      </w:r>
      <w:r>
        <w:t>Maulana, woh yeh pooch rahi hain ke jaaiz khwahishat jo hoti hain insaan ki, woh kyun poori nahin hoti hain? Aadmi koi jaaiz khwahish karta hai, durust hoti hai, woh poori nahin ho paati.</w:t>
      </w:r>
    </w:p>
    <w:p>
      <w:pPr>
        <w:jc w:val="right"/>
      </w:pPr>
      <w:r>
        <w:t>مولانا، وہ یہ پوچھ رہی ہیں کہ جائز خواہشات جو ہوتی ہیں انسان کی، وہ کیوں پوری نہیں ہوتی ہیں؟ آدمی کوئی جائز خواہش کرتا ہے، درست ہوتی ہے، وہ پوری نہیں ہو پاتی۔</w:t>
      </w:r>
    </w:p>
    <w:p>
      <w:r>
        <w:rPr>
          <w:b/>
        </w:rPr>
        <w:t xml:space="preserve">[30:35] </w:t>
      </w:r>
      <w:r>
        <w:t>Kyun nahin hoti hain?</w:t>
      </w:r>
    </w:p>
    <w:p>
      <w:pPr>
        <w:jc w:val="right"/>
      </w:pPr>
      <w:r>
        <w:t>کیوں نہیں ہوتی ہیں؟</w:t>
      </w:r>
    </w:p>
    <w:p>
      <w:r>
        <w:rPr>
          <w:b/>
        </w:rPr>
        <w:t xml:space="preserve">[30:37] </w:t>
      </w:r>
      <w:r>
        <w:t>To aap is ke liye jo zaroori koshish hai, woh karenge. Aap ko milegi. Free mein to nahin milegi.</w:t>
      </w:r>
    </w:p>
    <w:p>
      <w:pPr>
        <w:jc w:val="right"/>
      </w:pPr>
      <w:r>
        <w:t>تو آپ اس کے لیے جو ضروری کوشش ہے، وہ کریں گے۔ آپ کو ملے گی۔ فری میں تو نہیں ملے گی۔</w:t>
      </w:r>
    </w:p>
    <w:p>
      <w:r>
        <w:rPr>
          <w:b/>
        </w:rPr>
        <w:t xml:space="preserve">[30:46] </w:t>
      </w:r>
      <w:r>
        <w:t>Free mein to suraj ki roshni mili hui hai. Isi tarah sab cheezen milti hain. Aap is ke liye jo zaroori koshish karen to mil jayengi.</w:t>
      </w:r>
    </w:p>
    <w:p>
      <w:pPr>
        <w:jc w:val="right"/>
      </w:pPr>
      <w:r>
        <w:t>فری میں تو سورج کی روشنی ملی ہوئی ہے۔ اسی طرح سب چیزیں ملتی ہیں۔ آپ اس کے لیے جو ضروری کوشش کریں تو مل جائیں گی۔</w:t>
      </w:r>
    </w:p>
    <w:p>
      <w:r>
        <w:rPr>
          <w:b/>
        </w:rPr>
        <w:t xml:space="preserve">[31:00] </w:t>
      </w:r>
      <w:r>
        <w:t>Maulana, aksar log dua dua karte hain aur un ke hisaab se woh jaaiz dua hoti hai, lekin woh qubool nahin hoti. To is par yeh sawal aata hai ke woh to jaaiz thi dua, to phir kyun nahin qubool hui?</w:t>
      </w:r>
    </w:p>
    <w:p>
      <w:pPr>
        <w:jc w:val="right"/>
      </w:pPr>
      <w:r>
        <w:t>مولانا، اکثر لوگ دعا دعا کرتے ہیں اور ان کے حساب سے وہ جائز دعا ہوتی ہے، لیکن وہ قبول نہیں ہوتی۔ تو اس پر یہ سوال آتا ہے کہ وہ تو جائز تھی دعا، تو پھر کیوں نہیں قبول ہوئی؟</w:t>
      </w:r>
    </w:p>
    <w:p>
      <w:r>
        <w:rPr>
          <w:b/>
        </w:rPr>
        <w:t xml:space="preserve">[31:14] </w:t>
      </w:r>
      <w:r>
        <w:t>Nahin, yeh kahin likha nahin hai Quran mein ke jaaiz hai to qubool ho jayegi. Jaaiz hai to qubool ho jayegi, yeh kahin nahin likha hai.</w:t>
      </w:r>
    </w:p>
    <w:p>
      <w:pPr>
        <w:jc w:val="right"/>
      </w:pPr>
      <w:r>
        <w:t>نہیں، یہ کہیں لکھا نہیں ہے قرآن میں کہ جائز ہے تو قبول ہو جائے گی۔ جائز ہے تو قبول ہو جائے گی، یہ کہیں نہیں لکھا ہے۔</w:t>
      </w:r>
    </w:p>
    <w:p>
      <w:r>
        <w:rPr>
          <w:b/>
        </w:rPr>
        <w:t xml:space="preserve">[31:24] </w:t>
      </w:r>
      <w:r>
        <w:t>Aap ko dua ke har dua ki alag alag sharaait poori karni padengi. Alag alag jaaiz na-jaaiz, woh woh shart nahin hai.</w:t>
      </w:r>
    </w:p>
    <w:p>
      <w:pPr>
        <w:jc w:val="right"/>
      </w:pPr>
      <w:r>
        <w:t>آپ کو دعا کے ہر دعا کی الگ الگ شرائط پوری کرنی پڑیں گی۔ الگ الگ جائز ناجائز، وہ وہ شرط نہیں ہے۔</w:t>
      </w:r>
    </w:p>
    <w:p>
      <w:r>
        <w:rPr>
          <w:b/>
        </w:rPr>
        <w:t xml:space="preserve">[31:45] </w:t>
      </w:r>
      <w:r>
        <w:t>Maulana, Hadees mein hai ke jo dua ki jaati hai, agar woh dunya mein nahin mile to aakhirat ke liye zakhira bana diya jata hai.</w:t>
      </w:r>
    </w:p>
    <w:p>
      <w:pPr>
        <w:jc w:val="right"/>
      </w:pPr>
      <w:r>
        <w:t>مولانا، حدیث میں ہے کہ جو دعا کی جاتی ہے، اگر وہ دنیا میں نہیں ملے تو آخرت کے لیے ذخیرہ بنا دیا جاتا ہے۔</w:t>
      </w:r>
    </w:p>
    <w:p>
      <w:r>
        <w:rPr>
          <w:b/>
        </w:rPr>
        <w:t xml:space="preserve">[31:55] </w:t>
      </w:r>
      <w:r>
        <w:t>Haan, yeh bhi hai. Lekin bahut zyada aap ko agar aap.</w:t>
      </w:r>
    </w:p>
    <w:p>
      <w:pPr>
        <w:jc w:val="right"/>
      </w:pPr>
      <w:r>
        <w:t>ہاں، یہ بھی ہے۔ لیکن بہت زیادہ آپ کو اگر آپ۔</w:t>
      </w:r>
    </w:p>
    <w:p>
      <w:r>
        <w:rPr>
          <w:b/>
        </w:rPr>
        <w:t xml:space="preserve">[32:05] </w:t>
      </w:r>
      <w:r>
        <w:t>Maulana, agla sawal lete hain. Yeh Mahboob bhai ne bheja hai Mumbai se. Unhon ne likha hai: "Maulana, aisi kaun si baaten hain jo hamein avoid karni hongi jis se hamein Quran se gehra ta'alluq bana rahe?</w:t>
      </w:r>
    </w:p>
    <w:p>
      <w:pPr>
        <w:jc w:val="right"/>
      </w:pPr>
      <w:r>
        <w:t>مولانا، اگلا سوال لیتے ہیں۔ یہ محبوب بھائی نے بھیجا ہے ممبئی سے۔ انہوں نے لکھا ہے: "مولانا، ایسی کون سی باتیں ہیں جو ہمیں اوائڈ کرنی ہوں گی جس سے ہمیں قرآن سے گہرا تعلق بنا رہے؟</w:t>
      </w:r>
    </w:p>
    <w:p>
      <w:r>
        <w:rPr>
          <w:b/>
        </w:rPr>
        <w:t xml:space="preserve">[32:22] </w:t>
      </w:r>
      <w:r>
        <w:t>Is ke bare mein bataen."</w:t>
      </w:r>
    </w:p>
    <w:p>
      <w:pPr>
        <w:jc w:val="right"/>
      </w:pPr>
      <w:r>
        <w:t>اس کے بارے میں بتائیں۔"</w:t>
      </w:r>
    </w:p>
    <w:p>
      <w:r>
        <w:rPr>
          <w:b/>
        </w:rPr>
        <w:t xml:space="preserve">[32:24] </w:t>
      </w:r>
      <w:r>
        <w:t>Main to samajhta hoon ke ek hi shart hai: woh hai distraction. Distraction se apne ko bachana hoga.</w:t>
      </w:r>
    </w:p>
    <w:p>
      <w:pPr>
        <w:jc w:val="right"/>
      </w:pPr>
      <w:r>
        <w:t>میں تو سمجھتا ہوں کہ ایک ہی شرط ہے: وہ ہے ڈسٹریکشن۔ ڈسٹریکشن سے اپنے کو بچانا ہوگا۔</w:t>
      </w:r>
    </w:p>
    <w:p>
      <w:r>
        <w:rPr>
          <w:b/>
        </w:rPr>
        <w:t xml:space="preserve">[32:35] </w:t>
      </w:r>
      <w:r>
        <w:t>Distraction, theek hai? Distraction bhi kya cheezen woh hain jo aap ko disturb karti hain? To is ke liye aap ko ghaur fikr karna hoga, muta'ala karna hoga.</w:t>
      </w:r>
    </w:p>
    <w:p>
      <w:pPr>
        <w:jc w:val="right"/>
      </w:pPr>
      <w:r>
        <w:t>ڈسٹریکشن، ٹھیک ہے؟ ڈسٹریکشن بھی کیا چیزیں وہ ہیں جو آپ کو ڈسٹرب کرتی ہیں؟ تو اس کے لیے آپ کو غور فکر کرنا ہوگا، مطالعہ کرنا ہوگا۔</w:t>
      </w:r>
    </w:p>
    <w:p>
      <w:r>
        <w:rPr>
          <w:b/>
        </w:rPr>
        <w:t xml:space="preserve">[32:51] </w:t>
      </w:r>
      <w:r>
        <w:t>Kyunke fehrist koi nahin hai. Fehrist nahin koi hai.</w:t>
      </w:r>
    </w:p>
    <w:p>
      <w:pPr>
        <w:jc w:val="right"/>
      </w:pPr>
      <w:r>
        <w:t>کیونکہ فہرست کوئی نہیں ہے۔ فہرست نہیں کوئی ہے۔</w:t>
      </w:r>
    </w:p>
    <w:p>
      <w:r>
        <w:rPr>
          <w:b/>
        </w:rPr>
        <w:t xml:space="preserve">[33:01] </w:t>
      </w:r>
      <w:r>
        <w:t>Muhammad Rafiq Tesse wale sahab ne sawal bheja hai. Woh aap se jaanna chahte hain ke Quran ka tarjuma padhna chahiye ya tafseer padhni chahiye?</w:t>
      </w:r>
    </w:p>
    <w:p>
      <w:pPr>
        <w:jc w:val="right"/>
      </w:pPr>
      <w:r>
        <w:t>محمد رفیق ٹیسے والے صاحب نے سوال بھیجا ہے۔ وہ آپ سے جاننا چاہتے ہیں کہ قرآن کا ترجمہ پڑھنا چاہیے یا تفسیر پڑھنی چاہیے؟</w:t>
      </w:r>
    </w:p>
    <w:p>
      <w:r>
        <w:rPr>
          <w:b/>
        </w:rPr>
        <w:t xml:space="preserve">[33:14] </w:t>
      </w:r>
      <w:r>
        <w:t>Bhai, na tafseer kaafi hai, na tarjuma kaafi hai. Asal cheez to tadabbur hai. Tadabbur ke baghair aap Quran ki aap par Quran ke maani nahin khulenge.</w:t>
      </w:r>
    </w:p>
    <w:p>
      <w:pPr>
        <w:jc w:val="right"/>
      </w:pPr>
      <w:r>
        <w:t>بھائی، نہ تفسیر کافی ہے، نہ ترجمہ کافی ہے۔ اصل چیز تو تدبر ہے۔ تدبر کے بغیر آپ قرآن کی آپ پر قرآن کے معنی نہیں کھلیں گے۔</w:t>
      </w:r>
    </w:p>
    <w:p>
      <w:r>
        <w:rPr>
          <w:b/>
        </w:rPr>
        <w:t xml:space="preserve">[33:35] </w:t>
      </w:r>
      <w:r>
        <w:t>Maulana, Uzair Afzal sahab ne sawal bheja hai. Unhon ne likha hai: "Quran padhne mein dil kaise lag sakta hai aur samajhne ke liye kya zaroori baaten hain?"</w:t>
      </w:r>
    </w:p>
    <w:p>
      <w:pPr>
        <w:jc w:val="right"/>
      </w:pPr>
      <w:r>
        <w:t>مولانا، عزیر افضل صاحب نے سوال بھیجا ہے۔ انہوں نے لکھا ہے: "قرآن پڑھنے میں دل کیسے لگ سکتا ہے اور سمجھنے کے لیے کیا ضروری باتیں ہیں؟"</w:t>
      </w:r>
    </w:p>
    <w:p>
      <w:r>
        <w:rPr>
          <w:b/>
        </w:rPr>
        <w:t xml:space="preserve">[33:55] </w:t>
      </w:r>
      <w:r>
        <w:t>Kya phir se padhiye? Quran padhne mein dil kaise lag sakta hai aur samajhne ke liye kya zaroori baaten hain?</w:t>
      </w:r>
    </w:p>
    <w:p>
      <w:pPr>
        <w:jc w:val="right"/>
      </w:pPr>
      <w:r>
        <w:t>کیا پھر سے پڑھیے؟ قرآن پڑھنے میں دل کیسے لگ سکتا ہے اور سمجھنے کے لیے کیا ضروری باتیں ہیں؟</w:t>
      </w:r>
    </w:p>
    <w:p>
      <w:r>
        <w:rPr>
          <w:b/>
        </w:rPr>
        <w:t xml:space="preserve">[34:07] </w:t>
      </w:r>
      <w:r>
        <w:t>bas do cheezen: tadabbur aur dua. tadabbur aur dua.</w:t>
      </w:r>
    </w:p>
    <w:p>
      <w:pPr>
        <w:jc w:val="right"/>
      </w:pPr>
      <w:r>
        <w:t>بس دو چیزیں: تدبر اور دعا۔ تدبر اور دعا۔</w:t>
      </w:r>
    </w:p>
    <w:p>
      <w:r>
        <w:rPr>
          <w:b/>
        </w:rPr>
        <w:t xml:space="preserve">[34:20] </w:t>
      </w:r>
      <w:r>
        <w:t>okay, we we'll end the session now. thank you.</w:t>
      </w:r>
    </w:p>
    <w:p>
      <w:pPr>
        <w:jc w:val="right"/>
      </w:pPr>
      <w:r>
        <w:t>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