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Enquiry August 9, 2020 Maulana Wahiduddin Khan</w:t>
      </w:r>
    </w:p>
    <w:p>
      <w:r>
        <w:t>https://www.youtube.com/watch?v=oFynIQnc6-I</w:t>
      </w:r>
    </w:p>
    <w:p>
      <w:r>
        <w:rPr>
          <w:b/>
        </w:rPr>
        <w:t xml:space="preserve">[00:13] </w:t>
      </w:r>
      <w:r>
        <w:t>bismillah hir rahman nir rahim, wa salla Allahu ala nabiyyi al-karim.</w:t>
      </w:r>
    </w:p>
    <w:p>
      <w:pPr>
        <w:jc w:val="right"/>
      </w:pPr>
      <w:r>
        <w:t>بسم اللہ الرحمن الرحیم، وصلی اللہ علی نبی الکریم۔</w:t>
      </w:r>
    </w:p>
    <w:p>
      <w:r>
        <w:rPr>
          <w:b/>
        </w:rPr>
        <w:t xml:space="preserve">[00:22] </w:t>
      </w:r>
      <w:r>
        <w:t>rab ishrah li sadri, wa yassir li amri, wah lul uqdata min lisani</w:t>
      </w:r>
    </w:p>
    <w:p>
      <w:pPr>
        <w:jc w:val="right"/>
      </w:pPr>
      <w:r>
        <w:t>رب اشرح لی صدری، ویسر لی امری، واحل العقدۃ من لسانی</w:t>
      </w:r>
    </w:p>
    <w:p>
      <w:r>
        <w:rPr>
          <w:b/>
        </w:rPr>
        <w:t xml:space="preserve">[00:32] </w:t>
      </w:r>
      <w:r>
        <w:t>yaf qah qawli. 9 agast 2020.</w:t>
      </w:r>
    </w:p>
    <w:p>
      <w:pPr>
        <w:jc w:val="right"/>
      </w:pPr>
      <w:r>
        <w:t>یفقہ قولی۔ 9 اگست 2020۔</w:t>
      </w:r>
    </w:p>
    <w:p>
      <w:r>
        <w:rPr>
          <w:b/>
        </w:rPr>
        <w:t xml:space="preserve">[00:42] </w:t>
      </w:r>
      <w:r>
        <w:t>mujh se aksar log yeh poochte hain ke aap ke andar yeh baat paida hui jo sachai ki talash ki, yeh kaise paida hui.</w:t>
      </w:r>
    </w:p>
    <w:p>
      <w:pPr>
        <w:jc w:val="right"/>
      </w:pPr>
      <w:r>
        <w:t>مجھ سے اکثر لوگ یہ پوچھتے ہیں کہ آپ کے اندر یہ بات پیدا ہوئی جو سچائی کی تلاش کی، یہ کیسے پیدا ہوئی۔</w:t>
      </w:r>
    </w:p>
    <w:p>
      <w:r>
        <w:rPr>
          <w:b/>
        </w:rPr>
        <w:t xml:space="preserve">[00:53] </w:t>
      </w:r>
      <w:r>
        <w:t>to main samajhta hoon ke is silsile mein kai factors hain.</w:t>
      </w:r>
    </w:p>
    <w:p>
      <w:pPr>
        <w:jc w:val="right"/>
      </w:pPr>
      <w:r>
        <w:t>تو میں سمجھتا ہوں کہ اس سلسلے میں کئی فیکٹرز ہیں۔</w:t>
      </w:r>
    </w:p>
    <w:p>
      <w:r>
        <w:rPr>
          <w:b/>
        </w:rPr>
        <w:t xml:space="preserve">[01:01] </w:t>
      </w:r>
      <w:r>
        <w:t>ek jo zyada qabil-e-zikr hai, woh yeh hai ke main</w:t>
      </w:r>
    </w:p>
    <w:p>
      <w:pPr>
        <w:jc w:val="right"/>
      </w:pPr>
      <w:r>
        <w:t>ایک جو زیادہ قابل ذکر ہے، وہ یہ ہے کہ میں</w:t>
      </w:r>
    </w:p>
    <w:p>
      <w:r>
        <w:rPr>
          <w:b/>
        </w:rPr>
        <w:t xml:space="preserve">[01:11] </w:t>
      </w:r>
      <w:r>
        <w:t>Adam ke madrasa alaihissalam mein dakhil kiya gaya. wahan us waqt jo head مدرس تھے, وہ تھے Maulana Amin Uthmani Islahi.</w:t>
      </w:r>
    </w:p>
    <w:p>
      <w:pPr>
        <w:jc w:val="right"/>
      </w:pPr>
      <w:r>
        <w:t>آدم کے مدرسہ علیہ السلام میں داخل کیا گیا۔ وہاں اس وقت جو ہیڈ مدرس تھے، وہ تھے مولانا امین اصف اصلاحی۔</w:t>
      </w:r>
    </w:p>
    <w:p>
      <w:r>
        <w:rPr>
          <w:b/>
        </w:rPr>
        <w:t xml:space="preserve">[01:29] </w:t>
      </w:r>
      <w:r>
        <w:t>woh bohat hi intelligent aadmi thay. to hamari class mein us waqt ghaliban 20 se zyada talib-e-ilm thay.</w:t>
      </w:r>
    </w:p>
    <w:p>
      <w:pPr>
        <w:jc w:val="right"/>
      </w:pPr>
      <w:r>
        <w:t>وہ بہت ہی انٹیلیجنٹ آدمی تھے۔ تو ہماری کلاس میں اس وقت غالباً 20 سے زیادہ طالب علم تھے۔</w:t>
      </w:r>
    </w:p>
    <w:p>
      <w:r>
        <w:rPr>
          <w:b/>
        </w:rPr>
        <w:t xml:space="preserve">[01:47] </w:t>
      </w:r>
      <w:r>
        <w:t>to class ke dauran ek ayat aayi: "wa ila al-lab al-kayf khuliqat".</w:t>
      </w:r>
    </w:p>
    <w:p>
      <w:pPr>
        <w:jc w:val="right"/>
      </w:pPr>
      <w:r>
        <w:t>تو کلاس کے دوران ایک آیت آئی: "وَإِلَا الْلَّبِ الْكَيْفُ خُلِقَتْ" ۔</w:t>
      </w:r>
    </w:p>
    <w:p>
      <w:r>
        <w:rPr>
          <w:b/>
        </w:rPr>
        <w:t xml:space="preserve">[02:01] </w:t>
      </w:r>
      <w:r>
        <w:t>to unhon ne ek sawal kar diya jo</w:t>
      </w:r>
    </w:p>
    <w:p>
      <w:pPr>
        <w:jc w:val="right"/>
      </w:pPr>
      <w:r>
        <w:t>تو انہوں نے ایک سوال کر دیا جو</w:t>
      </w:r>
    </w:p>
    <w:p>
      <w:r>
        <w:rPr>
          <w:b/>
        </w:rPr>
        <w:t xml:space="preserve">[02:06] </w:t>
      </w:r>
      <w:r>
        <w:t>ajeeb sa tha ke yeh batao ke oont ke sum phate hotay hain ya joṛe hotay hain.</w:t>
      </w:r>
    </w:p>
    <w:p>
      <w:pPr>
        <w:jc w:val="right"/>
      </w:pPr>
      <w:r>
        <w:t>عجیب سا تھا کہ یہ بتاؤ کہ اونٹ کے سم پھٹے ہوتے ہیں یا جوڑے ہوتے ہیں۔</w:t>
      </w:r>
    </w:p>
    <w:p>
      <w:r>
        <w:rPr>
          <w:b/>
        </w:rPr>
        <w:t xml:space="preserve">[02:19] </w:t>
      </w:r>
      <w:r>
        <w:t>to hum log</w:t>
      </w:r>
    </w:p>
    <w:p>
      <w:pPr>
        <w:jc w:val="right"/>
      </w:pPr>
      <w:r>
        <w:t>تو ہم لوگ</w:t>
      </w:r>
    </w:p>
    <w:p>
      <w:r>
        <w:rPr>
          <w:b/>
        </w:rPr>
        <w:t xml:space="preserve">[02:24] </w:t>
      </w:r>
      <w:r>
        <w:t>ghaliban us waqt 20 students thay, lekin koi yaqeen ke sath nahi bata saka ke oont ke sum kaise hotay hain.</w:t>
      </w:r>
    </w:p>
    <w:p>
      <w:pPr>
        <w:jc w:val="right"/>
      </w:pPr>
      <w:r>
        <w:t>غالباً اس وقت 20 اسٹوڈنٹ تھے، لیکن کوئی یقین کے ساتھ نہیں بتا سکا کہ اونٹ کے سم کیسے ہوتے ہیں۔</w:t>
      </w:r>
    </w:p>
    <w:p>
      <w:r>
        <w:rPr>
          <w:b/>
        </w:rPr>
        <w:t xml:space="preserve">[02:36] </w:t>
      </w:r>
      <w:r>
        <w:t>phir unhon ne ek taqreer ki.</w:t>
      </w:r>
    </w:p>
    <w:p>
      <w:pPr>
        <w:jc w:val="right"/>
      </w:pPr>
      <w:r>
        <w:t>پھر انہوں نے ایک تقریر کی۔</w:t>
      </w:r>
    </w:p>
    <w:p>
      <w:r>
        <w:rPr>
          <w:b/>
        </w:rPr>
        <w:t xml:space="preserve">[02:40] </w:t>
      </w:r>
      <w:r>
        <w:t>unhon ne kaha ke oont tum ne baqayda dekha hoga, lekin kya wajah hai ke tum ko tum bata nahi paye ke oont ke sum kaise hotay hain?</w:t>
      </w:r>
    </w:p>
    <w:p>
      <w:pPr>
        <w:jc w:val="right"/>
      </w:pPr>
      <w:r>
        <w:t>انہوں نے کہا کہ اونٹ تم نے باقاعدہ دیکھا ہوگا، لیکن کیا وجہ ہے کہ تم کو تم بتا نہیں پائے کہ اونٹ کے سم کیسے ہوتے ہیں؟</w:t>
      </w:r>
    </w:p>
    <w:p>
      <w:r>
        <w:rPr>
          <w:b/>
        </w:rPr>
        <w:t xml:space="preserve">[02:58] </w:t>
      </w:r>
      <w:r>
        <w:t>to is ki wajah yeh hai ke tum ne dekha magar nahi dekha.</w:t>
      </w:r>
    </w:p>
    <w:p>
      <w:pPr>
        <w:jc w:val="right"/>
      </w:pPr>
      <w:r>
        <w:t>تو اس کی وجہ یہ ہے کہ تم نے دیکھا مگر نہیں دیکھا۔</w:t>
      </w:r>
    </w:p>
    <w:p>
      <w:r>
        <w:rPr>
          <w:b/>
        </w:rPr>
        <w:t xml:space="preserve">[03:07] </w:t>
      </w:r>
      <w:r>
        <w:t>to ek qaul maine bataya jo baat ko maine tehqeeq ki, to woh ghaliban tabi'i ka qaul hai.</w:t>
      </w:r>
    </w:p>
    <w:p>
      <w:pPr>
        <w:jc w:val="right"/>
      </w:pPr>
      <w:r>
        <w:t>تو ایک قول میں نے بتایا جو بات کو میں نے تحقیق کی، تو وہ غالباً تابعی کا قول ہے۔</w:t>
      </w:r>
    </w:p>
    <w:p>
      <w:r>
        <w:rPr>
          <w:b/>
        </w:rPr>
        <w:t xml:space="preserve">[03:19] </w:t>
      </w:r>
      <w:r>
        <w:t>woh tha: "la adri jism al-ilm". main nahi janta yeh aadha ilm hai.</w:t>
      </w:r>
    </w:p>
    <w:p>
      <w:pPr>
        <w:jc w:val="right"/>
      </w:pPr>
      <w:r>
        <w:t>وہ تھا: "لا أدري جسم العلم" ۔ میں نہیں جانتا یہ آدھا علم ہے۔</w:t>
      </w:r>
    </w:p>
    <w:p>
      <w:r>
        <w:rPr>
          <w:b/>
        </w:rPr>
        <w:t xml:space="preserve">[03:32] </w:t>
      </w:r>
      <w:r>
        <w:t>is qaul ka matlab yeh hai ke aadmi ka aadmi agar sab se pehle apne la adri ko darjat kar le to woh adri tak pahunch jayega.</w:t>
      </w:r>
    </w:p>
    <w:p>
      <w:pPr>
        <w:jc w:val="right"/>
      </w:pPr>
      <w:r>
        <w:t>اس قول کا مطلب یہ ہے کہ آدمی کا آدمی اگر سب سے پہلے اپنے لا ادری کو درجات کر لے تو وہ ادری تک پہنچ جائے گا۔</w:t>
      </w:r>
    </w:p>
    <w:p>
      <w:r>
        <w:rPr>
          <w:b/>
        </w:rPr>
        <w:t xml:space="preserve">[03:46] </w:t>
      </w:r>
      <w:r>
        <w:t>to unhon ne bataya ke tum apne la adri ko nahi jante thay,</w:t>
      </w:r>
    </w:p>
    <w:p>
      <w:pPr>
        <w:jc w:val="right"/>
      </w:pPr>
      <w:r>
        <w:t>تو انہوں نے بتایا کہ تم اپنے لا ادری کو نہیں جانتے تھے،</w:t>
      </w:r>
    </w:p>
    <w:p>
      <w:r>
        <w:rPr>
          <w:b/>
        </w:rPr>
        <w:t xml:space="preserve">[03:49] </w:t>
      </w:r>
      <w:r>
        <w:t>yani yeh nahi jante thay ke oont ke sum kaise hotay hain. bas farz kar liya tha,</w:t>
      </w:r>
    </w:p>
    <w:p>
      <w:pPr>
        <w:jc w:val="right"/>
      </w:pPr>
      <w:r>
        <w:t>یعنی یہ نہیں جانتے تھے کہ اونٹ کے سم کیسے ہوتے ہیں۔ بس فرض کر لیا تھا،</w:t>
      </w:r>
    </w:p>
    <w:p>
      <w:r>
        <w:rPr>
          <w:b/>
        </w:rPr>
        <w:t xml:space="preserve">[03:59] </w:t>
      </w:r>
      <w:r>
        <w:t>for garden abal liya tha.</w:t>
      </w:r>
    </w:p>
    <w:p>
      <w:pPr>
        <w:jc w:val="right"/>
      </w:pPr>
      <w:r>
        <w:t>فار گارڈن ابال لیا تھا۔</w:t>
      </w:r>
    </w:p>
    <w:p>
      <w:r>
        <w:rPr>
          <w:b/>
        </w:rPr>
        <w:t xml:space="preserve">[04:04] </w:t>
      </w:r>
      <w:r>
        <w:t>to agar tum ko maloom hota ke tum oont ke sum ke baray mein jante nahi ho, to tum us ki khoj mein rehte.</w:t>
      </w:r>
    </w:p>
    <w:p>
      <w:pPr>
        <w:jc w:val="right"/>
      </w:pPr>
      <w:r>
        <w:t>تو اگر تم کو معلوم ہوتا کہ تم اونٹ کے سم کے بارے میں جانتے نہیں ہو، تو تم اس کی کھوج میں رہتے۔</w:t>
      </w:r>
    </w:p>
    <w:p>
      <w:r>
        <w:rPr>
          <w:b/>
        </w:rPr>
        <w:t xml:space="preserve">[04:14] </w:t>
      </w:r>
      <w:r>
        <w:t>aur jab pehli baar dekhte oont ko, to jaldi se us ke sam</w:t>
      </w:r>
    </w:p>
    <w:p>
      <w:pPr>
        <w:jc w:val="right"/>
      </w:pPr>
      <w:r>
        <w:t>اور جب پہلی بار دیکھتے اونٹ کو، تو جلدی سے اس کے سم</w:t>
      </w:r>
    </w:p>
    <w:p>
      <w:r>
        <w:rPr>
          <w:b/>
        </w:rPr>
        <w:t xml:space="preserve">[04:21] </w:t>
      </w:r>
      <w:r>
        <w:t>ko dekh lete.</w:t>
      </w:r>
    </w:p>
    <w:p>
      <w:pPr>
        <w:jc w:val="right"/>
      </w:pPr>
      <w:r>
        <w:t>کو دیکھ لیتے۔</w:t>
      </w:r>
    </w:p>
    <w:p>
      <w:r>
        <w:rPr>
          <w:b/>
        </w:rPr>
        <w:t xml:space="preserve">[04:28] </w:t>
      </w:r>
      <w:r>
        <w:t>yeh hai la adri discipline ka falsafa. yeh baat mujhe itne zyada, yaani mere mind ko lag gayi ke sari zindagi mein woh mujhe yaad reh gayi.</w:t>
      </w:r>
    </w:p>
    <w:p>
      <w:pPr>
        <w:jc w:val="right"/>
      </w:pPr>
      <w:r>
        <w:t>یہ ہے لا ادری ڈسپلن کا فلسفہ۔ یہ بات مجھے اتنے زیادہ، یعنی میرے مائنڈ کو لگ گئی کہ ساری زندگی میں وہ مجھے یاد رہ گئی۔</w:t>
      </w:r>
    </w:p>
    <w:p>
      <w:r>
        <w:rPr>
          <w:b/>
        </w:rPr>
        <w:t xml:space="preserve">[04:45] </w:t>
      </w:r>
      <w:r>
        <w:t>aaj bhi yaad hai.</w:t>
      </w:r>
    </w:p>
    <w:p>
      <w:pPr>
        <w:jc w:val="right"/>
      </w:pPr>
      <w:r>
        <w:t>آج بھی یاد ہے۔</w:t>
      </w:r>
    </w:p>
    <w:p>
      <w:r>
        <w:rPr>
          <w:b/>
        </w:rPr>
        <w:t xml:space="preserve">[04:48] </w:t>
      </w:r>
      <w:r>
        <w:t>balkeh main kehta hoon ke yeh meri zindagi ki</w:t>
      </w:r>
    </w:p>
    <w:p>
      <w:pPr>
        <w:jc w:val="right"/>
      </w:pPr>
      <w:r>
        <w:t>بلکہ میں کہتا ہوں کہ یہ میری زندگی کی</w:t>
      </w:r>
    </w:p>
    <w:p>
      <w:r>
        <w:rPr>
          <w:b/>
        </w:rPr>
        <w:t xml:space="preserve">[04:55] </w:t>
      </w:r>
      <w:r>
        <w:t>sab se bari key ban gayi hai.</w:t>
      </w:r>
    </w:p>
    <w:p>
      <w:pPr>
        <w:jc w:val="right"/>
      </w:pPr>
      <w:r>
        <w:t>سب سے بڑی کلید بن گئی ہے۔</w:t>
      </w:r>
    </w:p>
    <w:p>
      <w:r>
        <w:rPr>
          <w:b/>
        </w:rPr>
        <w:t xml:space="preserve">[05:02] </w:t>
      </w:r>
      <w:r>
        <w:t>har bhi har cheez, har cheez ke baray mein main yeh yeh janne laga ke main apni nahi ko janoon.</w:t>
      </w:r>
    </w:p>
    <w:p>
      <w:pPr>
        <w:jc w:val="right"/>
      </w:pPr>
      <w:r>
        <w:t>ہر بھی ہر چیز، ہر چیز کے بارے میں میں یہ یہ جاننے لگا کہ میں اپنی نہیں کو جانوں۔</w:t>
      </w:r>
    </w:p>
    <w:p>
      <w:r>
        <w:rPr>
          <w:b/>
        </w:rPr>
        <w:t xml:space="preserve">[05:14] </w:t>
      </w:r>
      <w:r>
        <w:t>har cheez ko, yahan tak ke khud apne aap ko bhi. main meri zindagi mein kon si baat nahi hai jis ko main janoon.</w:t>
      </w:r>
    </w:p>
    <w:p>
      <w:pPr>
        <w:jc w:val="right"/>
      </w:pPr>
      <w:r>
        <w:t>ہر چیز کو، یہاں تک کہ خود اپنے آپ کو بھی۔ میں میری زندگی میں کون سی بات نہیں ہے جس کو میں جانوں۔</w:t>
      </w:r>
    </w:p>
    <w:p>
      <w:r>
        <w:rPr>
          <w:b/>
        </w:rPr>
        <w:t xml:space="preserve">[05:27] </w:t>
      </w:r>
      <w:r>
        <w:t>to yeh to yeh sochte sochte chala ke main apni creation, apni creation ke baray mein jata hoon.</w:t>
      </w:r>
    </w:p>
    <w:p>
      <w:pPr>
        <w:jc w:val="right"/>
      </w:pPr>
      <w:r>
        <w:t>تو یہ تو یہ سوچتے سوچتے چلا کہ میں اپنی کریشن، اپنی کریشن کے بارے میں جاتا ہوں۔</w:t>
      </w:r>
    </w:p>
    <w:p>
      <w:r>
        <w:rPr>
          <w:b/>
        </w:rPr>
        <w:t xml:space="preserve">[05:35] </w:t>
      </w:r>
      <w:r>
        <w:t>kon mera khaliq hai? kon mera creator hai? yahi main nahi janta.</w:t>
      </w:r>
    </w:p>
    <w:p>
      <w:pPr>
        <w:jc w:val="right"/>
      </w:pPr>
      <w:r>
        <w:t>کون میرا خالق ہے؟ کون میرا کریٹر ہے؟ یہی میں نہیں جانتا۔</w:t>
      </w:r>
    </w:p>
    <w:p>
      <w:r>
        <w:rPr>
          <w:b/>
        </w:rPr>
        <w:t xml:space="preserve">[05:49] </w:t>
      </w:r>
      <w:r>
        <w:t>to is zamane mein, main is zamane mein, main aik fani ka ashaar ka bohat parta tha. fani, fani badaiyudi aik shair thay.</w:t>
      </w:r>
    </w:p>
    <w:p>
      <w:pPr>
        <w:jc w:val="right"/>
      </w:pPr>
      <w:r>
        <w:t>تو اس زمانے میں، میں اس زمانے میں، میں ایک فانی کا اشعار کا بہت پڑھتا تھا۔ فانی، فانی بدائیودی ایک شاعر تھے۔</w:t>
      </w:r>
    </w:p>
    <w:p>
      <w:r>
        <w:rPr>
          <w:b/>
        </w:rPr>
        <w:t xml:space="preserve">[06:03] </w:t>
      </w:r>
      <w:r>
        <w:t>to unhon ne kaha tha, woh bhi aik tala tala shaikh mein shair sarghad thay, sarghada thay. mujhe bula ke yahan aap chup gaya koi.</w:t>
      </w:r>
    </w:p>
    <w:p>
      <w:pPr>
        <w:jc w:val="right"/>
      </w:pPr>
      <w:r>
        <w:t>تو انہوں نے کہا تھا، وہ بھی ایک طلا طلا شیخ میں شاعر سرگرد تھے، سرگردہ تھے۔ مجھے بلا کے یہاں آپ چھپ گیا کوئی۔</w:t>
      </w:r>
    </w:p>
    <w:p>
      <w:r>
        <w:rPr>
          <w:b/>
        </w:rPr>
        <w:t xml:space="preserve">[06:18] </w:t>
      </w:r>
      <w:r>
        <w:t>woh be hawa hoon jisay baizbah nahi milta.</w:t>
      </w:r>
    </w:p>
    <w:p>
      <w:pPr>
        <w:jc w:val="right"/>
      </w:pPr>
      <w:r>
        <w:t>وہ بے ہوا ہوں جسے بیضبہ نہیں ملتا۔</w:t>
      </w:r>
    </w:p>
    <w:p>
      <w:r>
        <w:rPr>
          <w:b/>
        </w:rPr>
        <w:t xml:space="preserve">[06:22] </w:t>
      </w:r>
      <w:r>
        <w:t>yaani woh sochte thay ke main aik dunya mein aa gaya, kisi ne paida kar diya. lekin woh kahan hai mera khaliq?</w:t>
      </w:r>
    </w:p>
    <w:p>
      <w:pPr>
        <w:jc w:val="right"/>
      </w:pPr>
      <w:r>
        <w:t>یعنی وہ سوچتے تھے کہ میں ایک دنیا میں آ گیا، کسی نے پیدا کر دیا۔ لیکن وہ کہاں ہے میرا خالق؟</w:t>
      </w:r>
    </w:p>
    <w:p>
      <w:r>
        <w:rPr>
          <w:b/>
        </w:rPr>
        <w:t xml:space="preserve">[06:31] </w:t>
      </w:r>
      <w:r>
        <w:t>kahan hai mera creator? woh to kahin dikhai nahi deta. to unhon ne kaha tha ke koi mujhe bula ke yahan</w:t>
      </w:r>
    </w:p>
    <w:p>
      <w:pPr>
        <w:jc w:val="right"/>
      </w:pPr>
      <w:r>
        <w:t>کہاں ہے میرا کریٹر؟ وہ تو کہیں دکھائی نہیں دیتا۔ تو انہوں نے کہا تھا کہ کوئی مجھے بلا کے یہاں</w:t>
      </w:r>
    </w:p>
    <w:p>
      <w:r>
        <w:rPr>
          <w:b/>
        </w:rPr>
        <w:t xml:space="preserve">[06:39] </w:t>
      </w:r>
      <w:r>
        <w:t>aap chup gaya koi. woh main huma hoon jisay baizbah nahi milta. to mera haal yahi hoga.</w:t>
      </w:r>
    </w:p>
    <w:p>
      <w:pPr>
        <w:jc w:val="right"/>
      </w:pPr>
      <w:r>
        <w:t>آپ چھپ گیا کوئی۔ وہ میں ہما ہوں جسے بیضبہ نہیں ملتا۔ تو میرا حال یہی ہوگا۔</w:t>
      </w:r>
    </w:p>
    <w:p>
      <w:r>
        <w:rPr>
          <w:b/>
        </w:rPr>
        <w:t xml:space="preserve">[06:51] </w:t>
      </w:r>
      <w:r>
        <w:t>mera haal yahi hoga</w:t>
      </w:r>
    </w:p>
    <w:p>
      <w:pPr>
        <w:jc w:val="right"/>
      </w:pPr>
      <w:r>
        <w:t>میرا حال یہی ہوگا</w:t>
      </w:r>
    </w:p>
    <w:p>
      <w:r>
        <w:rPr>
          <w:b/>
        </w:rPr>
        <w:t xml:space="preserve">[06:55] </w:t>
      </w:r>
      <w:r>
        <w:t>ke main apne khaliq ki talash mein sar gardan ho gaya. yahan tak ke</w:t>
      </w:r>
    </w:p>
    <w:p>
      <w:pPr>
        <w:jc w:val="right"/>
      </w:pPr>
      <w:r>
        <w:t>کہ میں اپنے خالق کی تلاش میں سرگرداں ہو گیا۔ یہاں تک کہ</w:t>
      </w:r>
    </w:p>
    <w:p>
      <w:r>
        <w:rPr>
          <w:b/>
        </w:rPr>
        <w:t xml:space="preserve">[07:06] </w:t>
      </w:r>
      <w:r>
        <w:t>ghaliban 1940 ki baat hai.</w:t>
      </w:r>
    </w:p>
    <w:p>
      <w:pPr>
        <w:jc w:val="right"/>
      </w:pPr>
      <w:r>
        <w:t>غالباً 1940 کی بات ہے۔</w:t>
      </w:r>
    </w:p>
    <w:p>
      <w:r>
        <w:rPr>
          <w:b/>
        </w:rPr>
        <w:t xml:space="preserve">[07:13] </w:t>
      </w:r>
      <w:r>
        <w:t>main us waqt adam adam garh rehta tha. to aik din isi isi sardar sardar isi pareshani ke alam mein main shehar ki jama masjid chala gaya.</w:t>
      </w:r>
    </w:p>
    <w:p>
      <w:pPr>
        <w:jc w:val="right"/>
      </w:pPr>
      <w:r>
        <w:t>میں اس وقت آدم آدم گڑھ رہتا تھا۔ تو ایک دن اسی اسی سردار سردار اسی پریشانی کے عالم میں میں شہر کی جامع مسجد چلا گیا۔</w:t>
      </w:r>
    </w:p>
    <w:p>
      <w:r>
        <w:rPr>
          <w:b/>
        </w:rPr>
        <w:t xml:space="preserve">[07:30] </w:t>
      </w:r>
      <w:r>
        <w:t>adam ki jama masjid mein. to us waqt jo masjid thi,</w:t>
      </w:r>
    </w:p>
    <w:p>
      <w:pPr>
        <w:jc w:val="right"/>
      </w:pPr>
      <w:r>
        <w:t>آدم کی جامع مسجد میں۔ تو اس وقت جو مسجد تھی،</w:t>
      </w:r>
    </w:p>
    <w:p>
      <w:r>
        <w:rPr>
          <w:b/>
        </w:rPr>
        <w:t xml:space="preserve">[07:38] </w:t>
      </w:r>
      <w:r>
        <w:t>ghaliban us waqt koi bara change nahi aaya tha. to us ke angan mein us waqt aik papite ka drakht hua karta tha.</w:t>
      </w:r>
    </w:p>
    <w:p>
      <w:pPr>
        <w:jc w:val="right"/>
      </w:pPr>
      <w:r>
        <w:t>غالباً اس وقت کوئی بڑا چینج نہیں آیا تھا۔ تو اس کے انگن میں اس وقت ایک پپیتے کا درخت ہوا کرتا تھا۔</w:t>
      </w:r>
    </w:p>
    <w:p>
      <w:r>
        <w:rPr>
          <w:b/>
        </w:rPr>
        <w:t xml:space="preserve">[07:52] </w:t>
      </w:r>
      <w:r>
        <w:t>papita aap jante hain ke aik aisa drakht hai jo lamba chala jata hai</w:t>
      </w:r>
    </w:p>
    <w:p>
      <w:pPr>
        <w:jc w:val="right"/>
      </w:pPr>
      <w:r>
        <w:t>پپیتا آپ جانتے ہیں کہ ایک ایسا درخت ہے جو لمبا چلا جاتا ہے</w:t>
      </w:r>
    </w:p>
    <w:p>
      <w:r>
        <w:rPr>
          <w:b/>
        </w:rPr>
        <w:t xml:space="preserve">[07:57] </w:t>
      </w:r>
      <w:r>
        <w:t>aur us ke phool niklte hain, phool jharte rehte hain barabar.</w:t>
      </w:r>
    </w:p>
    <w:p>
      <w:pPr>
        <w:jc w:val="right"/>
      </w:pPr>
      <w:r>
        <w:t>اور اس کے پھول نکلتے ہیں، پھول جھڑتے رہتے ہیں برابر۔</w:t>
      </w:r>
    </w:p>
    <w:p>
      <w:r>
        <w:rPr>
          <w:b/>
        </w:rPr>
        <w:t xml:space="preserve">[08:06] </w:t>
      </w:r>
      <w:r>
        <w:t>to main us mein dakhil ho kar ke aur us ke papite ke peir ke neechay khara ho gaya.</w:t>
      </w:r>
    </w:p>
    <w:p>
      <w:pPr>
        <w:jc w:val="right"/>
      </w:pPr>
      <w:r>
        <w:t>تو میں اس میں داخل ہو کر کے اور اس کے پپیتے کے پیڑ کے نیچے کھڑا ہو گیا۔</w:t>
      </w:r>
    </w:p>
    <w:p>
      <w:r>
        <w:rPr>
          <w:b/>
        </w:rPr>
        <w:t xml:space="preserve">[08:14] </w:t>
      </w:r>
      <w:r>
        <w:t>to is waqt haal yeh tha ke main akela tha aur papite ke pear se phool jhad rahe the, phool.</w:t>
      </w:r>
    </w:p>
    <w:p>
      <w:pPr>
        <w:jc w:val="right"/>
      </w:pPr>
      <w:r>
        <w:t>تو اس وقت حال یہ تھا کہ میں اکیلا تھا اور پپیتے کے پیڑ سے پھول جھڑ رہے تھے، پھول۔</w:t>
      </w:r>
    </w:p>
    <w:p>
      <w:r>
        <w:rPr>
          <w:b/>
        </w:rPr>
        <w:t xml:space="preserve">[08:25] </w:t>
      </w:r>
      <w:r>
        <w:t>aur meri aankhon se aansu gir rahe the. idhar se aansu, idhar se phool.</w:t>
      </w:r>
    </w:p>
    <w:p>
      <w:pPr>
        <w:jc w:val="right"/>
      </w:pPr>
      <w:r>
        <w:t>اور میری آنکھوں سے آنسو گر رہے تھے۔ ادھر سے آنسو، ادھر سے پھول۔</w:t>
      </w:r>
    </w:p>
    <w:p>
      <w:r>
        <w:rPr>
          <w:b/>
        </w:rPr>
        <w:t xml:space="preserve">[08:32] </w:t>
      </w:r>
      <w:r>
        <w:t>aur meri zuban se kya nikalta? achaanak nikla tha, achaanak. khudawand tu kab aayega? main kab tak tere aane ka intezar karoon?</w:t>
      </w:r>
    </w:p>
    <w:p>
      <w:pPr>
        <w:jc w:val="right"/>
      </w:pPr>
      <w:r>
        <w:t>اور میری زبان سے کیا نکلتا؟ اچانک نکلا تھا، اچانک۔ خداوند تو کب آئے گا؟ میں کب تک تیرے آنے کا انتظار کروں؟</w:t>
      </w:r>
    </w:p>
    <w:p>
      <w:r>
        <w:rPr>
          <w:b/>
        </w:rPr>
        <w:t xml:space="preserve">[08:45] </w:t>
      </w:r>
      <w:r>
        <w:t>jaise koi baap, koi koi bachcha apni maon ko cheekh rahe, cheekh cheekh raha hai. maa tu kahan hai? kab mere paas aayegi?</w:t>
      </w:r>
    </w:p>
    <w:p>
      <w:pPr>
        <w:jc w:val="right"/>
      </w:pPr>
      <w:r>
        <w:t>جیسے کوئی باپ، کوئی کوئی بچہ اپنی ماؤں کو چیخ رہے، چیخ چیخ رہا ہے۔ ماں تو کہاں ہے؟ کب میرے پاس آئے گی؟</w:t>
      </w:r>
    </w:p>
    <w:p>
      <w:r>
        <w:rPr>
          <w:b/>
        </w:rPr>
        <w:t xml:space="preserve">[08:54] </w:t>
      </w:r>
      <w:r>
        <w:t>to bilkul wahi speed thi. aur maine waqeatan baat ko dekha, ek mele mein</w:t>
      </w:r>
    </w:p>
    <w:p>
      <w:pPr>
        <w:jc w:val="right"/>
      </w:pPr>
      <w:r>
        <w:t>تو بالکل وہی اسپیڈ تھی۔ اور میں نے واقعتاً بات کو دیکھا، ایک میلے میں</w:t>
      </w:r>
    </w:p>
    <w:p>
      <w:r>
        <w:rPr>
          <w:b/>
        </w:rPr>
        <w:t xml:space="preserve">[09:03] </w:t>
      </w:r>
      <w:r>
        <w:t>ek chhota bachcha daud raha tha idhar udhar. meri maa, meri maa!</w:t>
      </w:r>
    </w:p>
    <w:p>
      <w:pPr>
        <w:jc w:val="right"/>
      </w:pPr>
      <w:r>
        <w:t>ایک چھوٹا بچہ دوڑ رہا تھا ادھر ادھر۔ میری ماں، میری ماں!</w:t>
      </w:r>
    </w:p>
    <w:p>
      <w:r>
        <w:rPr>
          <w:b/>
        </w:rPr>
        <w:t xml:space="preserve">[09:13] </w:t>
      </w:r>
      <w:r>
        <w:t>to waqeatan wahi mere andar speed thi us waqt ke main chala aur bol utha: "khudawand! tu kab aayega? main kab tak tere aane ka intezar karoon?" isi talash mein main kahan gaya, kahan gaya, kahan gaya?</w:t>
      </w:r>
    </w:p>
    <w:p>
      <w:pPr>
        <w:jc w:val="right"/>
      </w:pPr>
      <w:r>
        <w:t>تو واقعتاً وہی میرے اندر اسپیڈ تھی اس وقت کہ میں چلا اور بول اٹھا: "خداوند! تو کب آئے گا؟ میں کب تک تیرے آنے کا انتظار کروں؟" اسی تلاش میں میں کہاں گیا، کہاں گیا، کہاں گیا؟</w:t>
      </w:r>
    </w:p>
    <w:p>
      <w:r>
        <w:rPr>
          <w:b/>
        </w:rPr>
        <w:t xml:space="preserve">[09:28] </w:t>
      </w:r>
      <w:r>
        <w:t>kinh kanwari gaya,</w:t>
      </w:r>
    </w:p>
    <w:p>
      <w:pPr>
        <w:jc w:val="right"/>
      </w:pPr>
      <w:r>
        <w:t>کنہ کنواری گیا،</w:t>
      </w:r>
    </w:p>
    <w:p>
      <w:r>
        <w:rPr>
          <w:b/>
        </w:rPr>
        <w:t xml:space="preserve">[09:31] </w:t>
      </w:r>
      <w:r>
        <w:t>bombay gaya, calcutta gaya, aur main lahore gaya</w:t>
      </w:r>
    </w:p>
    <w:p>
      <w:pPr>
        <w:jc w:val="right"/>
      </w:pPr>
      <w:r>
        <w:t>بمبئی گیا، کلکتہ گیا، اور میں لاہور گیا</w:t>
      </w:r>
    </w:p>
    <w:p>
      <w:r>
        <w:rPr>
          <w:b/>
        </w:rPr>
        <w:t xml:space="preserve">[09:39] </w:t>
      </w:r>
      <w:r>
        <w:t>isi talash mein. har jagah yahi kaha tha: "khudawand! tu kab aayega? main kab tak tere aane ka intezar karoon?" jaise meri rooh, meri rooh kisi ki talab se talash mein thi, apne khalique ki talash,</w:t>
      </w:r>
    </w:p>
    <w:p>
      <w:pPr>
        <w:jc w:val="right"/>
      </w:pPr>
      <w:r>
        <w:t>اسی تلاش میں۔ ہر جگہ یہی کہا تھا: "خداوند! تو کب آئے گا؟ میں کب تک تیرے آنے کا انتظار کروں؟" جیسے میری روح، میری روح کسی کی طلب سے تلاش میں تھی، اپنے خالق کی تلاش،</w:t>
      </w:r>
    </w:p>
    <w:p>
      <w:r>
        <w:rPr>
          <w:b/>
        </w:rPr>
        <w:t xml:space="preserve">[09:54] </w:t>
      </w:r>
      <w:r>
        <w:t>khalique ki talash.</w:t>
      </w:r>
    </w:p>
    <w:p>
      <w:pPr>
        <w:jc w:val="right"/>
      </w:pPr>
      <w:r>
        <w:t>خالق کی تلاش۔</w:t>
      </w:r>
    </w:p>
    <w:p>
      <w:r>
        <w:rPr>
          <w:b/>
        </w:rPr>
        <w:t xml:space="preserve">[09:57] </w:t>
      </w:r>
      <w:r>
        <w:t>aitraz chalti rahi.</w:t>
      </w:r>
    </w:p>
    <w:p>
      <w:pPr>
        <w:jc w:val="right"/>
      </w:pPr>
      <w:r>
        <w:t>اعتراض چلتی رہی۔</w:t>
      </w:r>
    </w:p>
    <w:p>
      <w:r>
        <w:rPr>
          <w:b/>
        </w:rPr>
        <w:t xml:space="preserve">[10:03] </w:t>
      </w:r>
      <w:r>
        <w:t>phir kya hua</w:t>
      </w:r>
    </w:p>
    <w:p>
      <w:pPr>
        <w:jc w:val="right"/>
      </w:pPr>
      <w:r>
        <w:t>پھر کیا ہوا</w:t>
      </w:r>
    </w:p>
    <w:p>
      <w:r>
        <w:rPr>
          <w:b/>
        </w:rPr>
        <w:t xml:space="preserve">[10:08] </w:t>
      </w:r>
      <w:r>
        <w:t>ke isi isi mein, isi talash ke liye, maine pehle to maine arabi madarse mein dakhil hua tha. phir main isi talash ke liye english padhi.</w:t>
      </w:r>
    </w:p>
    <w:p>
      <w:pPr>
        <w:jc w:val="right"/>
      </w:pPr>
      <w:r>
        <w:t>کہ اسی اسی میں، اسی تلاش کے لیے، میں نے پہلے تو میں نے عربی مدرسے میں داخل ہوا تھا۔ پھر میں اسی تلاش کے لیے انگلش پڑھی۔</w:t>
      </w:r>
    </w:p>
    <w:p>
      <w:r>
        <w:rPr>
          <w:b/>
        </w:rPr>
        <w:t xml:space="preserve">[10:18] </w:t>
      </w:r>
      <w:r>
        <w:t>maine ke english se literature se warm karoon.</w:t>
      </w:r>
    </w:p>
    <w:p>
      <w:pPr>
        <w:jc w:val="right"/>
      </w:pPr>
      <w:r>
        <w:t>میں نے کہ انگلش سے لٹریچر سے وارم کروں۔</w:t>
      </w:r>
    </w:p>
    <w:p>
      <w:r>
        <w:rPr>
          <w:b/>
        </w:rPr>
        <w:t xml:space="preserve">[10:33] </w:t>
      </w:r>
      <w:r>
        <w:t>to main english kitabein padhne laga, padhne laga. yahan tak ke maine julian hospital ki kitab padhi.</w:t>
      </w:r>
    </w:p>
    <w:p>
      <w:pPr>
        <w:jc w:val="right"/>
      </w:pPr>
      <w:r>
        <w:t>تو میں انگلش کتابیں پڑھنے لگا، پڑھنے لگا۔ یہاں تک کہ میں نے جولین ہسپتال کی کتاب پڑھی۔</w:t>
      </w:r>
    </w:p>
    <w:p>
      <w:r>
        <w:rPr>
          <w:b/>
        </w:rPr>
        <w:t xml:space="preserve">[10:44] </w:t>
      </w:r>
      <w:r>
        <w:t>is mein likha tha ke "man stands alone". insaan akela khada hota hai. yaani maine socha ke insaan ne daryaft kar liya, main to daryaft nahi kar paya.</w:t>
      </w:r>
    </w:p>
    <w:p>
      <w:pPr>
        <w:jc w:val="right"/>
      </w:pPr>
      <w:r>
        <w:t>اس میں لکھا تھا کہ "مین سٹینڈز الون"۔ انسان اکیلا کھڑا ہوتا ہے۔ یعنی میں نے سوچا کہ انسان نے دریافت کر لیا، میں تو دریافت نہیں کر پایا۔</w:t>
      </w:r>
    </w:p>
    <w:p>
      <w:r>
        <w:rPr>
          <w:b/>
        </w:rPr>
        <w:t xml:space="preserve">[10:59] </w:t>
      </w:r>
      <w:r>
        <w:t>koi insaan hai jis ne daryaft kar liya?</w:t>
      </w:r>
    </w:p>
    <w:p>
      <w:pPr>
        <w:jc w:val="right"/>
      </w:pPr>
      <w:r>
        <w:t>کوئی انسان ہے جس نے دریافت کر لیا؟</w:t>
      </w:r>
    </w:p>
    <w:p>
      <w:r>
        <w:rPr>
          <w:b/>
        </w:rPr>
        <w:t xml:space="preserve">[11:03] </w:t>
      </w:r>
      <w:r>
        <w:t>wo keh raha hai ke "man stands alone".</w:t>
      </w:r>
    </w:p>
    <w:p>
      <w:pPr>
        <w:jc w:val="right"/>
      </w:pPr>
      <w:r>
        <w:t>وہ کہہ رہا ہے کہ "مین سٹینڈز الون"۔</w:t>
      </w:r>
    </w:p>
    <w:p>
      <w:r>
        <w:rPr>
          <w:b/>
        </w:rPr>
        <w:t xml:space="preserve">[11:10] </w:t>
      </w:r>
      <w:r>
        <w:t>to maine bohat si english ki kitabein padh dali, lekin mujhe yeh sirf ek claim mila, dawat mila.</w:t>
      </w:r>
    </w:p>
    <w:p>
      <w:pPr>
        <w:jc w:val="right"/>
      </w:pPr>
      <w:r>
        <w:t>تو میں نے بہت سی انگلش کی کتابیں پڑھ ڈالی، لیکن مجھے یہ صرف ایک کلیم ملا، دعوت ملا۔</w:t>
      </w:r>
    </w:p>
    <w:p>
      <w:r>
        <w:rPr>
          <w:b/>
        </w:rPr>
        <w:t xml:space="preserve">[11:22] </w:t>
      </w:r>
      <w:r>
        <w:t>aakhir mein maine ek kitab padhi, ek american scientist ki kitab thi.</w:t>
      </w:r>
    </w:p>
    <w:p>
      <w:pPr>
        <w:jc w:val="right"/>
      </w:pPr>
      <w:r>
        <w:t>آخر میں میں نے ایک کتاب پڑھی، ایک امریکن سائنٹسٹ کی کتاب تھی۔</w:t>
      </w:r>
    </w:p>
    <w:p>
      <w:r>
        <w:rPr>
          <w:b/>
        </w:rPr>
        <w:t xml:space="preserve">[11:27] </w:t>
      </w:r>
      <w:r>
        <w:t>uska jawab diya tha usne: "man does not stand alone". "man does not stand alone".</w:t>
      </w:r>
    </w:p>
    <w:p>
      <w:pPr>
        <w:jc w:val="right"/>
      </w:pPr>
      <w:r>
        <w:t>اس کا جواب دیا تھا اس نے: "مین ڈز ناٹ اسٹینڈ الون"۔ "مین ڈز ناٹ اسٹینڈ الون"۔</w:t>
      </w:r>
    </w:p>
    <w:p>
      <w:r>
        <w:rPr>
          <w:b/>
        </w:rPr>
        <w:t xml:space="preserve">[11:40] </w:t>
      </w:r>
      <w:r>
        <w:t>aadmi khada ho nahi chalta. aadmi ki limitations hain.</w:t>
      </w:r>
    </w:p>
    <w:p>
      <w:pPr>
        <w:jc w:val="right"/>
      </w:pPr>
      <w:r>
        <w:t>آدمی کھڑا ہو نہیں چلتا۔ آدمی کی لیمیٹیشنز ہیں۔</w:t>
      </w:r>
    </w:p>
    <w:p>
      <w:r>
        <w:rPr>
          <w:b/>
        </w:rPr>
        <w:t xml:space="preserve">[11:46] </w:t>
      </w:r>
      <w:r>
        <w:t>limitations. to sach much yeh kitab ne hila diya is ko. in dono kitabon ne.</w:t>
      </w:r>
    </w:p>
    <w:p>
      <w:pPr>
        <w:jc w:val="right"/>
      </w:pPr>
      <w:r>
        <w:t>لیمیٹیشنز۔ تو سچ مچ یہ کتاب نے ہلا دیا اس کو۔ ان دونوں کتابوں نے۔</w:t>
      </w:r>
    </w:p>
    <w:p>
      <w:r>
        <w:rPr>
          <w:b/>
        </w:rPr>
        <w:t xml:space="preserve">[11:58] </w:t>
      </w:r>
      <w:r>
        <w:t>"man does not stand alone". to is kitab ko maine,</w:t>
      </w:r>
    </w:p>
    <w:p>
      <w:pPr>
        <w:jc w:val="right"/>
      </w:pPr>
      <w:r>
        <w:t>"مین ڈز ناٹ اسٹینڈ الون"۔ تو اس کتاب کو میں نے،</w:t>
      </w:r>
    </w:p>
    <w:p>
      <w:r>
        <w:rPr>
          <w:b/>
        </w:rPr>
        <w:t xml:space="preserve">[12:05] </w:t>
      </w:r>
      <w:r>
        <w:t>kitaab ko mein ne tarjuma kiya aur khud mein ne phir kitaab likhi.</w:t>
      </w:r>
    </w:p>
    <w:p>
      <w:pPr>
        <w:jc w:val="right"/>
      </w:pPr>
      <w:r>
        <w:t>کتاب کو میں نے ترجمہ کیا اور خود میں نے پھر کتاب لکھی۔</w:t>
      </w:r>
    </w:p>
    <w:p>
      <w:r>
        <w:rPr>
          <w:b/>
        </w:rPr>
        <w:t xml:space="preserve">[12:13] </w:t>
      </w:r>
      <w:r>
        <w:t>jo pehle to ek choti si kitaab thi. naye ahad ke darwazay par. naye ahad ke darwazay par.</w:t>
      </w:r>
    </w:p>
    <w:p>
      <w:pPr>
        <w:jc w:val="right"/>
      </w:pPr>
      <w:r>
        <w:t>جو پہلے تو ایک چھوٹی سی کتاب تھی۔ نئے عہد کے دروازے پر۔ نئے عہد کے دروازے پر۔</w:t>
      </w:r>
    </w:p>
    <w:p>
      <w:r>
        <w:rPr>
          <w:b/>
        </w:rPr>
        <w:t xml:space="preserve">[12:24] </w:t>
      </w:r>
      <w:r>
        <w:t>aur isi ko phir mein ne inlaaj kiya. to is ka naam tha "mazhab aur ladte rahenge".</w:t>
      </w:r>
    </w:p>
    <w:p>
      <w:pPr>
        <w:jc w:val="right"/>
      </w:pPr>
      <w:r>
        <w:t>اور اسی کو پھر میں نے انلاج کیا۔ تو اس کا نام تھا "مذہب اور لڑتے رہیں گے"۔</w:t>
      </w:r>
    </w:p>
    <w:p>
      <w:r>
        <w:rPr>
          <w:b/>
        </w:rPr>
        <w:t xml:space="preserve">[12:33] </w:t>
      </w:r>
      <w:r>
        <w:t>phir mein aap ko arz karoon, is kitaab ko likhne ke baad, mein lucknow mein tha. to lucknow ki jo masjid, masjid jo hai, ab to masjid nahi ban gayi hai, ziyada bari.</w:t>
      </w:r>
    </w:p>
    <w:p>
      <w:pPr>
        <w:jc w:val="right"/>
      </w:pPr>
      <w:r>
        <w:t>پھر میں آپ کو عرض کروں، اس کتاب کو لکھنے کے بعد، میں لکھنو میں تھا۔ تو لکھنو کی جو مسجد، مسجد جو ہے، اب تو مسجد نہیں بن گئی ہے، زیادہ بڑی۔</w:t>
      </w:r>
    </w:p>
    <w:p>
      <w:r>
        <w:rPr>
          <w:b/>
        </w:rPr>
        <w:t xml:space="preserve">[12:50] </w:t>
      </w:r>
      <w:r>
        <w:t>to masjid mein zuhr ki namaz parh kar baitha hua tha.</w:t>
      </w:r>
    </w:p>
    <w:p>
      <w:pPr>
        <w:jc w:val="right"/>
      </w:pPr>
      <w:r>
        <w:t>تو مسجد میں ظہر کی نماز پڑھ کر بیٹھا ہوا تھا۔</w:t>
      </w:r>
    </w:p>
    <w:p>
      <w:r>
        <w:rPr>
          <w:b/>
        </w:rPr>
        <w:t xml:space="preserve">[12:58] </w:t>
      </w:r>
      <w:r>
        <w:t>sunnat, sunnat parh kar intezar kar raha tha jamaat ka. to sunnat aur jamaat ke darmiyan achaanak meri aawaz aayi.</w:t>
      </w:r>
    </w:p>
    <w:p>
      <w:pPr>
        <w:jc w:val="right"/>
      </w:pPr>
      <w:r>
        <w:t>سنت، سنت پڑھ کر انتظار کر رہا تھا جماعت کا۔ تو سنت اور جماعت کے درمیان اچانک میری آواز آئی۔</w:t>
      </w:r>
    </w:p>
    <w:p>
      <w:r>
        <w:rPr>
          <w:b/>
        </w:rPr>
        <w:t xml:space="preserve">[13:11] </w:t>
      </w:r>
      <w:r>
        <w:t>ek ek</w:t>
      </w:r>
    </w:p>
    <w:p>
      <w:pPr>
        <w:jc w:val="right"/>
      </w:pPr>
      <w:r>
        <w:t>ایک ایک</w:t>
      </w:r>
    </w:p>
    <w:p>
      <w:r>
        <w:rPr>
          <w:b/>
        </w:rPr>
        <w:t xml:space="preserve">[13:14] </w:t>
      </w:r>
      <w:r>
        <w:t>achaanak kya, ek ek aawaz phir aayi bhi hai: "Get up, arise!"</w:t>
      </w:r>
    </w:p>
    <w:p>
      <w:pPr>
        <w:jc w:val="right"/>
      </w:pPr>
      <w:r>
        <w:t>اچانک کیا، ایک ایک آواز پھر آئی بھی ہے: "گیٹ ارائزڈ!</w:t>
      </w:r>
    </w:p>
    <w:p>
      <w:r>
        <w:rPr>
          <w:b/>
        </w:rPr>
        <w:t xml:space="preserve">[13:22] </w:t>
      </w:r>
      <w:r>
        <w:t>god arise!" khuda uthta hai.</w:t>
      </w:r>
    </w:p>
    <w:p>
      <w:pPr>
        <w:jc w:val="right"/>
      </w:pPr>
      <w:r>
        <w:t>گاڈ ارائزڈ!" خدا اٹھتا ہے۔</w:t>
      </w:r>
    </w:p>
    <w:p>
      <w:r>
        <w:rPr>
          <w:b/>
        </w:rPr>
        <w:t xml:space="preserve">[13:31] </w:t>
      </w:r>
      <w:r>
        <w:t>khuda uthta hai. yaani khuda apne ko zahir karta hai. khuda ko dekho, khuda ko khara hua hai tumhare samne.</w:t>
      </w:r>
    </w:p>
    <w:p>
      <w:pPr>
        <w:jc w:val="right"/>
      </w:pPr>
      <w:r>
        <w:t>خدا اٹھتا ہے۔ یعنی خدا اپنے کو ظاہر کرتا ہے۔ خدا کو دیکھو، خدا کو کھڑا ہوا ہے تمہارے سامنے۔</w:t>
      </w:r>
    </w:p>
    <w:p>
      <w:r>
        <w:rPr>
          <w:b/>
        </w:rPr>
        <w:t xml:space="preserve">[13:46] </w:t>
      </w:r>
      <w:r>
        <w:t>to is tarah se parhte parhte maloom hua ke khuda science ke through utha hai. khuda ne</w:t>
      </w:r>
    </w:p>
    <w:p>
      <w:pPr>
        <w:jc w:val="right"/>
      </w:pPr>
      <w:r>
        <w:t>تو اس طرح سے پڑھتے پڑھتے معلوم ہوا کہ خدا سائنس کے تھرو اٹھا ہے۔ خدا نے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