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 Militancy July 8, 2007</w:t>
      </w:r>
    </w:p>
    <w:p>
      <w:r>
        <w:t>https://youtu.be/mfIIEFQDOtg</w:t>
      </w:r>
    </w:p>
    <w:p>
      <w:r>
        <w:rPr>
          <w:b/>
        </w:rPr>
        <w:t xml:space="preserve">[00:14] </w:t>
      </w:r>
      <w:r>
        <w:t>bismillah rehmane rahim, wasallallahu ala nabiyyil karim. rab ishrah li sadri, wa yassir li amri, wahlu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[00:38] </w:t>
      </w:r>
      <w:r>
        <w:t>aaj ka jo topic hai woh hai muslim bulletancy, ya musalmanon ka so called jihad.</w:t>
      </w:r>
    </w:p>
    <w:p>
      <w:pPr>
        <w:jc w:val="right"/>
      </w:pPr>
      <w:r>
        <w:t>آج کا جو ٹاپک ہے وہ ہے مسلم بلیٹنسی، یا مسلمانوں کا سو کالڈ جہاد۔</w:t>
      </w:r>
    </w:p>
    <w:p>
      <w:r>
        <w:rPr>
          <w:b/>
        </w:rPr>
        <w:t xml:space="preserve">[00:51] </w:t>
      </w:r>
      <w:r>
        <w:t>is par mein kuch</w:t>
      </w:r>
    </w:p>
    <w:p>
      <w:pPr>
        <w:jc w:val="right"/>
      </w:pPr>
      <w:r>
        <w:t>اس پر میں کچھ</w:t>
      </w:r>
    </w:p>
    <w:p>
      <w:r>
        <w:rPr>
          <w:b/>
        </w:rPr>
        <w:t xml:space="preserve">[00:56] </w:t>
      </w:r>
      <w:r>
        <w:t>kehne ki koshish karunga. dekhiye, kal aisa hua ke kal yeh kashmir, jammu kashmir ka jo governor hain, general sinha,</w:t>
      </w:r>
    </w:p>
    <w:p>
      <w:pPr>
        <w:jc w:val="right"/>
      </w:pPr>
      <w:r>
        <w:t>کہنے کی کوشش کروں گا۔ دیکھیے، کل ایسا ہوا کہ کل یہ کشمیر، جموں کشمیر کا جو گورنر ہیں، جنرل سنہا،</w:t>
      </w:r>
    </w:p>
    <w:p>
      <w:r>
        <w:rPr>
          <w:b/>
        </w:rPr>
        <w:t xml:space="preserve">[01:11] </w:t>
      </w:r>
      <w:r>
        <w:t>un se kal meri mulaqat hui kashmir house mein.</w:t>
      </w:r>
    </w:p>
    <w:p>
      <w:pPr>
        <w:jc w:val="right"/>
      </w:pPr>
      <w:r>
        <w:t>ان سے کل میری ملاقات ہوئی کشمیر ہاؤس میں۔</w:t>
      </w:r>
    </w:p>
    <w:p>
      <w:r>
        <w:rPr>
          <w:b/>
        </w:rPr>
        <w:t xml:space="preserve">[01:16] </w:t>
      </w:r>
      <w:r>
        <w:t>to unhon ne ek paper ki cutting dikhai jis mein ulma ne ek fatwa issue kiya hai.</w:t>
      </w:r>
    </w:p>
    <w:p>
      <w:pPr>
        <w:jc w:val="right"/>
      </w:pPr>
      <w:r>
        <w:t>تو انہوں نے ایک پیپر کی کٹنگ دکھائی جس میں علماء نے ایک فتویٰ ایشو کیا ہے۔</w:t>
      </w:r>
    </w:p>
    <w:p>
      <w:r>
        <w:rPr>
          <w:b/>
        </w:rPr>
        <w:t xml:space="preserve">[01:28] </w:t>
      </w:r>
      <w:r>
        <w:t>yeh fatwa press mein aa chuka hai, pehle aap log jante bhi honge ke kashmir ke, kashmir mein aisa hai ke wahan par chunchke takrao hota rehta hai,</w:t>
      </w:r>
    </w:p>
    <w:p>
      <w:pPr>
        <w:jc w:val="right"/>
      </w:pPr>
      <w:r>
        <w:t>یہ فتویٰ پریس میں آ چکا ہے، پہلے آپ لوگ جانتے بھی ہوں گے کہ کشمیر کے، کشمیر میں ایسا ہے کہ وہاں پر چونکہ ٹکراؤ ہوتا رہتا ہے،</w:t>
      </w:r>
    </w:p>
    <w:p>
      <w:r>
        <w:rPr>
          <w:b/>
        </w:rPr>
        <w:t xml:space="preserve">[01:40] </w:t>
      </w:r>
      <w:r>
        <w:t>to ek masjid mein takrao ke darmiyan is ki deewaron ko kuch nuqsan pohncha.</w:t>
      </w:r>
    </w:p>
    <w:p>
      <w:pPr>
        <w:jc w:val="right"/>
      </w:pPr>
      <w:r>
        <w:t>تو ایک مسجد میں ٹکراؤ کے درمیان اس کی دیواروں کو کچھ نقصان پہنچا۔</w:t>
      </w:r>
    </w:p>
    <w:p>
      <w:r>
        <w:rPr>
          <w:b/>
        </w:rPr>
        <w:t xml:space="preserve">[01:50] </w:t>
      </w:r>
      <w:r>
        <w:t>to army ne is ko theek kiya, is ko repair kiya,</w:t>
      </w:r>
    </w:p>
    <w:p>
      <w:pPr>
        <w:jc w:val="right"/>
      </w:pPr>
      <w:r>
        <w:t>تو آرمی نے اس کو ٹھیک کیا، اس کو ریپیئر کیا،</w:t>
      </w:r>
    </w:p>
    <w:p>
      <w:r>
        <w:rPr>
          <w:b/>
        </w:rPr>
        <w:t xml:space="preserve">[01:58] </w:t>
      </w:r>
      <w:r>
        <w:t>is ki deewaron ko theek kiya, aur is ke puband ko bhi theek kiya. to repair ka kaam unhon ne kiya masjid mein.</w:t>
      </w:r>
    </w:p>
    <w:p>
      <w:pPr>
        <w:jc w:val="right"/>
      </w:pPr>
      <w:r>
        <w:t>اس کی دیواروں کو ٹھیک کیا، اور اس کے پیوبند کو بھی ٹھیک کیا۔ تو ریپیئر کا کام انہوں نے کیا مسجد میں۔</w:t>
      </w:r>
    </w:p>
    <w:p>
      <w:r>
        <w:rPr>
          <w:b/>
        </w:rPr>
        <w:t xml:space="preserve">[02:08] </w:t>
      </w:r>
      <w:r>
        <w:t>to is par wahan ke kuch ulma ne yeh fatwa de diya ke yeh haram hai. masjid ki repair ka kaam sirf musalman kar sakte hain, non muslim yeh kaam nahi kar sakte.</w:t>
      </w:r>
    </w:p>
    <w:p>
      <w:pPr>
        <w:jc w:val="right"/>
      </w:pPr>
      <w:r>
        <w:t>تو اس پر وہاں کے کچھ علماء نے یہ فتویٰ دے دیا کہ یہ حرام ہے۔ مسجد کی ریپیئر کا کام صرف مسلمان کر سکتے ہیں، نان مسلم یہ کام نہیں کر سکتے۔</w:t>
      </w:r>
    </w:p>
    <w:p>
      <w:r>
        <w:rPr>
          <w:b/>
        </w:rPr>
        <w:t xml:space="preserve">[02:23] </w:t>
      </w:r>
      <w:r>
        <w:t>aur yeh jo kaam kiya gaya, yeh haram tha. to general sinha sahib ne, jo governor hain is waqt kashmir ke, to unhon ne poocha ke kya, ke kya, kya ma</w:t>
      </w:r>
    </w:p>
    <w:p>
      <w:pPr>
        <w:jc w:val="right"/>
      </w:pPr>
      <w:r>
        <w:t>اور یہ جو کام کیا گیا، یہ حرام تھا۔ تو جنرل سنہا صاحب نے، جو گورنر ہیں اس وقت کشمیر کے، تو انہوں نے پوچھا کہ کیا، کہ کیا، کیا مع</w:t>
      </w:r>
    </w:p>
    <w:p>
      <w:r>
        <w:rPr>
          <w:b/>
        </w:rPr>
        <w:t xml:space="preserve">[02:36] </w:t>
      </w:r>
      <w:r>
        <w:t>amla hai? kya islam mein aisa hi masla hai? maine kaha yeh bilkul baseless fatwa hai.</w:t>
      </w:r>
    </w:p>
    <w:p>
      <w:pPr>
        <w:jc w:val="right"/>
      </w:pPr>
      <w:r>
        <w:t>املہ ہے؟ کیا اسلام میں ایسا ہی مسئلہ ہے؟ میں نے کہا یہ بالکل بیسلیس فتویٰ ہے۔</w:t>
      </w:r>
    </w:p>
    <w:p>
      <w:r>
        <w:rPr>
          <w:b/>
        </w:rPr>
        <w:t xml:space="preserve">[02:45] </w:t>
      </w:r>
      <w:r>
        <w:t>is fatwe ka koi bhi taluq islam se nahi hai. bilkul yeh be asal fatwa hai, be baseless fatwa hai, false fatwa hai.</w:t>
      </w:r>
    </w:p>
    <w:p>
      <w:pPr>
        <w:jc w:val="right"/>
      </w:pPr>
      <w:r>
        <w:t>اس فتوے کا کوئی بھی تعلق اسلام سے نہیں ہے۔ بالکل یہ بے اصل فتویٰ ہے، بے بیسلیس فتویٰ ہے، فالس فتویٰ ہے۔</w:t>
      </w:r>
    </w:p>
    <w:p>
      <w:r>
        <w:rPr>
          <w:b/>
        </w:rPr>
        <w:t xml:space="preserve">[03:02] </w:t>
      </w:r>
      <w:r>
        <w:t>to is tarah ki baatein sirf ek fatwe ki nahi hain, poore muslim world mein is tarah ki baatein hoti rehti hain jo media mein aati hain aur aap log jante hain.</w:t>
      </w:r>
    </w:p>
    <w:p>
      <w:pPr>
        <w:jc w:val="right"/>
      </w:pPr>
      <w:r>
        <w:t>تو اس طرح کی باتیں صرف ایک فتوے کی نہیں ہیں، پورے مسلم ورلڈ میں اس طرح کی باتیں ہوتی رہتی ہیں جو میڈیا میں آتی ہیں اور آپ لوگ جانتے ہیں۔</w:t>
      </w:r>
    </w:p>
    <w:p>
      <w:r>
        <w:rPr>
          <w:b/>
        </w:rPr>
        <w:t xml:space="preserve">[03:14] </w:t>
      </w:r>
      <w:r>
        <w:t>to sab log is par hairaan hain ke aakhir yeh masla kya hai? musalman kyun itne kattar ho gaye hain? musalman ka tareeqa itna be be lashk tareeqa kyun ho gaya hai?</w:t>
      </w:r>
    </w:p>
    <w:p>
      <w:pPr>
        <w:jc w:val="right"/>
      </w:pPr>
      <w:r>
        <w:t>تو سب لوگ اس پر حیران ہیں کہ آخر یہ مسئلہ کیا ہے؟ مسلمان کیوں اتنے کٹر ہو گئے ہیں؟ مسلمان کا طریقہ اتنا بے بے لشک طریقہ کیوں ہو گیا ہے؟</w:t>
      </w:r>
    </w:p>
    <w:p>
      <w:r>
        <w:rPr>
          <w:b/>
        </w:rPr>
        <w:t xml:space="preserve">[03:27] </w:t>
      </w:r>
      <w:r>
        <w:t>to kya islam sikhaata hai katt</w:t>
      </w:r>
    </w:p>
    <w:p>
      <w:pPr>
        <w:jc w:val="right"/>
      </w:pPr>
      <w:r>
        <w:t>تو کیا اسلام سکھاتا ہے کٹ</w:t>
      </w:r>
    </w:p>
    <w:p>
      <w:r>
        <w:rPr>
          <w:b/>
        </w:rPr>
        <w:t xml:space="preserve">[03:30] </w:t>
      </w:r>
      <w:r>
        <w:t>arawwat? kya islam mein lachak nahi hai? to yeh sari dunya mein yeh log pooch rahe hain.</w:t>
      </w:r>
    </w:p>
    <w:p>
      <w:pPr>
        <w:jc w:val="right"/>
      </w:pPr>
      <w:r>
        <w:t>روات؟ کیا اسلام میں لچک نہیں ہے؟ تو یہ ساری دنیا میں یہ لوگ پوچھ رہے ہیں۔</w:t>
      </w:r>
    </w:p>
    <w:p>
      <w:r>
        <w:rPr>
          <w:b/>
        </w:rPr>
        <w:t xml:space="preserve">[03:40] </w:t>
      </w:r>
      <w:r>
        <w:t>is ke baray mein mein kuch kehna chahunga.</w:t>
      </w:r>
    </w:p>
    <w:p>
      <w:pPr>
        <w:jc w:val="right"/>
      </w:pPr>
      <w:r>
        <w:t>اس کے بارے میں میں کچھ کہنا چاہوں گا۔</w:t>
      </w:r>
    </w:p>
    <w:p>
      <w:r>
        <w:rPr>
          <w:b/>
        </w:rPr>
        <w:t xml:space="preserve">[03:46] </w:t>
      </w:r>
      <w:r>
        <w:t>is ki jar kya hai, is ko samjhiye.</w:t>
      </w:r>
    </w:p>
    <w:p>
      <w:pPr>
        <w:jc w:val="right"/>
      </w:pPr>
      <w:r>
        <w:t>اس کی جڑ کیا ہے، اس کو سمجھیے۔</w:t>
      </w:r>
    </w:p>
    <w:p>
      <w:r>
        <w:rPr>
          <w:b/>
        </w:rPr>
        <w:t xml:space="preserve">[03:51] </w:t>
      </w:r>
      <w:r>
        <w:t>islam ka</w:t>
      </w:r>
    </w:p>
    <w:p>
      <w:pPr>
        <w:jc w:val="right"/>
      </w:pPr>
      <w:r>
        <w:t>اسلام کا</w:t>
      </w:r>
    </w:p>
    <w:p>
      <w:r>
        <w:rPr>
          <w:b/>
        </w:rPr>
        <w:t xml:space="preserve">[03:55] </w:t>
      </w:r>
      <w:r>
        <w:t>do aspect</w:t>
      </w:r>
    </w:p>
    <w:p>
      <w:pPr>
        <w:jc w:val="right"/>
      </w:pPr>
      <w:r>
        <w:t>دو اسپیکٹ</w:t>
      </w:r>
    </w:p>
    <w:p>
      <w:r>
        <w:rPr>
          <w:b/>
        </w:rPr>
        <w:t xml:space="preserve">[03:57] </w:t>
      </w:r>
      <w:r>
        <w:t>hain. islam ka jo religion hai, islam ki jo teachings hain, is ke do aspect hain. ek woh jis ko mein kahunga ke matter of belief, aur doosra hai matter of convenience.</w:t>
      </w:r>
    </w:p>
    <w:p>
      <w:pPr>
        <w:jc w:val="right"/>
      </w:pPr>
      <w:r>
        <w:t>ہیں۔ اسلام کا جو ریلیجن ہے، اسلام کی جو ٹیچنگز ہیں، اس کے دو اسپیکٹ ہیں۔ ایک وہ جس کو میں کہوں گا کہ میٹر آف بیلیف، اور دوسرا ہے میٹر آف کنوینینس۔</w:t>
      </w:r>
    </w:p>
    <w:p>
      <w:r>
        <w:rPr>
          <w:b/>
        </w:rPr>
        <w:t xml:space="preserve">[04:16] </w:t>
      </w:r>
      <w:r>
        <w:t>yani aqeeday ka masla aur convenience ka masla.</w:t>
      </w:r>
    </w:p>
    <w:p>
      <w:pPr>
        <w:jc w:val="right"/>
      </w:pPr>
      <w:r>
        <w:t>یعنی عقیدے کا مسئلہ اور کنوینینس کا مسئلہ۔</w:t>
      </w:r>
    </w:p>
    <w:p>
      <w:r>
        <w:rPr>
          <w:b/>
        </w:rPr>
        <w:t xml:space="preserve">[04:22] </w:t>
      </w:r>
      <w:r>
        <w:t>convenience ka matlab yeh hota hai ke jo practical, jo practical sense mein jo suitable hai. belief woh cheez hai jo ideal sense mein</w:t>
      </w:r>
    </w:p>
    <w:p>
      <w:pPr>
        <w:jc w:val="right"/>
      </w:pPr>
      <w:r>
        <w:t>کنوینینس کا مطلب یہ ہوتا ہے کہ جو پریکٹیکل، جو پریکٹیکل سینس میں جو سوٹیبل ہو۔ بیلیف وہ چیز ہے جو آئیڈیل سینس میں</w:t>
      </w:r>
    </w:p>
    <w:p>
      <w:r>
        <w:rPr>
          <w:b/>
        </w:rPr>
        <w:t xml:space="preserve">[04:39] </w:t>
      </w:r>
      <w:r>
        <w:t>sachai ho. to belief jo hai, woh ideal sachai par qaim hota hai. is mein koi lachak nahi hoti.</w:t>
      </w:r>
    </w:p>
    <w:p>
      <w:pPr>
        <w:jc w:val="right"/>
      </w:pPr>
      <w:r>
        <w:t>سچائی ہو۔ تو بیلیف جو ہے، وہ آئیڈیل سچائی پر قائم ہوتا ہے۔ اس میں کوئی لچک نہیں ہوتی۔</w:t>
      </w:r>
    </w:p>
    <w:p>
      <w:r>
        <w:rPr>
          <w:b/>
        </w:rPr>
        <w:t xml:space="preserve">[04:49] </w:t>
      </w:r>
      <w:r>
        <w:t>lekin</w:t>
      </w:r>
    </w:p>
    <w:p>
      <w:pPr>
        <w:jc w:val="right"/>
      </w:pPr>
      <w:r>
        <w:t>لیکن</w:t>
      </w:r>
    </w:p>
    <w:p>
      <w:r>
        <w:rPr>
          <w:b/>
        </w:rPr>
        <w:t xml:space="preserve">[04:50] </w:t>
      </w:r>
      <w:r>
        <w:t>jo doosra part hai islam ka, is mein convenience ko dekha jata hai. yani practical situation ko dekha jata hai.</w:t>
      </w:r>
    </w:p>
    <w:p>
      <w:pPr>
        <w:jc w:val="right"/>
      </w:pPr>
      <w:r>
        <w:t>جو دوسرا پارٹ ہے اسلام کا، اس میں کنوینینس کو دیکھا جاتا ہے۔ یعنی پریکٹیکل سچویشن کو دیکھا جاتا ہے۔</w:t>
      </w:r>
    </w:p>
    <w:p>
      <w:r>
        <w:rPr>
          <w:b/>
        </w:rPr>
        <w:t xml:space="preserve">[05:01] </w:t>
      </w:r>
      <w:r>
        <w:t>jaise ke belief mein aap leejie oneness of god, khuda ek hai, jis ko tauheed kaha jata hai.</w:t>
      </w:r>
    </w:p>
    <w:p>
      <w:pPr>
        <w:jc w:val="right"/>
      </w:pPr>
      <w:r>
        <w:t>جیسے کہ بیلیف میں آپ لیجیے وننس آف گاڈ، خدا ایک ہے، جس کو توحید کہا جاتا ہے۔</w:t>
      </w:r>
    </w:p>
    <w:p>
      <w:r>
        <w:rPr>
          <w:b/>
        </w:rPr>
        <w:t xml:space="preserve">[05:10] </w:t>
      </w:r>
      <w:r>
        <w:t>to is mein koi lachak nahi. is mein koi lachak nahi.</w:t>
      </w:r>
    </w:p>
    <w:p>
      <w:pPr>
        <w:jc w:val="right"/>
      </w:pPr>
      <w:r>
        <w:t>تو اس میں کوئی لچک نہیں۔ اس میں کوئی لچک نہیں۔</w:t>
      </w:r>
    </w:p>
    <w:p>
      <w:r>
        <w:rPr>
          <w:b/>
        </w:rPr>
        <w:t xml:space="preserve">[05:18] </w:t>
      </w:r>
      <w:r>
        <w:t>woh aadmi islam se bahar mana jayega jo khuda ko ek na samjhe. to yeh belief ka masla hai aur is mein koi lachak nahi.</w:t>
      </w:r>
    </w:p>
    <w:p>
      <w:pPr>
        <w:jc w:val="right"/>
      </w:pPr>
      <w:r>
        <w:t>وہ آدمی اسلام سے باہر مانا جائے گا جو خدا کو ایک نہ سمجھے۔ تو یہ بیلیف کا مسئلہ ہے اور اس میں کوئی لچک نہیں۔</w:t>
      </w:r>
    </w:p>
    <w:p>
      <w:r>
        <w:rPr>
          <w:b/>
        </w:rPr>
        <w:t xml:space="preserve">[05:34] </w:t>
      </w:r>
      <w:r>
        <w:t>lekin doosre kuch masle hote hain jo is tarah se be-lachak nahi hote. is mein convenience ko dekha jata hai.</w:t>
      </w:r>
    </w:p>
    <w:p>
      <w:pPr>
        <w:jc w:val="right"/>
      </w:pPr>
      <w:r>
        <w:t>لیکن دوسرے کچھ مسئلے ہوتے ہیں جو اس طرح سے بے لچک نہیں ہوتے۔ اس میں کنوینینس کو دیکھا جاتا ہے۔</w:t>
      </w:r>
    </w:p>
    <w:p>
      <w:r>
        <w:rPr>
          <w:b/>
        </w:rPr>
        <w:t xml:space="preserve">[05:46] </w:t>
      </w:r>
      <w:r>
        <w:t>yani practical sense mein jo suitable ho, us situation mein us ko dekha jata hai. to islam mein dono qism ki taleemat hain.</w:t>
      </w:r>
    </w:p>
    <w:p>
      <w:pPr>
        <w:jc w:val="right"/>
      </w:pPr>
      <w:r>
        <w:t>یعنی پریکٹیکل سینس میں جو سوٹیبل ہو، اس سچویشن میں اس کو دیکھا جاتا ہے۔ تو اسلام میں دونوں قسم کی تعلیمات ہیں۔</w:t>
      </w:r>
    </w:p>
    <w:p>
      <w:r>
        <w:rPr>
          <w:b/>
        </w:rPr>
        <w:t xml:space="preserve">[05:59] </w:t>
      </w:r>
      <w:r>
        <w:t>islam mein ke har mazhab mein, har system mein aisa hota hai.</w:t>
      </w:r>
    </w:p>
    <w:p>
      <w:pPr>
        <w:jc w:val="right"/>
      </w:pPr>
      <w:r>
        <w:t>اسلام میں کہ ہر مذہب میں، ہر سسٹم میں ایسا ہوتا ہے۔</w:t>
      </w:r>
    </w:p>
    <w:p>
      <w:r>
        <w:rPr>
          <w:b/>
        </w:rPr>
        <w:t xml:space="preserve">[06:04] </w:t>
      </w:r>
      <w:r>
        <w:t>ab is waqt mein masjid ko le kar arz karunga ke yeh jo kaha unhon ne, aur sab se ajeeb baat yeh hai ke yeh unhon ne fatwa issue kiya aur saare ulama chup hain.</w:t>
      </w:r>
    </w:p>
    <w:p>
      <w:pPr>
        <w:jc w:val="right"/>
      </w:pPr>
      <w:r>
        <w:t>اب اس وقت میں مسجد کو لے کر عرض کروں گا کہ یہ جو کہا انہوں نے، اور سب سے عجیب بات یہ ہے کہ یہ انہوں نے فتویٰ ایشو کیا اور سارے علماء چپ ہیں۔</w:t>
      </w:r>
    </w:p>
    <w:p>
      <w:r>
        <w:rPr>
          <w:b/>
        </w:rPr>
        <w:t xml:space="preserve">[06:17] </w:t>
      </w:r>
      <w:r>
        <w:t>koi bolta nahi ke yeh tumhara kya fatwa hai? jab baseless fatwa hai. dekhiye, is tarah ke mamle mein chup rehna jo hai, koi saada baat nahi hai.</w:t>
      </w:r>
    </w:p>
    <w:p>
      <w:pPr>
        <w:jc w:val="right"/>
      </w:pPr>
      <w:r>
        <w:t>کوئی بولتا نہیں کہ یہ تمہارا کیا فتویٰ ہے؟ جب بیسلیس فتویٰ ہے۔ دیکھیے، اس طرح کے معاملے میں چپ رہنا جو ہے، کوئی سادہ بات نہیں ہے۔</w:t>
      </w:r>
    </w:p>
    <w:p>
      <w:r>
        <w:rPr>
          <w:b/>
        </w:rPr>
        <w:t xml:space="preserve">[06:29] </w:t>
      </w:r>
      <w:r>
        <w:t>hadees mein kaha gaya hai ke aisa aadmi shaitan-e-akhras hai. yani goonga shaitan. hai to shaitan lekin bolta nahi.</w:t>
      </w:r>
    </w:p>
    <w:p>
      <w:pPr>
        <w:jc w:val="right"/>
      </w:pPr>
      <w:r>
        <w:t>حدیث میں کہا گیا ہے کہ ایسا آدمی شیطان اخرس ہے۔ یعنی گونگا شیطان۔ ہے تو شیطان لیکن بولتا نہیں۔</w:t>
      </w:r>
    </w:p>
    <w:p>
      <w:r>
        <w:rPr>
          <w:b/>
        </w:rPr>
        <w:t xml:space="preserve">[06:40] </w:t>
      </w:r>
      <w:r>
        <w:t>to dekhiye, islam ke mutabiq jo baat, ek galat baat aadmi bol kar agar kehta hai to woh bolta shaitan hai.</w:t>
      </w:r>
    </w:p>
    <w:p>
      <w:pPr>
        <w:jc w:val="right"/>
      </w:pPr>
      <w:r>
        <w:t>تو دیکھیے، اسلام کے مطابق جو بات، ایک غلط بات آدمی بول کر اگر کہتا ہے تو وہ بولتا شیطان ہے۔</w:t>
      </w:r>
    </w:p>
    <w:p>
      <w:r>
        <w:rPr>
          <w:b/>
        </w:rPr>
        <w:t xml:space="preserve">[06:50] </w:t>
      </w:r>
      <w:r>
        <w:t>aur jo log chup reh jayen, woh goonge shaitan hain. kyun? chup reh kar aap us ko endorse kar rahe hain.</w:t>
      </w:r>
    </w:p>
    <w:p>
      <w:pPr>
        <w:jc w:val="right"/>
      </w:pPr>
      <w:r>
        <w:t>اور جو لوگ چپ رہ جائیں، وہ گونگے شیطان ہیں۔ کیوں؟ چپ رہ کر آپ اس کو انڈورس کر رہے ہیں۔</w:t>
      </w:r>
    </w:p>
    <w:p>
      <w:r>
        <w:rPr>
          <w:b/>
        </w:rPr>
        <w:t xml:space="preserve">[06:59] </w:t>
      </w:r>
      <w:r>
        <w:t>aap par farz hai ke aap us ko disown karein. disown karna farz hai. agar aap disown nahi karte to aap bhi is mein involve samjhe jayenge.</w:t>
      </w:r>
    </w:p>
    <w:p>
      <w:pPr>
        <w:jc w:val="right"/>
      </w:pPr>
      <w:r>
        <w:t>آپ پر فرض ہے کہ آپ اس کو ڈس اون کریں۔ ڈس اون کرنا فرض ہے۔ اگر آپ ڈس اون نہیں کرتے تو آپ بھی اس میں انوالو سمجھے جائیں گے۔</w:t>
      </w:r>
    </w:p>
    <w:p>
      <w:r>
        <w:rPr>
          <w:b/>
        </w:rPr>
        <w:t xml:space="preserve">[07:12] </w:t>
      </w:r>
      <w:r>
        <w:t>pehla agar directly involve hai, to doosre log indirectly mein involve honge is mein shumar.</w:t>
      </w:r>
    </w:p>
    <w:p>
      <w:pPr>
        <w:jc w:val="right"/>
      </w:pPr>
      <w:r>
        <w:t>پہلا اگر ڈائریکٹلی انوالو ہے، تو دوسرے لوگ ان ڈائریکٹ وے میں انوالو ہوں گے اس میں شمار۔</w:t>
      </w:r>
    </w:p>
    <w:p>
      <w:r>
        <w:rPr>
          <w:b/>
        </w:rPr>
        <w:t xml:space="preserve">[07:20] </w:t>
      </w:r>
      <w:r>
        <w:t>yeh bohat hi important baat hai jo islam mein bohat hi clear hai, quran o hadees mein aur fiqh mein bhi. ke agar koi burai ho rahi hai to aap ko openly bolna padega ke yeh burai hai.</w:t>
      </w:r>
    </w:p>
    <w:p>
      <w:pPr>
        <w:jc w:val="right"/>
      </w:pPr>
      <w:r>
        <w:t>یہ بہت ہی امپورٹنٹ بات ہے جو اسلام میں بہت ہی کلیئر ہے، قرآن و حدیث میں اور فقہ میں بھی۔ کہ اگر کوئی برائی ہو رہی ہے تو آپ کو اوپنلی بولنا پڑے گا کہ یہ برائی ہے۔</w:t>
      </w:r>
    </w:p>
    <w:p>
      <w:r>
        <w:rPr>
          <w:b/>
        </w:rPr>
        <w:t xml:space="preserve">[07:35] </w:t>
      </w:r>
      <w:r>
        <w:t>aap indifferent nahi ho sakte. indifferent ke maane yeh hain ke aap is mein shamil ho gaye. aap ne apne aap ko in ke sath bracket kar liya.</w:t>
      </w:r>
    </w:p>
    <w:p>
      <w:pPr>
        <w:jc w:val="right"/>
      </w:pPr>
      <w:r>
        <w:t>آپ ان ڈفرنٹ نہیں ہو سکتے۔ ان ڈفرنٹ کے معنی یہ ہیں کہ آپ اس میں شامل ہو گئے۔ آپ نے اپنے آپ کو ان کے ساتھ بریکٹ کر لیا۔</w:t>
      </w:r>
    </w:p>
    <w:p>
      <w:r>
        <w:rPr>
          <w:b/>
        </w:rPr>
        <w:t xml:space="preserve">[07:46] </w:t>
      </w:r>
      <w:r>
        <w:t>kai log yeh kehte hue sunenge aap ke woh to thode se log aisa karte hain. yeh bilkul galat baat hai. hamesha hi thode log burai mein involve hote hain.</w:t>
      </w:r>
    </w:p>
    <w:p>
      <w:pPr>
        <w:jc w:val="right"/>
      </w:pPr>
      <w:r>
        <w:t>کئی لوگ یہ کہتے ہوئے سنیں گے آپ کہ وہ تو تھوڑے سے لوگ ایسا کرتے ہیں۔ یہ بالکل غلط بات ہے۔ ہمیشہ ہی تھوڑے لوگ برائی میں انوالو ہوتے ہیں۔</w:t>
      </w:r>
    </w:p>
    <w:p>
      <w:r>
        <w:rPr>
          <w:b/>
        </w:rPr>
        <w:t xml:space="preserve">[07:59] </w:t>
      </w:r>
      <w:r>
        <w:t>saare log thodi chori karne lagte hain. lekin jo log chup rehte hain, un ko bhi islam mein barabar ka shamil samjha gaya hai.</w:t>
      </w:r>
    </w:p>
    <w:p>
      <w:pPr>
        <w:jc w:val="right"/>
      </w:pPr>
      <w:r>
        <w:t>سارے لوگ تھوڑی چوری کرنے لگتے ہیں۔ لیکن جو لوگ چپ رہتے ہیں، ان کو بھی اسلام میں برابر کا شامل سمجھا گیا ہے۔</w:t>
      </w:r>
    </w:p>
    <w:p>
      <w:r>
        <w:rPr>
          <w:b/>
        </w:rPr>
        <w:t xml:space="preserve">[08:10] </w:t>
      </w:r>
      <w:r>
        <w:t>yeh keh kar chhoot nahi sakte aap ke woh to thode se log hain jo aisa kar rahe hain.</w:t>
      </w:r>
    </w:p>
    <w:p>
      <w:pPr>
        <w:jc w:val="right"/>
      </w:pPr>
      <w:r>
        <w:t>یہ کہہ کر چھوٹ نہیں سکتے آپ کہ وہ تو تھوڑے سے لوگ ہیں جو ایسا کر رہے ہیں۔</w:t>
      </w:r>
    </w:p>
    <w:p>
      <w:r>
        <w:rPr>
          <w:b/>
        </w:rPr>
        <w:t xml:space="preserve">[08:16] </w:t>
      </w:r>
      <w:r>
        <w:t>jaise Britain mein do aadmiyon ne aisa kiya to doosre log chup kyun hain? yeh keh kar nahi chhoot sakte aap.</w:t>
      </w:r>
    </w:p>
    <w:p>
      <w:pPr>
        <w:jc w:val="right"/>
      </w:pPr>
      <w:r>
        <w:t>جیسے برٹن میں دو آدمیوں نے ایسا کیا تو دوسرے لوگ چپ کیوں ہیں؟ یہ کہہ کر نہیں چھوٹ سکتے آپ۔</w:t>
      </w:r>
    </w:p>
    <w:p>
      <w:r>
        <w:rPr>
          <w:b/>
        </w:rPr>
        <w:t xml:space="preserve">[08:25] </w:t>
      </w:r>
      <w:r>
        <w:t>woh to do aadmi the.</w:t>
      </w:r>
    </w:p>
    <w:p>
      <w:pPr>
        <w:jc w:val="right"/>
      </w:pPr>
      <w:r>
        <w:t>وہ تو دو آدمی تھے۔</w:t>
      </w:r>
    </w:p>
    <w:p>
      <w:r>
        <w:rPr>
          <w:b/>
        </w:rPr>
        <w:t xml:space="preserve">[08:29] </w:t>
      </w:r>
      <w:r>
        <w:t>dekhiye, yeh bohat hi clear baat hai quran o hadees mein. bohat hi clear hai.</w:t>
      </w:r>
    </w:p>
    <w:p>
      <w:pPr>
        <w:jc w:val="right"/>
      </w:pPr>
      <w:r>
        <w:t>دیکھیے، یہ بہت ہی کلیئر بات ہے قرآن و حدیث میں۔ بہت ہی کلیئر ہے۔</w:t>
      </w:r>
    </w:p>
    <w:p>
      <w:r>
        <w:rPr>
          <w:b/>
        </w:rPr>
        <w:t xml:space="preserve">[08:39] </w:t>
      </w:r>
      <w:r>
        <w:t>yahan tak ke quran mein yeh hai ke agar tum na bolo to tum par lanat khuda ki taraf se aye gi. la</w:t>
      </w:r>
    </w:p>
    <w:p>
      <w:pPr>
        <w:jc w:val="right"/>
      </w:pPr>
      <w:r>
        <w:t>یہاں تک کہ قرآن میں یہ ہے کہ اگر تم نہ بولو تو تم پر لعنت خدا کی طرف سے آئے گی۔ ل</w:t>
      </w:r>
    </w:p>
    <w:p>
      <w:r>
        <w:rPr>
          <w:b/>
        </w:rPr>
        <w:t xml:space="preserve">[08:45] </w:t>
      </w:r>
      <w:r>
        <w:t>anat. lanat mani qarz. si yu ar a si. qarz. itni sakht baat yeh hai ke na bolne walon par khuda ki lanat hai.</w:t>
      </w:r>
    </w:p>
    <w:p>
      <w:pPr>
        <w:jc w:val="right"/>
      </w:pPr>
      <w:r>
        <w:t>عنت۔ لعنت معنی قرض۔ سی یو آر اے سی۔ قرض۔ اتنی سخت بات یہ ہے کہ نہ بولنے والوں پر خدا کی لعنت ہے۔</w:t>
      </w:r>
    </w:p>
    <w:p>
      <w:r>
        <w:rPr>
          <w:b/>
        </w:rPr>
        <w:t xml:space="preserve">[08:55] </w:t>
      </w:r>
      <w:r>
        <w:t>khuda ka qarz hai. to islam ke jo farz hain, is mein se aik farz hai jis ko kehte hain inkar e munkir.</w:t>
      </w:r>
    </w:p>
    <w:p>
      <w:pPr>
        <w:jc w:val="right"/>
      </w:pPr>
      <w:r>
        <w:t>خدا کا قرض ہے۔ تو اسلام کے جو فرض ہیں، اس میں سے ایک فرض ہے جس کو کہتے ہیں انکار منکر۔</w:t>
      </w:r>
    </w:p>
    <w:p>
      <w:r>
        <w:rPr>
          <w:b/>
        </w:rPr>
        <w:t xml:space="preserve">[09:08] </w:t>
      </w:r>
      <w:r>
        <w:t>is ka technical word jo hai islam mein woh hai inkar e munkir. yani condemn karna, disown karna burai ko.</w:t>
      </w:r>
    </w:p>
    <w:p>
      <w:pPr>
        <w:jc w:val="right"/>
      </w:pPr>
      <w:r>
        <w:t>اس کا ٹیکنیکل ورڈ جو ہے اسلام میں وہ ہے انکار منکر۔ یعنی کنڈیم کرنا، ڈس اون کرنا برائی کو۔</w:t>
      </w:r>
    </w:p>
    <w:p>
      <w:r>
        <w:rPr>
          <w:b/>
        </w:rPr>
        <w:t xml:space="preserve">[09:20] </w:t>
      </w:r>
      <w:r>
        <w:t>jo inkar e munkir na kare, woh bhi is mein involve samjha jaye ga. to sawal yeh hai ke britain mein do doctoron ne violence kiya ya violence ka plan banaya to doosre log chup kyun hain?</w:t>
      </w:r>
    </w:p>
    <w:p>
      <w:pPr>
        <w:jc w:val="right"/>
      </w:pPr>
      <w:r>
        <w:t>جو انکار منکر نہ کرے، وہ بھی اس میں انوالو سمجھا جائے گا۔ تو سوال یہ ہے کہ برٹن میں دو ڈاکٹروں نے وائلنس کیا یا وائلنس کا پلان بنایا تو دوسرے لوگ چپ کیوں ہیں؟</w:t>
      </w:r>
    </w:p>
    <w:p>
      <w:r>
        <w:rPr>
          <w:b/>
        </w:rPr>
        <w:t xml:space="preserve">[09:40] </w:t>
      </w:r>
      <w:r>
        <w:t>yani ya to chup hain ya is ko justify kar rahe hain. ghuma phira kar ke. dono baatein ghalat hain. ghuma phira kar justify karna bhi ghalat hai aur chup rehna bhi ghalat hai.</w:t>
      </w:r>
    </w:p>
    <w:p>
      <w:pPr>
        <w:jc w:val="right"/>
      </w:pPr>
      <w:r>
        <w:t>یعنی یا تو چپ ہیں یا اس کو جسٹیفائی کر رہے ہیں۔ گھما پھرا کر کے۔ دونوں باتیں غلط ہیں۔ گھما پھرا کر جسٹیفائی کرنا بھی غلط ہے اور چپ رہنا بھی غلط ہے۔</w:t>
      </w:r>
    </w:p>
    <w:p>
      <w:r>
        <w:rPr>
          <w:b/>
        </w:rPr>
        <w:t xml:space="preserve">[09:54] </w:t>
      </w:r>
      <w:r>
        <w:t>to dekhiye, yeh jo muamla masjid ka hai, mein aap ko aik bohat hi historical example deta hoon.</w:t>
      </w:r>
    </w:p>
    <w:p>
      <w:pPr>
        <w:jc w:val="right"/>
      </w:pPr>
      <w:r>
        <w:t>تو دیکھیے، یہ جو معاملہ مسجد کا ہے، میں آپ کو ایک بہت ہی ہسٹاریکل ایگزامپل دیتا ہوں۔</w:t>
      </w:r>
    </w:p>
    <w:p>
      <w:r>
        <w:rPr>
          <w:b/>
        </w:rPr>
        <w:t xml:space="preserve">[10:05] </w:t>
      </w:r>
      <w:r>
        <w:t>aur woh hai sab se ziyada jo pak masjid, woh hai kaba. is ka example. sab se pak masjid jo mani jati hai musalmanon mein, woh kaba hai.</w:t>
      </w:r>
    </w:p>
    <w:p>
      <w:pPr>
        <w:jc w:val="right"/>
      </w:pPr>
      <w:r>
        <w:t>اور وہ ہے سب سے زیادہ جو پوتر مسجد ہے، وہ ہے کعبہ۔ اس کا ایگزامپل۔ سب سے پوتر مسجد جو مانی جاتی ہے مسلمانوں میں، وہ کعبہ ہے۔</w:t>
      </w:r>
    </w:p>
    <w:p>
      <w:r>
        <w:rPr>
          <w:b/>
        </w:rPr>
        <w:t xml:space="preserve">[10:19] </w:t>
      </w:r>
      <w:r>
        <w:t>masjid al haram hai. to kaba jo hai, woh aik masjid ke taur par banaya gaya. char hazar saal pehle.</w:t>
      </w:r>
    </w:p>
    <w:p>
      <w:pPr>
        <w:jc w:val="right"/>
      </w:pPr>
      <w:r>
        <w:t>مسجد الحرام ہے۔ تو کعبہ جو ہے، وہ ایک مسجد کے طور پر بنایا گیا۔ چار ہزار سال پہلے۔</w:t>
      </w:r>
    </w:p>
    <w:p>
      <w:r>
        <w:rPr>
          <w:b/>
        </w:rPr>
        <w:t xml:space="preserve">[10:32] </w:t>
      </w:r>
      <w:r>
        <w:t>makkah mein jo kaba hai, to char hazar saal pehle wahan par sirf desert tha. koi shehar, koi town, koi basti nahi thi wahan par.</w:t>
      </w:r>
    </w:p>
    <w:p>
      <w:pPr>
        <w:jc w:val="right"/>
      </w:pPr>
      <w:r>
        <w:t>مکہ میں جو کعبہ ہے، تو چار ہزار سال پہلے وہاں پر صرف ڈیزرٹ تھا۔ کوئی شہر، کوئی ٹاؤن، کوئی بستی نہیں تھی وہاں پر۔</w:t>
      </w:r>
    </w:p>
    <w:p>
      <w:r>
        <w:rPr>
          <w:b/>
        </w:rPr>
        <w:t xml:space="preserve">[10:41] </w:t>
      </w:r>
      <w:r>
        <w:t>wahan pani bhi nahi tha. is desert mein prophet ibrahim aaye apne bete ismail ko le kar.</w:t>
      </w:r>
    </w:p>
    <w:p>
      <w:pPr>
        <w:jc w:val="right"/>
      </w:pPr>
      <w:r>
        <w:t>وہاں پانی بھی نہیں تھا۔ اس ڈیزرٹ میں پرافٹ ابراہیم آئے اپنے بیٹے اسماعیل کو لے کر۔</w:t>
      </w:r>
    </w:p>
    <w:p>
      <w:r>
        <w:rPr>
          <w:b/>
        </w:rPr>
        <w:t xml:space="preserve">[10:55] </w:t>
      </w:r>
      <w:r>
        <w:t>is desert mein unhon ne aik masjid banai. yeh quran mein likha hua hai.</w:t>
      </w:r>
    </w:p>
    <w:p>
      <w:pPr>
        <w:jc w:val="right"/>
      </w:pPr>
      <w:r>
        <w:t>اس ڈیزرٹ میں انہوں نے ایک مسجد بنائی۔ یہ قرآن میں لکھا ہوا ہے۔</w:t>
      </w:r>
    </w:p>
    <w:p>
      <w:r>
        <w:rPr>
          <w:b/>
        </w:rPr>
        <w:t xml:space="preserve">[11:02] </w:t>
      </w:r>
      <w:r>
        <w:t>wo masjid kis liye thi? tauheed ke liye. yani aik khuda ki worship ke liye. kyunke un ke zamane mein har jagah log buton ko poojne lage thay.</w:t>
      </w:r>
    </w:p>
    <w:p>
      <w:pPr>
        <w:jc w:val="right"/>
      </w:pPr>
      <w:r>
        <w:t>وہ مسجد کس لیے تھی؟ توحید کے لیے۔ یعنی ایک خدا کی ورشپ کے لیے۔ کیونکہ ان کے زمانے میں ہر جگہ لوگ بتوں کو پوجنے لگے تھے۔</w:t>
      </w:r>
    </w:p>
    <w:p>
      <w:r>
        <w:rPr>
          <w:b/>
        </w:rPr>
        <w:t xml:space="preserve">[11:18] </w:t>
      </w:r>
      <w:r>
        <w:t>har taraf, har country mein, har city mein. Hazrat Ibrahim ke zamane mein. woh paida hue thay iraq mein.</w:t>
      </w:r>
    </w:p>
    <w:p>
      <w:pPr>
        <w:jc w:val="right"/>
      </w:pPr>
      <w:r>
        <w:t>ہر طرف، ہر کنٹری میں، ہر سٹی میں۔ حضرت ابراہیم کے زمانے میں۔ وہ پیدا ہوئے تھے عراق میں۔</w:t>
      </w:r>
    </w:p>
    <w:p>
      <w:r>
        <w:rPr>
          <w:b/>
        </w:rPr>
        <w:t xml:space="preserve">[11:28] </w:t>
      </w:r>
      <w:r>
        <w:t>iraq ke shehar ur mein, jo baghdad ke paas tha. lekin sare iraq mein but poojte thay log.</w:t>
      </w:r>
    </w:p>
    <w:p>
      <w:pPr>
        <w:jc w:val="right"/>
      </w:pPr>
      <w:r>
        <w:t>عراق کے شہر عر میں، جو بغداد کے پاس تھا۔ لیکن سارے عراق میں بت پوجتے تھے لوگ۔</w:t>
      </w:r>
    </w:p>
    <w:p>
      <w:r>
        <w:rPr>
          <w:b/>
        </w:rPr>
        <w:t xml:space="preserve">[11:41] </w:t>
      </w:r>
      <w:r>
        <w:t>to unhon ne kiya kiya ke iraq ko chora. pehle to iraq mein unhon ne logon ko bataya ke aik khuda ki parastish karo. aik khuda ki worship karo.</w:t>
      </w:r>
    </w:p>
    <w:p>
      <w:pPr>
        <w:jc w:val="right"/>
      </w:pPr>
      <w:r>
        <w:t>تو انہوں نے کیا کیا کہ عراق کو چھوڑا۔ پہلے تو عراق میں انہوں نے لوگوں کو بتایا کہ ایک خدا کی پرستش کرو۔ ایک خدا کی ورشپ کرو۔</w:t>
      </w:r>
    </w:p>
    <w:p>
      <w:r>
        <w:rPr>
          <w:b/>
        </w:rPr>
        <w:t xml:space="preserve">[11:54] </w:t>
      </w:r>
      <w:r>
        <w:t>lekin woh log nahi manay.</w:t>
      </w:r>
    </w:p>
    <w:p>
      <w:pPr>
        <w:jc w:val="right"/>
      </w:pPr>
      <w:r>
        <w:t>لیکن وہ لوگ نہیں مانے۔</w:t>
      </w:r>
    </w:p>
    <w:p>
      <w:r>
        <w:rPr>
          <w:b/>
        </w:rPr>
        <w:t xml:space="preserve">[11:56] </w:t>
      </w:r>
      <w:r>
        <w:t>yahan tak ke in logon ne aap ko, yani maar dalne ki koshish ki. phir Allah ne bachaya aap ko. to aap ne phir kiya kiya ke iraq ko chhor kar aap aaye makkah mein.</w:t>
      </w:r>
    </w:p>
    <w:p>
      <w:pPr>
        <w:jc w:val="right"/>
      </w:pPr>
      <w:r>
        <w:t>یہاں تک کہ ان لوگوں نے آپ کو، یعنی مار ڈالنے کی کوشش کی۔ پھر اللہ نے بچایا آپ کو۔ تو آپ نے پھر کیا کیا کہ عراق کو چھوڑ کر آپ آئے مکہ میں۔</w:t>
      </w:r>
    </w:p>
    <w:p>
      <w:r>
        <w:rPr>
          <w:b/>
        </w:rPr>
        <w:t xml:space="preserve">[12:11] </w:t>
      </w:r>
      <w:r>
        <w:t>yani desert mein. kyunke desert mein na to koi civilization thi. na kuch insaan rehte thay wahan par. aur na koi poojne wala tha kisi ko.</w:t>
      </w:r>
    </w:p>
    <w:p>
      <w:pPr>
        <w:jc w:val="right"/>
      </w:pPr>
      <w:r>
        <w:t>یعنی ڈیزرٹ میں۔ کیونکہ ڈیزرٹ میں نہ تو کوئی سویلائزیشن تھی۔ نہ کچھ انسان رہتے تھے وہاں پر۔ اور نہ کوئی پوجنے والا تھا کسی کو۔</w:t>
      </w:r>
    </w:p>
    <w:p>
      <w:r>
        <w:rPr>
          <w:b/>
        </w:rPr>
        <w:t xml:space="preserve">[12:24] </w:t>
      </w:r>
      <w:r>
        <w:t>wo to aik nature tha wahan par. to aap ne is desert mein aik masjid banai. jis ko hum kaba kehte hain.</w:t>
      </w:r>
    </w:p>
    <w:p>
      <w:pPr>
        <w:jc w:val="right"/>
      </w:pPr>
      <w:r>
        <w:t>وہ تو ایک نیچر تھا وہاں پر۔ تو آپ نے اس ڈیزرٹ میں ایک مسجد بنائی۔ جس کو ہم کعبہ کہتے ہیں۔</w:t>
      </w:r>
    </w:p>
    <w:p>
      <w:r>
        <w:rPr>
          <w:b/>
        </w:rPr>
        <w:t xml:space="preserve">[12:35] </w:t>
      </w:r>
      <w:r>
        <w:t>jis ka doosra naam hai masjid al haram. quran mein masjid al haram ka word aaya hai.</w:t>
      </w:r>
    </w:p>
    <w:p>
      <w:pPr>
        <w:jc w:val="right"/>
      </w:pPr>
      <w:r>
        <w:t>جس کا دوسرا نام ہے مسجد الحرام۔ قرآن میں مسجد الحرام کا ورڈ آیا ہے۔</w:t>
      </w:r>
    </w:p>
    <w:p>
      <w:r>
        <w:rPr>
          <w:b/>
        </w:rPr>
        <w:t xml:space="preserve">[12:45] </w:t>
      </w:r>
      <w:r>
        <w:t>subhan alladhi asraab abdahu la min al masjid al haram ila al masjid al aqsa</w:t>
      </w:r>
    </w:p>
    <w:p>
      <w:pPr>
        <w:jc w:val="right"/>
      </w:pPr>
      <w:r>
        <w:t>سبحان الذی اسراء بعبدہ لعلم من المسجد الحرام الى المسجد الاقصی</w:t>
      </w:r>
    </w:p>
    <w:p>
      <w:r>
        <w:rPr>
          <w:b/>
        </w:rPr>
        <w:t xml:space="preserve">[12:52] </w:t>
      </w:r>
      <w:r>
        <w:t>to yeh banai thi Hazrat Ibrahim ne masjid char hazar saal pehle. jis ko kaba bhi kaha jata hai aur jis ko masjid haram bhi kaha jata hai.</w:t>
      </w:r>
    </w:p>
    <w:p>
      <w:pPr>
        <w:jc w:val="right"/>
      </w:pPr>
      <w:r>
        <w:t>تو یہ بنائی تھی حضرت ابراہیم نے مسجد چار ہزار سال پہلے۔ جس کو کعبہ بھی کہا جاتا ہے اور جس کو مسجد حرام بھی کہا جاتا ہے۔</w:t>
      </w:r>
    </w:p>
    <w:p>
      <w:r>
        <w:rPr>
          <w:b/>
        </w:rPr>
        <w:t xml:space="preserve">[13:06] </w:t>
      </w:r>
      <w:r>
        <w:t>to us waqt desert tha wahan par. ab wahan par aap jante hain ke bohat hi acha shehar basa hua hai.</w:t>
      </w:r>
    </w:p>
    <w:p>
      <w:pPr>
        <w:jc w:val="right"/>
      </w:pPr>
      <w:r>
        <w:t>تو اس وقت ڈیزرٹ تھا وہاں پر۔ اب وہاں پر آپ جانتے ہیں کہ بہت ہی اچھا شہر بسا ہوا ہے۔</w:t>
      </w:r>
    </w:p>
    <w:p>
      <w:r>
        <w:rPr>
          <w:b/>
        </w:rPr>
        <w:t xml:space="preserve">[13:14] </w:t>
      </w:r>
      <w:r>
        <w:t>to rasool Allah salallahu alayhi wasallam ne, jo prophet of islam jo thay, woh isi makkah mein paida hue, 500 70 ad mein.</w:t>
      </w:r>
    </w:p>
    <w:p>
      <w:pPr>
        <w:jc w:val="right"/>
      </w:pPr>
      <w:r>
        <w:t>تو رسول اللہ صلی اللہ علیہ وسلم نے، جو پرافٹ آف اسلام جو تھے، وہ اسی مکہ میں پیدا ہوئے، 500 70 اے ڈی میں۔</w:t>
      </w:r>
    </w:p>
    <w:p>
      <w:r>
        <w:rPr>
          <w:b/>
        </w:rPr>
        <w:t xml:space="preserve">[13:27] </w:t>
      </w:r>
      <w:r>
        <w:t>isi makka mein paida huay.</w:t>
      </w:r>
    </w:p>
    <w:p>
      <w:pPr>
        <w:jc w:val="right"/>
      </w:pPr>
      <w:r>
        <w:t>اسی مکہ میں پیدا ہوئے۔</w:t>
      </w:r>
    </w:p>
    <w:p>
      <w:r>
        <w:rPr>
          <w:b/>
        </w:rPr>
        <w:t xml:space="preserve">[13:29] </w:t>
      </w:r>
      <w:r>
        <w:t>phir aap ne, aap ko khuda ne prophet banaya. to aap ne 610 AD mein, 610 AD mein, declare kiya ke main khuda ka prophet hoon.</w:t>
      </w:r>
    </w:p>
    <w:p>
      <w:pPr>
        <w:jc w:val="right"/>
      </w:pPr>
      <w:r>
        <w:t>پھر آپ نے، آپ کو خدا نے پرافٹ بنایا۔ تو آپ نے 610 اے ڈی میں، 610 اے ڈی میں، ڈیکلیئر کیا کہ میں خدا کا پرافٹ ہوں۔</w:t>
      </w:r>
    </w:p>
    <w:p>
      <w:r>
        <w:rPr>
          <w:b/>
        </w:rPr>
        <w:t xml:space="preserve">[13:43] </w:t>
      </w:r>
      <w:r>
        <w:t>aur khuda ki taraf se masjid le kar aaya hoon. wahi masjid tha toheed ka. is waqt kya tha? is waqt kaba jo tha, ibrahim ka banaya hua kaba nahi tha.</w:t>
      </w:r>
    </w:p>
    <w:p>
      <w:pPr>
        <w:jc w:val="right"/>
      </w:pPr>
      <w:r>
        <w:t>اور خدا کی طرف سے مسجد لے کر آیا ہوں۔ وہی مسجد تھا توحید کا۔ اس وقت کیا تھا؟ اس وقت کعبہ جو تھا، ابراہیم کا بنایا ہوا کعبہ نہیں تھا۔</w:t>
      </w:r>
    </w:p>
    <w:p>
      <w:r>
        <w:rPr>
          <w:b/>
        </w:rPr>
        <w:t xml:space="preserve">[14:00] </w:t>
      </w:r>
      <w:r>
        <w:t>yeh banaya hua kaba tha in logon ka jo batoon ko poojne lage thay. kyunke baad ko yahan par log jo aaye to wahan par unhon ne but rakhnay shuru kiye.</w:t>
      </w:r>
    </w:p>
    <w:p>
      <w:pPr>
        <w:jc w:val="right"/>
      </w:pPr>
      <w:r>
        <w:t>یہ بنایا ہوا کعبہ تھا ان لوگوں کا جو بتوں کو پوجنے لگے تھے۔ کیونکہ بعد کو یہاں پر لوگ جو آئے تو وہاں پر انہوں نے بت رکھنے شروع کیے۔</w:t>
      </w:r>
    </w:p>
    <w:p>
      <w:r>
        <w:rPr>
          <w:b/>
        </w:rPr>
        <w:t xml:space="preserve">[14:11] </w:t>
      </w:r>
      <w:r>
        <w:t>yahan tak ke 360 but wahan par ikhatta ho gaye. 360 but.</w:t>
      </w:r>
    </w:p>
    <w:p>
      <w:pPr>
        <w:jc w:val="right"/>
      </w:pPr>
      <w:r>
        <w:t>یہاں تک کہ 360 بت وہاں پر اکٹھا ہو گئے۔ 360 بت۔</w:t>
      </w:r>
    </w:p>
    <w:p>
      <w:r>
        <w:rPr>
          <w:b/>
        </w:rPr>
        <w:t xml:space="preserve">[14:19] </w:t>
      </w:r>
      <w:r>
        <w:t>yahan ek baat mein yeh bhi arz kar doon ke kai log yeh sawal karte hain ke makka mein ghair muslim ko janay ki kyun, janay par kyun restriction hai?</w:t>
      </w:r>
    </w:p>
    <w:p>
      <w:pPr>
        <w:jc w:val="right"/>
      </w:pPr>
      <w:r>
        <w:t>یہاں ایک بات میں یہ بھی عرض کر دوں کہ کئی لوگ یہ سوال کرتے ہیں کہ مکہ میں غیر مسلم کو جانے کی کیوں، جانے پر کیوں ریسٹرکشن ہے؟</w:t>
      </w:r>
    </w:p>
    <w:p>
      <w:r>
        <w:rPr>
          <w:b/>
        </w:rPr>
        <w:t xml:space="preserve">[14:32] </w:t>
      </w:r>
      <w:r>
        <w:t>to log history ko nahi jantay. is liye aisa karte hain. history yeh hai ke hazrat ibrahim ne jab banaya tha to at that time there was no restriction at all.</w:t>
      </w:r>
    </w:p>
    <w:p>
      <w:pPr>
        <w:jc w:val="right"/>
      </w:pPr>
      <w:r>
        <w:t>تو لوگ ہسٹری کو نہیں جانتے۔ اس لیے ایسا کرتے ہیں۔ ہسٹری یہ ہے کہ حضرت ابراہیم نے جب بنایا تھا تو at that time there was no restriction at all.</w:t>
      </w:r>
    </w:p>
    <w:p>
      <w:r>
        <w:rPr>
          <w:b/>
        </w:rPr>
        <w:t xml:space="preserve">[14:46] </w:t>
      </w:r>
      <w:r>
        <w:t>no restriction at all.</w:t>
      </w:r>
    </w:p>
    <w:p>
      <w:pPr>
        <w:jc w:val="right"/>
      </w:pPr>
      <w:r>
        <w:t>No restriction at all.</w:t>
      </w:r>
    </w:p>
    <w:p>
      <w:r>
        <w:rPr>
          <w:b/>
        </w:rPr>
        <w:t xml:space="preserve">[14:49] </w:t>
      </w:r>
      <w:r>
        <w:t>koi bhi aata tha, koi bhi aata tha. to kya hua ke aisay log aaye jo but ko poojte thay.</w:t>
      </w:r>
    </w:p>
    <w:p>
      <w:pPr>
        <w:jc w:val="right"/>
      </w:pPr>
      <w:r>
        <w:t>کوئی بھی آتا تھا، کوئی بھی آتا تھا۔ تو کیا ہوا کہ ایسے لوگ آئے جو بت کو پوجتے تھے۔</w:t>
      </w:r>
    </w:p>
    <w:p>
      <w:r>
        <w:rPr>
          <w:b/>
        </w:rPr>
        <w:t xml:space="preserve">[14:59] </w:t>
      </w:r>
      <w:r>
        <w:t>to ek but laye, chotay chotay but hua karte thay is zamanay mein. to ek la ke rakh diya unhon ne. doosra aaya, us ne bhi ek but rakh diya la kar ke.</w:t>
      </w:r>
    </w:p>
    <w:p>
      <w:pPr>
        <w:jc w:val="right"/>
      </w:pPr>
      <w:r>
        <w:t>تو ایک بت لائے، چھوٹے چھوٹے بت ہوا کرتے تھے اس زمانے میں۔ تو ایک لا کے رکھ دیا انہوں نے۔ دوسرا آیا، اس نے بھی ایک بت رکھ دیا لا کر کے۔</w:t>
      </w:r>
    </w:p>
    <w:p>
      <w:r>
        <w:rPr>
          <w:b/>
        </w:rPr>
        <w:t xml:space="preserve">[15:11] </w:t>
      </w:r>
      <w:r>
        <w:t>log rakhte gaye, rakhte gaye, yahan tak ke wahan par 360 but ho gaye.</w:t>
      </w:r>
    </w:p>
    <w:p>
      <w:pPr>
        <w:jc w:val="right"/>
      </w:pPr>
      <w:r>
        <w:t>لوگ رکھتے گئے، رکھتے گئے، یہاں تک کہ وہاں پر 360 بت ہو گئے۔</w:t>
      </w:r>
    </w:p>
    <w:p>
      <w:r>
        <w:rPr>
          <w:b/>
        </w:rPr>
        <w:t xml:space="preserve">[15:17] </w:t>
      </w:r>
      <w:r>
        <w:t>jo ghar, jo masjid banaya gaya tha ek khuda ki ibadat ke liye, wahan par logon ne aa kar ke 360 but rakh di.</w:t>
      </w:r>
    </w:p>
    <w:p>
      <w:pPr>
        <w:jc w:val="right"/>
      </w:pPr>
      <w:r>
        <w:t>جو گھر، جو مسجد بنایا گیا تھا ایک خدا کی عبادت کے لیے، وہاں پر لوگوں نے آ کر کے 360 بت رکھ دیے۔</w:t>
      </w:r>
    </w:p>
    <w:p>
      <w:r>
        <w:rPr>
          <w:b/>
        </w:rPr>
        <w:t xml:space="preserve">[15:29] </w:t>
      </w:r>
      <w:r>
        <w:t>yeh ek bohat hi sad experience tha insan ke baray mein. to chunke is ki purity ko baqi rakhna tha. aur aagay is history ko repeat nahi hone dena tha ke phir log aayein, phir wahan par la ke but rakh dein.</w:t>
      </w:r>
    </w:p>
    <w:p>
      <w:pPr>
        <w:jc w:val="right"/>
      </w:pPr>
      <w:r>
        <w:t>یہ ایک بہت ہی سیڈ ایکسپیرینس تھا انسان کے بارے میں۔ تو چونکہ اس کی پیورٹی کو باقی رکھنا تھا۔ اور آگے اس ہسٹری کو ریپیٹ نہیں ہونے دینا تھا کہ پھر لوگ آئیں، پھر وہاں پر لا کے بت رکھ دیں۔</w:t>
      </w:r>
    </w:p>
    <w:p>
      <w:r>
        <w:rPr>
          <w:b/>
        </w:rPr>
        <w:t xml:space="preserve">[15:47] </w:t>
      </w:r>
      <w:r>
        <w:t>kyunke dekhiye, khuda ko sab se ziyada jo cheez, yani napasand hai, woh hai ke khuda ke siwa kisi aur ki pooja ki jaye.</w:t>
      </w:r>
    </w:p>
    <w:p>
      <w:pPr>
        <w:jc w:val="right"/>
      </w:pPr>
      <w:r>
        <w:t>کیونکہ دیکھیے، خدا کو سب سے زیادہ جو چیز، یعنی ناپسند ہے، وہ ہے کہ خدا کے سوا کسی اور کی پوجا کی جائے۔</w:t>
      </w:r>
    </w:p>
    <w:p>
      <w:r>
        <w:rPr>
          <w:b/>
        </w:rPr>
        <w:t xml:space="preserve">[15:59] </w:t>
      </w:r>
      <w:r>
        <w:t>khuda ke siwa kisi aur ki worship ki jaye. quran mein hai ke khuda ke siwa kisi aur ki worship, yani shirk, ko khuda maaf nahi karega.</w:t>
      </w:r>
    </w:p>
    <w:p>
      <w:pPr>
        <w:jc w:val="right"/>
      </w:pPr>
      <w:r>
        <w:t>خدا کے سوا کسی اور کی ورشپ کی جائے۔ قرآن میں ہے کہ خدا کے سوا کسی اور کی ورشپ، یعنی شرک، کو خدا معاف نہیں کرے گا۔</w:t>
      </w:r>
    </w:p>
    <w:p>
      <w:r>
        <w:rPr>
          <w:b/>
        </w:rPr>
        <w:t xml:space="preserve">[16:12] </w:t>
      </w:r>
      <w:r>
        <w:t>to wahan par desert mein ek masjid banai gayi thi ke yahan bilkul sirf ek khuda ki parastish ho. ab wahan par aanay walon ne but rakh diye.</w:t>
      </w:r>
    </w:p>
    <w:p>
      <w:pPr>
        <w:jc w:val="right"/>
      </w:pPr>
      <w:r>
        <w:t>تو وہاں پر ڈیزرٹ میں ایک مسجد بنائی گئی تھی کہ یہاں بالکل صرف ایک خدا کی پرستش ہو۔ اب وہاں پر آنے والوں نے بت رکھ دیے۔</w:t>
      </w:r>
    </w:p>
    <w:p>
      <w:r>
        <w:rPr>
          <w:b/>
        </w:rPr>
        <w:t xml:space="preserve">[16:25] </w:t>
      </w:r>
      <w:r>
        <w:t>aur hotay hotay 360 but wahan par ho gaye.</w:t>
      </w:r>
    </w:p>
    <w:p>
      <w:pPr>
        <w:jc w:val="right"/>
      </w:pPr>
      <w:r>
        <w:t>اور ہوتے ہوتے 360 بت وہاں پر ہو گئے۔</w:t>
      </w:r>
    </w:p>
    <w:p>
      <w:r>
        <w:rPr>
          <w:b/>
        </w:rPr>
        <w:t xml:space="preserve">[16:28] </w:t>
      </w:r>
      <w:r>
        <w:t>yeh sad experience ki wajah se aisa kiya gaya ke yahan par is ko purify kar, is ko purify kiya gaya. aur is ke baad yeh law bana diya gaya ke yahan par koi bhi, yani jo muahad ke siwa koi na ho.</w:t>
      </w:r>
    </w:p>
    <w:p>
      <w:pPr>
        <w:jc w:val="right"/>
      </w:pPr>
      <w:r>
        <w:t>یہ سیڈ ایکسپیرینس کی وجہ سے ایسا کیا گیا کہ یہاں پر اس کو پیوریفائی کر، اس کو پیوریفائی کیا گیا۔ اور اس کے بعد یہ لا بنا دیا گیا کہ یہاں پر کوئی بھی، یعنی جو معاہد کے سوا کوئی نہ ہو۔</w:t>
      </w:r>
    </w:p>
    <w:p>
      <w:r>
        <w:rPr>
          <w:b/>
        </w:rPr>
        <w:t xml:space="preserve">[16:42] </w:t>
      </w:r>
      <w:r>
        <w:t>muslim ke maani kya hain? muahad. ek khuda ki parastish karne walon ke siwa kisi ko yahan aanay na diya jaye. sare arab mein nahi, is haram, is ko haram kehte hain is ke andar.</w:t>
      </w:r>
    </w:p>
    <w:p>
      <w:pPr>
        <w:jc w:val="right"/>
      </w:pPr>
      <w:r>
        <w:t>مسلم کے معنی کیا ہیں؟ معاہد۔ ایک خدا کی پرستش کرنے والوں کے سوا کسی کو یہاں آنے نہ دیا جائے۔ سارے عرب میں نہیں، اس حرم، اس کو حرم کہتے ہیں اس کے اندر۔</w:t>
      </w:r>
    </w:p>
    <w:p>
      <w:r>
        <w:rPr>
          <w:b/>
        </w:rPr>
        <w:t xml:space="preserve">[16:56] </w:t>
      </w:r>
      <w:r>
        <w:t>to yeh yeh thi history. history ka ek sad experience jis ki wajah se aisa kiya gaya.</w:t>
      </w:r>
    </w:p>
    <w:p>
      <w:pPr>
        <w:jc w:val="right"/>
      </w:pPr>
      <w:r>
        <w:t>تو یہ یہ تھی ہسٹری۔ ہسٹری کا ایک سیڈ ایکسپیرینس جس کی وجہ سے ایسا کیا گیا۔</w:t>
      </w:r>
    </w:p>
    <w:p>
      <w:r>
        <w:rPr>
          <w:b/>
        </w:rPr>
        <w:t xml:space="preserve">[17:02] </w:t>
      </w:r>
      <w:r>
        <w:t>to khair, yeh alag baat thi. main yeh kehna chahta tha ke jab rasool Allah makka mein aaye to is waqt jo structure tha kaba ka, woh structure woh nahi tha jo prophet ibrahim ne banaya tha.</w:t>
      </w:r>
    </w:p>
    <w:p>
      <w:pPr>
        <w:jc w:val="right"/>
      </w:pPr>
      <w:r>
        <w:t>تو خیر، یہ الگ بات تھی۔ میں یہ کہنا چاہتا تھا کہ جب رسول اللہ مکہ میں آئے تو اس وقت جو سٹرکچر تھا کعبہ کا، وہ سٹرکچر وہ نہیں تھا جو پرافٹ ابراہیم نے بنایا تھا۔</w:t>
      </w:r>
    </w:p>
    <w:p>
      <w:r>
        <w:rPr>
          <w:b/>
        </w:rPr>
        <w:t xml:space="preserve">[17:18] </w:t>
      </w:r>
      <w:r>
        <w:t>aisa hua ke beech mein wahan par barish hui. barish mein woh structure gir gaya. to aisa tha ke pehle kaba jo tha, aisa lamba tha.</w:t>
      </w:r>
    </w:p>
    <w:p>
      <w:pPr>
        <w:jc w:val="right"/>
      </w:pPr>
      <w:r>
        <w:t>ایسا ہوا کہ بیچ میں وہاں پر بارش ہوئی۔ بارش میں وہ سٹرکچر گر گیا۔ تو ایسا تھا کہ پہلے کعبہ جو تھا، ایسا لمبا تھا۔</w:t>
      </w:r>
    </w:p>
    <w:p>
      <w:r>
        <w:rPr>
          <w:b/>
        </w:rPr>
        <w:t xml:space="preserve">[17:32] </w:t>
      </w:r>
      <w:r>
        <w:t>ab jo kaba hai, woh square hai, chokor hai.</w:t>
      </w:r>
    </w:p>
    <w:p>
      <w:pPr>
        <w:jc w:val="right"/>
      </w:pPr>
      <w:r>
        <w:t>اب جو کعبہ ہے، وہ اسکوئر ہے، چوکور ہے۔</w:t>
      </w:r>
    </w:p>
    <w:p>
      <w:r>
        <w:rPr>
          <w:b/>
        </w:rPr>
        <w:t xml:space="preserve">[17:40] </w:t>
      </w:r>
      <w:r>
        <w:t>yani hazrat ibrahim ne banaya tha kaba, woh chokor nahi tha. ab to square hai, chokor hai. woh lamba tha.</w:t>
      </w:r>
    </w:p>
    <w:p>
      <w:pPr>
        <w:jc w:val="right"/>
      </w:pPr>
      <w:r>
        <w:t>یعنی حضرت ابراہیم نے بنایا تھا کعبہ، وہ چوکور نہیں تھا۔ اب تو اسکوئر ہے، چوکور ہے۔ وہ لمبا تھا۔</w:t>
      </w:r>
    </w:p>
    <w:p>
      <w:r>
        <w:rPr>
          <w:b/>
        </w:rPr>
        <w:t xml:space="preserve">[17:50] </w:t>
      </w:r>
      <w:r>
        <w:t>to yeh in logon ne jo kaba par, yani rehte thay aur jin ka wahan par sardari thi, jin ki, aur jo batoon ko poojte thay is waqt,</w:t>
      </w:r>
    </w:p>
    <w:p>
      <w:pPr>
        <w:jc w:val="right"/>
      </w:pPr>
      <w:r>
        <w:t>تو یہ ان لوگوں نے جو کعبہ پر، یعنی رہتے تھے اور جن کا وہاں پر سرداری تھی، ان جن کی، اور جو بتوں کو پوجتے تھے اس وقت،</w:t>
      </w:r>
    </w:p>
    <w:p>
      <w:r>
        <w:rPr>
          <w:b/>
        </w:rPr>
        <w:t xml:space="preserve">[18:04] </w:t>
      </w:r>
      <w:r>
        <w:t>in logon ne apni samajh se is ko ghata diya. chokor kar diya. to rasool Allah jab aaye to wahi mushrikeen ka banaya hua kaba tha.</w:t>
      </w:r>
    </w:p>
    <w:p>
      <w:pPr>
        <w:jc w:val="right"/>
      </w:pPr>
      <w:r>
        <w:t>ان لوگوں نے اپنی سمجھ سے اس کو گھٹا دیا۔ چوکور کر دیا۔ تو رسول اللہ جب آئے تو وہی مشرکین کا بنایا ہوا کعبہ تھا۔</w:t>
      </w:r>
    </w:p>
    <w:p>
      <w:r>
        <w:rPr>
          <w:b/>
        </w:rPr>
        <w:t xml:space="preserve">[18:18] </w:t>
      </w:r>
      <w:r>
        <w:t>ab aap sochiye zara ke rasool Allah aaye the Khuda ki wahdat ka aelan karne ke liye. lekin 13 saal tak aap isi kaba ki taraf mukh kar ke namaz padhte rahe.</w:t>
      </w:r>
    </w:p>
    <w:p>
      <w:pPr>
        <w:jc w:val="right"/>
      </w:pPr>
      <w:r>
        <w:t>اب آپ سوچیے ذرا کہ رسول اللہ آئے تھے خدا کی وحدت کا اعلان کرنے کے لیے۔ لیکن 13 سال تک آپ اسی کعبہ کی طرف مُخ کر کے نماز پڑھتے رہے۔</w:t>
      </w:r>
    </w:p>
    <w:p>
      <w:r>
        <w:rPr>
          <w:b/>
        </w:rPr>
        <w:t xml:space="preserve">[18:31] </w:t>
      </w:r>
      <w:r>
        <w:t>jo ibrahim ko banai wo nahi tha.</w:t>
      </w:r>
    </w:p>
    <w:p>
      <w:pPr>
        <w:jc w:val="right"/>
      </w:pPr>
      <w:r>
        <w:t>جو ابراہیم کو بنائی وہ نہیں تھا۔</w:t>
      </w:r>
    </w:p>
    <w:p>
      <w:r>
        <w:rPr>
          <w:b/>
        </w:rPr>
        <w:t xml:space="preserve">[18:36] </w:t>
      </w:r>
      <w:r>
        <w:t>jo but paraston ka banaya hua tha.</w:t>
      </w:r>
    </w:p>
    <w:p>
      <w:pPr>
        <w:jc w:val="right"/>
      </w:pPr>
      <w:r>
        <w:t>جو بت پرستوں کا بنایا ہوا تھا۔</w:t>
      </w:r>
    </w:p>
    <w:p>
      <w:r>
        <w:rPr>
          <w:b/>
        </w:rPr>
        <w:t xml:space="preserve">[18:42] </w:t>
      </w:r>
      <w:r>
        <w:t>to us waqt tak, 13 saal tak aap ko is par control nahi tha Makkah par. lekin baad ko aap jante hain ke aap ka control ho gaya.</w:t>
      </w:r>
    </w:p>
    <w:p>
      <w:pPr>
        <w:jc w:val="right"/>
      </w:pPr>
      <w:r>
        <w:t>تو اس وقت تک، 13 سال تک آپ کو اس پر کنٹرول نہیں تھا مکہ پر۔ لیکن بعد کو آپ جانتے ہیں کہ آپ کا کنٹرول ہو گیا۔</w:t>
      </w:r>
    </w:p>
    <w:p>
      <w:r>
        <w:rPr>
          <w:b/>
        </w:rPr>
        <w:t xml:space="preserve">[18:53] </w:t>
      </w:r>
      <w:r>
        <w:t>poore Arab mein aap ki state qaim ho gayi. is state ke aap head the.</w:t>
      </w:r>
    </w:p>
    <w:p>
      <w:pPr>
        <w:jc w:val="right"/>
      </w:pPr>
      <w:r>
        <w:t>پورے عرب میں آپ کی اسٹیٹ قائم ہو گئی۔ اس اسٹیٹ کے آپ ہیڈ تھے۔</w:t>
      </w:r>
    </w:p>
    <w:p>
      <w:r>
        <w:rPr>
          <w:b/>
        </w:rPr>
        <w:t xml:space="preserve">[18:59] </w:t>
      </w:r>
      <w:r>
        <w:t>to jab aap Arab mein state ban gayi, aap us ke head ban gaye to aap ki wife Aisha ne kaha ke yeh jo mushrikeen ki yaadgar hai, yani chokor kaba, is ko aap tod dijiye aur phir se ibrahim wala kaba bana dijiye.</w:t>
      </w:r>
    </w:p>
    <w:p>
      <w:pPr>
        <w:jc w:val="right"/>
      </w:pPr>
      <w:r>
        <w:t>تو جب آپ عرب میں اسٹیٹ بن گئی، آپ اس کے ہیڈ بن گئے تو آپ کی وائف عائشہ نے کہا کہ یہ جو مشرکین کی یادگار ہے، یعنی چوکور کعبہ، اس کو آپ توڑ دیجیے اور پھر سے ابراہیم والا کعبہ بنا دیجیے۔</w:t>
      </w:r>
    </w:p>
    <w:p>
      <w:r>
        <w:rPr>
          <w:b/>
        </w:rPr>
        <w:t xml:space="preserve">[19:19] </w:t>
      </w:r>
      <w:r>
        <w:t>lekin aap ne nahi banaya. nahi banaya phir bhi.</w:t>
      </w:r>
    </w:p>
    <w:p>
      <w:pPr>
        <w:jc w:val="right"/>
      </w:pPr>
      <w:r>
        <w:t>لیکن آپ نے نہیں بنایا۔ نہیں بنایا پھر بھی۔</w:t>
      </w:r>
    </w:p>
    <w:p>
      <w:r>
        <w:rPr>
          <w:b/>
        </w:rPr>
        <w:t xml:space="preserve">[19:24] </w:t>
      </w:r>
      <w:r>
        <w:t>halan ke aap jante the ke agar aap ne chhod diya is ko aise hi to baad ko koi bhi aadmi aisa nahi karega ke tode aur banaye.</w:t>
      </w:r>
    </w:p>
    <w:p>
      <w:pPr>
        <w:jc w:val="right"/>
      </w:pPr>
      <w:r>
        <w:t>حالانکہ آپ جانتے تھے کہ اگر آپ نے چھوڑ دیا اس کو ایسے ہی تو بعد کو کوئی بھی آدمی ایسا نہیں کرے گا کہ توڑے اور بنائے۔</w:t>
      </w:r>
    </w:p>
    <w:p>
      <w:r>
        <w:rPr>
          <w:b/>
        </w:rPr>
        <w:t xml:space="preserve">[19:35] </w:t>
      </w:r>
      <w:r>
        <w:t>jhagda khara ho ga. to aap ghor kijiye ke sab se badi masjid aur wahan par rasool Allah ka poora control ho gaya, tab bhi mushrikeen ke banai hui deewaron ko toda nahi gaya.</w:t>
      </w:r>
    </w:p>
    <w:p>
      <w:pPr>
        <w:jc w:val="right"/>
      </w:pPr>
      <w:r>
        <w:t>جھگڑا کھڑا ہو گا۔ تو آپ غور کیجیے کہ سب سے بڑی مسجد اور وہاں پر رسول اللہ کا پورا کنٹرول ہو گیا، تب بھی مشرکین کے بنائی ہوئی دیواروں کو توڑا نہیں گیا۔</w:t>
      </w:r>
    </w:p>
    <w:p>
      <w:r>
        <w:rPr>
          <w:b/>
        </w:rPr>
        <w:t xml:space="preserve">[19:51] </w:t>
      </w:r>
      <w:r>
        <w:t>phir kaba ke upar ek cover hota hai jis ko ghilaf e kaba kaha jata hai. wo jo chokor building hai, us par ek cover dala jata hai.</w:t>
      </w:r>
    </w:p>
    <w:p>
      <w:pPr>
        <w:jc w:val="right"/>
      </w:pPr>
      <w:r>
        <w:t>پھر کعبہ کے اوپر ایک کور ہوتا ہے جس کو غلاف کعبہ کہا جاتا ہے۔ وہ جو چوکور بلڈنگ ہے، اس پر ایک کور ڈالا جاتا ہے۔</w:t>
      </w:r>
    </w:p>
    <w:p>
      <w:r>
        <w:rPr>
          <w:b/>
        </w:rPr>
        <w:t xml:space="preserve">[20:02] </w:t>
      </w:r>
      <w:r>
        <w:t>is ko kehte hain ghilaf e kaba. to us waqt jo tha, jo ghilaf e kaba, wo bhi mushrikeen hi ke charhaya hua tha.</w:t>
      </w:r>
    </w:p>
    <w:p>
      <w:pPr>
        <w:jc w:val="right"/>
      </w:pPr>
      <w:r>
        <w:t>اس کو کہتے ہیں غلاف کعبہ۔ تو اس وقت جو تھا، جو غلاف کعبہ، وہ بھی مشرکین ہی کے چڑھایا ہوا تھا۔</w:t>
      </w:r>
    </w:p>
    <w:p>
      <w:r>
        <w:rPr>
          <w:b/>
        </w:rPr>
        <w:t xml:space="preserve">[20:14] </w:t>
      </w:r>
      <w:r>
        <w:t>mushrikeen ke charhaya hua tha wo.</w:t>
      </w:r>
    </w:p>
    <w:p>
      <w:pPr>
        <w:jc w:val="right"/>
      </w:pPr>
      <w:r>
        <w:t>مشرکین کے چڑھایا ہوا تھا وہ۔</w:t>
      </w:r>
    </w:p>
    <w:p>
      <w:r>
        <w:rPr>
          <w:b/>
        </w:rPr>
        <w:t xml:space="preserve">[20:17] </w:t>
      </w:r>
      <w:r>
        <w:t>to rasool Allah jab aap ka control ho gaya Makkah par to aap ne aisa nahi kiya ke is is ghilaf ko, is ghilaf ko todo, is ghilaf ko phad kar phenk do.</w:t>
      </w:r>
    </w:p>
    <w:p>
      <w:pPr>
        <w:jc w:val="right"/>
      </w:pPr>
      <w:r>
        <w:t>تو رسول اللہ جب آپ کا کنٹرول ہو گیا مکہ پر تو آپ نے ایسا نہیں کیا کہ اس اس غلاف کو، اس غلاف کو توڑو، اس غلاف کو پھاڑ کر پھینک دو۔</w:t>
      </w:r>
    </w:p>
    <w:p>
      <w:r>
        <w:rPr>
          <w:b/>
        </w:rPr>
        <w:t xml:space="preserve">[20:27] </w:t>
      </w:r>
      <w:r>
        <w:t>kyun ke mushrikeen ka banaya hua hai. mushrikeen ke paise ka yeh kapda hai. mushrikeen ne sila hai is ko. mushrikeen ne is ko charhaya hai.</w:t>
      </w:r>
    </w:p>
    <w:p>
      <w:pPr>
        <w:jc w:val="right"/>
      </w:pPr>
      <w:r>
        <w:t>کیونکہ مشرکین کا بنایا ہوا ہے۔ مشرکین کے پیسے کا یہ کپڑا ہے۔ مشرکین نے سلا ہے اس کو۔ مشرکین نے اس کو چڑھایا ہے۔</w:t>
      </w:r>
    </w:p>
    <w:p>
      <w:r>
        <w:rPr>
          <w:b/>
        </w:rPr>
        <w:t xml:space="preserve">[20:36] </w:t>
      </w:r>
      <w:r>
        <w:t>to mushrik jo is par control tha, is ki yeh ek yaadgar hai.</w:t>
      </w:r>
    </w:p>
    <w:p>
      <w:pPr>
        <w:jc w:val="right"/>
      </w:pPr>
      <w:r>
        <w:t>تو مشرک جو اس پر کنٹرول تھا، اس کی یہ ایک یادگار ہے۔</w:t>
      </w:r>
    </w:p>
    <w:p>
      <w:r>
        <w:rPr>
          <w:b/>
        </w:rPr>
        <w:t xml:space="preserve">[20:45] </w:t>
      </w:r>
      <w:r>
        <w:t>is ko khatam karo is ko. to</w:t>
      </w:r>
    </w:p>
    <w:p>
      <w:pPr>
        <w:jc w:val="right"/>
      </w:pPr>
      <w:r>
        <w:t>اس کو ختم کرو اس کو۔ تو</w:t>
      </w:r>
    </w:p>
    <w:p>
      <w:r>
        <w:rPr>
          <w:b/>
        </w:rPr>
        <w:t xml:space="preserve">[20:48] </w:t>
      </w:r>
      <w:r>
        <w:t>aap ne na to kaba ki building ko, jo ke non muslim ki banai hui thi, us ko toda. aur na kaba ke ghilaf ko nikala.</w:t>
      </w:r>
    </w:p>
    <w:p>
      <w:pPr>
        <w:jc w:val="right"/>
      </w:pPr>
      <w:r>
        <w:t>آپ نے نہ تو کعبہ کی بلڈنگ کو، جو کہ نان مسلم کی بنائی ہوئی تھی، اس کو توڑا۔ اور نہ کعبہ کے غلاف کو نکالا۔</w:t>
      </w:r>
    </w:p>
    <w:p>
      <w:r>
        <w:rPr>
          <w:b/>
        </w:rPr>
        <w:t xml:space="preserve">[21:05] </w:t>
      </w:r>
      <w:r>
        <w:t>wo aise hi ka waise hi raha. phir baad ko jab wo ek ek mauqe par aag lag gayi, jal gaya to phir badla gaya. to yeh main keh raha hoon ke yeh jo kattar, is ko hum kehte hain kattar pan.</w:t>
      </w:r>
    </w:p>
    <w:p>
      <w:pPr>
        <w:jc w:val="right"/>
      </w:pPr>
      <w:r>
        <w:t>وہ ایسے ہی کا ویسے ہی رہا۔ پھر بعد کو جب وہ ایک ایک موقع پر آگ لگ گئی، جل گیا تو پھر بدلا گیا۔ تو یہ میں کہہ رہا ہوں کہ یہ جو کٹر، اس کو ہم کہتے ہیں کٹر پن۔</w:t>
      </w:r>
    </w:p>
    <w:p>
      <w:r>
        <w:rPr>
          <w:b/>
        </w:rPr>
        <w:t xml:space="preserve">[21:17] </w:t>
      </w:r>
      <w:r>
        <w:t>Islam mein is ko kaha gaya hai ghalu. ghalu means extremism. extremism. extremism Islam mein nahi hai.</w:t>
      </w:r>
    </w:p>
    <w:p>
      <w:pPr>
        <w:jc w:val="right"/>
      </w:pPr>
      <w:r>
        <w:t>اسلام میں اس کو کہا گیا ہے غلو۔ غلو means extremism۔ Extremism۔ Extremism اسلام میں نہیں ہے۔</w:t>
      </w:r>
    </w:p>
    <w:p>
      <w:r>
        <w:rPr>
          <w:b/>
        </w:rPr>
        <w:t xml:space="preserve">[21:28] </w:t>
      </w:r>
      <w:r>
        <w:t>hadith mein aata hai ke la ghalu fiddeen fa innam halaka man kana qablakum bilghulu fiddeen Islam mein ghalu nahi hai.</w:t>
      </w:r>
    </w:p>
    <w:p>
      <w:pPr>
        <w:jc w:val="right"/>
      </w:pPr>
      <w:r>
        <w:t>حدیث میں آتا ہے کہ لا غلو فی الدین فانم حلق من کان قبلکم بالغلو فی الدین اسلام میں غلو نہیں ہے۔</w:t>
      </w:r>
    </w:p>
    <w:p>
      <w:r>
        <w:rPr>
          <w:b/>
        </w:rPr>
        <w:t xml:space="preserve">[21:39] </w:t>
      </w:r>
      <w:r>
        <w:t>ek aur ayat hai ke la taghlu fi deenikum</w:t>
      </w:r>
    </w:p>
    <w:p>
      <w:pPr>
        <w:jc w:val="right"/>
      </w:pPr>
      <w:r>
        <w:t>ایک اور آیت ہے کہ لا تغلو فی دینکم</w:t>
      </w:r>
    </w:p>
    <w:p>
      <w:r>
        <w:rPr>
          <w:b/>
        </w:rPr>
        <w:t xml:space="preserve">[21:45] </w:t>
      </w:r>
      <w:r>
        <w:t>ghalu means extremism. kattar pan. ke deen mein kattar pan mat chalao. deen mein extremist na bano. kyun ke pichhle log jo the, isi liye halak ho kar diye gaye.</w:t>
      </w:r>
    </w:p>
    <w:p>
      <w:pPr>
        <w:jc w:val="right"/>
      </w:pPr>
      <w:r>
        <w:t>غلو means extremism۔ کٹر پن۔ کہ دین میں کٹر پن مت چلاؤ۔ دین میں extremist نہ بنو۔ کیونکہ پچھلے لوگ جو تھے، اسی لیے ہلاک ہو کر دیے گئے۔</w:t>
      </w:r>
    </w:p>
    <w:p>
      <w:r>
        <w:rPr>
          <w:b/>
        </w:rPr>
        <w:t xml:space="preserve">[21:58] </w:t>
      </w:r>
      <w:r>
        <w:t>ke wo extremism chalate the Islam mein. deen mein. to yeh kyun hai? main ne arz kiya ke is ki wajah yeh hai ke do alag alag part hain Islam ke.</w:t>
      </w:r>
    </w:p>
    <w:p>
      <w:pPr>
        <w:jc w:val="right"/>
      </w:pPr>
      <w:r>
        <w:t>کہ وہ extremism چلاتے تھے اسلام میں۔ دین میں۔ تو یہ کیوں ہے؟ میں نے عرض کیا کہ اس کی وجہ یہ ہے کہ دو الگ الگ پارٹ ہیں اسلام کے۔</w:t>
      </w:r>
    </w:p>
    <w:p>
      <w:r>
        <w:rPr>
          <w:b/>
        </w:rPr>
        <w:t xml:space="preserve">[22:10] </w:t>
      </w:r>
      <w:r>
        <w:t>ek hai matter of belief, ek hai matter of convenience.</w:t>
      </w:r>
    </w:p>
    <w:p>
      <w:pPr>
        <w:jc w:val="right"/>
      </w:pPr>
      <w:r>
        <w:t>ایک ہے matter of belief، ایک ہے matter of convenience۔</w:t>
      </w:r>
    </w:p>
    <w:p>
      <w:r>
        <w:rPr>
          <w:b/>
        </w:rPr>
        <w:t xml:space="preserve">[22:16] </w:t>
      </w:r>
      <w:r>
        <w:t>to khuda ek hai ya matter of belief hai. is mein compromise nahi kiya jayega. baqi jo cheezen hain wo matter of convenience hain.</w:t>
      </w:r>
    </w:p>
    <w:p>
      <w:pPr>
        <w:jc w:val="right"/>
      </w:pPr>
      <w:r>
        <w:t>تو خدا ایک ہے یا matter of belief ہے۔ اس میں compromise نہیں کیا جائے گا۔ باقی جو چیزیں ہیں وہ matter of convenience ہیں۔</w:t>
      </w:r>
    </w:p>
    <w:p>
      <w:r>
        <w:rPr>
          <w:b/>
        </w:rPr>
        <w:t xml:space="preserve">[22:27] </w:t>
      </w:r>
      <w:r>
        <w:t>ke building banai muslim ne ya non muslim ne, dono theek hain. yeh bhi theek, wo bhi theek. ghilaf ko charhaya muslim ne ya non muslim ne, yeh bhi theek hai, wo bhi theek hai.</w:t>
      </w:r>
    </w:p>
    <w:p>
      <w:pPr>
        <w:jc w:val="right"/>
      </w:pPr>
      <w:r>
        <w:t>کہ بلڈنگ بنائی مسلم نے یا نان مسلم نے، دونوں ٹھیک ہیں۔ یہ بھی ٹھیک، وہ بھی ٹھیک۔ غلاف کو چڑھایا مسلم نے یا نان مسلم نے، یہ بھی ٹھیک ہے، وہ بھی ٹھیک ہے۔</w:t>
      </w:r>
    </w:p>
    <w:p>
      <w:r>
        <w:rPr>
          <w:b/>
        </w:rPr>
        <w:t xml:space="preserve">[22:41] </w:t>
      </w:r>
      <w:r>
        <w:t>to jis jo cheez hai matter of convenience, us ko aap ne bana diya matter of, us ko matter of belief samajh liya.</w:t>
      </w:r>
    </w:p>
    <w:p>
      <w:pPr>
        <w:jc w:val="right"/>
      </w:pPr>
      <w:r>
        <w:t>تو جس جو چیز ہے matter of convenience، اس کو آپ نے بنا دیا matter of، اس کو matter of belief سمجھ لیا۔</w:t>
      </w:r>
    </w:p>
    <w:p>
      <w:r>
        <w:rPr>
          <w:b/>
        </w:rPr>
        <w:t xml:space="preserve">[22:52] </w:t>
      </w:r>
      <w:r>
        <w:t>to aap bharkte hain khwamkhwah ke liye. to kashmir mein masjid ki deewar ko agar indian army ne repair kiya tha to that was a matter of convenience us category ki cheez thi.</w:t>
      </w:r>
    </w:p>
    <w:p>
      <w:pPr>
        <w:jc w:val="right"/>
      </w:pPr>
      <w:r>
        <w:t>تو آپ بھڑکتے ہیں خوامخواہ کے لیے۔ تو کشمیر میں مسجد کی دیوار کو اگر انڈین آرمی نے repair کیا تھا تو that was a matter of convenience اس category کی چیز تھی۔</w:t>
      </w:r>
    </w:p>
    <w:p>
      <w:r>
        <w:rPr>
          <w:b/>
        </w:rPr>
        <w:t xml:space="preserve">[23:09] </w:t>
      </w:r>
      <w:r>
        <w:t>to theek hai, unhon ne bana diya, tab bhi theek hai, unhon ne muslim bana diya, tab bhi theek hai.</w:t>
      </w:r>
    </w:p>
    <w:p>
      <w:pPr>
        <w:jc w:val="right"/>
      </w:pPr>
      <w:r>
        <w:t>تو ٹھیک ہے، انہوں نے بنا دیا، تب بھی ٹھیک ہے، انہوں نے مسلم بنا دیا، تب بھی ٹھیک ہے۔</w:t>
      </w:r>
    </w:p>
    <w:p>
      <w:r>
        <w:rPr>
          <w:b/>
        </w:rPr>
        <w:t xml:space="preserve">[23:16] </w:t>
      </w:r>
      <w:r>
        <w:t>haan, aage masjid mein koi elaan kare khare ho kar ke khuda ek nahi hai, khuda to das hain, tab aap us ko rokiye.</w:t>
      </w:r>
    </w:p>
    <w:p>
      <w:pPr>
        <w:jc w:val="right"/>
      </w:pPr>
      <w:r>
        <w:t>ہاں، آگے مسجد میں کوئی اعلان کرے کھڑے ہو کر کہ خدا ایک نہیں ہے، خدا تو دس ہیں، تب آپ اس کو روکیے۔</w:t>
      </w:r>
    </w:p>
    <w:p>
      <w:r>
        <w:rPr>
          <w:b/>
        </w:rPr>
        <w:t xml:space="preserve">[23:26] </w:t>
      </w:r>
      <w:r>
        <w:t>agar masjid mein koi yeh kahe ke khuda ek nahi hai, khuda das hain, to us ko aap rok sakte hain. kyunke wo matter of belief ka muamla aa gaya. ke deewar kya hai?</w:t>
      </w:r>
    </w:p>
    <w:p>
      <w:pPr>
        <w:jc w:val="right"/>
      </w:pPr>
      <w:r>
        <w:t>اگر مسجد میں کوئی یہ کہے کہ خدا ایک نہیں ہے، خدا دس ہیں، تو اس کو آپ روک سکتے ہیں۔ کیونکہ وہ matter of belief کا معاملہ آ گیا۔ کہ دیوار کیا ہے؟</w:t>
      </w:r>
    </w:p>
    <w:p>
      <w:r>
        <w:rPr>
          <w:b/>
        </w:rPr>
        <w:t xml:space="preserve">[23:38] </w:t>
      </w:r>
      <w:r>
        <w:t>deewar yeh banana chahe, wo banana hai. that is matter of convenience is farq ko na samajhne ki wajah se aata hai kattar pan.</w:t>
      </w:r>
    </w:p>
    <w:p>
      <w:pPr>
        <w:jc w:val="right"/>
      </w:pPr>
      <w:r>
        <w:t>دیوار یہ بنانا چاہے، وہ بنانا ہے۔ that is matter of convenience اس فرق کو نہ سمجھنے کی وجہ سے آتا ہے کٹر پن۔</w:t>
      </w:r>
    </w:p>
    <w:p>
      <w:r>
        <w:rPr>
          <w:b/>
        </w:rPr>
        <w:t xml:space="preserve">[23:47] </w:t>
      </w:r>
      <w:r>
        <w:t>is ke ilawa aata hai extremism. aur yeh yeh is deen nahi hai, yeh islam nahi hai, yeh gumrahi hai, yeh deviation hai. aise logon ko punishment milega, punishment.</w:t>
      </w:r>
    </w:p>
    <w:p>
      <w:pPr>
        <w:jc w:val="right"/>
      </w:pPr>
      <w:r>
        <w:t>اس کے علاوہ آتا ہے extremism۔ اور یہ یہ اس دین نہیں ہے، یہ اسلام نہیں ہے، یہ گمراہی ہے، یہ deviation ہے۔ ایسے لوگوں کو punishment ملے گا، punishment۔</w:t>
      </w:r>
    </w:p>
    <w:p>
      <w:r>
        <w:rPr>
          <w:b/>
        </w:rPr>
        <w:t xml:space="preserve">[23:58] </w:t>
      </w:r>
      <w:r>
        <w:t>reward nahi. reward nahi</w:t>
      </w:r>
    </w:p>
    <w:p>
      <w:pPr>
        <w:jc w:val="right"/>
      </w:pPr>
      <w:r>
        <w:t>ریوارڈ نہیں۔ ریوارڈ نہیں</w:t>
      </w:r>
    </w:p>
    <w:p>
      <w:r>
        <w:rPr>
          <w:b/>
        </w:rPr>
        <w:t xml:space="preserve">[24:01] </w:t>
      </w:r>
      <w:r>
        <w:t>milne wala hai. ab aaj kal jo hai, aap news mein suntay honge, pakistan ka jo rajdhani hai, islamabad, wahan par ek masjid hai, bohat bari, bohat bari.</w:t>
      </w:r>
    </w:p>
    <w:p>
      <w:pPr>
        <w:jc w:val="right"/>
      </w:pPr>
      <w:r>
        <w:t>ملنے والا ہے۔ اب آج کل جو ہے، آپ نیوز میں سنتے ہوں گے، پاکستان کا جو راجدھانی ہے، اسلام آباد، وہاں پر ایک مسجد ہے، بہت بڑی، بہت بڑی۔</w:t>
      </w:r>
    </w:p>
    <w:p>
      <w:r>
        <w:rPr>
          <w:b/>
        </w:rPr>
        <w:t xml:space="preserve">[24:15] </w:t>
      </w:r>
      <w:r>
        <w:t>us ka naam hai lal masjid. to lal masjid mein us waqt morcha laga hua hai.</w:t>
      </w:r>
    </w:p>
    <w:p>
      <w:pPr>
        <w:jc w:val="right"/>
      </w:pPr>
      <w:r>
        <w:t>اس کا نام ہے لال مسجد۔ تو لال مسجد میں اس وقت مورچہ لگا ہوا ہے۔</w:t>
      </w:r>
    </w:p>
    <w:p>
      <w:r>
        <w:rPr>
          <w:b/>
        </w:rPr>
        <w:t xml:space="preserve">[24:25] </w:t>
      </w:r>
      <w:r>
        <w:t>yani is mein larkay larkiyan, muslim larkay larkiyan, is mein</w:t>
      </w:r>
    </w:p>
    <w:p>
      <w:pPr>
        <w:jc w:val="right"/>
      </w:pPr>
      <w:r>
        <w:t>یعنی اس میں لڑکے لڑکیاں، مسلم لڑکے لڑکیاں، اس میں</w:t>
      </w:r>
    </w:p>
    <w:p>
      <w:r>
        <w:rPr>
          <w:b/>
        </w:rPr>
        <w:t xml:space="preserve">[24:33] </w:t>
      </w:r>
      <w:r>
        <w:t>jo datay hue hain, un ke paas gun hai, un ke paas bomb hai. aur government se un ki ladai chal rahi hai. yeh to aap daily aata hai news mein, aap ko pata hoga.</w:t>
      </w:r>
    </w:p>
    <w:p>
      <w:pPr>
        <w:jc w:val="right"/>
      </w:pPr>
      <w:r>
        <w:t>جو ڈٹے ہوئے ہیں، ان کے پاس گن ہے، ان کے پاس بم ہے۔ اور government سے ان کی لڑائی چل رہی ہے۔ یہ تو آپ daily آتا ہے نیوز میں، آپ کو پتہ ہوگا۔</w:t>
      </w:r>
    </w:p>
    <w:p>
      <w:r>
        <w:rPr>
          <w:b/>
        </w:rPr>
        <w:t xml:space="preserve">[24:46] </w:t>
      </w:r>
      <w:r>
        <w:t>aaj ka yeh paper jo hai, yani july 8, times of india, is mein bataya hai ke wahan ke jo president hain, general musharraf, unhon ne ultimatum de diya hai.</w:t>
      </w:r>
    </w:p>
    <w:p>
      <w:pPr>
        <w:jc w:val="right"/>
      </w:pPr>
      <w:r>
        <w:t>آج کا یہ paper جو ہے، یعنی جولائی 8، Times of India، اس میں بتایا ہے کہ وہاں کے جو president ہیں، جنرل مشرف، انہوں نے ultimatum دے دیا ہے۔</w:t>
      </w:r>
    </w:p>
    <w:p>
      <w:r>
        <w:rPr>
          <w:b/>
        </w:rPr>
        <w:t xml:space="preserve">[25:00] </w:t>
      </w:r>
      <w:r>
        <w:t>is mein bataya hai ke surrender or die. in logon ko jo kaha jata hai ke hazar se oopar hain.</w:t>
      </w:r>
    </w:p>
    <w:p>
      <w:pPr>
        <w:jc w:val="right"/>
      </w:pPr>
      <w:r>
        <w:t>اس میں بتایا ہے کہ surrender or die۔ ان لوگوں کو جو کہا جاتا ہے کہ ہزار سے اوپر ہیں۔</w:t>
      </w:r>
    </w:p>
    <w:p>
      <w:r>
        <w:rPr>
          <w:b/>
        </w:rPr>
        <w:t xml:space="preserve">[25:09] </w:t>
      </w:r>
      <w:r>
        <w:t>to pehle wo kehtay rahay ke niklo, niklo, niklo, to nahi nikaltay thay wo. aur bombardment bhi hui, goliyan bhi chali, yeh sab ho raha hai. yani masjid jo ke khuda ki parastish ke liye hai,</w:t>
      </w:r>
    </w:p>
    <w:p>
      <w:pPr>
        <w:jc w:val="right"/>
      </w:pPr>
      <w:r>
        <w:t>تو پہلے وہ کہتے رہے کہ نکلو، نکلو، نکلو، تو نہیں نکلتے تھے وہ۔ اور بمباری بھی ہوئی، گولیاں بھی چلیں، یہ سب ہو رہا ہے۔ یعنی مسجد جو کہ خدا کی پرستش کے لیے ہے،</w:t>
      </w:r>
    </w:p>
    <w:p>
      <w:r>
        <w:rPr>
          <w:b/>
        </w:rPr>
        <w:t xml:space="preserve">[25:22] </w:t>
      </w:r>
      <w:r>
        <w:t>us ko bana diya hai adda, yani violence ka. yani misuse ka is se bara koi shayad misaal nahi ho sakti.</w:t>
      </w:r>
    </w:p>
    <w:p>
      <w:pPr>
        <w:jc w:val="right"/>
      </w:pPr>
      <w:r>
        <w:t>اس کو بنا دیا ہے اڈا، یعنی violence کا۔ یعنی misuse کا اس سے بڑا کوئی شاید مثال نہیں ہو سکتی۔</w:t>
      </w:r>
    </w:p>
    <w:p>
      <w:r>
        <w:rPr>
          <w:b/>
        </w:rPr>
        <w:t xml:space="preserve">[25:34] </w:t>
      </w:r>
      <w:r>
        <w:t>to aaj yeh aaya hai paper mein ke general parvez musharraf ne ultimatum de diya hai. surrender or die ya to surrender karo ya marne ke liye tayyar ho jao.</w:t>
      </w:r>
    </w:p>
    <w:p>
      <w:pPr>
        <w:jc w:val="right"/>
      </w:pPr>
      <w:r>
        <w:t>تو آج یہ آیا ہے paper میں کہ جنرل پرویز مشرف نے ultimatum دے دیا ہے۔ surrender or die یا تو surrender کرو یا مرنے کے لیے تیار ہو جاؤ۔</w:t>
      </w:r>
    </w:p>
    <w:p>
      <w:r>
        <w:rPr>
          <w:b/>
        </w:rPr>
        <w:t xml:space="preserve">[25:50] </w:t>
      </w:r>
      <w:r>
        <w:t>us ko parh kar mujhe yaad aaya ke second world war ke zamanay mein, ke aakhri zamanay mein, aap jantay hain ke japan aur america dono aik doosre ke enemy bani hui theen.</w:t>
      </w:r>
    </w:p>
    <w:p>
      <w:pPr>
        <w:jc w:val="right"/>
      </w:pPr>
      <w:r>
        <w:t>اس کو پڑھ کر مجھے یاد آیا کہ سیکنڈ ورلڈ وار کے زمانے میں، کہ آخری زمانے میں، آپ جانتے ہیں کہ جاپان اور امریکہ دونوں ایک دوسرے کے enemy بنی ہوئی تھیں۔</w:t>
      </w:r>
    </w:p>
    <w:p>
      <w:r>
        <w:rPr>
          <w:b/>
        </w:rPr>
        <w:t xml:space="preserve">[26:02] </w:t>
      </w:r>
      <w:r>
        <w:t>enemy.</w:t>
      </w:r>
    </w:p>
    <w:p>
      <w:pPr>
        <w:jc w:val="right"/>
      </w:pPr>
      <w:r>
        <w:t>Enemy۔</w:t>
      </w:r>
    </w:p>
    <w:p>
      <w:r>
        <w:rPr>
          <w:b/>
        </w:rPr>
        <w:t xml:space="preserve">[26:03] </w:t>
      </w:r>
      <w:r>
        <w:t>aaj to aisa nahi hai. second world war ke zamanay mein. enemy. to 1945 mein america ne ek ultimatum bheja.</w:t>
      </w:r>
    </w:p>
    <w:p>
      <w:pPr>
        <w:jc w:val="right"/>
      </w:pPr>
      <w:r>
        <w:t>آج تو ایسا نہیں ہے۔ سیکنڈ ورلڈ وار کے زمانے میں۔ Enemy۔ تو 1945 میں امریکہ نے ایک ultimatum بھیجا۔</w:t>
      </w:r>
    </w:p>
    <w:p>
      <w:r>
        <w:rPr>
          <w:b/>
        </w:rPr>
        <w:t xml:space="preserve">[26:15] </w:t>
      </w:r>
      <w:r>
        <w:t>jab. japanese government ko. wo is mein yahi wording thi ke surrender or face death</w:t>
      </w:r>
    </w:p>
    <w:p>
      <w:pPr>
        <w:jc w:val="right"/>
      </w:pPr>
      <w:r>
        <w:t>جب۔ Japanese government کو۔ وہ اس میں یہی wording تھی کہ surrender or face death</w:t>
      </w:r>
    </w:p>
    <w:p>
      <w:r>
        <w:rPr>
          <w:b/>
        </w:rPr>
        <w:t xml:space="preserve">[26:26] </w:t>
      </w:r>
      <w:r>
        <w:t>ya to surrender karo ya maut ke samne ke liye tayyar ho jao. is ke baad unhon ne atom bomb dal diya wahan par.</w:t>
      </w:r>
    </w:p>
    <w:p>
      <w:pPr>
        <w:jc w:val="right"/>
      </w:pPr>
      <w:r>
        <w:t>یا تو surrender کرو یا موت کے سامنے کے لیے تیار ہو جاؤ۔ اس کے بعد انہوں نے atom bomb ڈال دیا وہاں پر۔</w:t>
      </w:r>
    </w:p>
    <w:p>
      <w:r>
        <w:rPr>
          <w:b/>
        </w:rPr>
        <w:t xml:space="preserve">[26:31] </w:t>
      </w:r>
      <w:r>
        <w:t>ab dekhiye ke japan aur america to dushman thay aik doosre ke. to ek dushman ne doosre dushman se kaha ke surrender or face death ab yeh to musalman hi musalman aapas mein bol rahay hain.</w:t>
      </w:r>
    </w:p>
    <w:p>
      <w:pPr>
        <w:jc w:val="right"/>
      </w:pPr>
      <w:r>
        <w:t>اب دیکھیے کہ جاپان اور امریکہ تو دشمن تھے ایک دوسرے کے۔ تو ایک دشمن نے دوسرے دشمن سے کہا کہ surrender or face death اب یہ تو مسلمان ہی مسلمان آپس میں بول رہے ہیں۔</w:t>
      </w:r>
    </w:p>
    <w:p>
      <w:r>
        <w:rPr>
          <w:b/>
        </w:rPr>
        <w:t xml:space="preserve">[26:46] </w:t>
      </w:r>
      <w:r>
        <w:t>pakistan ke public aur pakistan ki government woh keh rahi hai ke surrender or die yeh kaun sa islam hai?</w:t>
      </w:r>
    </w:p>
    <w:p>
      <w:pPr>
        <w:jc w:val="right"/>
      </w:pPr>
      <w:r>
        <w:t>پاکستان کے public اور پاکستان کی government وہ کہہ رہی ہے کہ surrender or die یہ کون سا اسلام ہے؟</w:t>
      </w:r>
    </w:p>
    <w:p>
      <w:r>
        <w:rPr>
          <w:b/>
        </w:rPr>
        <w:t xml:space="preserve">[26:58] </w:t>
      </w:r>
      <w:r>
        <w:t>yeh kaun sa islam hai?</w:t>
      </w:r>
    </w:p>
    <w:p>
      <w:pPr>
        <w:jc w:val="right"/>
      </w:pPr>
      <w:r>
        <w:t>یہ کون سا اسلام ہے؟</w:t>
      </w:r>
    </w:p>
    <w:p>
      <w:r>
        <w:rPr>
          <w:b/>
        </w:rPr>
        <w:t xml:space="preserve">[27:00] </w:t>
      </w:r>
      <w:r>
        <w:t>yeh toh non-islam bhi nahi hai, yeh kuch bhi nahi hai. yeh toh insaniyat bhi nahi hai. yeh na islam hai, na insaniyat hai, na sharafat hai, kuch bhi nahi hai.</w:t>
      </w:r>
    </w:p>
    <w:p>
      <w:pPr>
        <w:jc w:val="right"/>
      </w:pPr>
      <w:r>
        <w:t>یہ تو non-Islam بھی نہیں ہے، یہ کچھ بھی نہیں ہے۔ یہ تو انسانیت بھی نہیں ہے۔ یہ نہ اسلام ہے، نہ انسانیت ہے، نہ شرافت ہے، کچھ بھی نہیں ہے۔</w:t>
      </w:r>
    </w:p>
    <w:p>
      <w:r>
        <w:rPr>
          <w:b/>
        </w:rPr>
        <w:t xml:space="preserve">[27:10] </w:t>
      </w:r>
      <w:r>
        <w:t>yeh toh madness hai, madness. diwangi. kyunke hone wala kuch bhi nahi hai. dekhiye, ek principle islam mein bohat bara hai.</w:t>
      </w:r>
    </w:p>
    <w:p>
      <w:pPr>
        <w:jc w:val="right"/>
      </w:pPr>
      <w:r>
        <w:t>یہ تو madness ہے، madness۔ دیوانگی۔ کیونکہ ہونے والا کچھ بھی نہیں ہے۔ دیکھیے، ایک principle اسلام میں بہت بڑا ہے۔</w:t>
      </w:r>
    </w:p>
    <w:p>
      <w:r>
        <w:rPr>
          <w:b/>
        </w:rPr>
        <w:t xml:space="preserve">[27:21] </w:t>
      </w:r>
      <w:r>
        <w:t>man hasan al-islam al-mar'u tarakhu</w:t>
      </w:r>
    </w:p>
    <w:p>
      <w:pPr>
        <w:jc w:val="right"/>
      </w:pPr>
      <w:r>
        <w:t>من حسن اسلام المرء ترکه</w:t>
      </w:r>
    </w:p>
    <w:p>
      <w:r>
        <w:rPr>
          <w:b/>
        </w:rPr>
        <w:t xml:space="preserve">[27:25] </w:t>
      </w:r>
      <w:r>
        <w:t>ma la ya'ni is ka matlab yeh hai ke islam mein sirf result oriented action hai.</w:t>
      </w:r>
    </w:p>
    <w:p>
      <w:pPr>
        <w:jc w:val="right"/>
      </w:pPr>
      <w:r>
        <w:t>ما لا یعنی اس کا مطلب یہ ہے کہ اسلام میں صرف result oriented action ہے۔</w:t>
      </w:r>
    </w:p>
    <w:p>
      <w:r>
        <w:rPr>
          <w:b/>
        </w:rPr>
        <w:t xml:space="preserve">[27:34] </w:t>
      </w:r>
      <w:r>
        <w:t>islam mein sirf ek hi action hai. woh hai result oriented action. aur jis action ka koi result na nikalne wala ho,</w:t>
      </w:r>
    </w:p>
    <w:p>
      <w:pPr>
        <w:jc w:val="right"/>
      </w:pPr>
      <w:r>
        <w:t>اسلام میں صرف ایک ہی action ہے۔ وہ ہے result oriented action۔ اور جس action کا کوئی result نہ نکلنے والا ہو،</w:t>
      </w:r>
    </w:p>
    <w:p>
      <w:r>
        <w:rPr>
          <w:b/>
        </w:rPr>
        <w:t xml:space="preserve">[27:48] </w:t>
      </w:r>
      <w:r>
        <w:t>woh islam mein jaiz hi nahi.</w:t>
      </w:r>
    </w:p>
    <w:p>
      <w:pPr>
        <w:jc w:val="right"/>
      </w:pPr>
      <w:r>
        <w:t>وہ اسلام میں جائز ہی نہیں۔</w:t>
      </w:r>
    </w:p>
    <w:p>
      <w:r>
        <w:rPr>
          <w:b/>
        </w:rPr>
        <w:t xml:space="preserve">[27:51] </w:t>
      </w:r>
      <w:r>
        <w:t>toh yeh jo hai ke wahan ke larkay larkiyan masjid mein front bana kar ke aur lalkar rahay hain government ko, zahir hai ke is mein kuch bhi nahi hoga.</w:t>
      </w:r>
    </w:p>
    <w:p>
      <w:pPr>
        <w:jc w:val="right"/>
      </w:pPr>
      <w:r>
        <w:t>تو یہ جو ہے کہ وہاں کے لڑکے لڑکیاں مسجد میں front بنا کر کے اور للکار رہے ہیں government کو، ظاہر ہے کہ اس میں کچھ بھی نہیں ہوگا۔</w:t>
      </w:r>
    </w:p>
    <w:p>
      <w:r>
        <w:rPr>
          <w:b/>
        </w:rPr>
        <w:t xml:space="preserve">[28:03] </w:t>
      </w:r>
      <w:r>
        <w:t>in ko maar peet ke nikaal dein ge. government ek ka muqabla kiya yeh larkay larkiyan kar sakte hain jo masjid mein bethay hue hain?</w:t>
      </w:r>
    </w:p>
    <w:p>
      <w:pPr>
        <w:jc w:val="right"/>
      </w:pPr>
      <w:r>
        <w:t>ان کو مار پیٹ کے نکال دیں گے۔ government ایک کا مقابلہ کیا یہ لڑکے لڑکیاں کر سکتے ہیں جو مسجد میں بیٹھے ہوئے ہیں؟</w:t>
      </w:r>
    </w:p>
    <w:p>
      <w:r>
        <w:rPr>
          <w:b/>
        </w:rPr>
        <w:t xml:space="preserve">[28:14] </w:t>
      </w:r>
      <w:r>
        <w:t>impossible hai. toh yeh kya hai?</w:t>
      </w:r>
    </w:p>
    <w:p>
      <w:pPr>
        <w:jc w:val="right"/>
      </w:pPr>
      <w:r>
        <w:t>Impossible ہے۔ تو یہ کیا ہے؟</w:t>
      </w:r>
    </w:p>
    <w:p>
      <w:r>
        <w:rPr>
          <w:b/>
        </w:rPr>
        <w:t xml:space="preserve">[28:18] </w:t>
      </w:r>
      <w:r>
        <w:t>ek aisa, ek aisa yani action laina.</w:t>
      </w:r>
    </w:p>
    <w:p>
      <w:pPr>
        <w:jc w:val="right"/>
      </w:pPr>
      <w:r>
        <w:t>ایک ایسا، ایک ایسا یعنی action لینا۔</w:t>
      </w:r>
    </w:p>
    <w:p>
      <w:r>
        <w:rPr>
          <w:b/>
        </w:rPr>
        <w:t xml:space="preserve">[28:26] </w:t>
      </w:r>
      <w:r>
        <w:t>ek aisa iqdam karna. jis ke baray mein in advance yeh pata ho ke result nahi nikle ga. woh islam kaise ho sakta hai?</w:t>
      </w:r>
    </w:p>
    <w:p>
      <w:pPr>
        <w:jc w:val="right"/>
      </w:pPr>
      <w:r>
        <w:t>ایک ایسا اقدام کرنا۔ جس کے بارے میں in advance یہ پتہ ہو کہ result نہیں نکلے گا۔ وہ اسلام کیسے ہو سکتا ہے؟</w:t>
      </w:r>
    </w:p>
    <w:p>
      <w:r>
        <w:rPr>
          <w:b/>
        </w:rPr>
        <w:t xml:space="preserve">[28:36] </w:t>
      </w:r>
      <w:r>
        <w:t>woh toh diwangi bhi nahi hai. diwangi se bhi koi buri cheez hai koi. deewana aadmi bhi bechara road ke kinare idhar udhar kahin para rehta hai.</w:t>
      </w:r>
    </w:p>
    <w:p>
      <w:pPr>
        <w:jc w:val="right"/>
      </w:pPr>
      <w:r>
        <w:t>وہ تو دیوانگی بھی نہیں ہے۔ دیوانگی سے بھی کوئی بری چیز ہے کوئی۔ دیوانہ آدمی بھی بیچارہ road کے کنارے ادھر ادھر کہیں پڑا رہتا ہے۔</w:t>
      </w:r>
    </w:p>
    <w:p>
      <w:r>
        <w:rPr>
          <w:b/>
        </w:rPr>
        <w:t xml:space="preserve">[28:47] </w:t>
      </w:r>
      <w:r>
        <w:t>yeh toh madness hi super madness hai yeh. toh kyun hai? wohi wohi is ka raaz wohi hai. ke matter of convenience ko unhon ne samajh liya matter of belief.</w:t>
      </w:r>
    </w:p>
    <w:p>
      <w:pPr>
        <w:jc w:val="right"/>
      </w:pPr>
      <w:r>
        <w:t>یہ تو madness ہی super madness ہے یہ۔ تو کیوں ہے؟ وہی وہی اس کا راز وہی ہے۔ کہ matter of convenience کو انہوں نے سمجھ لیا matter of belief۔</w:t>
      </w:r>
    </w:p>
    <w:p>
      <w:r>
        <w:rPr>
          <w:b/>
        </w:rPr>
        <w:t xml:space="preserve">[29:02] </w:t>
      </w:r>
      <w:r>
        <w:t>yahan par mein aap ko batana chahunga ek baat jo kyunke media mein nahi aati aur log jantay nahi is cheez ko. log hairaan hain ke aisa kyun hai musalmanon mein?</w:t>
      </w:r>
    </w:p>
    <w:p>
      <w:pPr>
        <w:jc w:val="right"/>
      </w:pPr>
      <w:r>
        <w:t>یہاں پر میں آپ کو بتانا چاہوں گا ایک بات جو کیونکہ میڈیا میں نہیں آتی اور لوگ جانتے نہیں اس چیز کو۔ لوگ حیران ہیں کہ ایسا کیوں ہے مسلمانوں میں؟</w:t>
      </w:r>
    </w:p>
    <w:p>
      <w:r>
        <w:rPr>
          <w:b/>
        </w:rPr>
        <w:t xml:space="preserve">[29:11] </w:t>
      </w:r>
      <w:r>
        <w:t>kyun lartay phirte hain islam ke naam par?</w:t>
      </w:r>
    </w:p>
    <w:p>
      <w:pPr>
        <w:jc w:val="right"/>
      </w:pPr>
      <w:r>
        <w:t>کیوں لڑتے پھرتے ہیں اسلام کے نام پر؟</w:t>
      </w:r>
    </w:p>
    <w:p>
      <w:r>
        <w:rPr>
          <w:b/>
        </w:rPr>
        <w:t xml:space="preserve">[29:17] </w:t>
      </w:r>
      <w:r>
        <w:t>toh yeh hua hai aisa pichlay sau do sau saal ke andar ke unhon ne politics ko bhi matter of belief mein shamil kar liya kuch logon ne.</w:t>
      </w:r>
    </w:p>
    <w:p>
      <w:pPr>
        <w:jc w:val="right"/>
      </w:pPr>
      <w:r>
        <w:t>تو یہ ہوا ہے ایسا پچھلے سو دو سو سال کے اندر کہ انہوں نے politics کو بھی matter of belief میں شامل کر لیا کچھ لوگوں نے۔</w:t>
      </w:r>
    </w:p>
    <w:p>
      <w:r>
        <w:rPr>
          <w:b/>
        </w:rPr>
        <w:t xml:space="preserve">[29:28] </w:t>
      </w:r>
      <w:r>
        <w:t>is ke champion thay do log. arab world mein ek bohat bari, ek bohat bari woh organization bani jis ka naam hai al-ikhwan al-muslimun. english mein is ko kehte hain muslim brotherhood.</w:t>
      </w:r>
    </w:p>
    <w:p>
      <w:pPr>
        <w:jc w:val="right"/>
      </w:pPr>
      <w:r>
        <w:t>اس کے champion تھے دو لوگ۔ عرب world میں ایک بہت بڑی، ایک بہت بڑی وہ organization بنی جس کا نام ہے الإخوان المسلمون انگلش میں اس کو کہتے ہیں مسلم برادرہوڈ۔</w:t>
      </w:r>
    </w:p>
    <w:p>
      <w:r>
        <w:rPr>
          <w:b/>
        </w:rPr>
        <w:t xml:space="preserve">[29:47] </w:t>
      </w:r>
      <w:r>
        <w:t>saray arab countries ki yeh sab se bari organization hai yani religious organization. al-ikhwan al-muslimun is ke leader thay syed qutb.</w:t>
      </w:r>
    </w:p>
    <w:p>
      <w:pPr>
        <w:jc w:val="right"/>
      </w:pPr>
      <w:r>
        <w:t>سارے عرب countries کی یہ سب سے بڑی organization ہے یعنی religious organization۔ الإخوان المسلمون اس کے leader تھے سید قطب۔</w:t>
      </w:r>
    </w:p>
    <w:p>
      <w:r>
        <w:rPr>
          <w:b/>
        </w:rPr>
        <w:t xml:space="preserve">[29:59] </w:t>
      </w:r>
      <w:r>
        <w:t>in logon ne politics ko matter of belief bana diya. yani musalman jo hain un ka islam hi incomplete hai agar woh Islamic rule na banayen.</w:t>
      </w:r>
    </w:p>
    <w:p>
      <w:pPr>
        <w:jc w:val="right"/>
      </w:pPr>
      <w:r>
        <w:t>ان لوگوں نے politics کو matter of belief بنا دیا۔ یعنی مسلمان جو ہیں ان کا اسلام ہی incomplete ہے اگر وہ Islamic rule نہ بنائیں۔</w:t>
      </w:r>
    </w:p>
    <w:p>
      <w:r>
        <w:rPr>
          <w:b/>
        </w:rPr>
        <w:t xml:space="preserve">[30:13] </w:t>
      </w:r>
      <w:r>
        <w:t>woh kehte hain al-islam din kamil wa shamil</w:t>
      </w:r>
    </w:p>
    <w:p>
      <w:pPr>
        <w:jc w:val="right"/>
      </w:pPr>
      <w:r>
        <w:t>وہ کہتے ہیں الإسلام دين كامل وشامل</w:t>
      </w:r>
    </w:p>
    <w:p>
      <w:r>
        <w:rPr>
          <w:b/>
        </w:rPr>
        <w:t xml:space="preserve">[30:18] </w:t>
      </w:r>
      <w:r>
        <w:t>ke islam complete religion hai. aur humein poora poora islam jo hai is ko impose karna paray ga. implement karna paray ga. yeh kehna hai in logon ka.</w:t>
      </w:r>
    </w:p>
    <w:p>
      <w:pPr>
        <w:jc w:val="right"/>
      </w:pPr>
      <w:r>
        <w:t>کہ اسلام complete religion ہے۔ اور ہمیں پورا پورا اسلام جو ہے اس کو impose کرنا پڑے گا۔ Implement کرنا پڑے گا۔ یہ کہنا ہے ان لوگوں کا۔</w:t>
      </w:r>
    </w:p>
    <w:p>
      <w:r>
        <w:rPr>
          <w:b/>
        </w:rPr>
        <w:t xml:space="preserve">[30:30] </w:t>
      </w:r>
      <w:r>
        <w:t>toh kaha ke politics ko unhon ne shamil kar liya belief mein. matter of belief bana diya is ko. halankay politics hai hi nahi matter of belief. is ka ta'alluq matter of convenience hai.</w:t>
      </w:r>
    </w:p>
    <w:p>
      <w:pPr>
        <w:jc w:val="right"/>
      </w:pPr>
      <w:r>
        <w:t>تو کہا کہ politics کو انہوں نے شامل کر لیا belief میں۔ Matter of belief بنا دیا اس کو۔ حالانکہ politics ہے ہی نہیں matter of belief۔ اس کا تعلق matter of convenience ہے۔</w:t>
      </w:r>
    </w:p>
    <w:p>
      <w:r>
        <w:rPr>
          <w:b/>
        </w:rPr>
        <w:t xml:space="preserve">[30:42] </w:t>
      </w:r>
      <w:r>
        <w:t>yani jaisi situation ho waisi politics.</w:t>
      </w:r>
    </w:p>
    <w:p>
      <w:pPr>
        <w:jc w:val="right"/>
      </w:pPr>
      <w:r>
        <w:t>یعنی جیسی situation ہو ویسی politics۔</w:t>
      </w:r>
    </w:p>
    <w:p>
      <w:r>
        <w:rPr>
          <w:b/>
        </w:rPr>
        <w:t xml:space="preserve">[30:46] </w:t>
      </w:r>
      <w:r>
        <w:t>jaisa tum hon ge waisa Allah tum par muqarrar kar de ga. Hadees mein aata hai ke jaisi situation ho gi waisay ruler hon ge.</w:t>
      </w:r>
    </w:p>
    <w:p>
      <w:pPr>
        <w:jc w:val="right"/>
      </w:pPr>
      <w:r>
        <w:t>كما تكونون كذلك یو الله عليكم حدیث میں آتا ہے۔ کہ جیسی situation ہوگی ویسے ruler ہوں گے۔</w:t>
      </w:r>
    </w:p>
    <w:p>
      <w:r>
        <w:rPr>
          <w:b/>
        </w:rPr>
        <w:t xml:space="preserve">[30:56] </w:t>
      </w:r>
      <w:r>
        <w:t>To Islam dekhiye politics mein idealism nahi chalta. Yaad rakhiye. Politics, Islam jo hai politics mein idealism nahi chalta.</w:t>
      </w:r>
    </w:p>
    <w:p>
      <w:pPr>
        <w:jc w:val="right"/>
      </w:pPr>
      <w:r>
        <w:t>تو اسلام دیکھیے politics میں idealism نہیں چلاتا۔ یاد رکھیے۔ Politics، اسلام جو ہے politics میں idealism نہیں چلاتا۔</w:t>
      </w:r>
    </w:p>
    <w:p>
      <w:r>
        <w:rPr>
          <w:b/>
        </w:rPr>
        <w:t xml:space="preserve">[31:09] </w:t>
      </w:r>
      <w:r>
        <w:t>Practical situation ko dekhta hai Islam. Yeh bohat bari baat hai jis ko yeh log bhoolay huay hain.</w:t>
      </w:r>
    </w:p>
    <w:p>
      <w:pPr>
        <w:jc w:val="right"/>
      </w:pPr>
      <w:r>
        <w:t>Practical situation کو دیکھتا ہے اسلام۔ یہ بہت بڑی بات ہے جس کو یہ لوگ بھولے ہوئے ہیں۔</w:t>
      </w:r>
    </w:p>
    <w:p>
      <w:r>
        <w:rPr>
          <w:b/>
        </w:rPr>
        <w:t xml:space="preserve">[31:16] </w:t>
      </w:r>
      <w:r>
        <w:t>To aik organization bani Arab world mein Al-Ikhwan Al-Muslimeen us ne yeh kiya ke politics ko article of faith bana diya.</w:t>
      </w:r>
    </w:p>
    <w:p>
      <w:pPr>
        <w:jc w:val="right"/>
      </w:pPr>
      <w:r>
        <w:t>تو ایک organization بنی عرب world میں الإخوان المسلمون اس نے یہ کیا کہ politics کو article of faith بنا دیا۔</w:t>
      </w:r>
    </w:p>
    <w:p>
      <w:r>
        <w:rPr>
          <w:b/>
        </w:rPr>
        <w:t xml:space="preserve">[31:30] </w:t>
      </w:r>
      <w:r>
        <w:t>Politics ko article of faith bana diya. Haalankay politics article of faith nahi hai.</w:t>
      </w:r>
    </w:p>
    <w:p>
      <w:pPr>
        <w:jc w:val="right"/>
      </w:pPr>
      <w:r>
        <w:t>Politics کو article of faith بنا دیا۔ حالانکہ politics article of faith نہیں ہے۔</w:t>
      </w:r>
    </w:p>
    <w:p>
      <w:r>
        <w:rPr>
          <w:b/>
        </w:rPr>
        <w:t xml:space="preserve">[31:37] </w:t>
      </w:r>
      <w:r>
        <w:t>Article of faith mein dekhiye yeh hai ke oneness of God, prophethood of Muhammad aur yeh manna ke world hereafter aur yeh manna ke hell hai, paradise hai, angels hain.</w:t>
      </w:r>
    </w:p>
    <w:p>
      <w:pPr>
        <w:jc w:val="right"/>
      </w:pPr>
      <w:r>
        <w:t>Article of faith میں دیکھیے یہ ہے کہ oneness of God, prophethood of Muhammad اور یہ ماننا کہ world hereafter اور یہ ماننا کہ hell ہے، paradise ہے، angels ہیں۔</w:t>
      </w:r>
    </w:p>
    <w:p>
      <w:r>
        <w:rPr>
          <w:b/>
        </w:rPr>
        <w:t xml:space="preserve">[31:54] </w:t>
      </w:r>
      <w:r>
        <w:t>Yeh sab cheezein belief se talluq rakhti hain. Yeh article of faith se talluq rakhti hain.</w:t>
      </w:r>
    </w:p>
    <w:p>
      <w:pPr>
        <w:jc w:val="right"/>
      </w:pPr>
      <w:r>
        <w:t>یہ سب چیزیں belief سے تعلق رکھتی ہیں۔ یہ article of faith سے تعلق رکھتی ہیں۔</w:t>
      </w:r>
    </w:p>
    <w:p>
      <w:r>
        <w:rPr>
          <w:b/>
        </w:rPr>
        <w:t xml:space="preserve">[32:01] </w:t>
      </w:r>
      <w:r>
        <w:t>Politics jo hai woh article of faith nahi hai. Lekin Al-Ikhwan Al-Muslimeen jis mein saara Arab involve hai, abhi tak involve hai.</w:t>
      </w:r>
    </w:p>
    <w:p>
      <w:pPr>
        <w:jc w:val="right"/>
      </w:pPr>
      <w:r>
        <w:t>Politics جو ہے وہ article of faith نہیں ہے۔ لیکن الإخوان المسلمون جس میں سارا عرب involve ہے، ابھی تک involve ہے۔</w:t>
      </w:r>
    </w:p>
    <w:p>
      <w:r>
        <w:rPr>
          <w:b/>
        </w:rPr>
        <w:t xml:space="preserve">[32:11] </w:t>
      </w:r>
      <w:r>
        <w:t>Unhon ne is ko yani hum molana blunder hai Islam mein yeh ke aap politics ko jor dein belief se, aqeeday se.</w:t>
      </w:r>
    </w:p>
    <w:p>
      <w:pPr>
        <w:jc w:val="right"/>
      </w:pPr>
      <w:r>
        <w:t>انہوں نے اس کو یعنی ہم مولین blunder ہے اسلام میں یہ کہ آپ politics کو جوڑ دیں belief سے، عقیدے سے۔</w:t>
      </w:r>
    </w:p>
    <w:p>
      <w:r>
        <w:rPr>
          <w:b/>
        </w:rPr>
        <w:t xml:space="preserve">[32:23] </w:t>
      </w:r>
      <w:r>
        <w:t>Yehi kaam Indian subcontinent mein kiya Jamaat-e-Islami ne.</w:t>
      </w:r>
    </w:p>
    <w:p>
      <w:pPr>
        <w:jc w:val="right"/>
      </w:pPr>
      <w:r>
        <w:t>یہی کام انڈین subcontinent میں کیا جماعت اسلامی نے۔</w:t>
      </w:r>
    </w:p>
    <w:p>
      <w:r>
        <w:rPr>
          <w:b/>
        </w:rPr>
        <w:t xml:space="preserve">[32:29] </w:t>
      </w:r>
      <w:r>
        <w:t>Indian subcontinent mein aik jamaat bani is ka naam hai Jamaat-e-Islami. Yeh India mein bhi hai, Pakistan mein bhi, woh bhi har jagah hai. Yeh do organizations jo hain direct taur par responsible hain is militance ka.</w:t>
      </w:r>
    </w:p>
    <w:p>
      <w:pPr>
        <w:jc w:val="right"/>
      </w:pPr>
      <w:r>
        <w:t>انڈین subcontinent میں ایک جماعت بنی اس کا نام ہے جماعت اسلامی۔ یہ انڈیا میں بھی ہے، پاکستان میں بھی، وہ بھی ہر جگہ ہے۔ یہ دو organizations جو ہیں direct طور پر responsible ہیں اس militance کا۔</w:t>
      </w:r>
    </w:p>
    <w:p>
      <w:r>
        <w:rPr>
          <w:b/>
        </w:rPr>
        <w:t xml:space="preserve">[32:43] </w:t>
      </w:r>
      <w:r>
        <w:t>Kyunke unhon ne yeh kiya ke Musalmanon ko yeh sikhaya ke baghair Islamic rule qaim kiye huay tumhein paradise nahi mile gi.</w:t>
      </w:r>
    </w:p>
    <w:p>
      <w:pPr>
        <w:jc w:val="right"/>
      </w:pPr>
      <w:r>
        <w:t>کیونکہ انہوں نے یہ کیا کہ مسلمانوں کو یہ سکھایا کہ بغیر Islamic rule قائم کیے ہوئے تمہیں paradise نہیں ملے گی۔</w:t>
      </w:r>
    </w:p>
    <w:p>
      <w:r>
        <w:rPr>
          <w:b/>
        </w:rPr>
        <w:t xml:space="preserve">[32:53] </w:t>
      </w:r>
      <w:r>
        <w:t>Yaani unhon ne darja de diya Islamic rule ko woh jo jo jo namaz ka hota hai. Namaz nahi parho ge to jannat mein nahi jao ge.</w:t>
      </w:r>
    </w:p>
    <w:p>
      <w:pPr>
        <w:jc w:val="right"/>
      </w:pPr>
      <w:r>
        <w:t>یعنی انہوں نے درجہ دے دیا Islamic rule کو وہ جو جو جو نماز کا ہوتا ہے۔ نماز نہیں پڑھو گے تو جنت میں نہیں جاؤ گے۔</w:t>
      </w:r>
    </w:p>
    <w:p>
      <w:r>
        <w:rPr>
          <w:b/>
        </w:rPr>
        <w:t xml:space="preserve">[33:03] </w:t>
      </w:r>
      <w:r>
        <w:t>Roza nahi rakho ge to jannat mein nahi jao ge. Hajj nahi karo ge to jannat mein nahi jao ge. To yeh to sahi hai yahan tak. Is mein unhon ne end kar ke barha diya.</w:t>
      </w:r>
    </w:p>
    <w:p>
      <w:pPr>
        <w:jc w:val="right"/>
      </w:pPr>
      <w:r>
        <w:t>روزہ نہیں رکھو گے تو جنت میں نہیں جاؤ گے۔ حج نہیں کرو گے تو جنت میں نہیں جاؤ گے۔ تو یہ تو صحیح ہے یہاں تک۔ اس میں انہوں نے end کر کے بڑھا دیا۔</w:t>
      </w:r>
    </w:p>
    <w:p>
      <w:r>
        <w:rPr>
          <w:b/>
        </w:rPr>
        <w:t xml:space="preserve">[33:13] </w:t>
      </w:r>
      <w:r>
        <w:t>End. Ke agar tum ne Islamic rule nahi qaim kiya saari duniya mein to jannat nahi mile gi tum ko.</w:t>
      </w:r>
    </w:p>
    <w:p>
      <w:pPr>
        <w:jc w:val="right"/>
      </w:pPr>
      <w:r>
        <w:t>End۔ کہ اگر تم نے Islamic rule نہیں قائم کیا ساری دنیا میں تو جنت نہیں ملے گی تم کو۔</w:t>
      </w:r>
    </w:p>
    <w:p>
      <w:r>
        <w:rPr>
          <w:b/>
        </w:rPr>
        <w:t xml:space="preserve">[33:21] </w:t>
      </w:r>
      <w:r>
        <w:t>Ab yeh bilkul yani Islam mein samjhein ke aik dhandsli hai yeh.</w:t>
      </w:r>
    </w:p>
    <w:p>
      <w:pPr>
        <w:jc w:val="right"/>
      </w:pPr>
      <w:r>
        <w:t>اب یہ بالکل یعنی اسلام میں سمجھیں کہ ایک دھاندلی ہے یہ۔</w:t>
      </w:r>
    </w:p>
    <w:p>
      <w:r>
        <w:rPr>
          <w:b/>
        </w:rPr>
        <w:t xml:space="preserve">[33:27] </w:t>
      </w:r>
      <w:r>
        <w:t>Lekin unhon ne aisa logon ko bewakoof banaya ke bohat saaray log is mein phansay huay hain. Arab bhi aur non-Arab bhi. Political rule ko unhon ne article of faith mein shamil kar diya.</w:t>
      </w:r>
    </w:p>
    <w:p>
      <w:pPr>
        <w:jc w:val="right"/>
      </w:pPr>
      <w:r>
        <w:t>لیکن انہوں نے ایسا لوگوں کو بیوقوف بنایا کہ بہت سارے لوگ اس میں پھنسے ہوئے ہیں۔ عرب بھی اور non-Arab بھی۔ Political rule کو انہوں نے article of faith میں شامل کر دیا۔</w:t>
      </w:r>
    </w:p>
    <w:p>
      <w:r>
        <w:rPr>
          <w:b/>
        </w:rPr>
        <w:t xml:space="preserve">[33:42] </w:t>
      </w:r>
      <w:r>
        <w:t>Woh kehte hain Arab log kehte hain ke Islam deen kamil wa shamil hai. Islam incomplete relig</w:t>
      </w:r>
    </w:p>
    <w:p>
      <w:pPr>
        <w:jc w:val="right"/>
      </w:pPr>
      <w:r>
        <w:t>وہ کہتے ہیں عرب لوگ کہتے ہیں کہ اسلام دین کامل وشامل ہے۔ اسلام incomplete relig</w:t>
      </w:r>
    </w:p>
    <w:p>
      <w:r>
        <w:rPr>
          <w:b/>
        </w:rPr>
        <w:t xml:space="preserve">[33:49] </w:t>
      </w:r>
      <w:r>
        <w:t>ion hai. Yahan yeh log kehte hain ke Islam mukammal nizam hai. Islam complete system of life hai. Yeh dono baatein bilashuba ghlat hain.</w:t>
      </w:r>
    </w:p>
    <w:p>
      <w:pPr>
        <w:jc w:val="right"/>
      </w:pPr>
      <w:r>
        <w:t>ion ہے۔ یہاں یہ لوگ کہتے ہیں کہ اسلام مکمل نظام ہے۔ اسلام complete system of life ہے۔ یہ دونوں باتیں بلاشبہ غلط ہیں۔</w:t>
      </w:r>
    </w:p>
    <w:p>
      <w:r>
        <w:rPr>
          <w:b/>
        </w:rPr>
        <w:t xml:space="preserve">[34:00] </w:t>
      </w:r>
      <w:r>
        <w:t>Yaani ghlat is hissay mein is mein ke do different part ko unhon ne aik aik darja de diya. Yaani aqeeday ko aur woh cheez jo matter of convenience thi us ko dono ko aik darja de diya.</w:t>
      </w:r>
    </w:p>
    <w:p>
      <w:pPr>
        <w:jc w:val="right"/>
      </w:pPr>
      <w:r>
        <w:t>یعنی غلط اس حصے میں اس میں کہ دو different part کو انہوں نے ایک ایک درجہ دے دیا۔ یعنی عقیدے کو اور وہ چیز جو matter of convenience تھی اس کو دونوں کو ایک درجہ دے دیا۔</w:t>
      </w:r>
    </w:p>
    <w:p>
      <w:r>
        <w:rPr>
          <w:b/>
        </w:rPr>
        <w:t xml:space="preserve">[34:13] </w:t>
      </w:r>
      <w:r>
        <w:t>Ab mein dekhiye aap ko aik bohat bari baat arz karunga. Agar aap yeh janna chahein ke namaz kya hai, roza kya hai, hajj kya hai to is ki detail aap ko Quran mein aur Hadees mein mil jaye gi.</w:t>
      </w:r>
    </w:p>
    <w:p>
      <w:pPr>
        <w:jc w:val="right"/>
      </w:pPr>
      <w:r>
        <w:t>اب میں دیکھیے آپ کو ایک بہت بڑی بات عرض کروں گا۔ اگر آپ یہ جاننا چاہیں کہ نماز کیا ہے، روزہ کیا ہے، حج کیا ہے تو اس کی detail آپ کو قرآن میں اور حدیث میں مل جائے گی۔</w:t>
      </w:r>
    </w:p>
    <w:p>
      <w:r>
        <w:rPr>
          <w:b/>
        </w:rPr>
        <w:t xml:space="preserve">[34:29] </w:t>
      </w:r>
      <w:r>
        <w:t>Jee haan. Koi confusion nahi. Koi confusion nahi. Maslan aap ko mil jaye ga ke namaz parho rozana panch time mein.</w:t>
      </w:r>
    </w:p>
    <w:p>
      <w:pPr>
        <w:jc w:val="right"/>
      </w:pPr>
      <w:r>
        <w:t>جی ہاں۔ کوئی confusion نہیں۔ کوئی confusion نہیں۔ مثلاً آپ کو مل جائے گا کہ نماز پڑھو روزانہ پانچ ٹائم میں۔</w:t>
      </w:r>
    </w:p>
    <w:p>
      <w:r>
        <w:rPr>
          <w:b/>
        </w:rPr>
        <w:t xml:space="preserve">[34:38] </w:t>
      </w:r>
      <w:r>
        <w:t>Is mein koi confusion nahi hai. As-Salat al-Khams ka word aaya hai. Panch waqt ki namaz. Roza jo hai, shahr-e-Ramadan ka lafz aaya hai ke Ramadan ke mahine mein roza rakho.</w:t>
      </w:r>
    </w:p>
    <w:p>
      <w:pPr>
        <w:jc w:val="right"/>
      </w:pPr>
      <w:r>
        <w:t>اس میں کوئی confusion نہیں ہے۔ الصلوۃ الخمس کا word آیا ہے۔ پانچ وقت کی نماز۔ روزہ جو ہے شہر رمضان کا لفظ آیا ہے کہ رمضان کے مہینے میں روزہ رکھو۔</w:t>
      </w:r>
    </w:p>
    <w:p>
      <w:r>
        <w:rPr>
          <w:b/>
        </w:rPr>
        <w:t xml:space="preserve">[34:54] </w:t>
      </w:r>
      <w:r>
        <w:t>Hajj jo hai woh bhi hai, Hajj ke mahine mein Hajj karo.</w:t>
      </w:r>
    </w:p>
    <w:p>
      <w:pPr>
        <w:jc w:val="right"/>
      </w:pPr>
      <w:r>
        <w:t>حج جو ہے وہ بھی ہے، حج کے مہینے میں حج کرو۔</w:t>
      </w:r>
    </w:p>
    <w:p>
      <w:r>
        <w:rPr>
          <w:b/>
        </w:rPr>
        <w:t xml:space="preserve">[34:58] </w:t>
      </w:r>
      <w:r>
        <w:t>To yeh cheezein jo is ko hum kehte hain article of faith clear taur par batai gayi hain Quran mein aur Hadees mein. Lekin aap dekhiye politics ke baray mein aisa kuch bhi nahi.</w:t>
      </w:r>
    </w:p>
    <w:p>
      <w:pPr>
        <w:jc w:val="right"/>
      </w:pPr>
      <w:r>
        <w:t>تو یہ چیزیں جو اس کو ہم کہتے ہیں article of faith clear طور پر بتائی گئی ہیں قرآن میں اور حدیث میں۔ لیکن آپ دیکھیے politics کے بارے میں ایسا کچھ بھی نہیں۔</w:t>
      </w:r>
    </w:p>
    <w:p>
      <w:r>
        <w:rPr>
          <w:b/>
        </w:rPr>
        <w:t xml:space="preserve">[35:14] </w:t>
      </w:r>
      <w:r>
        <w:t>aisa kuch bhi nahi. jaise misaal ke taur par yaani India ke constitution mein aap dekhein to aap jaan lenge ke kya president of India ko kaise banaya jaye.</w:t>
      </w:r>
    </w:p>
    <w:p>
      <w:pPr>
        <w:jc w:val="right"/>
      </w:pPr>
      <w:r>
        <w:t>ایسا کچھ بھی نہیں۔ جیسے مثال کے طور پر یعنی انڈیا کے constitution میں آپ دیکھیں تو آپ جان لیں گے کہ کیا president of انڈیا کو کیسے بنایا جائے۔</w:t>
      </w:r>
    </w:p>
    <w:p>
      <w:r>
        <w:rPr>
          <w:b/>
        </w:rPr>
        <w:t xml:space="preserve">[35:27] </w:t>
      </w:r>
      <w:r>
        <w:t>woh kya procedure hai jis se koi aadmi president of India banta hai. aisi aap US ke constitution mein aap dekh sakte hain.</w:t>
      </w:r>
    </w:p>
    <w:p>
      <w:pPr>
        <w:jc w:val="right"/>
      </w:pPr>
      <w:r>
        <w:t>وہ کیا procedure ہے جس سے کوئی آدمی president of انڈیا بنتا ہے۔ ایسی آپ یو ایس کے constitution میں آپ دیکھ سکتے ہیں۔</w:t>
      </w:r>
    </w:p>
    <w:p>
      <w:r>
        <w:rPr>
          <w:b/>
        </w:rPr>
        <w:t xml:space="preserve">[35:37] </w:t>
      </w:r>
      <w:r>
        <w:t>kisi bhi country ke constitution mein aap dekh sakte hain ke wahan ka yaani system jo hai woh kya hai. Political system. aur kis tarike se head of the state banaya jayega.</w:t>
      </w:r>
    </w:p>
    <w:p>
      <w:pPr>
        <w:jc w:val="right"/>
      </w:pPr>
      <w:r>
        <w:t>کسی بھی country کے constitution میں آپ دیکھ سکتے ہیں کہ وہاں کا یعنی system جو ہے وہ کیا ہے۔ Political system۔ اور کس طریقے سے head of the state بنایا جائے گا۔</w:t>
      </w:r>
    </w:p>
    <w:p>
      <w:r>
        <w:rPr>
          <w:b/>
        </w:rPr>
        <w:t xml:space="preserve">[35:51] </w:t>
      </w:r>
      <w:r>
        <w:t>Islam mein dekhiye yeh baat hai hi nahi. kuch pata hi nahi ke head of state ko kaise banaya jaye.</w:t>
      </w:r>
    </w:p>
    <w:p>
      <w:pPr>
        <w:jc w:val="right"/>
      </w:pPr>
      <w:r>
        <w:t>اسلام میں دیکھیے یہ بات ہے ہی نہیں۔ کچھ پتہ ہی نہیں کہ head of state کو کیسے بنایا جائے۔</w:t>
      </w:r>
    </w:p>
    <w:p>
      <w:r>
        <w:rPr>
          <w:b/>
        </w:rPr>
        <w:t xml:space="preserve">[35:58] </w:t>
      </w:r>
      <w:r>
        <w:t>yeh baat aap ko shayad anokhi si lage. lekin Quran mein aur hadith mein yeh baat mention nahi hai ke Islami government ho to uska head kaise banaya jaye.</w:t>
      </w:r>
    </w:p>
    <w:p>
      <w:pPr>
        <w:jc w:val="right"/>
      </w:pPr>
      <w:r>
        <w:t>یہ بات آپ کو شاید انوکھی سی لگے۔ لیکن قرآن میں اور حدیث میں یہ بات mention نہیں ہے کہ اسلامی government ہو تو اس کا head کیسے بنایا جائے۔</w:t>
      </w:r>
    </w:p>
    <w:p>
      <w:r>
        <w:rPr>
          <w:b/>
        </w:rPr>
        <w:t xml:space="preserve">[36:11] </w:t>
      </w:r>
      <w:r>
        <w:t>kyunki woh matter of belief hai hi nahi. woh matter of convenience hai. main aap ko batata hoon ke chaar khaleefa ko baais khaleefa mein shumar kiya jata hai.</w:t>
      </w:r>
    </w:p>
    <w:p>
      <w:pPr>
        <w:jc w:val="right"/>
      </w:pPr>
      <w:r>
        <w:t>کیونکہ وہ matter of belief ہے ہی نہیں۔ وہ matter of convenience ہے۔ میں آپ کو بتاتا ہوں کہ چار خلیفہ کو باعث خلیفہ میں شمار کیا جاتا ہے۔</w:t>
      </w:r>
    </w:p>
    <w:p>
      <w:r>
        <w:rPr>
          <w:b/>
        </w:rPr>
        <w:t xml:space="preserve">[36:23] </w:t>
      </w:r>
      <w:r>
        <w:t>yaani jo Islam mein mana jata hai ke yeh log ya namune ke khaleefa hain. chaar nahi, achha khaleefa.</w:t>
      </w:r>
    </w:p>
    <w:p>
      <w:pPr>
        <w:jc w:val="right"/>
      </w:pPr>
      <w:r>
        <w:t>یعنی جو اسلام میں مانا جاتا ہے کہ یہ لوگ یا نمونے کے خلیفہ ہیں۔ چار نہیں، اچھا خلیفہ۔</w:t>
      </w:r>
    </w:p>
    <w:p>
      <w:r>
        <w:rPr>
          <w:b/>
        </w:rPr>
        <w:t xml:space="preserve">[36:35] </w:t>
      </w:r>
      <w:r>
        <w:t>yeh achha khaleefa kaun hai? number ek Abu Bakr Siddiq jo companion the. number do Umar Farooq jo companion the.</w:t>
      </w:r>
    </w:p>
    <w:p>
      <w:pPr>
        <w:jc w:val="right"/>
      </w:pPr>
      <w:r>
        <w:t>یہ اچھا خلیفہ کون ہے؟ نمبر ایک ابوبکر صدیق جو companion تھے۔ نمبر دو عمر فاروق جو companion تھے۔</w:t>
      </w:r>
    </w:p>
    <w:p>
      <w:r>
        <w:rPr>
          <w:b/>
        </w:rPr>
        <w:t xml:space="preserve">[36:46] </w:t>
      </w:r>
      <w:r>
        <w:t>number teen Usman bin Affan jo companion the.</w:t>
      </w:r>
    </w:p>
    <w:p>
      <w:pPr>
        <w:jc w:val="right"/>
      </w:pPr>
      <w:r>
        <w:t>نمبر تین عثمان بن عفان جو companion تھے۔</w:t>
      </w:r>
    </w:p>
    <w:p>
      <w:r>
        <w:rPr>
          <w:b/>
        </w:rPr>
        <w:t xml:space="preserve">[36:49] </w:t>
      </w:r>
      <w:r>
        <w:t>number chaar Ali ibn Abi Talib jo companion the Rasool Allah ke. aur Ameer Muawiya woh bhi Rasool Allah ke companion the. aur phir second generation mein Umar bin Abdul Aziz woh companion to nahi the lekin unko bahut ooncha darja mana jata hai.</w:t>
      </w:r>
    </w:p>
    <w:p>
      <w:pPr>
        <w:jc w:val="right"/>
      </w:pPr>
      <w:r>
        <w:t>نمبر چار علی ابن ابی طالب جو companion تھے رسول اللہ کے۔ اور امیر معاویہ وہ بھی رسول اللہ کے companion تھے۔ اور پھر سیکنڈ generation میں عمر بن عبدالعزیز وہ companion تو نہیں تھے لیکن ان کو بہت اونچا درجہ مانا جاتا ہے۔</w:t>
      </w:r>
    </w:p>
    <w:p>
      <w:r>
        <w:rPr>
          <w:b/>
        </w:rPr>
        <w:t xml:space="preserve">[37:07] </w:t>
      </w:r>
      <w:r>
        <w:t>to chhe khaleefa aise hain jo Islam mein perfect maane jate hain. yeh chhe ke chhe aap dekhiye history mein. chhe alag alag dhang se banaye gaye woh.</w:t>
      </w:r>
    </w:p>
    <w:p>
      <w:pPr>
        <w:jc w:val="right"/>
      </w:pPr>
      <w:r>
        <w:t>تو چھ خلیفہ ایسے ہیں جو اسلام میں perfect مانے جاتے ہیں۔ یہ چھ کے چھ آپ دیکھیے history میں۔ چھ الگ الگ ڈھنگ سے بنائے گئے وہ۔</w:t>
      </w:r>
    </w:p>
    <w:p>
      <w:r>
        <w:rPr>
          <w:b/>
        </w:rPr>
        <w:t xml:space="preserve">[37:20] </w:t>
      </w:r>
      <w:r>
        <w:t>chhe alag alag dhang se. kya aap soch sakte hain ke America mein chhe president jo hain chhe alag dhang se banaye gaye hain? banaye jayenge?</w:t>
      </w:r>
    </w:p>
    <w:p>
      <w:pPr>
        <w:jc w:val="right"/>
      </w:pPr>
      <w:r>
        <w:t>چھ الگ الگ ڈھنگ سے۔ کیا آپ سوچ سکتے ہیں کہ امریکہ میں چھ president جو ہیں چھ الگ ڈھنگ سے بنائے گئے ہیں؟ بنائے جائیں گے؟</w:t>
      </w:r>
    </w:p>
    <w:p>
      <w:r>
        <w:rPr>
          <w:b/>
        </w:rPr>
        <w:t xml:space="preserve">[37:29] </w:t>
      </w:r>
      <w:r>
        <w:t>aisa ho sakta hai? India mein chhe president alag alag dhang se banaye jayenge?</w:t>
      </w:r>
    </w:p>
    <w:p>
      <w:pPr>
        <w:jc w:val="right"/>
      </w:pPr>
      <w:r>
        <w:t>ایسا ہو سکتا ہے؟ انڈیا میں چھ president الگ الگ ڈھنگ سے بنائے جائیں گے؟</w:t>
      </w:r>
    </w:p>
    <w:p>
      <w:r>
        <w:rPr>
          <w:b/>
        </w:rPr>
        <w:t xml:space="preserve">[37:36] </w:t>
      </w:r>
      <w:r>
        <w:t>ya Britain mein chhe prime minister alag alag dhang se banaye jayenge? aisa impossible hai. kyunki constitution mein it is well known hai ke kaise banaya jaye.</w:t>
      </w:r>
    </w:p>
    <w:p>
      <w:pPr>
        <w:jc w:val="right"/>
      </w:pPr>
      <w:r>
        <w:t>یا برٹن میں چھ prime minister الگ الگ ڈھنگ سے بنائے جائیں گے؟ ایسا impossible ہے۔ کیونکہ constitution میں it is well known ہے کہ کیسے بنایا جائے۔</w:t>
      </w:r>
    </w:p>
    <w:p>
      <w:r>
        <w:rPr>
          <w:b/>
        </w:rPr>
        <w:t xml:space="preserve">[37:51] </w:t>
      </w:r>
      <w:r>
        <w:t>well known hai har country mein. ab India mein agar aap yeh kahein ke chhe president alag alag dhang se banaye gaye to log haseinge is par?</w:t>
      </w:r>
    </w:p>
    <w:p>
      <w:pPr>
        <w:jc w:val="right"/>
      </w:pPr>
      <w:r>
        <w:t>well known ہے ہر country میں۔ اب انڈیا میں اگر آپ یہ کہیں کہ چھ president الگ الگ ڈھنگ سے بنائے گئے تو لوگ ہنسیں گے اس پر؟</w:t>
      </w:r>
    </w:p>
    <w:p>
      <w:r>
        <w:rPr>
          <w:b/>
        </w:rPr>
        <w:t xml:space="preserve">[38:01] </w:t>
      </w:r>
      <w:r>
        <w:t>kyun aisa to hua nahi. phir ya USA ke bare mein aap aisa kahein to log bhi yaqeen nahi karenge ke chhe president alag alag dhang se banaye gaye.</w:t>
      </w:r>
    </w:p>
    <w:p>
      <w:pPr>
        <w:jc w:val="right"/>
      </w:pPr>
      <w:r>
        <w:t>کیوں ایسا تو ہوا نہیں۔ پھر یا یو ایس اے کے بارے میں آپ ایسا کہیں تو لوگ بھی یقین نہیں کریں گے کہ چھ president الگ الگ ڈھنگ سے بنائے گئے۔</w:t>
      </w:r>
    </w:p>
    <w:p>
      <w:r>
        <w:rPr>
          <w:b/>
        </w:rPr>
        <w:t xml:space="preserve">[38:11] </w:t>
      </w:r>
      <w:r>
        <w:t>lekin main aap se batata hoon ke chhe president jo sab se oonche maane gaye hain Islam mein. sab se oonche. ke chhe ke chhe alag dhang se banaye gaye.</w:t>
      </w:r>
    </w:p>
    <w:p>
      <w:pPr>
        <w:jc w:val="right"/>
      </w:pPr>
      <w:r>
        <w:t>لیکن میں آپ سے بتاتا ہوں کہ چھ president جو سب سے اونچے مانے گئے ہیں اسلام میں۔ سب سے اونچے۔ کہ چھ کے چھ الگ ڈھنگ سے بنائے گئے۔</w:t>
      </w:r>
    </w:p>
    <w:p>
      <w:r>
        <w:rPr>
          <w:b/>
        </w:rPr>
        <w:t xml:space="preserve">[38:25] </w:t>
      </w:r>
      <w:r>
        <w:t>to dekhiye yeh koi kami ki baat nahi hai. yeh kami ki baat nahi hai.</w:t>
      </w:r>
    </w:p>
    <w:p>
      <w:pPr>
        <w:jc w:val="right"/>
      </w:pPr>
      <w:r>
        <w:t>تو دیکھیے یہ کوئی کمی کی بات نہیں ہے۔ یہ کمی کی بات نہیں ہے۔</w:t>
      </w:r>
    </w:p>
    <w:p>
      <w:r>
        <w:rPr>
          <w:b/>
        </w:rPr>
        <w:t xml:space="preserve">[38:32] </w:t>
      </w:r>
      <w:r>
        <w:t>yeh is liye hai ke Islam mein politics matter of convenience ke ki category mein aati hai.</w:t>
      </w:r>
    </w:p>
    <w:p>
      <w:pPr>
        <w:jc w:val="right"/>
      </w:pPr>
      <w:r>
        <w:t>یہ اس لیے ہے کہ اسلام میں politics matter of convenience کے کی category میں آتی ہے۔</w:t>
      </w:r>
    </w:p>
    <w:p>
      <w:r>
        <w:rPr>
          <w:b/>
        </w:rPr>
        <w:t xml:space="preserve">[38:40] </w:t>
      </w:r>
      <w:r>
        <w:t>matter of belief ki category mein nahi aati. matlab according to the situation hoga is maamle mein. humein Khuda ko ek manne ke bare mein situation nahi dekhna hai.</w:t>
      </w:r>
    </w:p>
    <w:p>
      <w:pPr>
        <w:jc w:val="right"/>
      </w:pPr>
      <w:r>
        <w:t>matter of belief کی category میں نہیں آتی۔ مطلب according to the situation ہوگا اس معاملے میں۔ ہمیں خدا کو ایک ماننے کے بارے میں situation نہیں دیکھنا ہے۔</w:t>
      </w:r>
    </w:p>
    <w:p>
      <w:r>
        <w:rPr>
          <w:b/>
        </w:rPr>
        <w:t xml:space="preserve">[38:54] </w:t>
      </w:r>
      <w:r>
        <w:t>hum India mein hain tab bhi humein manna padega ke Khuda ek hai. hum Cheen, roos, America mein bhi kehna padega ke Khuda ek hai. namaz jo hai paanch time ki namaz padhni padegi.</w:t>
      </w:r>
    </w:p>
    <w:p>
      <w:pPr>
        <w:jc w:val="right"/>
      </w:pPr>
      <w:r>
        <w:t>ہم انڈیا میں ہیں تب بھی ہمیں ماننا پڑے گا کہ خدا ایک ہے۔ ہم چین، روس، امریکہ میں بھی کہنا پڑے گا کہ خدا ایک ہے۔ نماز جو ہے پانچ ٹائم کی نماز پڑھنی پڑے گی۔</w:t>
      </w:r>
    </w:p>
    <w:p>
      <w:r>
        <w:rPr>
          <w:b/>
        </w:rPr>
        <w:t xml:space="preserve">[39:06] </w:t>
      </w:r>
      <w:r>
        <w:t>hajj bhi hajj ke zamane mein Mecca mein karna padega</w:t>
      </w:r>
    </w:p>
    <w:p>
      <w:pPr>
        <w:jc w:val="right"/>
      </w:pPr>
      <w:r>
        <w:t>حج بھی حج کے زمانے میں مکہ میں کرنا پڑے گ</w:t>
      </w:r>
    </w:p>
    <w:p>
      <w:r>
        <w:rPr>
          <w:b/>
        </w:rPr>
        <w:t xml:space="preserve">[39:09] </w:t>
      </w:r>
      <w:r>
        <w:t>a. aisa nahi ho sakta ke aap hajj jo hai kahin bhi kar lein. Washington mein kar lein ya Delhi mein kar lein hajj. to har cheez well defined hai woh is is mein jo belief ka masla jahan hai.</w:t>
      </w:r>
    </w:p>
    <w:p>
      <w:pPr>
        <w:jc w:val="right"/>
      </w:pPr>
      <w:r>
        <w:t>ا۔ ایسا نہیں ہو سکتا کہ آپ حج جو ہے کہیں بھی کر لیں۔ واشنگٹن میں کر لیں یا دہلی میں کر لیں حج۔ تو ہر چیز well defined ہے وہ اس اس میں جو belief کا مسئلہ جہاں ہے۔</w:t>
      </w:r>
    </w:p>
    <w:p>
      <w:r>
        <w:rPr>
          <w:b/>
        </w:rPr>
        <w:t xml:space="preserve">[39:26] </w:t>
      </w:r>
      <w:r>
        <w:t>jo belief wali baatein hain Islam mein woh sab ki sab well defined hain. lekin politics mein koi cheez well defined nahi hai.</w:t>
      </w:r>
    </w:p>
    <w:p>
      <w:pPr>
        <w:jc w:val="right"/>
      </w:pPr>
      <w:r>
        <w:t>جو belief والی باتیں ہیں اسلام میں وہ سب کی سب well defined ہیں۔ لیکن politics میں کوئی چیز well defined نہیں ہے۔</w:t>
      </w:r>
    </w:p>
    <w:p>
      <w:r>
        <w:rPr>
          <w:b/>
        </w:rPr>
        <w:t xml:space="preserve">[39:37] </w:t>
      </w:r>
      <w:r>
        <w:t>yahan tak ke dekhiye Islam mein sood ko haram bataya gaya hai. ek ek ek example deta hoon aap ko main.</w:t>
      </w:r>
    </w:p>
    <w:p>
      <w:pPr>
        <w:jc w:val="right"/>
      </w:pPr>
      <w:r>
        <w:t>یہاں تک کہ دیکھیے اسلام میں سود کو حرام بتایا گیا ہے۔ ایک ایک ایک example دیتا ہوں آپ کو میں۔</w:t>
      </w:r>
    </w:p>
    <w:p>
      <w:r>
        <w:rPr>
          <w:b/>
        </w:rPr>
        <w:t xml:space="preserve">[39:48] </w:t>
      </w:r>
      <w:r>
        <w:t>to jo second calife the umar farooq unhon ne ek bar wo masjid mein wo khare hue unhon ne speech di.</w:t>
      </w:r>
    </w:p>
    <w:p>
      <w:pPr>
        <w:jc w:val="right"/>
      </w:pPr>
      <w:r>
        <w:t>تو جو سیکنڈ calife تھے عمر فاروق انہوں نے ایک بار وہ مسجد میں وہ کھڑے ہوئے انہوں نے speech دی۔</w:t>
      </w:r>
    </w:p>
    <w:p>
      <w:r>
        <w:rPr>
          <w:b/>
        </w:rPr>
        <w:t xml:space="preserve">[39:59] </w:t>
      </w:r>
      <w:r>
        <w:t>sare musalman akhatta the wahan par.</w:t>
      </w:r>
    </w:p>
    <w:p>
      <w:pPr>
        <w:jc w:val="right"/>
      </w:pPr>
      <w:r>
        <w:t>سارے مسلمان اکٹھا تھے وہاں پر۔</w:t>
      </w:r>
    </w:p>
    <w:p>
      <w:r>
        <w:rPr>
          <w:b/>
        </w:rPr>
        <w:t xml:space="preserve">[40:03] </w:t>
      </w:r>
      <w:r>
        <w:t>to unhon ne kaha ke rasool Allah ki death ho gayi. aur sood ke jo hukum hain sab wo detail ke sath aaye nahi.</w:t>
      </w:r>
    </w:p>
    <w:p>
      <w:pPr>
        <w:jc w:val="right"/>
      </w:pPr>
      <w:r>
        <w:t>تو انہوں نے کہا کہ رسول اللہ کی ڈیتھ ہو گئی۔ اور سود کے جو حکم ہیں سب وہ detail کے ساتھ آئے نہیں۔</w:t>
      </w:r>
    </w:p>
    <w:p>
      <w:r>
        <w:rPr>
          <w:b/>
        </w:rPr>
        <w:t xml:space="preserve">[40:14] </w:t>
      </w:r>
      <w:r>
        <w:t>fador al-rabah wa al-rib fador al-rabah wa al-rib to tum log sood ko bhi chhod do aur sood se milti julti jo hai us ko bhi chhod do.</w:t>
      </w:r>
    </w:p>
    <w:p>
      <w:pPr>
        <w:jc w:val="right"/>
      </w:pPr>
      <w:r>
        <w:t>فَدَوْرِ الرَّبَاعِ وَالرِّيبَ فَدَوْرِ الرَّبَاعِ وَالرِّيبَ تو تم لوگ سود کو بھی چھوڑ دو اور سود سے ملتی جلتی جو ہے اس کو بھی چھوڑ دو۔</w:t>
      </w:r>
    </w:p>
    <w:p>
      <w:r>
        <w:rPr>
          <w:b/>
        </w:rPr>
        <w:t xml:space="preserve">[40:28] </w:t>
      </w:r>
      <w:r>
        <w:t>ab ye un ki apni rai thi ye ke is se mein ye keh raha hoon ke ek ek bahut hi mana hua hukum wo bhi clear taur par maujood nahi.</w:t>
      </w:r>
    </w:p>
    <w:p>
      <w:pPr>
        <w:jc w:val="right"/>
      </w:pPr>
      <w:r>
        <w:t>اب یہ ان کی اپنی رائے تھی یہ کہ اس سے میں یہ کہہ رہا ہوں کہ ایک ایک بہت ہی مانا ہوا حکم وہ بھی clear طور پر موجود نہیں۔</w:t>
      </w:r>
    </w:p>
    <w:p>
      <w:r>
        <w:rPr>
          <w:b/>
        </w:rPr>
        <w:t xml:space="preserve">[40:39] </w:t>
      </w:r>
      <w:r>
        <w:t>kyun ke wo bhi according to the situation hai.</w:t>
      </w:r>
    </w:p>
    <w:p>
      <w:pPr>
        <w:jc w:val="right"/>
      </w:pPr>
      <w:r>
        <w:t>کیونکہ وہ بھی according to the situation ہے۔</w:t>
      </w:r>
    </w:p>
    <w:p>
      <w:r>
        <w:rPr>
          <w:b/>
        </w:rPr>
        <w:t xml:space="preserve">[40:46] </w:t>
      </w:r>
      <w:r>
        <w:t>aaj agar aap kahein musalmanon se ke tum sood loge to hell mein jaoge. to sab se hell mein jayenge kyun ke aap sood se bach nahi sakte.</w:t>
      </w:r>
    </w:p>
    <w:p>
      <w:pPr>
        <w:jc w:val="right"/>
      </w:pPr>
      <w:r>
        <w:t>آج اگر آپ کہیں مسلمانوں سے کہ تم سود لو گے تو hell میں جاؤ گے۔ تو سب سے hell میں جائیں گے کیونکہ آپ سود سے بچ نہیں سکتے۔</w:t>
      </w:r>
    </w:p>
    <w:p>
      <w:r>
        <w:rPr>
          <w:b/>
        </w:rPr>
        <w:t xml:space="preserve">[40:55] </w:t>
      </w:r>
      <w:r>
        <w:t>direct interest direct interest kaun bach sakta hai bataiye aaj. aaj to glass ki industry banti hai to is mein bhi bank ka paisa liya jata hai tab banti hai.</w:t>
      </w:r>
    </w:p>
    <w:p>
      <w:pPr>
        <w:jc w:val="right"/>
      </w:pPr>
      <w:r>
        <w:t>Direct interest direct interest کون بچ سکتا ہے بتائیے آج۔ آج تو گلاس کی industry بنتی ہے تو اس میں بھی بینک کا پیسہ لیا جاتا ہے تب بنتی ہے۔</w:t>
      </w:r>
    </w:p>
    <w:p>
      <w:r>
        <w:rPr>
          <w:b/>
        </w:rPr>
        <w:t xml:space="preserve">[41:08] </w:t>
      </w:r>
      <w:r>
        <w:t>ab bank ka sara interest par khada hua hai system. to ab kya karenge pani bhi nahi piyenge. yahan tak ke jo hum sans lete hain is mein bhi involve hai wo.</w:t>
      </w:r>
    </w:p>
    <w:p>
      <w:pPr>
        <w:jc w:val="right"/>
      </w:pPr>
      <w:r>
        <w:t>اب بینک کا سارا interest پر کھڑا ہوا ہے system۔ تو اب کیا کریں گے پانی بھی نہیں پیئیں گے۔ یہاں تک کہ جو ہم سانس لیتے ہیں اس میں بھی involve ہے وہ۔</w:t>
      </w:r>
    </w:p>
    <w:p>
      <w:r>
        <w:rPr>
          <w:b/>
        </w:rPr>
        <w:t xml:space="preserve">[41:21] </w:t>
      </w:r>
      <w:r>
        <w:t>har cheez mein involve hai.</w:t>
      </w:r>
    </w:p>
    <w:p>
      <w:pPr>
        <w:jc w:val="right"/>
      </w:pPr>
      <w:r>
        <w:t>ہر چیز میں involve ہے۔</w:t>
      </w:r>
    </w:p>
    <w:p>
      <w:r>
        <w:rPr>
          <w:b/>
        </w:rPr>
        <w:t xml:space="preserve">[41:24] </w:t>
      </w:r>
      <w:r>
        <w:t>to dekhiye islam mein jo cheezein matter of belief se taluq rakhti hain wo sab bahut hi well defined hain. is mein koi shakk ki baat nahi hai.</w:t>
      </w:r>
    </w:p>
    <w:p>
      <w:pPr>
        <w:jc w:val="right"/>
      </w:pPr>
      <w:r>
        <w:t>تو دیکھیے اسلام میں جو چیزیں matter of belief سے تعلق رکھتی ہیں وہ سب بہت ہی well defined ہیں۔ اس میں کوئی شک کی بات نہیں ہے۔</w:t>
      </w:r>
    </w:p>
    <w:p>
      <w:r>
        <w:rPr>
          <w:b/>
        </w:rPr>
        <w:t xml:space="preserve">[41:37] </w:t>
      </w:r>
      <w:r>
        <w:t>politics se jo cheezein taluq rakhti hain wo well defined nahi hain. aur ye islam ki bahut badi khoobi hai main samajhta hoon ke jin cheezon mein jhanjhat paida hota hai, controversy paida hoti hai.</w:t>
      </w:r>
    </w:p>
    <w:p>
      <w:pPr>
        <w:jc w:val="right"/>
      </w:pPr>
      <w:r>
        <w:t>Politics سے جو چیزیں تعلق رکھتی ہیں وہ well defined نہیں ہیں۔ اور یہ اسلام کی بہت بڑی خوبی ہے میں سمجھتا ہوں کہ جن چیزوں میں جھنجھٹ پیدا ہوتا ہے، controversy پیدا ہوتی ہے۔</w:t>
      </w:r>
    </w:p>
    <w:p>
      <w:r>
        <w:rPr>
          <w:b/>
        </w:rPr>
        <w:t xml:space="preserve">[41:49] </w:t>
      </w:r>
      <w:r>
        <w:t>us ko khula rakh diya. ke jaisa situation ho waisa tay kar lo. yani practical situation ko dekh kar ke aapas mein tay kar lo.</w:t>
      </w:r>
    </w:p>
    <w:p>
      <w:pPr>
        <w:jc w:val="right"/>
      </w:pPr>
      <w:r>
        <w:t>اس کو کھلا رکھ دیا۔ کہ جیسا situation ہو ویسا طے کر لو۔ یعنی practical situation کو دیکھ کر کے آپس میں طے کر لو۔</w:t>
      </w:r>
    </w:p>
    <w:p>
      <w:r>
        <w:rPr>
          <w:b/>
        </w:rPr>
        <w:t xml:space="preserve">[41:59] </w:t>
      </w:r>
      <w:r>
        <w:t>amruhum shura baynahum mashwara kar ke tay kar lo.</w:t>
      </w:r>
    </w:p>
    <w:p>
      <w:pPr>
        <w:jc w:val="right"/>
      </w:pPr>
      <w:r>
        <w:t>أمرهم شوریٰ بينهم مشورہ کر کے طے کر لو۔</w:t>
      </w:r>
    </w:p>
    <w:p>
      <w:r>
        <w:rPr>
          <w:b/>
        </w:rPr>
        <w:t xml:space="preserve">[42:06] </w:t>
      </w:r>
      <w:r>
        <w:t>yani ye bahut hi badi scheme hai main samajhta hoon jis se ke jhagde se bachne ki, ladai se bachne ki. jaise aap dekhiye jo yahan par pakistan mein jo hai wo kya hai.</w:t>
      </w:r>
    </w:p>
    <w:p>
      <w:pPr>
        <w:jc w:val="right"/>
      </w:pPr>
      <w:r>
        <w:t>یعنی یہ بہت ہی بڑی scheme ہے میں سمجھتا ہوں جس سے کہ جھگڑے سے بچنے کی، لڑائی سے بچنے کی۔ جیسے آپ دیکھیے جو یہاں پر پاکستان میں جو ہے وہ کیا ہے۔</w:t>
      </w:r>
    </w:p>
    <w:p>
      <w:r>
        <w:rPr>
          <w:b/>
        </w:rPr>
        <w:t xml:space="preserve">[42:19] </w:t>
      </w:r>
      <w:r>
        <w:t>wo isi wajah se hai. wahan kya hua ke ek ek film bani pakistan mein. ek film bani aur film to entertainment ke liye hoti hai.</w:t>
      </w:r>
    </w:p>
    <w:p>
      <w:pPr>
        <w:jc w:val="right"/>
      </w:pPr>
      <w:r>
        <w:t>وہ اسی وجہ سے ہے۔ وہاں کیا ہوا کہ ایک ایک فلم بنی پاکستان میں۔ ایک فلم بنی اور فلم تو entertainment کے لیے ہوتی ہے۔</w:t>
      </w:r>
    </w:p>
    <w:p>
      <w:r>
        <w:rPr>
          <w:b/>
        </w:rPr>
        <w:t xml:space="preserve">[42:31] </w:t>
      </w:r>
      <w:r>
        <w:t>zahir hai. film koi book of history to hai nahi.</w:t>
      </w:r>
    </w:p>
    <w:p>
      <w:pPr>
        <w:jc w:val="right"/>
      </w:pPr>
      <w:r>
        <w:t>ظاہر ہے۔ فلم کوئی book of history تو ہے نہیں۔</w:t>
      </w:r>
    </w:p>
    <w:p>
      <w:r>
        <w:rPr>
          <w:b/>
        </w:rPr>
        <w:t xml:space="preserve">[42:36] </w:t>
      </w:r>
      <w:r>
        <w:t>to is film mein orthodox muslims jo hain aur jo modern muslims hain dono ka thoda sa comparison kiya gaya tha. to film banane wale ne orthodox muslims jo the un ko thoda sa ridicule kiya un ki baat cheeton ko.</w:t>
      </w:r>
    </w:p>
    <w:p>
      <w:pPr>
        <w:jc w:val="right"/>
      </w:pPr>
      <w:r>
        <w:t>تو اس فلم میںorthodox مسلمز جو ہیں اور جو modern مسلمز ہیں دونوں کا تھوڑا سا comparison کیا گیا تھا۔ تو فلم بنانے والے نےorthodox مسلمز جو تھے ان کو تھوڑا سا ridicule کیا ان کی بات چیتوں کو۔</w:t>
      </w:r>
    </w:p>
    <w:p>
      <w:r>
        <w:rPr>
          <w:b/>
        </w:rPr>
        <w:t xml:space="preserve">[42:55] </w:t>
      </w:r>
      <w:r>
        <w:t>bas us par log ghussa ho gaye. aur jihad shuru ho gaya government ke khilaf.</w:t>
      </w:r>
    </w:p>
    <w:p>
      <w:pPr>
        <w:jc w:val="right"/>
      </w:pPr>
      <w:r>
        <w:t>بس اس پر لوگ غصہ ہو گئے۔ اور جہاد شروع ہو گیا۔ government کے خلاف۔</w:t>
      </w:r>
    </w:p>
    <w:p>
      <w:r>
        <w:rPr>
          <w:b/>
        </w:rPr>
        <w:t xml:space="preserve">[43:04] </w:t>
      </w:r>
      <w:r>
        <w:t>aap jante hain ke bahut se log mare ja chuke hain. bahut se log mare jayenge. karoron rupay ka nuksan ho raha hai. aur aage bahut badi cheez hone wali hai yaad rakhiye.</w:t>
      </w:r>
    </w:p>
    <w:p>
      <w:pPr>
        <w:jc w:val="right"/>
      </w:pPr>
      <w:r>
        <w:t>آپ جانتے ہیں کہ بہت سے لوگ مارے جا چکے ہیں۔ بہت سے لوگ مارے جائیں گے۔ کروڑوں روپے کا نقصان ہو رہا ہے۔ اور آگے بہت بڑی چیز ہونے والی ہے یاد رکھیے۔</w:t>
      </w:r>
    </w:p>
    <w:p>
      <w:r>
        <w:rPr>
          <w:b/>
        </w:rPr>
        <w:t xml:space="preserve">[43:15] </w:t>
      </w:r>
      <w:r>
        <w:t>aage pakistan mein dictatorship qaim ho jayegi yaad rakhiye. abhi wahan freedom thi, azadi thi. ab azadi khatm ho jayegi. فوج direct taur par sari cheezein apne control mein le legi.</w:t>
      </w:r>
    </w:p>
    <w:p>
      <w:pPr>
        <w:jc w:val="right"/>
      </w:pPr>
      <w:r>
        <w:t>آگے پاکستان میں dictatorship قائم ہو جائے گی یاد رکھیے۔ ابھی وہاں freedom تھی، آزادی تھی۔ اب آزادی ختم ہو جائے گی۔ فوج direct طور پر ساری چیزیں اپنے کنٹرول میں لے لے گی۔</w:t>
      </w:r>
    </w:p>
    <w:p>
      <w:r>
        <w:rPr>
          <w:b/>
        </w:rPr>
        <w:t xml:space="preserve">[43:27] </w:t>
      </w:r>
      <w:r>
        <w:t>aur majburan sab ko nikal degi. ye hone wala hai pakistan mein.</w:t>
      </w:r>
    </w:p>
    <w:p>
      <w:pPr>
        <w:jc w:val="right"/>
      </w:pPr>
      <w:r>
        <w:t>اور مجبوراً سب کو نکال دے گی۔ یہ ہونے والا ہے پاکستان میں۔</w:t>
      </w:r>
    </w:p>
    <w:p>
      <w:r>
        <w:rPr>
          <w:b/>
        </w:rPr>
        <w:t xml:space="preserve">[43:34] </w:t>
      </w:r>
      <w:r>
        <w:t>jaisa ke arab world mein ho chuka hai. arab world mein ye log karte the ye sab kaam. ikhwan al-muslimoon wale. to is sare arab world mein har country mein ye ho chuka hai ke kisi bhi arab country mein masjid mein aap kuch nahi kar sakte siwaye namaz ke.</w:t>
      </w:r>
    </w:p>
    <w:p>
      <w:pPr>
        <w:jc w:val="right"/>
      </w:pPr>
      <w:r>
        <w:t>جیسا کہ عرب world میں ہو چکا ہے۔ عرب world میں یہ لوگ کرتے تھے یہ سب کام۔ اخوان المسلمون والے۔ تو اس سارے عرب world میں ہر country میں یہ ہو چکا ہے کہ کسی بھی عرب country میں مسجد میں آپ کچھ نہیں کر سکتے سوائے نماز کے۔</w:t>
      </w:r>
    </w:p>
    <w:p>
      <w:r>
        <w:rPr>
          <w:b/>
        </w:rPr>
        <w:t xml:space="preserve">[43:50] </w:t>
      </w:r>
      <w:r>
        <w:t>namaz padhiye aur bahar jaiye. yahan tak ke quran nahi padh sakte baith kar ke. wahan par aap speech dein ye to impossible hai.</w:t>
      </w:r>
    </w:p>
    <w:p>
      <w:pPr>
        <w:jc w:val="right"/>
      </w:pPr>
      <w:r>
        <w:t>نماز پڑھیے اور باہر جائیے۔ یہاں تک کہ قرآن نہیں پڑھ سکتے بیٹھ کر کے۔ وہاں پر آپ speech دیں یہ تو impossible ہے۔</w:t>
      </w:r>
    </w:p>
    <w:p>
      <w:r>
        <w:rPr>
          <w:b/>
        </w:rPr>
        <w:t xml:space="preserve">[44:04] </w:t>
      </w:r>
      <w:r>
        <w:t>masjid ke andar aap madrasa banayein. masjid ke andar aap speech dein. masjid ke andar baith kar ke aap quran padhein. kuch bhi nahi kar sakte aap.</w:t>
      </w:r>
    </w:p>
    <w:p>
      <w:pPr>
        <w:jc w:val="right"/>
      </w:pPr>
      <w:r>
        <w:t>مسجد کے اندر آپ مدرسہ بنائیں۔ مسجد کے اندر آپ speech دیں۔ مسجد کے اندر بیٹھ کر کے آپ قرآن پڑھیں۔ کچھ بھی نہیں کر سکتے آپ۔</w:t>
      </w:r>
    </w:p>
    <w:p>
      <w:r>
        <w:rPr>
          <w:b/>
        </w:rPr>
        <w:t xml:space="preserve">[44:13] </w:t>
      </w:r>
      <w:r>
        <w:t>namaz parhiye aur bahar jaiye. is ke baad wahan lock ho jati hai masjid. sari arab countries mein. isi ko rokne ke liye.</w:t>
      </w:r>
    </w:p>
    <w:p>
      <w:pPr>
        <w:jc w:val="right"/>
      </w:pPr>
      <w:r>
        <w:t>نماز پڑھیے اور باہر جائیے۔ اس کے بعد وہاں لاک ہو جاتی ہے مسجد۔ ساری عرب countries میں۔ اسی کو روکنے کے لیے۔</w:t>
      </w:r>
    </w:p>
    <w:p>
      <w:r>
        <w:rPr>
          <w:b/>
        </w:rPr>
        <w:t xml:space="preserve">[44:23] </w:t>
      </w:r>
      <w:r>
        <w:t>ab aap dekh rahe hain ke inshallah yahi hone wala hai pakistan mein.</w:t>
      </w:r>
    </w:p>
    <w:p>
      <w:pPr>
        <w:jc w:val="right"/>
      </w:pPr>
      <w:r>
        <w:t>اب آپ دیکھ رہے ہیں کہ انشاءاللہ یہی ہونے والا ہے پاکستان میں۔</w:t>
      </w:r>
    </w:p>
    <w:p>
      <w:r>
        <w:rPr>
          <w:b/>
        </w:rPr>
        <w:t xml:space="preserve">[44:27] </w:t>
      </w:r>
      <w:r>
        <w:t>yani arab culture jo hai woh pakistan mein aane wala hai. aur sari freedom khatm ho jayegi. aur fauj sari cheezon ko apne control mein le legi.</w:t>
      </w:r>
    </w:p>
    <w:p>
      <w:pPr>
        <w:jc w:val="right"/>
      </w:pPr>
      <w:r>
        <w:t>یعنی عرب کلچر جو ہے وہ پاکستان میں آنے والا ہے۔ اور ساری freedom ختم ہو جائے گی۔ اور فوج ساری چیزوں کو اپنے کنٹرول میں لے لے گی۔</w:t>
      </w:r>
    </w:p>
    <w:p>
      <w:r>
        <w:rPr>
          <w:b/>
        </w:rPr>
        <w:t xml:space="preserve">[44:38] </w:t>
      </w:r>
      <w:r>
        <w:t>yeh kya hai? yeh yani aa bail mujhe maar. khwamkhwah ka jhagda, khwamkhwah ki ladai. toh is ko daal do convenience ke khane mein.</w:t>
      </w:r>
    </w:p>
    <w:p>
      <w:pPr>
        <w:jc w:val="right"/>
      </w:pPr>
      <w:r>
        <w:t>یہ کیا ہے؟ یہ یعنی آ بیل مجھے مار۔ خوامخواہ کا جھگڑا، خوامخواہ کی لڑائی۔ تو اس کو ڈال دو convenience کے خانے میں۔</w:t>
      </w:r>
    </w:p>
    <w:p>
      <w:r>
        <w:rPr>
          <w:b/>
        </w:rPr>
        <w:t xml:space="preserve">[44:50] </w:t>
      </w:r>
      <w:r>
        <w:t>ke chalo bhai jo ho gaya uth. hone do hum apna doosre kaam karne ke liye bahut sare hain.</w:t>
      </w:r>
    </w:p>
    <w:p>
      <w:pPr>
        <w:jc w:val="right"/>
      </w:pPr>
      <w:r>
        <w:t>کہ چلو بھئی جو ہو گیا اٹھ۔ ہونے دو ہم اپنا دوسرے کام کرنے کے لیے بہت سارے ہیں۔</w:t>
      </w:r>
    </w:p>
    <w:p>
      <w:r>
        <w:rPr>
          <w:b/>
        </w:rPr>
        <w:t xml:space="preserve">[44:55] </w:t>
      </w:r>
      <w:r>
        <w:t>education ka kaam hai, daaw work hai. khuda ki ibadat karna hai. business karna hai. bahut sare kaam hain.</w:t>
      </w:r>
    </w:p>
    <w:p>
      <w:pPr>
        <w:jc w:val="right"/>
      </w:pPr>
      <w:r>
        <w:t>education کا کام ہے، داؤں ورک ہے۔ خدا کی عبادت کرنا ہے۔ business کرنا ہے۔ بہت سارے کام ہیں۔</w:t>
      </w:r>
    </w:p>
    <w:p>
      <w:r>
        <w:rPr>
          <w:b/>
        </w:rPr>
        <w:t xml:space="preserve">[45:05] </w:t>
      </w:r>
      <w:r>
        <w:t>gharibon ki khidmat karna hai. is mein hum woh kar rahe hain, karne do entertainment ke liye. is se kya farq padta hai? toh inhone cheezon ko, woh cheezein jis ka taluq, jis ko maine kaha ke matter of convenience se tha.</w:t>
      </w:r>
    </w:p>
    <w:p>
      <w:pPr>
        <w:jc w:val="right"/>
      </w:pPr>
      <w:r>
        <w:t>غریبوں کی خدمت کرنا ہے۔ اس میں ہم وہ کر رہے ہیں، کرنے دو entertainment کے لیے۔ اس سے کیا فرق پڑتا ہے؟ تو انہوں نے چیزوں کو، وہ چیزیں جس کا تعلق، جس کو میں نے کہا کہ matter of convenience سے تھا۔</w:t>
      </w:r>
    </w:p>
    <w:p>
      <w:r>
        <w:rPr>
          <w:b/>
        </w:rPr>
        <w:t xml:space="preserve">[45:21] </w:t>
      </w:r>
      <w:r>
        <w:t>is ko le liya matter of belief mein</w:t>
      </w:r>
    </w:p>
    <w:p>
      <w:pPr>
        <w:jc w:val="right"/>
      </w:pPr>
      <w:r>
        <w:t>اس کو لے لیا matter of belief میں</w:t>
      </w:r>
    </w:p>
    <w:p>
      <w:r>
        <w:rPr>
          <w:b/>
        </w:rPr>
        <w:t xml:space="preserve">[45:24] </w:t>
      </w:r>
      <w:r>
        <w:t>daal liya. aap samajhte hain ke hamara islam khatre mein hai? aap jo sunte hain aap idhar udhar ke it's always in danger bahut dinon se, sau baras se main sunta aa raha hoon yeh.</w:t>
      </w:r>
    </w:p>
    <w:p>
      <w:pPr>
        <w:jc w:val="right"/>
      </w:pPr>
      <w:r>
        <w:t>ڈال لیا۔ آپ سمجھتے ہیں کہ ہمارا اسلام خطرے میں ہے؟ آپ جو سنتے ہیں آپ ادھر ادھر کہ it's always in danger بہت دنوں سے، سو برس سے میں سنتا آ رہا ہوں یہ۔</w:t>
      </w:r>
    </w:p>
    <w:p>
      <w:r>
        <w:rPr>
          <w:b/>
        </w:rPr>
        <w:t xml:space="preserve">[45:35] </w:t>
      </w:r>
      <w:r>
        <w:t>it's always in danger woh danger kis baat mein hota hai? kya mujhe yeh problem hai ke main yeh na kar sakoon ke khuda ek hai?</w:t>
      </w:r>
    </w:p>
    <w:p>
      <w:pPr>
        <w:jc w:val="right"/>
      </w:pPr>
      <w:r>
        <w:t>it's always in danger وہ danger کس بات میں ہوتا ہے؟ کیا مجھے یہ problem ہے کہ میں یہ نہ کر سکوں کہ خدا ایک ہے؟</w:t>
      </w:r>
    </w:p>
    <w:p>
      <w:r>
        <w:rPr>
          <w:b/>
        </w:rPr>
        <w:t xml:space="preserve">[45:46] </w:t>
      </w:r>
      <w:r>
        <w:t>koi cheez poochhiye aap kisi musalman se ke kya tum ko koi keh raha hai ke tum nahi kar sakte ke khuda ek hai, nahi kar sakte</w:t>
      </w:r>
    </w:p>
    <w:p>
      <w:pPr>
        <w:jc w:val="right"/>
      </w:pPr>
      <w:r>
        <w:t>کوئی چیز پوچھیے آپ کسی مسلمان سے کہ کیا تم کو کوئی کہہ رہا ہے کہ تم نہیں کر سکتے کہ خدا ایک ہے، نہیں کر سکتے</w:t>
      </w:r>
    </w:p>
    <w:p>
      <w:r>
        <w:rPr>
          <w:b/>
        </w:rPr>
        <w:t xml:space="preserve">[45:53] </w:t>
      </w:r>
      <w:r>
        <w:t>tum? hum tumhari zaban kaat lenge. toh islam kahan khatre mein hai? islam khatre mein nahi hai.</w:t>
      </w:r>
    </w:p>
    <w:p>
      <w:pPr>
        <w:jc w:val="right"/>
      </w:pPr>
      <w:r>
        <w:t>تم؟ ہم تمہاری زبان کاٹ لیں گے۔ تو اسلام کہاں خطرے میں ہے؟ اسلام خطرے میں نہیں ہے۔</w:t>
      </w:r>
    </w:p>
    <w:p>
      <w:r>
        <w:rPr>
          <w:b/>
        </w:rPr>
        <w:t xml:space="preserve">[46:03] </w:t>
      </w:r>
      <w:r>
        <w:t>khatre mein jo baat hai woh yeh hai ke aap jo cheez convenience ki category ki thi, us ko aap ne belief ki category mein daal diya. convenience category ka matlab yeh tha ke yeh bhi theek hai, woh bhi theek hai.</w:t>
      </w:r>
    </w:p>
    <w:p>
      <w:pPr>
        <w:jc w:val="right"/>
      </w:pPr>
      <w:r>
        <w:t>خطرے میں جو بات ہے وہ یہ ہے کہ آپ جو چیز convenience کی category کی تھی، اس کو آپ نے belief کی category میں ڈال دیا۔ convenience category کا مطلب یہ تھا کہ یہ بھی ٹھیک ہے، وہ بھی ٹھیک ہے۔</w:t>
      </w:r>
    </w:p>
    <w:p>
      <w:r>
        <w:rPr>
          <w:b/>
        </w:rPr>
        <w:t xml:space="preserve">[46:17] </w:t>
      </w:r>
      <w:r>
        <w:t>yani masjid mein loudspeaker par agar namaz ho, azan ho, tab bhi theek hai. bina loudspeaker ho, tab bhi theek hai. lekin india mein agar aap government yeh bana de qanoon ke loudspeaker masjidon mein istemal nahi hoga, toh islam khatre mein pad jayega.</w:t>
      </w:r>
    </w:p>
    <w:p>
      <w:pPr>
        <w:jc w:val="right"/>
      </w:pPr>
      <w:r>
        <w:t>یعنی مسجد میں loudspeaker پر اگر نماز ہو، اذان ہو، تب بھی ٹھیک ہے۔ بنا loudspeaker ہو، تب بھی ٹھیک ہے۔ لیکن انڈیا میں اگر آپ government یہ بنا دے قانون کہ loudspeaker مسجدوں میں استعمال نہیں ہوگا، تو اسلام خطرے میں پڑ جائے گا۔</w:t>
      </w:r>
    </w:p>
    <w:p>
      <w:r>
        <w:rPr>
          <w:b/>
        </w:rPr>
        <w:t xml:space="preserve">[46:33] </w:t>
      </w:r>
      <w:r>
        <w:t>kyunki woh samajhte hain ke loudspeaker zaroori hai. halanke loudspeaker zaroori nahi hai.</w:t>
      </w:r>
    </w:p>
    <w:p>
      <w:pPr>
        <w:jc w:val="right"/>
      </w:pPr>
      <w:r>
        <w:t>کیونکہ وہ سمجھتے ہیں کہ loudspeaker ضروری ہے۔ حالانکہ loudspeaker ضروری نہیں ہے۔</w:t>
      </w:r>
    </w:p>
    <w:p>
      <w:r>
        <w:rPr>
          <w:b/>
        </w:rPr>
        <w:t xml:space="preserve">[46:43] </w:t>
      </w:r>
      <w:r>
        <w:t>balke ek hadith mein hai ke baad ke zamane mein ek fitna paida hoga. ek burai paida hogi jis ko kaha gaya ke rafa'at-il-aswat fil masajid masjidon se awazein buland hongi.</w:t>
      </w:r>
    </w:p>
    <w:p>
      <w:pPr>
        <w:jc w:val="right"/>
      </w:pPr>
      <w:r>
        <w:t>بلکہ ایک حدیث میں ہے کہ بعد کے زمانے میں ایک فتنہ پیدا ہوگا۔ ایک برائی پیدا ہوگی جس کو کہا گیا کہ رَفَعَتِ الْأَصْوَاطِ فِي الْمَسَاجِدِ مسجدوں سے آوازیں بلند ہوں گی۔</w:t>
      </w:r>
    </w:p>
    <w:p>
      <w:r>
        <w:rPr>
          <w:b/>
        </w:rPr>
        <w:t xml:space="preserve">[46:59] </w:t>
      </w:r>
      <w:r>
        <w:t>yeh hadith mein aaya hai. masjidon se awazein buland hongi. main samajhta hoon ke loudspeaker jo hai yeh yeh fitna hai ek. lekin agar aap aisa karein toh foran islam khatre mein pad jayega.</w:t>
      </w:r>
    </w:p>
    <w:p>
      <w:pPr>
        <w:jc w:val="right"/>
      </w:pPr>
      <w:r>
        <w:t>یہ حدیث میں آیا ہے۔ مسجدوں سے آوازیں بلند ہوں گی۔ میں سمجھتا ہوں کہ loudspeaker جو ہے یہ یہ فتنہ ہے ایک۔ لیکن اگر آپ ایسا کریں تو فوراً اسلام خطرے میں پڑ جائے گا۔</w:t>
      </w:r>
    </w:p>
    <w:p>
      <w:r>
        <w:rPr>
          <w:b/>
        </w:rPr>
        <w:t xml:space="preserve">[47:15] </w:t>
      </w:r>
      <w:r>
        <w:t>toh yeh is ko samajhna chahiye ke mamla kya hai. yeh genesis kya hai? genesis yeh hai ke jo cheez convenience ke daira ki thi,</w:t>
      </w:r>
    </w:p>
    <w:p>
      <w:pPr>
        <w:jc w:val="right"/>
      </w:pPr>
      <w:r>
        <w:t>تو یہ اس کو سمجھنا چاہیے کہ معاملہ کیا ہے۔ یہ genesis کیا ہے؟ Genesis یہ ہے کہ جو چیز convenience کے دائرے کی تھی،</w:t>
      </w:r>
    </w:p>
    <w:p>
      <w:r>
        <w:rPr>
          <w:b/>
        </w:rPr>
        <w:t xml:space="preserve">[47:31] </w:t>
      </w:r>
      <w:r>
        <w:t>us ko daal diya belief ke khane mein.</w:t>
      </w:r>
    </w:p>
    <w:p>
      <w:pPr>
        <w:jc w:val="right"/>
      </w:pPr>
      <w:r>
        <w:t>اس کو ڈال دیا belief کے خانے میں۔</w:t>
      </w:r>
    </w:p>
    <w:p>
      <w:r>
        <w:rPr>
          <w:b/>
        </w:rPr>
        <w:t xml:space="preserve">[47:36] </w:t>
      </w:r>
      <w:r>
        <w:t>convenience ka matlab hota hai practically suitable.</w:t>
      </w:r>
    </w:p>
    <w:p>
      <w:pPr>
        <w:jc w:val="right"/>
      </w:pPr>
      <w:r>
        <w:t>convenience کا مطلب ہوتا ہے practically suitable۔</w:t>
      </w:r>
    </w:p>
    <w:p>
      <w:r>
        <w:rPr>
          <w:b/>
        </w:rPr>
        <w:t xml:space="preserve">[47:42] </w:t>
      </w:r>
      <w:r>
        <w:t>practical sense mein jo suitable ho. yeh matlab hota hai convenience ka.</w:t>
      </w:r>
    </w:p>
    <w:p>
      <w:pPr>
        <w:jc w:val="right"/>
      </w:pPr>
      <w:r>
        <w:t>practical sense میں جو suitable ہو۔ یہ مطلب ہوتا ہے convenience کا۔</w:t>
      </w:r>
    </w:p>
    <w:p>
      <w:r>
        <w:rPr>
          <w:b/>
        </w:rPr>
        <w:t xml:space="preserve">[47:50] </w:t>
      </w:r>
      <w:r>
        <w:t>toh jo cheez thi matter of convenience ke daira ki cheez, us ko daal diya matter of belief ke khane mein. toh ab islam khatre mein pad gaya. halanke islam tab bhi koi khatre mein nahi hai.</w:t>
      </w:r>
    </w:p>
    <w:p>
      <w:pPr>
        <w:jc w:val="right"/>
      </w:pPr>
      <w:r>
        <w:t>تو جو چیز تھی matter of convenience کے دائرے کی چیز، اس کو ڈال دیا matter of belief کے خانے میں۔ تو اب اسلام خطرے میں پڑ گیا۔ حالانکہ اسلام تب بھی کوئی خطرے میں نہیں ہے۔</w:t>
      </w:r>
    </w:p>
    <w:p>
      <w:r>
        <w:rPr>
          <w:b/>
        </w:rPr>
        <w:t xml:space="preserve">[48:03] </w:t>
      </w:r>
      <w:r>
        <w:t>loudspeaker ho tab bhi, baghair loudspeaker ho tab bhi.</w:t>
      </w:r>
    </w:p>
    <w:p>
      <w:pPr>
        <w:jc w:val="right"/>
      </w:pPr>
      <w:r>
        <w:t>loudspeaker ہو تب بھی، بغیر loudspeaker ہو تب بھی۔</w:t>
      </w:r>
    </w:p>
    <w:p>
      <w:r>
        <w:rPr>
          <w:b/>
        </w:rPr>
        <w:t xml:space="preserve">[48:06] </w:t>
      </w:r>
      <w:r>
        <w:t>aisi sari cheezein. jin cheezon ko le kar ke islam khatre mein ka nara lagaya ja raha hai na, woh sab isi type ki cheezein hain.</w:t>
      </w:r>
    </w:p>
    <w:p>
      <w:pPr>
        <w:jc w:val="right"/>
      </w:pPr>
      <w:r>
        <w:t>ایسی ساری چیزیں۔ جن چیزوں کو لے کر کے اسلام خطرے میں کا نعرہ لگایا جا رہا ہے نا، وہ سب اسی type کی چیزیں ہیں۔</w:t>
      </w:r>
    </w:p>
    <w:p>
      <w:r>
        <w:rPr>
          <w:b/>
        </w:rPr>
        <w:t xml:space="preserve">[48:15] </w:t>
      </w:r>
      <w:r>
        <w:t>is ki wajah se dekhiye kitna bada nuqsan hua hai. ke islam jo hai badnam ho gaya hai.</w:t>
      </w:r>
    </w:p>
    <w:p>
      <w:pPr>
        <w:jc w:val="right"/>
      </w:pPr>
      <w:r>
        <w:t>اس کی وجہ سے دیکھیے کتنا بڑا نقصان ہوا ہے۔ کہ اسلام جو ہے بدنام ہو گیا ہے۔</w:t>
      </w:r>
    </w:p>
    <w:p>
      <w:r>
        <w:rPr>
          <w:b/>
        </w:rPr>
        <w:t xml:space="preserve">[48:25] </w:t>
      </w:r>
      <w:r>
        <w:t>islam ki image kharab ho gayi hai.</w:t>
      </w:r>
    </w:p>
    <w:p>
      <w:pPr>
        <w:jc w:val="right"/>
      </w:pPr>
      <w:r>
        <w:t>اسلام کی image خراب ہو گئی ہے۔</w:t>
      </w:r>
    </w:p>
    <w:p>
      <w:r>
        <w:rPr>
          <w:b/>
        </w:rPr>
        <w:t xml:space="preserve">[48:31] </w:t>
      </w:r>
      <w:r>
        <w:t>jis zamane mein iran ke mufti logon ne fatwa diya tha ke rushdie ko mar dalo. ek kitab chhapi thi aap jante hain rushdie ki The Satanic Verses is kitab par sare musalman ghussa ho gaye sari duniya mein.</w:t>
      </w:r>
    </w:p>
    <w:p>
      <w:pPr>
        <w:jc w:val="right"/>
      </w:pPr>
      <w:r>
        <w:t>جس زمانے میں ایران کے مفتی لوگوں نے فتویٰ دیا تھا کہ رشدی کو مار ڈالو۔ ایک کتاب چھپی تھی آپ جانتے ہیں رشدی کی The Satanic Verses اس کتاب پر سارے مسلمان غصہ ہو گئے ساری دنیا میں۔</w:t>
      </w:r>
    </w:p>
    <w:p>
      <w:r>
        <w:rPr>
          <w:b/>
        </w:rPr>
        <w:t xml:space="preserve">[48:48] </w:t>
      </w:r>
      <w:r>
        <w:t>aur iran se fatwa nikal gaya ke rushdie ko mar dalo. aur sare musalmanon ne is ko endorse kiya. sirf mein ne is ke khilaf kitab likhi thi.</w:t>
      </w:r>
    </w:p>
    <w:p>
      <w:pPr>
        <w:jc w:val="right"/>
      </w:pPr>
      <w:r>
        <w:t>اور ایران سے فتویٰ نکل گیا کہ رشدی کو مار ڈالو۔ اور سارے مسلمانوں نے اس کو endorse کیا۔ صرف میں نے اس کے خلاف کتاب لکھی تھی۔</w:t>
      </w:r>
    </w:p>
    <w:p>
      <w:r>
        <w:rPr>
          <w:b/>
        </w:rPr>
        <w:t xml:space="preserve">[48:58] </w:t>
      </w:r>
      <w:r>
        <w:t>mujh ko chhod kar kisi ek musalman ne bhi is ke khilaf statement nahi diya. to is zamane mein mein britain gaya tha, wahan par ek aadmi mile, ireland ke the woh.</w:t>
      </w:r>
    </w:p>
    <w:p>
      <w:pPr>
        <w:jc w:val="right"/>
      </w:pPr>
      <w:r>
        <w:t>مجھ کو چھوڑ کر کسی ایک مسلمان نے بھی اس کے خلاف statement نہیں دیا۔ تو اس زمانے میں میں برٹن گیا تھا، وہاں پر ایک آدمی ملے، آئرلینڈ کے تھے وہ۔</w:t>
      </w:r>
    </w:p>
    <w:p>
      <w:r>
        <w:rPr>
          <w:b/>
        </w:rPr>
        <w:t xml:space="preserve">[49:09] </w:t>
      </w:r>
      <w:r>
        <w:t>to unhon ne kaha ke hamare haan to sab kehte hain ke pehle yeh tha ke beware of dogs</w:t>
      </w:r>
    </w:p>
    <w:p>
      <w:pPr>
        <w:jc w:val="right"/>
      </w:pPr>
      <w:r>
        <w:t>تو انہوں نے کہا کہ ہمارے ہاں تو سب کہتے ہیں کہ پہلے یہ تھا کہ beware of dogs</w:t>
      </w:r>
    </w:p>
    <w:p>
      <w:r>
        <w:rPr>
          <w:b/>
        </w:rPr>
        <w:t xml:space="preserve">[49:15] </w:t>
      </w:r>
      <w:r>
        <w:t>ab kehte hain ke beware of Muslims ke agar koi aisi munh se nikal di aisi baat, aur yun musalman ko laga yeh to hamare deen ke khilaf hai, to woh chalay khada ho jayega, mar dalega tum ko.</w:t>
      </w:r>
    </w:p>
    <w:p>
      <w:pPr>
        <w:jc w:val="right"/>
      </w:pPr>
      <w:r>
        <w:t>اب کہتے ہیں کہ beware of Muslims کہ اگر کوئی ایسی منہ سے نکال دیا ایسی بات، اور یوں مسلمان کو لگا یہ تو ہمارے دین کے خلاف ہے، تو وہ چالے کھڑا ہو جائے گا، مار ڈالے گا تم کو۔</w:t>
      </w:r>
    </w:p>
    <w:p>
      <w:r>
        <w:rPr>
          <w:b/>
        </w:rPr>
        <w:t xml:space="preserve">[49:28] </w:t>
      </w:r>
      <w:r>
        <w:t>to beware of Muslims</w:t>
      </w:r>
    </w:p>
    <w:p>
      <w:pPr>
        <w:jc w:val="right"/>
      </w:pPr>
      <w:r>
        <w:t>تو beware of Muslims</w:t>
      </w:r>
    </w:p>
    <w:p>
      <w:r>
        <w:rPr>
          <w:b/>
        </w:rPr>
        <w:t xml:space="preserve">[49:33] </w:t>
      </w:r>
      <w:r>
        <w:t>in cheezon ka sab se bada nuksan yeh hua hai ke islam badnam ho gaya. khuda ka deen badnam ho gaya.</w:t>
      </w:r>
    </w:p>
    <w:p>
      <w:pPr>
        <w:jc w:val="right"/>
      </w:pPr>
      <w:r>
        <w:t>ان چیزوں کا سب سے بڑا نقصان یہ ہوا ہے کہ اسلام بدنام ہو گیا۔ خدا کا دین بدنام ہو گیا۔</w:t>
      </w:r>
    </w:p>
    <w:p>
      <w:r>
        <w:rPr>
          <w:b/>
        </w:rPr>
        <w:t xml:space="preserve">[49:43] </w:t>
      </w:r>
      <w:r>
        <w:t>yeh defamation hai islam ka. Defamation.</w:t>
      </w:r>
    </w:p>
    <w:p>
      <w:pPr>
        <w:jc w:val="right"/>
      </w:pPr>
      <w:r>
        <w:t>یہ defamation ہے اسلام کا۔ Defamation۔</w:t>
      </w:r>
    </w:p>
    <w:p>
      <w:r>
        <w:rPr>
          <w:b/>
        </w:rPr>
        <w:t xml:space="preserve">[49:50] </w:t>
      </w:r>
      <w:r>
        <w:t>aur yaad rakhiye islam mein yeh bhi ek principle hai ke woh cheez jis se image jo hai kharab ho rahi ho, us ko na karna.</w:t>
      </w:r>
    </w:p>
    <w:p>
      <w:pPr>
        <w:jc w:val="right"/>
      </w:pPr>
      <w:r>
        <w:t>اور یاد رکھیے اسلام میں یہ بھی ایک principle ہے کہ وہ چیز جس سے image جو ہے خراب ہو رہی ہو، اس کو نہ کرنا۔</w:t>
      </w:r>
    </w:p>
    <w:p>
      <w:r>
        <w:rPr>
          <w:b/>
        </w:rPr>
        <w:t xml:space="preserve">[50:03] </w:t>
      </w:r>
      <w:r>
        <w:t>yeh bhi islam mein ek principle hai. yeh bhi ek principle hai islam ka. jaise ek aadmi tha madine mein, woh bohat hi galat aadmi tha.</w:t>
      </w:r>
    </w:p>
    <w:p>
      <w:pPr>
        <w:jc w:val="right"/>
      </w:pPr>
      <w:r>
        <w:t>یہ بھی اسلام میں ایک principle ہے۔ یہ بھی ایک principle ہے اسلام کا۔ جیسے ایک آدمی تھا مدینے میں، وہ بہت ہی غلط آدمی تھا۔</w:t>
      </w:r>
    </w:p>
    <w:p>
      <w:r>
        <w:rPr>
          <w:b/>
        </w:rPr>
        <w:t xml:space="preserve">[50:14] </w:t>
      </w:r>
      <w:r>
        <w:t>itna galat aadmi tha ke is ka beta is ko qatl karne ke liye tayyar ho gaya. is ka apna saga beta. itna galat aadmi tha woh.</w:t>
      </w:r>
    </w:p>
    <w:p>
      <w:pPr>
        <w:jc w:val="right"/>
      </w:pPr>
      <w:r>
        <w:t>اتنا غلط آدمی تھا کہ اس کا بیٹا اس کو قتل کرنے کے لیے تیار ہو گیا۔ اس کا اپنا سگا بیٹا۔ اتنا غلط آدمی تھا وہ۔</w:t>
      </w:r>
    </w:p>
    <w:p>
      <w:r>
        <w:rPr>
          <w:b/>
        </w:rPr>
        <w:t xml:space="preserve">[50:24] </w:t>
      </w:r>
      <w:r>
        <w:t>to is ne kaha ke rasool Allah mujhe ijazat dijiye. bete ne kaha, rasool Allah se bete ne. is ka naam tha abdullah. ke mein apne baap ko mar dalo.</w:t>
      </w:r>
    </w:p>
    <w:p>
      <w:pPr>
        <w:jc w:val="right"/>
      </w:pPr>
      <w:r>
        <w:t>تو اس نے کہا کہ رسول اللہ مجھے اجازت دیجئے۔ بیٹے نے کہا، رسول اللہ سے بیٹے نے۔ اس کا نام تھا عبداللہ۔ کہ میں اپنے باپ کو مار ڈالوں۔</w:t>
      </w:r>
    </w:p>
    <w:p>
      <w:r>
        <w:rPr>
          <w:b/>
        </w:rPr>
        <w:t xml:space="preserve">[50:36] </w:t>
      </w:r>
      <w:r>
        <w:t>to rasool Allah ne kaha ke nahi. log kahenge ke Muhammad yeqtul ashabe</w:t>
      </w:r>
    </w:p>
    <w:p>
      <w:pPr>
        <w:jc w:val="right"/>
      </w:pPr>
      <w:r>
        <w:t>تو رسول اللہ نے کہا کہ نہیں۔ لوگ کہیں گے کہ محمد یقتل اصحابہ</w:t>
      </w:r>
    </w:p>
    <w:p>
      <w:r>
        <w:rPr>
          <w:b/>
        </w:rPr>
        <w:t xml:space="preserve">[50:44] </w:t>
      </w:r>
      <w:r>
        <w:t>Muhammad apne sahatiyon ko qatl karte hain. yaani is mein islam ki badnami hogi. to is ko aap ne chhod diya yahan tak ke woh is ki natural death hui.</w:t>
      </w:r>
    </w:p>
    <w:p>
      <w:pPr>
        <w:jc w:val="right"/>
      </w:pPr>
      <w:r>
        <w:t>محمد اپنے ساتھیوں کو قتل کرتے ہیں۔ یعنی اس میں اسلام کی بدنامی ہوگی۔ تو اس کو آپ نے چھوڑ دیا یہاں تک کہ وہ اس کی natural death ہوئی۔</w:t>
      </w:r>
    </w:p>
    <w:p>
      <w:r>
        <w:rPr>
          <w:b/>
        </w:rPr>
        <w:t xml:space="preserve">[50:57] </w:t>
      </w:r>
      <w:r>
        <w:t>to badnami se bachana yeh bhi ek islam ka ek principle hai. to yeh sari jo idhar udhar ho rahe hain kaam, is mein islam badnam ho raha hai.</w:t>
      </w:r>
    </w:p>
    <w:p>
      <w:pPr>
        <w:jc w:val="right"/>
      </w:pPr>
      <w:r>
        <w:t>تو بدنامی سے بچانا یہ بھی ایک اسلام کا ایک principle ہے۔ تو یہ ساری جو ادھر ادھر ہو رہے ہیں کام، اس میں اسلام بدنام ہو رہا ہے۔</w:t>
      </w:r>
    </w:p>
    <w:p>
      <w:r>
        <w:rPr>
          <w:b/>
        </w:rPr>
        <w:t xml:space="preserve">[51:13] </w:t>
      </w:r>
      <w:r>
        <w:t>jaise ke denmark mein cartoon ek chha, jis mein rasool Allah ko musalmanon ke kehne ke mutabiq, mein to is ko nahi manta in sab baaton ko.</w:t>
      </w:r>
    </w:p>
    <w:p>
      <w:pPr>
        <w:jc w:val="right"/>
      </w:pPr>
      <w:r>
        <w:t>جیسے کہ ڈنمارک میں کارٹون ایک چھپا، جس میں رسول اللہ کو مسلمانوں کے کہنے کے مطابق، میں تو اس کو نہیں مانتا ان سب باتوں کو۔</w:t>
      </w:r>
    </w:p>
    <w:p>
      <w:r>
        <w:rPr>
          <w:b/>
        </w:rPr>
        <w:t xml:space="preserve">[51:24] </w:t>
      </w:r>
      <w:r>
        <w:t>ke rasool Allah ko is mein defame kiya gaya tha. ab sari duniya ke musalman uth khade hue, maro, kato. to mein ne ek article likha tha, is ka unwan tha Ignore Cartoons Ignore Cartoons.</w:t>
      </w:r>
    </w:p>
    <w:p>
      <w:pPr>
        <w:jc w:val="right"/>
      </w:pPr>
      <w:r>
        <w:t>کہ رسول اللہ کو اس میں defame کیا گیا تھا۔ اب ساری دنیا کے مسلمان اٹھ کھڑے ہوئے، مارو، کاٹو۔ تو میں نے ایک آرٹیکل لکھا تھا، اس کا عنوان تھا Ignore Cartoons Ignore Cartoons۔</w:t>
      </w:r>
    </w:p>
    <w:p>
      <w:r>
        <w:rPr>
          <w:b/>
        </w:rPr>
        <w:t xml:space="preserve">[51:41] </w:t>
      </w:r>
      <w:r>
        <w:t>is mein mein ne dikhaya tha ke dekhiye. aap ko janna chahiye ke aap kis zamane mein hain.</w:t>
      </w:r>
    </w:p>
    <w:p>
      <w:pPr>
        <w:jc w:val="right"/>
      </w:pPr>
      <w:r>
        <w:t>اس میں میں نے دکھایا تھا کہ دیکھیے۔ آپ کو جاننا چاہیے کہ آپ کس زمانے میں ہیں۔</w:t>
      </w:r>
    </w:p>
    <w:p>
      <w:r>
        <w:rPr>
          <w:b/>
        </w:rPr>
        <w:t xml:space="preserve">[51:51] </w:t>
      </w:r>
      <w:r>
        <w:t>aap communication age mein hain. aap ek aisi age mein hain jabke media duniya mein aa chuka hai. print media, electronic media.</w:t>
      </w:r>
    </w:p>
    <w:p>
      <w:pPr>
        <w:jc w:val="right"/>
      </w:pPr>
      <w:r>
        <w:t>آپ communication age میں ہیں۔ آپ ایک ایسے age میں ہیں جبکہ میڈیا دنیا میں آ چکا ہے۔ Print میڈیا، electronic میڈیا۔</w:t>
      </w:r>
    </w:p>
    <w:p>
      <w:r>
        <w:rPr>
          <w:b/>
        </w:rPr>
        <w:t xml:space="preserve">[52:02] </w:t>
      </w:r>
      <w:r>
        <w:t>to aaj jab bhi koi aap kaam karte hain, to within minutes woh sari duniya mein phail jata hai. woh sari duniya mein.</w:t>
      </w:r>
    </w:p>
    <w:p>
      <w:pPr>
        <w:jc w:val="right"/>
      </w:pPr>
      <w:r>
        <w:t>تو آج جب بھی کوئی آپ کام کرتے ہیں، تو within minutes وہ ساری دنیا میں پھیل جاتا ہے۔ وہ ساری دنیا میں۔</w:t>
      </w:r>
    </w:p>
    <w:p>
      <w:r>
        <w:rPr>
          <w:b/>
        </w:rPr>
        <w:t xml:space="preserve">[52:12] </w:t>
      </w:r>
      <w:r>
        <w:t>pehlay agar kuch karte thay aap, to aas paas ke thode aadmi jante thay bas. tab na akhbar tha, na TV tha.</w:t>
      </w:r>
    </w:p>
    <w:p>
      <w:pPr>
        <w:jc w:val="right"/>
      </w:pPr>
      <w:r>
        <w:t>پہلے اگر کچھ کرتے تھے آپ، تو آس پاس کے تھوڑے آدمی جانتے تھے بس۔ تب نہ اخبار تھا، نہ ٹی وی تھا۔</w:t>
      </w:r>
    </w:p>
    <w:p>
      <w:r>
        <w:rPr>
          <w:b/>
        </w:rPr>
        <w:t xml:space="preserve">[52:24] </w:t>
      </w:r>
      <w:r>
        <w:t>lekin aaj kya hai, agar aap ek kaam karein. jaise aap ne ek fatwa issue kiya rushdie ke khilaf</w:t>
      </w:r>
    </w:p>
    <w:p>
      <w:pPr>
        <w:jc w:val="right"/>
      </w:pPr>
      <w:r>
        <w:t>لیکن آج کیا ہے، اگر آپ ایک کام کریں۔ جیسے آپ نے ایک فتویٰ issue کیا رشدی کے خلاف</w:t>
      </w:r>
    </w:p>
    <w:p>
      <w:r>
        <w:rPr>
          <w:b/>
        </w:rPr>
        <w:t xml:space="preserve">[52:33] </w:t>
      </w:r>
      <w:r>
        <w:t>. idhar fatwa issue hua, idhar sari duniya ko pata chal gaya ke musalman jo hain yeh keh rahe hain ke is ko mar dalo. aap jante hain ke fatwa dene wale mar gaye.</w:t>
      </w:r>
    </w:p>
    <w:p>
      <w:pPr>
        <w:jc w:val="right"/>
      </w:pPr>
      <w:r>
        <w:t>۔ ادھر فتویٰ issue ہوا، ادھر ساری دنیا کو پتہ چل گیا کہ مسلمان جو ہیں یہ کہہ رہے ہیں کہ اس کو مار ڈالو۔ آپ جانتے ہیں کہ فتویٰ دینے والے مر گئے۔</w:t>
      </w:r>
    </w:p>
    <w:p>
      <w:r>
        <w:rPr>
          <w:b/>
        </w:rPr>
        <w:t xml:space="preserve">[52:43] </w:t>
      </w:r>
      <w:r>
        <w:t>woh aadmi abhi tak zinda hai, is ko knighthood ka khitab bhi mil gaya, title bhi mil gaya. kitna ridiculous baat hai yeh. ke jis ne fatwa diya tha ke mar dalo, aur sari duniya ko musalmanon ne kaha ke haan haan mar dalo, mar dalo, mar dalo.</w:t>
      </w:r>
    </w:p>
    <w:p>
      <w:pPr>
        <w:jc w:val="right"/>
      </w:pPr>
      <w:r>
        <w:t>وہ آدمی ابھی تک زندہ ہے، اس کو Knighthood کا خطاب بھی مل گیا، title بھی مل گیا۔ کتنا ridiculous بات ہے یہ۔ کہ جس نے فتویٰ دیا تھا کہ مار ڈالو، اور ساری دنیا کو مسلمانوں نے کہا کہ ہاں ہاں مار ڈالو، مار ڈالو، مار ڈالو۔</w:t>
      </w:r>
    </w:p>
    <w:p>
      <w:r>
        <w:rPr>
          <w:b/>
        </w:rPr>
        <w:t xml:space="preserve">[52:57] </w:t>
      </w:r>
      <w:r>
        <w:t>aur is pe inaam rakh diya gaya hai, is ke sir pe inaam. ab dekhiye kitni bari be izzati ki baat hai. ke woh aadmi mar gaya. musalman maar nahi sake is ko.</w:t>
      </w:r>
    </w:p>
    <w:p>
      <w:pPr>
        <w:jc w:val="right"/>
      </w:pPr>
      <w:r>
        <w:t>اور اس پہ انعام رکھ دیا گیا ہے، اس کے سر پہ انعام۔ اب دیکھیے کتنی بڑی بے عزتی کی بات ہے۔ کہ وہ آدمی مر گیا۔ مسلمان مار نہیں سکے اس کو۔</w:t>
      </w:r>
    </w:p>
    <w:p>
      <w:r>
        <w:rPr>
          <w:b/>
        </w:rPr>
        <w:t xml:space="preserve">[53:09] </w:t>
      </w:r>
      <w:r>
        <w:t>hata ke britain se chhod kar bhi nahi bhage wahan se.</w:t>
      </w:r>
    </w:p>
    <w:p>
      <w:pPr>
        <w:jc w:val="right"/>
      </w:pPr>
      <w:r>
        <w:t>حتیٰ کہ برٹن سے چھوڑ کر بھی نہیں بھاگے وہاں سے۔</w:t>
      </w:r>
    </w:p>
    <w:p>
      <w:r>
        <w:rPr>
          <w:b/>
        </w:rPr>
        <w:t xml:space="preserve">[53:12] </w:t>
      </w:r>
      <w:r>
        <w:t>ke hum aisi country mein nahi rahenge. yeh bhi karte kam se kam. ke wahan se migrate kar jaate. ke jis country mein hamare usool ki toheen ki jati hai, wahan hum nahi rahenge.</w:t>
      </w:r>
    </w:p>
    <w:p>
      <w:pPr>
        <w:jc w:val="right"/>
      </w:pPr>
      <w:r>
        <w:t>کہ ہم ایسی country میں نہیں رہیں گے۔ یہ بھی کرتے کم سے کم۔ کہ وہاں سے migrate کر جاتے۔ کہ جس country میں ہمارے اصول کی توہین کی جاتی ہے، وہاں ہم نہیں رہیں گے۔</w:t>
      </w:r>
    </w:p>
    <w:p>
      <w:r>
        <w:rPr>
          <w:b/>
        </w:rPr>
        <w:t xml:space="preserve">[53:24] </w:t>
      </w:r>
      <w:r>
        <w:t>ek bhi musalman nahi tha jo yeh kaam kare. to na to rushdie ko maar paye. yahan tak ke rushdie ko be izzat bhi nahi kar paya.</w:t>
      </w:r>
    </w:p>
    <w:p>
      <w:pPr>
        <w:jc w:val="right"/>
      </w:pPr>
      <w:r>
        <w:t>ایک بھی مسلمان نہیں تھا جو یہ کام کرے۔ تو نہ تو رشدی کو مار پائے۔ یہاں تک کہ رشدی کو بے عزت بھی نہیں کر پایا۔</w:t>
      </w:r>
    </w:p>
    <w:p>
      <w:r>
        <w:rPr>
          <w:b/>
        </w:rPr>
        <w:t xml:space="preserve">[53:34] </w:t>
      </w:r>
      <w:r>
        <w:t>rushdie ko literally title mila. aur ab jo us ko title mil gaya hai knighthood ka, woh sir ban gaya hai woh. ab bataiye ke dunya kya samjhegi?</w:t>
      </w:r>
    </w:p>
    <w:p>
      <w:pPr>
        <w:jc w:val="right"/>
      </w:pPr>
      <w:r>
        <w:t>رشدی کو literally title ملا۔ اور اب جو اس کو title مل گیا ہے Knighthood کا، وہ سر بن گیا ہے وہ۔ اب بتائیے کہ دنیا کیا سمجھے گی؟</w:t>
      </w:r>
    </w:p>
    <w:p>
      <w:r>
        <w:rPr>
          <w:b/>
        </w:rPr>
        <w:t xml:space="preserve">[53:48] </w:t>
      </w:r>
      <w:r>
        <w:t>dunya kya samjhegi hamare bare mein? ke aise kaam karte hain jis ka nateeja ulta ho.</w:t>
      </w:r>
    </w:p>
    <w:p>
      <w:pPr>
        <w:jc w:val="right"/>
      </w:pPr>
      <w:r>
        <w:t>دنیا کیا سمجھے گی ہمارے بارے میں؟ کہ ایسے کام کرتے ہیں جس کا نتیجہ الٹا ہو۔</w:t>
      </w:r>
    </w:p>
    <w:p>
      <w:r>
        <w:rPr>
          <w:b/>
        </w:rPr>
        <w:t xml:space="preserve">[53:57] </w:t>
      </w:r>
      <w:r>
        <w:t>jo kehte hain counter productive. un ke haan mazhab ne yeh sikhaya hai un ko?</w:t>
      </w:r>
    </w:p>
    <w:p>
      <w:pPr>
        <w:jc w:val="right"/>
      </w:pPr>
      <w:r>
        <w:t>جو کہتے ہیں counter productive۔ ان کے ہاں مذہب نے یہ سکھایا ہے ان کو؟</w:t>
      </w:r>
    </w:p>
    <w:p>
      <w:r>
        <w:rPr>
          <w:b/>
        </w:rPr>
        <w:t xml:space="preserve">[54:05] </w:t>
      </w:r>
      <w:r>
        <w:t>un ke mazhab ne yeh sikhaya hai un ko? yeh bhi nahi jante yeh log. ke result ulta niklega. counter productive ban jayega.</w:t>
      </w:r>
    </w:p>
    <w:p>
      <w:pPr>
        <w:jc w:val="right"/>
      </w:pPr>
      <w:r>
        <w:t>ان کے مذہب نے یہ سکھایا ہے ان کو؟ یہ بھی نہیں جانتے یہ لوگ۔ کہ result الٹا نکلے گا۔ Counter productive بن جائے گا۔</w:t>
      </w:r>
    </w:p>
    <w:p>
      <w:r>
        <w:rPr>
          <w:b/>
        </w:rPr>
        <w:t xml:space="preserve">[54:18] </w:t>
      </w:r>
      <w:r>
        <w:t>to islam ko kis tarah se image kharab kiya hai in logon ne?</w:t>
      </w:r>
    </w:p>
    <w:p>
      <w:pPr>
        <w:jc w:val="right"/>
      </w:pPr>
      <w:r>
        <w:t>تو اسلام کو کس طرح سے image خراب کیا ہے ان لوگوں نے؟</w:t>
      </w:r>
    </w:p>
    <w:p>
      <w:r>
        <w:rPr>
          <w:b/>
        </w:rPr>
        <w:t xml:space="preserve">[54:25] </w:t>
      </w:r>
      <w:r>
        <w:t>ek baat samajh lijiye islam ka principle. ke koi kaam ya koi action is waqt liya jata hai jabke as a principle woh correct ho.</w:t>
      </w:r>
    </w:p>
    <w:p>
      <w:pPr>
        <w:jc w:val="right"/>
      </w:pPr>
      <w:r>
        <w:t>ایک بات سمجھ لیجیے اسلام کا principle۔ کہ کوئی کام یا کوئی action اس وقت لیا جاتا ہے جبکہ as a principle وہ correct ہو۔</w:t>
      </w:r>
    </w:p>
    <w:p>
      <w:r>
        <w:rPr>
          <w:b/>
        </w:rPr>
        <w:t xml:space="preserve">[54:37] </w:t>
      </w:r>
      <w:r>
        <w:t>woh right ho. jaise main namaz parta hoon to is liye parta hoon ke namaz parhna chahiye, woh sahi kaam hai ek. to koi kaam is liye karna ke woh sahi hai,</w:t>
      </w:r>
    </w:p>
    <w:p>
      <w:pPr>
        <w:jc w:val="right"/>
      </w:pPr>
      <w:r>
        <w:t>وہright ہو۔ جیسے میں نماز پڑھتا ہوں تو اس لیے پڑھتا ہوں کہ نماز پڑھنا چاہیے، وہ صحیح کام ہے ایک۔ تو کوئی کام اس لیے کرنا کہ وہ صحیح ہے،</w:t>
      </w:r>
    </w:p>
    <w:p>
      <w:r>
        <w:rPr>
          <w:b/>
        </w:rPr>
        <w:t xml:space="preserve">[54:50] </w:t>
      </w:r>
      <w:r>
        <w:t>yeh ek asp</w:t>
      </w:r>
    </w:p>
    <w:p>
      <w:pPr>
        <w:jc w:val="right"/>
      </w:pPr>
      <w:r>
        <w:t>یہ ایک asp</w:t>
      </w:r>
    </w:p>
    <w:p>
      <w:r>
        <w:rPr>
          <w:b/>
        </w:rPr>
        <w:t xml:space="preserve">[54:51] </w:t>
      </w:r>
      <w:r>
        <w:t>ect hai. doosra ek aur aspect hai. yeh ke woh possible ho.</w:t>
      </w:r>
    </w:p>
    <w:p>
      <w:pPr>
        <w:jc w:val="right"/>
      </w:pPr>
      <w:r>
        <w:t>ect ہے۔ دوسرا ایک اور aspect ہے۔ یہ کہ وہ possible ہو۔</w:t>
      </w:r>
    </w:p>
    <w:p>
      <w:r>
        <w:rPr>
          <w:b/>
        </w:rPr>
        <w:t xml:space="preserve">[54:59] </w:t>
      </w:r>
      <w:r>
        <w:t>agar possible na ho to woh kaam nahi kiya jayega. jo aaj kal jo ek ek saying hai ke "Potter is the art of the possible" .</w:t>
      </w:r>
    </w:p>
    <w:p>
      <w:pPr>
        <w:jc w:val="right"/>
      </w:pPr>
      <w:r>
        <w:t>اگر possible نہ ہو تو وہ کام نہیں کیا جائے گا۔ جو آج کل جو ایک ایک saying ہے کہ "Potter is the art of the possible" ۔</w:t>
      </w:r>
    </w:p>
    <w:p>
      <w:r>
        <w:rPr>
          <w:b/>
        </w:rPr>
        <w:t xml:space="preserve">[55:09] </w:t>
      </w:r>
      <w:r>
        <w:t>yeh ain islami principle bhi hai. ke koi kaam is waqt nahi kiya jayega jabke woh practical sense mein possible na ho.</w:t>
      </w:r>
    </w:p>
    <w:p>
      <w:pPr>
        <w:jc w:val="right"/>
      </w:pPr>
      <w:r>
        <w:t>یہ عین اسلامی principle بھی ہے۔ کہ کوئی کام اس وقت نہیں کیا جائے گا جبکہ وہ practical sense میں possible نہ ہو۔</w:t>
      </w:r>
    </w:p>
    <w:p>
      <w:r>
        <w:rPr>
          <w:b/>
        </w:rPr>
        <w:t xml:space="preserve">[55:22] </w:t>
      </w:r>
      <w:r>
        <w:t>woh nahi kiya jayega. yeh bhi islam ka ek principle hai. to yeh sara is waqt jo idhar udhar akhbaron mein chhap raha hai, aur is ki wajah se islam badnam ho raha hai, yeh ek defamation campaign hai yeh.</w:t>
      </w:r>
    </w:p>
    <w:p>
      <w:pPr>
        <w:jc w:val="right"/>
      </w:pPr>
      <w:r>
        <w:t>وہ نہیں کیا جائے گا۔ یہ بھی اسلام کا ایک principle ہے۔ تو یہ سارا اس وقت جو ادھر ادھر اخباروں میں چھپ رہا ہے، اور اس کی وجہ سے اسلام بدنام ہو رہا ہے، یہ ایک defamation campaign ہے یہ۔</w:t>
      </w:r>
    </w:p>
    <w:p>
      <w:r>
        <w:rPr>
          <w:b/>
        </w:rPr>
        <w:t xml:space="preserve">[55:40] </w:t>
      </w:r>
      <w:r>
        <w:t>in result, yani musalman to samajhte hain ke hum jehad kar rahe hain. lekin woh ek practical sense mein kya hai woh</w:t>
      </w:r>
    </w:p>
    <w:p>
      <w:pPr>
        <w:jc w:val="right"/>
      </w:pPr>
      <w:r>
        <w:t>In result، یعنی مسلمان تو سمجھتے ہیں کہ ہم جہاد کر رہے ہیں۔ لیکن وہ ایک practical sense میں کیا ہے وہ</w:t>
      </w:r>
    </w:p>
    <w:p>
      <w:r>
        <w:rPr>
          <w:b/>
        </w:rPr>
        <w:t xml:space="preserve">[55:49] </w:t>
      </w:r>
      <w:r>
        <w:t>? woh defamation campaign hai against islam.</w:t>
      </w:r>
    </w:p>
    <w:p>
      <w:pPr>
        <w:jc w:val="right"/>
      </w:pPr>
      <w:r>
        <w:t>؟ وہ defamation campaign ہے against اسلام۔</w:t>
      </w:r>
    </w:p>
    <w:p>
      <w:r>
        <w:rPr>
          <w:b/>
        </w:rPr>
        <w:t xml:space="preserve">[55:55] </w:t>
      </w:r>
      <w:r>
        <w:t>to kya islam isi ke naam islam hai?</w:t>
      </w:r>
    </w:p>
    <w:p>
      <w:pPr>
        <w:jc w:val="right"/>
      </w:pPr>
      <w:r>
        <w:t>تو کیا اسلام اسی کے نام اسلام ہے؟</w:t>
      </w:r>
    </w:p>
    <w:p>
      <w:r>
        <w:rPr>
          <w:b/>
        </w:rPr>
        <w:t xml:space="preserve">[56:03] </w:t>
      </w:r>
      <w:r>
        <w:t>to behal dekhiye.</w:t>
      </w:r>
    </w:p>
    <w:p>
      <w:pPr>
        <w:jc w:val="right"/>
      </w:pPr>
      <w:r>
        <w:t>تو بہرحال دیکھیے۔</w:t>
      </w:r>
    </w:p>
    <w:p>
      <w:r>
        <w:rPr>
          <w:b/>
        </w:rPr>
        <w:t xml:space="preserve">[56:07] </w:t>
      </w:r>
      <w:r>
        <w:t>is baat ko achhi tarah samajh lijiye ke islam mein bohat zyada important di gayi hai practical situation ko.</w:t>
      </w:r>
    </w:p>
    <w:p>
      <w:pPr>
        <w:jc w:val="right"/>
      </w:pPr>
      <w:r>
        <w:t>اس بات کو اچھی طرح سمجھ لیجیے کہ اسلام میں بہت زیادہ important دی گئی ہے practical situation کو۔</w:t>
      </w:r>
    </w:p>
    <w:p>
      <w:r>
        <w:rPr>
          <w:b/>
        </w:rPr>
        <w:t xml:space="preserve">[56:18] </w:t>
      </w:r>
      <w:r>
        <w:t>maslan india hai, ek country jis mein hum rehte hain. ab yahan koi nara lagaye ke islami hukumat qaim karo. to islam ke nazdeek woh mad kaha jayega, mad.</w:t>
      </w:r>
    </w:p>
    <w:p>
      <w:pPr>
        <w:jc w:val="right"/>
      </w:pPr>
      <w:r>
        <w:t>مثلاً انڈیا ہے، ایک country جس میں ہم رہتے ہیں۔ اب یہاں کوئی نعرہ لگائے کہ اسلامی حکومت قائم کرو۔ تو اسلام کے نزدیک وہ mad کہا جائے گا، mad۔</w:t>
      </w:r>
    </w:p>
    <w:p>
      <w:r>
        <w:rPr>
          <w:b/>
        </w:rPr>
        <w:t xml:space="preserve">[56:30] </w:t>
      </w:r>
      <w:r>
        <w:t>mad kaha jayega. kyun ke islam yahan islami hukumat kaise aap banayenge? yahan musalman minority mein hain. doosre log majority mein hain.</w:t>
      </w:r>
    </w:p>
    <w:p>
      <w:pPr>
        <w:jc w:val="right"/>
      </w:pPr>
      <w:r>
        <w:t>Mad کہا جائے گا۔ کیوں کہ اسلام یہاں اسلامی حکومت کیسے آپ بنائیں گے؟ یہاں مسلمان minority میں ہیں۔ دوسرے لوگ majority میں ہیں۔</w:t>
      </w:r>
    </w:p>
    <w:p>
      <w:r>
        <w:rPr>
          <w:b/>
        </w:rPr>
        <w:t xml:space="preserve">[56:41] </w:t>
      </w:r>
      <w:r>
        <w:t>yahan ka apna ek constitution hai. apna ek law of land hai. to aap kaise kar dalenge? to yeh madness hai yeh.</w:t>
      </w:r>
    </w:p>
    <w:p>
      <w:pPr>
        <w:jc w:val="right"/>
      </w:pPr>
      <w:r>
        <w:t>یہاں کا اپنا ایک constitution ہے۔ اپنا ایک law of land ہے۔ تو آپ کیسے کر ڈالیں گے؟ تو یہ madness ہے یہ۔</w:t>
      </w:r>
    </w:p>
    <w:p>
      <w:r>
        <w:rPr>
          <w:b/>
        </w:rPr>
        <w:t xml:space="preserve">[56:53] </w:t>
      </w:r>
      <w:r>
        <w:t>karna kya hai? ke politics ko aap samjhen ke yeh matter of convenience hai. jaisi situation waisi politics.</w:t>
      </w:r>
    </w:p>
    <w:p>
      <w:pPr>
        <w:jc w:val="right"/>
      </w:pPr>
      <w:r>
        <w:t>کرنا کیا ہے؟ کہ politics کو آپ سمجھیں کہ یہ matter of convenience ہے۔ جیسی situation ویسی politics۔</w:t>
      </w:r>
    </w:p>
    <w:p>
      <w:r>
        <w:rPr>
          <w:b/>
        </w:rPr>
        <w:t xml:space="preserve">[57:04] </w:t>
      </w:r>
      <w:r>
        <w:t>waisa rule. to aap yeh samjhiye, ain yahi islam hoga samajhna.</w:t>
      </w:r>
    </w:p>
    <w:p>
      <w:pPr>
        <w:jc w:val="right"/>
      </w:pPr>
      <w:r>
        <w:t>ویسا rule۔ تو آپ یہ سمجھیے، عین یہی اسلام ہوگا سمجھنا۔</w:t>
      </w:r>
    </w:p>
    <w:p>
      <w:r>
        <w:rPr>
          <w:b/>
        </w:rPr>
        <w:t xml:space="preserve">[57:10] </w:t>
      </w:r>
      <w:r>
        <w:t>keh india ke liye best politics hai secular politics. yani yeh mein islam ki baat kar raha hoon. islam ki baat.</w:t>
      </w:r>
    </w:p>
    <w:p>
      <w:pPr>
        <w:jc w:val="right"/>
      </w:pPr>
      <w:r>
        <w:t>کہ انڈیا کے لیے best politics ہے secular politics۔ یعنی یہ میں اسلام کی بات کر رہا ہوں۔ اسلام کی بات۔</w:t>
      </w:r>
    </w:p>
    <w:p>
      <w:r>
        <w:rPr>
          <w:b/>
        </w:rPr>
        <w:t xml:space="preserve">[57:20] </w:t>
      </w:r>
      <w:r>
        <w:t>kama tum hotay ho waise hi tum par hukumat ki jati hai. is mulk ki jo situation hai woh chahti hai ke yahan par secular system banaya jaye.</w:t>
      </w:r>
    </w:p>
    <w:p>
      <w:pPr>
        <w:jc w:val="right"/>
      </w:pPr>
      <w:r>
        <w:t>کما تكونون كذلك یولوا عليكم ۔ اس انڈیا کی جو situation ہے وہ چاہتی ہے کہ یہاں پر secular system بنایا جائے۔</w:t>
      </w:r>
    </w:p>
    <w:p>
      <w:r>
        <w:rPr>
          <w:b/>
        </w:rPr>
        <w:t xml:space="preserve">[57:32] </w:t>
      </w:r>
      <w:r>
        <w:t>secular ke maani kya hotay</w:t>
      </w:r>
    </w:p>
    <w:p>
      <w:pPr>
        <w:jc w:val="right"/>
      </w:pPr>
      <w:r>
        <w:t>Secular کے معنی کیا ہوتے</w:t>
      </w:r>
    </w:p>
    <w:p>
      <w:r>
        <w:rPr>
          <w:b/>
        </w:rPr>
        <w:t xml:space="preserve">[57:33] </w:t>
      </w:r>
      <w:r>
        <w:t>hain? yeh bhi samajh lijiye ke kuch muslim scholars ne bohat hi galat ek woh diya hai. yani impression. ke secularism ka matlab hai ladeeniyat.</w:t>
      </w:r>
    </w:p>
    <w:p>
      <w:pPr>
        <w:jc w:val="right"/>
      </w:pPr>
      <w:r>
        <w:t>ہیں؟ یہ بھی سمجھ لیجیے کہ کچھ مسلم scholars نے بہت ہی غلط ایک وہ دیا ہے۔ یعنی impression۔ کہ secularism کا مطلب ہے لادینیت۔</w:t>
      </w:r>
    </w:p>
    <w:p>
      <w:r>
        <w:rPr>
          <w:b/>
        </w:rPr>
        <w:t xml:space="preserve">[57:45] </w:t>
      </w:r>
      <w:r>
        <w:t>yani Islam ke khilaf. yeh bilkul lagho baat hai, absurd baat hai yeh.</w:t>
      </w:r>
    </w:p>
    <w:p>
      <w:pPr>
        <w:jc w:val="right"/>
      </w:pPr>
      <w:r>
        <w:t>یعنی اسلام کے خلاف۔ یہ بالکل لغو بات ہے، absurd بات ہے یہ۔</w:t>
      </w:r>
    </w:p>
    <w:p>
      <w:r>
        <w:rPr>
          <w:b/>
        </w:rPr>
        <w:t xml:space="preserve">[57:50] </w:t>
      </w:r>
      <w:r>
        <w:t>dekhiye. aap parhiye is ko. Encyclopedia of Latin Ethics. jo jo twenty moti moti jildon mein hai.</w:t>
      </w:r>
    </w:p>
    <w:p>
      <w:pPr>
        <w:jc w:val="right"/>
      </w:pPr>
      <w:r>
        <w:t>دیکھیے۔ آپ پڑھیے اس کو۔ Encyclopedia of Latin Ethics ۔ جو جو ٹوئنٹی موٹی موٹی جلدوں میں ہے۔</w:t>
      </w:r>
    </w:p>
    <w:p>
      <w:r>
        <w:rPr>
          <w:b/>
        </w:rPr>
        <w:t xml:space="preserve">[58:01] </w:t>
      </w:r>
      <w:r>
        <w:t>aur dunya ke baray baray scholars ne is ko woh kiya hai, compile kiya hai. to is mein bohat bara article hai secularism par.</w:t>
      </w:r>
    </w:p>
    <w:p>
      <w:pPr>
        <w:jc w:val="right"/>
      </w:pPr>
      <w:r>
        <w:t>اور دنیا کے بڑے بڑے scholars نے اس کو وہ کیا ہے، compile کیا ہے۔ تو اس میں بہت بڑا آرٹیکل ہے secularism پر۔</w:t>
      </w:r>
    </w:p>
    <w:p>
      <w:r>
        <w:rPr>
          <w:b/>
        </w:rPr>
        <w:t xml:space="preserve">[58:11] </w:t>
      </w:r>
      <w:r>
        <w:t>bohat hi sahi tareeqay se is ka analysis kiya</w:t>
      </w:r>
    </w:p>
    <w:p>
      <w:pPr>
        <w:jc w:val="right"/>
      </w:pPr>
      <w:r>
        <w:t>بہت ہی صحیح طریقے سے اس کا analysis کیا</w:t>
      </w:r>
    </w:p>
    <w:p>
      <w:r>
        <w:rPr>
          <w:b/>
        </w:rPr>
        <w:t xml:space="preserve">[58:14] </w:t>
      </w:r>
      <w:r>
        <w:t>unhon ne. unhon ne bataya hai ke secularism jo hai ek policy ka naam hai. mazhab ka naam nahi hai.</w:t>
      </w:r>
    </w:p>
    <w:p>
      <w:pPr>
        <w:jc w:val="right"/>
      </w:pPr>
      <w:r>
        <w:t>انہوں نے۔ انہوں نے بتایا ہے کہ secularism جو ہے ایک policy کا نام ہے۔ مذہب کا نام نہیں ہے۔</w:t>
      </w:r>
    </w:p>
    <w:p>
      <w:r>
        <w:rPr>
          <w:b/>
        </w:rPr>
        <w:t xml:space="preserve">[58:24] </w:t>
      </w:r>
      <w:r>
        <w:t>secularism jo hai woh ek practical policy ka naam hai. woh na aqeedah hai, na mazhab hai, na koi koi dogmatic cheez hai. woh kya hai?</w:t>
      </w:r>
    </w:p>
    <w:p>
      <w:pPr>
        <w:jc w:val="right"/>
      </w:pPr>
      <w:r>
        <w:t>Secularism جو ہے وہ ایک practical policy کا نام ہے۔ وہ نہ عقیدہ ہے، نہ مذہب ہے، نہ کوئی کوئی dogmatic چیز ہے۔ وہ کیا ہے؟</w:t>
      </w:r>
    </w:p>
    <w:p>
      <w:r>
        <w:rPr>
          <w:b/>
        </w:rPr>
        <w:t xml:space="preserve">[58:35] </w:t>
      </w:r>
      <w:r>
        <w:t>jahan kai religion ke log rehtay hon, to wahan state jo hai non-interference ki policy chalaye.</w:t>
      </w:r>
    </w:p>
    <w:p>
      <w:pPr>
        <w:jc w:val="right"/>
      </w:pPr>
      <w:r>
        <w:t>جہاں کئی religion کے لوگ رہتے ہوں، تو وہاں state جو ہے non-interference کی policy چلائے۔</w:t>
      </w:r>
    </w:p>
    <w:p>
      <w:r>
        <w:rPr>
          <w:b/>
        </w:rPr>
        <w:t xml:space="preserve">[58:43] </w:t>
      </w:r>
      <w:r>
        <w:t>isi ka naam hai secularism. to India ke liye best policy hai. saray mazhabon ko mauqa mil jata hai. government interfere nahi kare gi.</w:t>
      </w:r>
    </w:p>
    <w:p>
      <w:pPr>
        <w:jc w:val="right"/>
      </w:pPr>
      <w:r>
        <w:t>اسی کا نام ہے secularism۔ تو انڈیا کے لیے best policy ہے۔ سارے مذہبوں کو موقع مل جاتا ہے۔ Government interfere نہیں کرے گی۔</w:t>
      </w:r>
    </w:p>
    <w:p>
      <w:r>
        <w:rPr>
          <w:b/>
        </w:rPr>
        <w:t xml:space="preserve">[58:53] </w:t>
      </w:r>
      <w:r>
        <w:t>aur azadi ke sath woh apnay mazhab par chalain gay. is se best policy kya ho sakti hai? to India ke liye yahi Islam hai. ke yahan par secular policy chalai jaye.</w:t>
      </w:r>
    </w:p>
    <w:p>
      <w:pPr>
        <w:jc w:val="right"/>
      </w:pPr>
      <w:r>
        <w:t>اور آزادی کے ساتھ وہ اپنے مذہب پر چلیں گے۔ اس سے best policy کیا ہو سکتی ہے؟ تو انڈیا کے لیے یہی اسلام ہے۔ کہ یہاں پر secular policy چلائی جائے۔</w:t>
      </w:r>
    </w:p>
    <w:p>
      <w:r>
        <w:rPr>
          <w:b/>
        </w:rPr>
        <w:t xml:space="preserve">[59:07] </w:t>
      </w:r>
      <w:r>
        <w:t>yani hum agar secularism ko mantay hain to hamari majboori nahi hai. hum is ko Islam samajhtay hain. aisa nahi ke hum kahain ke sahib kya karain, India mein to majboori hai.</w:t>
      </w:r>
    </w:p>
    <w:p>
      <w:pPr>
        <w:jc w:val="right"/>
      </w:pPr>
      <w:r>
        <w:t>یعنی ہم اگر secularism کو مانتے ہیں تو ہماری مجبوری نہیں ہے۔ ہم اس کو اسلام سمجھتے ہیں۔ ایسا نہیں کہ ہم کہیں کہ صاحب کیا کریں، انڈیا میں تو مجبوری ہے۔</w:t>
      </w:r>
    </w:p>
    <w:p>
      <w:r>
        <w:rPr>
          <w:b/>
        </w:rPr>
        <w:t xml:space="preserve">[59:18] </w:t>
      </w:r>
      <w:r>
        <w:t>to secularism ko to manna paray ga. nahi, mein kahoon ga yeh jhooti baat hai. yahi Islam hai. kyun ke according to the situation politics banti hai Islam ke mutabiq.</w:t>
      </w:r>
    </w:p>
    <w:p>
      <w:pPr>
        <w:jc w:val="right"/>
      </w:pPr>
      <w:r>
        <w:t>تو secularism کو تو ماننا پڑے گا۔ نہیں، میں کہوں گا یہ جھوٹی بات ہے۔ یہی اسلام ہے۔ کیوں کہ according to the situation politics بنتی ہے اسلام کے مطابق۔</w:t>
      </w:r>
    </w:p>
    <w:p>
      <w:r>
        <w:rPr>
          <w:b/>
        </w:rPr>
        <w:t xml:space="preserve">[59:31] </w:t>
      </w:r>
      <w:r>
        <w:t>to mein kahoon ga ke India ke liye secularism jo hai wahi wahi Islam ki taleem bhi hai. aur humain dil se is ko manna chahiye, dil se.</w:t>
      </w:r>
    </w:p>
    <w:p>
      <w:pPr>
        <w:jc w:val="right"/>
      </w:pPr>
      <w:r>
        <w:t>تو میں کہوں گا کہ انڈیا کے لیے secularism جو ہے وہی وہی اسلام کی تعلیم بھی ہے۔ اور ہمیں دل سے اس کو ماننا چاہیے، دل سے۔</w:t>
      </w:r>
    </w:p>
    <w:p>
      <w:r>
        <w:rPr>
          <w:b/>
        </w:rPr>
        <w:t xml:space="preserve">[59:44] </w:t>
      </w:r>
      <w:r>
        <w:t>koi hypocrisy nahi. dil se manna chahiye ke India ke liye secularism jo hai best policy hai.</w:t>
      </w:r>
    </w:p>
    <w:p>
      <w:pPr>
        <w:jc w:val="right"/>
      </w:pPr>
      <w:r>
        <w:t>کوئی hypocrisy نہیں۔ دل سے ماننا چاہیے کہ انڈیا کے لیے secularism جو ہے best policy ہے۔</w:t>
      </w:r>
    </w:p>
    <w:p>
      <w:r>
        <w:rPr>
          <w:b/>
        </w:rPr>
        <w:t xml:space="preserve">[59:51] </w:t>
      </w:r>
      <w:r>
        <w:t>to Islam jo hai woh ek hissa base karta hai belief par.</w:t>
      </w:r>
    </w:p>
    <w:p>
      <w:pPr>
        <w:jc w:val="right"/>
      </w:pPr>
      <w:r>
        <w:t>تو اسلام جو ہے وہ ایک حصہ base کرتا ہے belief پر۔</w:t>
      </w:r>
    </w:p>
    <w:p>
      <w:r>
        <w:rPr>
          <w:b/>
        </w:rPr>
        <w:t xml:space="preserve">[1:00:00] </w:t>
      </w:r>
      <w:r>
        <w:t>doosra hissa jo hai woh practical situation par. aqool qawli haza wastaghfirullah li walakum ajmaeen.</w:t>
      </w:r>
    </w:p>
    <w:p>
      <w:pPr>
        <w:jc w:val="right"/>
      </w:pPr>
      <w:r>
        <w:t>دوسرا حصہ جو ہے وہ practical situation پر۔ أقول قولي هذا واستغفر الله لي ولكم أجمعين.</w:t>
      </w:r>
    </w:p>
    <w:p>
      <w:r>
        <w:rPr>
          <w:b/>
        </w:rPr>
        <w:t xml:space="preserve">[1:00:22] </w:t>
      </w:r>
      <w:r>
        <w:t>according to the Quran, sufferings experienced by man are man-made. my question to you is: are there any sufferings or situations created by God for mankind?</w:t>
      </w:r>
    </w:p>
    <w:p>
      <w:pPr>
        <w:jc w:val="right"/>
      </w:pPr>
      <w:r>
        <w:t>According to the Quran, sufferings experienced by man are man-made. My question to you is: Are there any sufferings or situations created by God for mankind?</w:t>
      </w:r>
    </w:p>
    <w:p>
      <w:r>
        <w:rPr>
          <w:b/>
        </w:rPr>
        <w:t xml:space="preserve">[1:00:42] </w:t>
      </w:r>
      <w:r>
        <w:t>nahi, suffering to mein samajhta hoon ke Khuda ki taraf se nahi hoti.</w:t>
      </w:r>
    </w:p>
    <w:p>
      <w:pPr>
        <w:jc w:val="right"/>
      </w:pPr>
      <w:r>
        <w:t>نہیں، suffering تو میں سمجھتا ہوں کہ خدا کی طرف سے نہیں ہوتی۔</w:t>
      </w:r>
    </w:p>
    <w:p>
      <w:r>
        <w:rPr>
          <w:b/>
        </w:rPr>
        <w:t xml:space="preserve">[1:00:48] </w:t>
      </w:r>
      <w:r>
        <w:t>insan apni freedom ko misuse karta hai, us se hoti hai. yahan tak ke mein samajhta hoon.</w:t>
      </w:r>
    </w:p>
    <w:p>
      <w:pPr>
        <w:jc w:val="right"/>
      </w:pPr>
      <w:r>
        <w:t>انسان اپنی freedom کو کو misuse کرتا ہے، اس سے ہوتی ہے۔ یہاں تک کہ میں سمجھتا ہوں۔</w:t>
      </w:r>
    </w:p>
    <w:p>
      <w:r>
        <w:rPr>
          <w:b/>
        </w:rPr>
        <w:t xml:space="preserve">[1:01:00] </w:t>
      </w:r>
      <w:r>
        <w:t>dekhiye, kuch suffering woh hai jo jis ko hum direct tor par uska uska cause jaan letay hain.</w:t>
      </w:r>
    </w:p>
    <w:p>
      <w:pPr>
        <w:jc w:val="right"/>
      </w:pPr>
      <w:r>
        <w:t>دیکھیے، کچھ suffering وہ ہے جو جس کو ہم direct طور پر اس کا اس کا کاز جان لیتے ہیں۔</w:t>
      </w:r>
    </w:p>
    <w:p>
      <w:r>
        <w:rPr>
          <w:b/>
        </w:rPr>
        <w:t xml:space="preserve">[1:01:09] </w:t>
      </w:r>
      <w:r>
        <w:t>kyun ke jo aadmi safar kar raha hai, direct tor par usi ki ghalti ka price de raha hai woh.</w:t>
      </w:r>
    </w:p>
    <w:p>
      <w:pPr>
        <w:jc w:val="right"/>
      </w:pPr>
      <w:r>
        <w:t>کیوں کہ جو آدمی سفر کر رہا ہے، direct طور پر اسی کی غلطی کا price دے رہا ہے وہ۔</w:t>
      </w:r>
    </w:p>
    <w:p>
      <w:r>
        <w:rPr>
          <w:b/>
        </w:rPr>
        <w:t xml:space="preserve">[1:01:19] </w:t>
      </w:r>
      <w:r>
        <w:t>lekin science ne, dekhiye, medical science ne jo research hui hai medical science mein, us mein ek concept hai atavistic diseases.</w:t>
      </w:r>
    </w:p>
    <w:p>
      <w:pPr>
        <w:jc w:val="right"/>
      </w:pPr>
      <w:r>
        <w:t>لیکن سائنس نے، دیکھیے، medical سائنس نے جو research ہوئی ہے medical سائنس میں، اس میں ایک concept ہے atavistic diseases ۔</w:t>
      </w:r>
    </w:p>
    <w:p>
      <w:r>
        <w:rPr>
          <w:b/>
        </w:rPr>
        <w:t xml:space="preserve">[1:01:34] </w:t>
      </w:r>
      <w:r>
        <w:t>atavistic diseases yani purkhon se milnay wali bemari. ajdad se milnay wali bemari.</w:t>
      </w:r>
    </w:p>
    <w:p>
      <w:pPr>
        <w:jc w:val="right"/>
      </w:pPr>
      <w:r>
        <w:t>Atavistic diseases یعنی پرکھوں سے ملنے والی بیماری۔ اجداد سے ملنے والی بیماری۔</w:t>
      </w:r>
    </w:p>
    <w:p>
      <w:r>
        <w:rPr>
          <w:b/>
        </w:rPr>
        <w:t xml:space="preserve">[1:01:45] </w:t>
      </w:r>
      <w:r>
        <w:t>yani mere pichhle jo the, baap dada, un ki kisi ghalati ko bhi main inherit karta hoon.</w:t>
      </w:r>
    </w:p>
    <w:p>
      <w:pPr>
        <w:jc w:val="right"/>
      </w:pPr>
      <w:r>
        <w:t>یعنی میرے پچھلے جو تھے، باپ دادا، ان کی کسی غلطی کو بھی میں inherit کرتا ہوں۔</w:t>
      </w:r>
    </w:p>
    <w:p>
      <w:r>
        <w:rPr>
          <w:b/>
        </w:rPr>
        <w:t xml:space="preserve">[1:01:54] </w:t>
      </w:r>
      <w:r>
        <w:t>to wo bhi suffering hoti hai. jaise main diabetic farz kiye ho gaya, khuda na khwasta. aur mere dada se, baap se wo chali aa rahi hai, hoti hai kai bar.</w:t>
      </w:r>
    </w:p>
    <w:p>
      <w:pPr>
        <w:jc w:val="right"/>
      </w:pPr>
      <w:r>
        <w:t>تو وہ بھی suffering ہوتی ہے۔ جیسے میں diabetic فرض کیے ہو گیا، خدانخواستہ۔ اور میرے دادا سے، باپ سے وہ چلی آ رہی ہے، ہوتی ہے کئی بار۔</w:t>
      </w:r>
    </w:p>
    <w:p>
      <w:r>
        <w:rPr>
          <w:b/>
        </w:rPr>
        <w:t xml:space="preserve">[1:02:05] </w:t>
      </w:r>
      <w:r>
        <w:t>to wo suffering bhi suffering hai. lekin log samajhte hain ke wo Khuda ki taraf se hai. wo bhi freedom ko misuse karne ki wajah se hai.</w:t>
      </w:r>
    </w:p>
    <w:p>
      <w:pPr>
        <w:jc w:val="right"/>
      </w:pPr>
      <w:r>
        <w:t>تو وہ suffering بھی suffering ہے۔ لیکن لوگ سمجھتے ہیں کہ وہ خدا کی طرف سے ہے۔ وہ بھی freedom کو misuse کرنے کی وجہ سے ہے۔</w:t>
      </w:r>
    </w:p>
    <w:p>
      <w:r>
        <w:rPr>
          <w:b/>
        </w:rPr>
        <w:t xml:space="preserve">[1:02:16] </w:t>
      </w:r>
      <w:r>
        <w:t>samajhta hoon ke suffering jo bhi hai, wo freedom ko misuse karne ki hoti hai.</w:t>
      </w:r>
    </w:p>
    <w:p>
      <w:pPr>
        <w:jc w:val="right"/>
      </w:pPr>
      <w:r>
        <w:t>سمجھتا ہوں کہ suffering جو بھی ہے، وہ freedom کو misuse کرنے کی ہوتی ہے۔</w:t>
      </w:r>
    </w:p>
    <w:p>
      <w:r>
        <w:rPr>
          <w:b/>
        </w:rPr>
        <w:t xml:space="preserve">[1:02:21] </w:t>
      </w:r>
      <w:r>
        <w:t>albata ek aur cheez ko hum suffering nahi kahenge. jaise tsunami hai, storm hai, earthquake hai. ye sab cheezein hum koi suffering nahi kahenge.</w:t>
      </w:r>
    </w:p>
    <w:p>
      <w:pPr>
        <w:jc w:val="right"/>
      </w:pPr>
      <w:r>
        <w:t>البتہ ایک اور چیز کو ہم suffering نہیں کہیں گے۔ جیسے tsunami ہے، storm ہے، earthquake ہے۔ یہ سب چیزیں ہم کوئی suffering نہیں کہیں گے۔</w:t>
      </w:r>
    </w:p>
    <w:p>
      <w:r>
        <w:rPr>
          <w:b/>
        </w:rPr>
        <w:t xml:space="preserve">[1:02:32] </w:t>
      </w:r>
      <w:r>
        <w:t>wo Khuda ki taraf se ek warning hoti hai. ke warning is baat ki ke jo Khuda is kainat ko tumhare liye muwafiq banaya bhi hai,</w:t>
      </w:r>
    </w:p>
    <w:p>
      <w:pPr>
        <w:jc w:val="right"/>
      </w:pPr>
      <w:r>
        <w:t>وہ خدا کی طرف سے ایک warning ہوتی ہے۔ کہ warning اس بات کی کہ جو خدا اس کائنات کو تمہارے لیے موافق بنایا بھی ہے،</w:t>
      </w:r>
    </w:p>
    <w:p>
      <w:r>
        <w:rPr>
          <w:b/>
        </w:rPr>
        <w:t xml:space="preserve">[1:02:46] </w:t>
      </w:r>
      <w:r>
        <w:t>tumhare liye ghair muwafiq bana sakta hai wo.</w:t>
      </w:r>
    </w:p>
    <w:p>
      <w:pPr>
        <w:jc w:val="right"/>
      </w:pPr>
      <w:r>
        <w:t>تمہارے لیے غیر موافق بنا سکتا ہے وہ۔</w:t>
      </w:r>
    </w:p>
    <w:p>
      <w:r>
        <w:rPr>
          <w:b/>
        </w:rPr>
        <w:t xml:space="preserve">[1:02:51] </w:t>
      </w:r>
      <w:r>
        <w:t>ab jo favorable dekh raha hai wo sab kuch, to tum samjho ke bas favorable hi rahega wo? nahi. wo ulta bhi kar sakta hai Khuda. Khuda apni taqat ko batane ke liye ye aisa karta hai.</w:t>
      </w:r>
    </w:p>
    <w:p>
      <w:pPr>
        <w:jc w:val="right"/>
      </w:pPr>
      <w:r>
        <w:t>اب جو favorable دیکھ رہا ہے وہ سب کچھ، تو تم سمجھو کہ بس favorable ہی رہے گا وہ؟ نہیں۔ وہ الٹا بھی کر سکتا ہے خدا۔ خدا اپنی طاقت کو بتانے کے لیے یہ ایسا کرتا ہے۔</w:t>
      </w:r>
    </w:p>
    <w:p>
      <w:r>
        <w:rPr>
          <w:b/>
        </w:rPr>
        <w:t xml:space="preserve">[1:03:09] </w:t>
      </w:r>
      <w:r>
        <w:t>kyun ke insan, aap jante hain, ke bhool jata hai, bahut jaldi bhool jata hai. samajhta hai ke cheezon ko wo for granted le leta hai.</w:t>
      </w:r>
    </w:p>
    <w:p>
      <w:pPr>
        <w:jc w:val="right"/>
      </w:pPr>
      <w:r>
        <w:t>کیوں کہ انسان، آپ جانتے ہیں، کہ بھول جاتا ہے، بہت جلدی بھول جاتا ہے۔ سمجھتا ہے کہ چیزوں کو وہ for granted لے لیتا ہے۔</w:t>
      </w:r>
    </w:p>
    <w:p>
      <w:r>
        <w:rPr>
          <w:b/>
        </w:rPr>
        <w:t xml:space="preserve">[1:03:16] </w:t>
      </w:r>
      <w:r>
        <w:t>sach poochhiye to is mind ko todne ke liye ke cheezein jo mili hui hain, wo for granted hain tumhare liye, mil di gayi hain. to aisa nahi hai, for granted nahi hai.</w:t>
      </w:r>
    </w:p>
    <w:p>
      <w:pPr>
        <w:jc w:val="right"/>
      </w:pPr>
      <w:r>
        <w:t>سچ پوچھیے تو اس mind کو توڑنے کے لیے کہ چیزیں جو ملی ہوئی ہیں، وہ for granted ہیں تمہارے لیے، مل دی گئی ہیں۔ تو ایسا نہیں ہے، for granted نہیں ہے۔</w:t>
      </w:r>
    </w:p>
    <w:p>
      <w:r>
        <w:rPr>
          <w:b/>
        </w:rPr>
        <w:t xml:space="preserve">[1:03:27] </w:t>
      </w:r>
      <w:r>
        <w:t>Khuda de raha hai, is liye mil rahi hain. jab Khuda na de to wo milegi bhi nahi.</w:t>
      </w:r>
    </w:p>
    <w:p>
      <w:pPr>
        <w:jc w:val="right"/>
      </w:pPr>
      <w:r>
        <w:t>خدا دے رہا ہے، اس لیے مل رہی ہیں۔ جب خدا نہ دے تو وہ ملے گی بھی نہیں۔</w:t>
      </w:r>
    </w:p>
    <w:p>
      <w:r>
        <w:rPr>
          <w:b/>
        </w:rPr>
        <w:t xml:space="preserve">[1:03:35] </w:t>
      </w:r>
      <w:r>
        <w:t>jaise Rutherford ka jo theory hai principle of indeterminacy. Principle of indeterminacy batati hai ke jis tarah se cinema aap dekhte hain ya TV dekhte hain, to waqiat, events jo hain, aap ko ek sequence mein dikhai dete hain.</w:t>
      </w:r>
    </w:p>
    <w:p>
      <w:pPr>
        <w:jc w:val="right"/>
      </w:pPr>
      <w:r>
        <w:t>جیسے Rutherford کا جو theory ہے principle of indeterminacy ۔ Principle of indeterminacy بتاتی ہے کہ جس طرح سے سینما آپ دیکھتے ہیں یا ٹی وی دیکھتے ہیں، تو واقعات، events جو ہیں، آپ کو ایک sequence میں دکھائی دیتے ہیں۔</w:t>
      </w:r>
    </w:p>
    <w:p>
      <w:r>
        <w:rPr>
          <w:b/>
        </w:rPr>
        <w:t xml:space="preserve">[1:03:54] </w:t>
      </w:r>
      <w:r>
        <w:t>halanke wo sequence mein nahi hote, wo hazaron is mein break hota hai. hazaron ka, million million break</w:t>
      </w:r>
    </w:p>
    <w:p>
      <w:pPr>
        <w:jc w:val="right"/>
      </w:pPr>
      <w:r>
        <w:t>حالانکہ وہ sequence میں نہیں ہوتے، وہ ہزاروں اس میں break ہوتا ہے۔ ہزاروں کا، ملین ملین break</w:t>
      </w:r>
    </w:p>
    <w:p>
      <w:r>
        <w:rPr>
          <w:b/>
        </w:rPr>
        <w:t xml:space="preserve">[1:04:01] </w:t>
      </w:r>
      <w:r>
        <w:t>hota hai. wo sequence mein nahi hote hain, wo tukde tukde mein hote hain wo. to Rutherford ki jo theory hai principle of indeterminacy is se maloom hota hai ke sara universe bhi isi type par hai.</w:t>
      </w:r>
    </w:p>
    <w:p>
      <w:pPr>
        <w:jc w:val="right"/>
      </w:pPr>
      <w:r>
        <w:t>ہوتا ہے۔ وہ sequence میں نہیں ہوتے ہیں، وہ ٹکڑے ٹکڑے میں ہوتے ہیں وہ۔ تو Rutherford کی جو theory ہے principle of indeterminacy اس سے معلوم ہوتا ہے کہ سارا universe بھی اسی type پر ہے۔</w:t>
      </w:r>
    </w:p>
    <w:p>
      <w:r>
        <w:rPr>
          <w:b/>
        </w:rPr>
        <w:t xml:space="preserve">[1:04:16] </w:t>
      </w:r>
      <w:r>
        <w:t>Motion picture jo hai, hum dekhte hain to samajhte hain ke wo motion picture hai, halanke motion picture nahi hai wo. wo to bar bar break hota hai.</w:t>
      </w:r>
    </w:p>
    <w:p>
      <w:pPr>
        <w:jc w:val="right"/>
      </w:pPr>
      <w:r>
        <w:t>Motion picture جو ہے، ہم دیکھتے ہیں تو سمجھتے ہیں کہ وہ motion picture ہے، حالانکہ motion picture نہیں ہے وہ۔ وہ تو بار بار break ہوتا ہے۔</w:t>
      </w:r>
    </w:p>
    <w:p>
      <w:r>
        <w:rPr>
          <w:b/>
        </w:rPr>
        <w:t xml:space="preserve">[1:04:28] </w:t>
      </w:r>
      <w:r>
        <w:t>dekhne mein hamein lagta hai ke break nahi hai.</w:t>
      </w:r>
    </w:p>
    <w:p>
      <w:pPr>
        <w:jc w:val="right"/>
      </w:pPr>
      <w:r>
        <w:t>دیکھنے میں ہمیں لگتا ہے کہ break نہیں ہے۔</w:t>
      </w:r>
    </w:p>
    <w:p>
      <w:r>
        <w:rPr>
          <w:b/>
        </w:rPr>
        <w:t xml:space="preserve">[1:04:31] </w:t>
      </w:r>
      <w:r>
        <w:t>to universe mein bhi aisa hi hai. lekin hum used to hone ki wajah se samajhte hain ke sab kuch theek hai, sab. yani Khuda dikha raha hai ke jab chahe Khuda stop kar de kisi process ko.</w:t>
      </w:r>
    </w:p>
    <w:p>
      <w:pPr>
        <w:jc w:val="right"/>
      </w:pPr>
      <w:r>
        <w:t>تو universe میں بھی ایسا ہی ہے۔ لیکن ہم used to ہونے کی وجہ سے سمجھتے ہیں کہ سب کچھ ٹھیک ہے، سب۔ یعنی خدا دکھا رہا ہے کہ جب چاہے خدا stop کر دے کسی process کو۔</w:t>
      </w:r>
    </w:p>
    <w:p>
      <w:r>
        <w:rPr>
          <w:b/>
        </w:rPr>
        <w:t xml:space="preserve">[1:04:44] </w:t>
      </w:r>
      <w:r>
        <w:t>jab chahe cheezon ko tumhare favor mein na rahein, aisa kar de wo. agarche insan bahut kam is se sabak lete hain, lekin hota hai wo isi liye wo. to do qism ki cheezein hain</w:t>
      </w:r>
    </w:p>
    <w:p>
      <w:pPr>
        <w:jc w:val="right"/>
      </w:pPr>
      <w:r>
        <w:t>جب چاہے چیزوں کو تمہارے favor میں نہ رہیں، ایسا کر دے وہ۔ اگرچہ انسان بہت کم اس سے سبق لیتے ہیں، لیکن ہوتا ہے وہ اسی لیے وہ۔ تو دو قسم کی چیزیں ہیں</w:t>
      </w:r>
    </w:p>
    <w:p>
      <w:r>
        <w:rPr>
          <w:b/>
        </w:rPr>
        <w:t xml:space="preserve">[1:04:54] </w:t>
      </w:r>
      <w:r>
        <w:t>wo. ek wo hai jo suffering jis ko hum kehte hain, wo mere freedom ko misuse karne se ya mere baap dada ne freedom ko misuse kiya.</w:t>
      </w:r>
    </w:p>
    <w:p>
      <w:pPr>
        <w:jc w:val="right"/>
      </w:pPr>
      <w:r>
        <w:t>وہ۔ ایک وہ ہے جو suffering جس کو ہم کہتے ہیں، وہ میرے freedom کو misuse کرنے سے یا میرے باپ دادا نے freedom کو misuse کیا۔</w:t>
      </w:r>
    </w:p>
    <w:p>
      <w:r>
        <w:rPr>
          <w:b/>
        </w:rPr>
        <w:t xml:space="preserve">[1:05:03] </w:t>
      </w:r>
      <w:r>
        <w:t>ya mere samaj ne ya mere system ne. sab ka bhugtan bhugtna padta hai mujhe. maslan pollution hai. Pollution to paida karega industrialist, lekin mujhe bhi bhugtan bhugtna padega.</w:t>
      </w:r>
    </w:p>
    <w:p>
      <w:pPr>
        <w:jc w:val="right"/>
      </w:pPr>
      <w:r>
        <w:t>یا میرے سماج نے یا میرے system نے۔ سب کا بھگتان بھگتنا پڑتا ہے مجھے۔ مثلاً pollution ہے۔ Pollution تو پیدا کرے گا industrialist، لیکن مجھے بھی بھگتان بھگتنا پڑے گا۔</w:t>
      </w:r>
    </w:p>
    <w:p>
      <w:r>
        <w:rPr>
          <w:b/>
        </w:rPr>
        <w:t xml:space="preserve">[1:05:17] </w:t>
      </w:r>
      <w:r>
        <w:t>mujhe bhi. jaise passive, passive smoking hoti hai. ye smoking doosra karega. mujhe bhi is ki price deni padti hai.</w:t>
      </w:r>
    </w:p>
    <w:p>
      <w:pPr>
        <w:jc w:val="right"/>
      </w:pPr>
      <w:r>
        <w:t>مجھے بھی۔ جیسے passive، passive smoking ہوتی ہے۔ یہ smoking دوسرا کرے گا۔ مجھے بھی اس کی price دینی پڑتی ہے۔</w:t>
      </w:r>
    </w:p>
    <w:p>
      <w:r>
        <w:rPr>
          <w:b/>
        </w:rPr>
        <w:t xml:space="preserve">[1:05:24] </w:t>
      </w:r>
      <w:r>
        <w:t>jis ko kehte hain passive smoking. aur doosri wo hai jo Khuda ki taraf se warning ke taur par hoti hai. Earthquake aur tsunami aur storm aur aisi doosri cheezein.</w:t>
      </w:r>
    </w:p>
    <w:p>
      <w:pPr>
        <w:jc w:val="right"/>
      </w:pPr>
      <w:r>
        <w:t>جس کو کہتے ہیں passive smoking۔ اور دوسری وہ ہے جو خدا کی طرف سے warning کے طور پر ہوتی ہے۔ Earthquake اور tsunami اور storm اور ایسی دوسری چیزیں۔</w:t>
      </w:r>
    </w:p>
    <w:p>
      <w:r>
        <w:rPr>
          <w:b/>
        </w:rPr>
        <w:t xml:space="preserve">[1:05:39] </w:t>
      </w:r>
      <w:r>
        <w:t>to main yahan se samjha hoon, yahi Quran ki</w:t>
      </w:r>
    </w:p>
    <w:p>
      <w:pPr>
        <w:jc w:val="right"/>
      </w:pPr>
      <w:r>
        <w:t>تو میں یہاں سے سمجھا ہوں، یہی قرآن کی</w:t>
      </w:r>
    </w:p>
    <w:p>
      <w:r>
        <w:rPr>
          <w:b/>
        </w:rPr>
        <w:t xml:space="preserve">[1:05:45] </w:t>
      </w:r>
      <w:r>
        <w:t>theory hai is mamle mein.</w:t>
      </w:r>
    </w:p>
    <w:p>
      <w:pPr>
        <w:jc w:val="right"/>
      </w:pPr>
      <w:r>
        <w:t>theory ہے اس معاملے میں۔</w:t>
      </w:r>
    </w:p>
    <w:p>
      <w:r>
        <w:rPr>
          <w:b/>
        </w:rPr>
        <w:t xml:space="preserve">[1:05:49] </w:t>
      </w:r>
      <w:r>
        <w:t>What is the art of scrutiny and how is it important in the search for truth? Art of scrutiny wahi hai jis ko hum kehte hain art of analysis.</w:t>
      </w:r>
    </w:p>
    <w:p>
      <w:pPr>
        <w:jc w:val="right"/>
      </w:pPr>
      <w:r>
        <w:t>What is the art of scrutiny and how is it important in the search for truth? Art of scrutiny وہی ہے جس کو ہم کہتے ہیں art of analysis۔</w:t>
      </w:r>
    </w:p>
    <w:p>
      <w:r>
        <w:rPr>
          <w:b/>
        </w:rPr>
        <w:t xml:space="preserve">[1:06:00] </w:t>
      </w:r>
      <w:r>
        <w:t>donon ek hi cheez hain.</w:t>
      </w:r>
    </w:p>
    <w:p>
      <w:pPr>
        <w:jc w:val="right"/>
      </w:pPr>
      <w:r>
        <w:t>دونوں ایک ہی چیز ہیں۔</w:t>
      </w:r>
    </w:p>
    <w:p>
      <w:r>
        <w:rPr>
          <w:b/>
        </w:rPr>
        <w:t xml:space="preserve">[1:06:04] </w:t>
      </w:r>
      <w:r>
        <w:t>ab art of analysis jo hai, bohat hi, sab se ziyada difficult art hai main samajhta hoon. Sab se ziyada difficult art hai art of analysis.</w:t>
      </w:r>
    </w:p>
    <w:p>
      <w:pPr>
        <w:jc w:val="right"/>
      </w:pPr>
      <w:r>
        <w:t>اب art of analysis جو ہے، بہت ہی، سب سے زیادہ difficult art ہے میں سمجھتا ہوں۔ سب سے زیادہ difficult art ہے art of analysis۔</w:t>
      </w:r>
    </w:p>
    <w:p>
      <w:r>
        <w:rPr>
          <w:b/>
        </w:rPr>
        <w:t xml:space="preserve">[1:06:17] </w:t>
      </w:r>
      <w:r>
        <w:t>kyon ke is ki jo condition hai, woh aadmi is ko poora nahin karta. Poora nahin karta. Yani is ki condition yeh hai ke aap ke paas wisdom ho, aap ke paas knowledge ho.</w:t>
      </w:r>
    </w:p>
    <w:p>
      <w:pPr>
        <w:jc w:val="right"/>
      </w:pPr>
      <w:r>
        <w:t>کیوں کہ اس کی جو condition ہے، وہ آدمی اس کو پورا نہیں کرتا۔ پورا نہیں کرتا۔ یعنی اس کی condition یہ ہے کہ آپ کے پاس wisdom ہو، آپ کے پاس knowledge ہو۔</w:t>
      </w:r>
    </w:p>
    <w:p>
      <w:r>
        <w:rPr>
          <w:b/>
        </w:rPr>
        <w:t xml:space="preserve">[1:06:32] </w:t>
      </w:r>
      <w:r>
        <w:t>aur aap unbiased thinking aap ke andar ho. Unbiased.</w:t>
      </w:r>
    </w:p>
    <w:p>
      <w:pPr>
        <w:jc w:val="right"/>
      </w:pPr>
      <w:r>
        <w:t>اور آپ unbiased thinking آپ کے اندر ہو۔ Unbiased۔</w:t>
      </w:r>
    </w:p>
    <w:p>
      <w:r>
        <w:rPr>
          <w:b/>
        </w:rPr>
        <w:t xml:space="preserve">[1:06:40] </w:t>
      </w:r>
      <w:r>
        <w:t>jaise main ne ek sahib ko, un ki kisi baat par toka, un ki kisi baat par main ne criticize kiya? To woh kya kehte hain?</w:t>
      </w:r>
    </w:p>
    <w:p>
      <w:pPr>
        <w:jc w:val="right"/>
      </w:pPr>
      <w:r>
        <w:t>جیسے میں نے ایک صاحب کو، ان کی کسی بات پر ٹوکا، ان کی کسی بات پر میں نے criticize کیا۔ تو وہ کیا کہتے ہیں؟</w:t>
      </w:r>
    </w:p>
    <w:p>
      <w:r>
        <w:rPr>
          <w:b/>
        </w:rPr>
        <w:t xml:space="preserve">[1:06:49] </w:t>
      </w:r>
      <w:r>
        <w:t>ke aap to woh level of confidence ko low kar rahe hain. Kisi baat ko mujhe ghalat lagi aur main ne toka is ko, to woh kya kehte hain?</w:t>
      </w:r>
    </w:p>
    <w:p>
      <w:pPr>
        <w:jc w:val="right"/>
      </w:pPr>
      <w:r>
        <w:t>کہ آپ تو وہ level of confidence کو low کر رہے ہیں۔ کسی بات کو مجھے غلط لگی اور میں نے ٹوکا اس کو، تو وہ کیا کہتے ہیں؟</w:t>
      </w:r>
    </w:p>
    <w:p>
      <w:r>
        <w:rPr>
          <w:b/>
        </w:rPr>
        <w:t xml:space="preserve">[1:07:02] </w:t>
      </w:r>
      <w:r>
        <w:t>ke aap to level of confidence ko low kar rahe hain.</w:t>
      </w:r>
    </w:p>
    <w:p>
      <w:pPr>
        <w:jc w:val="right"/>
      </w:pPr>
      <w:r>
        <w:t>کہ آپ تو level of confidence کو low کر رہے ہیں۔</w:t>
      </w:r>
    </w:p>
    <w:p>
      <w:r>
        <w:rPr>
          <w:b/>
        </w:rPr>
        <w:t xml:space="preserve">[1:07:06] </w:t>
      </w:r>
      <w:r>
        <w:t>kuch aur log hain, un se kahin, aap to hamare بڑon ko, yani chhota bana rahe hain. Jin ko hum bara mante hain, un par agar humein shakk par jaye to phir hum kahan thahrein ge?</w:t>
      </w:r>
    </w:p>
    <w:p>
      <w:pPr>
        <w:jc w:val="right"/>
      </w:pPr>
      <w:r>
        <w:t>کچھ اور لوگ ہیں، ان سے کہیں، آپ تو ہمارے بڑوں کو، یعنی چھوٹا بنا رہے ہیں۔ جن کو ہم بڑا مانتے ہیں، ان پر اگر ہمیں شک پڑ جائے تو پھر ہم کہاں ٹھہریں گے؟</w:t>
      </w:r>
    </w:p>
    <w:p>
      <w:r>
        <w:rPr>
          <w:b/>
        </w:rPr>
        <w:t xml:space="preserve">[1:07:19] </w:t>
      </w:r>
      <w:r>
        <w:t>ke yeh sab kya hai, yeh sab bekar baatein hain. Bhai aap yeh dekhiye ke jo kehne wale ne kaha hai, us mein logic kitni hai, reason kitni hai.</w:t>
      </w:r>
    </w:p>
    <w:p>
      <w:pPr>
        <w:jc w:val="right"/>
      </w:pPr>
      <w:r>
        <w:t>کہ یہ سب کیا ہے، یہ سب بیکار باتیں ہیں۔ بھئی آپ یہ دیکھیے کہ جو کہنے والے نے کہا ہے، اس میں logic کتنی ہے، reason کتنی ہے۔</w:t>
      </w:r>
    </w:p>
    <w:p>
      <w:r>
        <w:rPr>
          <w:b/>
        </w:rPr>
        <w:t xml:space="preserve">[1:07:29] </w:t>
      </w:r>
      <w:r>
        <w:t>is ko is ki meat pe jaanchiye. Aise log analysis kaise karein ge?</w:t>
      </w:r>
    </w:p>
    <w:p>
      <w:pPr>
        <w:jc w:val="right"/>
      </w:pPr>
      <w:r>
        <w:t>اس کو اس کی میٹ پہ جانچئیے۔ ایسے لوگ analysis کیسے کریں گے؟</w:t>
      </w:r>
    </w:p>
    <w:p>
      <w:r>
        <w:rPr>
          <w:b/>
        </w:rPr>
        <w:t xml:space="preserve">[1:07:36] </w:t>
      </w:r>
      <w:r>
        <w:t>yani cheezon ko meat par na jaanchain aap, to aap analysis kaise karein ge? To knowledge bhi chahiye, wisdom bhi chahiye, aur unbiased thinking bhi chahiye, objectivity bhi chahiye.</w:t>
      </w:r>
    </w:p>
    <w:p>
      <w:pPr>
        <w:jc w:val="right"/>
      </w:pPr>
      <w:r>
        <w:t>یعنی چیزوں کو میٹ پر نہ جانچیں آپ، تو آپ analysis کیسے کریں گے؟ تو knowledge بھی چاہیے، wisdom بھی چاہیے، اور unbiased thinking بھی چاہیے، objectivity بھی چاہیے۔</w:t>
      </w:r>
    </w:p>
    <w:p>
      <w:r>
        <w:rPr>
          <w:b/>
        </w:rPr>
        <w:t xml:space="preserve">[1:07:50] </w:t>
      </w:r>
      <w:r>
        <w:t>bohat si cheez chahiye. Aur self-killing chahiye, sab se bari museebat yeh hai. Ab self-killing ke liye to koi tayyar nahin hota. To mujhe to sari duniya mein koi ek bhi insaan nahin dikhai parta jo sach much objective way mein analysis karna janta ho.</w:t>
      </w:r>
    </w:p>
    <w:p>
      <w:pPr>
        <w:jc w:val="right"/>
      </w:pPr>
      <w:r>
        <w:t>بہت سی چیز چاہیے۔ اور self-killing چاہیے، سب سے بڑی مصیبت یہ ہے۔ اب self-killing کے لیے تو کوئی تیار نہیں ہوتا۔ تو مجھے تو ساری دنیا میں کوئی ایک بھی انسان نہیں دکھائی پڑتا جو سچ مچ objective way میں analysis کرنا جانتا ہو۔</w:t>
      </w:r>
    </w:p>
    <w:p>
      <w:r>
        <w:rPr>
          <w:b/>
        </w:rPr>
        <w:t xml:space="preserve">[1:08:04] </w:t>
      </w:r>
      <w:r>
        <w:t>ek bhi nahin, ek bhi nahin. Kisi ko shakk ho to mujhe koi book laiye.</w:t>
      </w:r>
    </w:p>
    <w:p>
      <w:pPr>
        <w:jc w:val="right"/>
      </w:pPr>
      <w:r>
        <w:t>ایک بھی نہیں، ایک بھی نہیں۔ کسی کو شک ہو تو مجھے کوئی book لائیے۔</w:t>
      </w:r>
    </w:p>
    <w:p>
      <w:r>
        <w:rPr>
          <w:b/>
        </w:rPr>
        <w:t xml:space="preserve">[1:08:12] </w:t>
      </w:r>
      <w:r>
        <w:t>bohat hi beautiful titles aa chuki hain, books milti hain aap ko ja kar ke book shop. Laiye aap ko, ek kitab mein bataunga aap ko. Ke koi ek bhi insaan is waqt zameen par nahin hai, agarche har taraf ilm ka dhoom machi hui hai.</w:t>
      </w:r>
    </w:p>
    <w:p>
      <w:pPr>
        <w:jc w:val="right"/>
      </w:pPr>
      <w:r>
        <w:t>بہت ہی beautiful titles آ چکی ہیں، books ملتی ہیں آپ کو جا کر کے book shop۔ لائیے آپ کو، ایک کتاب میں بتاؤں گا آپ کو۔ کہ کوئی ایک بھی انسان اس وقت زمین پر نہیں ہے، اگرچہ ہر طرف علم کا دھوم مچی ہوئی ہے۔</w:t>
      </w:r>
    </w:p>
    <w:p>
      <w:r>
        <w:rPr>
          <w:b/>
        </w:rPr>
        <w:t xml:space="preserve">[1:08:28] </w:t>
      </w:r>
      <w:r>
        <w:t>aaj hi main ne ek kitab parhi jis mein bohat sari digriyan is mein likhi hui theen. Bohat si digriyan. Aur international digriyan is mein theen.</w:t>
      </w:r>
    </w:p>
    <w:p>
      <w:pPr>
        <w:jc w:val="right"/>
      </w:pPr>
      <w:r>
        <w:t>آج ہی میں نے ایک کتاب پڑھی جس میں بہت ساری ڈگریاں اس میں لکھی ہوئی تھیں۔ بہت سی ڈگریاں۔ اور international ڈگریاں اس میں تھیں۔</w:t>
      </w:r>
    </w:p>
    <w:p>
      <w:r>
        <w:rPr>
          <w:b/>
        </w:rPr>
        <w:t xml:space="preserve">[1:08:38] </w:t>
      </w:r>
      <w:r>
        <w:t>aur is mein mere bare mein ek reference tha. Mere bare mein.</w:t>
      </w:r>
    </w:p>
    <w:p>
      <w:pPr>
        <w:jc w:val="right"/>
      </w:pPr>
      <w:r>
        <w:t>اور اس میں میرے بارے میں ایک reference تھا۔ میرے بارے میں۔</w:t>
      </w:r>
    </w:p>
    <w:p>
      <w:r>
        <w:rPr>
          <w:b/>
        </w:rPr>
        <w:t xml:space="preserve">[1:08:42] </w:t>
      </w:r>
      <w:r>
        <w:t>aur out of context tha woh. Out of context tha woh. Yani is mein unhon ne apni taraf se is ko ek aise sense bhi liya.</w:t>
      </w:r>
    </w:p>
    <w:p>
      <w:pPr>
        <w:jc w:val="right"/>
      </w:pPr>
      <w:r>
        <w:t>اور out of context تھا وہ۔ Out of context تھا وہ۔ یعنی اس میں انہوں نے اپنی طرف سے اس کو ایک ایسے sense بھی لیا۔</w:t>
      </w:r>
    </w:p>
    <w:p>
      <w:r>
        <w:rPr>
          <w:b/>
        </w:rPr>
        <w:t xml:space="preserve">[1:08:52] </w:t>
      </w:r>
      <w:r>
        <w:t>jis mein main ne is ko use nahin kiya tha woh. Woh likha nahin tha. Aise log analysis kaise karein ge bataiye? Analysis kaise karein ge?</w:t>
      </w:r>
    </w:p>
    <w:p>
      <w:pPr>
        <w:jc w:val="right"/>
      </w:pPr>
      <w:r>
        <w:t>جس میں میں نے اس کو use نہیں کیا تھا وہ۔ وہ لکھا نہیں تھا۔ ایسے لوگ analysis کیسے کریں گے بتائیے؟ Analysis کیسے کریں گے؟</w:t>
      </w:r>
    </w:p>
    <w:p>
      <w:r>
        <w:rPr>
          <w:b/>
        </w:rPr>
        <w:t xml:space="preserve">[1:09:03] </w:t>
      </w:r>
      <w:r>
        <w:t>yeh self-killing jo main kar raha hoon is liye ke aap ko sab se ziyada jo record parti hai woh ego. Apni ghalati ko na manna.</w:t>
      </w:r>
    </w:p>
    <w:p>
      <w:pPr>
        <w:jc w:val="right"/>
      </w:pPr>
      <w:r>
        <w:t>یہ self-killing جو میں کر رہا ہوں اس لیے کہ آپ کو سب سے زیادہ جو ریکارڈ پڑتی ہے وہ ego۔ اپنی غلطی کو نہ ماننا۔</w:t>
      </w:r>
    </w:p>
    <w:p>
      <w:r>
        <w:rPr>
          <w:b/>
        </w:rPr>
        <w:t xml:space="preserve">[1:09:11] </w:t>
      </w:r>
      <w:r>
        <w:t>main samajhta hoon ke insaan ki sab se jo common ghalati hai woh yeh hai ke I was wrong koi nahin keh pata. You are wrong keh paate hain sab log.</w:t>
      </w:r>
    </w:p>
    <w:p>
      <w:pPr>
        <w:jc w:val="right"/>
      </w:pPr>
      <w:r>
        <w:t>میں سمجھتا ہوں کہ انسان کی سب سے جو کامن غلطی ہے وہ یہ ہے کہ I was wrong کوئی نہیں کہہ پاتا۔ You are wrong کہہ پاتے ہیں سب لوگ۔</w:t>
      </w:r>
    </w:p>
    <w:p>
      <w:r>
        <w:rPr>
          <w:b/>
        </w:rPr>
        <w:t xml:space="preserve">[1:09:21] </w:t>
      </w:r>
      <w:r>
        <w:t>I am wrong koi nahin keh pata. Is liye koi analysis bhi nahin kar sakta koi. Main to daily jo hai dekhta hoon aisi baatein jo bilkul hi absurd hoti hain.</w:t>
      </w:r>
    </w:p>
    <w:p>
      <w:pPr>
        <w:jc w:val="right"/>
      </w:pPr>
      <w:r>
        <w:t>I am wrong کوئی نہیں کہہ پاتا۔ اس لیے کوئی analysis بھی نہیں کر سکتا کوئی۔ میں تو daily جو ہے دیکھتا ہوں ایسی باتیں جو بالکل ہی absurd ہوتی ہیں۔</w:t>
      </w:r>
    </w:p>
    <w:p>
      <w:r>
        <w:rPr>
          <w:b/>
        </w:rPr>
        <w:t xml:space="preserve">[1:09:38] </w:t>
      </w:r>
      <w:r>
        <w:t>to analysis woh kar pata hai sahi sahi jo yani self-killing ke liye tayyar ho. Self-killing se objectivity aati hai.</w:t>
      </w:r>
    </w:p>
    <w:p>
      <w:pPr>
        <w:jc w:val="right"/>
      </w:pPr>
      <w:r>
        <w:t>تو analysis وہ کر پاتا ہے صحیح صحیح جو یعنی self-killing کے لیے تیار ہو۔ Self-killing سے objectivity آتی ہے۔</w:t>
      </w:r>
    </w:p>
    <w:p>
      <w:r>
        <w:rPr>
          <w:b/>
        </w:rPr>
        <w:t xml:space="preserve">[1:09:51] </w:t>
      </w:r>
      <w:r>
        <w:t>agar aap ko, albatta agar aap woh janna chaho ke analysis hai kya, to ek book parhiye jo moti si book hai. Age of Analysis bohat achhi kitab hai woh.</w:t>
      </w:r>
    </w:p>
    <w:p>
      <w:pPr>
        <w:jc w:val="right"/>
      </w:pPr>
      <w:r>
        <w:t>اگر آپ کو، البتہ اگر آپ وہ جاننا چاہو کہ analysis ہے کیا، تو ایک book پڑھیے جو موٹی سی book ہے۔ Age of Analysis بہت اچھی کتاب ہے وہ۔</w:t>
      </w:r>
    </w:p>
    <w:p>
      <w:r>
        <w:rPr>
          <w:b/>
        </w:rPr>
        <w:t xml:space="preserve">[1:10:02] </w:t>
      </w:r>
      <w:r>
        <w:t>to aap ko pata hi hai ke analysis kya hai.</w:t>
      </w:r>
    </w:p>
    <w:p>
      <w:pPr>
        <w:jc w:val="right"/>
      </w:pPr>
      <w:r>
        <w:t>تو آپ کو پتہ ہی ہے کہ analysis کیا ہے۔</w:t>
      </w:r>
    </w:p>
    <w:p>
      <w:r>
        <w:rPr>
          <w:b/>
        </w:rPr>
        <w:t xml:space="preserve">[1:10:06] </w:t>
      </w:r>
      <w:r>
        <w:t>jo aap farma rahe hain ke scrutiny koi alag cheez nahin hai, wohi hai jis ko hum analysis kehte hain. To koi kar nahin pata scrutiny.</w:t>
      </w:r>
    </w:p>
    <w:p>
      <w:pPr>
        <w:jc w:val="right"/>
      </w:pPr>
      <w:r>
        <w:t>جو آپ فرما رہے ہیں کہ scrutiny کوئی الگ چیز نہیں ہے، وہی ہے جس کو ہم analysis کہتے ہیں۔ تو کوئی کر نہیں پاتا scrutiny۔</w:t>
      </w:r>
    </w:p>
    <w:p>
      <w:r>
        <w:rPr>
          <w:b/>
        </w:rPr>
        <w:t xml:space="preserve">[1:10:15] </w:t>
      </w:r>
      <w:r>
        <w:t>jaise ke har ghar mein kya hai? aap ghar ke andar jayenge. ghar ka koi aadmi aap se kahega ke woh is padosi ne aisa keh diya, falan relative ne aisa keh diya, aap maan lenge us ko.</w:t>
      </w:r>
    </w:p>
    <w:p>
      <w:pPr>
        <w:jc w:val="right"/>
      </w:pPr>
      <w:r>
        <w:t>جیسے کہ ہر گھر میں کیا ہے؟ آپ گھر کے اندر جائیں گے۔ گھر کا کوئی آدمی آپ سے کہے گا کہ وہ اس پڑوسی نے ایسا کہہ دیا، فلاں relative نے ایسا کہہ دیا، آپ مان لیں گے اس کو۔</w:t>
      </w:r>
    </w:p>
    <w:p>
      <w:r>
        <w:rPr>
          <w:b/>
        </w:rPr>
        <w:t xml:space="preserve">[1:10:28] </w:t>
      </w:r>
      <w:r>
        <w:t>main to kabhi aise nahin manta, main to scrutiny karta hoon is ki.</w:t>
      </w:r>
    </w:p>
    <w:p>
      <w:pPr>
        <w:jc w:val="right"/>
      </w:pPr>
      <w:r>
        <w:t>میں تو کبھی ایسے نہیں مانتا، میں تو scrutiny کرتا ہوں اس کی۔</w:t>
      </w:r>
    </w:p>
    <w:p>
      <w:r>
        <w:rPr>
          <w:b/>
        </w:rPr>
        <w:t xml:space="preserve">[1:10:32] </w:t>
      </w:r>
      <w:r>
        <w:t>meri biwi bohat is par bigadti thi ke aap se kuch bhi kaha jaye to aap mante nahin. to maine kaise maan loon bhai? kis ne kaha, kis tareeqe se kaha, asal wording kya thi us ki, woh saari scrutiny karta hoon main.</w:t>
      </w:r>
    </w:p>
    <w:p>
      <w:pPr>
        <w:jc w:val="right"/>
      </w:pPr>
      <w:r>
        <w:t>میری بیوی بہت اس پر بگڑتی تھی کہ آپ سے کچھ بھی کہا جائے تو آپ مانتے نہیں۔ تو میں نے کیسے مان لوں بھئی؟ کس نے کہا، کس طریقے سے کہا، اصل wording کیا تھی اس کی، وہ ساری scrutiny کرتا ہوں میں۔</w:t>
      </w:r>
    </w:p>
    <w:p>
      <w:r>
        <w:rPr>
          <w:b/>
        </w:rPr>
        <w:t xml:space="preserve">[1:10:47] </w:t>
      </w:r>
      <w:r>
        <w:t>kabhi bhi maine aisa nahin kiya ke jo sunoon usi ko maan loon. kyun ke hadith mein dekhiye aaya hai: kafi bilbir kadhiban yahdithu bikulli ma sami</w:t>
      </w:r>
    </w:p>
    <w:p>
      <w:pPr>
        <w:jc w:val="right"/>
      </w:pPr>
      <w:r>
        <w:t>کبھی بھی میں نے ایسا نہیں کیا کہ جو سنوں اسی کو مان لوں۔ کیوں کہ حدیث میں دیکھیے آیا ہے: كفى بالبر كذبًا يحدث بكل ما سمع</w:t>
      </w:r>
    </w:p>
    <w:p>
      <w:r>
        <w:rPr>
          <w:b/>
        </w:rPr>
        <w:t xml:space="preserve">[1:10:59] </w:t>
      </w:r>
      <w:r>
        <w:t>aadmi ke jhoota hone ke liye yeh baat kafi hai jo suna hai us ko maan le woh.</w:t>
      </w:r>
    </w:p>
    <w:p>
      <w:pPr>
        <w:jc w:val="right"/>
      </w:pPr>
      <w:r>
        <w:t>آدمی کے جھوٹا ہونے کے لیے یہ بات کافی ہے جو سنا ہے اس کو مان لے وہ۔</w:t>
      </w:r>
    </w:p>
    <w:p>
      <w:r>
        <w:rPr>
          <w:b/>
        </w:rPr>
        <w:t xml:space="preserve">[1:11:06] </w:t>
      </w:r>
      <w:r>
        <w:t>to baharhal yeh ek bohat hi mushkil art hai. aur aap logon ke liye jo option hai woh sirf do mein hai.</w:t>
      </w:r>
    </w:p>
    <w:p>
      <w:pPr>
        <w:jc w:val="right"/>
      </w:pPr>
      <w:r>
        <w:t>تو بہرحال یہ ایک بہت ہی مشکل art ہے۔ اور آپ لوگوں کے لیے جو option ہے وہ صرف دو میں ہے۔</w:t>
      </w:r>
    </w:p>
    <w:p>
      <w:r>
        <w:rPr>
          <w:b/>
        </w:rPr>
        <w:t xml:space="preserve">[1:11:16] </w:t>
      </w:r>
      <w:r>
        <w:t>ya to khud apne aap ko tayyar karen, is qabil banayen ke woh sach much woh objective analysis kar saken. ya phir kisi ko guru maan len, murshid maan len.</w:t>
      </w:r>
    </w:p>
    <w:p>
      <w:pPr>
        <w:jc w:val="right"/>
      </w:pPr>
      <w:r>
        <w:t>یا تو خود اپنے آپ کو تیار کریں، اس قابل بنائیں کہ وہ سچ مچ وہ objective analysis کر سکیں۔ یا پھر کسی کو گرو مان لیں، مرشد مان لیں۔</w:t>
      </w:r>
    </w:p>
    <w:p>
      <w:r>
        <w:rPr>
          <w:b/>
        </w:rPr>
        <w:t xml:space="preserve">[1:11:29] </w:t>
      </w:r>
      <w:r>
        <w:t>bas. third option yahan par koi bhi nahin hai. badqismati se halaat mein third option yahi rehta hai. third option.</w:t>
      </w:r>
    </w:p>
    <w:p>
      <w:pPr>
        <w:jc w:val="right"/>
      </w:pPr>
      <w:r>
        <w:t>بس۔ Third option یہاں پر کوئی بھی نہیں ہے۔ بدقسمتی سے حالات میں third option یہی رہتا ہے۔ Third option۔</w:t>
      </w:r>
    </w:p>
    <w:p>
      <w:r>
        <w:rPr>
          <w:b/>
        </w:rPr>
        <w:t xml:space="preserve">[1:11:38] </w:t>
      </w:r>
      <w:r>
        <w:t>main to bhai yahi samajhta hoon.</w:t>
      </w:r>
    </w:p>
    <w:p>
      <w:pPr>
        <w:jc w:val="right"/>
      </w:pPr>
      <w:r>
        <w:t>میں تو بھئی یہی سمجھتا ہوں۔</w:t>
      </w:r>
    </w:p>
    <w:p>
      <w:r>
        <w:rPr>
          <w:b/>
        </w:rPr>
        <w:t xml:space="preserve">[1:11:43] </w:t>
      </w:r>
      <w:r>
        <w:t>This question is from Dr. Faridah Khanam. The communist philosophy believes in establishing its ideology by force.</w:t>
      </w:r>
    </w:p>
    <w:p>
      <w:pPr>
        <w:jc w:val="right"/>
      </w:pPr>
      <w:r>
        <w:t>This question is from Dr. Faridah Khanam. The communist philosophy believes in establishing its ideology by force.</w:t>
      </w:r>
    </w:p>
    <w:p>
      <w:r>
        <w:rPr>
          <w:b/>
        </w:rPr>
        <w:t xml:space="preserve">[1:11:53] </w:t>
      </w:r>
      <w:r>
        <w:t>Do you think that Muslims have adopted this communist philosophy in which violence was inherent? yeh bilkul hundred percent sahi hai baat.</w:t>
      </w:r>
    </w:p>
    <w:p>
      <w:pPr>
        <w:jc w:val="right"/>
      </w:pPr>
      <w:r>
        <w:t>Do you think that Muslims have adopted this communist philosophy in which violence was inherent? یہ بالکل hundred percent صحیح ہے بات۔</w:t>
      </w:r>
    </w:p>
    <w:p>
      <w:r>
        <w:rPr>
          <w:b/>
        </w:rPr>
        <w:t xml:space="preserve">[1:12:03] </w:t>
      </w:r>
      <w:r>
        <w:t>Hundred percent. Hundred percent sahi hai yeh baat. dekhiye, history mein ek hi insaan hai, Karl Barth, jis ne yeh kiya ke ideology ko us ne system se joda.</w:t>
      </w:r>
    </w:p>
    <w:p>
      <w:pPr>
        <w:jc w:val="right"/>
      </w:pPr>
      <w:r>
        <w:t>Hundred percent۔ Hundred percent صحیح ہے یہ بات۔ دیکھیے، history میں ایک ہی انسان ہے، کارل بارس، جس نے یہ کیا کہ ideology کو اس نے system سے جوڑا۔</w:t>
      </w:r>
    </w:p>
    <w:p>
      <w:r>
        <w:rPr>
          <w:b/>
        </w:rPr>
        <w:t xml:space="preserve">[1:12:25] </w:t>
      </w:r>
      <w:r>
        <w:t>yani system jodne ka matlab kya hai? ke poori history mein saare philosophers, saare thinkers ka matlab kya tha?</w:t>
      </w:r>
    </w:p>
    <w:p>
      <w:pPr>
        <w:jc w:val="right"/>
      </w:pPr>
      <w:r>
        <w:t>یعنی system جوڑنے کا معنی کیا ہے؟ کہ پوری history میں سارے philosophers، سارے thinkers کا معنی کیا تھا؟</w:t>
      </w:r>
    </w:p>
    <w:p>
      <w:r>
        <w:rPr>
          <w:b/>
        </w:rPr>
        <w:t xml:space="preserve">[1:12:34] </w:t>
      </w:r>
      <w:r>
        <w:t>ke woh individual mind ko address karte the. Individual mind ko. woh samajhte the ke koi thought jo hai woh ek mind mein hota hai.</w:t>
      </w:r>
    </w:p>
    <w:p>
      <w:pPr>
        <w:jc w:val="right"/>
      </w:pPr>
      <w:r>
        <w:t>کہ وہ individual mind کو address کرتے تھے۔ Individual mind کو۔ وہ سمجھتے تھے کہ کوئی thought جو ہے وہ ایک mind میں ہوتا ہے۔</w:t>
      </w:r>
    </w:p>
    <w:p>
      <w:r>
        <w:rPr>
          <w:b/>
        </w:rPr>
        <w:t xml:space="preserve">[1:12:46] </w:t>
      </w:r>
      <w:r>
        <w:t>is mind ko humein change karna hai.</w:t>
      </w:r>
    </w:p>
    <w:p>
      <w:pPr>
        <w:jc w:val="right"/>
      </w:pPr>
      <w:r>
        <w:t>اس mind کو ہمیں change کرنا ہے۔</w:t>
      </w:r>
    </w:p>
    <w:p>
      <w:r>
        <w:rPr>
          <w:b/>
        </w:rPr>
        <w:t xml:space="preserve">[1:12:49] </w:t>
      </w:r>
      <w:r>
        <w:t>to saare philosophers, saare thinkers individual mind ko address karte the. aur Barth ne pehli baar kaha ke ult diya maamle ko.</w:t>
      </w:r>
    </w:p>
    <w:p>
      <w:pPr>
        <w:jc w:val="right"/>
      </w:pPr>
      <w:r>
        <w:t>تو سارے philosophers، سارے thinkers individual mind کو address کرتے تھے۔ اور بارس نے پہلی بار کہا کہ الٹ دیا معاملے کو۔</w:t>
      </w:r>
    </w:p>
    <w:p>
      <w:r>
        <w:rPr>
          <w:b/>
        </w:rPr>
        <w:t xml:space="preserve">[1:12:58] </w:t>
      </w:r>
      <w:r>
        <w:t>us ne kaha ke us ne kaha ke woh It is not consciousness that</w:t>
      </w:r>
    </w:p>
    <w:p>
      <w:pPr>
        <w:jc w:val="right"/>
      </w:pPr>
      <w:r>
        <w:t>اس نے کہا کہ اس نے کہا کہ وہ It is not consciousness that</w:t>
      </w:r>
    </w:p>
    <w:p>
      <w:r>
        <w:rPr>
          <w:b/>
        </w:rPr>
        <w:t xml:space="preserve">[1:13:12] </w:t>
      </w:r>
      <w:r>
        <w:t>creates system but it is system that creates consciousness</w:t>
      </w:r>
    </w:p>
    <w:p>
      <w:pPr>
        <w:jc w:val="right"/>
      </w:pPr>
      <w:r>
        <w:t>creates system but it is system that creates consciousness</w:t>
      </w:r>
    </w:p>
    <w:p>
      <w:r>
        <w:rPr>
          <w:b/>
        </w:rPr>
        <w:t xml:space="preserve">[1:13:18] </w:t>
      </w:r>
      <w:r>
        <w:t>matlab consciousness se system nahin banta. System consciousness ko banata hai. yeh ulti baat bilkul. yeh soch jo hai woh shape karti hai system ko.</w:t>
      </w:r>
    </w:p>
    <w:p>
      <w:pPr>
        <w:jc w:val="right"/>
      </w:pPr>
      <w:r>
        <w:t>مطلب consciousness سے system نہیں بنتا۔ System consciousness کو بناتا ہے۔ یہ الٹی بات بالکل۔ یہ سوچ جو ہے وہ shape کرتی ہے system کو۔</w:t>
      </w:r>
    </w:p>
    <w:p>
      <w:r>
        <w:rPr>
          <w:b/>
        </w:rPr>
        <w:t xml:space="preserve">[1:13:32] </w:t>
      </w:r>
      <w:r>
        <w:t>yeh sab log mante the pehle. us ne kya kar diya ke nahin. System jo hai woh shape karta hai mind ko. is pe kitab hai Barth ki Poverty of Philosophy</w:t>
      </w:r>
    </w:p>
    <w:p>
      <w:pPr>
        <w:jc w:val="right"/>
      </w:pPr>
      <w:r>
        <w:t>یہ سب لوگ مانتے تھے پہلے۔ اس نے کیا کر دیا کہ نہیں۔ System جو ہے وہ shape کرتا ہے mind کو۔ اس پہ کتاب ہے بارس کی Poverty of Philosophy</w:t>
      </w:r>
    </w:p>
    <w:p>
      <w:r>
        <w:rPr>
          <w:b/>
        </w:rPr>
        <w:t xml:space="preserve">[1:13:46] </w:t>
      </w:r>
      <w:r>
        <w:t>yani falsafi ka iflas. to yeh jo soch thi falsafi mein ke mind ko change karo. jab mind change hoga to individual change hoga.</w:t>
      </w:r>
    </w:p>
    <w:p>
      <w:pPr>
        <w:jc w:val="right"/>
      </w:pPr>
      <w:r>
        <w:t>یعنی فلسفی کا افلاس۔ تو یہ جو سوچ تھی فلسفی میں کہ mind کو change کرو۔ جب mind change ہوگا تو individual change ہوگا۔</w:t>
      </w:r>
    </w:p>
    <w:p>
      <w:r>
        <w:rPr>
          <w:b/>
        </w:rPr>
        <w:t xml:space="preserve">[1:13:57] </w:t>
      </w:r>
      <w:r>
        <w:t>jab individual change hoga to system change hoga. is ko us ne reject kar diya. nahin. woh kaha ke Poverty of Philosophy</w:t>
      </w:r>
    </w:p>
    <w:p>
      <w:pPr>
        <w:jc w:val="right"/>
      </w:pPr>
      <w:r>
        <w:t>جب individual change ہوگا تو system change ہوگا۔ اس کو اس نے reject کر دیا۔ نہیں۔ وہ کہا کہ Poverty of Philosophy</w:t>
      </w:r>
    </w:p>
    <w:p>
      <w:r>
        <w:rPr>
          <w:b/>
        </w:rPr>
        <w:t xml:space="preserve">[1:14:08] </w:t>
      </w:r>
      <w:r>
        <w:t>to isi ko us zamane mein yeh jo maine kaha Jamaat-e-Islami aur Ikhwan-ul-Muslimeen dono Marxian edition hain Islam ka. yeh dono ke dono.</w:t>
      </w:r>
    </w:p>
    <w:p>
      <w:pPr>
        <w:jc w:val="right"/>
      </w:pPr>
      <w:r>
        <w:t>تو اسی کو اس زمانے میں یہ جو میں نے کہا جماعت اسلامی اور اخوان المسلمین دونوں مارکسین ایڈیشن ہیں اسلام کا۔ یہ دونوں کے دونوں۔</w:t>
      </w:r>
    </w:p>
    <w:p>
      <w:r>
        <w:rPr>
          <w:b/>
        </w:rPr>
        <w:t xml:space="preserve">[1:14:20] </w:t>
      </w:r>
      <w:r>
        <w:t>dono ke dono Islam ka Marxian edition hain. aur itne bade maane jate hain thinker. shayad us zamane mein number one thinker Iqbal ko maana jata hai.</w:t>
      </w:r>
    </w:p>
    <w:p>
      <w:pPr>
        <w:jc w:val="right"/>
      </w:pPr>
      <w:r>
        <w:t>دونوں کے دونوں اسلام کا مارکسین ایڈیشن ہیں۔ اور اتنے بڑے مانے جاتے ہیں thinker۔ شاید اس زمانے میں نمبر ون thinker اقبال کو مانا جاتا ہے۔</w:t>
      </w:r>
    </w:p>
    <w:p>
      <w:r>
        <w:rPr>
          <w:b/>
        </w:rPr>
        <w:t xml:space="preserve">[1:14:31] </w:t>
      </w:r>
      <w:r>
        <w:t>un ka shair hai ke Barth ke baray mein neest pehambar o laikin dar baghal daarad kitaab</w:t>
      </w:r>
    </w:p>
    <w:p>
      <w:pPr>
        <w:jc w:val="right"/>
      </w:pPr>
      <w:r>
        <w:t>ان کا شعر ہے کہ بارس کے بارے میں نیست پیغمبر و لیکن در بغل دارد کتاب</w:t>
      </w:r>
    </w:p>
    <w:p>
      <w:r>
        <w:rPr>
          <w:b/>
        </w:rPr>
        <w:t xml:space="preserve">[1:14:40] </w:t>
      </w:r>
      <w:r>
        <w:t>yani peghambar to nahi hai lekin woh baghal mein ek kitab hai us ki. yani kitni baseless baat hai yeh. lekin aap jante hain ek zamana yeh tha ke shayad mein akela tha duniya mein jo mutasir nahi tha bars se.</w:t>
      </w:r>
    </w:p>
    <w:p>
      <w:pPr>
        <w:jc w:val="right"/>
      </w:pPr>
      <w:r>
        <w:t>یعنی پیغمبر تو نہیں ہے لیکن وہ بغل میں ایک کتاب ہے اس کی۔ یعنی کتنی baseless بات ہے یہ۔ لیکن آپ جانتے ہیں ایک زمانہ یہ تھا کہ شاید میں اکیلا تھا دنیا میں جو متاثر نہیں تھا بارس سے۔</w:t>
      </w:r>
    </w:p>
    <w:p>
      <w:r>
        <w:rPr>
          <w:b/>
        </w:rPr>
        <w:t xml:space="preserve">[1:14:52] </w:t>
      </w:r>
      <w:r>
        <w:t>garil breth ne likha hai jo mar gaya, garil breth bohat bara scholar tha amreeka ka. ke jitna history mein jitna logon par influence dala bars ne kabhi kisi ne nahi dala tha.</w:t>
      </w:r>
    </w:p>
    <w:p>
      <w:pPr>
        <w:jc w:val="right"/>
      </w:pPr>
      <w:r>
        <w:t>گارل بریتھ نے لکھا ہے جو مر گیا، گارل بریتھ بہت بڑا scholar تھا امریکہ کا۔ کہ جتنا history میں جتنا لوگوں پر influence ڈالا بارس نے کبھی کسی نے نہیں ڈالا تھا۔</w:t>
      </w:r>
    </w:p>
    <w:p>
      <w:r>
        <w:rPr>
          <w:b/>
        </w:rPr>
        <w:t xml:space="preserve">[1:15:05] </w:t>
      </w:r>
      <w:r>
        <w:t>is ne likha hai naam le kar ke muhammad ne bhi dala logon ki thinking par. to ek zamana tha ke bars ki thinking chha gayi thi sari duniya mein.</w:t>
      </w:r>
    </w:p>
    <w:p>
      <w:pPr>
        <w:jc w:val="right"/>
      </w:pPr>
      <w:r>
        <w:t>اس نے لکھا ہے نام لے کر کہ محمد نے بھی ڈالا لوگوں کی thinking پر۔ تو ایک زمانہ تھا کہ بارس کی thinking چھا گئی تھی ساری دنیا میں۔</w:t>
      </w:r>
    </w:p>
    <w:p>
      <w:r>
        <w:rPr>
          <w:b/>
        </w:rPr>
        <w:t xml:space="preserve">[1:15:16] </w:t>
      </w:r>
      <w:r>
        <w:t>is waqt mein ne ek kitab likhi thi jis ka title tha ke Marxism jis ko tareekh radd kar chuki hai.</w:t>
      </w:r>
    </w:p>
    <w:p>
      <w:pPr>
        <w:jc w:val="right"/>
      </w:pPr>
      <w:r>
        <w:t>اس وقت میں نے ایک کتاب لکھی تھی جس کا ٹائٹل تھا کہ Marxism جس کو تاریخ رد کر چکی ہے۔</w:t>
      </w:r>
    </w:p>
    <w:p>
      <w:r>
        <w:rPr>
          <w:b/>
        </w:rPr>
        <w:t xml:space="preserve">[1:15:25] </w:t>
      </w:r>
      <w:r>
        <w:t>yani Marxism rejected by history is waqt jo ke chhaya hua tha woh communist empire</w:t>
      </w:r>
    </w:p>
    <w:p>
      <w:pPr>
        <w:jc w:val="right"/>
      </w:pPr>
      <w:r>
        <w:t>یعنی Marxism rejected by history اس وقت جو کہ چھایا ہوا تھا وہ communist empire</w:t>
      </w:r>
    </w:p>
    <w:p>
      <w:r>
        <w:rPr>
          <w:b/>
        </w:rPr>
        <w:t xml:space="preserve">[1:15:34] </w:t>
      </w:r>
      <w:r>
        <w:t>. to log mujhe kehte the ke yeh to aisi baat karte rehte hain kuch bhi ulti palti. lekin aap jante hain ke woh reject ho gaya.</w:t>
      </w:r>
    </w:p>
    <w:p>
      <w:pPr>
        <w:jc w:val="right"/>
      </w:pPr>
      <w:r>
        <w:t>۔ تو لوگ مجھے کہتے تھے کہ یہ تو ایسی بات کرتے رہتے ہیں کچھ بھی الٹی پلٹی۔ لیکن آپ جانتے ہیں کہ وہ reject ہو گیا۔</w:t>
      </w:r>
    </w:p>
    <w:p>
      <w:r>
        <w:rPr>
          <w:b/>
        </w:rPr>
        <w:t xml:space="preserve">[1:15:43] </w:t>
      </w:r>
      <w:r>
        <w:t>to bars ne yeh kiya ke is ne kaha ke consciousness asal cheez nahi, asal system hai. to yahi in logon ne adopt kar liya.</w:t>
      </w:r>
    </w:p>
    <w:p>
      <w:pPr>
        <w:jc w:val="right"/>
      </w:pPr>
      <w:r>
        <w:t>تو بارس نے یہ کیا کہ اس نے کہا کہ consciousness اصل چیز نہیں، اصل system ہے۔ تو یہی ان لوگوں نے adopt کر لیا۔</w:t>
      </w:r>
    </w:p>
    <w:p>
      <w:r>
        <w:rPr>
          <w:b/>
        </w:rPr>
        <w:t xml:space="preserve">[1:15:54] </w:t>
      </w:r>
      <w:r>
        <w:t>ikhwan ul muslimeen ne aur jamaat islami walon ne ke system ko badlo tab cheezein badlen gi. agar system ko jab tak nahi badlo ge to cheezein badalne wali nahi hain.</w:t>
      </w:r>
    </w:p>
    <w:p>
      <w:pPr>
        <w:jc w:val="right"/>
      </w:pPr>
      <w:r>
        <w:t>اخوان المسلمین نے اور جماعت اسلامی والوں نے کہ system کو بدلو تب چیزیں بدلیں گی۔ اگر system کو جب تک نہیں بدلو گے تو چیزیں بدلنے والی نہیں ہیں۔</w:t>
      </w:r>
    </w:p>
    <w:p>
      <w:r>
        <w:rPr>
          <w:b/>
        </w:rPr>
        <w:t xml:space="preserve">[1:16:02] </w:t>
      </w:r>
      <w:r>
        <w:t>bilkul absurd philosophy yeh hai. Absurd philosophy yeh hai ke political system aap badal den ge to is ka is insaan ki soch badal jayegi.</w:t>
      </w:r>
    </w:p>
    <w:p>
      <w:pPr>
        <w:jc w:val="right"/>
      </w:pPr>
      <w:r>
        <w:t>بالکل absurd philosophy یہ ہے۔ Absurd philosophy یہ ہے کہ political system آپ بدل دیں گے تو اس کا اس انسان کی سوچ بدل جائے گی۔</w:t>
      </w:r>
    </w:p>
    <w:p>
      <w:r>
        <w:rPr>
          <w:b/>
        </w:rPr>
        <w:t xml:space="preserve">[1:16:15] </w:t>
      </w:r>
      <w:r>
        <w:t>bilkul bilkul bewakoofi ki baat hai yeh ke political system badalne se insaan ki soch badal jayegi. lekin yahi nazariya tha jamaat islami walon ka, yahi nazariya tha ikhwan ul muslimeen ka.</w:t>
      </w:r>
    </w:p>
    <w:p>
      <w:pPr>
        <w:jc w:val="right"/>
      </w:pPr>
      <w:r>
        <w:t>بالکل بالکل بیوقوفی کی بات ہے یہ کہ political system بدلنے سے انسان کی سوچ بدل جائے گی۔ لیکن یہی نظریہ تھا جماعت اسلامی والوں کا، یہی نظریہ تھا اخوان المسلمین کا۔</w:t>
      </w:r>
    </w:p>
    <w:p>
      <w:r>
        <w:rPr>
          <w:b/>
        </w:rPr>
        <w:t xml:space="preserve">[1:16:24] </w:t>
      </w:r>
      <w:r>
        <w:t>isi ko mein kehta hoon ke yeh marxian edition hai islam ka.</w:t>
      </w:r>
    </w:p>
    <w:p>
      <w:pPr>
        <w:jc w:val="right"/>
      </w:pPr>
      <w:r>
        <w:t>اسی کو میں کہتا ہوں کہ یہ مارکسین ایڈیشن ہے اسلام کا۔</w:t>
      </w:r>
    </w:p>
    <w:p>
      <w:r>
        <w:rPr>
          <w:b/>
        </w:rPr>
        <w:t xml:space="preserve">[1:16:31] </w:t>
      </w:r>
      <w:r>
        <w:t>ya ab bilkul baseless hai, yeh batil hai. yeh is mein koi shaq nahi. This question is from Idris.</w:t>
      </w:r>
    </w:p>
    <w:p>
      <w:pPr>
        <w:jc w:val="right"/>
      </w:pPr>
      <w:r>
        <w:t>یا اب بالکل baseless ہے، یہ باطل ہے۔ یہ اس میں کوئی شک نہیں۔ This question is from Idris.</w:t>
      </w:r>
    </w:p>
    <w:p>
      <w:r>
        <w:rPr>
          <w:b/>
        </w:rPr>
        <w:t xml:space="preserve">[1:16:42] </w:t>
      </w:r>
      <w:r>
        <w:t>Is there any platform summit where top minds of Muslim scholars enjoy pleasure of healthy discussion?</w:t>
      </w:r>
    </w:p>
    <w:p>
      <w:pPr>
        <w:jc w:val="right"/>
      </w:pPr>
      <w:r>
        <w:t>Is there any platform summit where top minds of Muslim scholars enjoy pleasure of healthy discussion?</w:t>
      </w:r>
    </w:p>
    <w:p>
      <w:r>
        <w:rPr>
          <w:b/>
        </w:rPr>
        <w:t xml:space="preserve">[1:16:51] </w:t>
      </w:r>
      <w:r>
        <w:t>woh to yahi hai bas. kisi ne kaha tha ke agar firdous bar rooye zameen ast hameed ast hameed ast</w:t>
      </w:r>
    </w:p>
    <w:p>
      <w:pPr>
        <w:jc w:val="right"/>
      </w:pPr>
      <w:r>
        <w:t>وہ تو یہی ہے بس۔ کسی نے کہا تھا کہ اگر فردوس بر روئے زمین است حمید است حمید است</w:t>
      </w:r>
    </w:p>
    <w:p>
      <w:r>
        <w:rPr>
          <w:b/>
        </w:rPr>
        <w:t xml:space="preserve">[1:17:01] </w:t>
      </w:r>
      <w:r>
        <w:t>kashmir ko dekh kar kaha tha kisi ne ke agar firdous agar jannat kaheen hai to yahi hai, yahi hai, yahi hai.</w:t>
      </w:r>
    </w:p>
    <w:p>
      <w:pPr>
        <w:jc w:val="right"/>
      </w:pPr>
      <w:r>
        <w:t>کشمیر کو دیکھ کر کہا تھا کسی نے کہ اگر فردوس اگر جنت کہیں ہے تو یہی ہے، یہی ہے، یہی ہے۔</w:t>
      </w:r>
    </w:p>
    <w:p>
      <w:r>
        <w:rPr>
          <w:b/>
        </w:rPr>
        <w:t xml:space="preserve">[1:17:10] </w:t>
      </w:r>
      <w:r>
        <w:t>to sari duniya mein koi bhi nahi hai jahan healthy discussion hota ho. yaad rakhiye ke is is is ke siwa jahan aap baithe hue hain. mein duniya bhar mein ghuma hoon aur kisi kehta hai ke agar ho to mujhe bataiye, mein un ko sath le kar chalun ga.</w:t>
      </w:r>
    </w:p>
    <w:p>
      <w:pPr>
        <w:jc w:val="right"/>
      </w:pPr>
      <w:r>
        <w:t>تو ساری دنیا میں کوئی بھی نہیں ہے جہاں healthy discussion ہوتا ہو۔ یاد رکھیے کہ اس اس اس کے سوا جہاں آپ بیٹھے ہوئے ہیں۔ میں دنیا بھر میں گھوما ہوں اور کسی کہتا ہے کہ اگر ہو تو مجھے بتائیے، میں ان کو ساتھ لے کر چلوں گا۔</w:t>
      </w:r>
    </w:p>
    <w:p>
      <w:r>
        <w:rPr>
          <w:b/>
        </w:rPr>
        <w:t xml:space="preserve">[1:17:25] </w:t>
      </w:r>
      <w:r>
        <w:t>sab confusion mein pade rehte hain, sab confusion mein.</w:t>
      </w:r>
    </w:p>
    <w:p>
      <w:pPr>
        <w:jc w:val="right"/>
      </w:pPr>
      <w:r>
        <w:t>سب کنفیوژن میں پڑے رہتے ہیں، سب کنفیوژن میں۔</w:t>
      </w:r>
    </w:p>
    <w:p>
      <w:r>
        <w:rPr>
          <w:b/>
        </w:rPr>
        <w:t xml:space="preserve">[1:17:28] </w:t>
      </w:r>
      <w:r>
        <w:t>mein is ko mere is challenge ko aap qabool kijiye aur kaheen aap ko hota ho to mujhe le chaliye, mein aap ke sath chalun ga.</w:t>
      </w:r>
    </w:p>
    <w:p>
      <w:pPr>
        <w:jc w:val="right"/>
      </w:pPr>
      <w:r>
        <w:t>میں اس کو میرے اس چیلنج کو آپ قبول کیجیے اور کہیں آپ کو ہوتا ہو تو مجھے لے چلیے، میں آپ کے ساتھ چلوں گا۔</w:t>
      </w:r>
    </w:p>
    <w:p>
      <w:r>
        <w:rPr>
          <w:b/>
        </w:rPr>
        <w:t xml:space="preserve">[1:17:36] </w:t>
      </w:r>
      <w:r>
        <w:t>mein bataun ga aap ko ke healthy discussion nahi hai woh.</w:t>
      </w:r>
    </w:p>
    <w:p>
      <w:pPr>
        <w:jc w:val="right"/>
      </w:pPr>
      <w:r>
        <w:t>میں بتاؤں گا آپ کو کہ healthy discussion نہیں ہے وہ۔</w:t>
      </w:r>
    </w:p>
    <w:p>
      <w:r>
        <w:rPr>
          <w:b/>
        </w:rPr>
        <w:t xml:space="preserve">[1:17:42] </w:t>
      </w:r>
      <w:r>
        <w:t>to yeh shukr ada kijiye ke khuda ne zameen par kam az kam ek aisa forum banaya hai jahan aap healthy discussion kar sakte hain.</w:t>
      </w:r>
    </w:p>
    <w:p>
      <w:pPr>
        <w:jc w:val="right"/>
      </w:pPr>
      <w:r>
        <w:t>تو یہ شکر ادا کیجیے کہ خدا نے زمین پر کم از کم ایک ایسا فورم بنایا ہے جہاں آپ healthy discussion کر سکتے ہیں۔</w:t>
      </w:r>
    </w:p>
    <w:p>
      <w:r>
        <w:rPr>
          <w:b/>
        </w:rPr>
        <w:t xml:space="preserve">[1:17:52] </w:t>
      </w:r>
      <w:r>
        <w:t>yeh to shukr ki baat hai. matlab duniya mein kaheen bhi nahi hai.</w:t>
      </w:r>
    </w:p>
    <w:p>
      <w:pPr>
        <w:jc w:val="right"/>
      </w:pPr>
      <w:r>
        <w:t>یہ تو شکر کی بات ہے۔ مطلب دنیا میں کہیں بھی نہیں ہے۔</w:t>
      </w:r>
    </w:p>
    <w:p>
      <w:r>
        <w:rPr>
          <w:b/>
        </w:rPr>
        <w:t xml:space="preserve">[1:17:57] </w:t>
      </w:r>
      <w:r>
        <w:t>sab bilkul yani confusion ki baatein har jagah hoti hain. isi dilli mein har dil yahan par yani har din yahan par woh hote hain.</w:t>
      </w:r>
    </w:p>
    <w:p>
      <w:pPr>
        <w:jc w:val="right"/>
      </w:pPr>
      <w:r>
        <w:t>سب بالکل یعنی کنفیوژن کی باتیں ہر جگہ ہوتی ہیں۔ اسی دلی میں ہر دل یہاں پر یعنی ہر دن یہاں پر وہ ہوتے ہیں۔</w:t>
      </w:r>
    </w:p>
    <w:p>
      <w:r>
        <w:rPr>
          <w:b/>
        </w:rPr>
        <w:t xml:space="preserve">[1:18:07] </w:t>
      </w:r>
      <w:r>
        <w:t>conference, seminar har jagah hote hain. isi dilli mein daily daily aap kisi bhi akhbar ko dekhen to is mein is mein likha rehta hai ke aaj ki activities.</w:t>
      </w:r>
    </w:p>
    <w:p>
      <w:pPr>
        <w:jc w:val="right"/>
      </w:pPr>
      <w:r>
        <w:t>کانفرنس، سیمینار ہر جگہ ہوتے ہیں۔ اسی دلی میں daily daily آپ کسی بھی اخبار کو دیکھیں تو اس میں اس میں لکھا رہتا ہے کہ آج کی activities۔</w:t>
      </w:r>
    </w:p>
    <w:p>
      <w:r>
        <w:rPr>
          <w:b/>
        </w:rPr>
        <w:t xml:space="preserve">[1:18:20] </w:t>
      </w:r>
      <w:r>
        <w:t>is mein se koi aap select kijiye aur mujhe sath le ke chaliye aap wahan par. yahan top ke scholars akha hotay hain, top ke scholars.</w:t>
      </w:r>
    </w:p>
    <w:p>
      <w:pPr>
        <w:jc w:val="right"/>
      </w:pPr>
      <w:r>
        <w:t>اس میں سے کوئی آپ select کیجیے اور مجھے ساتھ لے کے چلیے آپ وہاں پر۔ یہاں ٹاپ کے scholars اکٹھا ہوتے ہیں، ٹاپ کے scholars۔</w:t>
      </w:r>
    </w:p>
    <w:p>
      <w:r>
        <w:rPr>
          <w:b/>
        </w:rPr>
        <w:t xml:space="preserve">[1:18:29] </w:t>
      </w:r>
      <w:r>
        <w:t>yeh jo mein yeh baat kar raha hoon, soch samajh kar raha hoon. mein is challenge ko qabool karne ke liye tayar hoon.</w:t>
      </w:r>
    </w:p>
    <w:p>
      <w:pPr>
        <w:jc w:val="right"/>
      </w:pPr>
      <w:r>
        <w:t>یہ جو میں یہ بات کر رہا ہوں، سوچ سمجھ کر رہا ہوں۔ میں اس چیلنج کو قبول کرنے کے لیے تیار ہوں۔</w:t>
      </w:r>
    </w:p>
    <w:p>
      <w:r>
        <w:rPr>
          <w:b/>
        </w:rPr>
        <w:t xml:space="preserve">[1:18:38] </w:t>
      </w:r>
      <w:r>
        <w:t>This question is from Anwar Hussain. If politics is not part of Islam, then who will be at the top of state?</w:t>
      </w:r>
    </w:p>
    <w:p>
      <w:pPr>
        <w:jc w:val="right"/>
      </w:pPr>
      <w:r>
        <w:t>This question is from Anwar Hussain. If politics is not part of Islam, then who will be at the top of state?</w:t>
      </w:r>
    </w:p>
    <w:p>
      <w:r>
        <w:rPr>
          <w:b/>
        </w:rPr>
        <w:t xml:space="preserve">[1:18:47] </w:t>
      </w:r>
      <w:r>
        <w:t>Who will guide the politics? What should be the guiding principle of state and its structure? From where the guidance regarding politics, state, and society will be taken</w:t>
      </w:r>
    </w:p>
    <w:p>
      <w:pPr>
        <w:jc w:val="right"/>
      </w:pPr>
      <w:r>
        <w:t>Who will guide the politics? What should be the guiding principle of state and its structure? From where the guidance regarding politics, state, and society will be taken</w:t>
      </w:r>
    </w:p>
    <w:p>
      <w:r>
        <w:rPr>
          <w:b/>
        </w:rPr>
        <w:t xml:space="preserve">[1:18:59] </w:t>
      </w:r>
      <w:r>
        <w:t>? Please explain all these elements. yahi to mein ne kaha hai ke politics mein aap idealism nahi chala sakte.</w:t>
      </w:r>
    </w:p>
    <w:p>
      <w:pPr>
        <w:jc w:val="right"/>
      </w:pPr>
      <w:r>
        <w:t>? Please explain all these elements. یہی تو میں نے کہا ہے کہ politics میں آپ idealism نہیں چلا سکتے۔</w:t>
      </w:r>
    </w:p>
    <w:p>
      <w:r>
        <w:rPr>
          <w:b/>
        </w:rPr>
        <w:t xml:space="preserve">[1:19:07] </w:t>
      </w:r>
      <w:r>
        <w:t>yeh to kaha hai mein ne.</w:t>
      </w:r>
    </w:p>
    <w:p>
      <w:pPr>
        <w:jc w:val="right"/>
      </w:pPr>
      <w:r>
        <w:t>یہ تو کہا ہے میں نے۔</w:t>
      </w:r>
    </w:p>
    <w:p>
      <w:r>
        <w:rPr>
          <w:b/>
        </w:rPr>
        <w:t xml:space="preserve">[1:19:12] </w:t>
      </w:r>
      <w:r>
        <w:t>Politics mein aap idealism nahi chala sakte. Na kabhi koi chala paya. Sab se pehla insan jis ne is is is kaam ko karna chaha tha, woh to tha Aristotle.</w:t>
      </w:r>
    </w:p>
    <w:p>
      <w:pPr>
        <w:jc w:val="right"/>
      </w:pPr>
      <w:r>
        <w:t>Politics میں آپ idealism نہیں چلا سکتے۔ نہ کبھی کوئی چلا پایا۔ سب سے پہلا انسان جس نے اس اس اس کام کو کرنا چاہا تھا، وہ تو تھا Aristotle۔</w:t>
      </w:r>
    </w:p>
    <w:p>
      <w:r>
        <w:rPr>
          <w:b/>
        </w:rPr>
        <w:t xml:space="preserve">[1:19:26] </w:t>
      </w:r>
      <w:r>
        <w:t>Itna top brain tha woh. Aur is ka advantage dekhiye ke us waqt ka jo Alexander the Great jo tha, itna bara emperor, woh is ka aik disciple tha.</w:t>
      </w:r>
    </w:p>
    <w:p>
      <w:pPr>
        <w:jc w:val="right"/>
      </w:pPr>
      <w:r>
        <w:t>اتنا ٹاپ برین تھا وہ۔ اور اس کا advantage دیکھیے کہ اس وقت کا جو Alexander the Great جو تھا، اتنا بڑا emperor، وہ اس کا ایک disciple تھا۔</w:t>
      </w:r>
    </w:p>
    <w:p>
      <w:r>
        <w:rPr>
          <w:b/>
        </w:rPr>
        <w:t xml:space="preserve">[1:19:39] </w:t>
      </w:r>
      <w:r>
        <w:t>Yeh to kabhi history mein kabhi kisi ko nahi mila ke waqt ka emperor is ka disciple ho. Aur is ka nazariya tha ideal state.</w:t>
      </w:r>
    </w:p>
    <w:p>
      <w:pPr>
        <w:jc w:val="right"/>
      </w:pPr>
      <w:r>
        <w:t>یہ تو کبھی history میں کبھی کسی کو نہیں ملا کہ وقت کا emperor اس کا disciple ہو۔ اور اس کا نظریہ تھا ideal state۔</w:t>
      </w:r>
    </w:p>
    <w:p>
      <w:r>
        <w:rPr>
          <w:b/>
        </w:rPr>
        <w:t xml:space="preserve">[1:19:49] </w:t>
      </w:r>
      <w:r>
        <w:t>Ke aap jante hain ke woh ideal state nahi bana saka aur frustration mein mara woh.</w:t>
      </w:r>
    </w:p>
    <w:p>
      <w:pPr>
        <w:jc w:val="right"/>
      </w:pPr>
      <w:r>
        <w:t>کہ آپ جانتے ہیں کہ وہ ideal state نہیں بنا سکا اور frustration میں مرا وہ۔</w:t>
      </w:r>
    </w:p>
    <w:p>
      <w:r>
        <w:rPr>
          <w:b/>
        </w:rPr>
        <w:t xml:space="preserve">[1:19:56] </w:t>
      </w:r>
      <w:r>
        <w:t>To aap is politics mein idealism chala hi nahi sakte. Yeh goal hi galat hai. Kabhi bhi ideal state ban nahi sakti.</w:t>
      </w:r>
    </w:p>
    <w:p>
      <w:pPr>
        <w:jc w:val="right"/>
      </w:pPr>
      <w:r>
        <w:t>تو آپ اس politics میں idealism چلا ہی نہیں سکتے۔ یہ گول ہی غلط ہے۔ کبھی بھی ideal state بن نہیں سکتی۔</w:t>
      </w:r>
    </w:p>
    <w:p>
      <w:r>
        <w:rPr>
          <w:b/>
        </w:rPr>
        <w:t xml:space="preserve">[1:20:07] </w:t>
      </w:r>
      <w:r>
        <w:t>Hamare India mein Gandhi chahte the, samajhte the ke ideal nation banegi India mein, ideal society banegi. Kuch bhi nahi hua. Kahan ideal society hai?</w:t>
      </w:r>
    </w:p>
    <w:p>
      <w:pPr>
        <w:jc w:val="right"/>
      </w:pPr>
      <w:r>
        <w:t>ہمارے انڈیا میں گاندھی چاہتے تھے، سمجھتے تھے کہ ideal nation بنے گی انڈیا میں، ideal society بنے گی۔ کچھ بھی نہیں ہوا۔ کہاں ideal society ہے؟</w:t>
      </w:r>
    </w:p>
    <w:p>
      <w:r>
        <w:rPr>
          <w:b/>
        </w:rPr>
        <w:t xml:space="preserve">[1:20:17] </w:t>
      </w:r>
      <w:r>
        <w:t>Jo chahte the unhein Gandhi aur Nehru banana hai.</w:t>
      </w:r>
    </w:p>
    <w:p>
      <w:pPr>
        <w:jc w:val="right"/>
      </w:pPr>
      <w:r>
        <w:t>جو چاہتے تھے انہیں گاندھی اور نہرو بنانا ہے۔</w:t>
      </w:r>
    </w:p>
    <w:p>
      <w:r>
        <w:rPr>
          <w:b/>
        </w:rPr>
        <w:t xml:space="preserve">[1:20:21] </w:t>
      </w:r>
      <w:r>
        <w:t>To dunya mein kahin bhi ideal state na hai na ho sakti. Khud musalmanon ki state jo ideal kabhi bhi nahi thi. Koi bhi state jo musalmanon ne banai hai, woh ideal state nahi thi.</w:t>
      </w:r>
    </w:p>
    <w:p>
      <w:pPr>
        <w:jc w:val="right"/>
      </w:pPr>
      <w:r>
        <w:t>تو دنیا میں کہیں بھی ideal state نہ ہے نہ ہو سکتی۔ خود مسلمانوں کی state جو ideal کبھی بھی نہیں تھی۔ کوئی بھی state جو مسلمانوں نے بنائی ہے، وہ ideal state نہیں تھی۔</w:t>
      </w:r>
    </w:p>
    <w:p>
      <w:r>
        <w:rPr>
          <w:b/>
        </w:rPr>
        <w:t xml:space="preserve">[1:20:35] </w:t>
      </w:r>
      <w:r>
        <w:t>To yeh yeh yeh yeh target hi galat hai.</w:t>
      </w:r>
    </w:p>
    <w:p>
      <w:pPr>
        <w:jc w:val="right"/>
      </w:pPr>
      <w:r>
        <w:t>تو یہ یہ یہ یہ target ہی غلط ہے۔</w:t>
      </w:r>
    </w:p>
    <w:p>
      <w:r>
        <w:rPr>
          <w:b/>
        </w:rPr>
        <w:t xml:space="preserve">[1:20:42] </w:t>
      </w:r>
      <w:r>
        <w:t>Aur galat hone ka matlab yeh nahi ke yeh koi kharabi hai hamare is mein dunya mein</w:t>
      </w:r>
    </w:p>
    <w:p>
      <w:pPr>
        <w:jc w:val="right"/>
      </w:pPr>
      <w:r>
        <w:t>اور غلط ہونے کا معنی یہ نہیں کہ یہ کوئی خرابی ہے ہمارے اس میں دنیا میں</w:t>
      </w:r>
    </w:p>
    <w:p>
      <w:r>
        <w:rPr>
          <w:b/>
        </w:rPr>
        <w:t xml:space="preserve">[1:20:47] </w:t>
      </w:r>
      <w:r>
        <w:t>. Dekhiye, aik basic baat jo Aristotle se le kar ke aaj ke jo hamare thinkers hain, un tak jo is ko nahi samajh paye hain, woh ke creation plan of God mein yeh hai hi nahi ke dunya mein ideal society bane.</w:t>
      </w:r>
    </w:p>
    <w:p>
      <w:pPr>
        <w:jc w:val="right"/>
      </w:pPr>
      <w:r>
        <w:t>۔ دیکھیے، ایک basic بات جو Aristotle سے لے کر کے آج کے جو ہمارے thinkers ہیں، ان تک جو اس کو نہیں سمجھ پائے ہیں، وہ کہ creation plan of God میں یہ ہے ہی نہیں کہ دنیا میں ideal society بنے۔</w:t>
      </w:r>
    </w:p>
    <w:p>
      <w:r>
        <w:rPr>
          <w:b/>
        </w:rPr>
        <w:t xml:space="preserve">[1:21:05] </w:t>
      </w:r>
      <w:r>
        <w:t>Khuda ka jo creation plan hai, is mein yeh baat hai hi nahi.</w:t>
      </w:r>
    </w:p>
    <w:p>
      <w:pPr>
        <w:jc w:val="right"/>
      </w:pPr>
      <w:r>
        <w:t>خدا کا جو creation plan ہے، اس میں یہ بات ہے ہی نہیں۔</w:t>
      </w:r>
    </w:p>
    <w:p>
      <w:r>
        <w:rPr>
          <w:b/>
        </w:rPr>
        <w:t xml:space="preserve">[1:21:11] </w:t>
      </w:r>
      <w:r>
        <w:t>Yaani Khuda khud hi is ko yaani apni scheme mein shamil nahi kiya hua hai.</w:t>
      </w:r>
    </w:p>
    <w:p>
      <w:pPr>
        <w:jc w:val="right"/>
      </w:pPr>
      <w:r>
        <w:t>یعنی خدا خود ہی اس کو یعنی اپنی scheme میں شامل نہیں کیا ہوا ہے۔</w:t>
      </w:r>
    </w:p>
    <w:p>
      <w:r>
        <w:rPr>
          <w:b/>
        </w:rPr>
        <w:t xml:space="preserve">[1:21:18] </w:t>
      </w:r>
      <w:r>
        <w:t>Kyun? Dekhiye, Khuda ne diya hai insan ko freedom. Total freedom.</w:t>
      </w:r>
    </w:p>
    <w:p>
      <w:pPr>
        <w:jc w:val="right"/>
      </w:pPr>
      <w:r>
        <w:t>کیوں؟ دیکھیے، خدا نے دیا ہے انسان کو freedom۔ Total freedom۔</w:t>
      </w:r>
    </w:p>
    <w:p>
      <w:r>
        <w:rPr>
          <w:b/>
        </w:rPr>
        <w:t xml:space="preserve">[1:21:29] </w:t>
      </w:r>
      <w:r>
        <w:t>Achha, jab freedom aap denge kisi ko, zahir hai ke misuse karne ka bhi freedom ho ga is ko. Aap aisa nahi kar sakte ke freedom den aur misuse karne ka freedom is ko na mila hua ho.</w:t>
      </w:r>
    </w:p>
    <w:p>
      <w:pPr>
        <w:jc w:val="right"/>
      </w:pPr>
      <w:r>
        <w:t>اچھا، جب freedom آپ دیں گے کسی کو، ظاہر ہے کہ misuse کرنے کا بھی freedom ہو گا اس کو۔ آپ ایسا نہیں کر سکتے کہ freedom دیں اور misuse کرنے کا freedom اس کو نہ ملا ہوا ہو۔</w:t>
      </w:r>
    </w:p>
    <w:p>
      <w:r>
        <w:rPr>
          <w:b/>
        </w:rPr>
        <w:t xml:space="preserve">[1:21:45] </w:t>
      </w:r>
      <w:r>
        <w:t>Aur misuse kar ke aadmi jante hain kya kar sakta hai?</w:t>
      </w:r>
    </w:p>
    <w:p>
      <w:pPr>
        <w:jc w:val="right"/>
      </w:pPr>
      <w:r>
        <w:t>اور misuse کر کے آدمی جانتے ہیں کیا کر سکتا ہے؟</w:t>
      </w:r>
    </w:p>
    <w:p>
      <w:r>
        <w:rPr>
          <w:b/>
        </w:rPr>
        <w:t xml:space="preserve">[1:21:48] </w:t>
      </w:r>
      <w:r>
        <w:t>Aik aadmi Gandhi ko qatal kar sakta hai. Aik aadmi Umar Farooq ko qatal kar sakta hai. To sara jeopardize ho ga. Sara system jeopardize kar dega woh.</w:t>
      </w:r>
    </w:p>
    <w:p>
      <w:pPr>
        <w:jc w:val="right"/>
      </w:pPr>
      <w:r>
        <w:t>ایک آدمی گاندھی کو قتل کر سکتا ہے۔ ایک آدمی عمر فاروق کو قتل کر سکتا ہے۔ تو سارا jeopardize ہو گا۔ سارا system jeopardize کر دے گا وہ۔</w:t>
      </w:r>
    </w:p>
    <w:p>
      <w:r>
        <w:rPr>
          <w:b/>
        </w:rPr>
        <w:t xml:space="preserve">[1:21:58] </w:t>
      </w:r>
      <w:r>
        <w:t>Aik single aadmi. To build that ideal state. Ideal state is impossible.</w:t>
      </w:r>
    </w:p>
    <w:p>
      <w:pPr>
        <w:jc w:val="right"/>
      </w:pPr>
      <w:r>
        <w:t>ایک single آدمی۔ To build that ideal state. Ideal state is impossible.</w:t>
      </w:r>
    </w:p>
    <w:p>
      <w:r>
        <w:rPr>
          <w:b/>
        </w:rPr>
        <w:t xml:space="preserve">[1:22:07] </w:t>
      </w:r>
      <w:r>
        <w:t>Ideal society is impossible. Because it is against the creation plan of God.</w:t>
      </w:r>
    </w:p>
    <w:p>
      <w:pPr>
        <w:jc w:val="right"/>
      </w:pPr>
      <w:r>
        <w:t>Ideal society is impossible. Because it is against the creation plan of God.</w:t>
      </w:r>
    </w:p>
    <w:p>
      <w:r>
        <w:rPr>
          <w:b/>
        </w:rPr>
        <w:t xml:space="preserve">[1:22:14] </w:t>
      </w:r>
      <w:r>
        <w:t>Jab Khuda ne insan ko azadi de di, tabhi yeh tay ho gaya ke kabhi bhi ideal state nahi banegi dunya mein. Kabhi bhi ideal society dunya mein nahi banegi.</w:t>
      </w:r>
    </w:p>
    <w:p>
      <w:pPr>
        <w:jc w:val="right"/>
      </w:pPr>
      <w:r>
        <w:t>جب خدا نے انسان کو آزادی دے دی، تبھی یہ طے ہو گیا کہ کبھی بھی ideal state نہیں بنے گی دنیا میں۔ کبھی بھی ideal society دنیا میں نہیں بنے گی۔</w:t>
      </w:r>
    </w:p>
    <w:p>
      <w:r>
        <w:rPr>
          <w:b/>
        </w:rPr>
        <w:t xml:space="preserve">[1:22:26] </w:t>
      </w:r>
      <w:r>
        <w:t>Kyunke jaisa ke mein ne arz kiya, aik aadmi apni freedom ko misuse kar ke sara mamla bigaad dega. Musalmanon mein Umar Farooq jo hai, aap jante hain ke top ke khulafa manay jatay hain.</w:t>
      </w:r>
    </w:p>
    <w:p>
      <w:pPr>
        <w:jc w:val="right"/>
      </w:pPr>
      <w:r>
        <w:t>کیونکہ جیسا کہ میں نے عرض کیا، ایک آدمی اپنی freedom کو misuse کر کے سارا معاملہ بگاڑ دے گا۔ مسلمانوں میں عمر فاروق جو ہے، آپ جانتے ہیں کہ ٹاپ کے خلیفہ مانے جاتے ہیں۔</w:t>
      </w:r>
    </w:p>
    <w:p>
      <w:r>
        <w:rPr>
          <w:b/>
        </w:rPr>
        <w:t xml:space="preserve">[1:22:42] </w:t>
      </w:r>
      <w:r>
        <w:t>ek insan ne in ko qatl kar diya.</w:t>
      </w:r>
    </w:p>
    <w:p>
      <w:pPr>
        <w:jc w:val="right"/>
      </w:pPr>
      <w:r>
        <w:t>ایک انسان نے ان کو قتل کر دیا۔</w:t>
      </w:r>
    </w:p>
    <w:p>
      <w:r>
        <w:rPr>
          <w:b/>
        </w:rPr>
        <w:t xml:space="preserve">[1:22:45] </w:t>
      </w:r>
      <w:r>
        <w:t>mahatma gandhi india ke rashid pata maane jaate hain. aur bohat kuch maane jaate hain woh. ek insan ne ek trigger dabai aur un ka khatma ho gaya.</w:t>
      </w:r>
    </w:p>
    <w:p>
      <w:pPr>
        <w:jc w:val="right"/>
      </w:pPr>
      <w:r>
        <w:t>مہاتما گاندھی انڈیا کے راشد پتا مانے جاتے ہیں۔ اور بہت کچھ مانے جاتے ہیں وہ۔ ایک انسان نے ایک ٹریگر دبائی اور ان کا خاتمہ ہو گیا۔</w:t>
      </w:r>
    </w:p>
    <w:p>
      <w:r>
        <w:rPr>
          <w:b/>
        </w:rPr>
        <w:t xml:space="preserve">[1:22:56] </w:t>
      </w:r>
      <w:r>
        <w:t>To build that ideal state. Build that ideal society. is liye yeh soch hi basically ghlt hai. lekin Aristotle se le kar ab tak sab log isi mein pary hue hain.</w:t>
      </w:r>
    </w:p>
    <w:p>
      <w:pPr>
        <w:jc w:val="right"/>
      </w:pPr>
      <w:r>
        <w:t>To build that ideal state. Build that ideal society. اس لیے یہ سوچ ہی basically غلط ہے۔ لیکن Aristotle سے لے کر اب تک سب لوگ اسی میں پڑے ہوئے ہیں۔</w:t>
      </w:r>
    </w:p>
    <w:p>
      <w:r>
        <w:rPr>
          <w:b/>
        </w:rPr>
        <w:t xml:space="preserve">[1:23:08] </w:t>
      </w:r>
      <w:r>
        <w:t>jamat islami wale wali ki soch yahi hai. ikhwan ul muslimeen ki soch yahi hai.</w:t>
      </w:r>
    </w:p>
    <w:p>
      <w:pPr>
        <w:jc w:val="right"/>
      </w:pPr>
      <w:r>
        <w:t>جماعت اسلامی والے والی کی سوچ یہی ہے۔ اخوان المسلمین کی سوچ یہی ہے۔</w:t>
      </w:r>
    </w:p>
    <w:p>
      <w:r>
        <w:rPr>
          <w:b/>
        </w:rPr>
        <w:t xml:space="preserve">[1:23:15] </w:t>
      </w:r>
      <w:r>
        <w:t>sirf aap yahi kar sakte hain ke insan ke andar ideal thinking laen. Ideal mind bhi nahi ban sakta, yaad rakhiye. Ideal mind bhi nahi ban sakta hai.</w:t>
      </w:r>
    </w:p>
    <w:p>
      <w:pPr>
        <w:jc w:val="right"/>
      </w:pPr>
      <w:r>
        <w:t>صرف آپ یہی کر سکتے ہیں کہ انسان کے اندر ideal thinking لائیں۔ Ideal mind بھی نہیں بن سکتا، یاد رکھیے۔ Ideal mind بھی نہیں بن سکتا ہے۔</w:t>
      </w:r>
    </w:p>
    <w:p>
      <w:r>
        <w:rPr>
          <w:b/>
        </w:rPr>
        <w:t xml:space="preserve">[1:23:26] </w:t>
      </w:r>
      <w:r>
        <w:t>Ideal thinking ban sakti hai. jis ko aap marifat kaha jata hai. marifat mein aap idealism chala sakte hain. marifat mein. ke khuda ki glory ko aap realize karen.</w:t>
      </w:r>
    </w:p>
    <w:p>
      <w:pPr>
        <w:jc w:val="right"/>
      </w:pPr>
      <w:r>
        <w:t>Ideal thinking بن سکتی ہے۔ جس کو آپ معرفت کہا جاتا ہے۔ معرفت میں آپ idealism چلا سکتے ہیں۔ معرفت میں۔ کہ خدا کی glory کو آپ realize کریں۔</w:t>
      </w:r>
    </w:p>
    <w:p>
      <w:r>
        <w:rPr>
          <w:b/>
        </w:rPr>
        <w:t xml:space="preserve">[1:23:38] </w:t>
      </w:r>
      <w:r>
        <w:t>khuda ki oneness ko aap realize karen.</w:t>
      </w:r>
    </w:p>
    <w:p>
      <w:pPr>
        <w:jc w:val="right"/>
      </w:pPr>
      <w:r>
        <w:t>خدا کی oneness کو آپ realize کریں۔</w:t>
      </w:r>
    </w:p>
    <w:p>
      <w:r>
        <w:rPr>
          <w:b/>
        </w:rPr>
        <w:t xml:space="preserve">[1:23:43] </w:t>
      </w:r>
      <w:r>
        <w:t>yahan par chala sakte hain aap idealism. ke ideal sense mein aap khuda ko realize karen. Ideal sense mein manne ka matlab yeh hai ke wahan par koi bhi shirk na shamil na rahe.</w:t>
      </w:r>
    </w:p>
    <w:p>
      <w:pPr>
        <w:jc w:val="right"/>
      </w:pPr>
      <w:r>
        <w:t>یہاں پر چلا سکتے ہیں آپ idealism۔ کہ ideal sense میں آپ خدا کو realize کریں۔ Ideal sense میں ماننے کا مطلب یہ ہے کہ وہاں پر کوئی بھی شرک نہ شامل نہ رہے۔</w:t>
      </w:r>
    </w:p>
    <w:p>
      <w:r>
        <w:rPr>
          <w:b/>
        </w:rPr>
        <w:t xml:space="preserve">[1:23:55] </w:t>
      </w:r>
      <w:r>
        <w:t>yeh sari glory khuda ke liye. sari greatness khuda ke liye. to wahan par yani marifat ke muamle mein aap chala sakte hain idealism.</w:t>
      </w:r>
    </w:p>
    <w:p>
      <w:pPr>
        <w:jc w:val="right"/>
      </w:pPr>
      <w:r>
        <w:t>یہ ساری glory خدا کے لیے۔ ساری greatness خدا کے لیے۔ تو وہاں پر یعنی معرفت کے معاملے میں آپ چلا سکتے ہیں idealism۔</w:t>
      </w:r>
    </w:p>
    <w:p>
      <w:r>
        <w:rPr>
          <w:b/>
        </w:rPr>
        <w:t xml:space="preserve">[1:24:06] </w:t>
      </w:r>
      <w:r>
        <w:t>baqi society ya family.</w:t>
      </w:r>
    </w:p>
    <w:p>
      <w:pPr>
        <w:jc w:val="right"/>
      </w:pPr>
      <w:r>
        <w:t>باقی society یا family۔</w:t>
      </w:r>
    </w:p>
    <w:p>
      <w:r>
        <w:rPr>
          <w:b/>
        </w:rPr>
        <w:t xml:space="preserve">[1:24:10] </w:t>
      </w:r>
      <w:r>
        <w:t>ab dekhen jo har jagah talaq hoti hai, kyun hoti hai? isi liye ke jhoota idealism basa hua hai. Love marriage hoti hai to phir kyun talaq ho jati hai, aap bataiye?</w:t>
      </w:r>
    </w:p>
    <w:p>
      <w:pPr>
        <w:jc w:val="right"/>
      </w:pPr>
      <w:r>
        <w:t>اب دیکھیں جو ہر جگہ طلاق ہوتی ہے، کیوں ہوتی ہے؟ اسی لیے کہ جھوٹا idealism بسا ہوا ہے۔ Love marriage ہوتی ہے تو پھر کیوں طلاق ہو جاتی ہے، آپ بتائیے؟</w:t>
      </w:r>
    </w:p>
    <w:p>
      <w:r>
        <w:rPr>
          <w:b/>
        </w:rPr>
        <w:t xml:space="preserve">[1:24:23] </w:t>
      </w:r>
      <w:r>
        <w:t>yahan se le kar europe tak, america tak. to kyun? jo boy hai, woh samajhta hai ke yeh girl meri ideal girl hai.</w:t>
      </w:r>
    </w:p>
    <w:p>
      <w:pPr>
        <w:jc w:val="right"/>
      </w:pPr>
      <w:r>
        <w:t>یہاں سے لے کر یورپ تک، امریکہ تک۔ تو کیوں؟ جو boy ہے، وہ سمجھتا ہے کہ یہ girl میری ideal girl ہے۔</w:t>
      </w:r>
    </w:p>
    <w:p>
      <w:r>
        <w:rPr>
          <w:b/>
        </w:rPr>
        <w:t xml:space="preserve">[1:24:32] </w:t>
      </w:r>
      <w:r>
        <w:t>Ideal yani wife hai. aur jo girl hai, woh samajhti hai ke yeh mere ideal husband hain.</w:t>
      </w:r>
    </w:p>
    <w:p>
      <w:pPr>
        <w:jc w:val="right"/>
      </w:pPr>
      <w:r>
        <w:t>Ideal یعنی wife ہے۔ اور جو girl ہے، وہ سمجھتی ہے کہ یہ میرے ideal husband ہیں۔</w:t>
      </w:r>
    </w:p>
    <w:p>
      <w:r>
        <w:rPr>
          <w:b/>
        </w:rPr>
        <w:t xml:space="preserve">[1:24:39] </w:t>
      </w:r>
      <w:r>
        <w:t>acha, jab milte hain shadi kar ke to wahan pe woh ideal hai. woh ideal? tab ladte hain aapas mein? isi liye mein kaha karta hoon, marriage jo hai, marriage jo hai, marriage of convenience hai.</w:t>
      </w:r>
    </w:p>
    <w:p>
      <w:pPr>
        <w:jc w:val="right"/>
      </w:pPr>
      <w:r>
        <w:t>اچھا، جب ملتے ہیں شادی کر کے تو وہاں پہ وہ ideal ہے۔ وہ ideal؟ تب لڑتے ہیں آپس میں؟ اسی لیے میں کہا کرتا ہوں، marriage جو ہے، marriage جو ہے، marriage of convenience ہے۔</w:t>
      </w:r>
    </w:p>
    <w:p>
      <w:r>
        <w:rPr>
          <w:b/>
        </w:rPr>
        <w:t xml:space="preserve">[1:24:52] </w:t>
      </w:r>
      <w:r>
        <w:t>yaad rakhiye, har marriage marriage of convenience hai. kabhi bhi koi insan ideal wife bhi nahi pa sakta, ideal husband bhi nahi pa sakta.</w:t>
      </w:r>
    </w:p>
    <w:p>
      <w:pPr>
        <w:jc w:val="right"/>
      </w:pPr>
      <w:r>
        <w:t>یاد رکھیے، ہر marriage marriage of convenience ہے۔ کبھی بھی کوئی انسان ideal wife بھی نہیں پا سکتا، ideal husband بھی نہیں پا سکتا۔</w:t>
      </w:r>
    </w:p>
    <w:p>
      <w:r>
        <w:rPr>
          <w:b/>
        </w:rPr>
        <w:t xml:space="preserve">[1:25:04] </w:t>
      </w:r>
      <w:r>
        <w:t>Every marriage is marriage of convenience.</w:t>
      </w:r>
    </w:p>
    <w:p>
      <w:pPr>
        <w:jc w:val="right"/>
      </w:pPr>
      <w:r>
        <w:t>Every marriage is marriage of convenience.</w:t>
      </w:r>
    </w:p>
    <w:p>
      <w:r>
        <w:rPr>
          <w:b/>
        </w:rPr>
        <w:t xml:space="preserve">[1:25:08] </w:t>
      </w:r>
      <w:r>
        <w:t>is raaz ko aap jaan len to aap khasi khushi rahen ge aadmi ke sath. aur mein dekhiye, aap yeh samjhiye ke mein yeh baaten bata kehta hoon.</w:t>
      </w:r>
    </w:p>
    <w:p>
      <w:pPr>
        <w:jc w:val="right"/>
      </w:pPr>
      <w:r>
        <w:t>اس راز کو آپ جان لیں تو آپ خاصی خوشی رہیں گے آدمی کے ساتھ۔ اور میں دیکھیے، آپ یہ سمجھئے کہ میں یہ باتیں بتا کہتا ہوں۔</w:t>
      </w:r>
    </w:p>
    <w:p>
      <w:r>
        <w:rPr>
          <w:b/>
        </w:rPr>
        <w:t xml:space="preserve">[1:25:18] </w:t>
      </w:r>
      <w:r>
        <w:t>khuda ke fazal se isi par mera amal hai. dekhiye, meri marriage hui thi 1942 mein. 1942 mein. meri apni shadi hui 1942 mein.</w:t>
      </w:r>
    </w:p>
    <w:p>
      <w:pPr>
        <w:jc w:val="right"/>
      </w:pPr>
      <w:r>
        <w:t>خدا کے فضل سے اسی پر میرا عمل ہے۔ دیکھیے، میری marriage ہوئی تھی 1942 میں۔ 1942 میں۔ میری اپنی شادی ہوئی 1942 میں۔</w:t>
      </w:r>
    </w:p>
    <w:p>
      <w:r>
        <w:rPr>
          <w:b/>
        </w:rPr>
        <w:t xml:space="preserve">[1:25:29] </w:t>
      </w:r>
      <w:r>
        <w:t>1942 mein.</w:t>
      </w:r>
    </w:p>
    <w:p>
      <w:pPr>
        <w:jc w:val="right"/>
      </w:pPr>
      <w:r>
        <w:t>1942 میں۔</w:t>
      </w:r>
    </w:p>
    <w:p>
      <w:r>
        <w:rPr>
          <w:b/>
        </w:rPr>
        <w:t xml:space="preserve">[1:25:32] </w:t>
      </w:r>
      <w:r>
        <w:t>to us waqt mein naujawan tha. aur naujawan to mein bhi romantic mind tha mera. mein bhi romance mein jeeta tha. sare sare boy aur girl jo hain, woh romance mein jeete hain.</w:t>
      </w:r>
    </w:p>
    <w:p>
      <w:pPr>
        <w:jc w:val="right"/>
      </w:pPr>
      <w:r>
        <w:t>تو اس وقت میں نوجوان تھا۔ اور نوجوان تو میں بھی رومانٹک mind تھا میرا۔ میں بھی رومانس میں جیتا تھا۔ سارے سارے boy اور girl جو ہیں، وہ رومانس میں جیتے ہیں۔</w:t>
      </w:r>
    </w:p>
    <w:p>
      <w:r>
        <w:rPr>
          <w:b/>
        </w:rPr>
        <w:t xml:space="preserve">[1:25:45] </w:t>
      </w:r>
      <w:r>
        <w:t>romantic hote hain woh. to mein bhi samajhta tha ke koi ideal wife ho sakti hai koi dunya mein. to meri jo biwi thi, woh mujhe ideal nahi lagi. to mere andar reaction paida hua ke yeh shadi ghlt ho gayi.</w:t>
      </w:r>
    </w:p>
    <w:p>
      <w:pPr>
        <w:jc w:val="right"/>
      </w:pPr>
      <w:r>
        <w:t>رومانٹک ہوتے ہیں وہ۔ تو میں بھی سمجھتا تھا کہ کوئی ideal wife ہو سکتی ہے کوئی دنیا میں۔ تو میری جو بیوی تھی، وہ مجھے ideal نہیں لگی۔ تو میرے اندر reaction پیدا ہوا کہ یہ شادی غلط ہو گئی۔</w:t>
      </w:r>
    </w:p>
    <w:p>
      <w:r>
        <w:rPr>
          <w:b/>
        </w:rPr>
        <w:t xml:space="preserve">[1:25:59] </w:t>
      </w:r>
      <w:r>
        <w:t>to yaad rakhiye, chand saal tak mein isi obsession mein raha ke meri shadi ghlt ho gayi. ab kya karoon? to meri discovery hai yeh.</w:t>
      </w:r>
    </w:p>
    <w:p>
      <w:pPr>
        <w:jc w:val="right"/>
      </w:pPr>
      <w:r>
        <w:t>تو یاد رکھیے، چند سال تک میں اسی obsession میں رہا کہ میری شادی غلط ہو گئی۔ اب کیا کروں؟ تو میری discovery ہے یہ۔</w:t>
      </w:r>
    </w:p>
    <w:p>
      <w:r>
        <w:rPr>
          <w:b/>
        </w:rPr>
        <w:t xml:space="preserve">[1:26:09] </w:t>
      </w:r>
      <w:r>
        <w:t>meri discovery yeh meri hai ke marriage jo hai, marriage of convenience hoti hai. to isi biwi ke sath mein ne khoob achhe tarike se raha.</w:t>
      </w:r>
    </w:p>
    <w:p>
      <w:pPr>
        <w:jc w:val="right"/>
      </w:pPr>
      <w:r>
        <w:t>میری discovery یہ میری ہے کہ marriage جو ہے، marriage of convenience ہوتی ہے۔ تو اسی بیوی کے ساتھ میں نے خوب اچھے طریقے سے رہا۔</w:t>
      </w:r>
    </w:p>
    <w:p>
      <w:r>
        <w:rPr>
          <w:b/>
        </w:rPr>
        <w:t xml:space="preserve">[1:26:19] </w:t>
      </w:r>
      <w:r>
        <w:t>bilkul comfortably raha mein.</w:t>
      </w:r>
    </w:p>
    <w:p>
      <w:pPr>
        <w:jc w:val="right"/>
      </w:pPr>
      <w:r>
        <w:t>بالکل comfortably رہا میں۔</w:t>
      </w:r>
    </w:p>
    <w:p>
      <w:r>
        <w:rPr>
          <w:b/>
        </w:rPr>
        <w:t xml:space="preserve">[1:26:25] </w:t>
      </w:r>
      <w:r>
        <w:t>do char saal the waise, phir mein raha. halanke wahi biwi thi. to jitne yeh boy aur girl hain, chahe yahan se le kar america tak, sab ke sab is muamle mein stupid hain bilkul.</w:t>
      </w:r>
    </w:p>
    <w:p>
      <w:pPr>
        <w:jc w:val="right"/>
      </w:pPr>
      <w:r>
        <w:t>دو چار سال تھے ویسے، پھر میں رہا۔ حالانکہ وہی بیوی تھی۔ تو جتنے یہ boy اور girl ہیں، چاہے یہاں سے لے کر امریکہ تک، سب کے سب اس معاملے میں stupid ہیں بالکل۔</w:t>
      </w:r>
    </w:p>
    <w:p>
      <w:r>
        <w:rPr>
          <w:b/>
        </w:rPr>
        <w:t xml:space="preserve">[1:26:39] </w:t>
      </w:r>
      <w:r>
        <w:t>woh marriage ko samajhte hain ke ideal pair ikattha ho rahe hain. yeh bilkul baseless baat hai. Every marriage is marriage of convenience.</w:t>
      </w:r>
    </w:p>
    <w:p>
      <w:pPr>
        <w:jc w:val="right"/>
      </w:pPr>
      <w:r>
        <w:t>وہ marriage کو سمجھتے ہیں کہ ideal pair اکٹھا ہو رہے ہیں۔ یہ بالکل baseless بات ہے۔ Every marriage is marriage of convenience.</w:t>
      </w:r>
    </w:p>
    <w:p>
      <w:r>
        <w:rPr>
          <w:b/>
        </w:rPr>
        <w:t xml:space="preserve">[1:26:49] </w:t>
      </w:r>
      <w:r>
        <w:t>is raaz ko aap jaan len to na separation ho ga, na talaq ho ga, na jhagda fasad ho ga, kuch bhi nahin. aap bohat hi khush dili ke sath rahen ge.</w:t>
      </w:r>
    </w:p>
    <w:p>
      <w:pPr>
        <w:jc w:val="right"/>
      </w:pPr>
      <w:r>
        <w:t>اس راز کو آپ جان لیں تو نہ separation ہو گا، نہ طلاق ہو گا، نہ جھگڑا فساد ہو گا، کچھ بھی نہیں۔ آپ بہت ہی خوش دلی کے ساتھ رہیں گے۔</w:t>
      </w:r>
    </w:p>
    <w:p>
      <w:r>
        <w:rPr>
          <w:b/>
        </w:rPr>
        <w:t xml:space="preserve">[1:27:00] </w:t>
      </w:r>
      <w:r>
        <w:t>bohat hi khush dili ke sath rahen ge aap. har ghar mein happiness aa jaye gi.</w:t>
      </w:r>
    </w:p>
    <w:p>
      <w:pPr>
        <w:jc w:val="right"/>
      </w:pPr>
      <w:r>
        <w:t>بہت ہی خوش دلی کے ساتھ رہیں گے آپ۔ ہر گھر میں happiness آ جائے گی۔</w:t>
      </w:r>
    </w:p>
    <w:p>
      <w:r>
        <w:rPr>
          <w:b/>
        </w:rPr>
        <w:t xml:space="preserve">[1:27:08] </w:t>
      </w:r>
      <w:r>
        <w:t>to yahi muamla family ka hai, yahi muamla society ka hai ya state ka hai.</w:t>
      </w:r>
    </w:p>
    <w:p>
      <w:pPr>
        <w:jc w:val="right"/>
      </w:pPr>
      <w:r>
        <w:t>تو یہی معاملہ family کا ہے، یہی معاملہ society کا ہے یا state کا ہے۔</w:t>
      </w:r>
    </w:p>
    <w:p>
      <w:r>
        <w:rPr>
          <w:b/>
        </w:rPr>
        <w:t xml:space="preserve">[1:27:14] </w:t>
      </w:r>
      <w:r>
        <w:t>ke idealism ko aap samajh len ke idealism cannot be achieved. Ideal cannot be achieved. bas is ko maan lijie, baat khatam.</w:t>
      </w:r>
    </w:p>
    <w:p>
      <w:pPr>
        <w:jc w:val="right"/>
      </w:pPr>
      <w:r>
        <w:t>کہ idealism کو آپ سمجھ لیں کہ idealism cannot be achieved. Ideal cannot be achieved. بس اس کو مان لیجیے، بات ختم۔</w:t>
      </w:r>
    </w:p>
    <w:p>
      <w:r>
        <w:rPr>
          <w:b/>
        </w:rPr>
        <w:t xml:space="preserve">[1:27:25] </w:t>
      </w:r>
      <w:r>
        <w:t>Happiness ka raaz yahi hai ke aap yeh samajh len ke dunya mein ideal nahin milta. hum ko less than ideal par raazi hona hai.</w:t>
      </w:r>
    </w:p>
    <w:p>
      <w:pPr>
        <w:jc w:val="right"/>
      </w:pPr>
      <w:r>
        <w:t>Happiness کا راز یہی ہے کہ آپ یہ سمجھ لیں کہ دنیا میں ideal نہیں ملتا۔ ہم کو less than ideal پر راضی ہونا ہے۔</w:t>
      </w:r>
    </w:p>
    <w:p>
      <w:r>
        <w:rPr>
          <w:b/>
        </w:rPr>
        <w:t xml:space="preserve">[1:27:35] </w:t>
      </w:r>
      <w:r>
        <w:t>jo aadmi is raaz ko jaan le ke dunya mein mujhe less than ideal par raazi hona hai, to is ke liye khushi hi khushi hai.</w:t>
      </w:r>
    </w:p>
    <w:p>
      <w:pPr>
        <w:jc w:val="right"/>
      </w:pPr>
      <w:r>
        <w:t>جو آدمی اس راز کو جان لے کہ دنیا میں مجھے less than ideal پر راضی ہونا ہے، تو اس کے لیے خوشی ہی خوشی ہے۔</w:t>
      </w:r>
    </w:p>
    <w:p>
      <w:r>
        <w:rPr>
          <w:b/>
        </w:rPr>
        <w:t xml:space="preserve">[1:27:45] </w:t>
      </w:r>
      <w:r>
        <w:t>is ke liye koi pareshani nahin hai.</w:t>
      </w:r>
    </w:p>
    <w:p>
      <w:pPr>
        <w:jc w:val="right"/>
      </w:pPr>
      <w:r>
        <w:t>اس کے لیے کوئی پریشانی نہیں ہے۔</w:t>
      </w:r>
    </w:p>
    <w:p>
      <w:r>
        <w:rPr>
          <w:b/>
        </w:rPr>
        <w:t xml:space="preserve">[1:27:50] </w:t>
      </w:r>
      <w:r>
        <w:t>This question is from Sadia. What is sawab? What is? What is sawab? Will we get sawab by serving old people?</w:t>
      </w:r>
    </w:p>
    <w:p>
      <w:pPr>
        <w:jc w:val="right"/>
      </w:pPr>
      <w:r>
        <w:t>This question is from Sadia. What is ثواب? What is? What is ثواب? Will we get ثواب by serving old people?</w:t>
      </w:r>
    </w:p>
    <w:p>
      <w:r>
        <w:rPr>
          <w:b/>
        </w:rPr>
        <w:t xml:space="preserve">[1:28:01] </w:t>
      </w:r>
      <w:r>
        <w:t>dekhiye, sawab jo hai, Islam ke is mein maana gaya hai ke jo Khuda ki raza ke liye jo kaam kiya jaye, wahi sawab hai.</w:t>
      </w:r>
    </w:p>
    <w:p>
      <w:pPr>
        <w:jc w:val="right"/>
      </w:pPr>
      <w:r>
        <w:t>دیکھیے، ثواب جو ہے، اسلام کے اس میں مانا گیا ہے کہ جو خدا کی رضا کے لیے جو کام کیا جائے، وہی ثواب ہے۔</w:t>
      </w:r>
    </w:p>
    <w:p>
      <w:r>
        <w:rPr>
          <w:b/>
        </w:rPr>
        <w:t xml:space="preserve">[1:28:14] </w:t>
      </w:r>
      <w:r>
        <w:t>yahan tak ke namaz bhi aap parhen dikhawe ke liye, to woh sawab nahin rahe gi.</w:t>
      </w:r>
    </w:p>
    <w:p>
      <w:pPr>
        <w:jc w:val="right"/>
      </w:pPr>
      <w:r>
        <w:t>یہاں تک کہ نماز بھی آپ پڑھیں دکھائے کے لیے، تو وہ ثواب نہیں رہے گی۔</w:t>
      </w:r>
    </w:p>
    <w:p>
      <w:r>
        <w:rPr>
          <w:b/>
        </w:rPr>
        <w:t xml:space="preserve">[1:28:22] </w:t>
      </w:r>
      <w:r>
        <w:t>sawab nahin rahe gi. hajj karen aap business ke liye, to woh sawab nahin ho ga. to Islam mein is ko define kiya gaya hai ke har woh kaam, aap rastay mein ek pathar para ho, us ko hatayen,</w:t>
      </w:r>
    </w:p>
    <w:p>
      <w:pPr>
        <w:jc w:val="right"/>
      </w:pPr>
      <w:r>
        <w:t>ثواب نہیں رہے گی۔ حج کریں آپ business کے لیے، تو وہ ثواب نہیں ہو گا۔ تو اسلام میں اس کو define کیا گیا ہے کہ ہر وہ کام، آپ راستے میں ایک پتھر پڑا ہو، اس کو ہٹائیں،</w:t>
      </w:r>
    </w:p>
    <w:p>
      <w:r>
        <w:rPr>
          <w:b/>
        </w:rPr>
        <w:t xml:space="preserve">[1:28:35] </w:t>
      </w:r>
      <w:r>
        <w:t>lekin aur niyat ho Khuda ki raza, to woh sawab hai.</w:t>
      </w:r>
    </w:p>
    <w:p>
      <w:pPr>
        <w:jc w:val="right"/>
      </w:pPr>
      <w:r>
        <w:t>لیکن اور نیت ہو خدا کی رضا، تو وہ ثواب ہے۔</w:t>
      </w:r>
    </w:p>
    <w:p>
      <w:r>
        <w:rPr>
          <w:b/>
        </w:rPr>
        <w:t xml:space="preserve">[1:28:43] </w:t>
      </w:r>
      <w:r>
        <w:t>to koi bhi kaam, chahe namaz parhna ho, chahe khidmat karna ho, sirf us waqt sawab hai jab ke sach much aap us ko Khuda ki raza ke liye kar rahe hain.</w:t>
      </w:r>
    </w:p>
    <w:p>
      <w:pPr>
        <w:jc w:val="right"/>
      </w:pPr>
      <w:r>
        <w:t>تو کوئی بھی کام، چاہے نماز پڑھنا ہو، چاہے خدمت کرنا ہو، صرف اس وقت ثواب ہے جب کہ سچ مچ آپ اس کو خدا کی رضا کے لیے کر رہے ہیں۔</w:t>
      </w:r>
    </w:p>
    <w:p>
      <w:r>
        <w:rPr>
          <w:b/>
        </w:rPr>
        <w:t xml:space="preserve">[1:28:54] </w:t>
      </w:r>
      <w:r>
        <w:t>agar Khuda ki raza nahin hai, to koi bhi kaam sawab nahin hai. yani hajj aur namaz parhna bhi sawab nahin hai.</w:t>
      </w:r>
    </w:p>
    <w:p>
      <w:pPr>
        <w:jc w:val="right"/>
      </w:pPr>
      <w:r>
        <w:t>اگر خدا کی رضا نہیں ہے، تو کوئی بھی کام ثواب نہیں ہے۔ یعنی حج اور نماز پڑھنا بھی ثواب نہیں ہے۔</w:t>
      </w:r>
    </w:p>
    <w:p>
      <w:r>
        <w:rPr>
          <w:b/>
        </w:rPr>
        <w:t xml:space="preserve">[1:29:07] </w:t>
      </w:r>
      <w:r>
        <w:t>yeh bohat hi clear hai yeh baat Quran mein, hadith mein, har jagah. aur sare ulama is ko mante hain ke sawab sirf woh kaam hai jo Khuda ki raza matlab hai.</w:t>
      </w:r>
    </w:p>
    <w:p>
      <w:pPr>
        <w:jc w:val="right"/>
      </w:pPr>
      <w:r>
        <w:t>یہ بہت ہی clear ہے یہ بات قرآن میں، حدیث میں، ہر جگہ۔ اور سارے علماء اس کو مانتے ہیں کہ ثواب صرف وہ کام ہے جو خدا کی رضا مطلب ہے۔</w:t>
      </w:r>
    </w:p>
    <w:p>
      <w:r>
        <w:rPr>
          <w:b/>
        </w:rPr>
        <w:t xml:space="preserve">[1:29:19] </w:t>
      </w:r>
      <w:r>
        <w:t>raza ka matlab hai lughat se na samjhen, raza ka matlab hai. raza ka matlab hai Khuda ki khushi ke liye. Khuda ki khushi ke liye.</w:t>
      </w:r>
    </w:p>
    <w:p>
      <w:pPr>
        <w:jc w:val="right"/>
      </w:pPr>
      <w:r>
        <w:t>رضا کا معنی ہے لغت سے نہ سمجھیں، رضا کا معنی ہے۔ رضا کا معنی ہے خدا کی خوشی کے لیے۔ خدا کی خوشی کے لیے۔</w:t>
      </w:r>
    </w:p>
    <w:p>
      <w:r>
        <w:rPr>
          <w:b/>
        </w:rPr>
        <w:t xml:space="preserve">[1:29:27] </w:t>
      </w:r>
      <w:r>
        <w:t>raza ka matlab hai khushi.</w:t>
      </w:r>
    </w:p>
    <w:p>
      <w:pPr>
        <w:jc w:val="right"/>
      </w:pPr>
      <w:r>
        <w:t>رضا کا معنی ہے خوشی۔</w:t>
      </w:r>
    </w:p>
    <w:p>
      <w:r>
        <w:rPr>
          <w:b/>
        </w:rPr>
        <w:t xml:space="preserve">[1:29:32] </w:t>
      </w:r>
      <w:r>
        <w:t>to koi kaam apne form ke aitbar se sawab nahin banta. Islam ka jo nuqta nazar hai ke koi bhi kaam apne form ke aitbar se sawab nahin banta.</w:t>
      </w:r>
    </w:p>
    <w:p>
      <w:pPr>
        <w:jc w:val="right"/>
      </w:pPr>
      <w:r>
        <w:t>تو کوئی کام اپنے فارم کے اعتبار سے ثواب نہیں بنتا۔ اسلام کا جو نقطہ نظر ہے کہ کوئی بھی کام اپنے فارم کے اعتبار سے ثواب نہیں بنتا۔</w:t>
      </w:r>
    </w:p>
    <w:p>
      <w:r>
        <w:rPr>
          <w:b/>
        </w:rPr>
        <w:t xml:space="preserve">[1:29:46] </w:t>
      </w:r>
      <w:r>
        <w:t>nahin. apne inner spirit ke aitbar se sawab banta hai. is principle ko samajh lijie ke koi bhi kaam apne form ke aitbar se sawab nahin banta.</w:t>
      </w:r>
    </w:p>
    <w:p>
      <w:pPr>
        <w:jc w:val="right"/>
      </w:pPr>
      <w:r>
        <w:t>نہیں۔ اپنے inner spirit کے اعتبار سے ثواب بنتا ہے۔ اس principle کو سمجھ لیجیے کہ کوئی بھی کام اپنے فارم کے اعتبار سے ثواب نہیں بنتا۔</w:t>
      </w:r>
    </w:p>
    <w:p>
      <w:r>
        <w:rPr>
          <w:b/>
        </w:rPr>
        <w:t xml:space="preserve">[1:30:03] </w:t>
      </w:r>
      <w:r>
        <w:t>sirf apni inner spirit ke aitbar se woh sawab banta hai. to jo kaam sach much Khuda ki khushi ke liye kiya jaye, Khuda ki raza ke liye kiya jaye,</w:t>
      </w:r>
    </w:p>
    <w:p>
      <w:pPr>
        <w:jc w:val="right"/>
      </w:pPr>
      <w:r>
        <w:t>صرف اپنی inner spirit کے اعتبار سے وہ ثواب بنتا ہے۔ تو جو کام سچ مچ خدا کی خوشی کے لیے کیا جائے، خدا کی رضا کے لیے کیا جائے،</w:t>
      </w:r>
    </w:p>
    <w:p>
      <w:r>
        <w:rPr>
          <w:b/>
        </w:rPr>
        <w:t xml:space="preserve">[1:30:19] </w:t>
      </w:r>
      <w:r>
        <w:t>to woh hai sawab. aur jis mein mislan social yani jo social</w:t>
      </w:r>
    </w:p>
    <w:p>
      <w:pPr>
        <w:jc w:val="right"/>
      </w:pPr>
      <w:r>
        <w:t>تو وہ ہے ثواب۔ اور جس میں مثلاً social یعنی جو social</w:t>
      </w:r>
    </w:p>
    <w:p>
      <w:r>
        <w:rPr>
          <w:b/>
        </w:rPr>
        <w:t xml:space="preserve">[1:30:30] </w:t>
      </w:r>
      <w:r>
        <w:t>compulsion hai, us ke liye karte hain log kaam. abhi log kya kahen ge? agar hum ne aisa nahin kiya to kya karen ge log? to social compulsion hai woh.</w:t>
      </w:r>
    </w:p>
    <w:p>
      <w:pPr>
        <w:jc w:val="right"/>
      </w:pPr>
      <w:r>
        <w:t>compulsion ہے، اس کے لیے کرتے ہیں لوگ کام۔ ابھی لوگ کیا کہیں گے؟ اگر ہم نے ایسا نہیں کیا تو کیا کریں گے لوگ؟ تو social compulsion ہے وہ۔</w:t>
      </w:r>
    </w:p>
    <w:p>
      <w:r>
        <w:rPr>
          <w:b/>
        </w:rPr>
        <w:t xml:space="preserve">[1:30:40] </w:t>
      </w:r>
      <w:r>
        <w:t>ya aur koi compulsion hote hain tarah tarah ke</w:t>
      </w:r>
    </w:p>
    <w:p>
      <w:pPr>
        <w:jc w:val="right"/>
      </w:pPr>
      <w:r>
        <w:t>یا اور کوئی compulsion ہوتے ہیں طرح طرح کے</w:t>
      </w:r>
    </w:p>
    <w:p>
      <w:r>
        <w:rPr>
          <w:b/>
        </w:rPr>
        <w:t xml:space="preserve">[1:30:44] </w:t>
      </w:r>
      <w:r>
        <w:t>. to kisi aur incentive ke tehat agar aap karte hain koi kaam, to woh sawab nahin hai. yeh basically jo cheez hai, woh incentive hai.</w:t>
      </w:r>
    </w:p>
    <w:p>
      <w:pPr>
        <w:jc w:val="right"/>
      </w:pPr>
      <w:r>
        <w:t>۔ تو کسی اور incentive کے تحت اگر آپ کرتے ہیں کوئی کام، تو وہ ثواب نہیں ہے۔ یہ basically جو چیز ہے، وہ incentive ہے۔</w:t>
      </w:r>
    </w:p>
    <w:p>
      <w:r>
        <w:rPr>
          <w:b/>
        </w:rPr>
        <w:t xml:space="preserve">[1:30:54] </w:t>
      </w:r>
      <w:r>
        <w:t>motivation hai. form nahi hai.</w:t>
      </w:r>
    </w:p>
    <w:p>
      <w:pPr>
        <w:jc w:val="right"/>
      </w:pPr>
      <w:r>
        <w:t>Motivation ہے۔ فارم نہیں ہے۔</w:t>
      </w:r>
    </w:p>
    <w:p>
      <w:r>
        <w:rPr>
          <w:b/>
        </w:rPr>
        <w:t xml:space="preserve">[1:31:02] </w:t>
      </w:r>
      <w:r>
        <w:t>This question is from Dr. Faridah Khanna. How can we adopt two different attitudes at the same time</w:t>
      </w:r>
    </w:p>
    <w:p>
      <w:pPr>
        <w:jc w:val="right"/>
      </w:pPr>
      <w:r>
        <w:t>This question is from Dr. Faridah Khanna. How can we adopt two different attitudes at the same time</w:t>
      </w:r>
    </w:p>
    <w:p>
      <w:r>
        <w:rPr>
          <w:b/>
        </w:rPr>
        <w:t xml:space="preserve">[1:31:10] </w:t>
      </w:r>
      <w:r>
        <w:t>? That is, following idealism at the level of thinking and adopting practical attitude in other matters. achha, yeh to bohat hi philosophical question hai.</w:t>
      </w:r>
    </w:p>
    <w:p>
      <w:pPr>
        <w:jc w:val="right"/>
      </w:pPr>
      <w:r>
        <w:t>? That is, following idealism at the level of thinking and adopting practical attitude in other matters. اچھا، یہ تو بہت ہی philosophical question ہے۔</w:t>
      </w:r>
    </w:p>
    <w:p>
      <w:r>
        <w:rPr>
          <w:b/>
        </w:rPr>
        <w:t xml:space="preserve">[1:31:24] </w:t>
      </w:r>
      <w:r>
        <w:t>main samajhta hoon ke har cheez jo hai, woh govern hoti hai realism se. sab se bari cheez hai realistic approach.</w:t>
      </w:r>
    </w:p>
    <w:p>
      <w:pPr>
        <w:jc w:val="right"/>
      </w:pPr>
      <w:r>
        <w:t>میں سمجھتا ہوں کہ ہر چیز جو ہے، وہ govern ہوتی ہے realism سے۔ سب سے بڑی چیز ہے realistic approach۔</w:t>
      </w:r>
    </w:p>
    <w:p>
      <w:r>
        <w:rPr>
          <w:b/>
        </w:rPr>
        <w:t xml:space="preserve">[1:31:33] </w:t>
      </w:r>
      <w:r>
        <w:t>aik bar to main bahir tha, aik canadian professor se baat ho rahi thi Islam ke baray mein. to main ne kaha ke Islam means realism.</w:t>
      </w:r>
    </w:p>
    <w:p>
      <w:pPr>
        <w:jc w:val="right"/>
      </w:pPr>
      <w:r>
        <w:t>ایک بار تو میں باہر تھا، ایک کینیڈین پروفیسر سے بات ہو رہی تھی اسلام کے بارے میں۔ تو میں نے کہا کہ اسلام means realism۔</w:t>
      </w:r>
    </w:p>
    <w:p>
      <w:r>
        <w:rPr>
          <w:b/>
        </w:rPr>
        <w:t xml:space="preserve">[1:31:47] </w:t>
      </w:r>
      <w:r>
        <w:t>to koi samajh mein nahi aya ke Islam means realism.</w:t>
      </w:r>
    </w:p>
    <w:p>
      <w:pPr>
        <w:jc w:val="right"/>
      </w:pPr>
      <w:r>
        <w:t>تو کوئی سمجھ میں نہیں آیا کہ اسلام means realism۔</w:t>
      </w:r>
    </w:p>
    <w:p>
      <w:r>
        <w:rPr>
          <w:b/>
        </w:rPr>
        <w:t xml:space="preserve">[1:31:56] </w:t>
      </w:r>
      <w:r>
        <w:t>to samajh hi nahi aya ke kya keh rahe hain yeh ke Islam means real</w:t>
      </w:r>
    </w:p>
    <w:p>
      <w:pPr>
        <w:jc w:val="right"/>
      </w:pPr>
      <w:r>
        <w:t>تو سمجھ ہی نہیں آیا کہ کیا کہہ رہے ہیں یہ کہ اسلام means real</w:t>
      </w:r>
    </w:p>
    <w:p>
      <w:r>
        <w:rPr>
          <w:b/>
        </w:rPr>
        <w:t xml:space="preserve">[1:32:00] </w:t>
      </w:r>
      <w:r>
        <w:t>ism. sach poochen to</w:t>
      </w:r>
    </w:p>
    <w:p>
      <w:pPr>
        <w:jc w:val="right"/>
      </w:pPr>
      <w:r>
        <w:t>ism۔ سچ پوچھیں تو</w:t>
      </w:r>
    </w:p>
    <w:p>
      <w:r>
        <w:rPr>
          <w:b/>
        </w:rPr>
        <w:t xml:space="preserve">[1:32:06] </w:t>
      </w:r>
      <w:r>
        <w:t>wo practical approach bhi realism hota hai. aur theoretical approach bhi realism hota hai. main Khuda ko aik kyun manta hoon?</w:t>
      </w:r>
    </w:p>
    <w:p>
      <w:pPr>
        <w:jc w:val="right"/>
      </w:pPr>
      <w:r>
        <w:t>وہ practical approach بھی realism ہوتا ہے۔ اور theoretical approach بھی realism ہوتا ہے۔ میں خدا کو ایک کیوں مانتا ہوں؟</w:t>
      </w:r>
    </w:p>
    <w:p>
      <w:r>
        <w:rPr>
          <w:b/>
        </w:rPr>
        <w:t xml:space="preserve">[1:32:16] </w:t>
      </w:r>
      <w:r>
        <w:t>yeh aik theory hai. lekin yahan bhi kya hai, mere liye koi option nahi doosra.</w:t>
      </w:r>
    </w:p>
    <w:p>
      <w:pPr>
        <w:jc w:val="right"/>
      </w:pPr>
      <w:r>
        <w:t>یہ ایک تھیوری ہے۔ لیکن یہاں بھی کیا ہے، میرے لیے کوئی option نہیں دوسرا۔</w:t>
      </w:r>
    </w:p>
    <w:p>
      <w:r>
        <w:rPr>
          <w:b/>
        </w:rPr>
        <w:t xml:space="preserve">[1:32:22] </w:t>
      </w:r>
      <w:r>
        <w:t>main Khuda ko manta hoon ke is ne create kiya hai universe ko. There is also realism. ke apnay ko main creator declare nahi kar sakta.</w:t>
      </w:r>
    </w:p>
    <w:p>
      <w:pPr>
        <w:jc w:val="right"/>
      </w:pPr>
      <w:r>
        <w:t>میں خدا کو مانتا ہوں کہ اس نے create کیا ہے universe کو۔ There is also realism. کہ اپنے کو میں creator declare نہیں کر سکتا۔</w:t>
      </w:r>
    </w:p>
    <w:p>
      <w:r>
        <w:rPr>
          <w:b/>
        </w:rPr>
        <w:t xml:space="preserve">[1:32:33] </w:t>
      </w:r>
      <w:r>
        <w:t>to dono hi cheezein, chahay theory ho ya practice ho, jis cheez se govern ho rahi hai, woh realistic approach hai. woh realism hai. dono.</w:t>
      </w:r>
    </w:p>
    <w:p>
      <w:pPr>
        <w:jc w:val="right"/>
      </w:pPr>
      <w:r>
        <w:t>تو دونوں ہی چیزیں، چاہے تھیوری ہو یا practice ہو، جس چیز سے govern ہو رہی ہے، وہ realistic approach ہے۔ وہ realism ہے۔ دونوں۔</w:t>
      </w:r>
    </w:p>
    <w:p>
      <w:r>
        <w:rPr>
          <w:b/>
        </w:rPr>
        <w:t xml:space="preserve">[1:32:45] </w:t>
      </w:r>
      <w:r>
        <w:t>yeh</w:t>
      </w:r>
    </w:p>
    <w:p>
      <w:pPr>
        <w:jc w:val="right"/>
      </w:pPr>
      <w:r>
        <w:t>یہ</w:t>
      </w:r>
    </w:p>
    <w:p>
      <w:r>
        <w:rPr>
          <w:b/>
        </w:rPr>
        <w:t xml:space="preserve">[1:32:46] </w:t>
      </w:r>
      <w:r>
        <w:t>aan tak ke main samajhta hoon ke. to dono aik hi principle se</w:t>
      </w:r>
    </w:p>
    <w:p>
      <w:pPr>
        <w:jc w:val="right"/>
      </w:pPr>
      <w:r>
        <w:t>اں تک کہ میں سمجھتا ہوں کہ۔ تو دونوں ایک ہی principle سے</w:t>
      </w:r>
    </w:p>
    <w:p>
      <w:r>
        <w:rPr>
          <w:b/>
        </w:rPr>
        <w:t xml:space="preserve">[1:32:51] </w:t>
      </w:r>
      <w:r>
        <w:t>cover ho rahe hain ya govern ho rahe hain. aik hi principle se. That is realism. ab Islam poora ka poora realism hai. poora ka poora.</w:t>
      </w:r>
    </w:p>
    <w:p>
      <w:pPr>
        <w:jc w:val="right"/>
      </w:pPr>
      <w:r>
        <w:t>cover ہو رہے ہیں یا govern ہو رہے ہیں۔ ایک ہی principle سے۔ That is realism. اب اسلام پورا کا پورا realism ہے۔ پورا کا پورا۔</w:t>
      </w:r>
    </w:p>
    <w:p>
      <w:r>
        <w:rPr>
          <w:b/>
        </w:rPr>
        <w:t xml:space="preserve">[1:33:02] </w:t>
      </w:r>
      <w:r>
        <w:t>tauheed bhi kya hai? woh theoretical realism hai. hum Khuda ko aik mannay ke siwa koi aur choice le nahi sakte.</w:t>
      </w:r>
    </w:p>
    <w:p>
      <w:pPr>
        <w:jc w:val="right"/>
      </w:pPr>
      <w:r>
        <w:t>توحید بھی کیا ہے؟ وہ theoretical realism ہے۔ ہم خدا کو ایک ماننے کے سوا کوئی اور choice لے نہیں سکتے۔</w:t>
      </w:r>
    </w:p>
    <w:p>
      <w:r>
        <w:rPr>
          <w:b/>
        </w:rPr>
        <w:t xml:space="preserve">[1:33:11] </w:t>
      </w:r>
      <w:r>
        <w:t>to jis tarah se main Khuda ko creator manta hoon, realistic approach ki wajah se, usi tarah se wahan bhi jo main practical, jo mera behavior hai, woh bhi isi liye hai ke wahan mere liye doosra koi option nahi hai.</w:t>
      </w:r>
    </w:p>
    <w:p>
      <w:pPr>
        <w:jc w:val="right"/>
      </w:pPr>
      <w:r>
        <w:t>تو جس طرح سے میں خدا کو creator مانتا ہوں، realistic approach کی وجہ سے، اسی طرح سے وہاں بھی جو میں practical، جو میرا behavior ہے، وہ بھی اسی لیے ہے کہ وہاں میرے لیے دوسرا کوئی option نہیں ہے۔</w:t>
      </w:r>
    </w:p>
    <w:p>
      <w:r>
        <w:rPr>
          <w:b/>
        </w:rPr>
        <w:t xml:space="preserve">[1:33:30] </w:t>
      </w:r>
      <w:r>
        <w:t>to meri samajh se jitni bhi activities hain, in terms of theory, in terms of practice, both are governed by</w:t>
      </w:r>
    </w:p>
    <w:p>
      <w:pPr>
        <w:jc w:val="right"/>
      </w:pPr>
      <w:r>
        <w:t>تو میری سمجھ سے جتنی بھی activities ہیں، in terms of theory, in terms of practice, both are governed by</w:t>
      </w:r>
    </w:p>
    <w:p>
      <w:r>
        <w:rPr>
          <w:b/>
        </w:rPr>
        <w:t xml:space="preserve">[1:33:46] </w:t>
      </w:r>
      <w:r>
        <w:t>simple principle. That is realism.</w:t>
      </w:r>
    </w:p>
    <w:p>
      <w:pPr>
        <w:jc w:val="right"/>
      </w:pPr>
      <w:r>
        <w:t>simple principle. That is realism.</w:t>
      </w:r>
    </w:p>
    <w:p>
      <w:r>
        <w:rPr>
          <w:b/>
        </w:rPr>
        <w:t xml:space="preserve">[1:33:57] </w:t>
      </w:r>
      <w:r>
        <w:t>Is there any way to guarantee entry into paradise?</w:t>
      </w:r>
    </w:p>
    <w:p>
      <w:pPr>
        <w:jc w:val="right"/>
      </w:pPr>
      <w:r>
        <w:t>Is there any way to guarantee entry into paradise?</w:t>
      </w:r>
    </w:p>
    <w:p>
      <w:r>
        <w:rPr>
          <w:b/>
        </w:rPr>
        <w:t xml:space="preserve">[1:34:04] </w:t>
      </w:r>
      <w:r>
        <w:t>yani yeh main kahoon ke no, tab bhi yeh. yani woh ho ga. Absurd baat ho gi. koi guarantee ho sakti hai? is se ziyada yani absurd baat koi ho sakti hai ke Khuda ke domain mein main dakhil ho jaon?</w:t>
      </w:r>
    </w:p>
    <w:p>
      <w:pPr>
        <w:jc w:val="right"/>
      </w:pPr>
      <w:r>
        <w:t>یعنی یہ میں کہوں کہ no، تب بھی یہ۔ یعنی وہ ہو گا۔ Absurd بات ہو گی۔ کوئی guarantee ہو سکتی ہے؟ اس سے زیادہ یعنی absurd بات کوئی ہو سکتی ہے کہ خدا کے domain میں میں داخل ہو جاؤں؟</w:t>
      </w:r>
    </w:p>
    <w:p>
      <w:r>
        <w:rPr>
          <w:b/>
        </w:rPr>
        <w:t xml:space="preserve">[1:34:21] </w:t>
      </w:r>
      <w:r>
        <w:t>ke Khuda ke domain mein dakhil hona hai. وَالْأَمْرُ يُعْمَدِ لِلَّهِ</w:t>
      </w:r>
    </w:p>
    <w:p>
      <w:pPr>
        <w:jc w:val="right"/>
      </w:pPr>
      <w:r>
        <w:t>کہ خدا کے domain میں داخل ہونا ہے۔ وَالْأَمْرُ يُعْمَدِ لِلَّهِ</w:t>
      </w:r>
    </w:p>
    <w:p>
      <w:r>
        <w:rPr>
          <w:b/>
        </w:rPr>
        <w:t xml:space="preserve">[1:34:26] </w:t>
      </w:r>
      <w:r>
        <w:t>yeh Khuda ke ikhtiyar ke sath. yeh Khuda ke ikhtiyar mein cheen sakta hoon main? jo log yeh samajhte hain ke koi guarantee hai, is se ziyada matt koi nahi hai is kainat mein.</w:t>
      </w:r>
    </w:p>
    <w:p>
      <w:pPr>
        <w:jc w:val="right"/>
      </w:pPr>
      <w:r>
        <w:t>یہ خدا کے اختیار کے ساتھ۔ یہ خدا کے اختیار میں چھین سکتا ہوں میں؟ جو لوگ یہ سمجھتے ہیں کہ کوئی guarantee ہے، اس سے زیادہ matt کوئی نہیں ہے اس کائنات میں۔</w:t>
      </w:r>
    </w:p>
    <w:p>
      <w:r>
        <w:rPr>
          <w:b/>
        </w:rPr>
        <w:t xml:space="preserve">[1:34:40] </w:t>
      </w:r>
      <w:r>
        <w:t>ajab jo aqeeday log bana rakhe hain, main janta hoon, bana rakhe hain aqeeday. Guaranteed jannat ka un ke pas hai formula. bilkul absurd hai, baseless hai.</w:t>
      </w:r>
    </w:p>
    <w:p>
      <w:pPr>
        <w:jc w:val="right"/>
      </w:pPr>
      <w:r>
        <w:t>عجب جو عقیدے لوگ بنا رکھے ہیں، میں جانتا ہوں، بنا رکھے ہیں عقیدے۔ Guaranteed جنت کا ان کے پاس ہے فارمولا۔ بالکل absurd ہے، baseless ہے۔</w:t>
      </w:r>
    </w:p>
    <w:p>
      <w:r>
        <w:rPr>
          <w:b/>
        </w:rPr>
        <w:t xml:space="preserve">[1:34:51] </w:t>
      </w:r>
      <w:r>
        <w:t>kuch bhi nahi haqeeqat is ki.</w:t>
      </w:r>
    </w:p>
    <w:p>
      <w:pPr>
        <w:jc w:val="right"/>
      </w:pPr>
      <w:r>
        <w:t>کچھ بھی نہیں حقیقت اس کی۔</w:t>
      </w:r>
    </w:p>
    <w:p>
      <w:r>
        <w:rPr>
          <w:b/>
        </w:rPr>
        <w:t xml:space="preserve">[1:34:56] </w:t>
      </w:r>
      <w:r>
        <w:t>wa al-amr yu'amadi lil-laah mukammal tor par hundred percent khuda ke ikhtiyar mein hai. jis ko chahe paradise de, jis ko chahe na de.</w:t>
      </w:r>
    </w:p>
    <w:p>
      <w:pPr>
        <w:jc w:val="right"/>
      </w:pPr>
      <w:r>
        <w:t>وَالْأَمْرُ يُعْمَدِ لِلَّهِ مکمل طور پر hundred percent خدا کے اختیار میں ہے۔ جس کو چاہے paradise دے، جس کو چاہے نہ دے۔</w:t>
      </w:r>
    </w:p>
    <w:p>
      <w:r>
        <w:rPr>
          <w:b/>
        </w:rPr>
        <w:t xml:space="preserve">[1:35:08] </w:t>
      </w:r>
      <w:r>
        <w:t>dekhiye, yeh simple baat nahi hai. dekhiye,</w:t>
      </w:r>
    </w:p>
    <w:p>
      <w:pPr>
        <w:jc w:val="right"/>
      </w:pPr>
      <w:r>
        <w:t>دیکھیے، یہ simple بات نہیں ہے۔ دیکھیے،</w:t>
      </w:r>
    </w:p>
    <w:p>
      <w:r>
        <w:rPr>
          <w:b/>
        </w:rPr>
        <w:t xml:space="preserve">[1:35:13] </w:t>
      </w:r>
      <w:r>
        <w:t>paradise itni zyada precious hai, itni zyada bari cheez hai ke hamara jo amal hota hai, hamara sab amal jhoota amal hai is ke muqable mein.</w:t>
      </w:r>
    </w:p>
    <w:p>
      <w:pPr>
        <w:jc w:val="right"/>
      </w:pPr>
      <w:r>
        <w:t>paradise اتنی زیادہ precious ہے، اتنی زیادہ بڑی چیز ہے کہ ہمارا جو عمل ہوتا ہے، ہمارا سب عمل جھوٹا عمل ہے اس کے مقابلے میں۔</w:t>
      </w:r>
    </w:p>
    <w:p>
      <w:r>
        <w:rPr>
          <w:b/>
        </w:rPr>
        <w:t xml:space="preserve">[1:35:24] </w:t>
      </w:r>
      <w:r>
        <w:t>yeh jo kitabon mein likha aata hai ke falan hazrat the ke raat din namazi parhte the, to kya yeh paradise ki price hai yeh? kaise bewakoof hain woh log jo is ko paradise ki price samajhte hain?</w:t>
      </w:r>
    </w:p>
    <w:p>
      <w:pPr>
        <w:jc w:val="right"/>
      </w:pPr>
      <w:r>
        <w:t>یہ جو کتابوں میں لکھا آتا ہے کہ فلاں حضرت تھے کہ رات دن نمازی پڑھتے تھے، تو کیا یہ paradise کی price ہے یہ؟ کیسے بیوقوف ہیں وہ لوگ جو اس کو paradise کی price سمجھتے ہیں؟</w:t>
      </w:r>
    </w:p>
    <w:p>
      <w:r>
        <w:rPr>
          <w:b/>
        </w:rPr>
        <w:t xml:space="preserve">[1:35:37] </w:t>
      </w:r>
      <w:r>
        <w:t>ke raat din quran parh rahe hain, raat din hadith parh rahe hain, raat din roza rakh rahe hain, yeh paradise ki price hai yeh? is se to ek cheenti bhi create nahi hoti.</w:t>
      </w:r>
    </w:p>
    <w:p>
      <w:pPr>
        <w:jc w:val="right"/>
      </w:pPr>
      <w:r>
        <w:t>کہ رات دن قرآن پڑھ رہے ہیں، رات دن حدیث پڑھ رہے ہیں، رات دن روزہ رکھ رہے ہیں، یہ paradise کی price ہے یہ؟ اس سے تو ایک چیونٹی بھی create نہیں ہوتی۔</w:t>
      </w:r>
    </w:p>
    <w:p>
      <w:r>
        <w:rPr>
          <w:b/>
        </w:rPr>
        <w:t xml:space="preserve">[1:35:48] </w:t>
      </w:r>
      <w:r>
        <w:t>aap saal bhar log kehte hain, kitabon mein likha aata hai ke sahib maghrib ke wazu se fajar ki namaz parhte the. ek so saal tak aisa karte rahe to aap ka amal koi kya, koi ek phool create kar sakta hai?</w:t>
      </w:r>
    </w:p>
    <w:p>
      <w:pPr>
        <w:jc w:val="right"/>
      </w:pPr>
      <w:r>
        <w:t>آپ سال بھر لوگ کہتے ہیں، کتابوں میں لکھا آتا ہے کہ صاحب مغرب کے وضو سے فجر کی نماز پڑھتے تھے۔ ایک سو سال تک ایسا کرتے رہے تو آپ کا عمل کوئی کیا، کوئی ایک پھول create کر سکتا ہے؟</w:t>
      </w:r>
    </w:p>
    <w:p>
      <w:r>
        <w:rPr>
          <w:b/>
        </w:rPr>
        <w:t xml:space="preserve">[1:36:00] </w:t>
      </w:r>
      <w:r>
        <w:t>ek phool? mujhe bataiye.</w:t>
      </w:r>
    </w:p>
    <w:p>
      <w:pPr>
        <w:jc w:val="right"/>
      </w:pPr>
      <w:r>
        <w:t>ایک پھول؟ مجھے بتائیے۔</w:t>
      </w:r>
    </w:p>
    <w:p>
      <w:r>
        <w:rPr>
          <w:b/>
        </w:rPr>
        <w:t xml:space="preserve">[1:36:05] </w:t>
      </w:r>
      <w:r>
        <w:t>paradise to ek super phool hai. yeh phoolon ka ek ek anokha ek chaman.</w:t>
      </w:r>
    </w:p>
    <w:p>
      <w:pPr>
        <w:jc w:val="right"/>
      </w:pPr>
      <w:r>
        <w:t>Paradise تو ایک super پھول ہے۔ یہ پھولوں کا ایک ایک انوکھا ایک چمن۔</w:t>
      </w:r>
    </w:p>
    <w:p>
      <w:r>
        <w:rPr>
          <w:b/>
        </w:rPr>
        <w:t xml:space="preserve">[1:36:13] </w:t>
      </w:r>
      <w:r>
        <w:t>mujhe bataiye ke kaun hai woh insaan jo ek so saal tak raat din namaz, roza, quran parhta rahe aur phir ek phool ko create kar sake woh?</w:t>
      </w:r>
    </w:p>
    <w:p>
      <w:pPr>
        <w:jc w:val="right"/>
      </w:pPr>
      <w:r>
        <w:t>مجھے بتائیے کہ کون ہے وہ انسان جو ایک سو سال تک رات دن نماز، روزہ، قرآن پڑھتا رہے اور پھر ایک پھول کو create کر سکے وہ؟</w:t>
      </w:r>
    </w:p>
    <w:p>
      <w:r>
        <w:rPr>
          <w:b/>
        </w:rPr>
        <w:t xml:space="preserve">[1:36:24] </w:t>
      </w:r>
      <w:r>
        <w:t>hamare amal ki koi value nahi hai. kuch bhi value nahi hai.</w:t>
      </w:r>
    </w:p>
    <w:p>
      <w:pPr>
        <w:jc w:val="right"/>
      </w:pPr>
      <w:r>
        <w:t>ہمارے عمل کی کوئی value نہیں ہے۔ کچھ بھی value نہیں ہے۔</w:t>
      </w:r>
    </w:p>
    <w:p>
      <w:r>
        <w:rPr>
          <w:b/>
        </w:rPr>
        <w:t xml:space="preserve">[1:36:34] </w:t>
      </w:r>
      <w:r>
        <w:t>yeh blasphemy hai bas mein to yeh manna ke hamare amal ki koi value hai. yeh super blasphemy hai yeh.</w:t>
      </w:r>
    </w:p>
    <w:p>
      <w:pPr>
        <w:jc w:val="right"/>
      </w:pPr>
      <w:r>
        <w:t>یہ blasphemy ہے بس میں تو یہ ماننا کہ ہمارے عمل کی کوئی value ہے۔ یہ super blasphemy ہے یہ۔</w:t>
      </w:r>
    </w:p>
    <w:p>
      <w:r>
        <w:rPr>
          <w:b/>
        </w:rPr>
        <w:t xml:space="preserve">[1:36:42] </w:t>
      </w:r>
      <w:r>
        <w:t>yeh to simple baat mujhe bataiye ke hazar saal tak koi baat kar raha hai to kya ek phool bhi create kar sakta hai?</w:t>
      </w:r>
    </w:p>
    <w:p>
      <w:pPr>
        <w:jc w:val="right"/>
      </w:pPr>
      <w:r>
        <w:t>یہ تو simple بات مجھے بتائیے کہ ہزار سال تک کوئی بات کر رہا ہے تو کیا ایک پھول بھی create کر سکتا ہے؟</w:t>
      </w:r>
    </w:p>
    <w:p>
      <w:r>
        <w:rPr>
          <w:b/>
        </w:rPr>
        <w:t xml:space="preserve">[1:36:53] </w:t>
      </w:r>
      <w:r>
        <w:t>jannat ki beauty, jannat ka pleasure, jannat ki happiness, jannat ki eternity</w:t>
      </w:r>
    </w:p>
    <w:p>
      <w:pPr>
        <w:jc w:val="right"/>
      </w:pPr>
      <w:r>
        <w:t>جنت کی beauty، جنت کا pleasure، جنت کی happiness، جنت کی eternity</w:t>
      </w:r>
    </w:p>
    <w:p>
      <w:r>
        <w:rPr>
          <w:b/>
        </w:rPr>
        <w:t xml:space="preserve">[1:37:05] </w:t>
      </w:r>
      <w:r>
        <w:t>itni zyada anokhi hai. unbelievable hai.</w:t>
      </w:r>
    </w:p>
    <w:p>
      <w:pPr>
        <w:jc w:val="right"/>
      </w:pPr>
      <w:r>
        <w:t>اتنی زیادہ انوکھی ہے۔ Unbelievable ہے۔</w:t>
      </w:r>
    </w:p>
    <w:p>
      <w:r>
        <w:rPr>
          <w:b/>
        </w:rPr>
        <w:t xml:space="preserve">[1:37:13] </w:t>
      </w:r>
      <w:r>
        <w:t>ab dekhiye, abhi abhi ki baat hai, isi hafte ki, meri is ungli jo hai, meri ungli mein woh dhans gaya. woh jo hota hai na, is staple kehte hain, kya kehte hain is ko?</w:t>
      </w:r>
    </w:p>
    <w:p>
      <w:pPr>
        <w:jc w:val="right"/>
      </w:pPr>
      <w:r>
        <w:t>اب دیکھیے، ابھی ابھی کی بات ہے، اسی ہفتے کی، میری اس انگلی جو ہے، میری انگلی میں وہ دھنس گیا۔ وہ جو ہوتا ہے نا، اس staple کہتے ہیں، کیا کہتے ہیں اس کو؟</w:t>
      </w:r>
    </w:p>
    <w:p>
      <w:r>
        <w:rPr>
          <w:b/>
        </w:rPr>
        <w:t xml:space="preserve">[1:37:26] </w:t>
      </w:r>
      <w:r>
        <w:t>yeh dhans gaya.</w:t>
      </w:r>
    </w:p>
    <w:p>
      <w:pPr>
        <w:jc w:val="right"/>
      </w:pPr>
      <w:r>
        <w:t>یہ دھنس گیا۔</w:t>
      </w:r>
    </w:p>
    <w:p>
      <w:r>
        <w:rPr>
          <w:b/>
        </w:rPr>
        <w:t xml:space="preserve">[1:37:30] </w:t>
      </w:r>
      <w:r>
        <w:t>to agarche woh nikal gaya tha, mein das din tak is mein pareshan raha.</w:t>
      </w:r>
    </w:p>
    <w:p>
      <w:pPr>
        <w:jc w:val="right"/>
      </w:pPr>
      <w:r>
        <w:t>تو اگرچہ وہ نکل گیا تھا، میں دس دن تک اس میں پریشان رہا۔</w:t>
      </w:r>
    </w:p>
    <w:p>
      <w:r>
        <w:rPr>
          <w:b/>
        </w:rPr>
        <w:t xml:space="preserve">[1:37:39] </w:t>
      </w:r>
      <w:r>
        <w:t>yani aadmi is par bhi bas mein nahi ke aap ne apni ungli mein staple dhansne na dein. mere bas mein yeh nahi ke mein staple na dhansne doon yahan.</w:t>
      </w:r>
    </w:p>
    <w:p>
      <w:pPr>
        <w:jc w:val="right"/>
      </w:pPr>
      <w:r>
        <w:t>یعنی آدمی اس پر بھی بس میں نہیں کہ آپ نے اپنی انگلی میں staple دھنسنے نہ دیں۔ میرے بس میں یہ نہیں کہ میں staple نہ دھنسنے دوں یہاں۔</w:t>
      </w:r>
    </w:p>
    <w:p>
      <w:r>
        <w:rPr>
          <w:b/>
        </w:rPr>
        <w:t xml:space="preserve">[1:37:49] </w:t>
      </w:r>
      <w:r>
        <w:t>ek staple dhans gaya to poori zindagi jo hai, bechain ho jati hai. insaan ko help nexus na dein ke help nexus.</w:t>
      </w:r>
    </w:p>
    <w:p>
      <w:pPr>
        <w:jc w:val="right"/>
      </w:pPr>
      <w:r>
        <w:t>ایک staple دھنس گیا تو پوری زندگی جو ہے، بے چین ہو جاتی ہے۔ انسان کو help nexus نہ دیں کہ help nexus۔</w:t>
      </w:r>
    </w:p>
    <w:p>
      <w:r>
        <w:rPr>
          <w:b/>
        </w:rPr>
        <w:t xml:space="preserve">[1:38:00] </w:t>
      </w:r>
      <w:r>
        <w:t>mere doctor ne mujhe BP, woh blood pressure ka woh hai, to blood thinner de diya. blood thinner.</w:t>
      </w:r>
    </w:p>
    <w:p>
      <w:pPr>
        <w:jc w:val="right"/>
      </w:pPr>
      <w:r>
        <w:t>میرے ڈاکٹر نے مجھے BP، وہ blood pressure کا وہ ہے، تو blood thinner دے دیا۔ Blood thinner۔</w:t>
      </w:r>
    </w:p>
    <w:p>
      <w:r>
        <w:rPr>
          <w:b/>
        </w:rPr>
        <w:t xml:space="preserve">[1:38:06] </w:t>
      </w:r>
      <w:r>
        <w:t>ab janab, woh kya hua ek baar ke naak se khoon nikalne laga. abhi kya hua ke aankh mein khoon aa gaya. itni bhi mere paas taqat nahi hai ke blood thinner ko mein aankh mein, kaan mein na aane doon khoon ko.</w:t>
      </w:r>
    </w:p>
    <w:p>
      <w:pPr>
        <w:jc w:val="right"/>
      </w:pPr>
      <w:r>
        <w:t>اب جناب، وہ کیا ہوا ایک بار کہ ناک سے خون نکلنے لگا۔ ابھی کیا ہوا کہ آنکھ میں خون آ گیا۔ اتنی بھی میرے پاس طاقت نہیں ہے کہ blood thinner کو میں آنکھ میں، کان میں نہ آنے دوں خون کو۔</w:t>
      </w:r>
    </w:p>
    <w:p>
      <w:r>
        <w:rPr>
          <w:b/>
        </w:rPr>
        <w:t xml:space="preserve">[1:38:20] </w:t>
      </w:r>
      <w:r>
        <w:t>ya aankh mein na aane doon. kya meri yeh taqat hai? aap raat din namaz parhte rahen, is se kya ho jayega? ab jannat ki price ban jayega aap ka amal?</w:t>
      </w:r>
    </w:p>
    <w:p>
      <w:pPr>
        <w:jc w:val="right"/>
      </w:pPr>
      <w:r>
        <w:t>یا آنکھ میں نہ آنے دوں۔ کیا میری یہ طاقت ہے؟ آپ رات دن نماز پڑھتے رہیں، اس سے کیا ہو جائے گا؟ اب جنت کی price بن جائے گا آپ کا عمل؟</w:t>
      </w:r>
    </w:p>
    <w:p>
      <w:r>
        <w:rPr>
          <w:b/>
        </w:rPr>
        <w:t xml:space="preserve">[1:38:35] </w:t>
      </w:r>
      <w:r>
        <w:t>yani aap sochiye ke jahan boredom nahi hai, jahan accident nahi hai, jahan koi disease nahi hai, jahan old age nahi hai, jahan barhapa nahi hai, jahan death nahi hai, death.</w:t>
      </w:r>
    </w:p>
    <w:p>
      <w:pPr>
        <w:jc w:val="right"/>
      </w:pPr>
      <w:r>
        <w:t>یعنی آپ سوچیے کہ جہاں boredom نہیں ہے، جہاں accident نہیں ہے، جہاں کوئی disease نہیں ہے، جہاں old age نہیں ہے، جہاں بڑھاپا نہیں ہے، جہاں death نہیں ہے، death۔</w:t>
      </w:r>
    </w:p>
    <w:p>
      <w:r>
        <w:rPr>
          <w:b/>
        </w:rPr>
        <w:t xml:space="preserve">[1:38:47] </w:t>
      </w:r>
      <w:r>
        <w:t>saare king mil kar ke kya death ko apne ko bacha sakte hain death se? saare doctor bacha sakte hain?</w:t>
      </w:r>
    </w:p>
    <w:p>
      <w:pPr>
        <w:jc w:val="right"/>
      </w:pPr>
      <w:r>
        <w:t>سارے king مل کر کے کیا death کو اپنے کو بچا سکتے ہیں death سے؟ سارے ڈاکٹر بچا سکتے ہیں؟</w:t>
      </w:r>
    </w:p>
    <w:p>
      <w:r>
        <w:rPr>
          <w:b/>
        </w:rPr>
        <w:t xml:space="preserve">[1:38:57] </w:t>
      </w:r>
      <w:r>
        <w:t>bombay mein gaya to wahan ek bahut bada surgeon</w:t>
      </w:r>
    </w:p>
    <w:p>
      <w:pPr>
        <w:jc w:val="right"/>
      </w:pPr>
      <w:r>
        <w:t>بمبئی میں گیا تو وہاں ایک بہت بڑا سرجن</w:t>
      </w:r>
    </w:p>
    <w:p>
      <w:r>
        <w:rPr>
          <w:b/>
        </w:rPr>
        <w:t xml:space="preserve">[1:39:00] </w:t>
      </w:r>
      <w:r>
        <w:t>tha. unhon ne bataya ke woh kaha karta tha ke woh is ka surgery karta tha, dil ki. is ne kaha tha ke woh khuda ko shayad nahi manta tha kabhi.</w:t>
      </w:r>
    </w:p>
    <w:p>
      <w:pPr>
        <w:jc w:val="right"/>
      </w:pPr>
      <w:r>
        <w:t>تھا۔ انہوں نے بتایا کہ وہ کہا کرتا تھا کہ وہ اس کا سرجری کرتا تھا، دل کی۔ اس نے کہا تھا کہ وہ خدا کو شاید نہیں مانتا تھا کبھی۔</w:t>
      </w:r>
    </w:p>
    <w:p>
      <w:r>
        <w:rPr>
          <w:b/>
        </w:rPr>
        <w:t xml:space="preserve">[1:39:09] </w:t>
      </w:r>
      <w:r>
        <w:t>khuda kya hai? mere hath mein hai, abhi lao, abhi abhi mein theek kar deta hoon is aadmi ko. bohat hi successful surgery karta tha woh.</w:t>
      </w:r>
    </w:p>
    <w:p>
      <w:pPr>
        <w:jc w:val="right"/>
      </w:pPr>
      <w:r>
        <w:t>خدا کیا ہے؟ میرے ہاتھ میں ہے، ابھی لاؤ، ابھی ابھی میں ٹھیک کر دیتا ہوں اس آدمی کو۔ بہت ہی successful سرجری کرتا تھا وہ۔</w:t>
      </w:r>
    </w:p>
    <w:p>
      <w:r>
        <w:rPr>
          <w:b/>
        </w:rPr>
        <w:t xml:space="preserve">[1:39:20] </w:t>
      </w:r>
      <w:r>
        <w:t>aur kya hua, isi hospital mein jahan ke woh surgery kiya karta tha, us ki gari takra gayi, wohin mar gaya woh. zahir hai ke apne ko bacha nahi saka woh accident se.</w:t>
      </w:r>
    </w:p>
    <w:p>
      <w:pPr>
        <w:jc w:val="right"/>
      </w:pPr>
      <w:r>
        <w:t>اور کیا ہوا، اسی ہسپتال میں جہاں کہ وہ سرجری کیا کرتا تھا، اس کی گاڑی ٹکرا گئی، وہیں مر گیا وہ۔ ظاہر ہے کہ اپنے کو بچا نہیں سکا وہ accident سے۔</w:t>
      </w:r>
    </w:p>
    <w:p>
      <w:r>
        <w:rPr>
          <w:b/>
        </w:rPr>
        <w:t xml:space="preserve">[1:39:31] </w:t>
      </w:r>
      <w:r>
        <w:t>to woh paradise jahan hum accident se bache hue honge, jahan barhappe se bache hue honge,</w:t>
      </w:r>
    </w:p>
    <w:p>
      <w:pPr>
        <w:jc w:val="right"/>
      </w:pPr>
      <w:r>
        <w:t>تو وہ paradise جہاں ہم accident سے بچے ہوئے ہوں گے، جہاں بڑھاپے سے بچے ہوئے ہوں گے،</w:t>
      </w:r>
    </w:p>
    <w:p>
      <w:r>
        <w:rPr>
          <w:b/>
        </w:rPr>
        <w:t xml:space="preserve">[1:39:42] </w:t>
      </w:r>
      <w:r>
        <w:t>jahan koi limitations nahi, jahan koi disadvantage nahi,</w:t>
      </w:r>
    </w:p>
    <w:p>
      <w:pPr>
        <w:jc w:val="right"/>
      </w:pPr>
      <w:r>
        <w:t>جہاں کوئی limitations نہیں، جہاں کوئی disadvantage نہیں،</w:t>
      </w:r>
    </w:p>
    <w:p>
      <w:r>
        <w:rPr>
          <w:b/>
        </w:rPr>
        <w:t xml:space="preserve">[1:39:49] </w:t>
      </w:r>
      <w:r>
        <w:t>jahan quran ke lafzon mein jahan huzn nahi, jahan khauf nahi. to aisha ne kaha ke rasool allah, aap rasool allah hain? kaha aap ko bhi nahi?</w:t>
      </w:r>
    </w:p>
    <w:p>
      <w:pPr>
        <w:jc w:val="right"/>
      </w:pPr>
      <w:r>
        <w:t>جہاں قرآن کے لفظوں میں جہاں حزن نہیں، جہاں خوف نہیں۔ تو عائشہ نے کہا کہ رسول اللہ، آپ رسول اللہ ہیں؟ کہا آپ کو بھی نہیں؟</w:t>
      </w:r>
    </w:p>
    <w:p>
      <w:r>
        <w:rPr>
          <w:b/>
        </w:rPr>
        <w:t xml:space="preserve">[1:39:59] </w:t>
      </w:r>
      <w:r>
        <w:t>to aap ne farmaya ke haan, aya aisha</w:t>
      </w:r>
    </w:p>
    <w:p>
      <w:pPr>
        <w:jc w:val="right"/>
      </w:pPr>
      <w:r>
        <w:t>تو آپ نے فرمایا کہ ہاں، آیا عائشہ</w:t>
      </w:r>
    </w:p>
    <w:p>
      <w:r>
        <w:rPr>
          <w:b/>
        </w:rPr>
        <w:t xml:space="preserve">[1:40:01] </w:t>
      </w:r>
      <w:r>
        <w:t xml:space="preserve"> . naam, ya aisha, illa ytaghmadan allahu birahmatin minhu wa fadlih</w:t>
      </w:r>
    </w:p>
    <w:p>
      <w:pPr>
        <w:jc w:val="right"/>
      </w:pPr>
      <w:r>
        <w:t>۔ نعم، يا عائشة، إلا يتغمدن الله برحمة منه فضله</w:t>
      </w:r>
    </w:p>
    <w:p>
      <w:r>
        <w:rPr>
          <w:b/>
        </w:rPr>
        <w:t xml:space="preserve">[1:40:10] </w:t>
      </w:r>
      <w:r>
        <w:t>woh log pagal hain jo samajhte hain ke hamare rasool jo hain, jannat ke gate par khade ho jayenge. kahenge, aao chalo. chalo ji. yeh kya yeh?</w:t>
      </w:r>
    </w:p>
    <w:p>
      <w:pPr>
        <w:jc w:val="right"/>
      </w:pPr>
      <w:r>
        <w:t>وہ لوگ پاگل ہیں جو سمجھتے ہیں کہ ہمارے رسول جو ہیں، جنت کے گیٹ پر کھڑے ہو جائیں گے۔ کہیں گے، آؤ چلو۔ چلو جی۔ یہ کیا یہ؟</w:t>
      </w:r>
    </w:p>
    <w:p>
      <w:r>
        <w:rPr>
          <w:b/>
        </w:rPr>
        <w:t xml:space="preserve">[1:40:19] </w:t>
      </w:r>
      <w:r>
        <w:t>yeh to diwangi hai. apne bare mein aap farmate hain ke naam, ya aisha,</w:t>
      </w:r>
    </w:p>
    <w:p>
      <w:pPr>
        <w:jc w:val="right"/>
      </w:pPr>
      <w:r>
        <w:t>یہ تو دیوانگی ہے۔ اپنے بارے میں آپ فرماتے ہیں کہ نعم، يا عائشة،</w:t>
      </w:r>
    </w:p>
    <w:p>
      <w:r>
        <w:rPr>
          <w:b/>
        </w:rPr>
        <w:t xml:space="preserve">[1:40:24] </w:t>
      </w:r>
      <w:r>
        <w:t>illa ytaghmadan allahu birahmatin minhu wa fadlih haan, aisha, allah yeh ke khuda mujhe blessing kare aur mujhe jannat mein dakhil kar de.</w:t>
      </w:r>
    </w:p>
    <w:p>
      <w:pPr>
        <w:jc w:val="right"/>
      </w:pPr>
      <w:r>
        <w:t>إلا يتغمدن الله برحمة منه فضله ہاں، عائشہ، اللہ یہ کہ خدا مجھے blessing کرے اور مجھے جنت میں داخل کر دے۔</w:t>
      </w:r>
    </w:p>
    <w:p>
      <w:r>
        <w:rPr>
          <w:b/>
        </w:rPr>
        <w:t xml:space="preserve">[1:40:39] </w:t>
      </w:r>
      <w:r>
        <w:t>yaad rakhiye, yeh khuda ko underestimate karna hai.</w:t>
      </w:r>
    </w:p>
    <w:p>
      <w:pPr>
        <w:jc w:val="right"/>
      </w:pPr>
      <w:r>
        <w:t>یاد رکھیے، یہ خدا کو underestimate کرنا ہے۔</w:t>
      </w:r>
    </w:p>
    <w:p>
      <w:r>
        <w:rPr>
          <w:b/>
        </w:rPr>
        <w:t xml:space="preserve">[1:40:44] </w:t>
      </w:r>
      <w:r>
        <w:t>yeh ishq ke sirf jitne bhi aqeedey hain, woh khuda ko underestimate karte hain. khuda ko underestimate karna shirk se bhi zyada bura hai.</w:t>
      </w:r>
    </w:p>
    <w:p>
      <w:pPr>
        <w:jc w:val="right"/>
      </w:pPr>
      <w:r>
        <w:t>یہ عشق کے صرف جتنے بھی عقیدے ہیں، وہ خدا کو underestimate کرتے ہیں۔ خدا کو underestimate کرنا شرک سے بھی زیادہ برا ہے۔</w:t>
      </w:r>
    </w:p>
    <w:p>
      <w:r>
        <w:rPr>
          <w:b/>
        </w:rPr>
        <w:t xml:space="preserve">[1:40:53] </w:t>
      </w:r>
      <w:r>
        <w:t>yaad rakhiye, but parasti se bhi zyada buri cheez hai yeh ke aap khuda ko underestimate karen.</w:t>
      </w:r>
    </w:p>
    <w:p>
      <w:pPr>
        <w:jc w:val="right"/>
      </w:pPr>
      <w:r>
        <w:t>یاد رکھیے، بت پرستی سے بھی زیادہ بری چیز ہے یہ کہ آپ خدا کو underestimate کریں۔</w:t>
      </w:r>
    </w:p>
    <w:p>
      <w:r>
        <w:rPr>
          <w:b/>
        </w:rPr>
        <w:t xml:space="preserve">[1:41:03] </w:t>
      </w:r>
      <w:r>
        <w:t>but ko poojna choti burai hai. aur khuda ko underestimate karna zyada bari burai hai. is liye is ke tamam aqeedey bilkul baseless hain.</w:t>
      </w:r>
    </w:p>
    <w:p>
      <w:pPr>
        <w:jc w:val="right"/>
      </w:pPr>
      <w:r>
        <w:t>بت کو پوجنا چھوٹی برائی ہے۔ اور خدا کو underestimate کرنا زیادہ بڑی برائی ہے۔ اس لیے اس کے تمام عقیدے بالکل baseless ہیں۔</w:t>
      </w:r>
    </w:p>
    <w:p>
      <w:r>
        <w:rPr>
          <w:b/>
        </w:rPr>
        <w:t xml:space="preserve">[1:41:16] </w:t>
      </w:r>
      <w:r>
        <w:t>Can a person become hundred percent positive in this world</w:t>
      </w:r>
    </w:p>
    <w:p>
      <w:pPr>
        <w:jc w:val="right"/>
      </w:pPr>
      <w:r>
        <w:t>Can a person become hundred percent positive in this world</w:t>
      </w:r>
    </w:p>
    <w:p>
      <w:r>
        <w:rPr>
          <w:b/>
        </w:rPr>
        <w:t xml:space="preserve">[1:41:20] </w:t>
      </w:r>
      <w:r>
        <w:t>? dekhiye, hundred percent positive na hona bhi positive hona hai. lekin dekhiye, yeh bhi koi yani log goal galat bana lete hain.</w:t>
      </w:r>
    </w:p>
    <w:p>
      <w:pPr>
        <w:jc w:val="right"/>
      </w:pPr>
      <w:r>
        <w:t>? دیکھیے، hundred percent positive نہ ہونا بھی positive ہونا ہے۔ لیکن دیکھیے، یہ بھی کوئی یعنی لوگ goal غلط بنا لیتے ہیں۔</w:t>
      </w:r>
    </w:p>
    <w:p>
      <w:r>
        <w:rPr>
          <w:b/>
        </w:rPr>
        <w:t xml:space="preserve">[1:41:35] </w:t>
      </w:r>
      <w:r>
        <w:t>yeh goal hai hi nahi ke koi aadmi hundred percent positive ban jaye. yeh goal nahi hai. goal yeh hai ke mein maan sakoon ke mein hundred percent positive nahi hoon.</w:t>
      </w:r>
    </w:p>
    <w:p>
      <w:pPr>
        <w:jc w:val="right"/>
      </w:pPr>
      <w:r>
        <w:t>یہ goal ہے ہی نہیں کہ کوئی آدمی hundred percent positive بن جائے۔ یہ goal نہیں ہے۔ Goal یہ ہے کہ میں مان سکوں کہ میں hundred percent positive نہیں ہوں۔</w:t>
      </w:r>
    </w:p>
    <w:p>
      <w:r>
        <w:rPr>
          <w:b/>
        </w:rPr>
        <w:t xml:space="preserve">[1:41:45] </w:t>
      </w:r>
      <w:r>
        <w:t>yeh goal hai. yaad rakhiye.</w:t>
      </w:r>
    </w:p>
    <w:p>
      <w:pPr>
        <w:jc w:val="right"/>
      </w:pPr>
      <w:r>
        <w:t>یہ goal ہے۔ یاد رکھیے۔</w:t>
      </w:r>
    </w:p>
    <w:p>
      <w:r>
        <w:rPr>
          <w:b/>
        </w:rPr>
        <w:t xml:space="preserve">[1:41:50] </w:t>
      </w:r>
      <w:r>
        <w:t>is ko achi tarah samajh lijiyye. ke yeh mere dil mein aa jaye ke mein hundred percent positive hoon, yeh goal hai hi nahi. goal yeh hai ke mujhe yaqeen ho ke mein hundred percent positive nahi hoon.</w:t>
      </w:r>
    </w:p>
    <w:p>
      <w:pPr>
        <w:jc w:val="right"/>
      </w:pPr>
      <w:r>
        <w:t>اس کو اچھی طرح سمجھ لیجیے۔ کہ یہ میرے دل میں آ جائے کہ میں hundred percent positive ہوں، یہ goal ہے ہی نہیں۔ Goal یہ ہے کہ مجھے یقین ہو کہ میں hundred percent positive نہیں ہوں۔</w:t>
      </w:r>
    </w:p>
    <w:p>
      <w:r>
        <w:rPr>
          <w:b/>
        </w:rPr>
        <w:t xml:space="preserve">[1:42:04] </w:t>
      </w:r>
      <w:r>
        <w:t>kyun? khuda ko sab se zyada pasand hai jo baat, woh yeh hai ke yeh kehna ke I was wrong.</w:t>
      </w:r>
    </w:p>
    <w:p>
      <w:pPr>
        <w:jc w:val="right"/>
      </w:pPr>
      <w:r>
        <w:t>کیوں؟ خدا کو سب سے زیادہ پسند ہے جو بات، وہ یہ ہے کہ یہ کہنا کہ I was wrong.</w:t>
      </w:r>
    </w:p>
    <w:p>
      <w:r>
        <w:rPr>
          <w:b/>
        </w:rPr>
        <w:t xml:space="preserve">[1:42:15] </w:t>
      </w:r>
      <w:r>
        <w:t>yahan tak ke hadith mein aata hai ke agar insaan ghalti na kare to khuda ek aur makhlooq ko paida karega.</w:t>
      </w:r>
    </w:p>
    <w:p>
      <w:pPr>
        <w:jc w:val="right"/>
      </w:pPr>
      <w:r>
        <w:t>یہاں تک کہ حدیث میں آتا ہے کہ اگر انسان غلطی نہ کرے تو خدا ایک اور مخلوق کو پیدا کرے گا۔</w:t>
      </w:r>
    </w:p>
    <w:p>
      <w:r>
        <w:rPr>
          <w:b/>
        </w:rPr>
        <w:t xml:space="preserve">[1:42:24] </w:t>
      </w:r>
      <w:r>
        <w:t>jo ghalti ka maafii aur etiraf kare apni ghalti ka. dekhiye, sab se bari neki hai ghalti ka etiraf karna.</w:t>
      </w:r>
    </w:p>
    <w:p>
      <w:pPr>
        <w:jc w:val="right"/>
      </w:pPr>
      <w:r>
        <w:t>جو غلطی کا معافی اور اعتراف کرے اپنی غلطی کا۔ دیکھیے، سب سے بڑی نیکی ہے غلطی کا اعتراف کرنا۔</w:t>
      </w:r>
    </w:p>
    <w:p>
      <w:r>
        <w:rPr>
          <w:b/>
        </w:rPr>
        <w:t xml:space="preserve">[1:42:34] </w:t>
      </w:r>
      <w:r>
        <w:t>maanna, confess karna. ke maine mujh se ghalti ho gayi, khuda mujhe maaf kar de. sab se bari neki yeh nahi ke aap ghalti na karen.</w:t>
      </w:r>
    </w:p>
    <w:p>
      <w:pPr>
        <w:jc w:val="right"/>
      </w:pPr>
      <w:r>
        <w:t>ماننا، confess کرنا۔ کہ میں نے مجھ سے غلطی ہو گئی، خدا مجھے معاف کر دے۔ سب سے بڑی نیکی یہ نہیں کہ آپ غلطی نہ کریں۔</w:t>
      </w:r>
    </w:p>
    <w:p>
      <w:r>
        <w:rPr>
          <w:b/>
        </w:rPr>
        <w:t xml:space="preserve">[1:42:43] </w:t>
      </w:r>
      <w:r>
        <w:t>yaad rakhiye, mein bohat hi soch samajh kar yeh baat keh raha hoon. sab se bari neki, virtue yeh nahi hai ke aap ghalti na karen.</w:t>
      </w:r>
    </w:p>
    <w:p>
      <w:pPr>
        <w:jc w:val="right"/>
      </w:pPr>
      <w:r>
        <w:t>یاد رکھیے، میں بہت ہی سوچ سمجھ کر یہ بات کہہ رہا ہوں۔ سب سے بڑی نیکی، virtue یہ نہیں ہے کہ آپ غلطی نہ کریں۔</w:t>
      </w:r>
    </w:p>
    <w:p>
      <w:r>
        <w:rPr>
          <w:b/>
        </w:rPr>
        <w:t xml:space="preserve">[1:42:55] </w:t>
      </w:r>
      <w:r>
        <w:t>sab se bari virtue yeh hai ke aap ghalti karen aur phir keh saken, khuda-ya mujh se ghalti ho gai. Mujhe maaf farma. Yeh hai Islam ka asal spirit.</w:t>
      </w:r>
    </w:p>
    <w:p>
      <w:pPr>
        <w:jc w:val="right"/>
      </w:pPr>
      <w:r>
        <w:t>سب سے بڑی virtue یہ ہے کہ آپ غلطی کریں اور پھر کہہ سکیں، خدایا مجھ سے غلطی ہو گئی۔ مجھے معاف فرما۔ یہ ہے اسلام کا اصل spirit۔</w:t>
      </w:r>
    </w:p>
    <w:p>
      <w:r>
        <w:rPr>
          <w:b/>
        </w:rPr>
        <w:t xml:space="preserve">[1:43:15] </w:t>
      </w:r>
      <w:r>
        <w:t>Is it wrong to earn more money and obtain better things in life? Ab more money to better, more money ke baad better cheez khatam ho jati hai.</w:t>
      </w:r>
    </w:p>
    <w:p>
      <w:pPr>
        <w:jc w:val="right"/>
      </w:pPr>
      <w:r>
        <w:t>Is it wrong to earn more money and obtain better things in life? اب more money تو better، more money کے بعد better چیز ختم ہو جاتی ہے۔</w:t>
      </w:r>
    </w:p>
    <w:p>
      <w:r>
        <w:rPr>
          <w:b/>
        </w:rPr>
        <w:t xml:space="preserve">[1:43:30] </w:t>
      </w:r>
      <w:r>
        <w:t>Mili hui bhi khatam ho jati hai. More money aai ke better cheez gai.</w:t>
      </w:r>
    </w:p>
    <w:p>
      <w:pPr>
        <w:jc w:val="right"/>
      </w:pPr>
      <w:r>
        <w:t>ملی ہوئی بھی ختم ہو جاتی ہے۔ More money آئی کہ better چیز گئی۔</w:t>
      </w:r>
    </w:p>
    <w:p>
      <w:r>
        <w:rPr>
          <w:b/>
        </w:rPr>
        <w:t xml:space="preserve">[1:43:37] </w:t>
      </w:r>
      <w:r>
        <w:t>Dekhiye, mera zindagi ke upar ka tajurba hai. Ke more money anay ke baad kya hota hai?</w:t>
      </w:r>
    </w:p>
    <w:p>
      <w:pPr>
        <w:jc w:val="right"/>
      </w:pPr>
      <w:r>
        <w:t>دیکھیے، میرا زندگی کے اوپر کا تجربہ ہے۔ کہ more money آنے کے بعد کیا ہوتا ہے؟</w:t>
      </w:r>
    </w:p>
    <w:p>
      <w:r>
        <w:rPr>
          <w:b/>
        </w:rPr>
        <w:t xml:space="preserve">[1:43:48] </w:t>
      </w:r>
      <w:r>
        <w:t>Waste of money. Jis ke paas paisa zyada aya to money ko waste karne laga woh. Kahan? Outing mein, shopping mein, fashion mein.</w:t>
      </w:r>
    </w:p>
    <w:p>
      <w:pPr>
        <w:jc w:val="right"/>
      </w:pPr>
      <w:r>
        <w:t>Waste of money. جس کے پاس پیسہ زیادہ آیا تو money کو waste کرنے لگا وہ۔ کہاں؟ Outing میں، shopping میں، fashion میں۔</w:t>
      </w:r>
    </w:p>
    <w:p>
      <w:r>
        <w:rPr>
          <w:b/>
        </w:rPr>
        <w:t xml:space="preserve">[1:43:59] </w:t>
      </w:r>
      <w:r>
        <w:t>Aur aisa ghar banana, waisa car khareedna</w:t>
      </w:r>
    </w:p>
    <w:p>
      <w:pPr>
        <w:jc w:val="right"/>
      </w:pPr>
      <w:r>
        <w:t>اور ایسا گھر بنانا، ویسا car خریدنا</w:t>
      </w:r>
    </w:p>
    <w:p>
      <w:r>
        <w:rPr>
          <w:b/>
        </w:rPr>
        <w:t xml:space="preserve">[1:44:02] </w:t>
      </w:r>
      <w:r>
        <w:t>۔ To more money means super diversion۔</w:t>
      </w:r>
    </w:p>
    <w:p>
      <w:pPr>
        <w:jc w:val="right"/>
      </w:pPr>
      <w:r>
        <w:t>۔ تو more money means super diversion۔</w:t>
      </w:r>
    </w:p>
    <w:p>
      <w:r>
        <w:rPr>
          <w:b/>
        </w:rPr>
        <w:t xml:space="preserve">[1:44:11] </w:t>
      </w:r>
      <w:r>
        <w:t>Super distraction. Maine to koi exception nahi dekha is mein. Koi exception mujhe nahi apni zindagi mein dikhai nahi para. Jab tak aadmi se kam paisa hai to distraction kam hota hai.</w:t>
      </w:r>
    </w:p>
    <w:p>
      <w:pPr>
        <w:jc w:val="right"/>
      </w:pPr>
      <w:r>
        <w:t>Super distraction۔ میں نے تو کوئی exception نہیں دیکھا اس میں۔ کوئی exception مجھے نہیں اپنی زندگی میں دکھائی نہیں پڑا۔ جب تک آدمی سے کم پیسہ ہے تو distraction کم ہوتا ہے۔</w:t>
      </w:r>
    </w:p>
    <w:p>
      <w:r>
        <w:rPr>
          <w:b/>
        </w:rPr>
        <w:t xml:space="preserve">[1:44:26] </w:t>
      </w:r>
      <w:r>
        <w:t>Aur zyada paisa aya to phir distraction har waqt. Har waqt distraction.</w:t>
      </w:r>
    </w:p>
    <w:p>
      <w:pPr>
        <w:jc w:val="right"/>
      </w:pPr>
      <w:r>
        <w:t>اور زیادہ پیسہ آیا تو پھر distraction ہر وقت۔ ہر وقت distraction۔</w:t>
      </w:r>
    </w:p>
    <w:p>
      <w:r>
        <w:rPr>
          <w:b/>
        </w:rPr>
        <w:t xml:space="preserve">[1:44:34] </w:t>
      </w:r>
      <w:r>
        <w:t>Aur maine ek baar to kaha tha yahan par ke haram jo hai cheezen wo isi liye haram hain ke wo distraction hain wo. Haram kyun hain?</w:t>
      </w:r>
    </w:p>
    <w:p>
      <w:pPr>
        <w:jc w:val="right"/>
      </w:pPr>
      <w:r>
        <w:t>اور میں نے ایک بار تو کہا تھا یہاں پر کہ حرام جو ہے چیزیں وہ اسی لیے حرام ہیں کہ وہ distraction ہیں وہ۔ حرام کیوں ہیں؟</w:t>
      </w:r>
    </w:p>
    <w:p>
      <w:r>
        <w:rPr>
          <w:b/>
        </w:rPr>
        <w:t xml:space="preserve">[1:44:43] </w:t>
      </w:r>
      <w:r>
        <w:t>Is liye ke wo distract karti hain right path se. Right path se. Jaise sharab hai, haram kyun hai?</w:t>
      </w:r>
    </w:p>
    <w:p>
      <w:pPr>
        <w:jc w:val="right"/>
      </w:pPr>
      <w:r>
        <w:t>اس لیے کہ وہ distract کرتی ہیںright path سے۔ Right path سے۔ جیسے شراب ہے، حرام کیوں ہے؟</w:t>
      </w:r>
    </w:p>
    <w:p>
      <w:r>
        <w:rPr>
          <w:b/>
        </w:rPr>
        <w:t xml:space="preserve">[1:44:54] </w:t>
      </w:r>
      <w:r>
        <w:t>Khuda yeh chahta hai ke intellectual process mere mind mein barabar chalta rahe. Intellectual process. Aur sharab kya karti hai?</w:t>
      </w:r>
    </w:p>
    <w:p>
      <w:pPr>
        <w:jc w:val="right"/>
      </w:pPr>
      <w:r>
        <w:t>خدا یہ چاہتا ہے کہ intellectual process میرے mind میں برابر چلتا رہے۔ Intellectual process۔ اور شراب کیا کرتی ہے؟</w:t>
      </w:r>
    </w:p>
    <w:p>
      <w:r>
        <w:rPr>
          <w:b/>
        </w:rPr>
        <w:t xml:space="preserve">[1:45:04] </w:t>
      </w:r>
      <w:r>
        <w:t>Mere intellectual process ko stop kar deti hai.</w:t>
      </w:r>
    </w:p>
    <w:p>
      <w:pPr>
        <w:jc w:val="right"/>
      </w:pPr>
      <w:r>
        <w:t>میرے intellectual process کو stop کر دیتی ہے۔</w:t>
      </w:r>
    </w:p>
    <w:p>
      <w:r>
        <w:rPr>
          <w:b/>
        </w:rPr>
        <w:t xml:space="preserve">[1:45:10] </w:t>
      </w:r>
      <w:r>
        <w:t>Sensitivity ko khatam kar deti hai. Intellectual process sound way mein, bilkul right way mein chalta rahe, chalta rahe, chalta rahe.</w:t>
      </w:r>
    </w:p>
    <w:p>
      <w:pPr>
        <w:jc w:val="right"/>
      </w:pPr>
      <w:r>
        <w:t>Sensitivity کو ختم کر دیتی ہے۔ Intellectual process sound way میں، بالکلright way میں چلتا رہے، چلتا رہے، چلتا رہے۔</w:t>
      </w:r>
    </w:p>
    <w:p>
      <w:r>
        <w:rPr>
          <w:b/>
        </w:rPr>
        <w:t xml:space="preserve">[1:45:22] </w:t>
      </w:r>
      <w:r>
        <w:t>Yeh hai to. To sharab distract karti hai. Aur jitni bhi cheezen hain, friendship hai aur jitni bhi cheezen hain, sab distract karti hain.</w:t>
      </w:r>
    </w:p>
    <w:p>
      <w:pPr>
        <w:jc w:val="right"/>
      </w:pPr>
      <w:r>
        <w:t>یہ ہے تو۔ تو شراب distract کرتی ہے۔ اور جتنی بھی چیزیں ہیں، friendship ہے اور جتنی بھی چیزیں ہیں، سب distract کرتی ہیں۔</w:t>
      </w:r>
    </w:p>
    <w:p>
      <w:r>
        <w:rPr>
          <w:b/>
        </w:rPr>
        <w:t xml:space="preserve">[1:45:34] </w:t>
      </w:r>
      <w:r>
        <w:t>To jab paisa aye ga to is mani mein ke aap distraction ki ke bill chukane ki position mein ho jatay hain.</w:t>
      </w:r>
    </w:p>
    <w:p>
      <w:pPr>
        <w:jc w:val="right"/>
      </w:pPr>
      <w:r>
        <w:t>تو جب پیسہ آئے گا تو اس معنی میں کہ آپ distraction کی کہ بل چکانے کی position میں ہو جاتے ہیں۔</w:t>
      </w:r>
    </w:p>
    <w:p>
      <w:r>
        <w:rPr>
          <w:b/>
        </w:rPr>
        <w:t xml:space="preserve">[1:45:43] </w:t>
      </w:r>
      <w:r>
        <w:t>Paisa nahi hai to aap ne ek suit bana liya. Ya do suit bana liya. Zyada paisa aya to aap so suit khareeden ge aap.</w:t>
      </w:r>
    </w:p>
    <w:p>
      <w:pPr>
        <w:jc w:val="right"/>
      </w:pPr>
      <w:r>
        <w:t>پیسہ نہیں ہے تو آپ نے ایک سوٹ بنا لیا۔ یا دو سوٹ بنا لیا۔ زیادہ پیسہ آیا تو آپ سو سوٹ خریدیں گے آپ۔</w:t>
      </w:r>
    </w:p>
    <w:p>
      <w:r>
        <w:rPr>
          <w:b/>
        </w:rPr>
        <w:t xml:space="preserve">[1:45:51] </w:t>
      </w:r>
      <w:r>
        <w:t>To aap distraction ki price dene ki position mein ho jatay hain aap. Aaj yahan chalo, aaj wahan chalo, aaj outing karo, woh khana hotel mein kha len ge, falan jagah karen ge.</w:t>
      </w:r>
    </w:p>
    <w:p>
      <w:pPr>
        <w:jc w:val="right"/>
      </w:pPr>
      <w:r>
        <w:t>تو آپ distraction کی price دینے کی position میں ہو جاتے ہیں آپ۔ آج یہاں چلو، آج وہاں چلو، آج outing کرو، وہ کھانا ہوٹل میں کھا لیں گے، فلاں جگہ کریں گے۔</w:t>
      </w:r>
    </w:p>
    <w:p>
      <w:r>
        <w:rPr>
          <w:b/>
        </w:rPr>
        <w:t xml:space="preserve">[1:46:02] </w:t>
      </w:r>
      <w:r>
        <w:t>To jis aadmi, woh sahib, bohat hi main kehta hoon ke bad-qismat hai woh aadmi jis ko distraction ki price dene ke liye Khuda paisa thakel de us ke paas.</w:t>
      </w:r>
    </w:p>
    <w:p>
      <w:pPr>
        <w:jc w:val="right"/>
      </w:pPr>
      <w:r>
        <w:t>تو جس آدمی، وہ صاحب، بہت ہی میں کہتا ہوں کہ بدقسمت ہے وہ آدمی جس کو distraction کی price دینے کے لیے خدا پیسہ ٹھکیل دے اس کے پاس۔</w:t>
      </w:r>
    </w:p>
    <w:p>
      <w:r>
        <w:rPr>
          <w:b/>
        </w:rPr>
        <w:t xml:space="preserve">[1:46:12] </w:t>
      </w:r>
      <w:r>
        <w:t>Lo paisa, khoob distraction mein jao, par jao is mein.</w:t>
      </w:r>
    </w:p>
    <w:p>
      <w:pPr>
        <w:jc w:val="right"/>
      </w:pPr>
      <w:r>
        <w:t>لو پیسہ، خوب distraction میں جاؤ، پڑ جاؤ اس میں۔</w:t>
      </w:r>
    </w:p>
    <w:p>
      <w:r>
        <w:rPr>
          <w:b/>
        </w:rPr>
        <w:t xml:space="preserve">[1:46:17] </w:t>
      </w:r>
      <w:r>
        <w:t>To distraction ke is zamanay mein khaas tor par itnay zyada khulay hue hain tareeqay ke aap bari bari carain khareediye, baray baray ghar banaiye.</w:t>
      </w:r>
    </w:p>
    <w:p>
      <w:pPr>
        <w:jc w:val="right"/>
      </w:pPr>
      <w:r>
        <w:t>تو distraction کے اس زمانے میں خاص طور پر اتنے زیادہ کھلے ہوئے ہیں طریقے کہ آپ بڑی بڑی کاریں خریدیے، بڑے بڑے گھر بنائیے۔</w:t>
      </w:r>
    </w:p>
    <w:p>
      <w:r>
        <w:rPr>
          <w:b/>
        </w:rPr>
        <w:t xml:space="preserve">[1:46:29] </w:t>
      </w:r>
      <w:r>
        <w:t>Main Arab mein gaya to ek sahib thay, mujhe le gaye apne ghar mein. To sahib itna bara ghar tha, itna bara tha, so aadmi reh sakte hain is ke andar. Aur rehte thay kaun?</w:t>
      </w:r>
    </w:p>
    <w:p>
      <w:pPr>
        <w:jc w:val="right"/>
      </w:pPr>
      <w:r>
        <w:t>میں عرب میں گیا تو ایک صاحب تھے، مجھے لے گئے اپنے گھر میں۔ تو صاحب اتنا بڑا گھر تھا، اتنا بڑا تھا، سو آدمی رہ سکتے ہیں اس کے اندر۔ اور رہتے تھے کون؟</w:t>
      </w:r>
    </w:p>
    <w:p>
      <w:r>
        <w:rPr>
          <w:b/>
        </w:rPr>
        <w:t xml:space="preserve">[1:46:39] </w:t>
      </w:r>
      <w:r>
        <w:t>Woh aur un ki biwi, bas do aadmi. Aur sara fully air condition tha woh. To paise ko kahan kharch kiya unhon ne?</w:t>
      </w:r>
    </w:p>
    <w:p>
      <w:pPr>
        <w:jc w:val="right"/>
      </w:pPr>
      <w:r>
        <w:t>وہ اور ان کی بیوی، بس دو آدمی۔ اور سارا fully air condition تھا وہ۔ تو پیسے کو کہاں خرچ کیا انہوں نے؟</w:t>
      </w:r>
    </w:p>
    <w:p>
      <w:r>
        <w:rPr>
          <w:b/>
        </w:rPr>
        <w:t xml:space="preserve">[1:46:47] </w:t>
      </w:r>
      <w:r>
        <w:t>Distraction mein. Yeh bara sa ghar liya, har waqt dekhte rehte hain ke bhai is mein dekho woh woh woh jo hai unit theek chal raha hai ya nahi chal raha hai air conditioning ka.</w:t>
      </w:r>
    </w:p>
    <w:p>
      <w:pPr>
        <w:jc w:val="right"/>
      </w:pPr>
      <w:r>
        <w:t>Distraction میں۔ یہ بڑا سا گھر لیا، ہر وقت دیکھتے رہتے ہیں کہ بھائی اس میں دیکھو وہ وہ وہ جو ہے unit ٹھیک چل رہا ہے یا نہیں چل رہا ہے air conditioning کا۔</w:t>
      </w:r>
    </w:p>
    <w:p>
      <w:r>
        <w:rPr>
          <w:b/>
        </w:rPr>
        <w:t xml:space="preserve">[1:46:57] </w:t>
      </w:r>
      <w:r>
        <w:t>Aur dekho woh mali aya hai ke nahi aya garden karne ke liye. Yani har waqt wohi chakar rehta hai. Safai hui ke nahi hui. To kaha paisa aya to distraction ki jo bill hai woh barh gaya.</w:t>
      </w:r>
    </w:p>
    <w:p>
      <w:pPr>
        <w:jc w:val="right"/>
      </w:pPr>
      <w:r>
        <w:t>اور دیکھو وہ مالی آیا ہے کہ نہیں آیا گارڈن کرنے کے لیے۔ یعنی ہر وقت وہی چکر رہتا ہے۔ صفائی ہوئی کہ نہیں ہوئی۔ تو کہا پیسہ آیا تو distraction کی جو بل ہے وہ بڑھ گیا۔</w:t>
      </w:r>
    </w:p>
    <w:p>
      <w:r>
        <w:rPr>
          <w:b/>
        </w:rPr>
        <w:t xml:space="preserve">[1:47:13] </w:t>
      </w:r>
      <w:r>
        <w:t>yeh mein samajhta hoon ke woh hadees bohat hi sahi hadees hai. The same as the scientific hadees hai. Ke hadees mein aata hai ke bohat hi achhe tareeqe se is ko bataya gaya hai ke insaan ko kya chahiye.</w:t>
      </w:r>
    </w:p>
    <w:p>
      <w:pPr>
        <w:jc w:val="right"/>
      </w:pPr>
      <w:r>
        <w:t>یہ میں سمجھتا ہوں کہ وہ حدیث بہت ہی صحیح حدیث ہے۔ The same as the scientific حدیث ہے۔ کہ حدیث میں آتا ہے کہ بہت ہی اچھے طریقے سے اس کو بتایا گیا ہے کہ انسان کو کیا چاہیے۔</w:t>
      </w:r>
    </w:p>
    <w:p>
      <w:r>
        <w:rPr>
          <w:b/>
        </w:rPr>
        <w:t xml:space="preserve">[1:47:33] </w:t>
      </w:r>
      <w:r>
        <w:t>insaan ko kya chahiye.</w:t>
      </w:r>
    </w:p>
    <w:p>
      <w:pPr>
        <w:jc w:val="right"/>
      </w:pPr>
      <w:r>
        <w:t>انسان کو کیا چاہیے۔</w:t>
      </w:r>
    </w:p>
    <w:p>
      <w:r>
        <w:rPr>
          <w:b/>
        </w:rPr>
        <w:t xml:space="preserve">[1:47:35] </w:t>
      </w:r>
      <w:r>
        <w:t>to farmaya ke baitun yaskunuhu wa khadimun yaskunuhu wa jilful khubzi wal maai fakana ma huwizat lahud dunya bahazaa feeraha jis ko yeh cheezen aa gayeen, mil gayeen to samjho ke saari dunya mil gayi is ko.</w:t>
      </w:r>
    </w:p>
    <w:p>
      <w:pPr>
        <w:jc w:val="right"/>
      </w:pPr>
      <w:r>
        <w:t>تو فرمایا کہ بَيْتٌ يَسْكُنُهُ وَخَادَمٌ يَسْكُنُهُ وَجِلْفُ الْخُبْزِ وَالْمَاءِ فَكَانَ مَا هُوِيْزَتْ لَهُ الدُّنْيَا بَهَذَا فِيرِهَا جس کو یہ چیزیں آ گئیں، مل گئیں تو سمجھو کہ ساری دنیا مل گئی اس کو۔</w:t>
      </w:r>
    </w:p>
    <w:p>
      <w:r>
        <w:rPr>
          <w:b/>
        </w:rPr>
        <w:t xml:space="preserve">[1:47:57] </w:t>
      </w:r>
      <w:r>
        <w:t>woh kya cheezen hain? Aik ghar jis mein woh reh sake. Matlab jitni zaroorat hai utna bada ghar ho.</w:t>
      </w:r>
    </w:p>
    <w:p>
      <w:pPr>
        <w:jc w:val="right"/>
      </w:pPr>
      <w:r>
        <w:t>وہ کیا چیزیں ہیں؟ ایک گھر جس میں وہ رہ سکے۔ مطلب جتنی ضرورت ہے اتنا بڑا گھر ہو۔</w:t>
      </w:r>
    </w:p>
    <w:p>
      <w:r>
        <w:rPr>
          <w:b/>
        </w:rPr>
        <w:t xml:space="preserve">[1:48:05] </w:t>
      </w:r>
      <w:r>
        <w:t>baitun yaskunuhu aik ghar jis mein woh reh sake. Aik khadim jo is ka kaam kar de. Aur roti ka aik tukra aur pani.</w:t>
      </w:r>
    </w:p>
    <w:p>
      <w:pPr>
        <w:jc w:val="right"/>
      </w:pPr>
      <w:r>
        <w:t>بَيْتٌ يَسْكُنُهُ ایک گھر جس میں وہ رہ سکے۔ ایک خادم جو اس کا کام کر دے۔ اور روٹی کا ایک ٹکڑا اور پانی۔</w:t>
      </w:r>
    </w:p>
    <w:p>
      <w:r>
        <w:rPr>
          <w:b/>
        </w:rPr>
        <w:t xml:space="preserve">[1:48:20] </w:t>
      </w:r>
      <w:r>
        <w:t>jis ko yeh teen cheezen mil gayeen us ke liye saari dunya hi mil gayi is ko. Kyun?</w:t>
      </w:r>
    </w:p>
    <w:p>
      <w:pPr>
        <w:jc w:val="right"/>
      </w:pPr>
      <w:r>
        <w:t>جس کو یہ تین چیزیں مل گئیں اس کے لیے ساری دنیا ہی مل گئی اس کو۔ کیوں؟</w:t>
      </w:r>
    </w:p>
    <w:p>
      <w:r>
        <w:rPr>
          <w:b/>
        </w:rPr>
        <w:t xml:space="preserve">[1:48:29] </w:t>
      </w:r>
      <w:r>
        <w:t>aisa aadmi jo hai agar us par contentment ho jaye, qanaat ho jaye. To sara time is ka jo hai lag jayega yani is mein achhe kaam mein.</w:t>
      </w:r>
    </w:p>
    <w:p>
      <w:pPr>
        <w:jc w:val="right"/>
      </w:pPr>
      <w:r>
        <w:t>ایسا آدمی جو ہے اگر اس پر contentment ہو جائے، قناعت ہو جائے۔ تو سارا ٹائم اس کا جو ہے لگ جائے گا یعنی اس میں اچھے کام میں۔</w:t>
      </w:r>
    </w:p>
    <w:p>
      <w:r>
        <w:rPr>
          <w:b/>
        </w:rPr>
        <w:t xml:space="preserve">[1:48:42] </w:t>
      </w:r>
      <w:r>
        <w:t>Distraction nahi ho ga is ka. Koi distraction nahi. Aaj kal to yeh hai ke agar aap ke paas bada sa ghar ho. To subah shaam mehman aate hain.</w:t>
      </w:r>
    </w:p>
    <w:p>
      <w:pPr>
        <w:jc w:val="right"/>
      </w:pPr>
      <w:r>
        <w:t>Distraction نہیں ہو گا اس کا۔ کوئی distraction نہیں۔ آج کل تو یہ ہے کہ اگر آپ کے پاس بڑا سا گھر ہو۔ تو صبح شام مہمان آتے ہیں۔</w:t>
      </w:r>
    </w:p>
    <w:p>
      <w:r>
        <w:rPr>
          <w:b/>
        </w:rPr>
        <w:t xml:space="preserve">[1:48:52] </w:t>
      </w:r>
      <w:r>
        <w:t>isi ko aap karte rahiye, un ki khatir dua do.</w:t>
      </w:r>
    </w:p>
    <w:p>
      <w:pPr>
        <w:jc w:val="right"/>
      </w:pPr>
      <w:r>
        <w:t>اسی کو آپ کرتے رہیے، ان کی خاطر دعا دو۔</w:t>
      </w:r>
    </w:p>
    <w:p>
      <w:r>
        <w:rPr>
          <w:b/>
        </w:rPr>
        <w:t xml:space="preserve">[1:48:56] </w:t>
      </w:r>
      <w:r>
        <w:t>aap aik ghar, aik bada ghar bana lijiye dilli mein. Aur phir dekhen aap ka haal kya hota hai. Aap ke paas do chaar gaariyan bhi khadi hui hon. Un ko airport se receive kijiye.</w:t>
      </w:r>
    </w:p>
    <w:p>
      <w:pPr>
        <w:jc w:val="right"/>
      </w:pPr>
      <w:r>
        <w:t>آپ ایک گھر، ایک بڑا گھر بنا لیجیے دلی میں۔ اور پھر دیکھیں آپ کا حال کیا ہوتا ہے۔ آپ کے پاس دو چار گاڑیاں بھی کھڑی ہوئی ہوں۔ ان کو airport سے receive کیجیے۔</w:t>
      </w:r>
    </w:p>
    <w:p>
      <w:r>
        <w:rPr>
          <w:b/>
        </w:rPr>
        <w:t xml:space="preserve">[1:49:05] </w:t>
      </w:r>
      <w:r>
        <w:t>aur janab un ko airport pohnchaiye. Aur har waqt telephone. Har waqt un ko bhai khane ka intezaam hua ke nahi hua aur nashte ka intezaam nahi hua. To distraction hi distraction hai.</w:t>
      </w:r>
    </w:p>
    <w:p>
      <w:pPr>
        <w:jc w:val="right"/>
      </w:pPr>
      <w:r>
        <w:t>اور جناب ان کو airport پہنچائیے۔ اور ہر وقت ٹیلی فون۔ ہر وقت ان کو بھائی کھانے کا انتظام ہوا کہ نہیں ہوا اور ناشتے کا انتظام نہیں ہوا۔ تو distraction ہی distraction ہے۔</w:t>
      </w:r>
    </w:p>
    <w:p>
      <w:r>
        <w:rPr>
          <w:b/>
        </w:rPr>
        <w:t xml:space="preserve">[1:49:16] </w:t>
      </w:r>
      <w:r>
        <w:t>paisa zyada aaya, distraction aaya.</w:t>
      </w:r>
    </w:p>
    <w:p>
      <w:pPr>
        <w:jc w:val="right"/>
      </w:pPr>
      <w:r>
        <w:t>پیسہ زیادہ آیا، distraction آیا۔</w:t>
      </w:r>
    </w:p>
    <w:p>
      <w:r>
        <w:rPr>
          <w:b/>
        </w:rPr>
        <w:t xml:space="preserve">[1:49:20] </w:t>
      </w:r>
      <w:r>
        <w:t>mein samajhta hoon ke zyada paisa aana, hadees mein aata hai saaf saaf. Ke agar jis ke paas zyada paisa aaya. Aur us ne apne paise ko dayein kharch kiya, bayein kharch kiya Khuda ke raaste mein.</w:t>
      </w:r>
    </w:p>
    <w:p>
      <w:pPr>
        <w:jc w:val="right"/>
      </w:pPr>
      <w:r>
        <w:t>میں سمجھتا ہوں کہ زیادہ پیسہ آنا، حدیث میں آتا ہے صاف صاف۔ کہ اگر جس کے پاس زیادہ پیسہ آیا۔ اور اس نے اپنے پیسے کو دائیں خرچ کیا، بائیں خرچ کیا خدا کے راستے میں۔</w:t>
      </w:r>
    </w:p>
    <w:p>
      <w:r>
        <w:rPr>
          <w:b/>
        </w:rPr>
        <w:t xml:space="preserve">[1:49:36] </w:t>
      </w:r>
      <w:r>
        <w:t>to woh to bach jayega. Nahi to Khuda ke haan pakda jayega woh. Yani paisa aaya to aap us ko kharch kiya aap ne apne upar. Apne upar kharch kiya.</w:t>
      </w:r>
    </w:p>
    <w:p>
      <w:pPr>
        <w:jc w:val="right"/>
      </w:pPr>
      <w:r>
        <w:t>تو وہ تو بچ جائے گا۔ نہیں تو خدا کے ہاں پکڑا جائے گا وہ۔ یعنی پیسہ آیا تو آپ اس کو خرچ کیا آپ نے اپنے اوپر۔ اپنے اوپر خرچ کیا۔</w:t>
      </w:r>
    </w:p>
    <w:p>
      <w:r>
        <w:rPr>
          <w:b/>
        </w:rPr>
        <w:t xml:space="preserve">[1:49:46] </w:t>
      </w:r>
      <w:r>
        <w:t>to is matlab mein aap ne distraction par kharch kiya aap ne.</w:t>
      </w:r>
    </w:p>
    <w:p>
      <w:pPr>
        <w:jc w:val="right"/>
      </w:pPr>
      <w:r>
        <w:t>تو اس معنی میں آپ نے distraction پر خرچ کیا آپ نے۔</w:t>
      </w:r>
    </w:p>
    <w:p>
      <w:r>
        <w:rPr>
          <w:b/>
        </w:rPr>
        <w:t xml:space="preserve">[1:49:50] </w:t>
      </w:r>
      <w:r>
        <w:t>lekin agar aap paise ko aap ne Khuda ke raaste par kharch kiya to woh to bohat achhi baat hai. Aisa paisa to bohat achha hai jo ke zyada paisa aaye to khoob zyada se zyada aap Khuda ke raaste par kharch karen.</w:t>
      </w:r>
    </w:p>
    <w:p>
      <w:pPr>
        <w:jc w:val="right"/>
      </w:pPr>
      <w:r>
        <w:t>لیکن اگر آپ پیسے کو آپ نے خدا کے راستے پر خرچ کیا تو وہ تو بہت اچھی بات ہے۔ ایسا پیسہ تو بہت اچھا ہے جو کہ زیادہ پیسہ آئے تو خوب زیادہ سے زیادہ آپ خدا کے راستے پر خرچ کریں۔</w:t>
      </w:r>
    </w:p>
    <w:p>
      <w:r>
        <w:rPr>
          <w:b/>
        </w:rPr>
        <w:t xml:space="preserve">[1:50:05] </w:t>
      </w:r>
      <w:r>
        <w:t>nahi to kya ho ga bhai? Distraction badhega. How should we deal with gossip? Gossip? Yeh deal kiya hai bhai?</w:t>
      </w:r>
    </w:p>
    <w:p>
      <w:pPr>
        <w:jc w:val="right"/>
      </w:pPr>
      <w:r>
        <w:t>نہیں تو کیا ہو گا بھئی؟ Distraction بڑھے گا۔ How should we deal with gossip? گوسپ؟ یہ deal کیا ہے بھئی؟</w:t>
      </w:r>
    </w:p>
    <w:p>
      <w:r>
        <w:rPr>
          <w:b/>
        </w:rPr>
        <w:t xml:space="preserve">[1:50:14] </w:t>
      </w:r>
      <w:r>
        <w:t>na kijiye. Is mein deal kya karna hai? Bhai gossip na kijiye. Jaise mein nahi karta.</w:t>
      </w:r>
    </w:p>
    <w:p>
      <w:pPr>
        <w:jc w:val="right"/>
      </w:pPr>
      <w:r>
        <w:t>نہ کیجیے۔ اس میں deal کیا کرنا ہے؟ بھئی گوسپ نہ کیجیے۔ جیسے میں نہیں کرتا۔</w:t>
      </w:r>
    </w:p>
    <w:p>
      <w:r>
        <w:rPr>
          <w:b/>
        </w:rPr>
        <w:t xml:space="preserve">[1:50:20] </w:t>
      </w:r>
      <w:r>
        <w:t>hain? Idhar is mein is mein deal kya karna hai bhai? Na kijiye. Ab koi kahe ke bhai mein tharni bash hai, wahan kya karoon?</w:t>
      </w:r>
    </w:p>
    <w:p>
      <w:pPr>
        <w:jc w:val="right"/>
      </w:pPr>
      <w:r>
        <w:t>ہیں؟ ادھر اس میں اس میں deal کیا کرنا ہے بھئی؟ نہ کیجیے۔ اب کوئی کہے کہ بھئی میں تھارنی بش ہے، وہاں کیا کروں؟</w:t>
      </w:r>
    </w:p>
    <w:p>
      <w:r>
        <w:rPr>
          <w:b/>
        </w:rPr>
        <w:t xml:space="preserve">[1:50:31] </w:t>
      </w:r>
      <w:r>
        <w:t>bhai apna haath na liya jaye is ke andar. Apne haath ko mat kaade mein dhansaiye. Bhai mein to dekhiye do hi do hi baaton par karta hoon.</w:t>
      </w:r>
    </w:p>
    <w:p>
      <w:pPr>
        <w:jc w:val="right"/>
      </w:pPr>
      <w:r>
        <w:t>بھئی اپنا ہاتھ نہ لیا جائے اس کے اندر۔ اپنے ہاتھ کو مت کاڑے میں دھنسائیے۔ بھئی میں تو دیکھیے دو ہی دو ہی باتوں پر کرتا ہوں۔</w:t>
      </w:r>
    </w:p>
    <w:p>
      <w:r>
        <w:rPr>
          <w:b/>
        </w:rPr>
        <w:t xml:space="preserve">[1:50:42] </w:t>
      </w:r>
      <w:r>
        <w:t>mera mera subject sirf do hota hai. Ya to religion ya ilm.</w:t>
      </w:r>
    </w:p>
    <w:p>
      <w:pPr>
        <w:jc w:val="right"/>
      </w:pPr>
      <w:r>
        <w:t>میرا میرا subject صرف دو ہوتا ہے۔ یا تو religion یا علم۔</w:t>
      </w:r>
    </w:p>
    <w:p>
      <w:r>
        <w:rPr>
          <w:b/>
        </w:rPr>
        <w:t xml:space="preserve">[1:50:48] </w:t>
      </w:r>
      <w:r>
        <w:t>bas. Deen ya ilm. Teesra koi subject mera nahi hota. Aur sab mein mein yeh kaha karta hoon ke mein history ka sab se bada status quoist hoon.</w:t>
      </w:r>
    </w:p>
    <w:p>
      <w:pPr>
        <w:jc w:val="right"/>
      </w:pPr>
      <w:r>
        <w:t>بس۔ دین یا علم۔ تیسرا کوئی subject میرا نہیں ہوتا۔ اور سب میں میں یہ کہا کرتا ہوں کہ میں history کا سب سے بڑا status quoist ہوں۔</w:t>
      </w:r>
    </w:p>
    <w:p>
      <w:r>
        <w:rPr>
          <w:b/>
        </w:rPr>
        <w:t xml:space="preserve">[1:51:01] </w:t>
      </w:r>
      <w:r>
        <w:t>history ka sab se bada status quoist hoon. Har cheez mein kya mera tareeqa hai? Jo hai wohi theek hai. Jo hai wohi theek hai.</w:t>
      </w:r>
    </w:p>
    <w:p>
      <w:pPr>
        <w:jc w:val="right"/>
      </w:pPr>
      <w:r>
        <w:t>history کا سب سے بڑا status quoist ہوں۔ ہر چیز میں کیا میرا طریقہ ہے؟ جو ہے وہی ٹھیک ہے۔ جو ہے وہی ٹھیک ہے۔</w:t>
      </w:r>
    </w:p>
    <w:p>
      <w:r>
        <w:rPr>
          <w:b/>
        </w:rPr>
        <w:t xml:space="preserve">[1:51:11] </w:t>
      </w:r>
      <w:r>
        <w:t>koi meri farmaish nahi hoti. Meri maa jo thi mujhe bohat zyada manti thi.</w:t>
      </w:r>
    </w:p>
    <w:p>
      <w:pPr>
        <w:jc w:val="right"/>
      </w:pPr>
      <w:r>
        <w:t>کوئی میری فرمائش نہیں ہوتی۔ میری ماں جو تھی مجھے بہت زیادہ مانتی تھی۔</w:t>
      </w:r>
    </w:p>
    <w:p>
      <w:r>
        <w:rPr>
          <w:b/>
        </w:rPr>
        <w:t xml:space="preserve">[1:51:17] </w:t>
      </w:r>
      <w:r>
        <w:t>hum madrase mein parhte the. To hafte mein aate the jumaarat juma ke liye ghar par. To madrason mein aisa hota hai ke dedh din ki chhutti hoti hai.</w:t>
      </w:r>
    </w:p>
    <w:p>
      <w:pPr>
        <w:jc w:val="right"/>
      </w:pPr>
      <w:r>
        <w:t>ہم مدرسے میں پڑھتے تھے۔ تو ہفتے میں آتے تھے جمعرات جمعہ کے لیے گھر پر۔ تو مدرسوں میں ایسا ہوتا ہے کہ ڈیڑھ دن کی چھٹی ہوتی ہے۔</w:t>
      </w:r>
    </w:p>
    <w:p>
      <w:r>
        <w:rPr>
          <w:b/>
        </w:rPr>
        <w:t xml:space="preserve">[1:51:27] </w:t>
      </w:r>
      <w:r>
        <w:t>aadha din jumaaraat, aadha ek din juma. to hum aate thay wahan ghar par. to hamari maan jo thi hamesha poochti thi kya pakayen?</w:t>
      </w:r>
    </w:p>
    <w:p>
      <w:pPr>
        <w:jc w:val="right"/>
      </w:pPr>
      <w:r>
        <w:t>آدھا دن جمعرات، آدھا ایک دن جمعہ۔ تو ہم آتے تھے وہاں گھر پر۔ تو ہماری ماں جو تھی ہمیشہ پوچھتی تھی کیا پکائیں؟</w:t>
      </w:r>
    </w:p>
    <w:p>
      <w:r>
        <w:rPr>
          <w:b/>
        </w:rPr>
        <w:t xml:space="preserve">[1:51:37] </w:t>
      </w:r>
      <w:r>
        <w:t>aap yaqeen kijiye ke maine ek baar bhi nahi kaha maan se kya pakao. maine kaha jo hai wahi kha lenge.</w:t>
      </w:r>
    </w:p>
    <w:p>
      <w:pPr>
        <w:jc w:val="right"/>
      </w:pPr>
      <w:r>
        <w:t>آپ یقین کیجیے کہ میں نے ایک بار بھی نہیں کہا ماں سے کیا پکاؤ۔ میں نے کہا جو ہے وہی کھا لیں گے۔</w:t>
      </w:r>
    </w:p>
    <w:p>
      <w:r>
        <w:rPr>
          <w:b/>
        </w:rPr>
        <w:t xml:space="preserve">[1:51:44] </w:t>
      </w:r>
      <w:r>
        <w:t>bas us waqt bhi. kabhi ek baar bhi maine nahi kaha ke yeh pakao. jo hai wahi kha lenge. to mera masla kya hai?</w:t>
      </w:r>
    </w:p>
    <w:p>
      <w:pPr>
        <w:jc w:val="right"/>
      </w:pPr>
      <w:r>
        <w:t>بس اس وقت بھی۔ کبھی ایک بار بھی میں نے نہیں کہا کہ یہ پکاؤ۔ جو ہے وہی کھا لیں گے۔ تو میرا مسئلہ کیا ہے؟</w:t>
      </w:r>
    </w:p>
    <w:p>
      <w:r>
        <w:rPr>
          <w:b/>
        </w:rPr>
        <w:t xml:space="preserve">[1:51:55] </w:t>
      </w:r>
      <w:r>
        <w:t>main gossip mein sunta hoon radio par. jaan'ne ke liye gossip kya bala hai? sahib ladke ladkiyan aisi baaten karte hain mere sir mein dard hone lagta hai.</w:t>
      </w:r>
    </w:p>
    <w:p>
      <w:pPr>
        <w:jc w:val="right"/>
      </w:pPr>
      <w:r>
        <w:t>میں گوسپ میں سنتا ہوں radio پر۔ جاننے کے لیے گوسپ کیا بلا ہے؟ صاحب لڑکے لڑکیاں ایسی باتیں کرتے ہیں میرے سر میں درد ہونے لگتا ہے۔</w:t>
      </w:r>
    </w:p>
    <w:p>
      <w:r>
        <w:rPr>
          <w:b/>
        </w:rPr>
        <w:t xml:space="preserve">[1:52:05] </w:t>
      </w:r>
      <w:r>
        <w:t>yeh koi sir na pair yun hi ha ha ho karte hain bilawaja. yeh dili ha ha ha ha aur meri dili to washingtan hai ha ha ha ha.</w:t>
      </w:r>
    </w:p>
    <w:p>
      <w:pPr>
        <w:jc w:val="right"/>
      </w:pPr>
      <w:r>
        <w:t>یہ کوئی سر نہ پیر یوں ہی ہا ہا ہو کرتے ہیں بلاوجہ۔ یہ دلی ہا ہا ہا ہا اور میری دلی تو واشنگٹن ہے ہا ہا ہا ہا۔</w:t>
      </w:r>
    </w:p>
    <w:p>
      <w:r>
        <w:rPr>
          <w:b/>
        </w:rPr>
        <w:t xml:space="preserve">[1:52:14] </w:t>
      </w:r>
      <w:r>
        <w:t>aisi baaten karte hain log. gossip jo hai illogical talk cannot gossip mein khud sunta hoon jaan'ne ke liye radio par.</w:t>
      </w:r>
    </w:p>
    <w:p>
      <w:pPr>
        <w:jc w:val="right"/>
      </w:pPr>
      <w:r>
        <w:t>ایسی باتیں کرتے ہیں لوگ۔ گوسپ جو ہے illogical talk cannot gossip میں خود سنتا ہوں جاننے کے لیے radio پر۔</w:t>
      </w:r>
    </w:p>
    <w:p>
      <w:r>
        <w:rPr>
          <w:b/>
        </w:rPr>
        <w:t xml:space="preserve">[1:52:25] </w:t>
      </w:r>
      <w:r>
        <w:t>college ke ladke ladkiyan gossip karte hain. bilkul illogical koi sir na pair in baaton ka. to bataiye yeh to intellectual dwarfing hai yeh.</w:t>
      </w:r>
    </w:p>
    <w:p>
      <w:pPr>
        <w:jc w:val="right"/>
      </w:pPr>
      <w:r>
        <w:t>کالج کے لڑکے لڑکیاں گوسپ کرتے ہیں۔ بالکل illogical کوئی سر نہ پیر ان باتوں کا۔ تو بتائیے یہ تو intellectual dwarfing ہے یہ۔</w:t>
      </w:r>
    </w:p>
    <w:p>
      <w:r>
        <w:rPr>
          <w:b/>
        </w:rPr>
        <w:t xml:space="preserve">[1:52:36] </w:t>
      </w:r>
      <w:r>
        <w:t>apne aap ko yaani boora banana hai.</w:t>
      </w:r>
    </w:p>
    <w:p>
      <w:pPr>
        <w:jc w:val="right"/>
      </w:pPr>
      <w:r>
        <w:t>اپنے آپ کو یعنی بورا بنانا ہے۔</w:t>
      </w:r>
    </w:p>
    <w:p>
      <w:r>
        <w:rPr>
          <w:b/>
        </w:rPr>
        <w:t xml:space="preserve">[1:52:42] </w:t>
      </w:r>
      <w:r>
        <w:t>intellectual development is mein one percent bhi nahi hota yaad rakhiye gossip mein. to main aap ko yeh bataunga ke criterion kya hai? criterion. yaani source ko ka criterion.</w:t>
      </w:r>
    </w:p>
    <w:p>
      <w:pPr>
        <w:jc w:val="right"/>
      </w:pPr>
      <w:r>
        <w:t>intellectual development اس میں one percent بھی نہیں ہوتا یاد رکھیے گوسپ میں۔ تو میں آپ کو یہ بتاؤں گا کہ criterion کیا ہے؟ criterion۔ یعنی source کو کا criterion۔</w:t>
      </w:r>
    </w:p>
    <w:p>
      <w:r>
        <w:rPr>
          <w:b/>
        </w:rPr>
        <w:t xml:space="preserve">[1:52:57] </w:t>
      </w:r>
      <w:r>
        <w:t>intellectual exercise ka criterion woh hai intellectual development. intellectual development jis cheez mein ho us ko samjhiye ke woh theek hai.</w:t>
      </w:r>
    </w:p>
    <w:p>
      <w:pPr>
        <w:jc w:val="right"/>
      </w:pPr>
      <w:r>
        <w:t>intellectual exercise کا criterion وہ ہے intellectual development۔ intellectual development جس چیز میں ہو اس کو سمجھیے کہ وہ ٹھیک ہے۔</w:t>
      </w:r>
    </w:p>
    <w:p>
      <w:r>
        <w:rPr>
          <w:b/>
        </w:rPr>
        <w:t xml:space="preserve">[1:53:10] </w:t>
      </w:r>
      <w:r>
        <w:t>yeh to theek nahi hai.</w:t>
      </w:r>
    </w:p>
    <w:p>
      <w:pPr>
        <w:jc w:val="right"/>
      </w:pPr>
      <w:r>
        <w:t>یہ تو ٹھیک نہیں ہے۔</w:t>
      </w:r>
    </w:p>
    <w:p>
      <w:r>
        <w:rPr>
          <w:b/>
        </w:rPr>
        <w:t xml:space="preserve">[1:53:12] </w:t>
      </w:r>
      <w:r>
        <w:t>to gossip jo main sunta hoon radio par. main TV to nahi dekhta lekin radio par sunta hoon main gossip. one percent bhi is mein intellectual development nahi ho sakta.</w:t>
      </w:r>
    </w:p>
    <w:p>
      <w:pPr>
        <w:jc w:val="right"/>
      </w:pPr>
      <w:r>
        <w:t>تو گوسپ جو میں سنتا ہوں radio پر۔ میں ٹی وی تو نہیں دیکھتا لیکن radio پر سنتا ہوں میں گوسپ۔ one percent بھی اس میں intellectual development نہیں ہو سکتا۔</w:t>
      </w:r>
    </w:p>
    <w:p>
      <w:r>
        <w:rPr>
          <w:b/>
        </w:rPr>
        <w:t xml:space="preserve">[1:53:24] </w:t>
      </w:r>
      <w:r>
        <w:t>woh to animal level par aate hain ladke ladkiyan. gossip karne ke liye. animal level par. to intellectual development kahan se hoga?</w:t>
      </w:r>
    </w:p>
    <w:p>
      <w:pPr>
        <w:jc w:val="right"/>
      </w:pPr>
      <w:r>
        <w:t>وہ تو animal level پر آتے ہیں لڑکے لڑکیاں۔ گوسپ کرنے کے لیے۔ animal level پر۔ تو intellectual development کہاں سے ہو گا؟</w:t>
      </w:r>
    </w:p>
    <w:p>
      <w:r>
        <w:rPr>
          <w:b/>
        </w:rPr>
        <w:t xml:space="preserve">[1:53:35] </w:t>
      </w:r>
      <w:r>
        <w:t>abhi hamare yaani main jo radio sunta hoon ek naya tamasha nikla hai. koi ladki jo bolti hai ab kahin se telephone kare koi aadmi woh gossip karne ke liye.</w:t>
      </w:r>
    </w:p>
    <w:p>
      <w:pPr>
        <w:jc w:val="right"/>
      </w:pPr>
      <w:r>
        <w:t>ابھی ہمارے یعنی میں جو radio سنتا ہوں ایک نیا تماشہ نکلا ہے۔ کوئی لڑکی جو بولتی ہے اب کہیں سے ٹیلی فون کرے کوئی آدمی وہ گوسپ کرنے کے لیے۔</w:t>
      </w:r>
    </w:p>
    <w:p>
      <w:r>
        <w:rPr>
          <w:b/>
        </w:rPr>
        <w:t xml:space="preserve">[1:53:45] </w:t>
      </w:r>
      <w:r>
        <w:t>to kya karegi? ma'ao kahegi. yaani hello nahi karegi. idhar udhar se ma'ao kahegi. is se bhi kahegi agar is se hello kare to kahegi nahi hello kyun karte ho ma'ao kaho.</w:t>
      </w:r>
    </w:p>
    <w:p>
      <w:pPr>
        <w:jc w:val="right"/>
      </w:pPr>
      <w:r>
        <w:t>تو کیا کرے گی؟ مَاؤ کہے گی۔ یعنی hello نہیں کرے گی۔ ادھر ادھر سے مَاؤ کہے گی۔ اس سے بھی کہے گی اگر اس سے hello کرے تو کہے گی نہیں hello کیوں کرتے ہو مَاؤ کہو۔</w:t>
      </w:r>
    </w:p>
    <w:p>
      <w:r>
        <w:rPr>
          <w:b/>
        </w:rPr>
        <w:t xml:space="preserve">[1:53:56] </w:t>
      </w:r>
      <w:r>
        <w:t>matlab is se kya is ki kya development hogi?</w:t>
      </w:r>
    </w:p>
    <w:p>
      <w:pPr>
        <w:jc w:val="right"/>
      </w:pPr>
      <w:r>
        <w:t>مطلب اس سے کیا اس کی کیا development ہو گی؟</w:t>
      </w:r>
    </w:p>
    <w:p>
      <w:r>
        <w:rPr>
          <w:b/>
        </w:rPr>
        <w:t xml:space="preserve">[1:54:00] </w:t>
      </w:r>
      <w:r>
        <w:t>yaani baqaida main sunta hoon ke jo jo ladki baithi hui hai radio station par woh hello na keh kar ma'ao kahegi.</w:t>
      </w:r>
    </w:p>
    <w:p>
      <w:pPr>
        <w:jc w:val="right"/>
      </w:pPr>
      <w:r>
        <w:t>یعنی باقاعدہ میں سنتا ہوں کہ جو جو لڑکی بیٹھی ہوئی ہے radio station پر وہ hello نہ کہہ کر مَاؤ کہے گی۔</w:t>
      </w:r>
    </w:p>
    <w:p>
      <w:r>
        <w:rPr>
          <w:b/>
        </w:rPr>
        <w:t xml:space="preserve">[1:54:09] </w:t>
      </w:r>
      <w:r>
        <w:t>is se bhi kahegi tum bhi ma'ao kaho. abhi ladke ladkiyan karte hain ma'ao woh kahenge ma'ao aah. ke yeh kya yeh to apne ko animal banana hai animal.</w:t>
      </w:r>
    </w:p>
    <w:p>
      <w:pPr>
        <w:jc w:val="right"/>
      </w:pPr>
      <w:r>
        <w:t>اس سے بھی کہے گی تم بھی مَاؤ کہو۔ ابھی لڑکے لڑکیاں کرتے ہیں مَاؤ وہ کہیں گے مَاؤ آہ۔ کہ یہ کیا یہ تو اپنے کو animal بنانا ہے animal۔</w:t>
      </w:r>
    </w:p>
    <w:p>
      <w:r>
        <w:rPr>
          <w:b/>
        </w:rPr>
        <w:t xml:space="preserve">[1:54:18] </w:t>
      </w:r>
      <w:r>
        <w:t>yaani billi banana hai apne ko. apne ko billi banana hai. level ko girana hai yeh.</w:t>
      </w:r>
    </w:p>
    <w:p>
      <w:pPr>
        <w:jc w:val="right"/>
      </w:pPr>
      <w:r>
        <w:t>یعنی بلی بنانا ہے اپنے کو۔ اپنے کو بلی بنانا ہے۔ level کو گرانا ہے یہ۔</w:t>
      </w:r>
    </w:p>
    <w:p>
      <w:r>
        <w:rPr>
          <w:b/>
        </w:rPr>
        <w:t xml:space="preserve">[1:54:26] </w:t>
      </w:r>
      <w:r>
        <w:t>is wajah se mera maslak dekhiye yeh hai ke main sirf do topic par baat karta hoon. ya to religion ya ilm.</w:t>
      </w:r>
    </w:p>
    <w:p>
      <w:pPr>
        <w:jc w:val="right"/>
      </w:pPr>
      <w:r>
        <w:t>اس وجہ سے میرا مسلک دیکھیے یہ ہے کہ میں صرف دو topic پر بات کرتا ہوں۔ یا تو religion یا علم۔</w:t>
      </w:r>
    </w:p>
    <w:p>
      <w:r>
        <w:rPr>
          <w:b/>
        </w:rPr>
        <w:t xml:space="preserve">[1:54:38] </w:t>
      </w:r>
      <w:r>
        <w:t>aur doosri tamam cheezon mein mera kya tareeqa hai? status quoism. jo hai wahi theek hai. jo hai wahi theek hai. aur isi ko main samajhta hoon isi ko main sahi samajhta hoon.</w:t>
      </w:r>
    </w:p>
    <w:p>
      <w:pPr>
        <w:jc w:val="right"/>
      </w:pPr>
      <w:r>
        <w:t>اور دوسری تمام چیزوں میں میرا کیا طریقہ ہے؟ status quoism۔ جو ہے وہی ٹھیک ہے۔ جو ہے وہی ٹھیک ہے۔ اور اسی کو میں سمجھتا ہوں اسی کو میں صحیح سمجھتا ہوں۔</w:t>
      </w:r>
    </w:p>
    <w:p>
      <w:r>
        <w:rPr>
          <w:b/>
        </w:rPr>
        <w:t xml:space="preserve">[1:54:52] </w:t>
      </w:r>
      <w:r>
        <w:t>Ma'am why is it that people are not able to come close to God bhai dekhiye.</w:t>
      </w:r>
    </w:p>
    <w:p>
      <w:pPr>
        <w:jc w:val="right"/>
      </w:pPr>
      <w:r>
        <w:t>Ma'am why is it that people are not able to come close to God بھئی دیکھیے۔</w:t>
      </w:r>
    </w:p>
    <w:p>
      <w:r>
        <w:rPr>
          <w:b/>
        </w:rPr>
        <w:t xml:space="preserve">[1:55:01] </w:t>
      </w:r>
      <w:r>
        <w:t>is ka main samajhta hoon ke bohat simple sa reason hai. ke Khuda ko hum physical sense mein to pa nahi sakte hain. yaani physical nearness to possible nahi hai.</w:t>
      </w:r>
    </w:p>
    <w:p>
      <w:pPr>
        <w:jc w:val="right"/>
      </w:pPr>
      <w:r>
        <w:t>اس کا میں سمجھتا ہوں کہ بہت simple سا reason ہے۔ کہ خدا کو ہم physical sense میں تو پا نہیں سکتے ہیں۔ یعنی physical nearness تو possible نہیں ہے۔</w:t>
      </w:r>
    </w:p>
    <w:p>
      <w:r>
        <w:rPr>
          <w:b/>
        </w:rPr>
        <w:t xml:space="preserve">[1:55:17] </w:t>
      </w:r>
      <w:r>
        <w:t>jo nearness hoti hai woh woh yaani soch ke aitbaar se hoti hai. physical sense mein nahi hoti hai.</w:t>
      </w:r>
    </w:p>
    <w:p>
      <w:pPr>
        <w:jc w:val="right"/>
      </w:pPr>
      <w:r>
        <w:t>جو nearness ہوتی ہے وہ وہ یعنی سوچ کے اعتبار سے ہوتی ہے۔ physical sense میں نہیں ہوتی ہے۔</w:t>
      </w:r>
    </w:p>
    <w:p>
      <w:r>
        <w:rPr>
          <w:b/>
        </w:rPr>
        <w:t xml:space="preserve">[1:55:29] </w:t>
      </w:r>
      <w:r>
        <w:t>to hum is soch ko active karenge is direction mein. to hum Khuda ke qareeb pahunch jayenge. bhai Khuda ko yaad karna.</w:t>
      </w:r>
    </w:p>
    <w:p>
      <w:pPr>
        <w:jc w:val="right"/>
      </w:pPr>
      <w:r>
        <w:t>تو ہم اس سوچ کو active کریں گے اس direction میں۔ تو ہم خدا کے قریب پہنچ جائیں گے۔ بھئی خدا کو یاد کرنا۔</w:t>
      </w:r>
    </w:p>
    <w:p>
      <w:r>
        <w:rPr>
          <w:b/>
        </w:rPr>
        <w:t xml:space="preserve">[1:55:39] </w:t>
      </w:r>
      <w:r>
        <w:t>aaj hi mein aik baat mujhe samajh aai. ke</w:t>
      </w:r>
    </w:p>
    <w:p>
      <w:pPr>
        <w:jc w:val="right"/>
      </w:pPr>
      <w:r>
        <w:t>آج ہی میں ایک بات مجھے سمجھ آئی۔ کہ</w:t>
      </w:r>
    </w:p>
    <w:p>
      <w:r>
        <w:rPr>
          <w:b/>
        </w:rPr>
        <w:t xml:space="preserve">[1:55:48] </w:t>
      </w:r>
      <w:r>
        <w:t>yeh baat aaj hi mujhe samajh aai. ke aik sahabi thay rasool Allah ke aik companion un ka naam tha un ka naam tha abu rawaha</w:t>
      </w:r>
    </w:p>
    <w:p>
      <w:pPr>
        <w:jc w:val="right"/>
      </w:pPr>
      <w:r>
        <w:t>یہ بات آج ہی مجھے سمجھ آئی۔ کہ ایک صحابی تھے رسول اللہ کے ایک companion ان کا نام تھا ان کا نام تھا ابو رواحہ</w:t>
      </w:r>
    </w:p>
    <w:p>
      <w:r>
        <w:rPr>
          <w:b/>
        </w:rPr>
        <w:t xml:space="preserve">[1:56:00] </w:t>
      </w:r>
      <w:r>
        <w:t>abu rawaha bohat intelligent aadmi thay. to unhon ne aik aur doosre sahabi se kaha ke ta ln u min sa'atan aao hum thori dair ke liye iman la'en.</w:t>
      </w:r>
    </w:p>
    <w:p>
      <w:pPr>
        <w:jc w:val="right"/>
      </w:pPr>
      <w:r>
        <w:t>ابو رواحہ بہت intelligent آدمی تھے۔ تو انہوں نے ایک اور دوسرے صحابی سے کہا کہ تَالْنُؤْمِنْ سَاعَةً آؤ ہم تھوڑی دیر کے لیے ایمان لائیں۔</w:t>
      </w:r>
    </w:p>
    <w:p>
      <w:r>
        <w:rPr>
          <w:b/>
        </w:rPr>
        <w:t xml:space="preserve">[1:56:16] </w:t>
      </w:r>
      <w:r>
        <w:t>to woh aadmi ne complaint kiya rasool Allah se ke dekho dekhiye yeh abu rawaha kehte hain ke aao thori dair ke liye iman la'en. hum to iman mil chuka hai humein eternally ab to thori dair ka hai.</w:t>
      </w:r>
    </w:p>
    <w:p>
      <w:pPr>
        <w:jc w:val="right"/>
      </w:pPr>
      <w:r>
        <w:t>تو وہ آدمی نے complaint کیا رسول اللہ سے کہ دیکھو دیکھیے یہ ابو رواحہ کہتے ہیں کہ آؤ تھوڑی دیر کے لیے ایمان لائیں۔ ہم تو ایمان مل چکا ہے ہمیں eternally اب تو تھوڑی دیر کا ہے۔</w:t>
      </w:r>
    </w:p>
    <w:p>
      <w:r>
        <w:rPr>
          <w:b/>
        </w:rPr>
        <w:t xml:space="preserve">[1:56:30] </w:t>
      </w:r>
      <w:r>
        <w:t>to sharheen yeh bata nahi sake hain ke is ka matlab kya hai. kisi bhi sharah mein yeh baat clear nahi hoti.</w:t>
      </w:r>
    </w:p>
    <w:p>
      <w:pPr>
        <w:jc w:val="right"/>
      </w:pPr>
      <w:r>
        <w:t>تو شارحین یہ بتا نہیں سکے ہیں کہ اس کا مطلب کیا ہے۔ کسی بھی شرح میں یہ بات clear نہیں ہوتی۔</w:t>
      </w:r>
    </w:p>
    <w:p>
      <w:r>
        <w:rPr>
          <w:b/>
        </w:rPr>
        <w:t xml:space="preserve">[1:56:39] </w:t>
      </w:r>
      <w:r>
        <w:t>koi bhi sharah aap dekh lijiye hadith ki. ke ta ln u min sa'atan ka matlab kya hai. aik shakhs se kehte hain woh ke aao thori dair ke liye hum Khuda par iman la'en.</w:t>
      </w:r>
    </w:p>
    <w:p>
      <w:pPr>
        <w:jc w:val="right"/>
      </w:pPr>
      <w:r>
        <w:t>کوئی بھی شرح آپ دیکھ لیجیے حدیث کی۔ کہ تَالْنُؤْمِنْ سَاعَةً کا مطلب کیا ہے۔ ایک شخص سے کہتے ہیں وہ کہ آؤ تھوڑی دیر کے لیے ہم خدا پر ایمان لائیں۔</w:t>
      </w:r>
    </w:p>
    <w:p>
      <w:r>
        <w:rPr>
          <w:b/>
        </w:rPr>
        <w:t xml:space="preserve">[1:56:51] </w:t>
      </w:r>
      <w:r>
        <w:t>aaj mujhe yeh samajh mein aai yeh baat ke is ka matlab tha aao hum thori dair ke liye interaction karen. woh exchange karen. intellectual exchange.</w:t>
      </w:r>
    </w:p>
    <w:p>
      <w:pPr>
        <w:jc w:val="right"/>
      </w:pPr>
      <w:r>
        <w:t>آج مجھے یہ سمجھ میں آئی یہ بات کہ اس کا مطلب تھا آؤ ہم تھوڑی دیر کے لیے interaction کریں۔ وہ exchange کریں۔ intellectual exchange۔</w:t>
      </w:r>
    </w:p>
    <w:p>
      <w:r>
        <w:rPr>
          <w:b/>
        </w:rPr>
        <w:t xml:space="preserve">[1:56:59] </w:t>
      </w:r>
      <w:r>
        <w:t>God ke subject par. is ka matlab tha ke aao hum Khuda ke subject par thori dair ke liye intellectual exchange karen.</w:t>
      </w:r>
    </w:p>
    <w:p>
      <w:pPr>
        <w:jc w:val="right"/>
      </w:pPr>
      <w:r>
        <w:t>God کے subject پر۔ اس کا مطلب تھا کہ آؤ ہم خدا کے subject پر تھوڑی دیر کے لیے intellectual exchange کریں۔</w:t>
      </w:r>
    </w:p>
    <w:p>
      <w:r>
        <w:rPr>
          <w:b/>
        </w:rPr>
        <w:t xml:space="preserve">[1:57:11] </w:t>
      </w:r>
      <w:r>
        <w:t>baaten karen sochen is par discussion karen. Khuda ke baray mein us ki glory ke baray mein. yeh matlab hai is ka.</w:t>
      </w:r>
    </w:p>
    <w:p>
      <w:pPr>
        <w:jc w:val="right"/>
      </w:pPr>
      <w:r>
        <w:t>باتیں کریں سوچیں اس پر discussion کریں۔ خدا کے بارے میں اس کی glory کے بارے میں۔ یہ مطلب ہے اس کا۔</w:t>
      </w:r>
    </w:p>
    <w:p>
      <w:r>
        <w:rPr>
          <w:b/>
        </w:rPr>
        <w:t xml:space="preserve">[1:57:20] </w:t>
      </w:r>
      <w:r>
        <w:t>to aap ko agar agar kisi ko yeh chahiye ke woh Khuda se qurbat ka is ko tajurba ho. yani yani presence of God ka is ko tajurba ho.</w:t>
      </w:r>
    </w:p>
    <w:p>
      <w:pPr>
        <w:jc w:val="right"/>
      </w:pPr>
      <w:r>
        <w:t>تو آپ کو اگر اگر کسی کو یہ چاہیے کہ وہ خدا سے قربت کا اس کو تجربہ ہو۔ یعنی یعنی presence of God کا اس کو تجربہ ہو۔</w:t>
      </w:r>
    </w:p>
    <w:p>
      <w:r>
        <w:rPr>
          <w:b/>
        </w:rPr>
        <w:t xml:space="preserve">[1:57:32] </w:t>
      </w:r>
      <w:r>
        <w:t>aur is ke dil mein Khuda ki utre Khuda ka noor</w:t>
      </w:r>
    </w:p>
    <w:p>
      <w:pPr>
        <w:jc w:val="right"/>
      </w:pPr>
      <w:r>
        <w:t>اور اس کے دل میں خدا کی اترے خدا کا نور</w:t>
      </w:r>
    </w:p>
    <w:p>
      <w:r>
        <w:rPr>
          <w:b/>
        </w:rPr>
        <w:t xml:space="preserve">[1:57:39] </w:t>
      </w:r>
      <w:r>
        <w:t>. to is ka aik hi rasta hai ke aadmi Khuda ko yaad kare. Khuda ke Khuda ko as a topic woh is ko ikhtiyar kare.</w:t>
      </w:r>
    </w:p>
    <w:p>
      <w:pPr>
        <w:jc w:val="right"/>
      </w:pPr>
      <w:r>
        <w:t>۔ تو اس کا ایک ہی راستہ ہے کہ آدمی خدا کو یاد کرے۔ خدا کے خدا کو as اے topic وہ اس کو اختیار کرے۔</w:t>
      </w:r>
    </w:p>
    <w:p>
      <w:r>
        <w:rPr>
          <w:b/>
        </w:rPr>
        <w:t xml:space="preserve">[1:57:49] </w:t>
      </w:r>
      <w:r>
        <w:t>is par woh exchange kare. intellectual discussion kare. to is se mind clear ho ga. Khuda ki baaten us ke dil mein baithen gi.</w:t>
      </w:r>
    </w:p>
    <w:p>
      <w:pPr>
        <w:jc w:val="right"/>
      </w:pPr>
      <w:r>
        <w:t>اس پر وہ exchange کرے۔ intellectual discussion کرے۔ تو اس سے mind clear ہو گا۔ خدا کی باتیں اس کے دل میں بیٹھیں گی۔</w:t>
      </w:r>
    </w:p>
    <w:p>
      <w:r>
        <w:rPr>
          <w:b/>
        </w:rPr>
        <w:t xml:space="preserve">[1:58:01] </w:t>
      </w:r>
      <w:r>
        <w:t>aur is ko inspiration ho ga. kyunke mera tajurba yeh hai ke jab aap exchange karte hain. to do aadmi jab exchange karte hain to aik third cheez emerge karti hai.</w:t>
      </w:r>
    </w:p>
    <w:p>
      <w:pPr>
        <w:jc w:val="right"/>
      </w:pPr>
      <w:r>
        <w:t>اور اس کو inspiration ہو گا۔ کیونکہ میرا تجربہ یہ ہے کہ جب آپ exchange کرتے ہیں۔ تو دو آدمی جب exchange کرتے ہیں تو ایک third چیز emerge کرتی ہے۔</w:t>
      </w:r>
    </w:p>
    <w:p>
      <w:r>
        <w:rPr>
          <w:b/>
        </w:rPr>
        <w:t xml:space="preserve">[1:58:12] </w:t>
      </w:r>
      <w:r>
        <w:t>yeh do do stone ko aap takrayen to aik sparking hoti hai. aik third cheez emerge karti hai.</w:t>
      </w:r>
    </w:p>
    <w:p>
      <w:pPr>
        <w:jc w:val="right"/>
      </w:pPr>
      <w:r>
        <w:t>یہ دو دو stone کو آپ ٹکرائیں تو ایک sparking ہوتی ہے۔ ایک third چیز emerge کرتی ہے۔</w:t>
      </w:r>
    </w:p>
    <w:p>
      <w:r>
        <w:rPr>
          <w:b/>
        </w:rPr>
        <w:t xml:space="preserve">[1:58:21] </w:t>
      </w:r>
      <w:r>
        <w:t>yeh do stone hain aik third cheez hai sparking. aise hi do aadmi jab exchange karte hain. to aik aik third idea emerge karta hai.</w:t>
      </w:r>
    </w:p>
    <w:p>
      <w:pPr>
        <w:jc w:val="right"/>
      </w:pPr>
      <w:r>
        <w:t>یہ دو stone ہیں ایک third چیز ہے sparking۔ ایسے ہی دو آدمی جب exchange کرتے ہیں۔ تو ایک ایک third idea emerge کرتا ہے۔</w:t>
      </w:r>
    </w:p>
    <w:p>
      <w:r>
        <w:rPr>
          <w:b/>
        </w:rPr>
        <w:t xml:space="preserve">[1:58:30] </w:t>
      </w:r>
      <w:r>
        <w:t>wohi hai development. to Khuda ka bhi Khuda ka bhi Khuda ka bhi aik aik topic hai woh bhi aik topic hai hesiyat Khuda ki.</w:t>
      </w:r>
    </w:p>
    <w:p>
      <w:pPr>
        <w:jc w:val="right"/>
      </w:pPr>
      <w:r>
        <w:t>وہی ہے development۔ تو خدا کا بھی خدا کا بھی خدا کا بھی ایک ایک topic ہے وہ بھی ایک topic ہے حیثیت خدا کی۔</w:t>
      </w:r>
    </w:p>
    <w:p>
      <w:r>
        <w:rPr>
          <w:b/>
        </w:rPr>
        <w:t xml:space="preserve">[1:58:41] </w:t>
      </w:r>
      <w:r>
        <w:t>Khuda ke topic par aap exchange karen. Khuda ka matlab yeh hai ke Quran hai rasool Allah sallallahu alaihi wasallam ke baray mein aap baat karen Islam ke baray mein baat karen sachai kya hai is ke baray mein baat karen.</w:t>
      </w:r>
    </w:p>
    <w:p>
      <w:pPr>
        <w:jc w:val="right"/>
      </w:pPr>
      <w:r>
        <w:t>خدا کے topic پر آپ exchange کریں۔ خدا کا معنی یہ ہے کہ قرآن ہے رسول اللہ صلی اللہ علیہ وسلم کے بارے میں آپ بات کریں اسلام کے بارے میں بات کریں سچائی کیا ہے اس کے بارے میں بات کریں۔</w:t>
      </w:r>
    </w:p>
    <w:p>
      <w:r>
        <w:rPr>
          <w:b/>
        </w:rPr>
        <w:t xml:space="preserve">[1:58:52] </w:t>
      </w:r>
      <w:r>
        <w:t>to jab aap do aadmi mil kar ke intellectual exchange karen ge. to aik third idea emerge kare ga. wohi hai development wohi hai inspiration isi ke through aap ka Khuda se nearness barhta hai.</w:t>
      </w:r>
    </w:p>
    <w:p>
      <w:pPr>
        <w:jc w:val="right"/>
      </w:pPr>
      <w:r>
        <w:t>تو جب آپ دو آدمی مل کر کے intellectual exchange کریں گے۔ تو ایک third idea emerge کرے گا۔ وہی ہے development وہی ہے inspiration اسی کے through آپ کا خدا سے nearness بڑھتا ہے۔</w:t>
      </w:r>
    </w:p>
    <w:p>
      <w:r>
        <w:rPr>
          <w:b/>
        </w:rPr>
        <w:t xml:space="preserve">[1:59:08] </w:t>
      </w:r>
      <w:r>
        <w:t>Khuda se aap qareeb ho jatay hain.</w:t>
      </w:r>
    </w:p>
    <w:p>
      <w:pPr>
        <w:jc w:val="right"/>
      </w:pPr>
      <w:r>
        <w:t>خدا سے آپ قریب ہو جاتے ہیں۔</w:t>
      </w:r>
    </w:p>
    <w:p>
      <w:r>
        <w:rPr>
          <w:b/>
        </w:rPr>
        <w:t xml:space="preserve">[1:59:12] </w:t>
      </w:r>
      <w:r>
        <w:t>This question is from Shahbaz Nadvi What is the desired level of spirit and form in Islam?</w:t>
      </w:r>
    </w:p>
    <w:p>
      <w:pPr>
        <w:jc w:val="right"/>
      </w:pPr>
      <w:r>
        <w:t>This question is from شہباز ندوی What is the desired level of spirit and form in Islam?</w:t>
      </w:r>
    </w:p>
    <w:p>
      <w:r>
        <w:rPr>
          <w:b/>
        </w:rPr>
        <w:t xml:space="preserve">[1:59:23] </w:t>
      </w:r>
      <w:r>
        <w:t>dekhiye main to yeh samjha hoon ke asal cheez jo hai woh hai spirit aur is ka huroof yeh hai ke rasool Allah ne khud kaha ke al taqwa hona yani apne dil ki taraf ishara karte hue farmaya aap ne al taqwa hona</w:t>
      </w:r>
    </w:p>
    <w:p>
      <w:pPr>
        <w:jc w:val="right"/>
      </w:pPr>
      <w:r>
        <w:t>دیکھیے میں تو یہ سمجھا ہوں کہ اصل چیز جو ہے وہ ہے spirit اور اس کا حروف یہ ہے کہ رسول اللہ نے خود کہا کہ التقویٰ ہونا یعنی اپنے دل کی طرف اشارہ کرتے ہوئے فرمایا آپ نے التقویٰ ہونا</w:t>
      </w:r>
    </w:p>
    <w:p>
      <w:r>
        <w:rPr>
          <w:b/>
        </w:rPr>
        <w:t xml:space="preserve">[1:59:42] </w:t>
      </w:r>
      <w:r>
        <w:t>Quran mein hai ke qad aflaha al mu'minun alladhina fi salatihim khashi'un hadith mein hai ke la salata liman lam yatakhashshash is ki namaz namaz nahi jis ki namaz mein spirit na ho to main yeh samajhta hoon ke yahan par jo mu'amla hai spirit aur form ka woh real aur relative ka hai do ka nahi hai yani dualism nahi hai yeh yeh dualism koi mu'amla nahi hai</w:t>
      </w:r>
    </w:p>
    <w:p>
      <w:pPr>
        <w:jc w:val="right"/>
      </w:pPr>
      <w:r>
        <w:t>قرآن میں ہے کہ قد أفلح المؤمنون الذين في صلاتهم خاشعون حدیث میں ہے کہ لا صلاة لمن لم يتخش اس کی نماز نماز نہیں جس کی نماز میں spirit نہ ہو تو میں یہ سمجھتا ہوں کہ یہاں پر جو معاملہ ہے spirit اور form کا وہ real اور relative کا ہے دو کا نہیں ہے یعنی dualism نہیں ہے یہ یہ dualism کوئی معاملہ نہیں ہے</w:t>
      </w:r>
    </w:p>
    <w:p>
      <w:r>
        <w:rPr>
          <w:b/>
        </w:rPr>
        <w:t xml:space="preserve">[2:00:11] </w:t>
      </w:r>
      <w:r>
        <w:t>spirit aur form ka mu'amla nahi hai yeh yeh dono mein jo nisbat hai woh real part aur relative part ki hai to spirit jo hai woh woh real part hai aur form jo hai woh relative part hai jitna zyada spirit aayegi utna zyada form mein bhi jaan aati chali jayegi</w:t>
      </w:r>
    </w:p>
    <w:p>
      <w:pPr>
        <w:jc w:val="right"/>
      </w:pPr>
      <w:r>
        <w:t>spirit اور form کا معاملہ نہیں ہے یہ یہ دونوں میں جو نسبت ہے وہ real part اور relative part کی ہے تو spirit جو ہے وہ وہ real part ہے اور form جو ہے وہ relative part ہے جتنا زیادہ spirit آئے گی اتنا زیادہ form میں بھی جان آتی چلی جائے گی</w:t>
      </w:r>
    </w:p>
    <w:p>
      <w:r>
        <w:rPr>
          <w:b/>
        </w:rPr>
        <w:t xml:space="preserve">[2:00:36] </w:t>
      </w:r>
      <w:r>
        <w:t>misal ke tor par agar aap sajda karte hain aur aap ko sach much us waqt jab namaz parh rahe hain aur sajda kar rahe hain Khuda ki yaad aap ke dimagh mein aa jaye achay tarike se yani spirit jaag pare spirit spirit jaag pare to aap sajda mein sar rakhen ge zameen par to kabhi aisa hoga ke uthane ki jee nahi chahe ga uthane ki jee nahi chahe ga</w:t>
      </w:r>
    </w:p>
    <w:p>
      <w:pPr>
        <w:jc w:val="right"/>
      </w:pPr>
      <w:r>
        <w:t>مثال کے طور پر اگر آپ سجدہ کرتے ہیں اور آپ کو سچ مچ اس وقت جب نماز پڑھ رہے ہیں اور سجدہ کر رہے ہیں خدا کی یاد آپ کے دماغ میں آ جائے اچھے طریقے سے یعنی spirit جاگ پڑے spirit spirit جاگ پڑے تو آپ سجدہ میں سر رکھیں گے زمین پر تو کبھی ایسا ہوگا کہ اٹھانے کی جی نہیں چاہے گا اٹھانے کی جی نہیں چاہے گا</w:t>
      </w:r>
    </w:p>
    <w:p>
      <w:r>
        <w:rPr>
          <w:b/>
        </w:rPr>
        <w:t xml:space="preserve">[2:01:01] </w:t>
      </w:r>
      <w:r>
        <w:t>itna zyada jaise jaise sajda jaise ke khuda ke qadmon mein chipak gaya aap ka sar aisa lagega yeh sar aap ka zameen par hoga lekin aisa lagega ke aap aap ka sar jo hai khuda ke qadmon mein chipak gaya hai uthane ki ji nahi chahega to spirit se form mein jaan aati hai lekin asal cheez spirit hai</w:t>
      </w:r>
    </w:p>
    <w:p>
      <w:pPr>
        <w:jc w:val="right"/>
      </w:pPr>
      <w:r>
        <w:t>اتنا زیادہ جیسے جیسے سجدہ جیسے کہ خدا کے قدموں میں چپک گیا آپ کا سر ایسا لگے گا یہ سر آپ کا زمین پر ہوگا لیکن ایسا لگے گا کہ آپ آپ کا سر جو ہے خدا کے قدموں میں چپک گیا ہے اٹھانے کی جی نہیں چاہے گا تو spirit سے form میں جان آتی ہے لیکن اصل چیز spirit ہے</w:t>
      </w:r>
    </w:p>
    <w:p>
      <w:r>
        <w:rPr>
          <w:b/>
        </w:rPr>
        <w:t xml:space="preserve">[2:01:26] </w:t>
      </w:r>
      <w:r>
        <w:t>to behal main yeh kahunga is mein yeh dualism ka mamla mamla nahi hai ke aadha yeh aadha woh balke yeh mamla hai real part aur relative part ka spirit jo hai woh ibadat ka real part hai aur jo form hai woh ibadat ka relative part hai What is the value of action in Islam?</w:t>
      </w:r>
    </w:p>
    <w:p>
      <w:pPr>
        <w:jc w:val="right"/>
      </w:pPr>
      <w:r>
        <w:t>تو بہرحال میں یہ کہوں گا اس میں یہ dualism کا معاملہ معاملہ نہیں ہے کہ آدھا یہ آدھا وہ بلکہ یہ معاملہ ہے real part اور relative part کا spirit جو ہے وہ عبادت کا real part ہے اور جو form ہے وہ عبادت کا relative part ہے What is the value of action in Islam?</w:t>
      </w:r>
    </w:p>
    <w:p>
      <w:r>
        <w:rPr>
          <w:b/>
        </w:rPr>
        <w:t xml:space="preserve">[2:01:51] </w:t>
      </w:r>
      <w:r>
        <w:t>This is the question which has been asked by doctor farida khan</w:t>
      </w:r>
    </w:p>
    <w:p>
      <w:pPr>
        <w:jc w:val="right"/>
      </w:pPr>
      <w:r>
        <w:t>This is the question which has been asked by ڈاکٹر فریدہ خان</w:t>
      </w:r>
    </w:p>
    <w:p>
      <w:r>
        <w:rPr>
          <w:b/>
        </w:rPr>
        <w:t xml:space="preserve">[2:01:54] </w:t>
      </w:r>
      <w:r>
        <w:t>m dekhiye deed ya amal jo hai</w:t>
      </w:r>
    </w:p>
    <w:p>
      <w:pPr>
        <w:jc w:val="right"/>
      </w:pPr>
      <w:r>
        <w:t>م دیکھیے deed یا عمل جو ہے</w:t>
      </w:r>
    </w:p>
    <w:p>
      <w:r>
        <w:rPr>
          <w:b/>
        </w:rPr>
        <w:t xml:space="preserve">[2:02:00] </w:t>
      </w:r>
      <w:r>
        <w:t>iski value yeh hai ke wahi hum ko is blessing ka mustahiq banati hai main jis cheez keh raha hoon ke woh price nahi hai iski is se istihqaaq paida hota hai ek hai price hona ek istihqaaq paida hona</w:t>
      </w:r>
    </w:p>
    <w:p>
      <w:pPr>
        <w:jc w:val="right"/>
      </w:pPr>
      <w:r>
        <w:t>اس کی value یہ ہے کہ وہی ہم کو اس blessing کا مستحق بناتی ہے میں جس چیز کہہ رہا ہوں کہ وہ price نہیں ہے اس کی اس سے استحقاق پیدا ہوتا ہے ایک ہے price ہونا ایک استحقاق پیدا ہونا</w:t>
      </w:r>
    </w:p>
    <w:p>
      <w:r>
        <w:rPr>
          <w:b/>
        </w:rPr>
        <w:t xml:space="preserve">[2:02:26] </w:t>
      </w:r>
      <w:r>
        <w:t>jaise ek misaal main doon ke abraham hotel jo hai to uska jo aadmi tha pehle ek mamooli clerk tha woh jo mar gaya bechara angrez ne ek hotel khola yahan forty seven mein woh jaane laga to chunke bahut hi loyal tha is rabin bahut hi loyal to hotel usko de ke chala gaya woh</w:t>
      </w:r>
    </w:p>
    <w:p>
      <w:pPr>
        <w:jc w:val="right"/>
      </w:pPr>
      <w:r>
        <w:t>جیسے ایک مثال میں دوں کہ ابرہا ہوٹل جو ہے تو اس کا جو آدمی تھا پہلے ایک معمولی clerk تھا وہ جو مر گیا بیچارہ انگریز نے ایک ہوٹل کھولا یہاں forty seven میں وہ جانے لگا تو چونکہ بہت ہی لائل تھا اس ربن بہت ہی لائل تو ہوٹل اس کو دے کے چلا گیا وہ</w:t>
      </w:r>
    </w:p>
    <w:p>
      <w:r>
        <w:rPr>
          <w:b/>
        </w:rPr>
        <w:t xml:space="preserve">[2:02:50] </w:t>
      </w:r>
      <w:r>
        <w:t>to woh uski price nahi thi apne ko itne mustahiq banaya ke woh uski us par yeh blessing kare</w:t>
      </w:r>
    </w:p>
    <w:p>
      <w:pPr>
        <w:jc w:val="right"/>
      </w:pPr>
      <w:r>
        <w:t>تو وہ اس کی price نہیں تھی اپنے کو اتنے مستحق بنایا کہ وہ اس کی اس پر یہ blessing کرے</w:t>
      </w:r>
    </w:p>
    <w:p>
      <w:r>
        <w:rPr>
          <w:b/>
        </w:rPr>
        <w:t xml:space="preserve">[2:02:59] </w:t>
      </w:r>
      <w:r>
        <w:t>kyunke woh to tankhwah pa raha tha woh to jab hum amal karte hain to hum apne ko is baat ka mustahiq banate hain ke khuda hum par nazar e عنایت kare khuda hamein apni apni blessing de khuda hamein rehmat ke taur par jannat de de</w:t>
      </w:r>
    </w:p>
    <w:p>
      <w:pPr>
        <w:jc w:val="right"/>
      </w:pPr>
      <w:r>
        <w:t>کیونکہ وہ تو تنخواہ پا رہا تھا وہ تو جب ہم عمل کرتے ہیں تو ہم اپنے کو اس بات کا مستحق بناتے ہیں کہ خدا ہم پر نظر عنایت کرے خدا ہمیں اپنی اپنی blessing دے خدا ہمیں رحمت کے طور پر جنت دے دے</w:t>
      </w:r>
    </w:p>
    <w:p>
      <w:r>
        <w:rPr>
          <w:b/>
        </w:rPr>
        <w:t xml:space="preserve">[2:03:17] </w:t>
      </w:r>
      <w:r>
        <w:t>to main jis cheez ki jis cheez ko main inkaar kar raha hoon woh woh yeh hai ke jannat yaani hamara amal jannat ki price nahi hai kyunke price jo hai barabar ki hoti hai mislan be mislan hoti hai jitna dena utna paana</w:t>
      </w:r>
    </w:p>
    <w:p>
      <w:pPr>
        <w:jc w:val="right"/>
      </w:pPr>
      <w:r>
        <w:t>تو میں جس چیز کی جس چیز کو میں انکار کر رہا ہوں وہ وہ یہ ہے کہ جنت یعنی ہمارا عمل جنت کی price نہیں ہے کیونکہ price جو ہے برابر کی ہوتی ہے مثلاً بے مثلاً ہوتی ہے جتنا دینا اتنا پانا</w:t>
      </w:r>
    </w:p>
    <w:p>
      <w:r>
        <w:rPr>
          <w:b/>
        </w:rPr>
        <w:t xml:space="preserve">[2:03:36] </w:t>
      </w:r>
      <w:r>
        <w:t>jaise fiqh ka masla hai mislan be mislan yaani barabar ka dena barabar ka lena</w:t>
      </w:r>
    </w:p>
    <w:p>
      <w:pPr>
        <w:jc w:val="right"/>
      </w:pPr>
      <w:r>
        <w:t>جیسے فقہ کا مسئلہ ہے مثلاً بے مثلاً یعنی برابر کا دینا برابر کا لینا</w:t>
      </w:r>
    </w:p>
    <w:p>
      <w:r>
        <w:rPr>
          <w:b/>
        </w:rPr>
        <w:t xml:space="preserve">[2:03:45] </w:t>
      </w:r>
      <w:r>
        <w:t>barabar ka dena barabar ka lena is liye ek sher gehoon aap ek ek pound aap gehoon lein aur sawa sawa sawa pound gehoon de diye galat ho jayega kyun barabar nahi raha yeh</w:t>
      </w:r>
    </w:p>
    <w:p>
      <w:pPr>
        <w:jc w:val="right"/>
      </w:pPr>
      <w:r>
        <w:t>برابر کا دینا برابر کا لینا اس لیے ایک شیر گیہوں آپ ایک ایک پاؤنڈ آپ گیہوں لیں اور سوا سوا سوا پاؤنڈ گیہوں دے دیے غلط ہو جائے گا کیوں برابر نہیں رہا یہ</w:t>
      </w:r>
    </w:p>
    <w:p>
      <w:r>
        <w:rPr>
          <w:b/>
        </w:rPr>
        <w:t xml:space="preserve">[2:04:02] </w:t>
      </w:r>
      <w:r>
        <w:t>jitna dena utna lena yeh hai price to is sense mein jannat ki koi price nahi hai lekin aap khuda ke liye bahut wafadari dikhaye</w:t>
      </w:r>
    </w:p>
    <w:p>
      <w:pPr>
        <w:jc w:val="right"/>
      </w:pPr>
      <w:r>
        <w:t>جتنا دینا اتنا لینا یہ ہے price تو اس sense میں جنت کی کوئی price نہیں ہے لیکن آپ خدا کے لیے بہت وفاداری دکھائیں</w:t>
      </w:r>
    </w:p>
    <w:p>
      <w:r>
        <w:rPr>
          <w:b/>
        </w:rPr>
        <w:t xml:space="preserve">[2:04:14] </w:t>
      </w:r>
      <w:r>
        <w:t>khuda ke liye aap ka aap ki apni intention ko bahut hi sahi karein poori zindagi aap batayein is tareeqe se ke khuda ke aap wafadar bane hue hon to is tareeqe se aap ne apne aap ko is baat ka mustahiq banaya competent banaya ke khuda aap ko apni blessing de de</w:t>
      </w:r>
    </w:p>
    <w:p>
      <w:pPr>
        <w:jc w:val="right"/>
      </w:pPr>
      <w:r>
        <w:t>خدا کے لیے آپ کا آپ کی اپنی intention کو بہت ہی صحیح کریں پوری زندگی آپ بتائیں اس طریقے سے کہ خدا کے آپ وفادار بنے ہوئے ہوں تو اس طریقے سے آپ نے اپنے آپ کو اس بات کا مستحق بنایا competent بنایا کہ خدا آپ کو اپنی blessing دے دے</w:t>
      </w:r>
    </w:p>
    <w:p>
      <w:r>
        <w:rPr>
          <w:b/>
        </w:rPr>
        <w:t xml:space="preserve">[2:04:33] </w:t>
      </w:r>
      <w:r>
        <w:t>agarche woh uski price nahi hogi lekin woh yaani woh aap ko mustahiq banayegi is baat ka ke khuda aap ko is list mein naam likh le aap ka jo blessed log hain.</w:t>
      </w:r>
    </w:p>
    <w:p>
      <w:pPr>
        <w:jc w:val="right"/>
      </w:pPr>
      <w:r>
        <w:t>اگرچہ وہ اس کی price نہیں ہوگی لیکن وہ یعنی وہ آپ کو مستحق بنائے گی اس بات کا کہ خدا آپ کو اس list میں نام لکھ لے آپ کا جو blessed لوگ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