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06 Mar 2011 - Maulana Wahiduddin Khan</w:t>
      </w:r>
    </w:p>
    <w:p>
      <w:r>
        <w:t>https://www.youtube.com/watch?v=I5hJVw3Wum8</w:t>
      </w:r>
    </w:p>
    <w:p>
      <w:r>
        <w:rPr>
          <w:b/>
        </w:rPr>
        <w:t xml:space="preserve">[00:10] </w:t>
      </w:r>
      <w:r>
        <w:t>quran mein hai: "jannat mein milti julti cheezein mile gi." jannat ek thrill ki jagah hai. to jo bande yahan khuda ko thrill ke darjay mein discover na kar paye,</w:t>
      </w:r>
    </w:p>
    <w:p>
      <w:pPr>
        <w:jc w:val="right"/>
      </w:pPr>
      <w:r>
        <w:t>قرآن میں ہے: "جنت میں ملتی جلتی چیزیں ملیں گی۔" جنت ایک تھرل کی جگہ ہے۔ تو جو بندے یہاں خدا کو تھرل کے درجے میں ڈسکور نہ کر پائے،</w:t>
      </w:r>
    </w:p>
    <w:p>
      <w:r>
        <w:rPr>
          <w:b/>
        </w:rPr>
        <w:t xml:space="preserve">[00:24] </w:t>
      </w:r>
      <w:r>
        <w:t>to kya un ki jannat bhi mujtaba hai? is ke baray mein bataein.</w:t>
      </w:r>
    </w:p>
    <w:p>
      <w:pPr>
        <w:jc w:val="right"/>
      </w:pPr>
      <w:r>
        <w:t>تو کیا ان کی جنت بھی مجتبیٰ ہے؟ اس کے بارے میں بتائیں۔</w:t>
      </w:r>
    </w:p>
    <w:p>
      <w:r>
        <w:rPr>
          <w:b/>
        </w:rPr>
        <w:t xml:space="preserve">[00:32] </w:t>
      </w:r>
      <w:r>
        <w:t>ab dekhiye, aakhri baat to Allah hi ko pata hai. kyunke mein samajhta hoon ke jannat unhi logon ke liye hai.</w:t>
      </w:r>
    </w:p>
    <w:p>
      <w:pPr>
        <w:jc w:val="right"/>
      </w:pPr>
      <w:r>
        <w:t>اب دیکھیے، آخری بات تو اللہ ہی کو پتہ ہے۔ کیونکہ میں سمجھتا ہوں کہ جنت انہی لوگوں کے لیے ہے۔</w:t>
      </w:r>
    </w:p>
    <w:p>
      <w:r>
        <w:rPr>
          <w:b/>
        </w:rPr>
        <w:t xml:space="preserve">[00:44] </w:t>
      </w:r>
      <w:r>
        <w:t>lafz jo aaya quran mein, marifat aaya hai, mein is ko thrill ka lafz bolta hoon. to marifat ka matlab to yahi hai. yaani marifat ke darjay mein jis ko</w:t>
      </w:r>
    </w:p>
    <w:p>
      <w:pPr>
        <w:jc w:val="right"/>
      </w:pPr>
      <w:r>
        <w:t>لفظ جو آیا قرآن میں، معرفت آیا ہے، میں اس کو تھرل کا لفظ بولتا ہوں۔ تو معرفت کا مطلب تو یہی ہے۔ یعنی معرفت کے درجے میں جس کو</w:t>
      </w:r>
    </w:p>
    <w:p>
      <w:r>
        <w:rPr>
          <w:b/>
        </w:rPr>
        <w:t xml:space="preserve">[00:58] </w:t>
      </w:r>
      <w:r>
        <w:t>jis ne jaana. to marifat darja maani kya hai? woh quran mein aap parh li jiye. to marifat darjay mein maani jaanna kya hai?</w:t>
      </w:r>
    </w:p>
    <w:p>
      <w:pPr>
        <w:jc w:val="right"/>
      </w:pPr>
      <w:r>
        <w:t>جس نے جانا۔ تو معرفت درجہ معنی کیا ہے؟ وہ قرآن میں آپ پڑھ لیجیے۔ تو معرفت درجے میں معنی جاننا کیا ہے؟</w:t>
      </w:r>
    </w:p>
    <w:p>
      <w:r>
        <w:rPr>
          <w:b/>
        </w:rPr>
        <w:t xml:space="preserve">[01:09] </w:t>
      </w:r>
      <w:r>
        <w:t>to marifat darjay mein jaane, marifat ke darjay mein jaanne ka jo maamla hai, usi ko mein kehta hoon thrilling experience. to bazahir to yahi hai.</w:t>
      </w:r>
    </w:p>
    <w:p>
      <w:pPr>
        <w:jc w:val="right"/>
      </w:pPr>
      <w:r>
        <w:t>تو معرفت درجے میں جانے، معرفت کے درجے میں جاننے کا جو معاملہ ہے، اسی کو میں کہتا ہوں تھرلنگ ایکسپیرینس۔ تو بظاہر تو یہی ہے۔</w:t>
      </w:r>
    </w:p>
    <w:p>
      <w:r>
        <w:rPr>
          <w:b/>
        </w:rPr>
        <w:t xml:space="preserve">[01:20] </w:t>
      </w:r>
      <w:r>
        <w:t>baqi Allah ko ilm hai ke woh kya karne wala hai apne bandon ke sath.</w:t>
      </w:r>
    </w:p>
    <w:p>
      <w:pPr>
        <w:jc w:val="right"/>
      </w:pPr>
      <w:r>
        <w:t>باقی اللہ کو علم ہے کہ وہ کیا کرنے والا ہے اپنے بندوں کے ساتھ۔</w:t>
      </w:r>
    </w:p>
    <w:p>
      <w:r>
        <w:rPr>
          <w:b/>
        </w:rPr>
        <w:t xml:space="preserve">[01:29] </w:t>
      </w:r>
      <w:r>
        <w:t>mr muhammad tauqeer alam ne muzaffarpur se likha hai: "ulamae haq aur ulamae soo ka matlab kya hai?</w:t>
      </w:r>
    </w:p>
    <w:p>
      <w:pPr>
        <w:jc w:val="right"/>
      </w:pPr>
      <w:r>
        <w:t>مسٹر محمد توقیر عالم نے مظفرپورٹ سے لکھا ہے: "علمائے حق اور علمائے سو کا مطلب کیا ہے؟</w:t>
      </w:r>
    </w:p>
    <w:p>
      <w:r>
        <w:rPr>
          <w:b/>
        </w:rPr>
        <w:t xml:space="preserve">[01:40] </w:t>
      </w:r>
      <w:r>
        <w:t>aur is ki alamat kya hai?" is ke baray mein bataein.</w:t>
      </w:r>
    </w:p>
    <w:p>
      <w:pPr>
        <w:jc w:val="right"/>
      </w:pPr>
      <w:r>
        <w:t>اور اس کی علامت کیا ہے؟" اس کے بارے میں بتائیں۔</w:t>
      </w:r>
    </w:p>
    <w:p>
      <w:r>
        <w:rPr>
          <w:b/>
        </w:rPr>
        <w:t xml:space="preserve">[01:49] </w:t>
      </w:r>
      <w:r>
        <w:t>bhai dekhiye, bohat hi mushkil sawal hai. yeh koi aasan nahi hai yeh.</w:t>
      </w:r>
    </w:p>
    <w:p>
      <w:pPr>
        <w:jc w:val="right"/>
      </w:pPr>
      <w:r>
        <w:t>بھئی دیکھیے، بہت ہی مشکل سوال ہے۔ یہ کوئی آسان نہیں ہے یہ۔</w:t>
      </w:r>
    </w:p>
    <w:p>
      <w:r>
        <w:rPr>
          <w:b/>
        </w:rPr>
        <w:t xml:space="preserve">[01:58] </w:t>
      </w:r>
      <w:r>
        <w:t>is ke mukhtalif matlab bataye gaye hain.</w:t>
      </w:r>
    </w:p>
    <w:p>
      <w:pPr>
        <w:jc w:val="right"/>
      </w:pPr>
      <w:r>
        <w:t>اس کے مختلف مطلب بتائے گئے ہیں۔</w:t>
      </w:r>
    </w:p>
    <w:p>
      <w:r>
        <w:rPr>
          <w:b/>
        </w:rPr>
        <w:t xml:space="preserve">[02:04] </w:t>
      </w:r>
      <w:r>
        <w:t>jahan tak mein samajhta hoon,</w:t>
      </w:r>
    </w:p>
    <w:p>
      <w:pPr>
        <w:jc w:val="right"/>
      </w:pPr>
      <w:r>
        <w:t>جہاں تک میں سمجھتا ہوں،</w:t>
      </w:r>
    </w:p>
    <w:p>
      <w:r>
        <w:rPr>
          <w:b/>
        </w:rPr>
        <w:t xml:space="preserve">[02:09] </w:t>
      </w:r>
      <w:r>
        <w:t>woh yeh hai ke ek hai</w:t>
      </w:r>
    </w:p>
    <w:p>
      <w:pPr>
        <w:jc w:val="right"/>
      </w:pPr>
      <w:r>
        <w:t>وہ یہ ہے کہ ایک ہے</w:t>
      </w:r>
    </w:p>
    <w:p>
      <w:r>
        <w:rPr>
          <w:b/>
        </w:rPr>
        <w:t xml:space="preserve">[02:15] </w:t>
      </w:r>
      <w:r>
        <w:t>ilm deen ko deen ke liye istemal karna. ulama woh hain jin ko deen ka ilm hasil ho. ek hai deen ko deen ke liye istemal karna.</w:t>
      </w:r>
    </w:p>
    <w:p>
      <w:pPr>
        <w:jc w:val="right"/>
      </w:pPr>
      <w:r>
        <w:t>علم دین کو دین کے لیے استعمال کرنا۔ علماء وہ ہیں جن کو دین کا علم حاصل ہو۔ ایک ہے دین کو دین کے لیے استعمال کرنا۔</w:t>
      </w:r>
    </w:p>
    <w:p>
      <w:r>
        <w:rPr>
          <w:b/>
        </w:rPr>
        <w:t xml:space="preserve">[02:27] </w:t>
      </w:r>
      <w:r>
        <w:t>wo hain ulmae haq. ek wo hain jo deen ko dunya ke liye istemal karen.</w:t>
      </w:r>
    </w:p>
    <w:p>
      <w:pPr>
        <w:jc w:val="right"/>
      </w:pPr>
      <w:r>
        <w:t>وہ ہیں علمائے حق۔ ایک وہ ہیں جو دین کو دنیا کے لیے استعمال کریں۔</w:t>
      </w:r>
    </w:p>
    <w:p>
      <w:r>
        <w:rPr>
          <w:b/>
        </w:rPr>
        <w:t xml:space="preserve">[02:34] </w:t>
      </w:r>
      <w:r>
        <w:t>wo hain ulmae soo. naam dono deen ka lenge. inhi mein se koi aisa nahi hoga jo deen ka naam na le.</w:t>
      </w:r>
    </w:p>
    <w:p>
      <w:pPr>
        <w:jc w:val="right"/>
      </w:pPr>
      <w:r>
        <w:t>وہ ہیں علمائے سو۔ نام دونوں دین کا لیں گے۔ انہی میں سے کوئی ایسا نہیں ہوگا جو دین کا نام نہ لے۔</w:t>
      </w:r>
    </w:p>
    <w:p>
      <w:r>
        <w:rPr>
          <w:b/>
        </w:rPr>
        <w:t xml:space="preserve">[02:45] </w:t>
      </w:r>
      <w:r>
        <w:t>lekin deen ka naam le kar ek shakhs deen hi ke liye kaam karega. ek shakhs deen ka naam le kar dunya, dunya ke maani hain ke paisa, shohrat, fame, power,</w:t>
      </w:r>
    </w:p>
    <w:p>
      <w:pPr>
        <w:jc w:val="right"/>
      </w:pPr>
      <w:r>
        <w:t>لیکن دین کا نام لے کر ایک شخص دین ہی کے لیے کام کرے گا۔ ایک شخص دین کا نام لے کر دنیا، دنیا کے معنی ہیں کہ پیسہ، شہرت، فیم، پاور،</w:t>
      </w:r>
    </w:p>
    <w:p>
      <w:r>
        <w:rPr>
          <w:b/>
        </w:rPr>
        <w:t xml:space="preserve">[02:58] </w:t>
      </w:r>
      <w:r>
        <w:t>izzat, yeh sab cheezen dunya mein aati hain.</w:t>
      </w:r>
    </w:p>
    <w:p>
      <w:pPr>
        <w:jc w:val="right"/>
      </w:pPr>
      <w:r>
        <w:t>عزت، یہ سب چیزیں دنیا میں آتی ہیں۔</w:t>
      </w:r>
    </w:p>
    <w:p>
      <w:r>
        <w:rPr>
          <w:b/>
        </w:rPr>
        <w:t xml:space="preserve">[03:03] </w:t>
      </w:r>
      <w:r>
        <w:t>to jahan tak maine samjha hai, yahi farq hai dono ke darmiyan.</w:t>
      </w:r>
    </w:p>
    <w:p>
      <w:pPr>
        <w:jc w:val="right"/>
      </w:pPr>
      <w:r>
        <w:t>تو جہاں تک میں نے سمجھا ہے، یہی فرق ہے دونوں کے درمیان۔</w:t>
      </w:r>
    </w:p>
    <w:p>
      <w:r>
        <w:rPr>
          <w:b/>
        </w:rPr>
        <w:t xml:space="preserve">[03:10] </w:t>
      </w:r>
      <w:r>
        <w:t>miss naghma siddiqui ne dilli se likha hai: "you say nature serves as a model for providing man with lessons." Maulana, can you please explain this with an example?</w:t>
      </w:r>
    </w:p>
    <w:p>
      <w:pPr>
        <w:jc w:val="right"/>
      </w:pPr>
      <w:r>
        <w:t>مس نغمہ صدیقی نے دلی سے لکھا ہے: "یو سے نیچر سروز ایز ا ماڈل فار پرووائیڈنگ مین ود لیسنز۔" مولانا، کین یو پلیز ایکسپلین دس ود این ایگزامپل؟</w:t>
      </w:r>
    </w:p>
    <w:p>
      <w:r>
        <w:rPr>
          <w:b/>
        </w:rPr>
        <w:t xml:space="preserve">[03:35] </w:t>
      </w:r>
      <w:r>
        <w:t>main samajhta hoon ke sari nature jo hai, wo model hai. sari nature.</w:t>
      </w:r>
    </w:p>
    <w:p>
      <w:pPr>
        <w:jc w:val="right"/>
      </w:pPr>
      <w:r>
        <w:t>میں سمجھتا ہوں کہ ساری نیچر جو ہے، وہ ماڈل ہے۔ ساری نیچر۔</w:t>
      </w:r>
    </w:p>
    <w:p>
      <w:r>
        <w:rPr>
          <w:b/>
        </w:rPr>
        <w:t xml:space="preserve">[03:47] </w:t>
      </w:r>
      <w:r>
        <w:t>jaise abhi main subah ko baitha hua tha apne ghar ke samne, to darakht dikhai de rahe the sab. har taraf darakht.</w:t>
      </w:r>
    </w:p>
    <w:p>
      <w:pPr>
        <w:jc w:val="right"/>
      </w:pPr>
      <w:r>
        <w:t>جیسے ابھی میں صبح کو بیٹھا ہوا تھا اپنے گھر کے سامنے، تو درخت دکھائی دے رہے تھے سب۔ ہر طرف درخت۔</w:t>
      </w:r>
    </w:p>
    <w:p>
      <w:r>
        <w:rPr>
          <w:b/>
        </w:rPr>
        <w:t xml:space="preserve">[03:59] </w:t>
      </w:r>
      <w:r>
        <w:t>us ke upar chidiya ud rahi thi.</w:t>
      </w:r>
    </w:p>
    <w:p>
      <w:pPr>
        <w:jc w:val="right"/>
      </w:pPr>
      <w:r>
        <w:t>اس کے اوپر چڑیا اڑ رہی تھی۔</w:t>
      </w:r>
    </w:p>
    <w:p>
      <w:r>
        <w:rPr>
          <w:b/>
        </w:rPr>
        <w:t xml:space="preserve">[04:05] </w:t>
      </w:r>
      <w:r>
        <w:t>to mujhe hadith yaad aayi ke</w:t>
      </w:r>
    </w:p>
    <w:p>
      <w:pPr>
        <w:jc w:val="right"/>
      </w:pPr>
      <w:r>
        <w:t>تو مجھے حدیث یاد آئی کہ</w:t>
      </w:r>
    </w:p>
    <w:p>
      <w:r>
        <w:rPr>
          <w:b/>
        </w:rPr>
        <w:t xml:space="preserve">[04:13] </w:t>
      </w:r>
      <w:r>
        <w:t>do hadisen yaad aayin. ek hadith hai ke</w:t>
      </w:r>
    </w:p>
    <w:p>
      <w:pPr>
        <w:jc w:val="right"/>
      </w:pPr>
      <w:r>
        <w:t>دو حدیثیں یاد آئیں۔ ایک حدیث ہے کہ</w:t>
      </w:r>
    </w:p>
    <w:p>
      <w:r>
        <w:rPr>
          <w:b/>
        </w:rPr>
        <w:t xml:space="preserve">[04:20] </w:t>
      </w:r>
      <w:r>
        <w:t>momin ke bare mein, momin kaisa hota hai, momin ka character.</w:t>
      </w:r>
    </w:p>
    <w:p>
      <w:pPr>
        <w:jc w:val="right"/>
      </w:pPr>
      <w:r>
        <w:t>مومن کے بارے میں، مومن کیسا ہوتا ہے، مومن کا کریکٹر۔</w:t>
      </w:r>
    </w:p>
    <w:p>
      <w:r>
        <w:rPr>
          <w:b/>
        </w:rPr>
        <w:t xml:space="preserve">[04:27] </w:t>
      </w:r>
      <w:r>
        <w:t>misal momin ka misal khama.</w:t>
      </w:r>
    </w:p>
    <w:p>
      <w:pPr>
        <w:jc w:val="right"/>
      </w:pPr>
      <w:r>
        <w:t>مثل مومن کا مثل خامہ۔</w:t>
      </w:r>
    </w:p>
    <w:p>
      <w:r>
        <w:rPr>
          <w:b/>
        </w:rPr>
        <w:t xml:space="preserve">[04:33] </w:t>
      </w:r>
      <w:r>
        <w:t>khama kehte hain poda.</w:t>
      </w:r>
    </w:p>
    <w:p>
      <w:pPr>
        <w:jc w:val="right"/>
      </w:pPr>
      <w:r>
        <w:t>خامہ کہتے ہیں پودا۔</w:t>
      </w:r>
    </w:p>
    <w:p>
      <w:r>
        <w:rPr>
          <w:b/>
        </w:rPr>
        <w:t xml:space="preserve">[04:39] </w:t>
      </w:r>
      <w:r>
        <w:t>hara bhara poda jo hota hai. to momin ki misal pode jaisi hai. poda kya hota hai? ab yani poda yeh hai ke hawa chalti hai idhar se to idhar jhuk jata hai.</w:t>
      </w:r>
    </w:p>
    <w:p>
      <w:pPr>
        <w:jc w:val="right"/>
      </w:pPr>
      <w:r>
        <w:t>ہرا بھرا پودا جو ہوتا ہے۔ تو مومن کی مثال پودے جیسی ہے۔ پودا کیا ہوتا ہے؟ اب یعنی پودا یہ ہے کہ ہوا چلتی ہے ادھر سے تو ادھر جھک جاتا ہے۔</w:t>
      </w:r>
    </w:p>
    <w:p>
      <w:r>
        <w:rPr>
          <w:b/>
        </w:rPr>
        <w:t xml:space="preserve">[04:53] </w:t>
      </w:r>
      <w:r>
        <w:t>idhar chalti hai idhar jhuk jata hai. to wo model hai.</w:t>
      </w:r>
    </w:p>
    <w:p>
      <w:pPr>
        <w:jc w:val="right"/>
      </w:pPr>
      <w:r>
        <w:t>ادھر چلتی ہے ادھر جھک جاتا ہے۔ تو وہ ماڈل ہے۔</w:t>
      </w:r>
    </w:p>
    <w:p>
      <w:r>
        <w:rPr>
          <w:b/>
        </w:rPr>
        <w:t xml:space="preserve">[04:57] </w:t>
      </w:r>
      <w:r>
        <w:t>ke momin mein akkar nahi hoti. momin mein akkar nahi hoti. poda akadta nahi. hawa se takrata nahi.</w:t>
      </w:r>
    </w:p>
    <w:p>
      <w:pPr>
        <w:jc w:val="right"/>
      </w:pPr>
      <w:r>
        <w:t>کہ مومن میں اکڑ نہیں ہوتی۔ مومن میں اکڑ نہیں ہوتی۔ پودا اکڑتا نہیں۔ ہوا سے ٹکراتا نہیں۔</w:t>
      </w:r>
    </w:p>
    <w:p>
      <w:r>
        <w:rPr>
          <w:b/>
        </w:rPr>
        <w:t xml:space="preserve">[05:08] </w:t>
      </w:r>
      <w:r>
        <w:t>takraye baghair aise ho jata hai. to wo hadith mujhe yaad aayi ke yeh darakht, yeh pode bata rahe hain</w:t>
      </w:r>
    </w:p>
    <w:p>
      <w:pPr>
        <w:jc w:val="right"/>
      </w:pPr>
      <w:r>
        <w:t>ٹکرائے بغیر ایسے ہو جاتا ہے۔ تو وہ حدیث مجھے یاد آئی کہ یہ درخت، یہ پودے بتا رہے ہیں</w:t>
      </w:r>
    </w:p>
    <w:p>
      <w:r>
        <w:rPr>
          <w:b/>
        </w:rPr>
        <w:t xml:space="preserve">[05:17] </w:t>
      </w:r>
      <w:r>
        <w:t>ke bana akkar ke jiyo. akkar mat dikhao. takrao na karo.</w:t>
      </w:r>
    </w:p>
    <w:p>
      <w:pPr>
        <w:jc w:val="right"/>
      </w:pPr>
      <w:r>
        <w:t>کہ بنا اکڑ کے جیو۔ اکڑ مت دکھاؤ۔ ٹکراؤ نہ کرو۔</w:t>
      </w:r>
    </w:p>
    <w:p>
      <w:r>
        <w:rPr>
          <w:b/>
        </w:rPr>
        <w:t xml:space="preserve">[05:26] </w:t>
      </w:r>
      <w:r>
        <w:t>yani confrontational approach jo hai, wo kisi pode ka nahi hota hai. ab chidiya ud rahi thi to mujhe ek aur hadith yaad aayi ke jannat walon ke bare mein.</w:t>
      </w:r>
    </w:p>
    <w:p>
      <w:pPr>
        <w:jc w:val="right"/>
      </w:pPr>
      <w:r>
        <w:t>یعنی کنفرنٹیشنل اپروچ جو ہے، وہ کسی پودے کا نہیں ہوتا ہے۔ اب چڑیا اڑ رہی تھی تو مجھے ایک اور حدیث یاد آئی کہ جنت والوں کے بارے میں۔</w:t>
      </w:r>
    </w:p>
    <w:p>
      <w:r>
        <w:rPr>
          <w:b/>
        </w:rPr>
        <w:t xml:space="preserve">[05:40] </w:t>
      </w:r>
      <w:r>
        <w:t>afidatun kaafah ti.</w:t>
      </w:r>
    </w:p>
    <w:p>
      <w:pPr>
        <w:jc w:val="right"/>
      </w:pPr>
      <w:r>
        <w:t>افدۃ کافۃ تی۔</w:t>
      </w:r>
    </w:p>
    <w:p>
      <w:r>
        <w:rPr>
          <w:b/>
        </w:rPr>
        <w:t xml:space="preserve">[05:44] </w:t>
      </w:r>
      <w:r>
        <w:t>ke jannat walon ke dil jo hain, wo chidiya ki tarah ho gaye.</w:t>
      </w:r>
    </w:p>
    <w:p>
      <w:pPr>
        <w:jc w:val="right"/>
      </w:pPr>
      <w:r>
        <w:t>کہ جنت والوں کے دل جو ہیں، وہ چڑیا کی طرح ہو گئے۔</w:t>
      </w:r>
    </w:p>
    <w:p>
      <w:r>
        <w:rPr>
          <w:b/>
        </w:rPr>
        <w:t xml:space="preserve">[05:50] </w:t>
      </w:r>
      <w:r>
        <w:t>to chidiya ka hawa mein ud rahi hai. koi us ko nafrat nahi. khuli fiza mein ud rahi hai idhar se udhar, idhar se udhar. na nafrat hai, na kisi ko use marna hai, na kisi se revenge lena hai, kuch bhi nahi.</w:t>
      </w:r>
    </w:p>
    <w:p>
      <w:pPr>
        <w:jc w:val="right"/>
      </w:pPr>
      <w:r>
        <w:t>تو چڑیا کا ہوا میں اڑ رہی ہے۔ کوئی اس کو نفرت نہیں۔ کھلی فضا میں اڑ رہی ہے ادھر سے ادھر، ادھر سے ادھر۔ نہ نفرت ہے، نہ کسی کو اسے مارنا ہے، نہ کسی سے ریونج لینا ہے، کچھ بھی نہیں۔</w:t>
      </w:r>
    </w:p>
    <w:p>
      <w:r>
        <w:rPr>
          <w:b/>
        </w:rPr>
        <w:t xml:space="preserve">[06:05] </w:t>
      </w:r>
      <w:r>
        <w:t>ek alag hi dunya mein ud rahi hai wo.</w:t>
      </w:r>
    </w:p>
    <w:p>
      <w:pPr>
        <w:jc w:val="right"/>
      </w:pPr>
      <w:r>
        <w:t>ایک الگ ہی دنیا میں اڑ رہی ہے وہ۔</w:t>
      </w:r>
    </w:p>
    <w:p>
      <w:r>
        <w:rPr>
          <w:b/>
        </w:rPr>
        <w:t xml:space="preserve">[06:08] </w:t>
      </w:r>
      <w:r>
        <w:t>us se upar dunya mein.</w:t>
      </w:r>
    </w:p>
    <w:p>
      <w:pPr>
        <w:jc w:val="right"/>
      </w:pPr>
      <w:r>
        <w:t>اس سے اوپر دنیا میں۔</w:t>
      </w:r>
    </w:p>
    <w:p>
      <w:r>
        <w:rPr>
          <w:b/>
        </w:rPr>
        <w:t xml:space="preserve">[06:13] </w:t>
      </w:r>
      <w:r>
        <w:t>nafrat ki dunya, tashaddud ki dunya, revenge ki dunya, takrao ki dunya, is se oopar urh rahi hai woh. ek gaya, yaani ek</w:t>
      </w:r>
    </w:p>
    <w:p>
      <w:pPr>
        <w:jc w:val="right"/>
      </w:pPr>
      <w:r>
        <w:t>نفرت کی دنیا، تشدد کی دنیا، ریونج کی دنیا، ٹکراؤ کی دنیا، اس سے اوپر اڑ رہی ہے وہ۔ ایک گیا، یعنی ایک</w:t>
      </w:r>
    </w:p>
    <w:p>
      <w:r>
        <w:rPr>
          <w:b/>
        </w:rPr>
        <w:t xml:space="preserve">[06:29] </w:t>
      </w:r>
      <w:r>
        <w:t>buland tar level is ne daryaft kar liya zindagi ka. to isi ko kaha gaya hadith mein ke un ke dil chirya ke dil ke manind hon ge.</w:t>
      </w:r>
    </w:p>
    <w:p>
      <w:pPr>
        <w:jc w:val="right"/>
      </w:pPr>
      <w:r>
        <w:t>بلند تر لیول اس نے دریافت کر لیا زندگی کا۔ تو اسی کو کہا گیا حدیث میں کہ ان کے دل چڑیا کے دل کے مانند ہوں گے۔</w:t>
      </w:r>
    </w:p>
    <w:p>
      <w:r>
        <w:rPr>
          <w:b/>
        </w:rPr>
        <w:t xml:space="preserve">[06:42] </w:t>
      </w:r>
      <w:r>
        <w:t>to drakht bhi ek model</w:t>
      </w:r>
    </w:p>
    <w:p>
      <w:pPr>
        <w:jc w:val="right"/>
      </w:pPr>
      <w:r>
        <w:t>تو درخت بھی ایک ماڈل</w:t>
      </w:r>
    </w:p>
    <w:p>
      <w:r>
        <w:rPr>
          <w:b/>
        </w:rPr>
        <w:t xml:space="preserve">[06:46] </w:t>
      </w:r>
      <w:r>
        <w:t>bana hua hai insaan ke liye. aur chirya bhi ek model bani hui hai insaan ke liye. aise aap ghor karein ge to sara nature hi model hai. sara nature model hai.</w:t>
      </w:r>
    </w:p>
    <w:p>
      <w:pPr>
        <w:jc w:val="right"/>
      </w:pPr>
      <w:r>
        <w:t>بنا ہوا ہے انسان کے لیے۔ اور چڑیا بھی ایک ماڈل بنی ہوئی ہے انسان کے لیے۔ ایسے آپ غور کریں گے تو سارا نیچر ہی ماڈل ہے۔ سارا نیچر ماڈل ہے۔</w:t>
      </w:r>
    </w:p>
    <w:p>
      <w:r>
        <w:rPr>
          <w:b/>
        </w:rPr>
        <w:t xml:space="preserve">[06:57] </w:t>
      </w:r>
      <w:r>
        <w:t>ghaas se le kar sitaron tak.</w:t>
      </w:r>
    </w:p>
    <w:p>
      <w:pPr>
        <w:jc w:val="right"/>
      </w:pPr>
      <w:r>
        <w:t>گھاس سے لے کر ستاروں تک۔</w:t>
      </w:r>
    </w:p>
    <w:p>
      <w:r>
        <w:rPr>
          <w:b/>
        </w:rPr>
        <w:t xml:space="preserve">[07:04] </w:t>
      </w:r>
      <w:r>
        <w:t>Mr Abdul Rehman ne Delhi se likha hai: "Maulana sahib, despite the fact that bible is not the preserved book, you quote number of times in your write ups verses from the bible.</w:t>
      </w:r>
    </w:p>
    <w:p>
      <w:pPr>
        <w:jc w:val="right"/>
      </w:pPr>
      <w:r>
        <w:t>مسٹر عبدالرحمن نے دلی سے لکھا ہے: "مولانا صاحب، ڈسپائٹ دا فیکٹ دیٹ بائبل از ناٹ دا پریزروڈ بک، یو کوٹ نمبر آف ٹائمز ان یور رائٹ اپس ورسز فرام دا بائبل۔</w:t>
      </w:r>
    </w:p>
    <w:p>
      <w:r>
        <w:rPr>
          <w:b/>
        </w:rPr>
        <w:t xml:space="preserve">[07:20] </w:t>
      </w:r>
      <w:r>
        <w:t>What is the wisdom behind this?"</w:t>
      </w:r>
    </w:p>
    <w:p>
      <w:pPr>
        <w:jc w:val="right"/>
      </w:pPr>
      <w:r>
        <w:t>واٹ از دا وزڈم بیہائنڈ دس؟"</w:t>
      </w:r>
    </w:p>
    <w:p>
      <w:r>
        <w:rPr>
          <w:b/>
        </w:rPr>
        <w:t xml:space="preserve">[07:24] </w:t>
      </w:r>
      <w:r>
        <w:t>dekhiye, bible mein aisa hai, hum ko ek, hum is ko history ka ek source samajhte hain, history ka.</w:t>
      </w:r>
    </w:p>
    <w:p>
      <w:pPr>
        <w:jc w:val="right"/>
      </w:pPr>
      <w:r>
        <w:t>دیکھیے، بائبل میں ایسا ہے، ہم کو ایک، ہم اس کو ہسٹری کا ایک سورس سمجھتے ہیں، ہسٹری کا۔</w:t>
      </w:r>
    </w:p>
    <w:p>
      <w:r>
        <w:rPr>
          <w:b/>
        </w:rPr>
        <w:t xml:space="preserve">[07:34] </w:t>
      </w:r>
      <w:r>
        <w:t>dekhiye, dono mein farq hai dono baaton mein. ek yeh hai ke Khuda ka</w:t>
      </w:r>
    </w:p>
    <w:p>
      <w:pPr>
        <w:jc w:val="right"/>
      </w:pPr>
      <w:r>
        <w:t>دیکھیے، دونوں میں فرق ہے دونوں باتوں میں۔ ایک یہ ہے کہ خدا کا</w:t>
      </w:r>
    </w:p>
    <w:p>
      <w:r>
        <w:rPr>
          <w:b/>
        </w:rPr>
        <w:t xml:space="preserve">[07:40] </w:t>
      </w:r>
      <w:r>
        <w:t>jo, Khuda ki jo wahi aai hai, Khuda ka jo relation, is ka authentic source samjhein aap. ek history ka source samjhein aap.</w:t>
      </w:r>
    </w:p>
    <w:p>
      <w:pPr>
        <w:jc w:val="right"/>
      </w:pPr>
      <w:r>
        <w:t>جو، خدا کی جو وحی آئی ہے، خدا کا جو ریلیشن، اس کا اتھنٹک سورس سمجھیں آپ۔ ایک ہسٹری کا سورس سمجھیں آپ۔</w:t>
      </w:r>
    </w:p>
    <w:p>
      <w:r>
        <w:rPr>
          <w:b/>
        </w:rPr>
        <w:t xml:space="preserve">[07:50] </w:t>
      </w:r>
      <w:r>
        <w:t>to bible mein peghambaron ki history hai, Quran se zyada. Quran se zyada history is mein hai.</w:t>
      </w:r>
    </w:p>
    <w:p>
      <w:pPr>
        <w:jc w:val="right"/>
      </w:pPr>
      <w:r>
        <w:t>تو بائبل میں پیغمبروں کی ہسٹری ہے، قرآن سے زیادہ۔ قرآن سے زیادہ ہسٹری اس میں ہے۔</w:t>
      </w:r>
    </w:p>
    <w:p>
      <w:r>
        <w:rPr>
          <w:b/>
        </w:rPr>
        <w:t xml:space="preserve">[07:59] </w:t>
      </w:r>
      <w:r>
        <w:t>bohat se nabiyon ka zikr hai. to sara hi, aisa nahi ke har har satr is ka jo hai, badli hui hai.</w:t>
      </w:r>
    </w:p>
    <w:p>
      <w:pPr>
        <w:jc w:val="right"/>
      </w:pPr>
      <w:r>
        <w:t>بہت سے نبیوں کا ذکر ہے۔ تو سارا ہی، ایسا نہیں کہ ہر ہر سطر اس کا جو ہے، بدلی ہوئی ہے۔</w:t>
      </w:r>
    </w:p>
    <w:p>
      <w:r>
        <w:rPr>
          <w:b/>
        </w:rPr>
        <w:t xml:space="preserve">[08:09] </w:t>
      </w:r>
      <w:r>
        <w:t>bohat si baatein is mein aisi hain jo, yaani hamari maloomat mein izafa karti hain.</w:t>
      </w:r>
    </w:p>
    <w:p>
      <w:pPr>
        <w:jc w:val="right"/>
      </w:pPr>
      <w:r>
        <w:t>بہت سی باتیں اس میں ایسی ہیں جو، یعنی ہماری معلومات میں اضافہ کرتی ہیں۔</w:t>
      </w:r>
    </w:p>
    <w:p>
      <w:r>
        <w:rPr>
          <w:b/>
        </w:rPr>
        <w:t xml:space="preserve">[08:19] </w:t>
      </w:r>
      <w:r>
        <w:t>to mera manna yeh hai ke agar aap ko yeh janna ho ke Khuda ka jo,</w:t>
      </w:r>
    </w:p>
    <w:p>
      <w:pPr>
        <w:jc w:val="right"/>
      </w:pPr>
      <w:r>
        <w:t>تو میرا ماننا یہ ہے کہ اگر آپ کو یہ جاننا ہو کہ خدا کا جو،</w:t>
      </w:r>
    </w:p>
    <w:p>
      <w:r>
        <w:rPr>
          <w:b/>
        </w:rPr>
        <w:t xml:space="preserve">[08:28] </w:t>
      </w:r>
      <w:r>
        <w:t>yaani jo Khuda ki jo wahi aai, jo revelation aaya Khuda ki taraf se, woh fi waqe kya tha,</w:t>
      </w:r>
    </w:p>
    <w:p>
      <w:pPr>
        <w:jc w:val="right"/>
      </w:pPr>
      <w:r>
        <w:t>یعنی جو خدا کی جو وحی آئی، جو ریولیشن آیا خدا کی طرف سے، وہ فی الواقع کیا تھا،</w:t>
      </w:r>
    </w:p>
    <w:p>
      <w:r>
        <w:rPr>
          <w:b/>
        </w:rPr>
        <w:t xml:space="preserve">[08:37] </w:t>
      </w:r>
      <w:r>
        <w:t>to authentic source sirf Quran hai is ke liye. lekin history ke aitbar se aap janna chahein to bohat si baatein milti hain bible mein, jo Quran mein bhi nahi, hadith mein bhi nahi.</w:t>
      </w:r>
    </w:p>
    <w:p>
      <w:pPr>
        <w:jc w:val="right"/>
      </w:pPr>
      <w:r>
        <w:t>تو اتھنٹک سورس صرف قرآن ہے اس کے لیے۔ لیکن ہسٹری کے اعتبار سے آپ جاننا چاہیں تو بہت سی باتیں ملتی ہیں بائبل میں، جو قرآن میں بھی نہیں، حدیث میں بھی نہیں۔</w:t>
      </w:r>
    </w:p>
    <w:p>
      <w:r>
        <w:rPr>
          <w:b/>
        </w:rPr>
        <w:t xml:space="preserve">[08:53] </w:t>
      </w:r>
      <w:r>
        <w:t>to yeh yeh mera muamla hai.</w:t>
      </w:r>
    </w:p>
    <w:p>
      <w:pPr>
        <w:jc w:val="right"/>
      </w:pPr>
      <w:r>
        <w:t>تو یہ یہ میرا معاملہ ہے۔</w:t>
      </w:r>
    </w:p>
    <w:p>
      <w:r>
        <w:rPr>
          <w:b/>
        </w:rPr>
        <w:t xml:space="preserve">[08:58] </w:t>
      </w:r>
      <w:r>
        <w:t>yaani marifat ka reference batana ho to Quran hai. history ka reference batana ho to is aur bohat si kitabein hain, is mein to bible bhi hai.</w:t>
      </w:r>
    </w:p>
    <w:p>
      <w:pPr>
        <w:jc w:val="right"/>
      </w:pPr>
      <w:r>
        <w:t>یعنی معرفت کا ریفرنس بتانا ہو تو قرآن ہے۔ ہسٹری کا ریفرنس بتانا ہو تو اس اور بہت سی کتابیں ہیں، اس میں تو بائبل بھی ہے۔</w:t>
      </w:r>
    </w:p>
    <w:p>
      <w:r>
        <w:rPr>
          <w:b/>
        </w:rPr>
        <w:t xml:space="preserve">[09:12] </w:t>
      </w:r>
      <w:r>
        <w:t>Maulana Amanullah Riyazi ne Delhi se likha hai: "Islami tareekh mein muhaddiseen ka role kya hai?" is ki wazahat farmayein.</w:t>
      </w:r>
    </w:p>
    <w:p>
      <w:pPr>
        <w:jc w:val="right"/>
      </w:pPr>
      <w:r>
        <w:t>مولانا امان اللہ ریاضی نے دلی سے لکھا ہے: "اسلامی تاریخ میں محدثین کا رول کیا ہے؟" اس کی وضاحت فرمائیں۔</w:t>
      </w:r>
    </w:p>
    <w:p>
      <w:r>
        <w:rPr>
          <w:b/>
        </w:rPr>
        <w:t xml:space="preserve">[09:27] </w:t>
      </w:r>
      <w:r>
        <w:t>yeh muhaddiseen ka role bohat hi bara hai.</w:t>
      </w:r>
    </w:p>
    <w:p>
      <w:pPr>
        <w:jc w:val="right"/>
      </w:pPr>
      <w:r>
        <w:t>یہ محدثین کا رول بہت ہی بڑا ہے۔</w:t>
      </w:r>
    </w:p>
    <w:p>
      <w:r>
        <w:rPr>
          <w:b/>
        </w:rPr>
        <w:t xml:space="preserve">[09:34] </w:t>
      </w:r>
      <w:r>
        <w:t>yaani Sahaba ke darje ka role hai. hamare paas dekhiye do cheezein hain: Quran aur hadith.</w:t>
      </w:r>
    </w:p>
    <w:p>
      <w:pPr>
        <w:jc w:val="right"/>
      </w:pPr>
      <w:r>
        <w:t>یعنی صحابہ کے درجے کا رول ہے۔ ہمارے پاس دیکھیے دو چیزیں ہیں: قرآن اور حدیث۔</w:t>
      </w:r>
    </w:p>
    <w:p>
      <w:r>
        <w:rPr>
          <w:b/>
        </w:rPr>
        <w:t xml:space="preserve">[09:43] </w:t>
      </w:r>
      <w:r>
        <w:t>Quran o hadith na ho to aap kya, hum andhere mein hain? hamein kuch pata nahi hai.</w:t>
      </w:r>
    </w:p>
    <w:p>
      <w:pPr>
        <w:jc w:val="right"/>
      </w:pPr>
      <w:r>
        <w:t>قرآن و حدیث نہ ہو تو آپ کیا، ہم اندھیرے میں ہیں؟ ہمیں کچھ پتہ نہیں ہے۔</w:t>
      </w:r>
    </w:p>
    <w:p>
      <w:r>
        <w:rPr>
          <w:b/>
        </w:rPr>
        <w:t xml:space="preserve">[09:51] </w:t>
      </w:r>
      <w:r>
        <w:t>to Sahaba ka kamaal yeh hai ke unhone Quran ko mehfooz kiya, is ko yaad kiya, is ko likha, is ka صحیfa banaya,</w:t>
      </w:r>
    </w:p>
    <w:p>
      <w:pPr>
        <w:jc w:val="right"/>
      </w:pPr>
      <w:r>
        <w:t>تو صحابہ کا کمال یہ ہے کہ انہوں نے قرآن کو محفوظ کیا، اس کو یاد کیا، اس کو لکھا، اس کا صحیفہ بنایا،</w:t>
      </w:r>
    </w:p>
    <w:p>
      <w:r>
        <w:rPr>
          <w:b/>
        </w:rPr>
        <w:t xml:space="preserve">[10:05] </w:t>
      </w:r>
      <w:r>
        <w:t>aur agli generation tak pohanchaya.</w:t>
      </w:r>
    </w:p>
    <w:p>
      <w:pPr>
        <w:jc w:val="right"/>
      </w:pPr>
      <w:r>
        <w:t>اور اگلے جنریشن تک پہنچایا۔</w:t>
      </w:r>
    </w:p>
    <w:p>
      <w:r>
        <w:rPr>
          <w:b/>
        </w:rPr>
        <w:t xml:space="preserve">[10:09] </w:t>
      </w:r>
      <w:r>
        <w:t>yaani Sahaba ne Rasool Allah se Quran liya, is ko mehfooz kar ke agli generation tak pohanchaya.</w:t>
      </w:r>
    </w:p>
    <w:p>
      <w:pPr>
        <w:jc w:val="right"/>
      </w:pPr>
      <w:r>
        <w:t>یعنی صحابہ نے رسول اللہ سے قرآن لیا، اس کو محفوظ کر کے اگلی جنریشن تک پہنچایا۔</w:t>
      </w:r>
    </w:p>
    <w:p>
      <w:r>
        <w:rPr>
          <w:b/>
        </w:rPr>
        <w:t xml:space="preserve">[10:21] </w:t>
      </w:r>
      <w:r>
        <w:t>to yeh hai sahaba ka role. ke sahaba ka role agar na hota to hamein quran se hum be khabar hote.</w:t>
      </w:r>
    </w:p>
    <w:p>
      <w:pPr>
        <w:jc w:val="right"/>
      </w:pPr>
      <w:r>
        <w:t>تو یہ ہے صحابہ کا رول۔ کہ صحابہ کا رول اگر نہ ہوتا تو ہمیں قرآن سے ہم بے خبر ہوتے۔</w:t>
      </w:r>
    </w:p>
    <w:p>
      <w:r>
        <w:rPr>
          <w:b/>
        </w:rPr>
        <w:t xml:space="preserve">[10:29] </w:t>
      </w:r>
      <w:r>
        <w:t>quran na agar hum par pohanchta to hum andhere mein the. hamare paas koi, yaani koi base nahi tha koi baat kehne ke liye.</w:t>
      </w:r>
    </w:p>
    <w:p>
      <w:pPr>
        <w:jc w:val="right"/>
      </w:pPr>
      <w:r>
        <w:t>قرآن نہ اگر ہم پر پہنچتا تو ہم اندھیرے میں تھے۔ ہمارے پاس کوئی، یعنی کوئی بیس نہیں تھا کوئی بات کہنے کے لیے۔</w:t>
      </w:r>
    </w:p>
    <w:p>
      <w:r>
        <w:rPr>
          <w:b/>
        </w:rPr>
        <w:t xml:space="preserve">[10:40] </w:t>
      </w:r>
      <w:r>
        <w:t>bilkul hum ek base less mazhab par khare hote hain hum.</w:t>
      </w:r>
    </w:p>
    <w:p>
      <w:pPr>
        <w:jc w:val="right"/>
      </w:pPr>
      <w:r>
        <w:t>بالکل ہم ایک بیس لیس مذہب پر کھڑے ہوتے ہیں ہم۔</w:t>
      </w:r>
    </w:p>
    <w:p>
      <w:r>
        <w:rPr>
          <w:b/>
        </w:rPr>
        <w:t xml:space="preserve">[10:46] </w:t>
      </w:r>
      <w:r>
        <w:t>muhaddiseen ka role yeh hai ke unhone hadithon ko jama kiya. to mein is ko barabar ka role samajhta hoon.</w:t>
      </w:r>
    </w:p>
    <w:p>
      <w:pPr>
        <w:jc w:val="right"/>
      </w:pPr>
      <w:r>
        <w:t>محدثین کا رول یہ ہے کہ انہوں نے حدیثوں کو جمع کیا۔ تو میں اس کو برابر کا رول سمجھتا ہوں۔</w:t>
      </w:r>
    </w:p>
    <w:p>
      <w:r>
        <w:rPr>
          <w:b/>
        </w:rPr>
        <w:t xml:space="preserve">[10:56] </w:t>
      </w:r>
      <w:r>
        <w:t>yaani muhaddiseen ne taqreeban so baras tak sara apna energy is mein laga di.</w:t>
      </w:r>
    </w:p>
    <w:p>
      <w:pPr>
        <w:jc w:val="right"/>
      </w:pPr>
      <w:r>
        <w:t>یعنی محدثین نے تقریباً سو برس تک سارا اپنا انرجی اس میں لگا دی۔</w:t>
      </w:r>
    </w:p>
    <w:p>
      <w:r>
        <w:rPr>
          <w:b/>
        </w:rPr>
        <w:t xml:space="preserve">[11:04] </w:t>
      </w:r>
      <w:r>
        <w:t>jaise log paisa kamate hain, fame hasil karte hain, power hasil karte hain, is sab se bilkul alag ho gaye woh. yahan tak ke is se bhi alag ho gaye woh ke unke zamane mein jo hukumat thi, abbasit hukumat,</w:t>
      </w:r>
    </w:p>
    <w:p>
      <w:pPr>
        <w:jc w:val="right"/>
      </w:pPr>
      <w:r>
        <w:t>جیسے لوگ پیسہ کماتے ہیں، فیم حاصل کرتے ہیں، پاور حاصل کرتے ہیں، اس سب سے بالکل الگ ہو گئے وہ۔ یہاں تک کہ اس سے بھی الگ ہو گئے وہ کہ ان کے زمانے میں جو حکومت تھی، عباسیت حکومت،</w:t>
      </w:r>
    </w:p>
    <w:p>
      <w:r>
        <w:rPr>
          <w:b/>
        </w:rPr>
        <w:t xml:space="preserve">[11:20] </w:t>
      </w:r>
      <w:r>
        <w:t>woh aaj kal ki zuban mein wahi cheez jis se ke aaj kal lad rahe hain,</w:t>
      </w:r>
    </w:p>
    <w:p>
      <w:pPr>
        <w:jc w:val="right"/>
      </w:pPr>
      <w:r>
        <w:t>وہ آج کل کی زبان میں وہی چیز جس سے کہ آج کل لڑ رہے ہیں،</w:t>
      </w:r>
    </w:p>
    <w:p>
      <w:r>
        <w:rPr>
          <w:b/>
        </w:rPr>
        <w:t xml:space="preserve">[11:24] </w:t>
      </w:r>
      <w:r>
        <w:t>arab countries mein log lad rahe hain aapas mein, waise hi hukumat thi woh. wahan corruption tha, wahan par exploitation tha, wahan sab kuch tha, wahan zulm tha, magar unhone is ko bardasht kiya.</w:t>
      </w:r>
    </w:p>
    <w:p>
      <w:pPr>
        <w:jc w:val="right"/>
      </w:pPr>
      <w:r>
        <w:t>عرب کنٹریز میں لوگ لڑ رہے ہیں آپس میں، ویسے ہی حکومت تھی وہ۔ وہاں کرپشن تھا، وہاں پر ایکسپلائٹیشن تھا، وہاں سب کچھ تھا، وہاں ظلم تھا، مگر انہوں نے اس کو برداشت کیا۔</w:t>
      </w:r>
    </w:p>
    <w:p>
      <w:r>
        <w:rPr>
          <w:b/>
        </w:rPr>
        <w:t xml:space="preserve">[11:38] </w:t>
      </w:r>
      <w:r>
        <w:t>lade nahi woh. kyun? unhein ek doosra ek kaam karna tha.</w:t>
      </w:r>
    </w:p>
    <w:p>
      <w:pPr>
        <w:jc w:val="right"/>
      </w:pPr>
      <w:r>
        <w:t>لڑے نہیں وہ۔ کیوں؟ انہیں ایک دوسرا ایک کام کرنا تھا۔</w:t>
      </w:r>
    </w:p>
    <w:p>
      <w:r>
        <w:rPr>
          <w:b/>
        </w:rPr>
        <w:t xml:space="preserve">[11:43] </w:t>
      </w:r>
      <w:r>
        <w:t>yaani political confrontation ke siwa ek aur kaam karna tha. hadithon ko jama karna. bohat bara kaam unhone kiya ke jo rawi the, unke halaat akhaṭṭa kiye, hadithon ko jama kiya, ilm hadith banaya.</w:t>
      </w:r>
    </w:p>
    <w:p>
      <w:pPr>
        <w:jc w:val="right"/>
      </w:pPr>
      <w:r>
        <w:t>یعنی پولیٹیکل کنفرنٹیشن کے سوا ایک اور کام کرنا تھا۔ حدیثوں کو جمع کرنا۔ بہت بڑا کام انہوں نے کیا کہ جو راوی تھے، ان کے حالات اکٹھا کیے، حدیثوں کو جمع کیا، علم حدیث بنایا۔</w:t>
      </w:r>
    </w:p>
    <w:p>
      <w:r>
        <w:rPr>
          <w:b/>
        </w:rPr>
        <w:t xml:space="preserve">[12:01] </w:t>
      </w:r>
      <w:r>
        <w:t>agar farz kiye ke yahi ek baat le lijiye ke agar woh kamane mein lagte jaise aaj kal log kamane mein lage hue hain, to unke paas bohat thoda time hota.</w:t>
      </w:r>
    </w:p>
    <w:p>
      <w:pPr>
        <w:jc w:val="right"/>
      </w:pPr>
      <w:r>
        <w:t>اگر فرض کیے کہ یہی ایک بات لے لیجیے کہ اگر وہ کمانے میں لگتے جیسے آج کل لوگ کمانے میں لگے ہوئے ہیں، تو ان کے پاس بہت تھوڑا ٹائم ہوتا۔</w:t>
      </w:r>
    </w:p>
    <w:p>
      <w:r>
        <w:rPr>
          <w:b/>
        </w:rPr>
        <w:t xml:space="preserve">[12:13] </w:t>
      </w:r>
      <w:r>
        <w:t>to thode time mein koi bara kaam nahi hua karta hai. sara aap poora de dete hain time, tab ja ke koi kaam ho pata hai.</w:t>
      </w:r>
    </w:p>
    <w:p>
      <w:pPr>
        <w:jc w:val="right"/>
      </w:pPr>
      <w:r>
        <w:t>تو تھوڑے ٹائم میں کوئی بڑا کام نہیں ہوا کرتا ہے۔ سارا آپ پورا دے دیتے ہیں ٹائم، تب جا کے کوئی کام ہو پاتا ہے۔</w:t>
      </w:r>
    </w:p>
    <w:p>
      <w:r>
        <w:rPr>
          <w:b/>
        </w:rPr>
        <w:t xml:space="preserve">[12:22] </w:t>
      </w:r>
      <w:r>
        <w:t>woh unka kya tha, woh unhone biwi se matlab, na bachche se matlab, na family se matlab, kisi cheez se koi matlab hi nahi.</w:t>
      </w:r>
    </w:p>
    <w:p>
      <w:pPr>
        <w:jc w:val="right"/>
      </w:pPr>
      <w:r>
        <w:t>وہ ان کا کیا تھا، وہ انہوں نے بیوی سے مطلب، نہ بچے سے مطلب، نہ فیملی سے مطلب، کسی چیز سے کوئی مطلب ہی نہیں۔</w:t>
      </w:r>
    </w:p>
    <w:p>
      <w:r>
        <w:rPr>
          <w:b/>
        </w:rPr>
        <w:t xml:space="preserve">[12:32] </w:t>
      </w:r>
      <w:r>
        <w:t>na job se matlab, na business se matlab. taqreeban so baras tak yeh log isi mein lage rahe. yahan tak ke hukumaton mein log</w:t>
      </w:r>
    </w:p>
    <w:p>
      <w:pPr>
        <w:jc w:val="right"/>
      </w:pPr>
      <w:r>
        <w:t>نہ جاب سے مطلب، نہ بزنس سے مطلب۔ تقریباً سو برس تک یہ لوگ اسی میں لگے رہے۔ یہاں تک کہ حکومتوں میں لوگ</w:t>
      </w:r>
    </w:p>
    <w:p>
      <w:r>
        <w:rPr>
          <w:b/>
        </w:rPr>
        <w:t xml:space="preserve">[12:40] </w:t>
      </w:r>
      <w:r>
        <w:t>loot paṭ kar rahe hain to karo, jo chahe karo, allah tum se niptaega. agar unhone aisa na kiya hota to ek bohat bara generation gap ho jata.</w:t>
      </w:r>
    </w:p>
    <w:p>
      <w:pPr>
        <w:jc w:val="right"/>
      </w:pPr>
      <w:r>
        <w:t>لوٹ پاٹ کر رہے ہیں تو کرو، جو چاہے کرو، اللہ تم سے نپٹے گا۔ اگر انہوں نے ایسا نہ کیا ہوتا تو ایک بہت بڑا جنریشن گیپ ہو جاتا۔</w:t>
      </w:r>
    </w:p>
    <w:p>
      <w:r>
        <w:rPr>
          <w:b/>
        </w:rPr>
        <w:t xml:space="preserve">[12:52] </w:t>
      </w:r>
      <w:r>
        <w:t>generation gap. yaani sahaba idhar the,</w:t>
      </w:r>
    </w:p>
    <w:p>
      <w:pPr>
        <w:jc w:val="right"/>
      </w:pPr>
      <w:r>
        <w:t>جنریشن گیپ۔ یعنی صحابہ ادھر تھے،</w:t>
      </w:r>
    </w:p>
    <w:p>
      <w:r>
        <w:rPr>
          <w:b/>
        </w:rPr>
        <w:t xml:space="preserve">[12:57] </w:t>
      </w:r>
      <w:r>
        <w:t>idhar hum log hain, beech mein muhaddiseen ghayab. to yeh jo generation gap tha, to aap bilkul, yaani hadithon se bilkul, yaani woh maroof ho jate.</w:t>
      </w:r>
    </w:p>
    <w:p>
      <w:pPr>
        <w:jc w:val="right"/>
      </w:pPr>
      <w:r>
        <w:t>ادھر ہم لوگ ہیں، بیچ میں محدثین غائب۔ تو یہ جو جنریشن گیپ تھا، تو آپ بالکل، یعنی حدیثوں سے بالکل، یعنی وہ معروف ہو جاتے۔</w:t>
      </w:r>
    </w:p>
    <w:p>
      <w:r>
        <w:rPr>
          <w:b/>
        </w:rPr>
        <w:t xml:space="preserve">[13:14] </w:t>
      </w:r>
      <w:r>
        <w:t>to muhaddiseen ne is generation gap ko nahi hone diya. aur kitaben murattab kara lin hadith ki.</w:t>
      </w:r>
    </w:p>
    <w:p>
      <w:pPr>
        <w:jc w:val="right"/>
      </w:pPr>
      <w:r>
        <w:t>تو محدثین نے اس جنریشن گیپ کو نہیں ہونے دیا۔ اور کتابیں مرتب کرا لیں حدیث کی۔</w:t>
      </w:r>
    </w:p>
    <w:p>
      <w:r>
        <w:rPr>
          <w:b/>
        </w:rPr>
        <w:t xml:space="preserve">[13:24] </w:t>
      </w:r>
      <w:r>
        <w:t>sirf chhe kitaben nahi, siyah jo hain, us ke alawa bhi bohat sari hadith ki kitaben hain.</w:t>
      </w:r>
    </w:p>
    <w:p>
      <w:pPr>
        <w:jc w:val="right"/>
      </w:pPr>
      <w:r>
        <w:t>صرف چھ کتابیں نہیں، سیاہ جو ہیں، اس کے علاوہ بھی بہت ساری حدیث کی کتابیں ہیں۔</w:t>
      </w:r>
    </w:p>
    <w:p>
      <w:r>
        <w:rPr>
          <w:b/>
        </w:rPr>
        <w:t xml:space="preserve">[13:32] </w:t>
      </w:r>
      <w:r>
        <w:t>to quran ko mehfooz kar ke dene wale sahaba hain, hadith ko mehfooz de kar ke dene wale muhaddiseen hain. aur dekhiye, ek rasool allah sallallahu alaihi wasallam ne aakhri zamane mein farmaya tha ke "tarak tu fe mustaqilain kitab allahi wa sunnati".</w:t>
      </w:r>
    </w:p>
    <w:p>
      <w:pPr>
        <w:jc w:val="right"/>
      </w:pPr>
      <w:r>
        <w:t>تو قرآن کو محفوظ کر کے دینے والے صحابہ ہیں، حدیث کو محفوظ دے کر کے دینے والے محدثین ہیں۔ اور دیکھیے، ایک رسول اللہ صلی اللہ علیہ وسلم نے آخری زمانے میں فرمایا تھا کہ "ترک فی مستقلین کتاب اللہ وسنت"۔</w:t>
      </w:r>
    </w:p>
    <w:p>
      <w:r>
        <w:rPr>
          <w:b/>
        </w:rPr>
        <w:t xml:space="preserve">[13:51] </w:t>
      </w:r>
      <w:r>
        <w:t>mein tumhare darmiyan do bhari cheezen chhod kar ja raha hoon. ek kitab allah aur doosri sunnat rasool allah. to kitab allah to diya sahaba ne hum ko, aur yeh kis se mili hum ko?</w:t>
      </w:r>
    </w:p>
    <w:p>
      <w:pPr>
        <w:jc w:val="right"/>
      </w:pPr>
      <w:r>
        <w:t>میں تمہارے درمیان دو بھاری چیزیں چھوڑ کر جا رہا ہوں۔ ایک کتاب اللہ اور دوسری سنت رسول اللہ۔ تو کتاب اللہ تو دیا صحابہ نے ہم کو، اور یہ کس سے ملی ہم کو؟</w:t>
      </w:r>
    </w:p>
    <w:p>
      <w:r>
        <w:rPr>
          <w:b/>
        </w:rPr>
        <w:t xml:space="preserve">[14:05] </w:t>
      </w:r>
      <w:r>
        <w:t>hadith jo hain, sunnat jo hai, woh kis se mili? woh is muhaddiseen ne diya.</w:t>
      </w:r>
    </w:p>
    <w:p>
      <w:pPr>
        <w:jc w:val="right"/>
      </w:pPr>
      <w:r>
        <w:t>حدیث جو ہیں، سنت جو ہے، وہ کس سے ملی؟ وہ اس محدثین نے دیا۔</w:t>
      </w:r>
    </w:p>
    <w:p>
      <w:r>
        <w:rPr>
          <w:b/>
        </w:rPr>
        <w:t xml:space="preserve">[14:12] </w:t>
      </w:r>
      <w:r>
        <w:t>to muhaddiseen ne apne aap ko dedicate kiya, yaani hundred percent dedicate kar diya, hundred percent.</w:t>
      </w:r>
    </w:p>
    <w:p>
      <w:pPr>
        <w:jc w:val="right"/>
      </w:pPr>
      <w:r>
        <w:t>تو محدثین نے اپنے آپ کو ڈیڈیکیٹ کیا، یعنی ہنڈرڈ پرسنٹ ڈیڈیکیٹ کر دیا، ہنڈرڈ پرسنٹ۔</w:t>
      </w:r>
    </w:p>
    <w:p>
      <w:r>
        <w:rPr>
          <w:b/>
        </w:rPr>
        <w:t xml:space="preserve">[14:21] </w:t>
      </w:r>
      <w:r>
        <w:t>to mein samajhta hoon ke unka role jo hai, itna hi bara hai jitna bara sahaba ka role hai.</w:t>
      </w:r>
    </w:p>
    <w:p>
      <w:pPr>
        <w:jc w:val="right"/>
      </w:pPr>
      <w:r>
        <w:t>تو میں سمجھتا ہوں کہ ان کا رول جو ہے، اتنا ہی بڑا ہے جتنا بڑا صحابہ کا رول ہے۔</w:t>
      </w:r>
    </w:p>
    <w:p>
      <w:r>
        <w:rPr>
          <w:b/>
        </w:rPr>
        <w:t xml:space="preserve">[14:30] </w:t>
      </w:r>
      <w:r>
        <w:t>mr sajid anwar ne roorkee se likha hai: "molana sahib, when innocent people die in an accident caused due to human errors, people attribute it to human negligence."</w:t>
      </w:r>
    </w:p>
    <w:p>
      <w:pPr>
        <w:jc w:val="right"/>
      </w:pPr>
      <w:r>
        <w:t>مسٹر ساجد انور نے رڑکی سے لکھا ہے: "مولانا صاحب، وین انوسنٹ پیپل ڈائی ان این ایکسیڈنٹ کازڈ ڈیو ٹو ہیومن ایررز، پیپل ایٹریبیوٹ اٹ ٹو ہیومن نگلیجنس۔</w:t>
      </w:r>
    </w:p>
    <w:p>
      <w:r>
        <w:rPr>
          <w:b/>
        </w:rPr>
        <w:t xml:space="preserve">[14:46] </w:t>
      </w:r>
      <w:r>
        <w:t>but people questions gods intention when the same innocent people die in a natural calamity, as to why god did it.</w:t>
      </w:r>
    </w:p>
    <w:p>
      <w:pPr>
        <w:jc w:val="right"/>
      </w:pPr>
      <w:r>
        <w:t>بٹ پیپل کوئسچنز گاڈز انٹینشن وین دا سیم انوسنٹ پیپل ڈائی ان ا نیچرل کیلامٹی، ایز ٹو وائی گاڈ ڈیڈ اٹ۔</w:t>
      </w:r>
    </w:p>
    <w:p>
      <w:r>
        <w:rPr>
          <w:b/>
        </w:rPr>
        <w:t xml:space="preserve">[14:56] </w:t>
      </w:r>
      <w:r>
        <w:t>maulana sahib, kindly explain this.</w:t>
      </w:r>
    </w:p>
    <w:p>
      <w:pPr>
        <w:jc w:val="right"/>
      </w:pPr>
      <w:r>
        <w:t>مولانا صاحب، کائنڈلی ایکسپلین دس۔"</w:t>
      </w:r>
    </w:p>
    <w:p>
      <w:r>
        <w:rPr>
          <w:b/>
        </w:rPr>
        <w:t xml:space="preserve">[15:02] </w:t>
      </w:r>
      <w:r>
        <w:t>dekhiye, yahan tak main ne samjha hai ke dunya ka sara mamla jo hai, is waqt tak explain nahi hota jab tak aap yeh na manen ke insaan ko khuda ne freedom de diya.</w:t>
      </w:r>
    </w:p>
    <w:p>
      <w:pPr>
        <w:jc w:val="right"/>
      </w:pPr>
      <w:r>
        <w:t>دیکھیے، یہاں تک میں نے سمجھا ہے کہ دنیا کا سارا معاملہ جو ہے، اس وقت تک ایکسپلین نہیں ہوتا جب تک آپ یہ نہ مانیں کہ انسان کو خدا نے فریڈم دے دیا۔</w:t>
      </w:r>
    </w:p>
    <w:p>
      <w:r>
        <w:rPr>
          <w:b/>
        </w:rPr>
        <w:t xml:space="preserve">[15:13] </w:t>
      </w:r>
      <w:r>
        <w:t>freedom yeh jo hai, jab tak na manen, tab tak koi cheez explain nahi hoti.</w:t>
      </w:r>
    </w:p>
    <w:p>
      <w:pPr>
        <w:jc w:val="right"/>
      </w:pPr>
      <w:r>
        <w:t>فریڈم یہ جو ہے، جب تک نہ مانیں، تب تک کوئی چیز ایکسپلین نہیں ہوتی۔</w:t>
      </w:r>
    </w:p>
    <w:p>
      <w:r>
        <w:rPr>
          <w:b/>
        </w:rPr>
        <w:t xml:space="preserve">[15:22] </w:t>
      </w:r>
      <w:r>
        <w:t>to freedom ke sare sab yeh phenomena hain. insaan apni freedom ko kahin misuse karta hai, kahin sahi istemal karta hai.</w:t>
      </w:r>
    </w:p>
    <w:p>
      <w:pPr>
        <w:jc w:val="right"/>
      </w:pPr>
      <w:r>
        <w:t>تو فریڈم کے سارے سب یہ فیناومینا ہیں۔ انسان اپنی فریڈم کو کہیں مس یوز کرتا ہے، کہیں صحیح استعمال کرتا ہے۔</w:t>
      </w:r>
    </w:p>
    <w:p>
      <w:r>
        <w:rPr>
          <w:b/>
        </w:rPr>
        <w:t xml:space="preserve">[15:34] </w:t>
      </w:r>
      <w:r>
        <w:t>koi wrong side mein chalta hai, koi sahi sahi side mein chalta hai. ab ek aadmi raim sahib chala raha hai, raim sahib to apni freedom ko misuse kar raha hai. woh</w:t>
      </w:r>
    </w:p>
    <w:p>
      <w:pPr>
        <w:jc w:val="right"/>
      </w:pPr>
      <w:r>
        <w:t>کوئی رانگ سائیڈ میں چلاتا ہے، کوئی صحیح صحیح سائیڈ میں چلاتا ہے۔ اب ایک آدمی رائم صاحب چلا رہا ہے، رائم صاحب تو اپنی فریڈم کو مس یوز کر رہا ہے۔ وہ</w:t>
      </w:r>
    </w:p>
    <w:p>
      <w:r>
        <w:rPr>
          <w:b/>
        </w:rPr>
        <w:t xml:space="preserve">[15:42] </w:t>
      </w:r>
      <w:r>
        <w:t>ek aadmi apni gaadi wrong side mein dauda raha hai, to woh freedom ko misuse kar raha hai. woh to khuda ab warish nahi karega jab tak qayamat na aa jaye.</w:t>
      </w:r>
    </w:p>
    <w:p>
      <w:pPr>
        <w:jc w:val="right"/>
      </w:pPr>
      <w:r>
        <w:t>ایک آدمی اپنی گاڑی رانگ سائیڈ میں دوڑا رہا ہے، تو وہ فریڈم کو مس یوز کر رہا ہے۔ وہ تو خدا اب وارش نہیں کرے گا جب تک قیامت نہ آ جائے۔</w:t>
      </w:r>
    </w:p>
    <w:p>
      <w:r>
        <w:rPr>
          <w:b/>
        </w:rPr>
        <w:t xml:space="preserve">[15:51] </w:t>
      </w:r>
      <w:r>
        <w:t>khuda un ke freedom ka warish nahi karega. yaani un ko proper use ki ijazat hai, to unhon ne misuse ki bhi ijazat hai.</w:t>
      </w:r>
    </w:p>
    <w:p>
      <w:pPr>
        <w:jc w:val="right"/>
      </w:pPr>
      <w:r>
        <w:t>خدا ان کے فریڈم کا وارش نہیں کرے گا۔ یعنی ان کو پراپر یوز کی اجازت ہے، تو انہوں نے مس یوز کی بھی اجازت ہے۔</w:t>
      </w:r>
    </w:p>
    <w:p>
      <w:r>
        <w:rPr>
          <w:b/>
        </w:rPr>
        <w:t xml:space="preserve">[16:02] </w:t>
      </w:r>
      <w:r>
        <w:t>isi par to un imtehan hai, isi par to jannat dozakh ka faisla hona hai. to jab tak yeh na mana jaye ke insaan ko mukammal freedom mili hui hai, aur freedom ko koi sahi istemal karega, koi galat istemal karega,</w:t>
      </w:r>
    </w:p>
    <w:p>
      <w:pPr>
        <w:jc w:val="right"/>
      </w:pPr>
      <w:r>
        <w:t>اسی پر تو ان امتحان ہے، اسی پر تو جنت دوزخ کا فیصلہ ہونا ہے۔ تو جب تک یہ نہ مانا جائے کہ انسان کو مکمل فریڈم ملی ہوئی ہے، اور فریڈم کو کوئی صحیح استعمال کرے گا، کوئی غلط استعمال کرے گا،</w:t>
      </w:r>
    </w:p>
    <w:p>
      <w:r>
        <w:rPr>
          <w:b/>
        </w:rPr>
        <w:t xml:space="preserve">[16:19] </w:t>
      </w:r>
      <w:r>
        <w:t>aur khuda warish nahi karega freedom ko. yaani insaan khud rasool Allah ke daant todega, tab bhi nahi rokega. hazrat yahya peghambar the, woh qatal karega, tab bhi nahi rokega.</w:t>
      </w:r>
    </w:p>
    <w:p>
      <w:pPr>
        <w:jc w:val="right"/>
      </w:pPr>
      <w:r>
        <w:t>اور خدا بارش نہیں کرے گا فریڈم کو۔ یعنی انسان خود رسول اللہ کے دانت توڑے گا، تب بھی نہیں روکے گا۔ حضرت یحییٰ پیغمبر تھے، وہ قتل کرے گا، تب بھی نہیں روکے گا۔</w:t>
      </w:r>
    </w:p>
    <w:p>
      <w:r>
        <w:rPr>
          <w:b/>
        </w:rPr>
        <w:t xml:space="preserve">[16:31] </w:t>
      </w:r>
      <w:r>
        <w:t>hazrat umar ko qatal karega, tab bhi nahi rokega khuda. kyun? freedom ko ab warish nahi karne wala hai khuda.</w:t>
      </w:r>
    </w:p>
    <w:p>
      <w:pPr>
        <w:jc w:val="right"/>
      </w:pPr>
      <w:r>
        <w:t>حضرت عمر کو قتل کرے گا، تب بھی نہیں روکے گا خدا۔ کیوں؟ فریڈم کو اب بارش نہیں کرنے والا ہے خدا۔</w:t>
      </w:r>
    </w:p>
    <w:p>
      <w:r>
        <w:rPr>
          <w:b/>
        </w:rPr>
        <w:t xml:space="preserve">[16:39] </w:t>
      </w:r>
      <w:r>
        <w:t>jo jo log chahte hain, is ka matlab hai ke freedom ko ab warish kar diya jaye. woh to ho nahi sakta hai, kyunke phir imtehan kis baat ka? test kis baat ka hoga?</w:t>
      </w:r>
    </w:p>
    <w:p>
      <w:pPr>
        <w:jc w:val="right"/>
      </w:pPr>
      <w:r>
        <w:t>جو جو لوگ چاہتے ہیں، اس کا مطلب ہے کہ فریڈم کو اب بارش کر دیا جائے۔ وہ تو ہو نہیں سکتا ہے، کیونکہ پھر امتحان کس بات کا؟ ٹیسٹ کس بات کا ہوگا؟</w:t>
      </w:r>
    </w:p>
    <w:p>
      <w:r>
        <w:rPr>
          <w:b/>
        </w:rPr>
        <w:t xml:space="preserve">[16:49] </w:t>
      </w:r>
      <w:r>
        <w:t>dekhiye, crucial jo test hai, crucial test woh yahi hai ke insaan apni azadi ko</w:t>
      </w:r>
    </w:p>
    <w:p>
      <w:pPr>
        <w:jc w:val="right"/>
      </w:pPr>
      <w:r>
        <w:t>دیکھیے، کروشل جو ٹیسٹ ہے، کروشل ٹیسٹ وہ یہی ہے کہ انسان اپنی آزادی کو</w:t>
      </w:r>
    </w:p>
    <w:p>
      <w:r>
        <w:rPr>
          <w:b/>
        </w:rPr>
        <w:t xml:space="preserve">[16:56] </w:t>
      </w:r>
      <w:r>
        <w:t>sahi istemal karta hai ya galat istemal karta hai. yeh crucial test hai.</w:t>
      </w:r>
    </w:p>
    <w:p>
      <w:pPr>
        <w:jc w:val="right"/>
      </w:pPr>
      <w:r>
        <w:t>صحیح استعمال کرتا ہے یا غلط استعمال کرتا ہے۔ یہ کروشل ٹیسٹ ہے۔</w:t>
      </w:r>
    </w:p>
    <w:p>
      <w:r>
        <w:rPr>
          <w:b/>
        </w:rPr>
        <w:t xml:space="preserve">[17:04] </w:t>
      </w:r>
      <w:r>
        <w:t>maulana zakwan nadvi ne dilli se likha hai: "shah waliullah dehlvi ne apni kitab 'al-fauz al-kabir' mein likha hai ke agar tum yahood ki sifat ko janna chahte ho to apne zamane ke ulama-e-soo ko dekh lo." is ka matlab kya hai?</w:t>
      </w:r>
    </w:p>
    <w:p>
      <w:pPr>
        <w:jc w:val="right"/>
      </w:pPr>
      <w:r>
        <w:t>مولانا زکوان ندوی نے دلی سے لکھا ہے: "شاہ ولی اللہ دہلوی نے اپنی کتاب 'الفوض الکبیر' میں لکھا ہے کہ اگر تم یہود کی صفات کو جاننا چاہتے ہو تو اپنے زمانے کے علمائے سو کو دیکھ لو۔" اس کا مطلب کیا ہے؟</w:t>
      </w:r>
    </w:p>
    <w:p>
      <w:r>
        <w:rPr>
          <w:b/>
        </w:rPr>
        <w:t xml:space="preserve">[17:27] </w:t>
      </w:r>
      <w:r>
        <w:t>ab yeh un ka ek, un ka ek ehsas hai jo likha unhon ne. koi zaroori nahi ke un ko matlab, yaani absolute maene mein sahi ho gaya.</w:t>
      </w:r>
    </w:p>
    <w:p>
      <w:pPr>
        <w:jc w:val="right"/>
      </w:pPr>
      <w:r>
        <w:t>اب یہ ان کا ایک، ان کا ایک احساس ہے جو لکھا انہوں نے۔ کوئی ضروری نہیں کہ ان کو مطلب، یعنی ایبسولیوٹ معنی میں صحیح ہو گیا۔</w:t>
      </w:r>
    </w:p>
    <w:p>
      <w:r>
        <w:rPr>
          <w:b/>
        </w:rPr>
        <w:t xml:space="preserve">[17:41] </w:t>
      </w:r>
      <w:r>
        <w:t>main to aisa nahi kehta.</w:t>
      </w:r>
    </w:p>
    <w:p>
      <w:pPr>
        <w:jc w:val="right"/>
      </w:pPr>
      <w:r>
        <w:t>میں تو ایسا نہیں کہتا۔</w:t>
      </w:r>
    </w:p>
    <w:p>
      <w:r>
        <w:rPr>
          <w:b/>
        </w:rPr>
        <w:t xml:space="preserve">[17:48] </w:t>
      </w:r>
      <w:r>
        <w:t>to behr-haal unhon ne aisa likha hai, lekin main is tarah ke statement ko mera tareeqa nahi hai. main aisa, is tarah nahi karta. main, yaani tajziya karta hoon, analysis karta hoon.</w:t>
      </w:r>
    </w:p>
    <w:p>
      <w:pPr>
        <w:jc w:val="right"/>
      </w:pPr>
      <w:r>
        <w:t>تو بہرحال انہوں نے ایسا لکھا ہے، لیکن میں اس طرح کے سٹیٹمنٹ کو میرا طریقہ نہیں ہے۔ میں ایسا، اس طرح نہیں کرتا۔ میں، یعنی تجزیہ کرتا ہوں، انالیسز کرتا ہوں۔</w:t>
      </w:r>
    </w:p>
    <w:p>
      <w:r>
        <w:rPr>
          <w:b/>
        </w:rPr>
        <w:t xml:space="preserve">[18:00] </w:t>
      </w:r>
      <w:r>
        <w:t>main tajziya jo analysis ka tajziya hai.</w:t>
      </w:r>
    </w:p>
    <w:p>
      <w:pPr>
        <w:jc w:val="right"/>
      </w:pPr>
      <w:r>
        <w:t>میں تجزیہ جو انالیسز کا تجزیہ ہے۔</w:t>
      </w:r>
    </w:p>
    <w:p>
      <w:r>
        <w:rPr>
          <w:b/>
        </w:rPr>
        <w:t xml:space="preserve">[18:07] </w:t>
      </w:r>
      <w:r>
        <w:t>baqi yeh hai ke yahood, yahood mein jo kuch baatein aayi thin, woh zawal ke nateejay mein aayi thin. yaani degeneration. jab degeneration hota hai to jo cheezein yahood mein paida huin, wahi musalmanon mein paida hongi.</w:t>
      </w:r>
    </w:p>
    <w:p>
      <w:pPr>
        <w:jc w:val="right"/>
      </w:pPr>
      <w:r>
        <w:t>باقی یہ ہے کہ یہود، یہود میں جو کچھ باتیں آئیں تھیں، وہ زوال کے نتیجے میں آئیں تھیں۔ یعنی ڈی جنریشن۔ جب ڈی جنریشن ہوتا ہے تو جو چیزیں یہود میں پیدا ہوئیں، وہی مسلمانوں میں پیدا ہوں گی۔</w:t>
      </w:r>
    </w:p>
    <w:p>
      <w:r>
        <w:rPr>
          <w:b/>
        </w:rPr>
        <w:t xml:space="preserve">[18:23] </w:t>
      </w:r>
      <w:r>
        <w:t>yaani common jo cheez hai, woh degeneration hai. to degeneration ke baad yahoodi ulama mein jo bigaad aaya tha, wahi muslim ulama mein bigaad aayega.</w:t>
      </w:r>
    </w:p>
    <w:p>
      <w:pPr>
        <w:jc w:val="right"/>
      </w:pPr>
      <w:r>
        <w:t>یعنی کامن جو چیز ہے، وہ ڈی جنریشن ہے۔ تو ڈی جنریشن کے بعد یہودی علماء میں جو بگاڑ آیا تھا، وہی مسلم علماء میں بگاڑ آئے گا۔</w:t>
      </w:r>
    </w:p>
    <w:p>
      <w:r>
        <w:rPr>
          <w:b/>
        </w:rPr>
        <w:t xml:space="preserve">[18:35] </w:t>
      </w:r>
      <w:r>
        <w:t>to kisi pe apply na karte hue main aisa keh raha hoon. main kisi pe apply nahi karunga ke main yeh kahunga ke</w:t>
      </w:r>
    </w:p>
    <w:p>
      <w:pPr>
        <w:jc w:val="right"/>
      </w:pPr>
      <w:r>
        <w:t>تو کسی پہ اپلائی نہ کرتے ہوئے میں ایسا کہہ رہا ہوں۔ میں کسی پہ اپلائی نہیں کروں گا کہ میں یہ کہوں گا کہ</w:t>
      </w:r>
    </w:p>
    <w:p>
      <w:r>
        <w:rPr>
          <w:b/>
        </w:rPr>
        <w:t xml:space="preserve">[18:43] </w:t>
      </w:r>
      <w:r>
        <w:t>"it is a phenomena of degeneration". to dono mein common jo cheez hai, wahi hai ke daur-e-zawal jab aayega, jab degeneration hoga, to jo wahan paida hua tha, woh yahan bhi paida ho jayega.</w:t>
      </w:r>
    </w:p>
    <w:p>
      <w:pPr>
        <w:jc w:val="right"/>
      </w:pPr>
      <w:r>
        <w:t>"اٹ از ا فیناومینا آف ڈی جنریشن"۔ تو دونوں میں کامن جو چیز ہے، وہی ہے کہ دور زوال جب آئے گا، جب ڈی جنریشن ہوگا، تو جو وہاں پیدا ہوا تھا، وہ یہاں بھی پیدا ہو جائے گا۔</w:t>
      </w:r>
    </w:p>
    <w:p>
      <w:r>
        <w:rPr>
          <w:b/>
        </w:rPr>
        <w:t xml:space="preserve">[19:00] </w:t>
      </w:r>
      <w:r>
        <w:t>aisa main samajhta hoon.</w:t>
      </w:r>
    </w:p>
    <w:p>
      <w:pPr>
        <w:jc w:val="right"/>
      </w:pPr>
      <w:r>
        <w:t>ایسا میں سمجھتا ہوں۔</w:t>
      </w:r>
    </w:p>
    <w:p>
      <w:r>
        <w:rPr>
          <w:b/>
        </w:rPr>
        <w:t xml:space="preserve">[19:04] </w:t>
      </w:r>
      <w:r>
        <w:t>mister ramesh siddiqui ne dilli se likha hai: "what is the importance of hadith in islam?" kindly tell us.</w:t>
      </w:r>
    </w:p>
    <w:p>
      <w:pPr>
        <w:jc w:val="right"/>
      </w:pPr>
      <w:r>
        <w:t>مسٹر رامش صدیقی نے دلی سے لکھا ہے: "واٹ از دی امپورٹنس آف حدیث ان اسلام؟" کائنڈلی ٹیل اس۔</w:t>
      </w:r>
    </w:p>
    <w:p>
      <w:r>
        <w:rPr>
          <w:b/>
        </w:rPr>
        <w:t xml:space="preserve">[19:17] </w:t>
      </w:r>
      <w:r>
        <w:t>bhai, dekhen, ulama jo hain, woh hadith aur quran mein farq nahi karte hujjat ke aitbaar se, yaani authentic source ke aitbaar se.</w:t>
      </w:r>
    </w:p>
    <w:p>
      <w:pPr>
        <w:jc w:val="right"/>
      </w:pPr>
      <w:r>
        <w:t>بھائی، دیکھیں، علماء جو ہیں، وہ حدیث اور قرآن میں فرق نہیں کرتے حجت کے اعتبار سے، یعنی اتھینٹک سورس کے اعتبار سے۔</w:t>
      </w:r>
    </w:p>
    <w:p>
      <w:r>
        <w:rPr>
          <w:b/>
        </w:rPr>
        <w:t xml:space="preserve">[19:27] </w:t>
      </w:r>
      <w:r>
        <w:t>ulama ka jo accepted stand hai, woh yahi hai</w:t>
      </w:r>
    </w:p>
    <w:p>
      <w:pPr>
        <w:jc w:val="right"/>
      </w:pPr>
      <w:r>
        <w:t>علماء کا جو ایکسیپٹڈ سٹینڈ ہے، وہ یہی ہے</w:t>
      </w:r>
    </w:p>
    <w:p>
      <w:r>
        <w:rPr>
          <w:b/>
        </w:rPr>
        <w:t xml:space="preserve">[19:34] </w:t>
      </w:r>
      <w:r>
        <w:t>ke islam mein do authentic source hain: quran aur hadith. ek hadith jo sabit ho jaye, yaani jo fan hadith hai, uske usool ke mutabiq ke rasool Allah ne farmaya tha,</w:t>
      </w:r>
    </w:p>
    <w:p>
      <w:pPr>
        <w:jc w:val="right"/>
      </w:pPr>
      <w:r>
        <w:t>کہ اسلام میں دو اتھینٹک سورس ہیں: قرآن اور حدیث۔ ایک حدیث جو ثابت ہو جائے، یعنی جو فن حدیث ہے، اس کے اصول کے مطابق کہ رسول اللہ نے فرمایا تھا،</w:t>
      </w:r>
    </w:p>
    <w:p>
      <w:r>
        <w:rPr>
          <w:b/>
        </w:rPr>
        <w:t xml:space="preserve">[19:50] </w:t>
      </w:r>
      <w:r>
        <w:t>toh wohi sahi authentic hai jise quran authentic hai. ulama teen, woh yaani jise hum sunnat kehte hain, toh uske teen woh hain.</w:t>
      </w:r>
    </w:p>
    <w:p>
      <w:pPr>
        <w:jc w:val="right"/>
      </w:pPr>
      <w:r>
        <w:t>تو وہ وہی صحیح اتھینٹک ہے جسے قرآن اتھینٹک ہے۔ علماء تین، وہ یعنی جس کو ہم سنت کہتے ہیں، تو اس کے تین وہ ہیں۔</w:t>
      </w:r>
    </w:p>
    <w:p>
      <w:r>
        <w:rPr>
          <w:b/>
        </w:rPr>
        <w:t xml:space="preserve">[20:04] </w:t>
      </w:r>
      <w:r>
        <w:t>woh hai qaul, amal aur taqreer.</w:t>
      </w:r>
    </w:p>
    <w:p>
      <w:pPr>
        <w:jc w:val="right"/>
      </w:pPr>
      <w:r>
        <w:t>وہ ہے قول، عمل اور تقریر۔</w:t>
      </w:r>
    </w:p>
    <w:p>
      <w:r>
        <w:rPr>
          <w:b/>
        </w:rPr>
        <w:t xml:space="preserve">[20:08] </w:t>
      </w:r>
      <w:r>
        <w:t>qaul ka matlab hai ke rasool Allah ne lafzan kaha ho koi baat. lafzan toh woh qaul hua.</w:t>
      </w:r>
    </w:p>
    <w:p>
      <w:pPr>
        <w:jc w:val="right"/>
      </w:pPr>
      <w:r>
        <w:t>قول کا مطلب ہے کہ رسول اللہ نے لفظاً کہا ہو کوئی بات۔ لفظاً تو وہ قول ہوا۔</w:t>
      </w:r>
    </w:p>
    <w:p>
      <w:r>
        <w:rPr>
          <w:b/>
        </w:rPr>
        <w:t xml:space="preserve">[20:17] </w:t>
      </w:r>
      <w:r>
        <w:t>amal yeh hai ke aap ne kuch kiya aur sahaba ne dekha aur sahaba ne bataya ke aap ne aisa kiya tha. yaani practice.</w:t>
      </w:r>
    </w:p>
    <w:p>
      <w:pPr>
        <w:jc w:val="right"/>
      </w:pPr>
      <w:r>
        <w:t>عمل یہ ہے کہ آپ نے کچھ کیا اور صحابہ نے دیکھا اور صحابہ نے بتایا کہ آپ نے ایسا کیا تھا۔ یعنی پریکٹس۔</w:t>
      </w:r>
    </w:p>
    <w:p>
      <w:r>
        <w:rPr>
          <w:b/>
        </w:rPr>
        <w:t xml:space="preserve">[20:26] </w:t>
      </w:r>
      <w:r>
        <w:t>taqreer yeh hai ke aap ke samne koi baat ki gayi aur aap ne us par, yaani kuch galat nahi bataya us ko.</w:t>
      </w:r>
    </w:p>
    <w:p>
      <w:pPr>
        <w:jc w:val="right"/>
      </w:pPr>
      <w:r>
        <w:t>تقریر یہ ہے کہ آپ کے سامنے کوئی بات کی گئی اور آپ نے اس پر، یعنی کچھ غلط نہیں بتایا اس کو۔</w:t>
      </w:r>
    </w:p>
    <w:p>
      <w:r>
        <w:rPr>
          <w:b/>
        </w:rPr>
        <w:t xml:space="preserve">[20:38] </w:t>
      </w:r>
      <w:r>
        <w:t>yaani silent consent diya aap ne us ko. woh hai taqreer.</w:t>
      </w:r>
    </w:p>
    <w:p>
      <w:pPr>
        <w:jc w:val="right"/>
      </w:pPr>
      <w:r>
        <w:t>یعنی سائلنٹ کنسنٹ دیا آپ نے اس کو۔ وہ ہے تقریر۔</w:t>
      </w:r>
    </w:p>
    <w:p>
      <w:r>
        <w:rPr>
          <w:b/>
        </w:rPr>
        <w:t xml:space="preserve">[20:43] </w:t>
      </w:r>
      <w:r>
        <w:t>toh ulama ke nazdeek qaul, amal, taqreer teeno jo hain, agar woh sabit ho jayein toh isi tarah حجت hai jis tarah se quran حجت hai.</w:t>
      </w:r>
    </w:p>
    <w:p>
      <w:pPr>
        <w:jc w:val="right"/>
      </w:pPr>
      <w:r>
        <w:t>تو علماء کے نزدیک قول، عمل، تقریر تینوں جو ہیں، اگر وہ ثابت ہو جائیں تو اسی طرح حجت ہے جس طرح سے قرآن حجت ہے۔</w:t>
      </w:r>
    </w:p>
    <w:p>
      <w:r>
        <w:rPr>
          <w:b/>
        </w:rPr>
        <w:t xml:space="preserve">[20:53] </w:t>
      </w:r>
      <w:r>
        <w:t>hujjat ke aitbaar se dono ke darmiyan koi farq nahi.</w:t>
      </w:r>
    </w:p>
    <w:p>
      <w:pPr>
        <w:jc w:val="right"/>
      </w:pPr>
      <w:r>
        <w:t>حجت کے اعتبار سے دونوں کے درمیان کوئی فرق نہیں۔</w:t>
      </w:r>
    </w:p>
    <w:p>
      <w:r>
        <w:rPr>
          <w:b/>
        </w:rPr>
        <w:t xml:space="preserve">[20:59] </w:t>
      </w:r>
      <w:r>
        <w:t>mr shah imran hasan ne deli se likha hai: "har kalma parhne wala jannat jayega, iska matlab kya hai?"</w:t>
      </w:r>
    </w:p>
    <w:p>
      <w:pPr>
        <w:jc w:val="right"/>
      </w:pPr>
      <w:r>
        <w:t>مسٹر شاہ عمران حسن نے دلی سے لکھا ہے: "ہر کلمہ پڑھنے والا جنت جائے گا، اس کا مطلب کیا ہے؟"</w:t>
      </w:r>
    </w:p>
    <w:p>
      <w:r>
        <w:rPr>
          <w:b/>
        </w:rPr>
        <w:t xml:space="preserve">[21:11] </w:t>
      </w:r>
      <w:r>
        <w:t>haan, dekhiye, bukhari mein yeh riwayat hai ke "man qala la ilaha illallah dakhala al jannah". lekin yeh, yaani kis qail ki baat hai yeh?</w:t>
      </w:r>
    </w:p>
    <w:p>
      <w:pPr>
        <w:jc w:val="right"/>
      </w:pPr>
      <w:r>
        <w:t>ہاں، دیکھیے، بخاری میں یہ روایت ہے کہ "من قال لا الہ الا اللہ دخل الجنہ"۔ لیکن یہ، یعنی کس قائل کی بات ہے یہ؟</w:t>
      </w:r>
    </w:p>
    <w:p>
      <w:r>
        <w:rPr>
          <w:b/>
        </w:rPr>
        <w:t xml:space="preserve">[21:27] </w:t>
      </w:r>
      <w:r>
        <w:t>jo maaz lafz, lafz, lafz service kare?</w:t>
      </w:r>
    </w:p>
    <w:p>
      <w:pPr>
        <w:jc w:val="right"/>
      </w:pPr>
      <w:r>
        <w:t>جو معاذ لفظ، لفظ، لفظ سروس کرے؟</w:t>
      </w:r>
    </w:p>
    <w:p>
      <w:r>
        <w:rPr>
          <w:b/>
        </w:rPr>
        <w:t xml:space="preserve">[21:31] </w:t>
      </w:r>
      <w:r>
        <w:t>yaani log sirf qaul ko dekhte hain, qail ko nahi dekhte. yaani qail kalma ko nahi dekhte. agar qail kalma ko na dekhein aap toh woh lafz service ban jata hai.</w:t>
      </w:r>
    </w:p>
    <w:p>
      <w:pPr>
        <w:jc w:val="right"/>
      </w:pPr>
      <w:r>
        <w:t>یعنی لوگ صرف قول کو دیکھتے ہیں، قائل کو نہیں دیکھتے۔ یعنی قائل کلمہ کو نہیں دیکھتے۔ اگر قائل کلمہ کو نہ دیکھیں آپ تو وہ لفظ سروس بن جاتا ہے۔</w:t>
      </w:r>
    </w:p>
    <w:p>
      <w:r>
        <w:rPr>
          <w:b/>
        </w:rPr>
        <w:t xml:space="preserve">[21:43] </w:t>
      </w:r>
      <w:r>
        <w:t>woh</w:t>
      </w:r>
    </w:p>
    <w:p>
      <w:pPr>
        <w:jc w:val="right"/>
      </w:pPr>
      <w:r>
        <w:t>وہ</w:t>
      </w:r>
    </w:p>
    <w:p>
      <w:r>
        <w:rPr>
          <w:b/>
        </w:rPr>
        <w:t xml:space="preserve">[21:49] </w:t>
      </w:r>
      <w:r>
        <w:t>toh is mein jo qail kalma hai, yaani kehne wala, us se murad woh insan hai jo seekhar tha, phir us ne study ki, phir us ko discovery hui, phir us ne Allah ko daryaft kiya,</w:t>
      </w:r>
    </w:p>
    <w:p>
      <w:pPr>
        <w:jc w:val="right"/>
      </w:pPr>
      <w:r>
        <w:t>تو اس میں جو قائل کلمہ ہے، یعنی کہنے والا، اس سے مراد وہ انسان ہے جو سیکھر تھا، پھر اس نے اسٹڈی کی، پھر اس کو ڈسکوری ہوئی، پھر اس نے اللہ کو دریافت کیا،</w:t>
      </w:r>
    </w:p>
    <w:p>
      <w:r>
        <w:rPr>
          <w:b/>
        </w:rPr>
        <w:t xml:space="preserve">[22:05] </w:t>
      </w:r>
      <w:r>
        <w:t>phir us ke baad us shakhsiyat mein ek ek nayi, ek naya emergency hua aur us ki soch, us ki har cheez badal gayi. is zindagi Allah ke rang mein rang gayi.</w:t>
      </w:r>
    </w:p>
    <w:p>
      <w:pPr>
        <w:jc w:val="right"/>
      </w:pPr>
      <w:r>
        <w:t>پھر اس کے بعد اس شخصیت میں ایک ایک نئی، ایک نیا ایمرجنسی ہوا اور اس کی سوچ، اس کی ہر چیز بدل گئی۔ اس زندگی اللہ کے رنگ میں رنگ گئی۔</w:t>
      </w:r>
    </w:p>
    <w:p>
      <w:r>
        <w:rPr>
          <w:b/>
        </w:rPr>
        <w:t xml:space="preserve">[22:16] </w:t>
      </w:r>
      <w:r>
        <w:t>us ka qaul toh sirf qaul ko mat dekhiye, qail, us ke qail ko dekhiye</w:t>
      </w:r>
    </w:p>
    <w:p>
      <w:pPr>
        <w:jc w:val="right"/>
      </w:pPr>
      <w:r>
        <w:t>اس کا قول تو صرف قول کو مت دیکھیے، قائل، اس کے قائل کو دیکھیے</w:t>
      </w:r>
    </w:p>
    <w:p>
      <w:r>
        <w:rPr>
          <w:b/>
        </w:rPr>
        <w:t xml:space="preserve">[22:23] </w:t>
      </w:r>
      <w:r>
        <w:t>toh baat samajh mein aa jayegi. main is is ahadith ko isi mani mein leta hoon ke yeh hadith mein lafz service ka zikr nahi hai.</w:t>
      </w:r>
    </w:p>
    <w:p>
      <w:pPr>
        <w:jc w:val="right"/>
      </w:pPr>
      <w:r>
        <w:t>تو بات سمجھ میں آ جائے گی۔ میں اس اس احادیث کو اسی معنی میں لیتا ہوں کہ یہ حدیث میں لفظ سروس کا ذکر نہیں ہے۔</w:t>
      </w:r>
    </w:p>
    <w:p>
      <w:r>
        <w:rPr>
          <w:b/>
        </w:rPr>
        <w:t xml:space="preserve">[22:33] </w:t>
      </w:r>
      <w:r>
        <w:t>is hadith mein ek bohat bade waqeye ka zikr hai jis mein aadmi ki poori shakhsiyat badal jaye.</w:t>
      </w:r>
    </w:p>
    <w:p>
      <w:pPr>
        <w:jc w:val="right"/>
      </w:pPr>
      <w:r>
        <w:t>اس حدیث میں ایک بہت بڑے واقعے کا ذکر ہے جس میں آدمی کی پوری شخصیت بدل جائے۔</w:t>
      </w:r>
    </w:p>
    <w:p>
      <w:r>
        <w:rPr>
          <w:b/>
        </w:rPr>
        <w:t xml:space="preserve">[22:41] </w:t>
      </w:r>
      <w:r>
        <w:t>aap ki badli hui shakhsiyat ka woh ek izhaar ho ke aap ke andar jo nayi personality paida hui hai, us nayi personality ka ek izhaar ho, kalma toh us ke liye woh jannat hai.</w:t>
      </w:r>
    </w:p>
    <w:p>
      <w:pPr>
        <w:jc w:val="right"/>
      </w:pPr>
      <w:r>
        <w:t>آپ کی بدلی ہوئی شخصیت کا وہ ایک اظہار ہو کہ آپ کے اندر جو نئی پرسنیلٹی پیدا ہوئی ہے، اس نئی پرسنیلٹی کا ایک اظہار ہو، کلمہ تو اس کے لیے وہ جنت ہے۔</w:t>
      </w:r>
    </w:p>
    <w:p>
      <w:r>
        <w:rPr>
          <w:b/>
        </w:rPr>
        <w:t xml:space="preserve">[22:59] </w:t>
      </w:r>
      <w:r>
        <w:t>maulana, unhone apne doosre sawal mein yeh likha hai ke hadith mein aaya hai ke iman ghatta aur badhta rehta hai.</w:t>
      </w:r>
    </w:p>
    <w:p>
      <w:pPr>
        <w:jc w:val="right"/>
      </w:pPr>
      <w:r>
        <w:t>مولانا، انہوں نے اپنے دوسرے سوال میں یہ لکھا ہے کہ حدیث میں آیا ہے کہ ایمان گھٹتا اور بڑھتا رہتا ہے۔</w:t>
      </w:r>
    </w:p>
    <w:p>
      <w:r>
        <w:rPr>
          <w:b/>
        </w:rPr>
        <w:t xml:space="preserve">[23:08] </w:t>
      </w:r>
      <w:r>
        <w:t>us ke bare mein aap apna apna personal example se us ko explain kariye.</w:t>
      </w:r>
    </w:p>
    <w:p>
      <w:pPr>
        <w:jc w:val="right"/>
      </w:pPr>
      <w:r>
        <w:t>اس کے بارے میں آپ اپنا اپنا پرسنل ایگزامپل سے اس کو ایکسپلین کریے۔</w:t>
      </w:r>
    </w:p>
    <w:p>
      <w:r>
        <w:rPr>
          <w:b/>
        </w:rPr>
        <w:t xml:space="preserve">[23:17] </w:t>
      </w:r>
      <w:r>
        <w:t>yeh toh bilkul "it is but natural" ghatna padhna.</w:t>
      </w:r>
    </w:p>
    <w:p>
      <w:pPr>
        <w:jc w:val="right"/>
      </w:pPr>
      <w:r>
        <w:t>یہ تو بالکل "اٹ از بٹ نیچرل" گھٹنا پڑھنا۔</w:t>
      </w:r>
    </w:p>
    <w:p>
      <w:r>
        <w:rPr>
          <w:b/>
        </w:rPr>
        <w:t xml:space="preserve">[23:25] </w:t>
      </w:r>
      <w:r>
        <w:t>yeh to aik natural baat hai. jaisay aap aik aadmi ko apni maan se muhabbat hoti hai to bilkul koi constant muhabbat thori hoti hai.</w:t>
      </w:r>
    </w:p>
    <w:p>
      <w:pPr>
        <w:jc w:val="right"/>
      </w:pPr>
      <w:r>
        <w:t>یہ تو ایک نیچرل بات ہے۔ جیسے آپ ایک آدمی کو اپنی ماں سے محبت ہوتی ہے تو بالکل کوئی کانسٹنٹ محبت تھوڑی ہوتی ہے۔</w:t>
      </w:r>
    </w:p>
    <w:p>
      <w:r>
        <w:rPr>
          <w:b/>
        </w:rPr>
        <w:t xml:space="preserve">[23:34] </w:t>
      </w:r>
      <w:r>
        <w:t>kabhi bhool jata hai, kabhi kuch hota hai, kabhi bohat ziyada jazba par jata hai muhabbat ka aur bhaag ke jata hai milnay ke liye.</w:t>
      </w:r>
    </w:p>
    <w:p>
      <w:pPr>
        <w:jc w:val="right"/>
      </w:pPr>
      <w:r>
        <w:t>کبھی بھول جاتا ہے، کبھی کچھ ہوتا ہے، کبھی بہت زیادہ جذبہ پڑ جاتا ہے محبت کا اور بھاگ کے جاتا ہے ملنے کے لیے۔</w:t>
      </w:r>
    </w:p>
    <w:p>
      <w:r>
        <w:rPr>
          <w:b/>
        </w:rPr>
        <w:t xml:space="preserve">[23:43] </w:t>
      </w:r>
      <w:r>
        <w:t>to aisi har cheez jo hai, is mein to ghatna phatna rahay ga.</w:t>
      </w:r>
    </w:p>
    <w:p>
      <w:pPr>
        <w:jc w:val="right"/>
      </w:pPr>
      <w:r>
        <w:t>تو ایسی ہر چیز جو ہے، اس میں تو گھٹنا پھٹنا رہے گا۔</w:t>
      </w:r>
    </w:p>
    <w:p>
      <w:r>
        <w:rPr>
          <w:b/>
        </w:rPr>
        <w:t xml:space="preserve">[23:50] </w:t>
      </w:r>
      <w:r>
        <w:t>woh to rahay ga. woh yeh misaal ke tor par ab pani hai. kabhi to aap bas pani pi lain gay, bas aisay hi saada tareeqay par.</w:t>
      </w:r>
    </w:p>
    <w:p>
      <w:pPr>
        <w:jc w:val="right"/>
      </w:pPr>
      <w:r>
        <w:t>وہ تو رہے گا۔ وہ یہ مثال کے طور پر اب پانی ہے۔ کبھی تو آپ بس پانی پی لیں گے، بس ایسے ہی سادہ طریقے پر۔</w:t>
      </w:r>
    </w:p>
    <w:p>
      <w:r>
        <w:rPr>
          <w:b/>
        </w:rPr>
        <w:t xml:space="preserve">[24:04] </w:t>
      </w:r>
      <w:r>
        <w:t>kabhi aap glass lain gay to is mein poori kainat dikhai de gi aap ko.</w:t>
      </w:r>
    </w:p>
    <w:p>
      <w:pPr>
        <w:jc w:val="right"/>
      </w:pPr>
      <w:r>
        <w:t>کبھی آپ گلاس لیں گے تو اس میں پوری کائنات دکھائی دے گی آپ کو۔</w:t>
      </w:r>
    </w:p>
    <w:p>
      <w:r>
        <w:rPr>
          <w:b/>
        </w:rPr>
        <w:t xml:space="preserve">[24:08] </w:t>
      </w:r>
      <w:r>
        <w:t>poori history dikhai de gi ke kis tarah se yeh kainat bani, kis tarah zameen ke oopar gases ka badal chhaya, phir kaisay do gases mil kar ke pani bana aur phir kis tarah is mein salt aaya.</w:t>
      </w:r>
    </w:p>
    <w:p>
      <w:pPr>
        <w:jc w:val="right"/>
      </w:pPr>
      <w:r>
        <w:t>پوری ہسٹری دکھائی دے گی کہ کس طرح سے یہ کائنات بنی، کس طرح زمین کے اوپر گیسز کا بادل چھایا، پھر کیسے دو گیسز مل کر کے پانی بنا اور پھر کس طرح اس میں سالٹ آیا۔</w:t>
      </w:r>
    </w:p>
    <w:p>
      <w:r>
        <w:rPr>
          <w:b/>
        </w:rPr>
        <w:t xml:space="preserve">[24:25] </w:t>
      </w:r>
      <w:r>
        <w:t>yeh poora aik poora nizaam aap ko yaad aa jayay ga.</w:t>
      </w:r>
    </w:p>
    <w:p>
      <w:pPr>
        <w:jc w:val="right"/>
      </w:pPr>
      <w:r>
        <w:t>یہ پورا ایک پورا نظام آپ کو یاد آ جائے گا۔</w:t>
      </w:r>
    </w:p>
    <w:p>
      <w:r>
        <w:rPr>
          <w:b/>
        </w:rPr>
        <w:t xml:space="preserve">[24:28] </w:t>
      </w:r>
      <w:r>
        <w:t>to woh peena aik aur peena hoga. matlab wahan par barh jayay ga marifat. to aik hai kam darjay ki marifat, yeh hai ke aap ne pi liya aur alhamdulillah keh diya.</w:t>
      </w:r>
    </w:p>
    <w:p>
      <w:pPr>
        <w:jc w:val="right"/>
      </w:pPr>
      <w:r>
        <w:t>تو وہ پینا ایک اور پینا ہوگا۔ مطلب وہاں پر بڑھ جائے گا معرفت۔ تو ایک ہے کم درجے کی معرفت، یہ ہے کہ آپ نے پی لیا اور الحمدللہ کہہ دیا۔</w:t>
      </w:r>
    </w:p>
    <w:p>
      <w:r>
        <w:rPr>
          <w:b/>
        </w:rPr>
        <w:t xml:space="preserve">[24:40] </w:t>
      </w:r>
      <w:r>
        <w:t>aur aik yeh hai ke piya to aik aik thrill aa kar aanay ke baad piya aap ne.</w:t>
      </w:r>
    </w:p>
    <w:p>
      <w:pPr>
        <w:jc w:val="right"/>
      </w:pPr>
      <w:r>
        <w:t>اور ایک یہ ہے کہ پیا تو ایک ایک تھرل آ کر آنے کے بعد پیا آپ نے۔</w:t>
      </w:r>
    </w:p>
    <w:p>
      <w:r>
        <w:rPr>
          <w:b/>
        </w:rPr>
        <w:t xml:space="preserve">[24:47] </w:t>
      </w:r>
      <w:r>
        <w:t>to yeh to aik fitri baat hai ke aadmi ko, yani kabhi kam hoga, kabhi ziyada hoga.</w:t>
      </w:r>
    </w:p>
    <w:p>
      <w:pPr>
        <w:jc w:val="right"/>
      </w:pPr>
      <w:r>
        <w:t>تو یہ تو ایک فطری بات ہے کہ آدمی کو، یعنی کبھی کم ہوگا، کبھی زیادہ ہوگا۔</w:t>
      </w:r>
    </w:p>
    <w:p>
      <w:r>
        <w:rPr>
          <w:b/>
        </w:rPr>
        <w:t xml:space="preserve">[24:59] </w:t>
      </w:r>
      <w:r>
        <w:t>kabhi saada tareeqay se hoga, kabhi thrilling ke andaaz mein hoga.</w:t>
      </w:r>
    </w:p>
    <w:p>
      <w:pPr>
        <w:jc w:val="right"/>
      </w:pPr>
      <w:r>
        <w:t>کبھی سادہ طریقے سے ہوگا، کبھی تھرلنگ کے انداز میں ہوگا۔</w:t>
      </w:r>
    </w:p>
    <w:p>
      <w:r>
        <w:rPr>
          <w:b/>
        </w:rPr>
        <w:t xml:space="preserve">[25:03] </w:t>
      </w:r>
      <w:r>
        <w:t>yeh to insaan ki fitrat hai aur is mein koi exception nahi hai.</w:t>
      </w:r>
    </w:p>
    <w:p>
      <w:pPr>
        <w:jc w:val="right"/>
      </w:pPr>
      <w:r>
        <w:t>یہ تو انسان کی فطرت ہے اور اس میں کوئی ایکسیپشن نہیں ہے۔</w:t>
      </w:r>
    </w:p>
    <w:p>
      <w:r>
        <w:rPr>
          <w:b/>
        </w:rPr>
        <w:t xml:space="preserve">[25:10] </w:t>
      </w:r>
      <w:r>
        <w:t>Mr Zubair Ahmed Shah ne Kashmir se likha hai: "few questions often hit my mind. all the classical scholars without an exception believe in the second coming of Jesus.</w:t>
      </w:r>
    </w:p>
    <w:p>
      <w:pPr>
        <w:jc w:val="right"/>
      </w:pPr>
      <w:r>
        <w:t>مسٹر زبیر احمد شاہ نے کشمیر سے لکھا ہے: "فیو کوئسچنز افن ہٹ مائی مائنڈ۔ ال دی کلاسیکل سکالرز ودا آؤٹ این ایکسیپشن بیلیو ان دا سیکنڈ کمنگ آف جیزس۔</w:t>
      </w:r>
    </w:p>
    <w:p>
      <w:r>
        <w:rPr>
          <w:b/>
        </w:rPr>
        <w:t xml:space="preserve">[25:27] </w:t>
      </w:r>
      <w:r>
        <w:t>then why do you reject it?"</w:t>
      </w:r>
    </w:p>
    <w:p>
      <w:pPr>
        <w:jc w:val="right"/>
      </w:pPr>
      <w:r>
        <w:t>دین وائی ڈو یو ریجیکٹ اٹ؟"</w:t>
      </w:r>
    </w:p>
    <w:p>
      <w:r>
        <w:rPr>
          <w:b/>
        </w:rPr>
        <w:t xml:space="preserve">[25:30] </w:t>
      </w:r>
      <w:r>
        <w:t>main, main ne yeh to nahi kaha. main ne to yeh nahi kaha ke nahi aaye ga. sirf is ki main ne aik taweel ki hai.</w:t>
      </w:r>
    </w:p>
    <w:p>
      <w:pPr>
        <w:jc w:val="right"/>
      </w:pPr>
      <w:r>
        <w:t>میں، میں نے یہ تو نہیں کہا۔ میں نے تو یہ نہیں کہا کہ نہیں آئے گا۔ صرف اس کی میں نے ایک تاویل کی ہے۔</w:t>
      </w:r>
    </w:p>
    <w:p>
      <w:r>
        <w:rPr>
          <w:b/>
        </w:rPr>
        <w:t xml:space="preserve">[25:39] </w:t>
      </w:r>
      <w:r>
        <w:t>taweel to Islam mein jantay hain, saaray ulama taweel kartay hain. taweel Islam mein aik bohat hi accepted tareeqa hai.</w:t>
      </w:r>
    </w:p>
    <w:p>
      <w:pPr>
        <w:jc w:val="right"/>
      </w:pPr>
      <w:r>
        <w:t>تاویل تو اسلام میں جانتے ہیں، سارے علماء تاویل کرتے ہیں۔ تاویل اسلام میں ایک بہت ہی ایکسیپٹڈ طریقہ ہے۔</w:t>
      </w:r>
    </w:p>
    <w:p>
      <w:r>
        <w:rPr>
          <w:b/>
        </w:rPr>
        <w:t xml:space="preserve">[25:49] </w:t>
      </w:r>
      <w:r>
        <w:t>main ne reject nahi kiya, main ne taweel ki hai. aur doosra sawal un ka Maulana yeh hai ke "why did the Khulafa-e-Rashideen invade other empires and nations?</w:t>
      </w:r>
    </w:p>
    <w:p>
      <w:pPr>
        <w:jc w:val="right"/>
      </w:pPr>
      <w:r>
        <w:t>میں نے ریجیکٹ نہیں کیا، میں نے تاویل کی ہے۔ اور دوسرا سوال ان کا مولانا یہ ہے کہ "وائی ڈیڈ دا خلافت اے راشدین انویڈ ادر ایمپائرز اینڈ نیشنز؟</w:t>
      </w:r>
    </w:p>
    <w:p>
      <w:r>
        <w:rPr>
          <w:b/>
        </w:rPr>
        <w:t xml:space="preserve">[26:04] </w:t>
      </w:r>
      <w:r>
        <w:t>instead they should have sent preachers to these nations to invite people to Islam?"</w:t>
      </w:r>
    </w:p>
    <w:p>
      <w:pPr>
        <w:jc w:val="right"/>
      </w:pPr>
      <w:r>
        <w:t>انسٹیڈ دے شوڈ ہیو سینٹ پریچرز ٹو دیز نیشنز ٹو انوائٹ پیپل ٹو اسلام؟"</w:t>
      </w:r>
    </w:p>
    <w:p>
      <w:r>
        <w:rPr>
          <w:b/>
        </w:rPr>
        <w:t xml:space="preserve">[26:12] </w:t>
      </w:r>
      <w:r>
        <w:t>dekhein, invade ka galat kehna galat hai. woh invasion nahi tha. woh "that was not any invasion". woh defence tha. main ne likha hai apni kitaab mein, aap us ko parh lijiye ke Roman Empire, Sasanian Empire, dono ne offense kiya tha.</w:t>
      </w:r>
    </w:p>
    <w:p>
      <w:pPr>
        <w:jc w:val="right"/>
      </w:pPr>
      <w:r>
        <w:t>دیکھیں، انویڈ کا غلط کہنا غلط ہے۔ وہ انویژن نہیں تھا۔ وہ "دیٹ واز ناٹ اینی انویژن"۔ وہ ڈیفنس تھا۔ میں نے لکھا ہے اپنی کتاب میں، آپ اس کو پڑھ لیجئے کہ رومن ایمپائر، ساسانی ایمپائر، دونوں نے افنس کیا تھا۔</w:t>
      </w:r>
    </w:p>
    <w:p>
      <w:r>
        <w:rPr>
          <w:b/>
        </w:rPr>
        <w:t xml:space="preserve">[26:30] </w:t>
      </w:r>
      <w:r>
        <w:t>to Musalman jo aagay barhay, woh defence ke tor par aagay barhay. to history se sabit hai, aap meri kitaab parh lijiye.</w:t>
      </w:r>
    </w:p>
    <w:p>
      <w:pPr>
        <w:jc w:val="right"/>
      </w:pPr>
      <w:r>
        <w:t>تو مسلمان جو آگے بڑھے، وہ ڈیفنس کے طور پر آگے بڑھے۔ تو ہسٹری سے ثابت ہے، آپ میری کتاب پڑھ لیجئے۔</w:t>
      </w:r>
    </w:p>
    <w:p>
      <w:r>
        <w:rPr>
          <w:b/>
        </w:rPr>
        <w:t xml:space="preserve">[26:38] </w:t>
      </w:r>
      <w:r>
        <w:t>aap Ms</w:t>
      </w:r>
    </w:p>
    <w:p>
      <w:pPr>
        <w:jc w:val="right"/>
      </w:pPr>
      <w:r>
        <w:t>آپ مس</w:t>
      </w:r>
    </w:p>
    <w:p>
      <w:r>
        <w:rPr>
          <w:b/>
        </w:rPr>
        <w:t xml:space="preserve">[26:42] </w:t>
      </w:r>
      <w:r>
        <w:t>Zareen Khan ne Delhi se likha hai: "how do I respond to someone who doesn't believe in God and says that if there is God, then he is class biased and gender biased,</w:t>
      </w:r>
    </w:p>
    <w:p>
      <w:pPr>
        <w:jc w:val="right"/>
      </w:pPr>
      <w:r>
        <w:t>زرین خان نے دلی سے لکھا ہے: "ہاؤ ڈو آئی ریسپانڈ ٹو سم ون ہو ڈزنٹ بیلیو ان گاڈ اینڈ سیز دیٹ اف دیر از گاڈ، دین ہی از کلاس بائیزڈ اینڈ جینڈر بائیزڈ،</w:t>
      </w:r>
    </w:p>
    <w:p>
      <w:r>
        <w:rPr>
          <w:b/>
        </w:rPr>
        <w:t xml:space="preserve">[26:57] </w:t>
      </w:r>
      <w:r>
        <w:t>referring to the status of prophets and other holy men who preach the word of God?"</w:t>
      </w:r>
    </w:p>
    <w:p>
      <w:pPr>
        <w:jc w:val="right"/>
      </w:pPr>
      <w:r>
        <w:t>ریفرنگ ٹو دا سٹیٹس آف پرافٹس اینڈ ادر ہولی مین ہو پریچ دا ورڈ آف گاڈ؟"</w:t>
      </w:r>
    </w:p>
    <w:p>
      <w:r>
        <w:rPr>
          <w:b/>
        </w:rPr>
        <w:t xml:space="preserve">[27:06] </w:t>
      </w:r>
      <w:r>
        <w:t>kya matlab hai? yani prophet aurat ko nahi hui</w:t>
      </w:r>
    </w:p>
    <w:p>
      <w:pPr>
        <w:jc w:val="right"/>
      </w:pPr>
      <w:r>
        <w:t>کیا مطلب ہے؟ یعنی پرافٹ عورت کو نہیں ہوئی</w:t>
      </w:r>
    </w:p>
    <w:p>
      <w:r>
        <w:rPr>
          <w:b/>
        </w:rPr>
        <w:t xml:space="preserve">[27:11] </w:t>
      </w:r>
      <w:r>
        <w:t>? ji Maulana, aik to is ka yahi hai ke gender biased hain aur class biased hain. dekhiye, main to aaj hi subah kahin se keh raha tha, nahi, kal kal ki baat hui thi ke aurat ka darja mard se bhi ziyada diya gaya hai.</w:t>
      </w:r>
    </w:p>
    <w:p>
      <w:pPr>
        <w:jc w:val="right"/>
      </w:pPr>
      <w:r>
        <w:t>؟ جی مولانا، ایک تو اس کا یہی ہے کہ جینڈر بائیزڈ ہیں اور کلاس بائیزڈ ہیں۔ دیکھیے، میں تو آج ہی صبح کہیں سے کہہ رہا تھا، نہیں، کل کل کی بات ہوئی تھی کہ عورت کا درجہ مرد سے بھی زیادہ دیا گیا ہے۔</w:t>
      </w:r>
    </w:p>
    <w:p>
      <w:r>
        <w:rPr>
          <w:b/>
        </w:rPr>
        <w:t xml:space="preserve">[27:26] </w:t>
      </w:r>
      <w:r>
        <w:t>aur rasool Allah ki misaal se hazrat khadija jo theen, Allah taala ki pehli jo ahliya theen, to main kal hi kisi se baat kar raha tha ke woh female biasism ki pehli misaal hai.</w:t>
      </w:r>
    </w:p>
    <w:p>
      <w:pPr>
        <w:jc w:val="right"/>
      </w:pPr>
      <w:r>
        <w:t>اور رسول اللہ کی مثال سے حضرت خدیجہ جو تھیں، اللہ تعالی کی پہلی جو اہلیہ تھیں، تو میں کل ہی کسی سے بات کر رہا تھا کہ وہ فیمیل باسزم کی پہلی مثال ہے۔</w:t>
      </w:r>
    </w:p>
    <w:p>
      <w:r>
        <w:rPr>
          <w:b/>
        </w:rPr>
        <w:t xml:space="preserve">[27:45] </w:t>
      </w:r>
      <w:r>
        <w:t>rasool Allah ke baad jo theen, khadija theen. Har maamle mein wohi mashwara deti theen. Maslan jab wahi aayi to aap ko ghabraahat taari ho gayi.</w:t>
      </w:r>
    </w:p>
    <w:p>
      <w:pPr>
        <w:jc w:val="right"/>
      </w:pPr>
      <w:r>
        <w:t>رسول اللہ کے بعد جو تھیں، خدیجہ تھیں۔ ہر معاملے میں وہی مشورہ دیتی تھیں۔ مثلاً جب وحی آئی تو آپ کو گھبراہٹ طاری ہو گئی۔</w:t>
      </w:r>
    </w:p>
    <w:p>
      <w:r>
        <w:rPr>
          <w:b/>
        </w:rPr>
        <w:t xml:space="preserve">[27:57] </w:t>
      </w:r>
      <w:r>
        <w:t>aap aaye to aap kaha ke "zamiloni, zamiloni!</w:t>
      </w:r>
    </w:p>
    <w:p>
      <w:pPr>
        <w:jc w:val="right"/>
      </w:pPr>
      <w:r>
        <w:t>آپ آئے تو آپ کہا کہ "زملونی، زملونی!</w:t>
      </w:r>
    </w:p>
    <w:p>
      <w:r>
        <w:rPr>
          <w:b/>
        </w:rPr>
        <w:t xml:space="preserve">[28:01] </w:t>
      </w:r>
      <w:r>
        <w:t>" main, main matlab bistar par mujhe sulao. To hazrat khadija ne us waqt aap ko mashwara diya ke "chaliye, hum Workah bin Nahl ke paas chalte hain." Woh religious scholar thay, bohat بڑے.</w:t>
      </w:r>
    </w:p>
    <w:p>
      <w:pPr>
        <w:jc w:val="right"/>
      </w:pPr>
      <w:r>
        <w:t>" میں، میں مطلب بستر پر مجھے سلاؤ۔ تو حضرت خدیجہ نے اس وقت آپ کو مشورہ دیا کہ "چلیے، ہم ورخہ بن نحل کے پاس چلتے ہیں۔" وہ ریلیجس سکالر تھے، بہت بڑے۔</w:t>
      </w:r>
    </w:p>
    <w:p>
      <w:r>
        <w:rPr>
          <w:b/>
        </w:rPr>
        <w:t xml:space="preserve">[28:16] </w:t>
      </w:r>
      <w:r>
        <w:t>to unhon ne baas karor ata kiya.</w:t>
      </w:r>
    </w:p>
    <w:p>
      <w:pPr>
        <w:jc w:val="right"/>
      </w:pPr>
      <w:r>
        <w:t>تو انہوں نے باس کروڑ عطا کیا۔</w:t>
      </w:r>
    </w:p>
    <w:p>
      <w:r>
        <w:rPr>
          <w:b/>
        </w:rPr>
        <w:t xml:space="preserve">[28:21] </w:t>
      </w:r>
      <w:r>
        <w:t>abhi main kahin se keh raha tha ke hadith mein aata hai ke "hub min dunya" ke dunya mein jo cheezein hain, un mein aurat mere liye mehboob bana di gayi.</w:t>
      </w:r>
    </w:p>
    <w:p>
      <w:pPr>
        <w:jc w:val="right"/>
      </w:pPr>
      <w:r>
        <w:t>ابھی میں کہیں سے کہہ رہا تھا کہ حدیث میں آتا ہے کہ "حب من دنیا" کہ دنیا میں جو چیزیں ہیں، ان میں عورت میرے لیے محبوب بنا دی گئی۔</w:t>
      </w:r>
    </w:p>
    <w:p>
      <w:r>
        <w:rPr>
          <w:b/>
        </w:rPr>
        <w:t xml:space="preserve">[28:34] </w:t>
      </w:r>
      <w:r>
        <w:t>rasool Allah ne farmaya. To main ne kaha ke usay jo cheez bataayi gayi hai, woh hai female partner ki baat. Female partner har mard ki zaroorat hai ke uska ek female partner ho.</w:t>
      </w:r>
    </w:p>
    <w:p>
      <w:pPr>
        <w:jc w:val="right"/>
      </w:pPr>
      <w:r>
        <w:t>رسول اللہ نے فرمایا۔ تو میں نے کہا کہ اسے جو چیز بتائی گئی ہے، وہ ہے فیمیل پارٹنر کی بات۔ فیمیل پارٹنر ہر مرد کی ضرورت ہے کہ اس کا ایک فیمیل پارٹنر ہو۔</w:t>
      </w:r>
    </w:p>
    <w:p>
      <w:r>
        <w:rPr>
          <w:b/>
        </w:rPr>
        <w:t xml:space="preserve">[28:46] </w:t>
      </w:r>
      <w:r>
        <w:t>har aurat ki zaroorat hai ke uska ek male partner ho. Yeh kyun? Kisi ne bohat sahi kaha hai: "af all things alike, then there is no,</w:t>
      </w:r>
    </w:p>
    <w:p>
      <w:pPr>
        <w:jc w:val="right"/>
      </w:pPr>
      <w:r>
        <w:t>ہر عورت کی ضرورت ہے کہ اس کا ایک میل پارٹنر ہو۔ یہ کیوں؟ کسی نے بہت صحیح کہا ہے: "اف ال تھنگز الائک، دین دیر از نو،</w:t>
      </w:r>
    </w:p>
    <w:p>
      <w:r>
        <w:rPr>
          <w:b/>
        </w:rPr>
        <w:t xml:space="preserve">[28:59] </w:t>
      </w:r>
      <w:r>
        <w:t>no,</w:t>
      </w:r>
    </w:p>
    <w:p>
      <w:pPr>
        <w:jc w:val="right"/>
      </w:pPr>
      <w:r>
        <w:t>نو،</w:t>
      </w:r>
    </w:p>
    <w:p>
      <w:r>
        <w:rPr>
          <w:b/>
        </w:rPr>
        <w:t xml:space="preserve">[29:00] </w:t>
      </w:r>
      <w:r>
        <w:t>no!" One thinks very much ke sab log ek saath ek ko sochein to koi zyada nahi sochta. To aurat ko different banaya, mard ko different banaya.</w:t>
      </w:r>
    </w:p>
    <w:p>
      <w:pPr>
        <w:jc w:val="right"/>
      </w:pPr>
      <w:r>
        <w:t>نو!" ون تھنکس ویری مچ کہ سب لوگ ایک ساتھ ایک کو سوچیں تو کوئی زیادہ نہیں سوچتا۔ تو عورت کو ڈفرنٹ بنایا، مرد کو ڈفرنٹ بنایا۔</w:t>
      </w:r>
    </w:p>
    <w:p>
      <w:r>
        <w:rPr>
          <w:b/>
        </w:rPr>
        <w:t xml:space="preserve">[29:09] </w:t>
      </w:r>
      <w:r>
        <w:t>aurat miss different hai, mard mister different hai. To jab woh do saath hote hain to dono ke exchange se</w:t>
      </w:r>
    </w:p>
    <w:p>
      <w:pPr>
        <w:jc w:val="right"/>
      </w:pPr>
      <w:r>
        <w:t>عورت مس ڈفرنٹ ہے، مرد مسٹر ڈفرنٹ ہے۔ تو جب وہ دو ساتھ ہوتے ہیں تو دونوں کے ایکسچینج سے</w:t>
      </w:r>
    </w:p>
    <w:p>
      <w:r>
        <w:rPr>
          <w:b/>
        </w:rPr>
        <w:t xml:space="preserve">[29:19] </w:t>
      </w:r>
      <w:r>
        <w:t>nai cheezein average karti hain. To mard ko female partner chahiye, aurat ko male partner chahiye. Yani opposite partner.</w:t>
      </w:r>
    </w:p>
    <w:p>
      <w:pPr>
        <w:jc w:val="right"/>
      </w:pPr>
      <w:r>
        <w:t>نئی چیزیں ایورج کرتی ہیں۔ تو مرد کو فیمیل پارٹنر چاہیے، عورت کو میل پارٹنر چاہیے۔ یعنی اپوزٹ پارٹنر۔</w:t>
      </w:r>
    </w:p>
    <w:p>
      <w:r>
        <w:rPr>
          <w:b/>
        </w:rPr>
        <w:t xml:space="preserve">[29:30] </w:t>
      </w:r>
      <w:r>
        <w:t>yeh to bohat bara scheme hai Allah taala ki ke opposite partner diya. To is ko is tarah se nahi lena chahiye</w:t>
      </w:r>
    </w:p>
    <w:p>
      <w:pPr>
        <w:jc w:val="right"/>
      </w:pPr>
      <w:r>
        <w:t>یہ تو بہت بڑا اسکیم ہے اللہ تعالی کی کہ اپوزٹ پارٹنر دیا۔ تو اس کو اس طرح سے نہیں لینا چاہیے</w:t>
      </w:r>
    </w:p>
    <w:p>
      <w:r>
        <w:rPr>
          <w:b/>
        </w:rPr>
        <w:t xml:space="preserve">[29:38] </w:t>
      </w:r>
      <w:r>
        <w:t>ke koi baais hai ya kya hai. Nahi, yeh scheme hai, yeh planning hai. Kyun ke agar mard jo hota, woh aurat hoti.</w:t>
      </w:r>
    </w:p>
    <w:p>
      <w:pPr>
        <w:jc w:val="right"/>
      </w:pPr>
      <w:r>
        <w:t>کہ کوئی باعث ہے یا کیا ہے۔ نہیں، یہ اسکیم ہے، یہ پلاننگ ہے۔ کیونکہ اگر مرد جو ہوتا، وہ عورت ہوتی۔</w:t>
      </w:r>
    </w:p>
    <w:p>
      <w:r>
        <w:rPr>
          <w:b/>
        </w:rPr>
        <w:t xml:space="preserve">[29:46] </w:t>
      </w:r>
      <w:r>
        <w:t>jo aurat hota, woh mard hota. Jis ko kehte hain gender equality. Gender equality to nothing. Agar dono gender equal hotay to dunya bilkul dead hoti.</w:t>
      </w:r>
    </w:p>
    <w:p>
      <w:pPr>
        <w:jc w:val="right"/>
      </w:pPr>
      <w:r>
        <w:t>جو عورت ہوتا، وہ مرد ہوتا۔ جس کو کہتے ہیں جینڈر ایکولٹی۔ جینڈر ایکولٹی تو نتھنگ۔ اگر دونوں جینڈر ایکول ہوتے تو دنیا بالکل ڈیڈ ہوتی۔</w:t>
      </w:r>
    </w:p>
    <w:p>
      <w:r>
        <w:rPr>
          <w:b/>
        </w:rPr>
        <w:t xml:space="preserve">[29:56] </w:t>
      </w:r>
      <w:r>
        <w:t>dead,</w:t>
      </w:r>
    </w:p>
    <w:p>
      <w:pPr>
        <w:jc w:val="right"/>
      </w:pPr>
      <w:r>
        <w:t>ڈیڈ،</w:t>
      </w:r>
    </w:p>
    <w:p>
      <w:r>
        <w:rPr>
          <w:b/>
        </w:rPr>
        <w:t xml:space="preserve">[29:58] </w:t>
      </w:r>
      <w:r>
        <w:t>dead hoti. Bohat sahi kaha kisi ne jo main ne abhi bataya aap ko ke "when all things alike, no one thinks very much." Jab sab ek saath sochte hain to koi bhi zyada nahi sochta.</w:t>
      </w:r>
    </w:p>
    <w:p>
      <w:pPr>
        <w:jc w:val="right"/>
      </w:pPr>
      <w:r>
        <w:t>ڈیڈ ہوتی۔ بہت صحیح کہا کسی نے جو میں نے ابھی بتایا آپ کو کہ "وین ال تھنگز الائک، نو ون تھنکس ویری مچ۔" جب سب ایک ساتھ سوچتے ہیں تو کوئی بھی زیادہ نہیں سوچتا۔</w:t>
      </w:r>
    </w:p>
    <w:p>
      <w:r>
        <w:rPr>
          <w:b/>
        </w:rPr>
        <w:t xml:space="preserve">[30:11] </w:t>
      </w:r>
      <w:r>
        <w:t>to Allah taala yeh gender equality ko main nahi manta. Main manta hoon gender complementarity ko manta hoon</w:t>
      </w:r>
    </w:p>
    <w:p>
      <w:pPr>
        <w:jc w:val="right"/>
      </w:pPr>
      <w:r>
        <w:t>تو اللہ تعالی یہ جینڈر ایکولٹی کو میں نہیں مانتا۔ میں مانتا ہوں جینڈر کمپلیمنٹیرٹی کو مانتا ہوں</w:t>
      </w:r>
    </w:p>
    <w:p>
      <w:r>
        <w:rPr>
          <w:b/>
        </w:rPr>
        <w:t xml:space="preserve">[30:20] </w:t>
      </w:r>
      <w:r>
        <w:t>ke do different ko paida kar ke Allah taala ne ek kar diya taake un se un ko faida ho, un ko, un ko, un ko faida ho. To is ko baais ke term mein nahi sochna chahiye.</w:t>
      </w:r>
    </w:p>
    <w:p>
      <w:pPr>
        <w:jc w:val="right"/>
      </w:pPr>
      <w:r>
        <w:t>کہ دو ڈفرنٹ کو پیدا کر کے اللہ تعالی نے ایک کر دیا تاکہ ان سے ان کو فائدہ ہو، ان کو، ان کو، ان کو فائدہ ہو۔ تو اس کو باعث کے ٹرم میں نہیں سوچنا چاہیے۔</w:t>
      </w:r>
    </w:p>
    <w:p>
      <w:r>
        <w:rPr>
          <w:b/>
        </w:rPr>
        <w:t xml:space="preserve">[30:29] </w:t>
      </w:r>
      <w:r>
        <w:t>is ko sochna chahiye Allah taala ki scheme ke term mein.</w:t>
      </w:r>
    </w:p>
    <w:p>
      <w:pPr>
        <w:jc w:val="right"/>
      </w:pPr>
      <w:r>
        <w:t>اس کو سوچنا چاہیے اللہ تعالی کی اسکیم کے ٹرم میں۔</w:t>
      </w:r>
    </w:p>
    <w:p>
      <w:r>
        <w:rPr>
          <w:b/>
        </w:rPr>
        <w:t xml:space="preserve">[30:36] </w:t>
      </w:r>
      <w:r>
        <w:t>Maulana Abdul Basit Umri ne Doha, Qatar se likha hai: "Maulana, aaj Muslim ummah jin cheezon ko jaanti hai, woh sirf ahkaam hain.</w:t>
      </w:r>
    </w:p>
    <w:p>
      <w:pPr>
        <w:jc w:val="right"/>
      </w:pPr>
      <w:r>
        <w:t>مولانا عبدالباسط عمری نے دوحہ، قطر سے لکھا ہے: "مولانا، آج مسلم امہ جن چیزوں کو جانتی ہے، وہ صرف احکام ہیں۔</w:t>
      </w:r>
    </w:p>
    <w:p>
      <w:r>
        <w:rPr>
          <w:b/>
        </w:rPr>
        <w:t xml:space="preserve">[30:48] </w:t>
      </w:r>
      <w:r>
        <w:t>halanke Quran zyada jin cheezon se behas karta hai, woh Allah ki marifat aur hikmat hai." Maulana, kya yeh sahi hai?</w:t>
      </w:r>
    </w:p>
    <w:p>
      <w:pPr>
        <w:jc w:val="right"/>
      </w:pPr>
      <w:r>
        <w:t>حالانکہ قرآن زیادہ جن چیزوں سے بحث کرتا ہے، وہ اللہ کی معرفت اور حکمت ہے۔" مولانا، کیا یہ صحیح ہے؟</w:t>
      </w:r>
    </w:p>
    <w:p>
      <w:r>
        <w:rPr>
          <w:b/>
        </w:rPr>
        <w:t xml:space="preserve">[31:00] </w:t>
      </w:r>
      <w:r>
        <w:t>yeh baat sahi hai. Is mein aisa hua ke baad ke zamane mein, yani fuqaha ke zamane mein,</w:t>
      </w:r>
    </w:p>
    <w:p>
      <w:pPr>
        <w:jc w:val="right"/>
      </w:pPr>
      <w:r>
        <w:t>یہ بات صحیح ہے۔ اس میں ایسا ہوا کہ بعد کے زمانے میں، یعنی فقہاء کے زمانے میں،</w:t>
      </w:r>
    </w:p>
    <w:p>
      <w:r>
        <w:rPr>
          <w:b/>
        </w:rPr>
        <w:t xml:space="preserve">[31:11] </w:t>
      </w:r>
      <w:r>
        <w:t>log zyada tar poochte thay. Yahi sab baatein poochte thay. Quran padhte thay. Har aadmi us zamane mein dekhein, Quran sab ko yaad hota tha. Sab Quran padhte thay.</w:t>
      </w:r>
    </w:p>
    <w:p>
      <w:pPr>
        <w:jc w:val="right"/>
      </w:pPr>
      <w:r>
        <w:t>لوگ زیادہ تر پوچھتے تھے۔ یہی سب باتیں پوچھتے تھے۔ قرآن پڑھتے تھے۔ ہر آدمی اس زمانے میں دیکھیں، قرآن سب کو یاد ہوتا تھا۔ سب قرآن پڑھتے تھے۔</w:t>
      </w:r>
    </w:p>
    <w:p>
      <w:r>
        <w:rPr>
          <w:b/>
        </w:rPr>
        <w:t xml:space="preserve">[31:22] </w:t>
      </w:r>
      <w:r>
        <w:t>to un ko woh baatein Quran mein jaan lete thay. Woh ke Khuda ke ek maano, Rasool Allah ko Khatam ur Rasool Nabi maano.</w:t>
      </w:r>
    </w:p>
    <w:p>
      <w:pPr>
        <w:jc w:val="right"/>
      </w:pPr>
      <w:r>
        <w:t>تو ان کو وہ باتیں قرآن میں جان لیتے تھے۔ وہ کہ خدا کے ایک مانو، رسول اللہ کو خاتم الرسول نبی مانو۔</w:t>
      </w:r>
    </w:p>
    <w:p>
      <w:r>
        <w:rPr>
          <w:b/>
        </w:rPr>
        <w:t xml:space="preserve">[31:31] </w:t>
      </w:r>
      <w:r>
        <w:t>masail jo thay, wahi poochte thay aa kar ke ulama se. woh kyunke masail mein in ko zaroorat hoti thi janne ki. to masail jo hai, mozu ban gaye fiqah ka.</w:t>
      </w:r>
    </w:p>
    <w:p>
      <w:pPr>
        <w:jc w:val="right"/>
      </w:pPr>
      <w:r>
        <w:t>مسائل جو تھے، وہی پوچھتے تھے آ کر کے علماء سے۔ وہ کیونکہ مسائل میں ان کو ضرورت ہوتی تھی جاننے کی۔ تو مسائل جو ہے، موضوع بن گئے فقہ کا۔</w:t>
      </w:r>
    </w:p>
    <w:p>
      <w:r>
        <w:rPr>
          <w:b/>
        </w:rPr>
        <w:t xml:space="preserve">[31:45] </w:t>
      </w:r>
      <w:r>
        <w:t>yani fiqah marifat ka ilm nahi hai, masail ka ilm hai.</w:t>
      </w:r>
    </w:p>
    <w:p>
      <w:pPr>
        <w:jc w:val="right"/>
      </w:pPr>
      <w:r>
        <w:t>یعنی فقہ معرفت کا علم نہیں ہے، مسائل کا علم ہے۔</w:t>
      </w:r>
    </w:p>
    <w:p>
      <w:r>
        <w:rPr>
          <w:b/>
        </w:rPr>
        <w:t xml:space="preserve">[31:50] </w:t>
      </w:r>
      <w:r>
        <w:t>yani baad ke zamane mein jo fiqah bani to marifat ka ilm nahi thi. woh, woh masail ka ilm thi. kyunke log wahi poochte thay isi ke bare mein.</w:t>
      </w:r>
    </w:p>
    <w:p>
      <w:pPr>
        <w:jc w:val="right"/>
      </w:pPr>
      <w:r>
        <w:t>یعنی بعد کے زمانے میں جو فقہ بنی تو معرفت کا علم نہیں تھی۔ وہ، وہ مسائل کا علم تھی۔ کیونکہ لوگ وہی پوچھتے تھے اسی کے بارے میں۔</w:t>
      </w:r>
    </w:p>
    <w:p>
      <w:r>
        <w:rPr>
          <w:b/>
        </w:rPr>
        <w:t xml:space="preserve">[32:03] </w:t>
      </w:r>
      <w:r>
        <w:t>ab woh is ke baad kya hua ke history par wahi chha gaya.</w:t>
      </w:r>
    </w:p>
    <w:p>
      <w:pPr>
        <w:jc w:val="right"/>
      </w:pPr>
      <w:r>
        <w:t>اب وہ اس کے بعد کیا ہوا کہ ہسٹری پر وحی چھا گیا۔</w:t>
      </w:r>
    </w:p>
    <w:p>
      <w:r>
        <w:rPr>
          <w:b/>
        </w:rPr>
        <w:t xml:space="preserve">[32:11] </w:t>
      </w:r>
      <w:r>
        <w:t>rasool Allah ke zamane mein aisa nahi hota tha. sahaba ke zamane mein aisa nahi hota tha ke log masail pe behas karein khali. lekin ek daur aisa aaya ke jab sare ulama, sare ulama jo hai, masail pe lage behas karne.</w:t>
      </w:r>
    </w:p>
    <w:p>
      <w:pPr>
        <w:jc w:val="right"/>
      </w:pPr>
      <w:r>
        <w:t>رسول اللہ کے زمانے میں ایسا نہیں ہوتا تھا۔ صحابہ کے زمانے میں ایسا نہیں ہوتا تھا کہ لوگ مسائل پہ بحث کریں خالی۔ لیکن ایک دور ایسا آیا کہ جب سارے علماء، سارے علماء جو ہے، مسائل پہ لگے بحث کرنے۔</w:t>
      </w:r>
    </w:p>
    <w:p>
      <w:r>
        <w:rPr>
          <w:b/>
        </w:rPr>
        <w:t xml:space="preserve">[32:23] </w:t>
      </w:r>
      <w:r>
        <w:t>kyunke logon se poochte thay un se wahi masail. ab history yahin se chal pari.</w:t>
      </w:r>
    </w:p>
    <w:p>
      <w:pPr>
        <w:jc w:val="right"/>
      </w:pPr>
      <w:r>
        <w:t>کیونکہ لوگوں سے پوچھتے تھے ان سے وہی مسائل۔ اب ہسٹری یہیں سے چل پڑی۔</w:t>
      </w:r>
    </w:p>
    <w:p>
      <w:r>
        <w:rPr>
          <w:b/>
        </w:rPr>
        <w:t xml:space="preserve">[32:30] </w:t>
      </w:r>
      <w:r>
        <w:t>to aaj ka jo mazhab hai, they derive from fiqah hai. he not derive from Quran aur Hadith. to baad ke naslein jo hain, un ka immediate reference ban gaya fiqah.</w:t>
      </w:r>
    </w:p>
    <w:p>
      <w:pPr>
        <w:jc w:val="right"/>
      </w:pPr>
      <w:r>
        <w:t>تو آج کا جو مذہب ہے، دے ڈرائیو فرام فقہ ہے۔ ہی ناٹ ڈرائیو فرام قرآن اور حدیث۔ تو بعد کے نسلیں جو ہیں، ان کا امیڈیٹ ریفرنس بن گیا فقہ۔</w:t>
      </w:r>
    </w:p>
    <w:p>
      <w:r>
        <w:rPr>
          <w:b/>
        </w:rPr>
        <w:t xml:space="preserve">[32:44] </w:t>
      </w:r>
      <w:r>
        <w:t>kyunke gap aa gaya tha beech mein.</w:t>
      </w:r>
    </w:p>
    <w:p>
      <w:pPr>
        <w:jc w:val="right"/>
      </w:pPr>
      <w:r>
        <w:t>کیونکہ گیپ آ گیا تھا بیچ میں۔</w:t>
      </w:r>
    </w:p>
    <w:p>
      <w:r>
        <w:rPr>
          <w:b/>
        </w:rPr>
        <w:t xml:space="preserve">[32:47] </w:t>
      </w:r>
      <w:r>
        <w:t>yani quran aur hadith idhar ho gaye. ab jo thi immediate reference thi, woh fiqah thi. to fiqah se chal pari hai yeh tareekh.</w:t>
      </w:r>
    </w:p>
    <w:p>
      <w:pPr>
        <w:jc w:val="right"/>
      </w:pPr>
      <w:r>
        <w:t>یعنی قرآن اور حدیث ادھر ہو گئے۔ اب جو تھی امیڈیٹ ریفرنس تھی، وہ فقہ تھی۔ تو فقہ سے چل پڑی ہے یہ تاریخ۔</w:t>
      </w:r>
    </w:p>
    <w:p>
      <w:r>
        <w:rPr>
          <w:b/>
        </w:rPr>
        <w:t xml:space="preserve">[32:57] </w:t>
      </w:r>
      <w:r>
        <w:t>warna fiqah jo hai, woh asal nahi hai. asal to quran o hadith hai, yani marifat.</w:t>
      </w:r>
    </w:p>
    <w:p>
      <w:pPr>
        <w:jc w:val="right"/>
      </w:pPr>
      <w:r>
        <w:t>ورنہ فقہ جو ہے، وہ اصل نہیں ہے۔ اصل تو قرآن و حدیث ہے، یعنی معرفت۔</w:t>
      </w:r>
    </w:p>
    <w:p>
      <w:r>
        <w:rPr>
          <w:b/>
        </w:rPr>
        <w:t xml:space="preserve">[33:05] </w:t>
      </w:r>
      <w:r>
        <w:t>ab zaroorat hai ke is ko, yani is ka correction kiya jaye. aur hum loten dobara quran o hadith wale model ki taraf.</w:t>
      </w:r>
    </w:p>
    <w:p>
      <w:pPr>
        <w:jc w:val="right"/>
      </w:pPr>
      <w:r>
        <w:t>اب ضرورت ہے کہ اس کو، یعنی اس کا کریکشن کیا جائے۔ اور ہم لوٹیں دوبارہ قرآن و حدیث والے ماڈل کی طرف۔</w:t>
      </w:r>
    </w:p>
    <w:p>
      <w:r>
        <w:rPr>
          <w:b/>
        </w:rPr>
        <w:t xml:space="preserve">[33:18] </w:t>
      </w:r>
      <w:r>
        <w:t>mister faik ne california se likha hai: "maulana sahib, I want to know who gave the names of surah of the quran.</w:t>
      </w:r>
    </w:p>
    <w:p>
      <w:pPr>
        <w:jc w:val="right"/>
      </w:pPr>
      <w:r>
        <w:t>مسٹر فائق نے کیلیفورنیا سے لکھا ہے: "مولانا صاحب، آئی وانٹ ٹو نو ہو گیو دی نیمز آف سورہ آف دی قرآن۔</w:t>
      </w:r>
    </w:p>
    <w:p>
      <w:r>
        <w:rPr>
          <w:b/>
        </w:rPr>
        <w:t xml:space="preserve">[33:29] </w:t>
      </w:r>
      <w:r>
        <w:t>how was the sequence of arrangement of quran decided? like surah fatiha, surah baqarah, etc.</w:t>
      </w:r>
    </w:p>
    <w:p>
      <w:pPr>
        <w:jc w:val="right"/>
      </w:pPr>
      <w:r>
        <w:t>ہاؤ واز دا سیکوئنس آف ارینجمنٹ آف قرآن ڈیسائیڈڈ؟ لائک سورہ فاتحہ، سورہ بقرہ، ایٹسٹرہ۔</w:t>
      </w:r>
    </w:p>
    <w:p>
      <w:r>
        <w:rPr>
          <w:b/>
        </w:rPr>
        <w:t xml:space="preserve">[33:39] </w:t>
      </w:r>
      <w:r>
        <w:t>although this is not the sequence how the quranic verses were revealed. please explain this</w:t>
      </w:r>
    </w:p>
    <w:p>
      <w:pPr>
        <w:jc w:val="right"/>
      </w:pPr>
      <w:r>
        <w:t>الدو دس از ناٹ دا سیکوئنس ہاؤ دا قرآنک ورسز وار ریویلڈ۔ پلیز ایکسپلین دس</w:t>
      </w:r>
    </w:p>
    <w:p>
      <w:r>
        <w:rPr>
          <w:b/>
        </w:rPr>
        <w:t xml:space="preserve">[33:46] </w:t>
      </w:r>
      <w:r>
        <w:t>." is par dekhein, bohat qabil ki gayi hain tadween quran par. is ko sab log mante hain ke yeh tauqeefi hai. tauqeefi ka matlab yeh hai ke rasool Allah ne khud hi bata diya.</w:t>
      </w:r>
    </w:p>
    <w:p>
      <w:pPr>
        <w:jc w:val="right"/>
      </w:pPr>
      <w:r>
        <w:t>۔" اس پر دیکھیں، بہت قابل کی گئی ہیں تدوین قرآن پر۔ اس کو سب لوگ مانتے ہیں کہ یہ توقیفی ہے۔ توقیفی کا معنی یہ ہے کہ رسول اللہ نے خود ہی بتا دیا۔</w:t>
      </w:r>
    </w:p>
    <w:p>
      <w:r>
        <w:rPr>
          <w:b/>
        </w:rPr>
        <w:t xml:space="preserve">[33:57] </w:t>
      </w:r>
      <w:r>
        <w:t>jibril ne aa ke bataya rasool Allah ko aur aap ne bata diya. to</w:t>
      </w:r>
    </w:p>
    <w:p>
      <w:pPr>
        <w:jc w:val="right"/>
      </w:pPr>
      <w:r>
        <w:t>جبرائیل نے آ کے بتایا رسول اللہ کو اور آپ نے بتا دیا۔ تو</w:t>
      </w:r>
    </w:p>
    <w:p>
      <w:r>
        <w:rPr>
          <w:b/>
        </w:rPr>
        <w:t xml:space="preserve">[34:03] </w:t>
      </w:r>
      <w:r>
        <w:t>suraton ki tarteeb, ayaton ki tarteeb, yeh sab jibril ke batane ke mutabiq rasool Allah salallahu alaihi wasallam ne ummat ko bataya. isi ko kehte hain tauqeefi.</w:t>
      </w:r>
    </w:p>
    <w:p>
      <w:pPr>
        <w:jc w:val="right"/>
      </w:pPr>
      <w:r>
        <w:t>سورتوں کی ترتیب، آیات کی ترتیب، یہ سب جبرائیل کے بتانے کے مطابق رسول اللہ صلی اللہ علیہ وسلم نے امت کو بتایا۔ اسی کو کہتے ہیں توقیفی۔</w:t>
      </w:r>
    </w:p>
    <w:p>
      <w:r>
        <w:rPr>
          <w:b/>
        </w:rPr>
        <w:t xml:space="preserve">[34:12] </w:t>
      </w:r>
      <w:r>
        <w:t>is mein koi ikhtilaf nahi hai ulama mein. koi ikhtilaf nahi hai. baad ke zamane mein kuch logon ne behasein chheri hain ke sahib tarteeb nuzool ka aur kuch aur thi.</w:t>
      </w:r>
    </w:p>
    <w:p>
      <w:pPr>
        <w:jc w:val="right"/>
      </w:pPr>
      <w:r>
        <w:t>اس میں کوئی اختلاف نہیں ہے علماء میں۔ کوئی اختلاف نہیں ہے۔ بعد کے زمانے میں کچھ لوگوں نے بحثیں چھیڑی ہیں کہ صاحب ترتیب نزول کا اور کچھ اور تھی۔</w:t>
      </w:r>
    </w:p>
    <w:p>
      <w:r>
        <w:rPr>
          <w:b/>
        </w:rPr>
        <w:t xml:space="preserve">[34:22] </w:t>
      </w:r>
      <w:r>
        <w:t>tarteeb tilawat kuch aur hai. yeh sab baad ki behasein hain.</w:t>
      </w:r>
    </w:p>
    <w:p>
      <w:pPr>
        <w:jc w:val="right"/>
      </w:pPr>
      <w:r>
        <w:t>ترتیب تلاوت کچھ اور ہے۔ یہ سب بعد کی بحثیں ہیں۔</w:t>
      </w:r>
    </w:p>
    <w:p>
      <w:r>
        <w:rPr>
          <w:b/>
        </w:rPr>
        <w:t xml:space="preserve">[34:26] </w:t>
      </w:r>
      <w:r>
        <w:t>rasool Allah ne jo bataya tha sahaba ko aur sahaba ne jo bataya agli naslon ko, is mein yahi hai ke rasool Allah ne ayaton ko is tareeqe se tarteeb diya aur suraton ke naam muqarrar kiye.</w:t>
      </w:r>
    </w:p>
    <w:p>
      <w:pPr>
        <w:jc w:val="right"/>
      </w:pPr>
      <w:r>
        <w:t>رسول اللہ نے جو بتایا تھا صحابہ کو اور صحابہ نے جو بتایا اگلی نسلوں کو، اس میں یہی ہے کہ رسول اللہ نے آیتوں کو اس طریقے سے ترتیب دیا اور سورتوں کے نام مقرر کیے۔</w:t>
      </w:r>
    </w:p>
    <w:p>
      <w:r>
        <w:rPr>
          <w:b/>
        </w:rPr>
        <w:t xml:space="preserve">[34:40] </w:t>
      </w:r>
      <w:r>
        <w:t>yeh sab to dekhiye,</w:t>
      </w:r>
    </w:p>
    <w:p>
      <w:pPr>
        <w:jc w:val="right"/>
      </w:pPr>
      <w:r>
        <w:t>یہ سب تو دیکھیے،</w:t>
      </w:r>
    </w:p>
    <w:p>
      <w:r>
        <w:rPr>
          <w:b/>
        </w:rPr>
        <w:t xml:space="preserve">[34:44] </w:t>
      </w:r>
      <w:r>
        <w:t>hadithon mein aata hai ke aakhri zamane mein, yani rasool Allah ke aakhri zamane mein, arz oola aur arz aakhira ka lafz aata hai. yani jibril aaye do baar.</w:t>
      </w:r>
    </w:p>
    <w:p>
      <w:pPr>
        <w:jc w:val="right"/>
      </w:pPr>
      <w:r>
        <w:t>حدیثوں میں آتا ہے کہ آخری زمانے میں، یعنی رسول اللہ کے آخری زمانے میں، عرض اولی اور عرض اخیرہ کا لفظ آتا ہے۔ یعنی جبرائیل آئے دو بار۔</w:t>
      </w:r>
    </w:p>
    <w:p>
      <w:r>
        <w:rPr>
          <w:b/>
        </w:rPr>
        <w:t xml:space="preserve">[34:57] </w:t>
      </w:r>
      <w:r>
        <w:t>jibril ne pure quran ko usi tarteeb ke sath jo ab hai, tarteeb quran ki,</w:t>
      </w:r>
    </w:p>
    <w:p>
      <w:pPr>
        <w:jc w:val="right"/>
      </w:pPr>
      <w:r>
        <w:t>جبرائیل نے پورے قرآن کو اسی ترتیب کے ساتھ جو اب ہے، ترتیب قرآن کی،</w:t>
      </w:r>
    </w:p>
    <w:p>
      <w:r>
        <w:rPr>
          <w:b/>
        </w:rPr>
        <w:t xml:space="preserve">[35:03] </w:t>
      </w:r>
      <w:r>
        <w:t>yani ayatein utri to murattab kiya gaya. to jibril ne pure quran ko shuru se aakhir tak parh kar sunaya rasool Allah salallahu alaihi wasallam ko.</w:t>
      </w:r>
    </w:p>
    <w:p>
      <w:pPr>
        <w:jc w:val="right"/>
      </w:pPr>
      <w:r>
        <w:t>یعنی آیتیں اتری تو مرتب کیا گیا۔ تو جبرائیل نے پورے قرآن کو شروع سے آخر تک پڑھ کر سنایا رسول اللہ صلی اللہ علیہ وسلم کو۔</w:t>
      </w:r>
    </w:p>
    <w:p>
      <w:r>
        <w:rPr>
          <w:b/>
        </w:rPr>
        <w:t xml:space="preserve">[35:13] </w:t>
      </w:r>
      <w:r>
        <w:t>phir rasool Allah salallahu alaihi wasallam ne jibril ko sunaya. yeh hai arz oola. phir ek aur baar aisa hua ke jibril aaye</w:t>
      </w:r>
    </w:p>
    <w:p>
      <w:pPr>
        <w:jc w:val="right"/>
      </w:pPr>
      <w:r>
        <w:t>پھر رسول اللہ صلی اللہ علیہ وسلم نے جبرائیل کو سنایا۔ یہ ہے عرض اولی۔ پھر ایک اور بار ایسا ہوا کہ جبرائیل آئے</w:t>
      </w:r>
    </w:p>
    <w:p>
      <w:r>
        <w:rPr>
          <w:b/>
        </w:rPr>
        <w:t xml:space="preserve">[35:20] </w:t>
      </w:r>
      <w:r>
        <w:t>aur phir unhon ne yeh kiya ke alhamdulillah se le kar ke qulub bin naas tak silsile war parha jibril ne. phir rasool Allah un ke samne silsile war parha.</w:t>
      </w:r>
    </w:p>
    <w:p>
      <w:pPr>
        <w:jc w:val="right"/>
      </w:pPr>
      <w:r>
        <w:t>اور پھر انہوں نے یہ کیا کہ الحمدللہ سے لے کر کے قلوب بن ناس تک سلسلے وار پڑھا جبرائیل نے۔ پھر رسول اللہ ان کے سامنے سلسلے وار پڑھا۔</w:t>
      </w:r>
    </w:p>
    <w:p>
      <w:r>
        <w:rPr>
          <w:b/>
        </w:rPr>
        <w:t xml:space="preserve">[35:31] </w:t>
      </w:r>
      <w:r>
        <w:t>woh kaha arz akhira kehte hain is ko. to yeh cheez ulama ki taraf mein mutafiq alaih hai. is mein koi ikhtilaf nahi hai. aap jo baatein nikalte hain, yeh log to baad ki baatein hain.</w:t>
      </w:r>
    </w:p>
    <w:p>
      <w:pPr>
        <w:jc w:val="right"/>
      </w:pPr>
      <w:r>
        <w:t>وہ کہا عرض اخیرہ کہتے ہیں اس کو۔ تو یہ چیز علماء کی طرف میں متفق علیہ ہے۔ اس میں کوئی اختلاف نہیں ہے۔ آپ جو باتیں نکالتے ہیں، یہ لوگ تو بعد کی باتیں ہیں۔</w:t>
      </w:r>
    </w:p>
    <w:p>
      <w:r>
        <w:rPr>
          <w:b/>
        </w:rPr>
        <w:t xml:space="preserve">[35:41] </w:t>
      </w:r>
      <w:r>
        <w:t>yeh is ki koi haqeeqat nahi hai.</w:t>
      </w:r>
    </w:p>
    <w:p>
      <w:pPr>
        <w:jc w:val="right"/>
      </w:pPr>
      <w:r>
        <w:t>یہ اس کی کوئی حقیقت نہیں ہے۔</w:t>
      </w:r>
    </w:p>
    <w:p>
      <w:r>
        <w:rPr>
          <w:b/>
        </w:rPr>
        <w:t xml:space="preserve">[35:45] </w:t>
      </w:r>
      <w:r>
        <w:t>Maulana, un ka aik aur sawal hai. Unhon ne likha hai: "Is peaceful protest allowed in Islam, like Hazrat Umar expressed his opinion to Rasool Allah against the treaty of Hudaybiyah in strong words,</w:t>
      </w:r>
    </w:p>
    <w:p>
      <w:pPr>
        <w:jc w:val="right"/>
      </w:pPr>
      <w:r>
        <w:t>مولانا، ان کا ایک اور سوال ہے۔ انہوں نے لکھا ہے: "اس پیس فل پروٹیسٹ الاؤڈ ان اسلام، لائک حضرت عمر ایکسپریسڈ ہز اوپینین ٹو رسول اللہ اگینسٹ دا ٹریٹی آف حدیبیہ ان سٹرونگ ورڈز،</w:t>
      </w:r>
    </w:p>
    <w:p>
      <w:r>
        <w:rPr>
          <w:b/>
        </w:rPr>
        <w:t xml:space="preserve">[36:02] </w:t>
      </w:r>
      <w:r>
        <w:t>saying that are we not on the right path, then why do we agree to such terms by the kuffar?" Hazrat refused to remove Rasool Allah from the contract of Hudaybiyah, then Prophet himself removed it.</w:t>
      </w:r>
    </w:p>
    <w:p>
      <w:pPr>
        <w:jc w:val="right"/>
      </w:pPr>
      <w:r>
        <w:t>سینگ دیٹ آر وی ناٹ ان دا رائٹ پاتھ، دین وائی ڈو وی ایگری ٹو سچ ٹرمز بائی دا کفار؟" حضرت ریفیوز ٹو ریموو رسول اللہ فرام دا کانٹریکٹ آف حدیبیہ، دین پرافٹ ہم سیلف ریمووڈ اٹ۔</w:t>
      </w:r>
    </w:p>
    <w:p>
      <w:r>
        <w:rPr>
          <w:b/>
        </w:rPr>
        <w:t xml:space="preserve">[36:21] </w:t>
      </w:r>
      <w:r>
        <w:t>please give ur</w:t>
      </w:r>
    </w:p>
    <w:p>
      <w:pPr>
        <w:jc w:val="right"/>
      </w:pPr>
      <w:r>
        <w:t>پلیز گیو ی</w:t>
      </w:r>
    </w:p>
    <w:p>
      <w:r>
        <w:rPr>
          <w:b/>
        </w:rPr>
        <w:t xml:space="preserve">[36:22] </w:t>
      </w:r>
      <w:r>
        <w:t>your comment. kya pehla sentence kya tha? "is peaceful protest allowed in Islam." haan, nahi, woh protest nahi tha, woh dissent tha.</w:t>
      </w:r>
    </w:p>
    <w:p>
      <w:pPr>
        <w:jc w:val="right"/>
      </w:pPr>
      <w:r>
        <w:t>ور کمنٹ۔ کیا پہلا سینٹنس کیا تھا؟ "اس پیس فل پروٹیسٹ الاؤڈ ان اسلام۔" ہاں، نہیں، وہ پروٹیسٹ نہیں تھا، وہ ڈیسنٹ تھا۔</w:t>
      </w:r>
    </w:p>
    <w:p>
      <w:r>
        <w:rPr>
          <w:b/>
        </w:rPr>
        <w:t xml:space="preserve">[36:31] </w:t>
      </w:r>
      <w:r>
        <w:t>the difference between dissent and protest.</w:t>
      </w:r>
    </w:p>
    <w:p>
      <w:pPr>
        <w:jc w:val="right"/>
      </w:pPr>
      <w:r>
        <w:t>دا ڈیفرنس بٹوین ڈیسنٹ اینڈ پروٹیسٹ۔</w:t>
      </w:r>
    </w:p>
    <w:p>
      <w:r>
        <w:rPr>
          <w:b/>
        </w:rPr>
        <w:t xml:space="preserve">[36:38] </w:t>
      </w:r>
      <w:r>
        <w:t>dissent se bhi halka koi lafz ho toh woh tha. woh yani jaisa ke farishton ne kiya tha, Allah taala se kaha tha.</w:t>
      </w:r>
    </w:p>
    <w:p>
      <w:pPr>
        <w:jc w:val="right"/>
      </w:pPr>
      <w:r>
        <w:t>ڈیسنٹ سے بھی ہلکا کوئی لفظ ہو تو وہ تھا۔ وہ یعنی جیسا کہ فرشتوں نے کیا تھا، اللہ تعالی سے کہا تھا۔</w:t>
      </w:r>
    </w:p>
    <w:p>
      <w:r>
        <w:rPr>
          <w:b/>
        </w:rPr>
        <w:t xml:space="preserve">[36:48] </w:t>
      </w:r>
      <w:r>
        <w:t>yani aap ki aik rai hai, is rai ka aap izhaar karte hain. only to clarify the issue,</w:t>
      </w:r>
    </w:p>
    <w:p>
      <w:pPr>
        <w:jc w:val="right"/>
      </w:pPr>
      <w:r>
        <w:t>یعنی آپ کی ایک رائے ہے، اس رائے کا آپ اظہار کرتے ہیں۔ اونلی ٹو کلیریفائی دا ایشو،</w:t>
      </w:r>
    </w:p>
    <w:p>
      <w:r>
        <w:rPr>
          <w:b/>
        </w:rPr>
        <w:t xml:space="preserve">[36:55] </w:t>
      </w:r>
      <w:r>
        <w:t>yani clarification pohnchanay ke liye aap aik aik khayal ka izhaar karte hain. woh protest nahi hai, woh koi demonstration nahi hai, woh aaj kal ki parties ka koi talluq nahi hai.</w:t>
      </w:r>
    </w:p>
    <w:p>
      <w:pPr>
        <w:jc w:val="right"/>
      </w:pPr>
      <w:r>
        <w:t>یعنی کلیریفیکیشن پہنچانے کے لیے آپ ایک ایک خیال کا اظہار کرتے ہیں۔ وہ پروٹیسٹ نہیں ہے، وہ کوئی ڈیمونسٹریشن نہیں ہے، وہ آج کل کی پارٹیز کا کوئی تعلق نہیں ہے۔</w:t>
      </w:r>
    </w:p>
    <w:p>
      <w:r>
        <w:rPr>
          <w:b/>
        </w:rPr>
        <w:t xml:space="preserve">[37:09] </w:t>
      </w:r>
      <w:r>
        <w:t>to woh toh hoga, yeh toh bilkul fitri baat hai ke aap ko aik baat samajh mein na aaye gi, aap pooche ge. dard wala question, question alag cheez hai, protest alag cheez hai.</w:t>
      </w:r>
    </w:p>
    <w:p>
      <w:pPr>
        <w:jc w:val="right"/>
      </w:pPr>
      <w:r>
        <w:t>تو وہ تو ہوگا، یہ تو بالکل فطری بات ہے کہ آپ کو ایک بات سمجھ میں نہ آئے گی، آپ پوچھیں گے۔ درد والا کوئسچن، کوئسچن الگ چیز ہے، پروٹیسٹ الگ چیز ہے۔</w:t>
      </w:r>
    </w:p>
    <w:p>
      <w:r>
        <w:rPr>
          <w:b/>
        </w:rPr>
        <w:t xml:space="preserve">[37:21] </w:t>
      </w:r>
      <w:r>
        <w:t>protest nahi tha, woh yeh is ko protest ka naam dena bilkul galat tha.</w:t>
      </w:r>
    </w:p>
    <w:p>
      <w:pPr>
        <w:jc w:val="right"/>
      </w:pPr>
      <w:r>
        <w:t>پروٹیسٹ نہیں تھا، وہ یہ اس کو پروٹیسٹ کا نام دینا بالکل غلط تھا۔</w:t>
      </w:r>
    </w:p>
    <w:p>
      <w:r>
        <w:rPr>
          <w:b/>
        </w:rPr>
        <w:t xml:space="preserve">[37:28] </w:t>
      </w:r>
      <w:r>
        <w:t>question toh kare ga aadmi, kyun nahi question kare ga? is ko le kar ke jo protest nikale, woh demonstration ko koi jaiz qarar de to yeh sab bilkul baseless baat hai.</w:t>
      </w:r>
    </w:p>
    <w:p>
      <w:pPr>
        <w:jc w:val="right"/>
      </w:pPr>
      <w:r>
        <w:t>کوئسچن تو کرے گا آدمی، کیوں نہیں کوئسچن کرے گا؟ اس کو لے کر کے جو پروٹیسٹ نکالے، وہ ڈیمونسٹریشن کو کوئی جائز قرار دے تو یہ سب بالکل بیسلیس بات ہے۔</w:t>
      </w:r>
    </w:p>
    <w:p>
      <w:r>
        <w:rPr>
          <w:b/>
        </w:rPr>
        <w:t xml:space="preserve">[37:45] </w:t>
      </w:r>
      <w:r>
        <w:t>doctor Owais Siddiqui ne Delhi se likha hai: "Maulana, atheist people say that religious people teach their children that they will be tormented in hellfire till eternity, if they don't believe in God.</w:t>
      </w:r>
    </w:p>
    <w:p>
      <w:pPr>
        <w:jc w:val="right"/>
      </w:pPr>
      <w:r>
        <w:t>ڈاکٹر اویس صدیقی نے دلی سے لکھا ہے: "مولانا، ایتھسٹ پیپلز سے دیٹ ریلیجیس پیپل ٹیچ دیر چلڈرن دیٹ دے ویل بی ٹورمنٹڈ ان ہیل فائر ٹل ایٹرنیٹی، اف دے ڈونٹ بیلیو ان گاڈ۔</w:t>
      </w:r>
    </w:p>
    <w:p>
      <w:r>
        <w:rPr>
          <w:b/>
        </w:rPr>
        <w:t xml:space="preserve">[38:03] </w:t>
      </w:r>
      <w:r>
        <w:t>this goes a bad impact on their mind. what is your comment on this?"</w:t>
      </w:r>
    </w:p>
    <w:p>
      <w:pPr>
        <w:jc w:val="right"/>
      </w:pPr>
      <w:r>
        <w:t>دس گوز ا بیڈ امپیکٹ ان دیر مائنڈ۔ واٹ از یور کمنٹ ان دس؟"</w:t>
      </w:r>
    </w:p>
    <w:p>
      <w:r>
        <w:rPr>
          <w:b/>
        </w:rPr>
        <w:t xml:space="preserve">[38:08] </w:t>
      </w:r>
      <w:r>
        <w:t>yeh sab bekar baatein hain, yeh sab ahmaqana baatein hain. har mulk mein aik law hai, aik law hai ke agar aisa karoge to punishment hoga.</w:t>
      </w:r>
    </w:p>
    <w:p>
      <w:pPr>
        <w:jc w:val="right"/>
      </w:pPr>
      <w:r>
        <w:t>یہ سب بیکار باتیں ہیں، یہ سب احمقانہ باتیں ہیں۔ ہر ملک میں ایک لاء ہے، ایک لاء ہے کہ اگر ایسا کرو گے تو پنشمنٹ ہوگا۔</w:t>
      </w:r>
    </w:p>
    <w:p>
      <w:r>
        <w:rPr>
          <w:b/>
        </w:rPr>
        <w:t xml:space="preserve">[38:18] </w:t>
      </w:r>
      <w:r>
        <w:t>yeh bad ho jaye ga is se, kyunke law law system khatam kar diya jaye. har mulk mein</w:t>
      </w:r>
    </w:p>
    <w:p>
      <w:pPr>
        <w:jc w:val="right"/>
      </w:pPr>
      <w:r>
        <w:t>یہ بیڈ ہو جائے گا اس سے، کیونکہ لاء لاء سسٹم ختم کر دیا جائے۔ ہر ملک میں</w:t>
      </w:r>
    </w:p>
    <w:p>
      <w:r>
        <w:rPr>
          <w:b/>
        </w:rPr>
        <w:t xml:space="preserve">[38:26] </w:t>
      </w:r>
      <w:r>
        <w:t>aik law hai ke traffic ko kharab karoge to wahan punishment hoga, qatal karoge to kisi ko yeh hoga. to yeh sab khatam kar diya jaye. yeh sab bilkul yani false nuqtay hain, yeh koi haqeeqat is ki nahi hai.</w:t>
      </w:r>
    </w:p>
    <w:p>
      <w:pPr>
        <w:jc w:val="right"/>
      </w:pPr>
      <w:r>
        <w:t>ایک لاء ہے کہ ٹریفک کو خراب کرو گے تو وہاں پنشمنٹ ہوگا، قتل کرو گے تو کسی کو یہ ہوگا۔ تو یہ سب ختم کر دیا جائے۔ یہ سب بالکل یعنی فالس نقطے ہیں، یہ کوئی حقیقت اس کی نہیں ہے۔</w:t>
      </w:r>
    </w:p>
    <w:p>
      <w:r>
        <w:rPr>
          <w:b/>
        </w:rPr>
        <w:t xml:space="preserve">[38:43] </w:t>
      </w:r>
      <w:r>
        <w:t>hamesha har qaum mein yeh legal naam jaise hain, norm hote hi hote hain.</w:t>
      </w:r>
    </w:p>
    <w:p>
      <w:pPr>
        <w:jc w:val="right"/>
      </w:pPr>
      <w:r>
        <w:t>ہمیشہ ہر قوم میں یہ لیگل نام جیسے ہیں، نارم ہوتے ہی ہوتے ہیں۔</w:t>
      </w:r>
    </w:p>
    <w:p>
      <w:r>
        <w:rPr>
          <w:b/>
        </w:rPr>
        <w:t xml:space="preserve">[38:50] </w:t>
      </w:r>
      <w:r>
        <w:t>yeh toh hote hi hota hai. agar aisa na ho to koi mulk nahi chal sakta. constitution mein hota hai, law mein hota hai. to aap toh extend kar ke woh bhi kar dijiye ke law nahi hona chahiye.</w:t>
      </w:r>
    </w:p>
    <w:p>
      <w:pPr>
        <w:jc w:val="right"/>
      </w:pPr>
      <w:r>
        <w:t>یہ تو ہوتے ہی ہوتا ہے۔ اگر ایسا نہ ہو تو کوئی ملک نہیں چل سکتا۔ کانسٹیٹیوشن میں ہوتا ہے، لاء میں ہوتا ہے۔ تو آپ تو ایکسٹینڈ کر کے وہ بھی کر دیجئے کہ لاء نہیں ہونا چاہیے۔</w:t>
      </w:r>
    </w:p>
    <w:p>
      <w:r>
        <w:rPr>
          <w:b/>
        </w:rPr>
        <w:t xml:space="preserve">[39:03] </w:t>
      </w:r>
      <w:r>
        <w:t>yeh sab ke is ka zehn jo hai, bad bad impression parhe ga. is ka yeh koi yeh sab kuch bhi haqeeqat is ke nahi hai, yeh koi sawal nahi hai.</w:t>
      </w:r>
    </w:p>
    <w:p>
      <w:pPr>
        <w:jc w:val="right"/>
      </w:pPr>
      <w:r>
        <w:t>یہ سب کہ اس کا ذہن جو ہے، بیڈ بیڈ امپریشن پڑے گا۔ اس کا یہ کوئی یہ سب کچھ بھی حقیقت اس کے نہیں ہے، یہ کوئی سوال نہیں ہے۔</w:t>
      </w:r>
    </w:p>
    <w:p>
      <w:r>
        <w:rPr>
          <w:b/>
        </w:rPr>
        <w:t xml:space="preserve">[39:14] </w:t>
      </w:r>
      <w:r>
        <w:t>jo log aisa kehte hain, woh yani woh insincere log hain.</w:t>
      </w:r>
    </w:p>
    <w:p>
      <w:pPr>
        <w:jc w:val="right"/>
      </w:pPr>
      <w:r>
        <w:t>جو لوگ ایسا کہتے ہیں، وہ یعنی وہ انسینسیر لوگ ہیں۔</w:t>
      </w:r>
    </w:p>
    <w:p>
      <w:r>
        <w:rPr>
          <w:b/>
        </w:rPr>
        <w:t xml:space="preserve">[39:24] </w:t>
      </w:r>
      <w:r>
        <w:t>Maulana Amanullah ne Delhi se likha hai: "jis tarah insanon ko Allah ki marifat hasil ho sakti hai, usi tarah kya jinnaat ko bhi marifat ho sakti hai?"</w:t>
      </w:r>
    </w:p>
    <w:p>
      <w:pPr>
        <w:jc w:val="right"/>
      </w:pPr>
      <w:r>
        <w:t>مولانا امان اللہ نے دلی سے لکھا ہے: "جس طرح انسانوں کو اللہ کی معرفت حاصل ہو سکتی ہے، اسی طرح کیا جنات کو بھی معرفت ہو سکتی ہے؟"</w:t>
      </w:r>
    </w:p>
    <w:p>
      <w:r>
        <w:rPr>
          <w:b/>
        </w:rPr>
        <w:t xml:space="preserve">[39:39] </w:t>
      </w:r>
      <w:r>
        <w:t>hai, un ko jinnaat ko hai, un ko discover nahi karna parta, woh woh jante hain. yani humein discover karna parta hai, yahan tak ke maine samjha hai, yani kahin likha hua nahi is tarah se.</w:t>
      </w:r>
    </w:p>
    <w:p>
      <w:pPr>
        <w:jc w:val="right"/>
      </w:pPr>
      <w:r>
        <w:t>ہے، ان کو جنات کو ہے، ان کو ڈسکور نہیں کرنا پڑتا، وہ وہ جانتے ہیں۔ یعنی ہمیں ڈسکور کرنا پڑتا ہے، یہاں تک کہ میں نے سمجھا ہے، یعنی کہیں لکھا ہوا نہیں اس طریقے سے۔</w:t>
      </w:r>
    </w:p>
    <w:p>
      <w:r>
        <w:rPr>
          <w:b/>
        </w:rPr>
        <w:t xml:space="preserve">[39:53] </w:t>
      </w:r>
      <w:r>
        <w:t>lekin jinat ko har baat maloom hai, yeh computer ko har baat maloom hai. Humein jo hai, har cheez ko unfold karna hai, discover karna hai, is mein apni apni aqal ko lagana hai.</w:t>
      </w:r>
    </w:p>
    <w:p>
      <w:pPr>
        <w:jc w:val="right"/>
      </w:pPr>
      <w:r>
        <w:t>لیکن جنات کو ہر بات معلوم ہے، یہ کمپیوٹر کو ہر بات معلوم ہے۔ ہمیں جو ہے، ہر چیز کو انفولڈ کرنا ہے، ڈسکور کرنا ہے، اس میں اپنی اپنی عقل کو لگانا ہے۔</w:t>
      </w:r>
    </w:p>
    <w:p>
      <w:r>
        <w:rPr>
          <w:b/>
        </w:rPr>
        <w:t xml:space="preserve">[40:07] </w:t>
      </w:r>
      <w:r>
        <w:t>is mein to jinat ke haan ghaleban yeh is qism ka yani discovery method ghaleban nahi hai.</w:t>
      </w:r>
    </w:p>
    <w:p>
      <w:pPr>
        <w:jc w:val="right"/>
      </w:pPr>
      <w:r>
        <w:t>اس میں تو جنات کے ہاں غالباً یہ اس قسم کا یعنی ڈسکوری میتھڈ غالباً نہیں ہے۔</w:t>
      </w:r>
    </w:p>
    <w:p>
      <w:r>
        <w:rPr>
          <w:b/>
        </w:rPr>
        <w:t xml:space="preserve">[40:19] </w:t>
      </w:r>
      <w:r>
        <w:t>un ke liye har cheez jani hui hai.</w:t>
      </w:r>
    </w:p>
    <w:p>
      <w:pPr>
        <w:jc w:val="right"/>
      </w:pPr>
      <w:r>
        <w:t>ان کے لیے ہر چیز جانی ہوئی ہے۔</w:t>
      </w:r>
    </w:p>
    <w:p>
      <w:r>
        <w:rPr>
          <w:b/>
        </w:rPr>
        <w:t xml:space="preserve">[40:25] </w:t>
      </w:r>
      <w:r>
        <w:t>Imam mukarram Hussain Qasmi ne Dilli se likha hai: "Imam Ghazali ne apni kitaab Al-Muqadd mein likha hai ke ek khandani Musalman ko sab se pehle jis cheez se tauba karna chahiye,</w:t>
      </w:r>
    </w:p>
    <w:p>
      <w:pPr>
        <w:jc w:val="right"/>
      </w:pPr>
      <w:r>
        <w:t>امام مکرم حسین قاسمی نے دلی سے لکھا ہے: "امام غزالی نے اپنی کتاب المقض میں لکھا ہے کہ ایک خاندانی مسلمان کو سب سے پہلے جس چیز سے توبہ کرنا چاہیے،</w:t>
      </w:r>
    </w:p>
    <w:p>
      <w:r>
        <w:rPr>
          <w:b/>
        </w:rPr>
        <w:t xml:space="preserve">[40:44] </w:t>
      </w:r>
      <w:r>
        <w:t>woh khandani mazhab hai. Is ko chahiye ke woh apni khandani mazhab ko khudaai mazhab ki hesiyat se daryaft kare.</w:t>
      </w:r>
    </w:p>
    <w:p>
      <w:pPr>
        <w:jc w:val="right"/>
      </w:pPr>
      <w:r>
        <w:t>وہ خاندانی مذہب ہے۔ اس کو چاہیے کہ وہ اپنی خاندانی مذہب کو خدائی مذہب کی حیثیت سے دریافت کرے۔</w:t>
      </w:r>
    </w:p>
    <w:p>
      <w:r>
        <w:rPr>
          <w:b/>
        </w:rPr>
        <w:t xml:space="preserve">[40:53] </w:t>
      </w:r>
      <w:r>
        <w:t>Is ka matlab kya hai?"</w:t>
      </w:r>
    </w:p>
    <w:p>
      <w:pPr>
        <w:jc w:val="right"/>
      </w:pPr>
      <w:r>
        <w:t>اس کا مطلب کیا ہے؟"</w:t>
      </w:r>
    </w:p>
    <w:p>
      <w:r>
        <w:rPr>
          <w:b/>
        </w:rPr>
        <w:t xml:space="preserve">[40:57] </w:t>
      </w:r>
      <w:r>
        <w:t>Ab khandani ka matlab hai jis mein woh condition ho jata hai. Aadmi khandani ka matlab is ko khandani ke maani mein mat lijiye, society ke maani mein lijiye ke society mein kuch traditions hoti hain,</w:t>
      </w:r>
    </w:p>
    <w:p>
      <w:pPr>
        <w:jc w:val="right"/>
      </w:pPr>
      <w:r>
        <w:t>اب خاندانی کا مطلب ہے جس میں وہ کنڈیشن ہو جاتا ہے۔ آدمی خاندان کا مطلب اس کو خاندان کے معنی میں مت لیجئے، سوسائٹی کے معنی میں لیجئے کہ سوسائٹی میں کچھ ٹریڈیشنز ہوتی ہیں،</w:t>
      </w:r>
    </w:p>
    <w:p>
      <w:r>
        <w:rPr>
          <w:b/>
        </w:rPr>
        <w:t xml:space="preserve">[41:11] </w:t>
      </w:r>
      <w:r>
        <w:t>isi mein woh condition ho jata hai. To traditional tor par is ko maanne lagta hai. Ma'rifat darje par nahi maante, is ka Islam ma'rifat darje par nahi hota.</w:t>
      </w:r>
    </w:p>
    <w:p>
      <w:pPr>
        <w:jc w:val="right"/>
      </w:pPr>
      <w:r>
        <w:t>اسی میں وہ کنڈیشن ہو جاتا ہے۔ تو ٹریڈیشنل طور پر اس کو ماننے لگتا ہے۔ معرفت درجے پر نہیں مانتے، اس کا اسلام معرفت درجے پر نہیں ہوتا۔</w:t>
      </w:r>
    </w:p>
    <w:p>
      <w:r>
        <w:rPr>
          <w:b/>
        </w:rPr>
        <w:t xml:space="preserve">[41:24] </w:t>
      </w:r>
      <w:r>
        <w:t>Un ka matlab sirf yahi hai ke Islam ko ma'rifat ma'rifat darje mein aap ko milna chahiye, na ke sirf chala hua hai. Aap yani malfana elai abana ke tareeqe se yani maa baap se chala aa raha hai, Islam bhi kar rahe hain.</w:t>
      </w:r>
    </w:p>
    <w:p>
      <w:pPr>
        <w:jc w:val="right"/>
      </w:pPr>
      <w:r>
        <w:t>ان کا مطلب صرف یہی ہے کہ اسلام کو معرفت معرفت درجے میں آپ کو ملنا چاہیے، نہ کہ صرف چلا ہوا ہے۔ آپ یعنی مالفانہ علیہ ابانہ کے طریقے سے یعنی ماں باپ سے چلا آ رہا ہے، اسلام بھی کر رہے ہیں۔</w:t>
      </w:r>
    </w:p>
    <w:p>
      <w:r>
        <w:rPr>
          <w:b/>
        </w:rPr>
        <w:t xml:space="preserve">[41:41] </w:t>
      </w:r>
      <w:r>
        <w:t>Aisa to aisa na ho, balkeh aap ne is ko khud jaana ho, khud is ki ma'rifat aap ko mili ho. To asli imaan wahi hai.</w:t>
      </w:r>
    </w:p>
    <w:p>
      <w:pPr>
        <w:jc w:val="right"/>
      </w:pPr>
      <w:r>
        <w:t>ایسا تو ایسا نہ ہو، بلکہ آپ نے اس کو خود جانا ہو، خود اس کی معرفت آپ کو ملی ہو۔ تو اصلی ایمان وہی ہے۔</w:t>
      </w:r>
    </w:p>
    <w:p>
      <w:r>
        <w:rPr>
          <w:b/>
        </w:rPr>
        <w:t xml:space="preserve">[41:55] </w:t>
      </w:r>
      <w:r>
        <w:t>Mr Adnan Khan ne Dilli se likha hai: "Maulana, you said you do not believe in evolution, but many of the scientists have claimed to have found the missing link.</w:t>
      </w:r>
    </w:p>
    <w:p>
      <w:pPr>
        <w:jc w:val="right"/>
      </w:pPr>
      <w:r>
        <w:t>مسٹر عدنان خان نے دلی سے لکھا ہے: "مولانا، یو سیڈ یو ڈو ناٹ بیلیو ان ایولوشن، بٹ مینی اف دا سائنٹسٹ ہیو کلیم ٹو ہیو فاؤنڈ دا مسنگ لنک۔</w:t>
      </w:r>
    </w:p>
    <w:p>
      <w:r>
        <w:rPr>
          <w:b/>
        </w:rPr>
        <w:t xml:space="preserve">[42:09] </w:t>
      </w:r>
      <w:r>
        <w:t>What is your comment on their so called discoveries and claims to the proof in theory of evolution?"</w:t>
      </w:r>
    </w:p>
    <w:p>
      <w:pPr>
        <w:jc w:val="right"/>
      </w:pPr>
      <w:r>
        <w:t>واٹ از یور کمنٹ ان دیر سو کالڈ ڈسکوریز اینڈ کلیمز ٹو دا پروف ان تھیوری اف ایولوشن؟"</w:t>
      </w:r>
    </w:p>
    <w:p>
      <w:r>
        <w:rPr>
          <w:b/>
        </w:rPr>
        <w:t xml:space="preserve">[42:17] </w:t>
      </w:r>
      <w:r>
        <w:t>Yani kisi scientist ne yeh kahin nahi kaha hai ke missing link ko daryaft kar liya unhone? Yeh to koi bhi scientist nahi hai. Sach poochhein to evolution jo hai, woh scientific theory hai hi nahi, yeh to ek philosophy hai.</w:t>
      </w:r>
    </w:p>
    <w:p>
      <w:pPr>
        <w:jc w:val="right"/>
      </w:pPr>
      <w:r>
        <w:t>یعنی کسی سائنٹسٹ نے یہ کہیں نہیں کہا ہے کہ مسنگ لنک کو دریافت کر لیا انہوں نے؟ یہ تو کوئی بھی سائنٹسٹ نہیں ہے۔ سچ پوچھیں تو ایولوشن جو ہے، وہ سائنٹیفک تھیوری ہے ہی نہیں، یہ تو ایک فلاسفی ہے۔</w:t>
      </w:r>
    </w:p>
    <w:p>
      <w:r>
        <w:rPr>
          <w:b/>
        </w:rPr>
        <w:t xml:space="preserve">[42:34] </w:t>
      </w:r>
      <w:r>
        <w:t>Main evolution ko philosophy maanta hoon, science nahi maanta, kyunke ek workable theory hai. Woh</w:t>
      </w:r>
    </w:p>
    <w:p>
      <w:pPr>
        <w:jc w:val="right"/>
      </w:pPr>
      <w:r>
        <w:t>میں ایولوشن کو فلاسفی مانتا ہوں، سائنس نہیں مانتا، کیونکہ ایک ورکیبل تھیوری ہے۔ وہ</w:t>
      </w:r>
    </w:p>
    <w:p>
      <w:r>
        <w:rPr>
          <w:b/>
        </w:rPr>
        <w:t xml:space="preserve">[42:43] </w:t>
      </w:r>
      <w:r>
        <w:t>workable theory hai. Woh dekhein, science</w:t>
      </w:r>
    </w:p>
    <w:p>
      <w:pPr>
        <w:jc w:val="right"/>
      </w:pPr>
      <w:r>
        <w:t>ورکیبل تھیوری ہے۔ وہ دیکھیں، سائنس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