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Creation Plan of God August 2, 2020 Maulana Wahiduddin Khan</w:t>
      </w:r>
    </w:p>
    <w:p>
      <w:r>
        <w:t>https://www.youtube.com/watch?v=Gne8s7vy6NM</w:t>
      </w:r>
    </w:p>
    <w:p>
      <w:r>
        <w:rPr>
          <w:b/>
        </w:rPr>
        <w:t xml:space="preserve">[00:14] </w:t>
      </w:r>
      <w:r>
        <w:t>Bismillah hir Rahman nir Rahim.</w:t>
      </w:r>
    </w:p>
    <w:p>
      <w:pPr>
        <w:jc w:val="right"/>
      </w:pPr>
      <w:r>
        <w:t>بسم اللہ الرحمن الرحیم۔</w:t>
      </w:r>
    </w:p>
    <w:p>
      <w:r>
        <w:rPr>
          <w:b/>
        </w:rPr>
        <w:t xml:space="preserve">[00:22] </w:t>
      </w:r>
      <w:r>
        <w:t>Wasalli Allahu alaa Nabiyyil Kareem. Rabbishrah li sadri, wa yassir li amri, wahlul uqdatan min lisani,</w:t>
      </w:r>
    </w:p>
    <w:p>
      <w:pPr>
        <w:jc w:val="right"/>
      </w:pPr>
      <w:r>
        <w:t>وصلی اللہ علی النبی الکریم۔ رب اشرح لی صدری، ویسر لی امری، واحل العقدۃ من لسانی،</w:t>
      </w:r>
    </w:p>
    <w:p>
      <w:r>
        <w:rPr>
          <w:b/>
        </w:rPr>
        <w:t xml:space="preserve">[00:37] </w:t>
      </w:r>
      <w:r>
        <w:t>yaf qahu qawli.</w:t>
      </w:r>
    </w:p>
    <w:p>
      <w:pPr>
        <w:jc w:val="right"/>
      </w:pPr>
      <w:r>
        <w:t>یفقہ قولی۔</w:t>
      </w:r>
    </w:p>
    <w:p>
      <w:r>
        <w:rPr>
          <w:b/>
        </w:rPr>
        <w:t xml:space="preserve">[00:42] </w:t>
      </w:r>
      <w:r>
        <w:t>2 August 2020.</w:t>
      </w:r>
    </w:p>
    <w:p>
      <w:pPr>
        <w:jc w:val="right"/>
      </w:pPr>
      <w:r>
        <w:t>2 اگست 2020۔</w:t>
      </w:r>
    </w:p>
    <w:p>
      <w:r>
        <w:rPr>
          <w:b/>
        </w:rPr>
        <w:t xml:space="preserve">[00:50] </w:t>
      </w:r>
      <w:r>
        <w:t>Aaj subah mujhe Quran ki ek aayat yaad aayi,</w:t>
      </w:r>
    </w:p>
    <w:p>
      <w:pPr>
        <w:jc w:val="right"/>
      </w:pPr>
      <w:r>
        <w:t>آج صبح مجھے قرآن کی ایک آیت یاد آئی،</w:t>
      </w:r>
    </w:p>
    <w:p>
      <w:r>
        <w:rPr>
          <w:b/>
        </w:rPr>
        <w:t xml:space="preserve">[00:58] </w:t>
      </w:r>
      <w:r>
        <w:t>jo</w:t>
      </w:r>
    </w:p>
    <w:p>
      <w:pPr>
        <w:jc w:val="right"/>
      </w:pPr>
      <w:r>
        <w:t>جو</w:t>
      </w:r>
    </w:p>
    <w:p>
      <w:r>
        <w:rPr>
          <w:b/>
        </w:rPr>
        <w:t xml:space="preserve">[01:03] </w:t>
      </w:r>
      <w:r>
        <w:t>takhleeq ka, tareekh insani ka bayan hai. purpose of takhleeq kya hai, is ka bayan hai.</w:t>
      </w:r>
    </w:p>
    <w:p>
      <w:pPr>
        <w:jc w:val="right"/>
      </w:pPr>
      <w:r>
        <w:t>تخلیق کا، تاریخ انسانی کا بیان ہے۔ پرپز آف تخلیق کیا ہے، اس کا بیان ہے۔</w:t>
      </w:r>
    </w:p>
    <w:p>
      <w:r>
        <w:rPr>
          <w:b/>
        </w:rPr>
        <w:t xml:space="preserve">[01:15] </w:t>
      </w:r>
      <w:r>
        <w:t>khalaq al maut wal hayat, li balakum ayyan.</w:t>
      </w:r>
    </w:p>
    <w:p>
      <w:pPr>
        <w:jc w:val="right"/>
      </w:pPr>
      <w:r>
        <w:t>خلق الموت والحیات، لبلکم ایمن۔</w:t>
      </w:r>
    </w:p>
    <w:p>
      <w:r>
        <w:rPr>
          <w:b/>
        </w:rPr>
        <w:t xml:space="preserve">[01:25] </w:t>
      </w:r>
      <w:r>
        <w:t>allah ne paida kiya maut aur zindagi taake dekhe ke kaun tum mein hai jo</w:t>
      </w:r>
    </w:p>
    <w:p>
      <w:pPr>
        <w:jc w:val="right"/>
      </w:pPr>
      <w:r>
        <w:t>اللہ نے پیدا کیا موت اور زندگی تاکہ دیکھے کہ کون تم میں ہے جو</w:t>
      </w:r>
    </w:p>
    <w:p>
      <w:r>
        <w:rPr>
          <w:b/>
        </w:rPr>
        <w:t xml:space="preserve">[01:42] </w:t>
      </w:r>
      <w:r>
        <w:t>ahsan al amal hai.</w:t>
      </w:r>
    </w:p>
    <w:p>
      <w:pPr>
        <w:jc w:val="right"/>
      </w:pPr>
      <w:r>
        <w:t>احسن العمل ہے۔</w:t>
      </w:r>
    </w:p>
    <w:p>
      <w:r>
        <w:rPr>
          <w:b/>
        </w:rPr>
        <w:t xml:space="preserve">[01:48] </w:t>
      </w:r>
      <w:r>
        <w:t>is ka matlab kya hai?</w:t>
      </w:r>
    </w:p>
    <w:p>
      <w:pPr>
        <w:jc w:val="right"/>
      </w:pPr>
      <w:r>
        <w:t>اس کا مطلب کیا ہے؟</w:t>
      </w:r>
    </w:p>
    <w:p>
      <w:r>
        <w:rPr>
          <w:b/>
        </w:rPr>
        <w:t xml:space="preserve">[01:53] </w:t>
      </w:r>
      <w:r>
        <w:t>ke takhleeq ka maqsad darasal</w:t>
      </w:r>
    </w:p>
    <w:p>
      <w:pPr>
        <w:jc w:val="right"/>
      </w:pPr>
      <w:r>
        <w:t>کہ تخلیق کا مقصد دراصل</w:t>
      </w:r>
    </w:p>
    <w:p>
      <w:r>
        <w:rPr>
          <w:b/>
        </w:rPr>
        <w:t xml:space="preserve">[02:01] </w:t>
      </w:r>
      <w:r>
        <w:t>ek selection, ek intikhab</w:t>
      </w:r>
    </w:p>
    <w:p>
      <w:pPr>
        <w:jc w:val="right"/>
      </w:pPr>
      <w:r>
        <w:t>ایک سلیکشن، ایک انتخاب</w:t>
      </w:r>
    </w:p>
    <w:p>
      <w:r>
        <w:rPr>
          <w:b/>
        </w:rPr>
        <w:t xml:space="preserve">[02:08] </w:t>
      </w:r>
      <w:r>
        <w:t>ka maqsad hai. ek, ek, ek intikhab. yaani insan paida kiye gaye hain, mard aurat, un ko rakha gaya hai mukhtalif halaat mein.</w:t>
      </w:r>
    </w:p>
    <w:p>
      <w:pPr>
        <w:jc w:val="right"/>
      </w:pPr>
      <w:r>
        <w:t>کا مقصد ہے۔ ایک، ایک، ایک انتخاب۔ یعنی انسان پیدا کیے گئے ہیں، مرد عورت، ان کو رکھا گیا ہے مختلف حالات میں۔</w:t>
      </w:r>
    </w:p>
    <w:p>
      <w:r>
        <w:rPr>
          <w:b/>
        </w:rPr>
        <w:t xml:space="preserve">[02:21] </w:t>
      </w:r>
      <w:r>
        <w:t>kabhi negative, kabhi positive.</w:t>
      </w:r>
    </w:p>
    <w:p>
      <w:pPr>
        <w:jc w:val="right"/>
      </w:pPr>
      <w:r>
        <w:t>کبھی نیگیٹیو، کبھی پازیٹیو۔</w:t>
      </w:r>
    </w:p>
    <w:p>
      <w:r>
        <w:rPr>
          <w:b/>
        </w:rPr>
        <w:t xml:space="preserve">[02:27] </w:t>
      </w:r>
      <w:r>
        <w:t>yeh halaat test ke liye hain. in, in, in is test mein har aadmi ko guzarna parega.</w:t>
      </w:r>
    </w:p>
    <w:p>
      <w:pPr>
        <w:jc w:val="right"/>
      </w:pPr>
      <w:r>
        <w:t>یہ حالات ٹیسٹ کے لیے ہیں۔ ان، ان، ان اس ٹیسٹ میں ہر آدمی کو گزرنا پڑے گا۔</w:t>
      </w:r>
    </w:p>
    <w:p>
      <w:r>
        <w:rPr>
          <w:b/>
        </w:rPr>
        <w:t xml:space="preserve">[02:38] </w:t>
      </w:r>
      <w:r>
        <w:t>koi aadmi test se pass nahi ho sakta.</w:t>
      </w:r>
    </w:p>
    <w:p>
      <w:pPr>
        <w:jc w:val="right"/>
      </w:pPr>
      <w:r>
        <w:t>کوئی آدمی ٹیسٹ سے پاس نہیں ہو سکتا۔</w:t>
      </w:r>
    </w:p>
    <w:p>
      <w:r>
        <w:rPr>
          <w:b/>
        </w:rPr>
        <w:t xml:space="preserve">[02:46] </w:t>
      </w:r>
      <w:r>
        <w:t>yeh is liye hai taake allah ahsan al amal ka intikhab kare, selection kare.</w:t>
      </w:r>
    </w:p>
    <w:p>
      <w:pPr>
        <w:jc w:val="right"/>
      </w:pPr>
      <w:r>
        <w:t>یہ اس لیے ہے تاکہ اللہ احسن العمل کا انتخاب کرے، سلیکشن کرے۔</w:t>
      </w:r>
    </w:p>
    <w:p>
      <w:r>
        <w:rPr>
          <w:b/>
        </w:rPr>
        <w:t xml:space="preserve">[03:00] </w:t>
      </w:r>
      <w:r>
        <w:t>ahsan al amal ka matlab hai best deed wala.</w:t>
      </w:r>
    </w:p>
    <w:p>
      <w:pPr>
        <w:jc w:val="right"/>
      </w:pPr>
      <w:r>
        <w:t>احسن العمل کا مطلب ہے بیسٹ ڈیڈ والا۔</w:t>
      </w:r>
    </w:p>
    <w:p>
      <w:r>
        <w:rPr>
          <w:b/>
        </w:rPr>
        <w:t xml:space="preserve">[03:07] </w:t>
      </w:r>
      <w:r>
        <w:t>dekhein, best deed jo hai, mahdood maani mein nahi hai, bohat hi wasee maani mein. chunancha doosri jagah quran mein aaya hai:</w:t>
      </w:r>
    </w:p>
    <w:p>
      <w:pPr>
        <w:jc w:val="right"/>
      </w:pPr>
      <w:r>
        <w:t>دیکھیں، بیسٹ ڈیڈ جو ہے، محدود معنی میں نہیں ہے، بہت ہی وسیع معنی میں۔ چنانچہ دوسری جگہ قرآن میں آیا ہے:</w:t>
      </w:r>
    </w:p>
    <w:p>
      <w:r>
        <w:rPr>
          <w:b/>
        </w:rPr>
        <w:t xml:space="preserve">[03:26] </w:t>
      </w:r>
      <w:r>
        <w:t>ulaika ma'a al nabiyyin wal siddiqin wal shuhada wal salihin, wa husna ulaika rafiqa.</w:t>
      </w:r>
    </w:p>
    <w:p>
      <w:pPr>
        <w:jc w:val="right"/>
      </w:pPr>
      <w:r>
        <w:t>أولئك مع النبیین والصدیقین والشہداء والصالحین، وحسن أولئک رفیقہ۔</w:t>
      </w:r>
    </w:p>
    <w:p>
      <w:r>
        <w:rPr>
          <w:b/>
        </w:rPr>
        <w:t xml:space="preserve">[03:39] </w:t>
      </w:r>
      <w:r>
        <w:t>is ka matlab kya hai? is ko gehrai ke sath sochiye.</w:t>
      </w:r>
    </w:p>
    <w:p>
      <w:pPr>
        <w:jc w:val="right"/>
      </w:pPr>
      <w:r>
        <w:t>اس کا مطلب کیا ہے؟ اس کو گہرائی کے ساتھ سوچیے۔</w:t>
      </w:r>
    </w:p>
    <w:p>
      <w:r>
        <w:rPr>
          <w:b/>
        </w:rPr>
        <w:t xml:space="preserve">[03:48] </w:t>
      </w:r>
      <w:r>
        <w:t>beshumar insan paida kiye gaye, un ko halaat mein dala gaya. kabhi positive cognitive, kabhi aisa, kabhi waisa.</w:t>
      </w:r>
    </w:p>
    <w:p>
      <w:pPr>
        <w:jc w:val="right"/>
      </w:pPr>
      <w:r>
        <w:t>بے شمار انسان پیدا کیے گئے، ان کو حالات میں ڈالا گیا۔ کبھی پازیٹیو کوگنیٹیو، کبھی ایسا، کبھی ویسا۔</w:t>
      </w:r>
    </w:p>
    <w:p>
      <w:r>
        <w:rPr>
          <w:b/>
        </w:rPr>
        <w:t xml:space="preserve">[04:02] </w:t>
      </w:r>
      <w:r>
        <w:t>is mein farishte jo hain,</w:t>
      </w:r>
    </w:p>
    <w:p>
      <w:pPr>
        <w:jc w:val="right"/>
      </w:pPr>
      <w:r>
        <w:t>اس میں فرشتے جو ہیں،</w:t>
      </w:r>
    </w:p>
    <w:p>
      <w:r>
        <w:rPr>
          <w:b/>
        </w:rPr>
        <w:t xml:space="preserve">[04:08] </w:t>
      </w:r>
      <w:r>
        <w:t>dekh rahe hain. woh record bana rahe hain, kaun kaisa hai, kaun kaisa hai.</w:t>
      </w:r>
    </w:p>
    <w:p>
      <w:pPr>
        <w:jc w:val="right"/>
      </w:pPr>
      <w:r>
        <w:t>دیکھ رہے ہیں۔ وہ ریکارڈ بنا رہے ہیں، کون کیسا ہے، کون کیسا ہے۔</w:t>
      </w:r>
    </w:p>
    <w:p>
      <w:r>
        <w:rPr>
          <w:b/>
        </w:rPr>
        <w:t xml:space="preserve">[04:22] </w:t>
      </w:r>
      <w:r>
        <w:t>toh farishton ke record ko dekh kar insan ka intikhab kiya jayega. yeh intikhab kis liye hai?</w:t>
      </w:r>
    </w:p>
    <w:p>
      <w:pPr>
        <w:jc w:val="right"/>
      </w:pPr>
      <w:r>
        <w:t>تو فرشتوں کے ریکارڈ کو دیکھ کر انسان کا انتخاب کیا جائے گا۔ یہ انتخاب کس لیے ہے؟</w:t>
      </w:r>
    </w:p>
    <w:p>
      <w:r>
        <w:rPr>
          <w:b/>
        </w:rPr>
        <w:t xml:space="preserve">[04:34] </w:t>
      </w:r>
      <w:r>
        <w:t>asal duniya jo hai, woh akhirat mein banne wali hai. is ke baad</w:t>
      </w:r>
    </w:p>
    <w:p>
      <w:pPr>
        <w:jc w:val="right"/>
      </w:pPr>
      <w:r>
        <w:t>اصل دنیا جو ہے، وہ آخرت میں بننے والی ہے۔ اس کے بعد</w:t>
      </w:r>
    </w:p>
    <w:p>
      <w:r>
        <w:rPr>
          <w:b/>
        </w:rPr>
        <w:t xml:space="preserve">[04:41] </w:t>
      </w:r>
      <w:r>
        <w:t>yahan toh</w:t>
      </w:r>
    </w:p>
    <w:p>
      <w:pPr>
        <w:jc w:val="right"/>
      </w:pPr>
      <w:r>
        <w:t>یہاں تو</w:t>
      </w:r>
    </w:p>
    <w:p>
      <w:r>
        <w:rPr>
          <w:b/>
        </w:rPr>
        <w:t xml:space="preserve">[04:47] </w:t>
      </w:r>
      <w:r>
        <w:t>ek aadmi mujhe mile, jo london ki ek factory mein thay, woh</w:t>
      </w:r>
    </w:p>
    <w:p>
      <w:pPr>
        <w:jc w:val="right"/>
      </w:pPr>
      <w:r>
        <w:t>ایک آدمی مجھے ملے، جو لندن کی ایک فیکٹری میں تھے، وہ</w:t>
      </w:r>
    </w:p>
    <w:p>
      <w:r>
        <w:rPr>
          <w:b/>
        </w:rPr>
        <w:t xml:space="preserve">[04:55] </w:t>
      </w:r>
      <w:r>
        <w:t>biscuit ki factory nahi, chocolate ki factory.</w:t>
      </w:r>
    </w:p>
    <w:p>
      <w:pPr>
        <w:jc w:val="right"/>
      </w:pPr>
      <w:r>
        <w:t>بسکٹ کی فیکٹری نہیں، چاکلیٹ کی فیکٹری۔</w:t>
      </w:r>
    </w:p>
    <w:p>
      <w:r>
        <w:rPr>
          <w:b/>
        </w:rPr>
        <w:t xml:space="preserve">[05:01] </w:t>
      </w:r>
      <w:r>
        <w:t>un se poocha, "main ne kaha aap ka kaam kya hai?" toh maloom hua ke main. unhon ne kaha ke hamari factory jo hai, chocolate factory hai.</w:t>
      </w:r>
    </w:p>
    <w:p>
      <w:pPr>
        <w:jc w:val="right"/>
      </w:pPr>
      <w:r>
        <w:t>ان سے پوچھا، "میں نے کہا آپ کا کام کیا ہے؟" تو معلوم ہوا کہ میں۔ انہوں نے کہا کہ ہماری فیکٹری جو ہے، چاکلیٹ فیکٹری ہے۔</w:t>
      </w:r>
    </w:p>
    <w:p>
      <w:r>
        <w:rPr>
          <w:b/>
        </w:rPr>
        <w:t xml:space="preserve">[05:12] </w:t>
      </w:r>
      <w:r>
        <w:t>to is mein nikalta hai achhe se chocolate, ban ban kar ke. main wahan baitha rehta hoon aur jo chocolate mein koi defect ho, us ko chhaant deta hoon.</w:t>
      </w:r>
    </w:p>
    <w:p>
      <w:pPr>
        <w:jc w:val="right"/>
      </w:pPr>
      <w:r>
        <w:t>تو اس میں نکلتا ہے اچھے سے چاکلیٹ، بن بن کر کے۔ میں وہاں بیٹھا رہتا ہوں اور جو چاکلیٹ میں کوئی ڈیفیکٹ ہو، اس کو چھانٹ دیتا ہوں۔</w:t>
      </w:r>
    </w:p>
    <w:p>
      <w:r>
        <w:rPr>
          <w:b/>
        </w:rPr>
        <w:t xml:space="preserve">[05:36] </w:t>
      </w:r>
      <w:r>
        <w:t>chhaant deta hoon. to main sunaoon ke is dunya mein har jagah</w:t>
      </w:r>
    </w:p>
    <w:p>
      <w:pPr>
        <w:jc w:val="right"/>
      </w:pPr>
      <w:r>
        <w:t>چھانٹ دیتا ہوں۔ تو میں سناؤں کہ اس دنیا میں ہر جگہ</w:t>
      </w:r>
    </w:p>
    <w:p>
      <w:r>
        <w:rPr>
          <w:b/>
        </w:rPr>
        <w:t xml:space="preserve">[05:44] </w:t>
      </w:r>
      <w:r>
        <w:t>angel baithe hue hain, farishte. woh dekh rahe hain ke kaun chocolate defective hai, kaun positive hai, perfect hai.</w:t>
      </w:r>
    </w:p>
    <w:p>
      <w:pPr>
        <w:jc w:val="right"/>
      </w:pPr>
      <w:r>
        <w:t>اینجل بیٹھے ہوئے ہیں، فرشتے۔ وہ دیکھ رہے ہیں کہ کون چاکلیٹ ڈیفیکٹیو ہے، کون پازیٹیو ہے، پرفیکٹ ہے۔</w:t>
      </w:r>
    </w:p>
    <w:p>
      <w:r>
        <w:rPr>
          <w:b/>
        </w:rPr>
        <w:t xml:space="preserve">[05:56] </w:t>
      </w:r>
      <w:r>
        <w:t>to woh chhaant te rehte hain.</w:t>
      </w:r>
    </w:p>
    <w:p>
      <w:pPr>
        <w:jc w:val="right"/>
      </w:pPr>
      <w:r>
        <w:t>تو وہ چھانٹتے رہتے ہیں۔</w:t>
      </w:r>
    </w:p>
    <w:p>
      <w:r>
        <w:rPr>
          <w:b/>
        </w:rPr>
        <w:t xml:space="preserve">[06:02] </w:t>
      </w:r>
      <w:r>
        <w:t>to hamein bahut zyada alert rehna chahiye, kab kis ko chhaant diya jayega.</w:t>
      </w:r>
    </w:p>
    <w:p>
      <w:pPr>
        <w:jc w:val="right"/>
      </w:pPr>
      <w:r>
        <w:t>تو ہمیں بہت زیادہ الرٹ رہنا چاہیے، کب کس کو چھانٹ دیا جائے گا۔</w:t>
      </w:r>
    </w:p>
    <w:p>
      <w:r>
        <w:rPr>
          <w:b/>
        </w:rPr>
        <w:t xml:space="preserve">[06:14] </w:t>
      </w:r>
      <w:r>
        <w:t>yani jannat ke liye ghair mustahiq bana diya jaye ga.</w:t>
      </w:r>
    </w:p>
    <w:p>
      <w:pPr>
        <w:jc w:val="right"/>
      </w:pPr>
      <w:r>
        <w:t>یعنی جنت کے لیے غیر مستحق بنا دیا جائے۔</w:t>
      </w:r>
    </w:p>
    <w:p>
      <w:r>
        <w:rPr>
          <w:b/>
        </w:rPr>
        <w:t xml:space="preserve">[06:27] </w:t>
      </w:r>
      <w:r>
        <w:t>yeh jo farishton ki chhaantai hai,</w:t>
      </w:r>
    </w:p>
    <w:p>
      <w:pPr>
        <w:jc w:val="right"/>
      </w:pPr>
      <w:r>
        <w:t>یہ جو فرشتوں کی چھٹائی ہے،</w:t>
      </w:r>
    </w:p>
    <w:p>
      <w:r>
        <w:rPr>
          <w:b/>
        </w:rPr>
        <w:t xml:space="preserve">[06:36] </w:t>
      </w:r>
      <w:r>
        <w:t>yahi tay karegi ke</w:t>
      </w:r>
    </w:p>
    <w:p>
      <w:pPr>
        <w:jc w:val="right"/>
      </w:pPr>
      <w:r>
        <w:t>یہی طے کرے گی کہ</w:t>
      </w:r>
    </w:p>
    <w:p>
      <w:r>
        <w:rPr>
          <w:b/>
        </w:rPr>
        <w:t xml:space="preserve">[06:40] </w:t>
      </w:r>
      <w:r>
        <w:t>kaun insaan jannat ke qabil hai, kaun se jannat, jannat ke qabil nahi hai.</w:t>
      </w:r>
    </w:p>
    <w:p>
      <w:pPr>
        <w:jc w:val="right"/>
      </w:pPr>
      <w:r>
        <w:t>کون انسان جنت کے قابل ہے، کون سے جنت، جنت کے قابل نہیں ہے۔</w:t>
      </w:r>
    </w:p>
    <w:p>
      <w:r>
        <w:rPr>
          <w:b/>
        </w:rPr>
        <w:t xml:space="preserve">[06:51] </w:t>
      </w:r>
      <w:r>
        <w:t>asal baat yeh hai ke yeh Allah taala ko ek aur society banani hai, perfect society.</w:t>
      </w:r>
    </w:p>
    <w:p>
      <w:pPr>
        <w:jc w:val="right"/>
      </w:pPr>
      <w:r>
        <w:t>اصل بات یہ ہے کہ یہ اللہ تعالی کو ایک اور سوسائٹی بنانی ہے، پرفیکٹ سوسائٹی۔</w:t>
      </w:r>
    </w:p>
    <w:p>
      <w:r>
        <w:rPr>
          <w:b/>
        </w:rPr>
        <w:t xml:space="preserve">[07:00] </w:t>
      </w:r>
      <w:r>
        <w:t>is ke ilawa to aaj ki dunya mein to log mile jule hain, achhe bure, sab ke sab ke hain. woh jo banegi perfect society,</w:t>
      </w:r>
    </w:p>
    <w:p>
      <w:pPr>
        <w:jc w:val="right"/>
      </w:pPr>
      <w:r>
        <w:t>اس کے علاوہ تو آج کی دنیا میں تو لوگ ملے جلے ہیں، اچھے برے، سب کے سب کے ہیں۔ وہ جو بنے گی پرفیکٹ سوسائٹی،</w:t>
      </w:r>
    </w:p>
    <w:p>
      <w:r>
        <w:rPr>
          <w:b/>
        </w:rPr>
        <w:t xml:space="preserve">[07:15] </w:t>
      </w:r>
      <w:r>
        <w:t>is mein chhaantai ke baad log dakhil kiye jayenge.</w:t>
      </w:r>
    </w:p>
    <w:p>
      <w:pPr>
        <w:jc w:val="right"/>
      </w:pPr>
      <w:r>
        <w:t>اس میں چھٹائی کے بعد لوگ داخل کیے جائیں گے۔</w:t>
      </w:r>
    </w:p>
    <w:p>
      <w:r>
        <w:rPr>
          <w:b/>
        </w:rPr>
        <w:t xml:space="preserve">[07:24] </w:t>
      </w:r>
      <w:r>
        <w:t>awlaika ma'a al-nabiyyin wa al-siddiqin wa al-shuhada wa al-salihin, wa husn awlaika rafiqah.</w:t>
      </w:r>
    </w:p>
    <w:p>
      <w:pPr>
        <w:jc w:val="right"/>
      </w:pPr>
      <w:r>
        <w:t>أولئك مع النبیین والصدیقین والشہداء والصالحین، وحسن أولئک رفیقہ۔</w:t>
      </w:r>
    </w:p>
    <w:p>
      <w:r>
        <w:rPr>
          <w:b/>
        </w:rPr>
        <w:t xml:space="preserve">[07:34] </w:t>
      </w:r>
      <w:r>
        <w:t>woh hifz-e-rifaqat ka mahir, mahir hoga. hifz-e-rifaqat.</w:t>
      </w:r>
    </w:p>
    <w:p>
      <w:pPr>
        <w:jc w:val="right"/>
      </w:pPr>
      <w:r>
        <w:t>وہ حفظ رفاقت کا ماہر، ماہر ہوگا۔ حفظ رفاقت۔</w:t>
      </w:r>
    </w:p>
    <w:p>
      <w:r>
        <w:rPr>
          <w:b/>
        </w:rPr>
        <w:t xml:space="preserve">[07:45] </w:t>
      </w:r>
      <w:r>
        <w:t>to Quran ki mukhtalif aayaton mein yeh bataya gaya hai ke woh chhaantai ke baad jo log banenge, woh kaise honge.</w:t>
      </w:r>
    </w:p>
    <w:p>
      <w:pPr>
        <w:jc w:val="right"/>
      </w:pPr>
      <w:r>
        <w:t>تو قرآن کی مختلف آیتوں میں یہ بتایا گیا ہے کہ وہ چھٹائی کے بعد جو لوگ بنیں گے، وہ کیسے ہوں گے۔</w:t>
      </w:r>
    </w:p>
    <w:p>
      <w:r>
        <w:rPr>
          <w:b/>
        </w:rPr>
        <w:t xml:space="preserve">[08:00] </w:t>
      </w:r>
      <w:r>
        <w:t>to main apne lafzon mein kahunga ke woh</w:t>
      </w:r>
    </w:p>
    <w:p>
      <w:pPr>
        <w:jc w:val="right"/>
      </w:pPr>
      <w:r>
        <w:t>تو میں اپنے لفظوں میں کہوں گا کہ وہ</w:t>
      </w:r>
    </w:p>
    <w:p>
      <w:r>
        <w:rPr>
          <w:b/>
        </w:rPr>
        <w:t xml:space="preserve">[08:11] </w:t>
      </w:r>
      <w:r>
        <w:t>aise log honge jo hifz-e-rifaqat wale, yani best divide dene wale.</w:t>
      </w:r>
    </w:p>
    <w:p>
      <w:pPr>
        <w:jc w:val="right"/>
      </w:pPr>
      <w:r>
        <w:t>ایسے لوگ ہوں گے جو حفظ رفاقت والے، یعنی بیسٹ ڈیوائیڈ دینے والے۔</w:t>
      </w:r>
    </w:p>
    <w:p>
      <w:r>
        <w:rPr>
          <w:b/>
        </w:rPr>
        <w:t xml:space="preserve">[08:21] </w:t>
      </w:r>
      <w:r>
        <w:t>un se doosron ko best divide milega. jo predictive character wale hon, predictive character.</w:t>
      </w:r>
    </w:p>
    <w:p>
      <w:pPr>
        <w:jc w:val="right"/>
      </w:pPr>
      <w:r>
        <w:t>ان سے دوسروں کو بیسٹ ڈیوائیڈ ملے گا۔ جو پریڈکٹیو کریکٹر والے ہوں، پریڈکٹیو کریکٹر۔</w:t>
      </w:r>
    </w:p>
    <w:p>
      <w:r>
        <w:rPr>
          <w:b/>
        </w:rPr>
        <w:t xml:space="preserve">[08:39] </w:t>
      </w:r>
      <w:r>
        <w:t>har cheez un ki aala ho, perfect ho. to un ko chhaant kar ke wahan us society mein rakha jayega.</w:t>
      </w:r>
    </w:p>
    <w:p>
      <w:pPr>
        <w:jc w:val="right"/>
      </w:pPr>
      <w:r>
        <w:t>ہر چیز ان کی اعلیٰ ہو، پرفیکٹ ہو۔ تو ان کو چھانٹ کر کے وہاں اس سوسائٹی میں رکھا جائے گا۔</w:t>
      </w:r>
    </w:p>
    <w:p>
      <w:r>
        <w:rPr>
          <w:b/>
        </w:rPr>
        <w:t xml:space="preserve">[08:52] </w:t>
      </w:r>
      <w:r>
        <w:t>jahan tak maine samjha hai Quran se</w:t>
      </w:r>
    </w:p>
    <w:p>
      <w:pPr>
        <w:jc w:val="right"/>
      </w:pPr>
      <w:r>
        <w:t>جہاں تک میں نے سمجھا ہے قرآن سے</w:t>
      </w:r>
    </w:p>
    <w:p>
      <w:r>
        <w:rPr>
          <w:b/>
        </w:rPr>
        <w:t xml:space="preserve">[08:55] </w:t>
      </w:r>
      <w:r>
        <w:t>ke woh dunya kahin aur nahi banegi, kisi be-rukh par nahi banegi. isi dunya mein banne ke ma'ani kya hain?</w:t>
      </w:r>
    </w:p>
    <w:p>
      <w:pPr>
        <w:jc w:val="right"/>
      </w:pPr>
      <w:r>
        <w:t>کہ وہ دنیا کہیں اور نہیں بنے گی، کسی بے رخ پر نہیں بنے گی۔ اسی دنیا میں بننے کے معنی کیا ہیں؟</w:t>
      </w:r>
    </w:p>
    <w:p>
      <w:r>
        <w:rPr>
          <w:b/>
        </w:rPr>
        <w:t xml:space="preserve">[09:06] </w:t>
      </w:r>
      <w:r>
        <w:t>is dunya ko sanwar diya jayega. Bible mein yeh baat hai.</w:t>
      </w:r>
    </w:p>
    <w:p>
      <w:pPr>
        <w:jc w:val="right"/>
      </w:pPr>
      <w:r>
        <w:t>اس دنیا کو سنوار دیا جائے گا۔ بائبل میں یہ بات ہے۔</w:t>
      </w:r>
    </w:p>
    <w:p>
      <w:r>
        <w:rPr>
          <w:b/>
        </w:rPr>
        <w:t xml:space="preserve">[09:15] </w:t>
      </w:r>
      <w:r>
        <w:t>is dunya ko sanwar diya jayega. matlab yahan par achhe weather bhi hain, bad weather bhi hain.</w:t>
      </w:r>
    </w:p>
    <w:p>
      <w:pPr>
        <w:jc w:val="right"/>
      </w:pPr>
      <w:r>
        <w:t>اس دنیا کو سنوار دیا جائے گا۔ مطلب یہاں پر اچھے ویدر بھی ہیں، بیڈ ویدر بھی ہیں۔</w:t>
      </w:r>
    </w:p>
    <w:p>
      <w:r>
        <w:rPr>
          <w:b/>
        </w:rPr>
        <w:t xml:space="preserve">[09:24] </w:t>
      </w:r>
      <w:r>
        <w:t>yahan par achhe halaat bhi hain, bure halaat bhi hain. nature mein oonch neech hota rehta hai, woh sab nahi hoga.</w:t>
      </w:r>
    </w:p>
    <w:p>
      <w:pPr>
        <w:jc w:val="right"/>
      </w:pPr>
      <w:r>
        <w:t>یہاں پر اچھے حالات بھی ہیں، برے حالات بھی ہیں۔ نیچر میں اونچ نیچ ہوتا رہتا ہے، وہ سب نہیں ہوگا۔</w:t>
      </w:r>
    </w:p>
    <w:p>
      <w:r>
        <w:rPr>
          <w:b/>
        </w:rPr>
        <w:t xml:space="preserve">[09:36] </w:t>
      </w:r>
      <w:r>
        <w:t>laya'roon fiha shamsun wa la dameerun yani best mausam hoga.</w:t>
      </w:r>
    </w:p>
    <w:p>
      <w:pPr>
        <w:jc w:val="right"/>
      </w:pPr>
      <w:r>
        <w:t>لایرون فیہا شمس ولا ضمیر یعنی بیسٹ موسم ہوگا۔</w:t>
      </w:r>
    </w:p>
    <w:p>
      <w:r>
        <w:rPr>
          <w:b/>
        </w:rPr>
        <w:t xml:space="preserve">[09:45] </w:t>
      </w:r>
      <w:r>
        <w:t>wahan ke jo phal honge, wahan ke jo anaaj honge, woh</w:t>
      </w:r>
    </w:p>
    <w:p>
      <w:pPr>
        <w:jc w:val="right"/>
      </w:pPr>
      <w:r>
        <w:t>وہاں کے جو پھل ہوں گے، وہاں کے جو اناج ہوں گے، وہ</w:t>
      </w:r>
    </w:p>
    <w:p>
      <w:r>
        <w:rPr>
          <w:b/>
        </w:rPr>
        <w:t xml:space="preserve">[09:56] </w:t>
      </w:r>
      <w:r>
        <w:t>polluted nahin honge, pollution nahin hoga, milawat nahin hogi.</w:t>
      </w:r>
    </w:p>
    <w:p>
      <w:pPr>
        <w:jc w:val="right"/>
      </w:pPr>
      <w:r>
        <w:t>پولیوٹڈ نہیں ہوں گے، پولیوشن نہیں ہوگا، ملاوٹ نہیں ہوگی۔</w:t>
      </w:r>
    </w:p>
    <w:p>
      <w:r>
        <w:rPr>
          <w:b/>
        </w:rPr>
        <w:t xml:space="preserve">[10:08] </w:t>
      </w:r>
      <w:r>
        <w:t>toh aisi duniya ke bare mein quran mein hai ke</w:t>
      </w:r>
    </w:p>
    <w:p>
      <w:pPr>
        <w:jc w:val="right"/>
      </w:pPr>
      <w:r>
        <w:t>تو ایسی دنیا کے بارے میں قرآن میں ہے کہ</w:t>
      </w:r>
    </w:p>
    <w:p>
      <w:r>
        <w:rPr>
          <w:b/>
        </w:rPr>
        <w:t xml:space="preserve">[10:14] </w:t>
      </w:r>
      <w:r>
        <w:t>ke fafiro ila. ek aayat hai ke daudo us jannat ki taraf.</w:t>
      </w:r>
    </w:p>
    <w:p>
      <w:pPr>
        <w:jc w:val="right"/>
      </w:pPr>
      <w:r>
        <w:t>کہ ففرو الہ۔ ایک آیت ہے کہ دوڑو اس جنت کی طرف۔</w:t>
      </w:r>
    </w:p>
    <w:p>
      <w:r>
        <w:rPr>
          <w:b/>
        </w:rPr>
        <w:t xml:space="preserve">[10:24] </w:t>
      </w:r>
      <w:r>
        <w:t>jannat al samawat darasal daudo us jannat ki taraf, daudo</w:t>
      </w:r>
    </w:p>
    <w:p>
      <w:pPr>
        <w:jc w:val="right"/>
      </w:pPr>
      <w:r>
        <w:t>جنت السماوات دراصل دوڑو اس جنت کی طرف، دوڑو</w:t>
      </w:r>
    </w:p>
    <w:p>
      <w:r>
        <w:rPr>
          <w:b/>
        </w:rPr>
        <w:t xml:space="preserve">[10:35] </w:t>
      </w:r>
      <w:r>
        <w:t>jo poori zameen o aasman ke barabar hai.</w:t>
      </w:r>
    </w:p>
    <w:p>
      <w:pPr>
        <w:jc w:val="right"/>
      </w:pPr>
      <w:r>
        <w:t>جو پوری زمین و آسمان کے برابر ہے۔</w:t>
      </w:r>
    </w:p>
    <w:p>
      <w:r>
        <w:rPr>
          <w:b/>
        </w:rPr>
        <w:t xml:space="preserve">[10:40] </w:t>
      </w:r>
      <w:r>
        <w:t>yeh saari duniya jo banayi gayi hai, jo kuch banaya gaya hai, woh sab ibtidai model hai. jisme pollution bhi hai, jisme negative thinking bhi hai,</w:t>
      </w:r>
    </w:p>
    <w:p>
      <w:pPr>
        <w:jc w:val="right"/>
      </w:pPr>
      <w:r>
        <w:t>یہ ساری دنیا جو بنائی گئی ہے، جو کچھ بنایا گیا ہے، وہ سب ابتدائی ماڈل ہے۔ جس میں پولیوشن بھی ہے، جس میں نیگیٹیو تھنکنگ بھی ہے،</w:t>
      </w:r>
    </w:p>
    <w:p>
      <w:r>
        <w:rPr>
          <w:b/>
        </w:rPr>
        <w:t xml:space="preserve">[10:55] </w:t>
      </w:r>
      <w:r>
        <w:t>jisme yeh bhi hai, woh bhi hai.</w:t>
      </w:r>
    </w:p>
    <w:p>
      <w:pPr>
        <w:jc w:val="right"/>
      </w:pPr>
      <w:r>
        <w:t>جس میں یہ بھی ہے، وہ بھی ہے۔</w:t>
      </w:r>
    </w:p>
    <w:p>
      <w:r>
        <w:rPr>
          <w:b/>
        </w:rPr>
        <w:t xml:space="preserve">[10:57] </w:t>
      </w:r>
      <w:r>
        <w:t>lekin profiled duniya hogi, woh</w:t>
      </w:r>
    </w:p>
    <w:p>
      <w:pPr>
        <w:jc w:val="right"/>
      </w:pPr>
      <w:r>
        <w:t>لیکن پروفائلڈ دنیا ہوگی، وہ</w:t>
      </w:r>
    </w:p>
    <w:p>
      <w:r>
        <w:rPr>
          <w:b/>
        </w:rPr>
        <w:t xml:space="preserve">[11:03] </w:t>
      </w:r>
      <w:r>
        <w:t>iski, is poora profiled duniya ke liye jo afraad honge, woh yahin chhat chhaante jayenge farishton ke zariye.</w:t>
      </w:r>
    </w:p>
    <w:p>
      <w:pPr>
        <w:jc w:val="right"/>
      </w:pPr>
      <w:r>
        <w:t>اس کی، اس پورا پروفائلڈ دنیا کے لیے جو افراد ہوں گے، وہ یہیں چھٹ چھاٹے جائیں گے فرشتوں کے ذریعے۔</w:t>
      </w:r>
    </w:p>
    <w:p>
      <w:r>
        <w:rPr>
          <w:b/>
        </w:rPr>
        <w:t xml:space="preserve">[11:16] </w:t>
      </w:r>
      <w:r>
        <w:t>phir wahan kaam kya hoga?</w:t>
      </w:r>
    </w:p>
    <w:p>
      <w:pPr>
        <w:jc w:val="right"/>
      </w:pPr>
      <w:r>
        <w:t>پھر وہاں کام کیا ہوگا؟</w:t>
      </w:r>
    </w:p>
    <w:p>
      <w:r>
        <w:rPr>
          <w:b/>
        </w:rPr>
        <w:t xml:space="preserve">[11:22] </w:t>
      </w:r>
      <w:r>
        <w:t>yani wahan jo kaam hoga, yeh nahin ke aish o ishrat nahin, ek aala civilization.</w:t>
      </w:r>
    </w:p>
    <w:p>
      <w:pPr>
        <w:jc w:val="right"/>
      </w:pPr>
      <w:r>
        <w:t>یعنی وہاں جو کام ہوگا، یہ نہیں کہ عیش و عشرت نہیں، ایک اعلیٰ سیولائزیشن۔</w:t>
      </w:r>
    </w:p>
    <w:p>
      <w:r>
        <w:rPr>
          <w:b/>
        </w:rPr>
        <w:t xml:space="preserve">[11:33] </w:t>
      </w:r>
      <w:r>
        <w:t>woh jo unse kaha tha, Alvin Toffler, Alvin Toffler,</w:t>
      </w:r>
    </w:p>
    <w:p>
      <w:pPr>
        <w:jc w:val="right"/>
      </w:pPr>
      <w:r>
        <w:t>وہ جو ان سے کہا تھا، الون ٹافلر، الون ٹافلر،</w:t>
      </w:r>
    </w:p>
    <w:p>
      <w:r>
        <w:rPr>
          <w:b/>
        </w:rPr>
        <w:t xml:space="preserve">[11:39] </w:t>
      </w:r>
      <w:r>
        <w:t>is duniya ko mutaarif kiya isne. toh isne kaha ke duniya ek aise daur ki taraf ja rahi hai. Alvin Toffler ne kaha, jo ghaliban 70, 70 saal pehle paida hua tha,</w:t>
      </w:r>
    </w:p>
    <w:p>
      <w:pPr>
        <w:jc w:val="right"/>
      </w:pPr>
      <w:r>
        <w:t>اس دنیا کو متعارف کیا اس نے۔ تو اس نے کہا کہ دنیا ایک ایسے دور کی طرف جا رہی ہے۔ الون ٹافلر نے کہا، جو غالباً 70، 70 سال پہلے پیدا ہوا تھا،</w:t>
      </w:r>
    </w:p>
    <w:p>
      <w:r>
        <w:rPr>
          <w:b/>
        </w:rPr>
        <w:t xml:space="preserve">[11:56] </w:t>
      </w:r>
      <w:r>
        <w:t>yeh duniya ek aise daur ki taraf ja rahi hai</w:t>
      </w:r>
    </w:p>
    <w:p>
      <w:pPr>
        <w:jc w:val="right"/>
      </w:pPr>
      <w:r>
        <w:t>یہ دنیا ایک ایسے دور کی طرف جا رہی ہے</w:t>
      </w:r>
    </w:p>
    <w:p>
      <w:r>
        <w:rPr>
          <w:b/>
        </w:rPr>
        <w:t xml:space="preserve">[11:59] </w:t>
      </w:r>
      <w:r>
        <w:t>jo perfect daur hoga.</w:t>
      </w:r>
    </w:p>
    <w:p>
      <w:pPr>
        <w:jc w:val="right"/>
      </w:pPr>
      <w:r>
        <w:t>جو پرفیکٹ دور ہوگا۔</w:t>
      </w:r>
    </w:p>
    <w:p>
      <w:r>
        <w:rPr>
          <w:b/>
        </w:rPr>
        <w:t xml:space="preserve">[12:06] </w:t>
      </w:r>
      <w:r>
        <w:t>har cheez perfect.</w:t>
      </w:r>
    </w:p>
    <w:p>
      <w:pPr>
        <w:jc w:val="right"/>
      </w:pPr>
      <w:r>
        <w:t>ہر چیز پرفیکٹ۔</w:t>
      </w:r>
    </w:p>
    <w:p>
      <w:r>
        <w:rPr>
          <w:b/>
        </w:rPr>
        <w:t xml:space="preserve">[12:14] </w:t>
      </w:r>
      <w:r>
        <w:t>toh main samajhta hoon ke isne jo guess kiya tha, woh bilkul sahi guess tha.</w:t>
      </w:r>
    </w:p>
    <w:p>
      <w:pPr>
        <w:jc w:val="right"/>
      </w:pPr>
      <w:r>
        <w:t>تو میں سمجھتا ہوں کہ اس نے جو گیس کیا تھا، وہ بالکل صحیح گیس تھا۔</w:t>
      </w:r>
    </w:p>
    <w:p>
      <w:r>
        <w:rPr>
          <w:b/>
        </w:rPr>
        <w:t xml:space="preserve">[12:26] </w:t>
      </w:r>
      <w:r>
        <w:t>isme jo mausam hoga, perfect mausam hoga. isme pollution nahin hoga.</w:t>
      </w:r>
    </w:p>
    <w:p>
      <w:pPr>
        <w:jc w:val="right"/>
      </w:pPr>
      <w:r>
        <w:t>اس میں جو موسم ہوگا، پرفیکٹ موسم ہوگا۔ اس میں پولیوشن نہیں ہوگا۔</w:t>
      </w:r>
    </w:p>
    <w:p>
      <w:r>
        <w:rPr>
          <w:b/>
        </w:rPr>
        <w:t xml:space="preserve">[12:43] </w:t>
      </w:r>
      <w:r>
        <w:t>har cheez purified hogi.</w:t>
      </w:r>
    </w:p>
    <w:p>
      <w:pPr>
        <w:jc w:val="right"/>
      </w:pPr>
      <w:r>
        <w:t>ہر چیز پوریفائیڈ ہوگی۔</w:t>
      </w:r>
    </w:p>
    <w:p>
      <w:r>
        <w:rPr>
          <w:b/>
        </w:rPr>
        <w:t xml:space="preserve">[12:52] </w:t>
      </w:r>
      <w:r>
        <w:t>aur bahut hi achhe, good debt wahan hoga. har aadmi jo hai,</w:t>
      </w:r>
    </w:p>
    <w:p>
      <w:pPr>
        <w:jc w:val="right"/>
      </w:pPr>
      <w:r>
        <w:t>اور بہت ہی اچھے، گڈ ڈیبٹ وہاں ہوگا۔ ہر آدمی جو ہے،</w:t>
      </w:r>
    </w:p>
    <w:p>
      <w:r>
        <w:rPr>
          <w:b/>
        </w:rPr>
        <w:t xml:space="preserve">[13:05] </w:t>
      </w:r>
      <w:r>
        <w:t>har aadmi best, behtareen</w:t>
      </w:r>
    </w:p>
    <w:p>
      <w:pPr>
        <w:jc w:val="right"/>
      </w:pPr>
      <w:r>
        <w:t>ہر آدمی بیسٹ، بہترین</w:t>
      </w:r>
    </w:p>
    <w:p>
      <w:r>
        <w:rPr>
          <w:b/>
        </w:rPr>
        <w:t xml:space="preserve">[13:12] </w:t>
      </w:r>
      <w:r>
        <w:t>jawaar wala hoga. har aadmi ko doosre se achha parho, parho, parho, pados milega, milega.</w:t>
      </w:r>
    </w:p>
    <w:p>
      <w:pPr>
        <w:jc w:val="right"/>
      </w:pPr>
      <w:r>
        <w:t>جوار والا ہوگا۔ ہر آدمی کو دوسرے سے اچھا پڑھو، پڑھو، پڑھو، پڑوس ملے گا، ملے گا۔</w:t>
      </w:r>
    </w:p>
    <w:p>
      <w:r>
        <w:rPr>
          <w:b/>
        </w:rPr>
        <w:t xml:space="preserve">[13:30] </w:t>
      </w:r>
      <w:r>
        <w:t>kaisi ajeeb hogi woh duniya.</w:t>
      </w:r>
    </w:p>
    <w:p>
      <w:pPr>
        <w:jc w:val="right"/>
      </w:pPr>
      <w:r>
        <w:t>کیسی عجیب ہوگی وہ دنیا۔</w:t>
      </w:r>
    </w:p>
    <w:p>
      <w:r>
        <w:rPr>
          <w:b/>
        </w:rPr>
        <w:t xml:space="preserve">[13:35] </w:t>
      </w:r>
      <w:r>
        <w:t>toh woh duniya jab banegi, uske liye aur bhi kuch iski pehchan hai. maslan quran mein ghaliban do aayatein ya teen aayatein hain</w:t>
      </w:r>
    </w:p>
    <w:p>
      <w:pPr>
        <w:jc w:val="right"/>
      </w:pPr>
      <w:r>
        <w:t>تو وہ دنیا جب بنے گی، اس کے لیے اور بھی کچھ اس کی پہچان ہے۔ مثلاً قرآن میں غالباً دو آیتیں یا تین آیتیں ہیں</w:t>
      </w:r>
    </w:p>
    <w:p>
      <w:r>
        <w:rPr>
          <w:b/>
        </w:rPr>
        <w:t xml:space="preserve">[13:54] </w:t>
      </w:r>
      <w:r>
        <w:t>keh wahan par</w:t>
      </w:r>
    </w:p>
    <w:p>
      <w:pPr>
        <w:jc w:val="right"/>
      </w:pPr>
      <w:r>
        <w:t>کہ وہاں پر</w:t>
      </w:r>
    </w:p>
    <w:p>
      <w:r>
        <w:rPr>
          <w:b/>
        </w:rPr>
        <w:t xml:space="preserve">[13:59] </w:t>
      </w:r>
      <w:r>
        <w:t>tamam aala Allah khul jayenge.</w:t>
      </w:r>
    </w:p>
    <w:p>
      <w:pPr>
        <w:jc w:val="right"/>
      </w:pPr>
      <w:r>
        <w:t>تمام اعلیٰ اللہ کھل جائیں گے۔</w:t>
      </w:r>
    </w:p>
    <w:p>
      <w:r>
        <w:rPr>
          <w:b/>
        </w:rPr>
        <w:t xml:space="preserve">[14:06] </w:t>
      </w:r>
      <w:r>
        <w:t>tamam aala Allah khul jayenge. Allah ke kalmat sab khul jayenge.</w:t>
      </w:r>
    </w:p>
    <w:p>
      <w:pPr>
        <w:jc w:val="right"/>
      </w:pPr>
      <w:r>
        <w:t>تمام اعلیٰ اللہ کھل جائیں گے۔ اللہ کے کلمات سب کھل جائیں گے۔</w:t>
      </w:r>
    </w:p>
    <w:p>
      <w:r>
        <w:rPr>
          <w:b/>
        </w:rPr>
        <w:t xml:space="preserve">[14:22] </w:t>
      </w:r>
      <w:r>
        <w:t>Surah Luqman mein aik ayat hai, kya alfaaz hain? Surah Al-Kahf mein hai qul kaana al-bahru midadun likalimati rabbi lanfada al-bahru qabla an tanfada kalimatu rabbi walaw ji'na bimithlihi madadan yeh jannatiyon ke</w:t>
      </w:r>
    </w:p>
    <w:p>
      <w:pPr>
        <w:jc w:val="right"/>
      </w:pPr>
      <w:r>
        <w:t>سورہ لقمان میں ایک آیت ہے، کیا الفاظ ہیں؟ سورہ الکہف میں ہے قل کان البحر مداد لکلمات ربی لنفد البحر قبل ان تنفد کلمات ربی ولو جئنا بمثله مددا یہ جنتیوں کے</w:t>
      </w:r>
    </w:p>
    <w:p>
      <w:r>
        <w:rPr>
          <w:b/>
        </w:rPr>
        <w:t xml:space="preserve">[14:40] </w:t>
      </w:r>
      <w:r>
        <w:t>amal ka zikr hai. Jannati aik aala civilization mein honge. Woh aala darje ki universityan, aala darje ke library, aala darje ke idare.</w:t>
      </w:r>
    </w:p>
    <w:p>
      <w:pPr>
        <w:jc w:val="right"/>
      </w:pPr>
      <w:r>
        <w:t>عمل کا ذکر ہے۔ جنتی ایک اعلیٰ سولائزیشن میں ہوں گے۔ وہ اعلیٰ درجے کی یونیورسٹیاں، اعلیٰ درجے کے لائبریری، اعلیٰ درجے کے ادارے۔</w:t>
      </w:r>
    </w:p>
    <w:p>
      <w:r>
        <w:rPr>
          <w:b/>
        </w:rPr>
        <w:t xml:space="preserve">[14:56] </w:t>
      </w:r>
      <w:r>
        <w:t>Toh wahan yeh log Allah ka aala, Allah ke kalmat ka restrict tayyar karenge.</w:t>
      </w:r>
    </w:p>
    <w:p>
      <w:pPr>
        <w:jc w:val="right"/>
      </w:pPr>
      <w:r>
        <w:t>تو وہاں یہ لوگ اللہ کا اعلیٰ، اللہ کے کلمات کا ریسٹرکٹ تیار کریں گے۔</w:t>
      </w:r>
    </w:p>
    <w:p>
      <w:r>
        <w:rPr>
          <w:b/>
        </w:rPr>
        <w:t xml:space="preserve">[15:06] </w:t>
      </w:r>
      <w:r>
        <w:t>Is pe research karenge.</w:t>
      </w:r>
    </w:p>
    <w:p>
      <w:pPr>
        <w:jc w:val="right"/>
      </w:pPr>
      <w:r>
        <w:t>اس پہ ریسرچ کریں گے۔</w:t>
      </w:r>
    </w:p>
    <w:p>
      <w:r>
        <w:rPr>
          <w:b/>
        </w:rPr>
        <w:t xml:space="preserve">[15:13] </w:t>
      </w:r>
      <w:r>
        <w:t>Aik ayat Surah Luqman mein hai, ji aik ayat hai Surah Al-Kahf, Al-Kahf mein hai. Dono padhiye, Surah Al-Kahf ki ayat hai qul kaana al-bahru midadun likalimati rabbi lanfada al-bahru qabla an tanfada kalimatu rabbi</w:t>
      </w:r>
    </w:p>
    <w:p>
      <w:pPr>
        <w:jc w:val="right"/>
      </w:pPr>
      <w:r>
        <w:t>ایک آیت سورہ لقمان میں ہے، جی ایک آیت ہے سورہ الکہف، الکہف میں ہے۔ دونوں پڑھیے، سورہ الکہف کی آیت ہے قل کان البحر مداد لکلمات ربی لنفد البحر قبل ان تنفد کلمات ربی</w:t>
      </w:r>
    </w:p>
    <w:p>
      <w:r>
        <w:rPr>
          <w:b/>
        </w:rPr>
        <w:t xml:space="preserve">[15:31] </w:t>
      </w:r>
      <w:r>
        <w:t>walaw ji'na bimithlihi madadan ayat number 109 kaho agar samandar ban jaye roshnai mere Rab ke kalmat ke liye toh samandar khatam ho jayenge qabl is ke ke mere Rab ke kalmat khatam hon.</w:t>
      </w:r>
    </w:p>
    <w:p>
      <w:pPr>
        <w:jc w:val="right"/>
      </w:pPr>
      <w:r>
        <w:t>ولو جئنا بمثله مددا آیت نمبر 109 کہو اگر سمندر بن جائیں روشنائی میرے رب کے کلمات کے لیے تو سمندر ختم ہو جائیں گے قبل اس کے کہ میرے رب کے کلمات ختم ہوں۔</w:t>
      </w:r>
    </w:p>
    <w:p>
      <w:r>
        <w:rPr>
          <w:b/>
        </w:rPr>
        <w:t xml:space="preserve">[15:50] </w:t>
      </w:r>
      <w:r>
        <w:t>agarche</w:t>
      </w:r>
    </w:p>
    <w:p>
      <w:pPr>
        <w:jc w:val="right"/>
      </w:pPr>
      <w:r>
        <w:t>اگرچہ</w:t>
      </w:r>
    </w:p>
    <w:p>
      <w:r>
        <w:rPr>
          <w:b/>
        </w:rPr>
        <w:t xml:space="preserve">[15:51] </w:t>
      </w:r>
      <w:r>
        <w:t>hum le aayein isi ki misl aur bhi roshnai. Ghaur kijiye itne zyada kalmat, thode se kalmat the, un par science bani.</w:t>
      </w:r>
    </w:p>
    <w:p>
      <w:pPr>
        <w:jc w:val="right"/>
      </w:pPr>
      <w:r>
        <w:t>ہم لے آئیں اسی کی مثل اور بھی روشنائی۔ غور کیجئے اتنے زیادہ کلمات، تھوڑے سے کلمات تھے، ان پر سائنس بنی۔</w:t>
      </w:r>
    </w:p>
    <w:p>
      <w:r>
        <w:rPr>
          <w:b/>
        </w:rPr>
        <w:t xml:space="preserve">[16:05] </w:t>
      </w:r>
      <w:r>
        <w:t>Wahan jo science hai, woh kya hai? Kalmat Allah ka</w:t>
      </w:r>
    </w:p>
    <w:p>
      <w:pPr>
        <w:jc w:val="right"/>
      </w:pPr>
      <w:r>
        <w:t>وہاں جو سائنس ہے، وہ کیا ہے؟ کلمات اللہ کا</w:t>
      </w:r>
    </w:p>
    <w:p>
      <w:r>
        <w:rPr>
          <w:b/>
        </w:rPr>
        <w:t xml:space="preserve">[16:09] </w:t>
      </w:r>
      <w:r>
        <w:t>unfolding hai jis ko hum science kehte hain.</w:t>
      </w:r>
    </w:p>
    <w:p>
      <w:pPr>
        <w:jc w:val="right"/>
      </w:pPr>
      <w:r>
        <w:t>انفولڈنگ ہے جس کو ہم سائنس کہتے ہیں۔</w:t>
      </w:r>
    </w:p>
    <w:p>
      <w:r>
        <w:rPr>
          <w:b/>
        </w:rPr>
        <w:t xml:space="preserve">[16:17] </w:t>
      </w:r>
      <w:r>
        <w:t>Woh kya hai? Kalmat Allah ki unfolding.</w:t>
      </w:r>
    </w:p>
    <w:p>
      <w:pPr>
        <w:jc w:val="right"/>
      </w:pPr>
      <w:r>
        <w:t>وہ کیا ہے؟ کلمات اللہ کی انفولڈنگ۔</w:t>
      </w:r>
    </w:p>
    <w:p>
      <w:r>
        <w:rPr>
          <w:b/>
        </w:rPr>
        <w:t xml:space="preserve">[16:23] </w:t>
      </w:r>
      <w:r>
        <w:t>Toh aik aur dunya banegi, wahan pe unfolding hogi zyada aala andaaz mein. Woh Surah Luqman wali padhiye,</w:t>
      </w:r>
    </w:p>
    <w:p>
      <w:pPr>
        <w:jc w:val="right"/>
      </w:pPr>
      <w:r>
        <w:t>تو ایک اور دنیا بنے گی، وہاں پہ انفولڈنگ ہوگی زیادہ اعلیٰ انداز میں۔ وہ سورہ لقمان والی پڑھیے،</w:t>
      </w:r>
    </w:p>
    <w:p>
      <w:r>
        <w:rPr>
          <w:b/>
        </w:rPr>
        <w:t xml:space="preserve">[16:37] </w:t>
      </w:r>
      <w:r>
        <w:t>Surah Luqman ayat number 27</w:t>
      </w:r>
    </w:p>
    <w:p>
      <w:pPr>
        <w:jc w:val="right"/>
      </w:pPr>
      <w:r>
        <w:t>سورہ لقمان آیت نمبر 27</w:t>
      </w:r>
    </w:p>
    <w:p>
      <w:r>
        <w:rPr>
          <w:b/>
        </w:rPr>
        <w:t xml:space="preserve">[16:41] </w:t>
      </w:r>
      <w:r>
        <w:t>walaw annama fil ardi min shajaratin aqlamun walbahru yamuddu min ba'dihi sab'atun abhurin ma nafidat kalimatu Allahi innAllaha azeezun hakeem yeh dekhiye is ko ghaur kijiye itna aala kyun?</w:t>
      </w:r>
    </w:p>
    <w:p>
      <w:pPr>
        <w:jc w:val="right"/>
      </w:pPr>
      <w:r>
        <w:t>ولو انما فی الارض من شجرۃ اقلام والبحریمدہ من بعدہ سبعت ابھری ما نفدت کلمات اللہ ان اللہ عزیز حکیم یہ دیکھیے اس کو غور کیجئے اتنا اعلیٰ کیوں؟</w:t>
      </w:r>
    </w:p>
    <w:p>
      <w:r>
        <w:rPr>
          <w:b/>
        </w:rPr>
        <w:t xml:space="preserve">[16:59] </w:t>
      </w:r>
      <w:r>
        <w:t>Itne kalmat kyun?</w:t>
      </w:r>
    </w:p>
    <w:p>
      <w:pPr>
        <w:jc w:val="right"/>
      </w:pPr>
      <w:r>
        <w:t>اتنے کلمات کیوں؟</w:t>
      </w:r>
    </w:p>
    <w:p>
      <w:r>
        <w:rPr>
          <w:b/>
        </w:rPr>
        <w:t xml:space="preserve">[17:03] </w:t>
      </w:r>
      <w:r>
        <w:t>Isi liye ke Allah aik aisi makhlooq paida karega jo prepare ho kar ke, tayyar ho kar ke is ki unfolding karenge.</w:t>
      </w:r>
    </w:p>
    <w:p>
      <w:pPr>
        <w:jc w:val="right"/>
      </w:pPr>
      <w:r>
        <w:t>اسی لیے کہ اللہ ایک ایسی مخلوق پیدا کرے گا جو پریپیر ہو کر کے، تیار ہو کر کے اس کی انفولڈنگ کریں گے۔</w:t>
      </w:r>
    </w:p>
    <w:p>
      <w:r>
        <w:rPr>
          <w:b/>
        </w:rPr>
        <w:t xml:space="preserve">[17:15] </w:t>
      </w:r>
      <w:r>
        <w:t>Aisi universityan banengi, aisi library hogi, is mein yeh log kaam karenge.</w:t>
      </w:r>
    </w:p>
    <w:p>
      <w:pPr>
        <w:jc w:val="right"/>
      </w:pPr>
      <w:r>
        <w:t>ایسی یونیورسٹیاں بنیں گی، ایسی لائبریری ہوگی، اس میں یہ لوگ کام کریں گے۔</w:t>
      </w:r>
    </w:p>
    <w:p>
      <w:r>
        <w:rPr>
          <w:b/>
        </w:rPr>
        <w:t xml:space="preserve">[17:23] </w:t>
      </w:r>
      <w:r>
        <w:t>Saare mawaqe wahan khul jayenge. Wahan har hasad nahi hoga, jalan nahi hogi. Wahan aik doosre ko koi kaat nahi karega.</w:t>
      </w:r>
    </w:p>
    <w:p>
      <w:pPr>
        <w:jc w:val="right"/>
      </w:pPr>
      <w:r>
        <w:t>سارے مواقع وہاں کھل جائیں گے۔ وہاں ہر حسد نہیں ہوگا، جلن نہیں ہوگی۔ وہاں ایک دوسرے کو کوئی کاٹ نہیں کرے گا۔</w:t>
      </w:r>
    </w:p>
    <w:p>
      <w:r>
        <w:rPr>
          <w:b/>
        </w:rPr>
        <w:t xml:space="preserve">[17:34] </w:t>
      </w:r>
      <w:r>
        <w:t>Iqraar hoga, ikhraaj karna hoga. Wahan</w:t>
      </w:r>
    </w:p>
    <w:p>
      <w:pPr>
        <w:jc w:val="right"/>
      </w:pPr>
      <w:r>
        <w:t>اعتراف ہوگا، اخراج کرنا ہوگا۔ وہاں</w:t>
      </w:r>
    </w:p>
    <w:p>
      <w:r>
        <w:rPr>
          <w:b/>
        </w:rPr>
        <w:t xml:space="preserve">[17:39] </w:t>
      </w:r>
      <w:r>
        <w:t>aise mahaul mein jeene ko mauqa milega.</w:t>
      </w:r>
    </w:p>
    <w:p>
      <w:pPr>
        <w:jc w:val="right"/>
      </w:pPr>
      <w:r>
        <w:t>ایسے ماحول میں جینے کو موقع ملے گا۔</w:t>
      </w:r>
    </w:p>
    <w:p>
      <w:r>
        <w:rPr>
          <w:b/>
        </w:rPr>
        <w:t xml:space="preserve">[17:45] </w:t>
      </w:r>
      <w:r>
        <w:t>Dunya mein aap jante hain ke bohat jald hasad, jalan, tarah tarah ki negative thinking aa jati hai. Wahan yeh sab kuch nahi hoga.</w:t>
      </w:r>
    </w:p>
    <w:p>
      <w:pPr>
        <w:jc w:val="right"/>
      </w:pPr>
      <w:r>
        <w:t>دنیا میں آپ جانتے ہیں کہ بہت جلد حسد، جلن، طرح طرح کی نیگیٹیو تھنکنگ آ جاتی ہے۔ وہاں یہ سب کچھ نہیں ہوگا۔</w:t>
      </w:r>
    </w:p>
    <w:p>
      <w:r>
        <w:rPr>
          <w:b/>
        </w:rPr>
        <w:t xml:space="preserve">[17:57] </w:t>
      </w:r>
      <w:r>
        <w:t>Is liye ke wahan woh, woh, woh muntakhab ke logon</w:t>
      </w:r>
    </w:p>
    <w:p>
      <w:pPr>
        <w:jc w:val="right"/>
      </w:pPr>
      <w:r>
        <w:t>اس لیے کہ وہاں وہ، وہ، وہ منتخب کے لوگوں</w:t>
      </w:r>
    </w:p>
    <w:p>
      <w:r>
        <w:rPr>
          <w:b/>
        </w:rPr>
        <w:t xml:space="preserve">[18:02] </w:t>
      </w:r>
      <w:r>
        <w:t>ke liye society hogi.</w:t>
      </w:r>
    </w:p>
    <w:p>
      <w:pPr>
        <w:jc w:val="right"/>
      </w:pPr>
      <w:r>
        <w:t>کے لیے سوسائٹی ہوگی۔</w:t>
      </w:r>
    </w:p>
    <w:p>
      <w:r>
        <w:rPr>
          <w:b/>
        </w:rPr>
        <w:t xml:space="preserve">[18:09] </w:t>
      </w:r>
      <w:r>
        <w:t>jannat un muntakhab logon ki society hogi jo farishton ke record ke mutabiq chune jayenge.</w:t>
      </w:r>
    </w:p>
    <w:p>
      <w:pPr>
        <w:jc w:val="right"/>
      </w:pPr>
      <w:r>
        <w:t>جنت ان منتخب لوگوں کی سوسائٹی ہوگی جو فرشتوں کے ریکارڈ کے مطابق چنے جائیں گے۔</w:t>
      </w:r>
    </w:p>
    <w:p>
      <w:r>
        <w:rPr>
          <w:b/>
        </w:rPr>
        <w:t xml:space="preserve">[18:25] </w:t>
      </w:r>
      <w:r>
        <w:t>la shams la yaroon fiha shams wala dameer</w:t>
      </w:r>
    </w:p>
    <w:p>
      <w:pPr>
        <w:jc w:val="right"/>
      </w:pPr>
      <w:r>
        <w:t>لا شمس لایرون فیہا شمس ولا ضمیر</w:t>
      </w:r>
    </w:p>
    <w:p>
      <w:r>
        <w:rPr>
          <w:b/>
        </w:rPr>
        <w:t xml:space="preserve">[18:33] </w:t>
      </w:r>
      <w:r>
        <w:t>woh kya? salam, salam, salam</w:t>
      </w:r>
    </w:p>
    <w:p>
      <w:pPr>
        <w:jc w:val="right"/>
      </w:pPr>
      <w:r>
        <w:t>وہ کیا؟ سلام، سلام، سلام</w:t>
      </w:r>
    </w:p>
    <w:p>
      <w:r>
        <w:rPr>
          <w:b/>
        </w:rPr>
        <w:t xml:space="preserve">[18:42] </w:t>
      </w:r>
      <w:r>
        <w:t>illa salam, salam.</w:t>
      </w:r>
    </w:p>
    <w:p>
      <w:pPr>
        <w:jc w:val="right"/>
      </w:pPr>
      <w:r>
        <w:t>الا سلام، سلام۔</w:t>
      </w:r>
    </w:p>
    <w:p>
      <w:r>
        <w:rPr>
          <w:b/>
        </w:rPr>
        <w:t xml:space="preserve">[18:49] </w:t>
      </w:r>
      <w:r>
        <w:t>yani wahan ek aisi society hogi jahan har ek ke dil mein doosre ke liye sirf kalmat thi, peace, mohabbat, aur kuch nahi hoga.</w:t>
      </w:r>
    </w:p>
    <w:p>
      <w:pPr>
        <w:jc w:val="right"/>
      </w:pPr>
      <w:r>
        <w:t>یعنی وہاں ایک ایسی سوسائٹی ہوگی جہاں ہر ایک کے دل میں دوسرے کے لیے صرف کلمات تھیں، پیس، محبت، اور کچھ نہیں ہوگا۔</w:t>
      </w:r>
    </w:p>
    <w:p>
      <w:r>
        <w:rPr>
          <w:b/>
        </w:rPr>
        <w:t xml:space="preserve">[19:09] </w:t>
      </w:r>
      <w:r>
        <w:t>woh padhiye fafro</w:t>
      </w:r>
    </w:p>
    <w:p>
      <w:pPr>
        <w:jc w:val="right"/>
      </w:pPr>
      <w:r>
        <w:t>وہ پڑھیے ففرو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