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Surrendering Yourself to God September 6, 2020 Maulana Wahiduddin Khan</w:t>
      </w:r>
    </w:p>
    <w:p>
      <w:r>
        <w:t>https://www.youtube.com/watch?v=qZh-Gxf9Tms</w:t>
      </w:r>
    </w:p>
    <w:p>
      <w:r>
        <w:rPr>
          <w:b/>
        </w:rPr>
        <w:t xml:space="preserve">[00:14]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sallallahu ala nabiyyil kareem.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[00:33] </w:t>
      </w:r>
      <w:r>
        <w:t>6 sitambar 2020.</w:t>
      </w:r>
    </w:p>
    <w:p>
      <w:pPr>
        <w:jc w:val="right"/>
      </w:pPr>
      <w:r>
        <w:t>6 ستمبر 2020۔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