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Search for Truth August 8, 2020 Prof. Farida Khanam</w:t>
      </w:r>
    </w:p>
    <w:p>
      <w:r>
        <w:t>https://www.youtube.com/watch?v=3_BITTqgi_M</w:t>
      </w:r>
    </w:p>
    <w:p>
      <w:r>
        <w:rPr>
          <w:b/>
        </w:rPr>
        <w:t xml:space="preserve">[00:11] </w:t>
      </w:r>
      <w:r>
        <w:t>bismillah hir rahman nir raheem.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[00:15] </w:t>
      </w:r>
      <w:r>
        <w:t>assalam o alaikum wa rehmatullah.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[00:18] </w:t>
      </w:r>
      <w:r>
        <w:t>aaj hum maulana ke "search for truth" ke baray mein kuch baat kareinge.</w:t>
      </w:r>
    </w:p>
    <w:p>
      <w:pPr>
        <w:jc w:val="right"/>
      </w:pPr>
      <w:r>
        <w:t>آج ہم مولانا کے "سرچ فار ٹروتھ" کے بارے میں کچھ بات کریں گے۔</w:t>
      </w:r>
    </w:p>
    <w:p>
      <w:r>
        <w:rPr>
          <w:b/>
        </w:rPr>
        <w:t xml:space="preserve">[00:26] </w:t>
      </w:r>
      <w:r>
        <w:t>to yeh search for truth, jaisa ke hum ne bataya hai ke yeh bohat pehle se shuru hui</w:t>
      </w:r>
    </w:p>
    <w:p>
      <w:pPr>
        <w:jc w:val="right"/>
      </w:pPr>
      <w:r>
        <w:t>تو یہ سرچ فار ٹروتھ، جیسا کہ ہم نے بتایا ہے کہ یہ بہت پہلے سے شروع ہوئی</w:t>
      </w:r>
    </w:p>
    <w:p>
      <w:r>
        <w:rPr>
          <w:b/>
        </w:rPr>
        <w:t xml:space="preserve">[00:30] </w:t>
      </w:r>
      <w:r>
        <w:t>thi, mere khayal mein maulana ke walid ke inteqal ke baad hi yeh shuru ho gayi thi lekin</w:t>
      </w:r>
    </w:p>
    <w:p>
      <w:pPr>
        <w:jc w:val="right"/>
      </w:pPr>
      <w:r>
        <w:t>تھی، میرے خیال میں مولانا کے والد کے انتقال کے بعد ہی یہ شروع ہو گئی تھی لیکن</w:t>
      </w:r>
    </w:p>
    <w:p>
      <w:r>
        <w:rPr>
          <w:b/>
        </w:rPr>
        <w:t xml:space="preserve">[00:37] </w:t>
      </w:r>
      <w:r>
        <w:t>wo ghair shaoori tor par thi.</w:t>
      </w:r>
    </w:p>
    <w:p>
      <w:pPr>
        <w:jc w:val="right"/>
      </w:pPr>
      <w:r>
        <w:t>وہ غیر شعوری طور پر تھی۔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