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A New Age August 30, 2020 Maulana Wahiduddin Khan</w:t>
      </w:r>
    </w:p>
    <w:p>
      <w:r>
        <w:t>https://www.youtube.com/watch?v=R2EEb2xSIcA</w:t>
      </w:r>
    </w:p>
    <w:p>
      <w:r>
        <w:rPr>
          <w:b/>
        </w:rPr>
        <w:t xml:space="preserve">[00:13] </w:t>
      </w:r>
      <w:r>
        <w:t>bismillah rehmane raheem, wa salli allah ala nabiyil kareem. rab ishrah li sadri, wa yassir li amri,</w:t>
      </w:r>
    </w:p>
    <w:p>
      <w:pPr>
        <w:jc w:val="right"/>
      </w:pPr>
      <w:r>
        <w:t>بسم اللہ الرحمن الرحیم، وصلی اللہ علی 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[00:33] </w:t>
      </w:r>
      <w:r>
        <w:t>30 agast 2020. islam jab se aaya, us waqt se ab tak dekha jaye</w:t>
      </w:r>
    </w:p>
    <w:p>
      <w:pPr>
        <w:jc w:val="right"/>
      </w:pPr>
      <w:r>
        <w:t>30 اگست 2020۔ اسلام جب سے آیا، اس وقت سے اب تک دیکھا جائے</w:t>
      </w:r>
    </w:p>
    <w:p>
      <w:r>
        <w:rPr>
          <w:b/>
        </w:rPr>
        <w:t xml:space="preserve">[00:46] </w:t>
      </w:r>
      <w:r>
        <w:t>toh 1000 saal se zyada muddat guzar chuki hai.</w:t>
      </w:r>
    </w:p>
    <w:p>
      <w:pPr>
        <w:jc w:val="right"/>
      </w:pPr>
      <w:r>
        <w:t>تو 1000 سال سے زیادہ مدت گزر چکی ہے۔</w:t>
      </w:r>
    </w:p>
    <w:p>
      <w:r>
        <w:rPr>
          <w:b/>
        </w:rPr>
        <w:t xml:space="preserve">[00:55] </w:t>
      </w:r>
      <w:r>
        <w:t>yeh muddat</w:t>
      </w:r>
    </w:p>
    <w:p>
      <w:pPr>
        <w:jc w:val="right"/>
      </w:pPr>
      <w:r>
        <w:t>یہ مدت</w:t>
      </w:r>
    </w:p>
    <w:p>
      <w:r>
        <w:rPr>
          <w:b/>
        </w:rPr>
        <w:t xml:space="preserve">[01:00] </w:t>
      </w:r>
      <w:r>
        <w:t>do historical ages ke darmiyan phaili hui hai,</w:t>
      </w:r>
    </w:p>
    <w:p>
      <w:pPr>
        <w:jc w:val="right"/>
      </w:pPr>
      <w:r>
        <w:t>دو ہسٹوریکل ایجز کے درمیان پھیلی ہوئی ہے،</w:t>
      </w:r>
    </w:p>
    <w:p>
      <w:r>
        <w:rPr>
          <w:b/>
        </w:rPr>
        <w:t xml:space="preserve">[01:10] </w:t>
      </w:r>
      <w:r>
        <w:t>yani pre scientific age aur post scientific age.</w:t>
      </w:r>
    </w:p>
    <w:p>
      <w:pPr>
        <w:jc w:val="right"/>
      </w:pPr>
      <w:r>
        <w:t>یعنی پری سائنٹیفک ایج اور پوسٹ سائنٹیفک ایج۔</w:t>
      </w:r>
    </w:p>
    <w:p>
      <w:r>
        <w:rPr>
          <w:b/>
        </w:rPr>
        <w:t xml:space="preserve">[01:24] </w:t>
      </w:r>
      <w:r>
        <w:t>islam</w:t>
      </w:r>
    </w:p>
    <w:p>
      <w:pPr>
        <w:jc w:val="right"/>
      </w:pPr>
      <w:r>
        <w:t>اسلام</w:t>
      </w:r>
    </w:p>
    <w:p>
      <w:r>
        <w:rPr>
          <w:b/>
        </w:rPr>
        <w:t xml:space="preserve">[01:32] </w:t>
      </w:r>
      <w:r>
        <w:t>ke bare mein allah rab ul alameen ka yeh faisla tha</w:t>
      </w:r>
    </w:p>
    <w:p>
      <w:pPr>
        <w:jc w:val="right"/>
      </w:pPr>
      <w:r>
        <w:t>کے بارے میں اللہ رب العالمین کا یہ فیصلہ تھا</w:t>
      </w:r>
    </w:p>
    <w:p>
      <w:r>
        <w:rPr>
          <w:b/>
        </w:rPr>
        <w:t xml:space="preserve">[01:40] </w:t>
      </w:r>
      <w:r>
        <w:t>ke "al islam yalo wala yala alaih",</w:t>
      </w:r>
    </w:p>
    <w:p>
      <w:pPr>
        <w:jc w:val="right"/>
      </w:pPr>
      <w:r>
        <w:t>کہ "الاسلام یعلو ولا یعلی علیہ"،</w:t>
      </w:r>
    </w:p>
    <w:p>
      <w:r>
        <w:rPr>
          <w:b/>
        </w:rPr>
        <w:t xml:space="preserve">[01:46] </w:t>
      </w:r>
      <w:r>
        <w:t>yani islam sarbuland rahega, is ko zair nahi kiya jayega.</w:t>
      </w:r>
    </w:p>
    <w:p>
      <w:pPr>
        <w:jc w:val="right"/>
      </w:pPr>
      <w:r>
        <w:t>یعنی اسلام سربلند رہے گا، اس کو زیر نہیں کیا جائے گا۔</w:t>
      </w:r>
    </w:p>
    <w:p>
      <w:r>
        <w:rPr>
          <w:b/>
        </w:rPr>
        <w:t xml:space="preserve">[01:55] </w:t>
      </w:r>
      <w:r>
        <w:t>lekin bohat se hawale mein bazahir islam maghloob nazar aata hai.</w:t>
      </w:r>
    </w:p>
    <w:p>
      <w:pPr>
        <w:jc w:val="right"/>
      </w:pPr>
      <w:r>
        <w:t>لیکن بہت سے حوالے میں بظاہر اسلام مغلوب نظر آتا ہے۔</w:t>
      </w:r>
    </w:p>
    <w:p>
      <w:r>
        <w:rPr>
          <w:b/>
        </w:rPr>
        <w:t xml:space="preserve">[02:07] </w:t>
      </w:r>
      <w:r>
        <w:t>is ka sabab kya hai?</w:t>
      </w:r>
    </w:p>
    <w:p>
      <w:pPr>
        <w:jc w:val="right"/>
      </w:pPr>
      <w:r>
        <w:t>اس کا سبب کیا ہے؟</w:t>
      </w:r>
    </w:p>
    <w:p>
      <w:r>
        <w:rPr>
          <w:b/>
        </w:rPr>
        <w:t xml:space="preserve">[02:12] </w:t>
      </w:r>
      <w:r>
        <w:t>is ka sabab bilashuba al islam ki bekhabri hai.</w:t>
      </w:r>
    </w:p>
    <w:p>
      <w:pPr>
        <w:jc w:val="right"/>
      </w:pPr>
      <w:r>
        <w:t>اس کا سبب بلاشبہ ال اسلام کی بے خبری ہے۔</w:t>
      </w:r>
    </w:p>
    <w:p>
      <w:r>
        <w:rPr>
          <w:b/>
        </w:rPr>
        <w:t xml:space="preserve">[02:25] </w:t>
      </w:r>
      <w:r>
        <w:t>yani yeh do daur jo hain,</w:t>
      </w:r>
    </w:p>
    <w:p>
      <w:pPr>
        <w:jc w:val="right"/>
      </w:pPr>
      <w:r>
        <w:t>یعنی یہ دو دور جو ہیں،</w:t>
      </w:r>
    </w:p>
    <w:p>
      <w:r>
        <w:rPr>
          <w:b/>
        </w:rPr>
        <w:t xml:space="preserve">[02:30] </w:t>
      </w:r>
      <w:r>
        <w:t>post certificate aur</w:t>
      </w:r>
    </w:p>
    <w:p>
      <w:pPr>
        <w:jc w:val="right"/>
      </w:pPr>
      <w:r>
        <w:t>پوسٹ سرٹیفیکیٹ اور</w:t>
      </w:r>
    </w:p>
    <w:p>
      <w:r>
        <w:rPr>
          <w:b/>
        </w:rPr>
        <w:t xml:space="preserve">[02:40] </w:t>
      </w:r>
      <w:r>
        <w:t>yani certificate tak aur certificate ke baad,</w:t>
      </w:r>
    </w:p>
    <w:p>
      <w:pPr>
        <w:jc w:val="right"/>
      </w:pPr>
      <w:r>
        <w:t>یعنی سرٹیفیکیٹ تک اور سرٹیفیکیٹ کے بعد،</w:t>
      </w:r>
    </w:p>
    <w:p>
      <w:r>
        <w:rPr>
          <w:b/>
        </w:rPr>
        <w:t xml:space="preserve">[02:50] </w:t>
      </w:r>
      <w:r>
        <w:t>to qadeem zamana</w:t>
      </w:r>
    </w:p>
    <w:p>
      <w:pPr>
        <w:jc w:val="right"/>
      </w:pPr>
      <w:r>
        <w:t>تو قدیم زمانہ</w:t>
      </w:r>
    </w:p>
    <w:p>
      <w:r>
        <w:rPr>
          <w:b/>
        </w:rPr>
        <w:t xml:space="preserve">[02:56] </w:t>
      </w:r>
      <w:r>
        <w:t>teresia zamana tha. is zamane mein</w:t>
      </w:r>
    </w:p>
    <w:p>
      <w:pPr>
        <w:jc w:val="right"/>
      </w:pPr>
      <w:r>
        <w:t>ٹیریسیا زمانہ تھا۔ اس زمانے میں</w:t>
      </w:r>
    </w:p>
    <w:p>
      <w:r>
        <w:rPr>
          <w:b/>
        </w:rPr>
        <w:t xml:space="preserve">[03:03] </w:t>
      </w:r>
      <w:r>
        <w:t>teresia cheezein taqat ka mayar hoti theen.</w:t>
      </w:r>
    </w:p>
    <w:p>
      <w:pPr>
        <w:jc w:val="right"/>
      </w:pPr>
      <w:r>
        <w:t>ٹیریسیا چیزیں طاقت کا معیار ہوتی تھیں۔</w:t>
      </w:r>
    </w:p>
    <w:p>
      <w:r>
        <w:rPr>
          <w:b/>
        </w:rPr>
        <w:t xml:space="preserve">[03:12] </w:t>
      </w:r>
      <w:r>
        <w:t>magar ab jo zamana aaya hai, science ke baad,</w:t>
      </w:r>
    </w:p>
    <w:p>
      <w:pPr>
        <w:jc w:val="right"/>
      </w:pPr>
      <w:r>
        <w:t>مگر اب جو زمانہ آیا ہے، سائنس کے بعد،</w:t>
      </w:r>
    </w:p>
    <w:p>
      <w:r>
        <w:rPr>
          <w:b/>
        </w:rPr>
        <w:t xml:space="preserve">[03:21] </w:t>
      </w:r>
      <w:r>
        <w:t>is daur mein</w:t>
      </w:r>
    </w:p>
    <w:p>
      <w:pPr>
        <w:jc w:val="right"/>
      </w:pPr>
      <w:r>
        <w:t>اس دور میں</w:t>
      </w:r>
    </w:p>
    <w:p>
      <w:r>
        <w:rPr>
          <w:b/>
        </w:rPr>
        <w:t xml:space="preserve">[03:26] </w:t>
      </w:r>
      <w:r>
        <w:t>mayar taqat badal gaya.</w:t>
      </w:r>
    </w:p>
    <w:p>
      <w:pPr>
        <w:jc w:val="right"/>
      </w:pPr>
      <w:r>
        <w:t>معیار طاقت بدل گیا۔</w:t>
      </w:r>
    </w:p>
    <w:p>
      <w:r>
        <w:rPr>
          <w:b/>
        </w:rPr>
        <w:t xml:space="preserve">[03:33] </w:t>
      </w:r>
      <w:r>
        <w:t>chunki yeh yeh mayar jo maujooda zamane mein ghalib hua, is mein musalman kuch kar nahi paye,</w:t>
      </w:r>
    </w:p>
    <w:p>
      <w:pPr>
        <w:jc w:val="right"/>
      </w:pPr>
      <w:r>
        <w:t>چونکہ یہ یہ معیار جو موجودہ زمانے میں غالب ہوا، اس میں مسلمان کچھ کر نہیں پائے،</w:t>
      </w:r>
    </w:p>
    <w:p>
      <w:r>
        <w:rPr>
          <w:b/>
        </w:rPr>
        <w:t xml:space="preserve">[03:48] </w:t>
      </w:r>
      <w:r>
        <w:t>is liye islam maghloob ho gaya.</w:t>
      </w:r>
    </w:p>
    <w:p>
      <w:pPr>
        <w:jc w:val="right"/>
      </w:pPr>
      <w:r>
        <w:t>اس لیے اسلام مغلوب ہو گیا۔</w:t>
      </w:r>
    </w:p>
    <w:p>
      <w:r>
        <w:rPr>
          <w:b/>
        </w:rPr>
        <w:t xml:space="preserve">[03:53] </w:t>
      </w:r>
      <w:r>
        <w:t>musalmanon ne samjha ke yeh sab doosri qaumon ki sazish ki wajah se hai.</w:t>
      </w:r>
    </w:p>
    <w:p>
      <w:pPr>
        <w:jc w:val="right"/>
      </w:pPr>
      <w:r>
        <w:t>مسلمانوں نے سمجھا کہ یہ سب دوسری قوموں کی سازش کی وجہ سے ہے۔</w:t>
      </w:r>
    </w:p>
    <w:p>
      <w:r>
        <w:rPr>
          <w:b/>
        </w:rPr>
        <w:t xml:space="preserve">[04:04] </w:t>
      </w:r>
      <w:r>
        <w:t>sazish. to sazish ki theory tamam musalmanon par chha jayegi.</w:t>
      </w:r>
    </w:p>
    <w:p>
      <w:pPr>
        <w:jc w:val="right"/>
      </w:pPr>
      <w:r>
        <w:t>سازش۔ تو سازش کی تھیوری تمام مسلمانوں پر چھا جائے گی۔</w:t>
      </w:r>
    </w:p>
    <w:p>
      <w:r>
        <w:rPr>
          <w:b/>
        </w:rPr>
        <w:t xml:space="preserve">[04:14] </w:t>
      </w:r>
      <w:r>
        <w:t>is ke nateeje mein kya hai? dunya bhar se jhadap, jhadap raad, dunya bhar se ladai, bajaye ko bomb marna, yeh culture bazor mein phaila ho gaya, phail gaya.</w:t>
      </w:r>
    </w:p>
    <w:p>
      <w:pPr>
        <w:jc w:val="right"/>
      </w:pPr>
      <w:r>
        <w:t>اس کے نتیجے میں کیا ہے؟ دنیا بھر سے جھڑپ، جھڑپ رائد، دنیا بھر سے لڑائی، بجائے کو بم مارنا، یہ کلچر بزور میں پھیلا ہو گیا، پھل گیا۔</w:t>
      </w:r>
    </w:p>
    <w:p>
      <w:r>
        <w:rPr>
          <w:b/>
        </w:rPr>
        <w:t xml:space="preserve">[04:29] </w:t>
      </w:r>
      <w:r>
        <w:t>aaj kal jo musalmanon mein aai hai, doosri qaumon ke liye nafrat aur ladai ka culture ka daur, woh bilashuba musalmanon ki bekhabri ki wajah se hai.</w:t>
      </w:r>
    </w:p>
    <w:p>
      <w:pPr>
        <w:jc w:val="right"/>
      </w:pPr>
      <w:r>
        <w:t>آج کل جو مسلمانوں میں آئی ہے، دوسری قوموں کے لیے نفرت اور لڑائی کا کلچر کا دور، وہ بلاشبہ مسلمانوں کی بے خبری کی وجہ سے ہے۔</w:t>
      </w:r>
    </w:p>
    <w:p>
      <w:r>
        <w:rPr>
          <w:b/>
        </w:rPr>
        <w:t xml:space="preserve">[04:50] </w:t>
      </w:r>
      <w:r>
        <w:t>yeh daur jo aaya tha,</w:t>
      </w:r>
    </w:p>
    <w:p>
      <w:pPr>
        <w:jc w:val="right"/>
      </w:pPr>
      <w:r>
        <w:t>یہ دور جو آیا تھا،</w:t>
      </w:r>
    </w:p>
    <w:p>
      <w:r>
        <w:rPr>
          <w:b/>
        </w:rPr>
        <w:t xml:space="preserve">[04:55] </w:t>
      </w:r>
      <w:r>
        <w:t>scientific age ke baad, woh to islam ka daur tha.</w:t>
      </w:r>
    </w:p>
    <w:p>
      <w:pPr>
        <w:jc w:val="right"/>
      </w:pPr>
      <w:r>
        <w:t>سائنٹیفک ایج کے بعد، وہ تو اسلام کا دور تھا۔</w:t>
      </w:r>
    </w:p>
    <w:p>
      <w:r>
        <w:rPr>
          <w:b/>
        </w:rPr>
        <w:t xml:space="preserve">[05:07] </w:t>
      </w:r>
      <w:r>
        <w:t>quran mein is ki peshangoi thi ke "sanuri hayatna fil afaq anfusahum hatta yatbayyan al haq".</w:t>
      </w:r>
    </w:p>
    <w:p>
      <w:pPr>
        <w:jc w:val="right"/>
      </w:pPr>
      <w:r>
        <w:t>قرآن میں اس کی پیشنگوئی تھی کہ "سنوری حیاتنا فی الافاق انفسہم حتیٰ یتبین الحق"۔</w:t>
      </w:r>
    </w:p>
    <w:p>
      <w:r>
        <w:rPr>
          <w:b/>
        </w:rPr>
        <w:t xml:space="preserve">[05:20] </w:t>
      </w:r>
      <w:r>
        <w:t>yeh kya hai? yahi certificate ki peshangoi hai.</w:t>
      </w:r>
    </w:p>
    <w:p>
      <w:pPr>
        <w:jc w:val="right"/>
      </w:pPr>
      <w:r>
        <w:t>یہ کیا ہے؟ یہی سرٹیفیکیٹ کی پیشنگوئی ہے۔</w:t>
      </w:r>
    </w:p>
    <w:p>
      <w:r>
        <w:rPr>
          <w:b/>
        </w:rPr>
        <w:t xml:space="preserve">[05:30] </w:t>
      </w:r>
      <w:r>
        <w:t>afaq anfus ka daur aayega to wahi isi ko hum scientific age keh rahe hain.</w:t>
      </w:r>
    </w:p>
    <w:p>
      <w:pPr>
        <w:jc w:val="right"/>
      </w:pPr>
      <w:r>
        <w:t>افاق انفس کا دور آئے گا تو وہی اسی کو ہم سائنٹیفک ایج کہہ رہے ہیں۔</w:t>
      </w:r>
    </w:p>
    <w:p>
      <w:r>
        <w:rPr>
          <w:b/>
        </w:rPr>
        <w:t xml:space="preserve">[05:42] </w:t>
      </w:r>
      <w:r>
        <w:t>to yeh to ain islam ki taeed ke liye tha,</w:t>
      </w:r>
    </w:p>
    <w:p>
      <w:pPr>
        <w:jc w:val="right"/>
      </w:pPr>
      <w:r>
        <w:t>تو یہ تو عین اسلام کی تائید کے لیے تھا،</w:t>
      </w:r>
    </w:p>
    <w:p>
      <w:r>
        <w:rPr>
          <w:b/>
        </w:rPr>
        <w:t xml:space="preserve">[05:50] </w:t>
      </w:r>
      <w:r>
        <w:t>aur musalmanon ne is ko dushman samajh liya.</w:t>
      </w:r>
    </w:p>
    <w:p>
      <w:pPr>
        <w:jc w:val="right"/>
      </w:pPr>
      <w:r>
        <w:t>اور مسلمانوں نے اس کو دشمن سمجھ لیا۔</w:t>
      </w:r>
    </w:p>
    <w:p>
      <w:r>
        <w:rPr>
          <w:b/>
        </w:rPr>
        <w:t xml:space="preserve">[05:57] </w:t>
      </w:r>
      <w:r>
        <w:t>main samajhta hoon ke sirf CPS ka group jo hai, wahi is mamle mein exception hai,</w:t>
      </w:r>
    </w:p>
    <w:p>
      <w:pPr>
        <w:jc w:val="right"/>
      </w:pPr>
      <w:r>
        <w:t>میں سمجھتا ہوں کہ صرف سی پی ایس کا گروپ جو ہے، وہی اس معاملے میں ایکسیپشن ہے،</w:t>
      </w:r>
    </w:p>
    <w:p>
      <w:r>
        <w:rPr>
          <w:b/>
        </w:rPr>
        <w:t xml:space="preserve">[06:09] </w:t>
      </w:r>
      <w:r>
        <w:t>aur shayad koi exception nahin. isi liye aap CPS ke logon se milein to un mein aap nafrat ki boli nahin sunenge.</w:t>
      </w:r>
    </w:p>
    <w:p>
      <w:pPr>
        <w:jc w:val="right"/>
      </w:pPr>
      <w:r>
        <w:t>اور شاید کوئی ایکسیپشن نہیں۔ اسی لیے آپ سی پی ایس کے لوگوں سے ملیں تو ان میں آپ نفرت کی بولی نہیں سنیں گے۔</w:t>
      </w:r>
    </w:p>
    <w:p>
      <w:r>
        <w:rPr>
          <w:b/>
        </w:rPr>
        <w:t xml:space="preserve">[06:23] </w:t>
      </w:r>
      <w:r>
        <w:t>aur CPS ke siwa dunya mein kahin jis muslim group se milein, har muslim group negative boli bolega, manfi boli bolega.</w:t>
      </w:r>
    </w:p>
    <w:p>
      <w:pPr>
        <w:jc w:val="right"/>
      </w:pPr>
      <w:r>
        <w:t>اور سی پی ایس کے سوا دنیا میں کہیں جس مسلم گروپ سے ملیں، ہر مسلم گروپ نیگیٹیو بولی بولے گا، منفی بولی بولے گا۔</w:t>
      </w:r>
    </w:p>
    <w:p>
      <w:r>
        <w:rPr>
          <w:b/>
        </w:rPr>
        <w:t xml:space="preserve">[06:36] </w:t>
      </w:r>
      <w:r>
        <w:t>iski wajah yahi hai ke</w:t>
      </w:r>
    </w:p>
    <w:p>
      <w:pPr>
        <w:jc w:val="right"/>
      </w:pPr>
      <w:r>
        <w:t>اس کی وجہ یہی ہے کہ</w:t>
      </w:r>
    </w:p>
    <w:p>
      <w:r>
        <w:rPr>
          <w:b/>
        </w:rPr>
        <w:t xml:space="preserve">[06:41] </w:t>
      </w:r>
      <w:r>
        <w:t>CPS ke logon ne is baat ko discover kiya ke maujooda zamana pro islam zamana hai, aur musalman is mein fail ho gaye ke woh jaanein ke jadeed daur</w:t>
      </w:r>
    </w:p>
    <w:p>
      <w:pPr>
        <w:jc w:val="right"/>
      </w:pPr>
      <w:r>
        <w:t>سی پی ایس کے لوگوں نے اس بات کو ڈسکور کیا کہ موجودہ زمانہ پرو اسلام زمانہ ہے، اور مسلمان اس میں فیل ہو گئے کہ وہ جانیں کہ جدید دور</w:t>
      </w:r>
    </w:p>
    <w:p>
      <w:r>
        <w:rPr>
          <w:b/>
        </w:rPr>
        <w:t xml:space="preserve">[06:58] </w:t>
      </w:r>
      <w:r>
        <w:t>pro islam daur hai.</w:t>
      </w:r>
    </w:p>
    <w:p>
      <w:pPr>
        <w:jc w:val="right"/>
      </w:pPr>
      <w:r>
        <w:t>پرو اسلام دور ہے۔</w:t>
      </w:r>
    </w:p>
    <w:p>
      <w:r>
        <w:rPr>
          <w:b/>
        </w:rPr>
        <w:t xml:space="preserve">[07:03] </w:t>
      </w:r>
      <w:r>
        <w:t>unhone samjha ke yeh to muslim dushman log hain, yeh islam ke khilaf conspiracy karte hain, is liye woh musalman</w:t>
      </w:r>
    </w:p>
    <w:p>
      <w:pPr>
        <w:jc w:val="right"/>
      </w:pPr>
      <w:r>
        <w:t>انہوں نے سمجھا کہ یہ تو مسلم دشمن لوگ ہیں، یہ اسلام کے خلاف کانسپریسی کرتے ہیں، اس لیے وہ مسلمان</w:t>
      </w:r>
    </w:p>
    <w:p>
      <w:r>
        <w:rPr>
          <w:b/>
        </w:rPr>
        <w:t xml:space="preserve">[07:19] </w:t>
      </w:r>
      <w:r>
        <w:t>manfi soch ke badh gaye.</w:t>
      </w:r>
    </w:p>
    <w:p>
      <w:pPr>
        <w:jc w:val="right"/>
      </w:pPr>
      <w:r>
        <w:t>منفی سوچ کے بڑھ گئے۔</w:t>
      </w:r>
    </w:p>
    <w:p>
      <w:r>
        <w:rPr>
          <w:b/>
        </w:rPr>
        <w:t xml:space="preserve">[07:25] </w:t>
      </w:r>
      <w:r>
        <w:t>negative thinking in mein aam ho gayi sari dunya ko ke khilaf, unhone ladai chhod di. jahan bas mein tha, wahan kargan aur bam ki ladai,</w:t>
      </w:r>
    </w:p>
    <w:p>
      <w:pPr>
        <w:jc w:val="right"/>
      </w:pPr>
      <w:r>
        <w:t>نیٹیو تھنکنگ ان میں عام ہو گئی ساری دنیا کو کے خلاف، انہوں نے لڑائی چھوڑ دی۔ جہاں بس میں تھا، وہاں کرن گن اور بم کی لڑائی،</w:t>
      </w:r>
    </w:p>
    <w:p>
      <w:r>
        <w:rPr>
          <w:b/>
        </w:rPr>
        <w:t xml:space="preserve">[07:40] </w:t>
      </w:r>
      <w:r>
        <w:t>jahan bas mein nahin tha, wahan</w:t>
      </w:r>
    </w:p>
    <w:p>
      <w:pPr>
        <w:jc w:val="right"/>
      </w:pPr>
      <w:r>
        <w:t>جہاں بس میں نہیں تھا، وہاں</w:t>
      </w:r>
    </w:p>
    <w:p>
      <w:r>
        <w:rPr>
          <w:b/>
        </w:rPr>
        <w:t xml:space="preserve">[07:43] </w:t>
      </w:r>
      <w:r>
        <w:t>manfi boli bolne ki ladai.</w:t>
      </w:r>
    </w:p>
    <w:p>
      <w:pPr>
        <w:jc w:val="right"/>
      </w:pPr>
      <w:r>
        <w:t>منفی بولی بولنے کی لڑائی۔</w:t>
      </w:r>
    </w:p>
    <w:p>
      <w:r>
        <w:rPr>
          <w:b/>
        </w:rPr>
        <w:t xml:space="preserve">[07:52] </w:t>
      </w:r>
      <w:r>
        <w:t>maujooda zamane mein musalmanon ka maslak ka hal sirf ek hai, woh is</w:t>
      </w:r>
    </w:p>
    <w:p>
      <w:pPr>
        <w:jc w:val="right"/>
      </w:pPr>
      <w:r>
        <w:t>موجودہ زمانے میں مسلمانوں کا مسلک کا حل صرف ایک ہے، وہ اس</w:t>
      </w:r>
    </w:p>
    <w:p>
      <w:r>
        <w:rPr>
          <w:b/>
        </w:rPr>
        <w:t xml:space="preserve">[08:02] </w:t>
      </w:r>
      <w:r>
        <w:t>self created dunya se bahar aaein.</w:t>
      </w:r>
    </w:p>
    <w:p>
      <w:pPr>
        <w:jc w:val="right"/>
      </w:pPr>
      <w:r>
        <w:t>سیلف کریٹڈ دنیا سے باہر آئیں۔</w:t>
      </w:r>
    </w:p>
    <w:p>
      <w:r>
        <w:rPr>
          <w:b/>
        </w:rPr>
        <w:t xml:space="preserve">[08:08] </w:t>
      </w:r>
      <w:r>
        <w:t>khud hi khud unhone ek dunya banai hai, is se bahar aaein. khud hi khud dunya ka matlab yeh hai ke unhone yeh samajh liya ke aaj ki dunya</w:t>
      </w:r>
    </w:p>
    <w:p>
      <w:pPr>
        <w:jc w:val="right"/>
      </w:pPr>
      <w:r>
        <w:t>خود ہی خود انہوں نے ایک دنیا بنائی ہے، اس سے باہر آئیں۔ خود ہی خود دنیا کا مطلب یہ ہے کہ انہوں نے یہ سمجھ لیا کہ آج کی دنیا</w:t>
      </w:r>
    </w:p>
    <w:p>
      <w:r>
        <w:rPr>
          <w:b/>
        </w:rPr>
        <w:t xml:space="preserve">[08:23] </w:t>
      </w:r>
      <w:r>
        <w:t>islam ke khilaf dunya hai. dekhiye, quran o hadees mein bohat wazeh andaaz mein hai ke baad ke zamane mein, yaani rasool Allah ke baad ke zamane mein</w:t>
      </w:r>
    </w:p>
    <w:p>
      <w:pPr>
        <w:jc w:val="right"/>
      </w:pPr>
      <w:r>
        <w:t>اسلام کے خلاف دنیا ہے۔ دیکھیے، قرآن و حدیث میں بہت واضح انداز میں ہے کہ بعد کے زمانے میں، یعنی رسول اللہ کے بعد کے زمانے میں</w:t>
      </w:r>
    </w:p>
    <w:p>
      <w:r>
        <w:rPr>
          <w:b/>
        </w:rPr>
        <w:t xml:space="preserve">[08:40] </w:t>
      </w:r>
      <w:r>
        <w:t>jo daur aayega, woh pro islam daur hoga. sanurihim ayatina fil afaqi hatta yatbayyana al haqq.</w:t>
      </w:r>
    </w:p>
    <w:p>
      <w:pPr>
        <w:jc w:val="right"/>
      </w:pPr>
      <w:r>
        <w:t>جو دور آئے گا، وہ پرو اسلام دور ہوگا۔ سنوریہم ایاتنا فی الافاق حتیٰ یتبین الحق۔</w:t>
      </w:r>
    </w:p>
    <w:p>
      <w:r>
        <w:rPr>
          <w:b/>
        </w:rPr>
        <w:t xml:space="preserve">[08:54] </w:t>
      </w:r>
      <w:r>
        <w:t>woh to islam ki</w:t>
      </w:r>
    </w:p>
    <w:p>
      <w:pPr>
        <w:jc w:val="right"/>
      </w:pPr>
      <w:r>
        <w:t>وہ تو اسلام کی</w:t>
      </w:r>
    </w:p>
    <w:p>
      <w:r>
        <w:rPr>
          <w:b/>
        </w:rPr>
        <w:t xml:space="preserve">[08:58] </w:t>
      </w:r>
      <w:r>
        <w:t>tabyeen mazeed ka daur aayega, hoga. woh</w:t>
      </w:r>
    </w:p>
    <w:p>
      <w:pPr>
        <w:jc w:val="right"/>
      </w:pPr>
      <w:r>
        <w:t>تبیین مزید کا دور آئے گا، ہوگا۔ وہ</w:t>
      </w:r>
    </w:p>
    <w:p>
      <w:r>
        <w:rPr>
          <w:b/>
        </w:rPr>
        <w:t xml:space="preserve">[09:04] </w:t>
      </w:r>
      <w:r>
        <w:t>baad ka jo daur hai, woh to islam ki tabyeen mazeed ka daur hai, aur is ko samajh liya ke yeh sazish ka daur hai.</w:t>
      </w:r>
    </w:p>
    <w:p>
      <w:pPr>
        <w:jc w:val="right"/>
      </w:pPr>
      <w:r>
        <w:t>بعد کا جو دور ہے، وہ تو اسلام کی تبیین مزید کا دور ہے، اور اس کو سمجھ لیا کہ یہ سازش کا دور ہے۔</w:t>
      </w:r>
    </w:p>
    <w:p>
      <w:r>
        <w:rPr>
          <w:b/>
        </w:rPr>
        <w:t xml:space="preserve">[09:17] </w:t>
      </w:r>
      <w:r>
        <w:t>to is obstance se musalmanon ko bahar aana hai,</w:t>
      </w:r>
    </w:p>
    <w:p>
      <w:pPr>
        <w:jc w:val="right"/>
      </w:pPr>
      <w:r>
        <w:t>تو اس ابسٹنس سے مسلمانوں کو باہر آنا ہے،</w:t>
      </w:r>
    </w:p>
    <w:p>
      <w:r>
        <w:rPr>
          <w:b/>
        </w:rPr>
        <w:t xml:space="preserve">[09:23] </w:t>
      </w:r>
      <w:r>
        <w:t>is obstance se musalmanon ko bahar aana hai.</w:t>
      </w:r>
    </w:p>
    <w:p>
      <w:pPr>
        <w:jc w:val="right"/>
      </w:pPr>
      <w:r>
        <w:t>اس ابسٹنس سے مسلمانوں کو باہر آنا ہے۔</w:t>
      </w:r>
    </w:p>
    <w:p>
      <w:r>
        <w:rPr>
          <w:b/>
        </w:rPr>
        <w:t xml:space="preserve">[09:30] </w:t>
      </w:r>
      <w:r>
        <w:t>jo kaam is waqt Allah ke fazl se</w:t>
      </w:r>
    </w:p>
    <w:p>
      <w:pPr>
        <w:jc w:val="right"/>
      </w:pPr>
      <w:r>
        <w:t>جو کام اس وقت اللہ کے فضل سے</w:t>
      </w:r>
    </w:p>
    <w:p>
      <w:r>
        <w:rPr>
          <w:b/>
        </w:rPr>
        <w:t xml:space="preserve">[09:36] </w:t>
      </w:r>
      <w:r>
        <w:t>CPS ke log kar rahe hain, saare musalmanon par farz hai ke woh isi ka saath dein, isi ka saath dein, kyunke inhi ke paas modern zaroorat ke mutabiq literature hai,</w:t>
      </w:r>
    </w:p>
    <w:p>
      <w:pPr>
        <w:jc w:val="right"/>
      </w:pPr>
      <w:r>
        <w:t>سی پی ایس کے لوگ کر رہے ہیں، سارے مسلمانوں پر فرض ہے کہ وہ اسی کا ساتھ دیں، اسی کا ساتھ دیں، کیونکہ انہی کے پاس ماڈرن ضرورت کے مطابق لٹریچر ہے،</w:t>
      </w:r>
    </w:p>
    <w:p>
      <w:r>
        <w:rPr>
          <w:b/>
        </w:rPr>
        <w:t xml:space="preserve">[09:54] </w:t>
      </w:r>
      <w:r>
        <w:t>modern soch hai.</w:t>
      </w:r>
    </w:p>
    <w:p>
      <w:pPr>
        <w:jc w:val="right"/>
      </w:pPr>
      <w:r>
        <w:t>ماڈرن سوچ ہے۔</w:t>
      </w:r>
    </w:p>
    <w:p>
      <w:r>
        <w:rPr>
          <w:b/>
        </w:rPr>
        <w:t xml:space="preserve">[10:02] </w:t>
      </w:r>
      <w:r>
        <w:t>dekhiye, yahan mein ek hadith yaad dilaoonga, yeh Bukhari mein aayi hai, Bukhari mein: "In Allah la yu'id</w:t>
      </w:r>
    </w:p>
    <w:p>
      <w:pPr>
        <w:jc w:val="right"/>
      </w:pPr>
      <w:r>
        <w:t>دیکھیے، یہاں میں ایک حدیث یاد دلاؤں گا، یہ بخاری میں آئی ہے، بخاری میں: "إن الله ليعد</w:t>
      </w:r>
    </w:p>
    <w:p>
      <w:r>
        <w:rPr>
          <w:b/>
        </w:rPr>
        <w:t xml:space="preserve">[10:19] </w:t>
      </w:r>
      <w:r>
        <w:t>ad-deena bir-rajulil-fajir". Padhiye is hadith ko: "In Allah la yu'id hadha ad-deena bir-rajulil-fajir".</w:t>
      </w:r>
    </w:p>
    <w:p>
      <w:pPr>
        <w:jc w:val="right"/>
      </w:pPr>
      <w:r>
        <w:t>الدين بالرجل الفاجر"۔ پڑھیے اس حدیث کو: "إن الله ليعد هذا الدين بالرجل الفاجر"۔</w:t>
      </w:r>
    </w:p>
    <w:p>
      <w:r>
        <w:rPr>
          <w:b/>
        </w:rPr>
        <w:t xml:space="preserve">[10:29] </w:t>
      </w:r>
      <w:r>
        <w:t>beshak Allah taala zaroor is deen ki taeed karega fajar aadmi ke zariye.</w:t>
      </w:r>
    </w:p>
    <w:p>
      <w:pPr>
        <w:jc w:val="right"/>
      </w:pPr>
      <w:r>
        <w:t>بے شک اللہ تعالی ضرور اس دین کی تائید کرے گا فاجر آدمی کے ذریعے۔</w:t>
      </w:r>
    </w:p>
    <w:p>
      <w:r>
        <w:rPr>
          <w:b/>
        </w:rPr>
        <w:t xml:space="preserve">[10:36] </w:t>
      </w:r>
      <w:r>
        <w:t>dekhiye, yeh fajar ka lafz aaya hai, jo is ka matlab yeh nahi hai ke woh sach much fajar honge, kyunke agar woh fajar honge to mu'jiz banenge.</w:t>
      </w:r>
    </w:p>
    <w:p>
      <w:pPr>
        <w:jc w:val="right"/>
      </w:pPr>
      <w:r>
        <w:t>دیکھیے، یہ فاجر کا لفظ آیا ہے، جو اس کا مطلب یہ نہیں ہے کہ وہ سچ مچ فاجر ہوں گے، کیونکہ اگر وہ فاجر ہوں گے تو معجز بنیں گے۔</w:t>
      </w:r>
    </w:p>
    <w:p>
      <w:r>
        <w:rPr>
          <w:b/>
        </w:rPr>
        <w:t xml:space="preserve">[10:50] </w:t>
      </w:r>
      <w:r>
        <w:t>yeh toh baat baat hai,</w:t>
      </w:r>
    </w:p>
    <w:p>
      <w:pPr>
        <w:jc w:val="right"/>
      </w:pPr>
      <w:r>
        <w:t>یہ تو بات بات ہے،</w:t>
      </w:r>
    </w:p>
    <w:p>
      <w:r>
        <w:rPr>
          <w:b/>
        </w:rPr>
        <w:t xml:space="preserve">[10:53] </w:t>
      </w:r>
      <w:r>
        <w:t>contradictory hain. Yeh agar woh Islam ki taeed karenge to fajar kaise ho sakte hain? Aap ghor kijiye, asal yeh hai ke musalman in ko samajh lenge fajar ya dushman</w:t>
      </w:r>
    </w:p>
    <w:p>
      <w:pPr>
        <w:jc w:val="right"/>
      </w:pPr>
      <w:r>
        <w:t>کنٹراڈکٹری ہیں۔ یہ اگر وہ اسلام کی تائید کریں گے تو فاجر کیسے ہو سکتے ہیں؟ آپ غور کیجئے، اصل یہ ہے کہ مسلمان ان کو سمجھ لیں گے فاجر یا دشمن</w:t>
      </w:r>
    </w:p>
    <w:p>
      <w:r>
        <w:rPr>
          <w:b/>
        </w:rPr>
        <w:t xml:space="preserve">[11:10] </w:t>
      </w:r>
      <w:r>
        <w:t>ya bure. Yeh musalmanon ki soch hogi, haqeeqat mein aisa nahi honge woh, kyunke taeed karne wale fajar honge.</w:t>
      </w:r>
    </w:p>
    <w:p>
      <w:pPr>
        <w:jc w:val="right"/>
      </w:pPr>
      <w:r>
        <w:t>یا برے۔ یہ مسلمانوں کی سوچ ہوگی، حقیقت میں ایسا نہیں ہوں گے وہ، کیونکہ تائید کرنے والے فاجر ہوں گے۔</w:t>
      </w:r>
    </w:p>
    <w:p>
      <w:r>
        <w:rPr>
          <w:b/>
        </w:rPr>
        <w:t xml:space="preserve">[11:23] </w:t>
      </w:r>
      <w:r>
        <w:t>yeh toh ajeeb ghareeb baat hai.</w:t>
      </w:r>
    </w:p>
    <w:p>
      <w:pPr>
        <w:jc w:val="right"/>
      </w:pPr>
      <w:r>
        <w:t>یہ تو عجیب غریب بات ہے۔</w:t>
      </w:r>
    </w:p>
    <w:p>
      <w:r>
        <w:rPr>
          <w:b/>
        </w:rPr>
        <w:t xml:space="preserve">[11:28] </w:t>
      </w:r>
      <w:r>
        <w:t>toh jin logon ko musalmanon ne fajar samajh rakha hai, dushman Islam samajh rakha hai, un ko musalmanon ko chahiye ke rediscover karein.</w:t>
      </w:r>
    </w:p>
    <w:p>
      <w:pPr>
        <w:jc w:val="right"/>
      </w:pPr>
      <w:r>
        <w:t>تو جن لوگوں کو مسلمانوں نے فاجر سمجھ رکھا ہے، دشمن اسلام سمجھ رکھا ہے، ان کو مسلمانوں کو چاہیے کہ ری ڈسکور کریں۔</w:t>
      </w:r>
    </w:p>
    <w:p>
      <w:r>
        <w:rPr>
          <w:b/>
        </w:rPr>
        <w:t xml:space="preserve">[11:42] </w:t>
      </w:r>
      <w:r>
        <w:t>musalmanon ko chahiye ke un ko woh rediscover karein.</w:t>
      </w:r>
    </w:p>
    <w:p>
      <w:pPr>
        <w:jc w:val="right"/>
      </w:pPr>
      <w:r>
        <w:t>مسلمانوں کو چاہیے کہ ان کو وہ ری ڈسکور کریں۔</w:t>
      </w:r>
    </w:p>
    <w:p>
      <w:r>
        <w:rPr>
          <w:b/>
        </w:rPr>
        <w:t xml:space="preserve">[11:49] </w:t>
      </w:r>
      <w:r>
        <w:t>is rediscovery ka ishara khud Quran mein maujood hai aur hadith mein maujood hai.</w:t>
      </w:r>
    </w:p>
    <w:p>
      <w:pPr>
        <w:jc w:val="right"/>
      </w:pPr>
      <w:r>
        <w:t>اس ری ڈسکوری کا اشارہ خود قرآن میں موجود ہے اور حدیث میں موجود ہے۔</w:t>
      </w:r>
    </w:p>
    <w:p>
      <w:r>
        <w:rPr>
          <w:b/>
        </w:rPr>
        <w:t xml:space="preserve">[12:00] </w:t>
      </w:r>
      <w:r>
        <w:t>Quran mein ayat dekhiye: "Sanureehim ayatina</w:t>
      </w:r>
    </w:p>
    <w:p>
      <w:pPr>
        <w:jc w:val="right"/>
      </w:pPr>
      <w:r>
        <w:t>قرآن میں آیت دیکھیے: "سنوریہم ایاتنا</w:t>
      </w:r>
    </w:p>
    <w:p>
      <w:r>
        <w:rPr>
          <w:b/>
        </w:rPr>
        <w:t xml:space="preserve">[12:07] </w:t>
      </w:r>
      <w:r>
        <w:t>fil afaqi wa fi anfusihim hatta yatabayyana al-haqq". Sa ka matlab sofa toh ek hai door sofa ka, yani aindah mustaqbil ka.</w:t>
      </w:r>
    </w:p>
    <w:p>
      <w:pPr>
        <w:jc w:val="right"/>
      </w:pPr>
      <w:r>
        <w:t>فی الافاق انفسہم حتیٰ یتبین الحق"۔ سا کا مطلب صوفہ تو ایک ہے دور صوفہ کا، یعنی آئندہ مستقبل کا۔</w:t>
      </w:r>
    </w:p>
    <w:p>
      <w:r>
        <w:rPr>
          <w:b/>
        </w:rPr>
        <w:t xml:space="preserve">[12:30] </w:t>
      </w:r>
      <w:r>
        <w:t>toh Islam ka jo sofa tha, us ko musalmanon ne samajh liya ke yeh toh bura daur hai.</w:t>
      </w:r>
    </w:p>
    <w:p>
      <w:pPr>
        <w:jc w:val="right"/>
      </w:pPr>
      <w:r>
        <w:t>تو اسلام کا جو صوفہ تھا، اس کو مسلمانوں نے سمجھ لیا کہ یہ تو برا دور ہے۔</w:t>
      </w:r>
    </w:p>
    <w:p>
      <w:r>
        <w:rPr>
          <w:b/>
        </w:rPr>
        <w:t xml:space="preserve">[12:42] </w:t>
      </w:r>
      <w:r>
        <w:t>toh yeh jo Bukhari mein riwayat hai ke "In Allah la yu'id ad-deena bir-rajulil-fajir", yeh rajul yahan jins jins ke ma'ne mein hai,</w:t>
      </w:r>
    </w:p>
    <w:p>
      <w:pPr>
        <w:jc w:val="right"/>
      </w:pPr>
      <w:r>
        <w:t>تو یہ جو بخاری میں روایت ہے کہ "إن الله ليعد الدين بالرجل الفاجر"، یہ رجل یہاں جنس جنس کے معنی میں ہے،</w:t>
      </w:r>
    </w:p>
    <w:p>
      <w:r>
        <w:rPr>
          <w:b/>
        </w:rPr>
        <w:t xml:space="preserve">[12:57] </w:t>
      </w:r>
      <w:r>
        <w:t>fard ke ma'ne mein nahi hai.</w:t>
      </w:r>
    </w:p>
    <w:p>
      <w:pPr>
        <w:jc w:val="right"/>
      </w:pPr>
      <w:r>
        <w:t>فرد کے معنی میں نہیں ہے۔</w:t>
      </w:r>
    </w:p>
    <w:p>
      <w:r>
        <w:rPr>
          <w:b/>
        </w:rPr>
        <w:t xml:space="preserve">[13:03] </w:t>
      </w:r>
      <w:r>
        <w:t>toh woh log toh zahir honge Islam ki taeed ke liye, lekin musalman apni bekhabari ki bina par samajh lein ke yeh fajar log hain, bure log hain, dushman log hain, saazishi log hain.</w:t>
      </w:r>
    </w:p>
    <w:p>
      <w:pPr>
        <w:jc w:val="right"/>
      </w:pPr>
      <w:r>
        <w:t>تو وہ لوگ تو ظاہر ہوں گے اسلام کی تائید کے لیے، لیکن مسلمان اپنی بے خبری کی بنا پر سمجھ لیں کہ یہ فاجر لوگ ہیں، برے لوگ ہیں، دشمن لوگ ہیں، سازشی لوگ ہیں۔</w:t>
      </w:r>
    </w:p>
    <w:p>
      <w:r>
        <w:rPr>
          <w:b/>
        </w:rPr>
        <w:t xml:space="preserve">[13:20] </w:t>
      </w:r>
      <w:r>
        <w:t>toh bas bachta hoon ke maujooda zamane mein musalmanon ka planning ka aaghaz, starting point yeh hai ke woh aaj ke daur ko rediscover karein,</w:t>
      </w:r>
    </w:p>
    <w:p>
      <w:pPr>
        <w:jc w:val="right"/>
      </w:pPr>
      <w:r>
        <w:t>تو بس بچتا ہوں کہ موجودہ زمانے میں مسلمانوں کا پلاننگ کا آغاز، سٹارٹنگ پوائنٹ یہ ہے کہ وہ آج کے دور کو ری ڈسکور کریں،</w:t>
      </w:r>
    </w:p>
    <w:p>
      <w:r>
        <w:rPr>
          <w:b/>
        </w:rPr>
        <w:t xml:space="preserve">[13:39] </w:t>
      </w:r>
      <w:r>
        <w:t>aaj ke daur ko rediscover karein.</w:t>
      </w:r>
    </w:p>
    <w:p>
      <w:pPr>
        <w:jc w:val="right"/>
      </w:pPr>
      <w:r>
        <w:t>آج کے دور کو ری ڈسکور کریں۔</w:t>
      </w:r>
    </w:p>
    <w:p>
      <w:r>
        <w:rPr>
          <w:b/>
        </w:rPr>
        <w:t xml:space="preserve">[13:47] </w:t>
      </w:r>
      <w:r>
        <w:t>yeh ghalati door awwal ke musalmanon se bhi ho chuki hai, yani unhone samajh rakha tha ke Makkah wale dushman Islam hain</w:t>
      </w:r>
    </w:p>
    <w:p>
      <w:pPr>
        <w:jc w:val="right"/>
      </w:pPr>
      <w:r>
        <w:t>یہ غلطی دور اول کے مسلمانوں سے بھی ہو چکی ہے، یعنی انہوں نے سمجھ رکھا تھا کہ مکہ والے دشمن اسلام ہیں</w:t>
      </w:r>
    </w:p>
    <w:p>
      <w:r>
        <w:rPr>
          <w:b/>
        </w:rPr>
        <w:t xml:space="preserve">[14:04] </w:t>
      </w:r>
      <w:r>
        <w:t>aur un se ladne ke liye tayyar ho gaye. Lekin Hudaybiyah ke baad yeh discover hui hai baat Allah taala ki planning ke zariye ke yeh toh mu'ahida Islam toh log the, yeh</w:t>
      </w:r>
    </w:p>
    <w:p>
      <w:pPr>
        <w:jc w:val="right"/>
      </w:pPr>
      <w:r>
        <w:t>اور ان سے لڑنے کے لیے تیار ہو گئے۔ لیکن حدیبیہ کے بعد یہ ڈسکور ہوئی ہے بات اللہ تعالی کی پلاننگ کے ذریعے کہ یہ تو معاہدہ اسلام تو لوگ تھے، یہ</w:t>
      </w:r>
    </w:p>
    <w:p>
      <w:r>
        <w:rPr>
          <w:b/>
        </w:rPr>
        <w:t xml:space="preserve">[14:22] </w:t>
      </w:r>
      <w:r>
        <w:t>yani wohi log the jin ko aaj bhi Muslim kitabon mein likha rehta hai: "Kuffar e Makkah".</w:t>
      </w:r>
    </w:p>
    <w:p>
      <w:pPr>
        <w:jc w:val="right"/>
      </w:pPr>
      <w:r>
        <w:t>یعنی وہی لوگ تھے جن کو آج بھی مسلم کتابوں میں لکھا رہتا ہے: "کفار مکہ"۔</w:t>
      </w:r>
    </w:p>
    <w:p>
      <w:r>
        <w:rPr>
          <w:b/>
        </w:rPr>
        <w:t xml:space="preserve">[14:34] </w:t>
      </w:r>
      <w:r>
        <w:t>aaj bhi kitaabon mein likha aata hai, aaj bhi "kuffar-e-makka".</w:t>
      </w:r>
    </w:p>
    <w:p>
      <w:pPr>
        <w:jc w:val="right"/>
      </w:pPr>
      <w:r>
        <w:t>آج بھی کتابوں میں لکھا آتا ہے، آج بھی "کفار مکہ"۔</w:t>
      </w:r>
    </w:p>
    <w:p>
      <w:r>
        <w:rPr>
          <w:b/>
        </w:rPr>
        <w:t xml:space="preserve">[14:40] </w:t>
      </w:r>
      <w:r>
        <w:t>kitni bekhabri ki baat hai!</w:t>
      </w:r>
    </w:p>
    <w:p>
      <w:pPr>
        <w:jc w:val="right"/>
      </w:pPr>
      <w:r>
        <w:t>کتنی بے خبری کی بات ہے!</w:t>
      </w:r>
    </w:p>
    <w:p>
      <w:r>
        <w:rPr>
          <w:b/>
        </w:rPr>
        <w:t xml:space="preserve">[14:42] </w:t>
      </w:r>
      <w:r>
        <w:t>yeh makke ke log to umar abubakar bane, yeh makke ke log to sahaba bane. to jin ko musalmanon ne dub kar rakha hai, woh kuffar-e-makka,</w:t>
      </w:r>
    </w:p>
    <w:p>
      <w:pPr>
        <w:jc w:val="right"/>
      </w:pPr>
      <w:r>
        <w:t>یہ مکے کے لوگ تو عمر ابوبکر بنے، یہ مکہ کے لوگ تو صحابہ بنے۔ تو جن کو مسلمانوں نے ڈب کر رکھا ہے، وہ کفار مکہ،</w:t>
      </w:r>
    </w:p>
    <w:p>
      <w:r>
        <w:rPr>
          <w:b/>
        </w:rPr>
        <w:t xml:space="preserve">[14:58] </w:t>
      </w:r>
      <w:r>
        <w:t>woh sab ashaab-e-islam, ashaab-e-rasool bane.</w:t>
      </w:r>
    </w:p>
    <w:p>
      <w:pPr>
        <w:jc w:val="right"/>
      </w:pPr>
      <w:r>
        <w:t>وہ سب اصحاب اسلام، اصحاب رسول بنے۔</w:t>
      </w:r>
    </w:p>
    <w:p>
      <w:r>
        <w:rPr>
          <w:b/>
        </w:rPr>
        <w:t xml:space="preserve">[15:08] </w:t>
      </w:r>
      <w:r>
        <w:t>unhon ne islam ki tareekh banai, unhon ne quran ko jama kiya, unhon ne hadith ko jama kiya, unhon ne islam ki dictionary banai.</w:t>
      </w:r>
    </w:p>
    <w:p>
      <w:pPr>
        <w:jc w:val="right"/>
      </w:pPr>
      <w:r>
        <w:t>انہوں نے اسلام کی تاریخ بنائی، انہوں نے قرآن کو جمع کیا، انہوں نے حدیث کو جمع کیا، انہوں نے اسلام کی ڈکشنری بنائی۔</w:t>
      </w:r>
    </w:p>
    <w:p>
      <w:r>
        <w:rPr>
          <w:b/>
        </w:rPr>
        <w:t xml:space="preserve">[15:24] </w:t>
      </w:r>
      <w:r>
        <w:t>yaani saare kaam jo kiye hain logon ne, wahi log hain jin ko yeh bekhabar log kuffar-e-makka kehte hain.</w:t>
      </w:r>
    </w:p>
    <w:p>
      <w:pPr>
        <w:jc w:val="right"/>
      </w:pPr>
      <w:r>
        <w:t>یعنی سارے کام جو کیے ہیں لوگوں نے، وہی لوگ ہیں جن کو یہ بے خبر لوگ کفار مکہ کہتے ہیں۔</w:t>
      </w:r>
    </w:p>
    <w:p>
      <w:r>
        <w:rPr>
          <w:b/>
        </w:rPr>
        <w:t xml:space="preserve">[15:40] </w:t>
      </w:r>
      <w:r>
        <w:t>yeh yeh waqia batata hai ke sab log potentially mu'eed-e-islam thay, potentially.</w:t>
      </w:r>
    </w:p>
    <w:p>
      <w:pPr>
        <w:jc w:val="right"/>
      </w:pPr>
      <w:r>
        <w:t>یہ یہ واقعہ بتاتا ہے کہ سب لوگ پوٹینشلی معید اسلام تھے، پوٹینشلی۔</w:t>
      </w:r>
    </w:p>
    <w:p>
      <w:r>
        <w:rPr>
          <w:b/>
        </w:rPr>
        <w:t xml:space="preserve">[15:56] </w:t>
      </w:r>
      <w:r>
        <w:t>baad ko woh log actual ma'ani mein muslim ban gaye, wahi aaj bhi hai.</w:t>
      </w:r>
    </w:p>
    <w:p>
      <w:pPr>
        <w:jc w:val="right"/>
      </w:pPr>
      <w:r>
        <w:t>بعد کو وہ لوگ ایکچول معنی میں مسلم بن گئے، وہی آج بھی ہے۔</w:t>
      </w:r>
    </w:p>
    <w:p>
      <w:r>
        <w:rPr>
          <w:b/>
        </w:rPr>
        <w:t xml:space="preserve">[16:09] </w:t>
      </w:r>
      <w:r>
        <w:t>dekhiye, main bohat dinon se bas sochta raha</w:t>
      </w:r>
    </w:p>
    <w:p>
      <w:pPr>
        <w:jc w:val="right"/>
      </w:pPr>
      <w:r>
        <w:t>دیکھیے، میں بہت دنوں سے بس سوچتا رہا</w:t>
      </w:r>
    </w:p>
    <w:p>
      <w:r>
        <w:rPr>
          <w:b/>
        </w:rPr>
        <w:t xml:space="preserve">[16:12] </w:t>
      </w:r>
      <w:r>
        <w:t>ke rasool Allah ne itni zyada</w:t>
      </w:r>
    </w:p>
    <w:p>
      <w:pPr>
        <w:jc w:val="right"/>
      </w:pPr>
      <w:r>
        <w:t>کہ رسول اللہ نے اتنی زیادہ</w:t>
      </w:r>
    </w:p>
    <w:p>
      <w:r>
        <w:rPr>
          <w:b/>
        </w:rPr>
        <w:t xml:space="preserve">[16:18] </w:t>
      </w:r>
      <w:r>
        <w:t>dub kar ke soorat ki thi hudaybiya ki ke unhon ne kaha ke lehaza rasool Allah ko mita diya, to aap ne us ko mita diya. jitni sooraten hain, number ke saari sooraton ko maan liya.</w:t>
      </w:r>
    </w:p>
    <w:p>
      <w:pPr>
        <w:jc w:val="right"/>
      </w:pPr>
      <w:r>
        <w:t>دب کر کے سورت کی تھی حدیبیہ کی کہ انہوں نے کہا کہ لہذا رسول اللہ کو مٹا دیا، تو آپ نے اس کو مٹا دیا۔ جتنی سورتیں ہیں، نمبر کے ساری سورتوں کو مان لیا۔</w:t>
      </w:r>
    </w:p>
    <w:p>
      <w:r>
        <w:rPr>
          <w:b/>
        </w:rPr>
        <w:t xml:space="preserve">[16:33] </w:t>
      </w:r>
      <w:r>
        <w:t>iski raaz yahi tha</w:t>
      </w:r>
    </w:p>
    <w:p>
      <w:pPr>
        <w:jc w:val="right"/>
      </w:pPr>
      <w:r>
        <w:t>اس کی راز یہی تھا</w:t>
      </w:r>
    </w:p>
    <w:p>
      <w:r>
        <w:rPr>
          <w:b/>
        </w:rPr>
        <w:t xml:space="preserve">[16:36] </w:t>
      </w:r>
      <w:r>
        <w:t>ke rasool Allah jante thay ke yeh to</w:t>
      </w:r>
    </w:p>
    <w:p>
      <w:pPr>
        <w:jc w:val="right"/>
      </w:pPr>
      <w:r>
        <w:t>کہ رسول اللہ جانتے تھے کہ یہ تو</w:t>
      </w:r>
    </w:p>
    <w:p>
      <w:r>
        <w:rPr>
          <w:b/>
        </w:rPr>
        <w:t xml:space="preserve">[16:47] </w:t>
      </w:r>
      <w:r>
        <w:t>mustaqbil ke aleh-e-salam hain, bekhabri ki bina par yeh islam ke khilaaf ho gaye hain.</w:t>
      </w:r>
    </w:p>
    <w:p>
      <w:pPr>
        <w:jc w:val="right"/>
      </w:pPr>
      <w:r>
        <w:t>مستقبل کے علیہ السلام ہیں، بے خبری کی بنا پر یہ اسلام کے خلاف ہو گئے ہیں۔</w:t>
      </w:r>
    </w:p>
    <w:p>
      <w:r>
        <w:rPr>
          <w:b/>
        </w:rPr>
        <w:t xml:space="preserve">[16:58] </w:t>
      </w:r>
      <w:r>
        <w:t>to aap ne mustaqbil ko dekha,</w:t>
      </w:r>
    </w:p>
    <w:p>
      <w:pPr>
        <w:jc w:val="right"/>
      </w:pPr>
      <w:r>
        <w:t>تو آپ نے مستقبل کو دیکھا،</w:t>
      </w:r>
    </w:p>
    <w:p>
      <w:r>
        <w:rPr>
          <w:b/>
        </w:rPr>
        <w:t xml:space="preserve">[17:03] </w:t>
      </w:r>
      <w:r>
        <w:t>zamane ko yaani haal ko nahi dekha.</w:t>
      </w:r>
    </w:p>
    <w:p>
      <w:pPr>
        <w:jc w:val="right"/>
      </w:pPr>
      <w:r>
        <w:t>زمانے کو یعنی حال کو نہیں دیکھا۔</w:t>
      </w:r>
    </w:p>
    <w:p>
      <w:r>
        <w:rPr>
          <w:b/>
        </w:rPr>
        <w:t xml:space="preserve">[17:11] </w:t>
      </w:r>
      <w:r>
        <w:t>warna aap ghaur kijiye, peghambar aisa kar sakta hai ke woh</w:t>
      </w:r>
    </w:p>
    <w:p>
      <w:pPr>
        <w:jc w:val="right"/>
      </w:pPr>
      <w:r>
        <w:t>ورنہ آپ غور کیجئے، پیغمبر ایسا کر سکتا ہے کہ وہ</w:t>
      </w:r>
    </w:p>
    <w:p>
      <w:r>
        <w:rPr>
          <w:b/>
        </w:rPr>
        <w:t xml:space="preserve">[17:21] </w:t>
      </w:r>
      <w:r>
        <w:t>but paraston se</w:t>
      </w:r>
    </w:p>
    <w:p>
      <w:pPr>
        <w:jc w:val="right"/>
      </w:pPr>
      <w:r>
        <w:t>بت پرستوں سے</w:t>
      </w:r>
    </w:p>
    <w:p>
      <w:r>
        <w:rPr>
          <w:b/>
        </w:rPr>
        <w:t xml:space="preserve">[17:25] </w:t>
      </w:r>
      <w:r>
        <w:t>jhuk jaye? nahi, rasool Allah jo jhuke thay, woh mustaqbil mein but paraston ke aage nahi,</w:t>
      </w:r>
    </w:p>
    <w:p>
      <w:pPr>
        <w:jc w:val="right"/>
      </w:pPr>
      <w:r>
        <w:t>جھک جائے؟ نہیں، رسول اللہ جو جھکے تھے، وہ مستقبل میں بت پرستوں کے آگے نہیں،</w:t>
      </w:r>
    </w:p>
    <w:p>
      <w:r>
        <w:rPr>
          <w:b/>
        </w:rPr>
        <w:t xml:space="preserve">[17:38] </w:t>
      </w:r>
      <w:r>
        <w:t>balkeh</w:t>
      </w:r>
    </w:p>
    <w:p>
      <w:pPr>
        <w:jc w:val="right"/>
      </w:pPr>
      <w:r>
        <w:t>بلکہ</w:t>
      </w:r>
    </w:p>
    <w:p>
      <w:r>
        <w:rPr>
          <w:b/>
        </w:rPr>
        <w:t xml:space="preserve">[17:42] </w:t>
      </w:r>
      <w:r>
        <w:t>imkani mu'eedin ke aage,</w:t>
      </w:r>
    </w:p>
    <w:p>
      <w:pPr>
        <w:jc w:val="right"/>
      </w:pPr>
      <w:r>
        <w:t>امکانی معیدین کے آگے،</w:t>
      </w:r>
    </w:p>
    <w:p>
      <w:r>
        <w:rPr>
          <w:b/>
        </w:rPr>
        <w:t xml:space="preserve">[17:47] </w:t>
      </w:r>
      <w:r>
        <w:t>potential mu'eed-e-islam ke aage.</w:t>
      </w:r>
    </w:p>
    <w:p>
      <w:pPr>
        <w:jc w:val="right"/>
      </w:pPr>
      <w:r>
        <w:t>پوٹینشل معید اسلام کے آگے۔</w:t>
      </w:r>
    </w:p>
    <w:p>
      <w:r>
        <w:rPr>
          <w:b/>
        </w:rPr>
        <w:t xml:space="preserve">[17:54] </w:t>
      </w:r>
      <w:r>
        <w:t>jin logon ne is ko nahi jaana samjha, unhon ne bekhabar reh gaye. woh is rasool Allah ne itna zyada jhuk kar mamla kiya makka walon se,</w:t>
      </w:r>
    </w:p>
    <w:p>
      <w:pPr>
        <w:jc w:val="right"/>
      </w:pPr>
      <w:r>
        <w:t>جن لوگوں نے اس کو نہیں جانا سمجھا، انہوں نے بے خبر رہ گئے۔ وہ اس رسول اللہ نے اتنا زیادہ جھک کر معاملہ کیا مکہ والوں سے،</w:t>
      </w:r>
    </w:p>
    <w:p>
      <w:r>
        <w:rPr>
          <w:b/>
        </w:rPr>
        <w:t xml:space="preserve">[18:10] </w:t>
      </w:r>
      <w:r>
        <w:t>aakhri had tak chale gaye. aap</w:t>
      </w:r>
    </w:p>
    <w:p>
      <w:pPr>
        <w:jc w:val="right"/>
      </w:pPr>
      <w:r>
        <w:t>آخری حد تک چلے گئے۔ آپ</w:t>
      </w:r>
    </w:p>
    <w:p>
      <w:r>
        <w:rPr>
          <w:b/>
        </w:rPr>
        <w:t xml:space="preserve">[18:15] </w:t>
      </w:r>
      <w:r>
        <w:t>iski wajah hai ke aap samajh jante thay ke potentially to muslim hain, yeh log</w:t>
      </w:r>
    </w:p>
    <w:p>
      <w:pPr>
        <w:jc w:val="right"/>
      </w:pPr>
      <w:r>
        <w:t>اس کی وجہ ہے کہ آپ سمجھ جانتے تھے کہ پوٹینشلی تو مسلم ہیں، یہ لوگ</w:t>
      </w:r>
    </w:p>
    <w:p>
      <w:r>
        <w:rPr>
          <w:b/>
        </w:rPr>
        <w:t xml:space="preserve">[18:25] </w:t>
      </w:r>
      <w:r>
        <w:t>be khabari ki waja se woh</w:t>
      </w:r>
    </w:p>
    <w:p>
      <w:pPr>
        <w:jc w:val="right"/>
      </w:pPr>
      <w:r>
        <w:t>بے خبری کی وجہ سے وہ</w:t>
      </w:r>
    </w:p>
    <w:p>
      <w:r>
        <w:rPr>
          <w:b/>
        </w:rPr>
        <w:t xml:space="preserve">[18:29] </w:t>
      </w:r>
      <w:r>
        <w:t>dusre daira mein chale gaye hain. lekin potentially woh muslim hain, woh islam ki tareekh banane wale log hain,</w:t>
      </w:r>
    </w:p>
    <w:p>
      <w:pPr>
        <w:jc w:val="right"/>
      </w:pPr>
      <w:r>
        <w:t>دوسرے دائرے میں چلے گئے ہیں۔ لیکن پوٹینشلی وہ مسلم ہیں، وہ اسلام کی تاریخ بنانے والے لوگ ہیں،</w:t>
      </w:r>
    </w:p>
    <w:p>
      <w:r>
        <w:rPr>
          <w:b/>
        </w:rPr>
        <w:t xml:space="preserve">[18:43] </w:t>
      </w:r>
      <w:r>
        <w:t>yeh woh log hain jo islam ki history banane banayenge.</w:t>
      </w:r>
    </w:p>
    <w:p>
      <w:pPr>
        <w:jc w:val="right"/>
      </w:pPr>
      <w:r>
        <w:t>یہ وہ لوگ ہیں جو اسلام کی ہسٹری بنانے بنائیں گے۔</w:t>
      </w:r>
    </w:p>
    <w:p>
      <w:r>
        <w:rPr>
          <w:b/>
        </w:rPr>
        <w:t xml:space="preserve">[18:51] </w:t>
      </w:r>
      <w:r>
        <w:t>maamooli qism ke log nahi thay, woh</w:t>
      </w:r>
    </w:p>
    <w:p>
      <w:pPr>
        <w:jc w:val="right"/>
      </w:pPr>
      <w:r>
        <w:t>معمولی قسم کے لوگ نہیں تھے، وہ</w:t>
      </w:r>
    </w:p>
    <w:p>
      <w:r>
        <w:rPr>
          <w:b/>
        </w:rPr>
        <w:t xml:space="preserve">[18:57] </w:t>
      </w:r>
      <w:r>
        <w:t>yahi woh log hain. quran utrega rasool Allah par, lekin quran ki tareekh banayenge yahi log.</w:t>
      </w:r>
    </w:p>
    <w:p>
      <w:pPr>
        <w:jc w:val="right"/>
      </w:pPr>
      <w:r>
        <w:t>یہی وہ لوگ ہیں۔ قرآن اترے گا رسول اللہ پر، لیکن قرآن کی تاریخ بنائے گئے یہی لوگ۔</w:t>
      </w:r>
    </w:p>
    <w:p>
      <w:r>
        <w:rPr>
          <w:b/>
        </w:rPr>
        <w:t xml:space="preserve">[19:07] </w:t>
      </w:r>
      <w:r>
        <w:t>is liye aap ka jhuk gaya, ghabra gaya. rasool Allah ne potential ko dekha,</w:t>
      </w:r>
    </w:p>
    <w:p>
      <w:pPr>
        <w:jc w:val="right"/>
      </w:pPr>
      <w:r>
        <w:t>اس لیے آپ کا جھک گیا، گھبرا گیا۔ رسول اللہ نے پوٹینشل کو دیکھا،</w:t>
      </w:r>
    </w:p>
    <w:p>
      <w:r>
        <w:rPr>
          <w:b/>
        </w:rPr>
        <w:t xml:space="preserve">[19:18] </w:t>
      </w:r>
      <w:r>
        <w:t>mustaqbil ko dekha. aap ne</w:t>
      </w:r>
    </w:p>
    <w:p>
      <w:pPr>
        <w:jc w:val="right"/>
      </w:pPr>
      <w:r>
        <w:t>مستقبل کو دیکھا۔ آپ نے</w:t>
      </w:r>
    </w:p>
    <w:p>
      <w:r>
        <w:rPr>
          <w:b/>
        </w:rPr>
        <w:t xml:space="preserve">[19:25] </w:t>
      </w:r>
      <w:r>
        <w:t>kaisi ajeeb be khabari</w:t>
      </w:r>
    </w:p>
    <w:p>
      <w:pPr>
        <w:jc w:val="right"/>
      </w:pPr>
      <w:r>
        <w:t>کیسی عجیب بے خبری</w:t>
      </w:r>
    </w:p>
    <w:p>
      <w:r>
        <w:rPr>
          <w:b/>
        </w:rPr>
        <w:t xml:space="preserve">[19:28] </w:t>
      </w:r>
      <w:r>
        <w:t>hai, yeh kaisi ajeeb be khabari hai.</w:t>
      </w:r>
    </w:p>
    <w:p>
      <w:pPr>
        <w:jc w:val="right"/>
      </w:pPr>
      <w:r>
        <w:t>ہے، یہ کیسی عجیب بے خبری ہے۔</w:t>
      </w:r>
    </w:p>
    <w:p>
      <w:r>
        <w:rPr>
          <w:b/>
        </w:rPr>
        <w:t xml:space="preserve">[19:39] </w:t>
      </w:r>
      <w:r>
        <w:t>ab dobara zamana is tarah lot aaya hai ke aaj ke musalman is daur be khabari mein phir lot aaye, lot gaye hain.</w:t>
      </w:r>
    </w:p>
    <w:p>
      <w:pPr>
        <w:jc w:val="right"/>
      </w:pPr>
      <w:r>
        <w:t>اب دوبارہ زمانہ اس طرح لوٹ آیا ہے کہ آج کے مسلمان اس دور بے خبری میں پھر لوٹ آئے، لوٹ گئے ہیں۔</w:t>
      </w:r>
    </w:p>
    <w:p>
      <w:r>
        <w:rPr>
          <w:b/>
        </w:rPr>
        <w:t xml:space="preserve">[19:51] </w:t>
      </w:r>
      <w:r>
        <w:t>saari duniya aaj mufeed islam hai, saari duniya, kyunke yeh toh daur science tha, yeh yeh daur daur science tha.</w:t>
      </w:r>
    </w:p>
    <w:p>
      <w:pPr>
        <w:jc w:val="right"/>
      </w:pPr>
      <w:r>
        <w:t>ساری دنیا آج معید اسلام ہے، ساری دنیا، کیونکہ یہ تو دور سائنس تھا، یہ یہ دور دور سائنس تھا۔</w:t>
      </w:r>
    </w:p>
    <w:p>
      <w:r>
        <w:rPr>
          <w:b/>
        </w:rPr>
        <w:t xml:space="preserve">[20:04] </w:t>
      </w:r>
      <w:r>
        <w:t>aur daur science kaun tha? woh woh khud quran ki ayat ke mutabiq: "sanuwarihim ayatina fil afaqi hatta yatabayan alhaqq".</w:t>
      </w:r>
    </w:p>
    <w:p>
      <w:pPr>
        <w:jc w:val="right"/>
      </w:pPr>
      <w:r>
        <w:t>اور دور سائنس کون تھا؟ وہ وہ خود قرآن کی آیت کے مطابق: "سنوریہم ایاتنا فی الافاق حتیٰ یتبین الحق"۔</w:t>
      </w:r>
    </w:p>
    <w:p>
      <w:r>
        <w:rPr>
          <w:b/>
        </w:rPr>
        <w:t xml:space="preserve">[20:19] </w:t>
      </w:r>
      <w:r>
        <w:t>yani woh daur</w:t>
      </w:r>
    </w:p>
    <w:p>
      <w:pPr>
        <w:jc w:val="right"/>
      </w:pPr>
      <w:r>
        <w:t>یعنی وہ دور</w:t>
      </w:r>
    </w:p>
    <w:p>
      <w:r>
        <w:rPr>
          <w:b/>
        </w:rPr>
        <w:t xml:space="preserve">[20:21] </w:t>
      </w:r>
      <w:r>
        <w:t>jab ke taeed haq kamil mani mein ho jayegi, toh aaj taeed haq kamil mani mein ho chuki hai.</w:t>
      </w:r>
    </w:p>
    <w:p>
      <w:pPr>
        <w:jc w:val="right"/>
      </w:pPr>
      <w:r>
        <w:t>جب کہ تائید حق کامل معنی میں ہو جائے گی، تو آج تائید حق کامل معنی میں ہو چکی ہے۔</w:t>
      </w:r>
    </w:p>
    <w:p>
      <w:r>
        <w:rPr>
          <w:b/>
        </w:rPr>
        <w:t xml:space="preserve">[20:35] </w:t>
      </w:r>
      <w:r>
        <w:t>ab kitni be khabari hai musalmanon ki!</w:t>
      </w:r>
    </w:p>
    <w:p>
      <w:pPr>
        <w:jc w:val="right"/>
      </w:pPr>
      <w:r>
        <w:t>اب کتنی بے خبری ہے مسلمانوں کی!</w:t>
      </w:r>
    </w:p>
    <w:p>
      <w:r>
        <w:rPr>
          <w:b/>
        </w:rPr>
        <w:t xml:space="preserve">[20:42] </w:t>
      </w:r>
      <w:r>
        <w:t>mein khud bachpan mein is fareb mein bhi utra tha, kyunke mein is zamane ke jo buzurg log thay, hamare zamane ke, woh kehte thay ke yeh toh yani</w:t>
      </w:r>
    </w:p>
    <w:p>
      <w:pPr>
        <w:jc w:val="right"/>
      </w:pPr>
      <w:r>
        <w:t>میں خود بچپن میں اس فریب میں بھی اترا تھا، کیونکہ میں اس زمانے کے جو بزرگ لوگ تھے، ہمارے زمانے کے، وہ کہتے تھے کہ یہ تو یعنی</w:t>
      </w:r>
    </w:p>
    <w:p>
      <w:r>
        <w:rPr>
          <w:b/>
        </w:rPr>
        <w:t xml:space="preserve">[20:59] </w:t>
      </w:r>
      <w:r>
        <w:t>aise logon ko kehte thay, woh naturely musalman, naturely log, yani nature parast.</w:t>
      </w:r>
    </w:p>
    <w:p>
      <w:pPr>
        <w:jc w:val="right"/>
      </w:pPr>
      <w:r>
        <w:t>ایسے لوگوں کو کہتے تھے، وہ نیچرلی مسلمان، نیچرلی لوگ، یعنی نیچر پرست۔</w:t>
      </w:r>
    </w:p>
    <w:p>
      <w:r>
        <w:rPr>
          <w:b/>
        </w:rPr>
        <w:t xml:space="preserve">[21:11] </w:t>
      </w:r>
      <w:r>
        <w:t>halanke nature ko discover kiya logon ne, aur aur woh nai roshni ke sath woh islam mein dakhil hue.</w:t>
      </w:r>
    </w:p>
    <w:p>
      <w:pPr>
        <w:jc w:val="right"/>
      </w:pPr>
      <w:r>
        <w:t>حالانکہ نیچر کو ڈسکور کیا لوگوں نے، اور اور وہ نئی روشنی کے ساتھ وہ اسلام میں داخل ہوئے۔</w:t>
      </w:r>
    </w:p>
    <w:p>
      <w:r>
        <w:rPr>
          <w:b/>
        </w:rPr>
        <w:t xml:space="preserve">[21:31] </w:t>
      </w:r>
      <w:r>
        <w:t>aaj kal jis truth suniye, us ko suniye. bas manfi boli bolta hai ke islam ka.</w:t>
      </w:r>
    </w:p>
    <w:p>
      <w:pPr>
        <w:jc w:val="right"/>
      </w:pPr>
      <w:r>
        <w:t>آج کل جس ٹرتھ سنیے، اس کو سنیے۔ بس منفی بولی بولتا ہے کہ اسلام کا۔</w:t>
      </w:r>
    </w:p>
    <w:p>
      <w:r>
        <w:rPr>
          <w:b/>
        </w:rPr>
        <w:t xml:space="preserve">[21:42] </w:t>
      </w:r>
      <w:r>
        <w:t>mein Dilli mein ek ek seminar hua tha, woh parhe likhon ka, yani</w:t>
      </w:r>
    </w:p>
    <w:p>
      <w:pPr>
        <w:jc w:val="right"/>
      </w:pPr>
      <w:r>
        <w:t>میں دلی میں ایک ایک سیمینار ہوا تھا، وہ پڑھے لکھوں کا، یعنی</w:t>
      </w:r>
    </w:p>
    <w:p>
      <w:r>
        <w:rPr>
          <w:b/>
        </w:rPr>
        <w:t xml:space="preserve">[21:48] </w:t>
      </w:r>
      <w:r>
        <w:t>English jo bolte thay, un ka woh jamia mein hua tha.</w:t>
      </w:r>
    </w:p>
    <w:p>
      <w:pPr>
        <w:jc w:val="right"/>
      </w:pPr>
      <w:r>
        <w:t>انگلش جو بولتے تھے، ان کا وہ جامعہ میں ہوا تھا۔</w:t>
      </w:r>
    </w:p>
    <w:p>
      <w:r>
        <w:rPr>
          <w:b/>
        </w:rPr>
        <w:t xml:space="preserve">[21:56] </w:t>
      </w:r>
      <w:r>
        <w:t>toh is mein log aaye, log caron par baith kar aaye, woh English bolte thay wahan. toh sab log jo bol chuke, sab log bol chuke.</w:t>
      </w:r>
    </w:p>
    <w:p>
      <w:pPr>
        <w:jc w:val="right"/>
      </w:pPr>
      <w:r>
        <w:t>تو اس میں لوگ آئے، لوگ کاروں پر بیٹھ کر آئے، وہ انگلش بولتے تھے وہاں۔ تو سب لوگ جو بول چکے، سب لوگ بول چکے۔</w:t>
      </w:r>
    </w:p>
    <w:p>
      <w:r>
        <w:rPr>
          <w:b/>
        </w:rPr>
        <w:t xml:space="preserve">[22:08] </w:t>
      </w:r>
      <w:r>
        <w:t>toh is ka jo president tha, woh ek hindu tha,</w:t>
      </w:r>
    </w:p>
    <w:p>
      <w:pPr>
        <w:jc w:val="right"/>
      </w:pPr>
      <w:r>
        <w:t>تو اس کا جو پریزیڈنٹ تھا، وہ ایک ہندو تھا،</w:t>
      </w:r>
    </w:p>
    <w:p>
      <w:r>
        <w:rPr>
          <w:b/>
        </w:rPr>
        <w:t xml:space="preserve">[22:16] </w:t>
      </w:r>
      <w:r>
        <w:t>woh hindu tha. ek yeh qissa mein ne likha hai. risale mein toh mein jab bola toh mein ne kaha ke yeh toh atifi boli bola.</w:t>
      </w:r>
    </w:p>
    <w:p>
      <w:pPr>
        <w:jc w:val="right"/>
      </w:pPr>
      <w:r>
        <w:t>وہ ہندو تھا۔ ایک یہ قصہ میں نے لکھا ہے۔ رسالے میں تو میں جب بولا تو میں نے کہا کہ یہ تو عاطفی بولی بولا۔</w:t>
      </w:r>
    </w:p>
    <w:p>
      <w:r>
        <w:rPr>
          <w:b/>
        </w:rPr>
        <w:t xml:space="preserve">[22:28] </w:t>
      </w:r>
      <w:r>
        <w:t>mein</w:t>
      </w:r>
    </w:p>
    <w:p>
      <w:pPr>
        <w:jc w:val="right"/>
      </w:pPr>
      <w:r>
        <w:t>میں</w:t>
      </w:r>
    </w:p>
    <w:p>
      <w:r>
        <w:rPr>
          <w:b/>
        </w:rPr>
        <w:t xml:space="preserve">[22:33] </w:t>
      </w:r>
      <w:r>
        <w:t>mein wohi baat kahi jo aaj mein ne kahi hai. to woh jo hindu sadar tha, woh ta'ajjub kiya us ne ke ek musalman yahan aisa bhi hai.</w:t>
      </w:r>
    </w:p>
    <w:p>
      <w:pPr>
        <w:jc w:val="right"/>
      </w:pPr>
      <w:r>
        <w:t>میں وہی بات کہی جو آج میں نے کہی ہے۔ تو وہ جو ہندو صدر تھا، وہ تعجب کیا اس نے کہ ایک مسلمان یہاں ایسا بھی ہے۔</w:t>
      </w:r>
    </w:p>
    <w:p>
      <w:r>
        <w:rPr>
          <w:b/>
        </w:rPr>
        <w:t xml:space="preserve">[22:55] </w:t>
      </w:r>
      <w:r>
        <w:t>aaj ke hum ko</w:t>
      </w:r>
    </w:p>
    <w:p>
      <w:pPr>
        <w:jc w:val="right"/>
      </w:pPr>
      <w:r>
        <w:t>آج کے ہم کو</w:t>
      </w:r>
    </w:p>
    <w:p>
      <w:r>
        <w:rPr>
          <w:b/>
        </w:rPr>
        <w:t xml:space="preserve">[22:58] </w:t>
      </w:r>
      <w:r>
        <w:t>koi nai cheez nahi paana hai, paai hui is cheez ko re-discover karna hai,</w:t>
      </w:r>
    </w:p>
    <w:p>
      <w:pPr>
        <w:jc w:val="right"/>
      </w:pPr>
      <w:r>
        <w:t>کوئی نئی چیز نہیں پانا ہے، پائی ہوئی اس چیز کو ری ڈسکور کرنا ہے،</w:t>
      </w:r>
    </w:p>
    <w:p>
      <w:r>
        <w:rPr>
          <w:b/>
        </w:rPr>
        <w:t xml:space="preserve">[23:07] </w:t>
      </w:r>
      <w:r>
        <w:t>paai hui is cheez ko re-discover karna hai.</w:t>
      </w:r>
    </w:p>
    <w:p>
      <w:pPr>
        <w:jc w:val="right"/>
      </w:pPr>
      <w:r>
        <w:t>پائی ہوئی اس چیز کو ری ڈسکور کرنا ہے۔</w:t>
      </w:r>
    </w:p>
    <w:p>
      <w:r>
        <w:rPr>
          <w:b/>
        </w:rPr>
        <w:t xml:space="preserve">[23:20] </w:t>
      </w:r>
      <w:r>
        <w:t>aap ko maloom hoga ke mein ne sab se pehli kitab jo likhi thi, mein ne jo hamare bete zafar ul islam ne arabi zaban mein tarjuma kiya tha,</w:t>
      </w:r>
    </w:p>
    <w:p>
      <w:pPr>
        <w:jc w:val="right"/>
      </w:pPr>
      <w:r>
        <w:t>آپ کو معلوم ہوگا کہ میں نے سب سے پہلی کتاب جو لکھی تھی، میں نے جو ہمارے بیٹے ظفر الاسلام نے عربی زبان میں ترجمہ کیا تھا،</w:t>
      </w:r>
    </w:p>
    <w:p>
      <w:r>
        <w:rPr>
          <w:b/>
        </w:rPr>
        <w:t xml:space="preserve">[23:40] </w:t>
      </w:r>
      <w:r>
        <w:t>"al islam wa yata'adda". yeh kitab itni achhi language thi ke maulana ali, mein ne is ko kaha tha ke yeh to mashriq arabi mein hai, mashriq arabi mein.</w:t>
      </w:r>
    </w:p>
    <w:p>
      <w:pPr>
        <w:jc w:val="right"/>
      </w:pPr>
      <w:r>
        <w:t>"السلام ویتعدی"۔ یہ کتاب اتنی اچھی لینگویج تھی کہ مولانا علی، میں نے اس کو کہا تھا کہ یہ تو مشرق عربی میں ہے، مشرق عربی میں۔</w:t>
      </w:r>
    </w:p>
    <w:p>
      <w:r>
        <w:rPr>
          <w:b/>
        </w:rPr>
        <w:t xml:space="preserve">[23:58] </w:t>
      </w:r>
      <w:r>
        <w:t>to ek arab ne kaha tha mujhe jab mujhe kaha tha arab ke aap ne "al islam wahdah" ko kaha hai. aap ne kehna hai ji "al islam yata'adda"</w:t>
      </w:r>
    </w:p>
    <w:p>
      <w:pPr>
        <w:jc w:val="right"/>
      </w:pPr>
      <w:r>
        <w:t>تو ایک عرب نے کہا تھا مجھے جب مجھے کہا تھا عرب کہ آپ نے "اسلام وحدہ" کو کہا ہے۔ آپ نے کہنا ہے جی "الاسلام یتحدی"</w:t>
      </w:r>
    </w:p>
    <w:p>
      <w:r>
        <w:rPr>
          <w:b/>
        </w:rPr>
        <w:t xml:space="preserve">[24:14] </w:t>
      </w:r>
      <w:r>
        <w:t>yani yeh islam under challenge hai. yata'adda likhna chahiye aap ko "al islam wahdah" kyun keh diya?</w:t>
      </w:r>
    </w:p>
    <w:p>
      <w:pPr>
        <w:jc w:val="right"/>
      </w:pPr>
      <w:r>
        <w:t>یعنی یہ اسلام انڈر چیلنج ہے۔ یتحدی لکھنا چاہیے آپ کو "الاسلام وحدہ" کیوں کہہ دیا؟</w:t>
      </w:r>
    </w:p>
    <w:p>
      <w:r>
        <w:rPr>
          <w:b/>
        </w:rPr>
        <w:t xml:space="preserve">[24:26] </w:t>
      </w:r>
      <w:r>
        <w:t>yani islam challenge kar raha hai. to un ko yeh khabar hi nahi thi ke islam</w:t>
      </w:r>
    </w:p>
    <w:p>
      <w:pPr>
        <w:jc w:val="right"/>
      </w:pPr>
      <w:r>
        <w:t>یعنی اسلام چیلنج کر رہا ہے۔ تو ان کو یہ خبر ہی نہیں تھی کہ اسلام</w:t>
      </w:r>
    </w:p>
    <w:p>
      <w:r>
        <w:rPr>
          <w:b/>
        </w:rPr>
        <w:t xml:space="preserve">[24:31] </w:t>
      </w:r>
      <w:r>
        <w:t>challenge kar raha hai sari dunya ko. daur-e-jahiliyat galat tha,</w:t>
      </w:r>
    </w:p>
    <w:p>
      <w:pPr>
        <w:jc w:val="right"/>
      </w:pPr>
      <w:r>
        <w:t>چیلنج کر رہا ہے ساری دنیا کو۔ دور جاہلیت غلط تھا،</w:t>
      </w:r>
    </w:p>
    <w:p>
      <w:r>
        <w:rPr>
          <w:b/>
        </w:rPr>
        <w:t xml:space="preserve">[24:39] </w:t>
      </w:r>
      <w:r>
        <w:t>daur-e-qawali daur galat tha, sare pichhle daur galat the, aur ab jo daur aaya hai woh islam ka daur hai.</w:t>
      </w:r>
    </w:p>
    <w:p>
      <w:pPr>
        <w:jc w:val="right"/>
      </w:pPr>
      <w:r>
        <w:t>دور قوالی دور غلط تھا، سارے پچھلے دور غلط تھے، اور اب جو دور آیا ہے وہ اسلام کا دور ہے۔</w:t>
      </w:r>
    </w:p>
    <w:p>
      <w:r>
        <w:rPr>
          <w:b/>
        </w:rPr>
        <w:t xml:space="preserve">[24:51] </w:t>
      </w:r>
      <w:r>
        <w:t>to mujhe achhi tarah aaya tha ke ek saudi musalman ne kaha tha ke aap ne likha hai naam "al islam wahdah" nahi, is ko badlie, is ka naam likhie "al islam yata'adda".</w:t>
      </w:r>
    </w:p>
    <w:p>
      <w:pPr>
        <w:jc w:val="right"/>
      </w:pPr>
      <w:r>
        <w:t>تو مجھے اچھی طرح آیا تھا کہ ایک سعودی مسلمان نے کہا تھا کہ آپ نے لکھا ہے نام "الاسلام وحدہ" نہیں، اس کو بدلیے، اس کا نام لکھیے "الاسلام یتحدی"۔</w:t>
      </w:r>
    </w:p>
    <w:p>
      <w:r>
        <w:rPr>
          <w:b/>
        </w:rPr>
        <w:t xml:space="preserve">[25:06] </w:t>
      </w:r>
      <w:r>
        <w:t>yeh bekhabari ki baat thi, yeh bekhabari ki baat thi.</w:t>
      </w:r>
    </w:p>
    <w:p>
      <w:pPr>
        <w:jc w:val="right"/>
      </w:pPr>
      <w:r>
        <w:t>یہ بے خبری کی بات تھی، یہ بے خبری کی بات تھی۔</w:t>
      </w:r>
    </w:p>
    <w:p>
      <w:r>
        <w:rPr>
          <w:b/>
        </w:rPr>
        <w:t xml:space="preserve">[25:20] </w:t>
      </w:r>
      <w:r>
        <w:t>to mein aap logon ko</w:t>
      </w:r>
    </w:p>
    <w:p>
      <w:pPr>
        <w:jc w:val="right"/>
      </w:pPr>
      <w:r>
        <w:t>تو میں آپ لوگوں کو</w:t>
      </w:r>
    </w:p>
    <w:p>
      <w:r>
        <w:rPr>
          <w:b/>
        </w:rPr>
        <w:t xml:space="preserve">[25:24] </w:t>
      </w:r>
      <w:r>
        <w:t>yeh keh raha hoon ke jo hum hamare saathi hain,</w:t>
      </w:r>
    </w:p>
    <w:p>
      <w:pPr>
        <w:jc w:val="right"/>
      </w:pPr>
      <w:r>
        <w:t>یہ کہہ رہا ہوں کہ جو ہم ہمارے ساتھی ہیں،</w:t>
      </w:r>
    </w:p>
    <w:p>
      <w:r>
        <w:rPr>
          <w:b/>
        </w:rPr>
        <w:t xml:space="preserve">[25:32] </w:t>
      </w:r>
      <w:r>
        <w:t>woh to Allah Akbar se is se waqif ho chuke hain. lekin doosre log jo bekhabar hain, un ko un ki bekhabari ko todna hai,</w:t>
      </w:r>
    </w:p>
    <w:p>
      <w:pPr>
        <w:jc w:val="right"/>
      </w:pPr>
      <w:r>
        <w:t>وہ تو اللہ اکبر سے اس سے واقف ہو چکے ہیں۔ لیکن دوسرے لوگ جو بے خبر ہیں، ان کو ان کی بے خبری کو توڑنا ہے،</w:t>
      </w:r>
    </w:p>
    <w:p>
      <w:r>
        <w:rPr>
          <w:b/>
        </w:rPr>
        <w:t xml:space="preserve">[25:46] </w:t>
      </w:r>
      <w:r>
        <w:t>un ki bekhabari ko todna hai.</w:t>
      </w:r>
    </w:p>
    <w:p>
      <w:pPr>
        <w:jc w:val="right"/>
      </w:pPr>
      <w:r>
        <w:t>ان کی بے خبری کو توڑنا ہے۔</w:t>
      </w:r>
    </w:p>
    <w:p>
      <w:r>
        <w:rPr>
          <w:b/>
        </w:rPr>
        <w:t xml:space="preserve">[26:02] </w:t>
      </w:r>
      <w:r>
        <w:t>mein dua karta hoon ke Allah taala logon ko samajh de, aqal de.</w:t>
      </w:r>
    </w:p>
    <w:p>
      <w:pPr>
        <w:jc w:val="right"/>
      </w:pPr>
      <w:r>
        <w:t>میں دعا کرتا ہوں کہ اللہ تعالی لوگوں کو سمجھ دے، عقل دے۔</w:t>
      </w:r>
    </w:p>
    <w:p>
      <w:r>
        <w:rPr>
          <w:b/>
        </w:rPr>
        <w:t xml:space="preserve">[26:13] </w:t>
      </w:r>
      <w:r>
        <w:t>yeh jaane ke yeh daur to daur-e-islam hai.</w:t>
      </w:r>
    </w:p>
    <w:p>
      <w:pPr>
        <w:jc w:val="right"/>
      </w:pPr>
      <w:r>
        <w:t>یہ جانے کہ یہ دور تو دور اسلام ہے۔</w:t>
      </w:r>
    </w:p>
    <w:p>
      <w:r>
        <w:rPr>
          <w:b/>
        </w:rPr>
        <w:t xml:space="preserve">[26:21] </w:t>
      </w:r>
      <w:r>
        <w:t>chunki dekhiye, jab science ka daur aaya to to</w:t>
      </w:r>
    </w:p>
    <w:p>
      <w:pPr>
        <w:jc w:val="right"/>
      </w:pPr>
      <w:r>
        <w:t>چونکہ دیکھیے، جب سائنس کا دور آیا تو تو</w:t>
      </w:r>
    </w:p>
    <w:p>
      <w:r>
        <w:rPr>
          <w:b/>
        </w:rPr>
        <w:t xml:space="preserve">[26:29] </w:t>
      </w:r>
      <w:r>
        <w:t>taqat ka meyar badal gaya. ab technology ke zariye ghalba hone laga, jabke pehle</w:t>
      </w:r>
    </w:p>
    <w:p>
      <w:pPr>
        <w:jc w:val="right"/>
      </w:pPr>
      <w:r>
        <w:t>طاقت کا معیار بدل گیا۔ اب ٹیکنالوجی کے ذریعے غلبہ ہونے لگا، جبکہ پہلے</w:t>
      </w:r>
    </w:p>
    <w:p>
      <w:r>
        <w:rPr>
          <w:b/>
        </w:rPr>
        <w:t xml:space="preserve">[26:40] </w:t>
      </w:r>
      <w:r>
        <w:t>haath ka zariye hota tha. to yeh ek fitri baat thi ke jo ahl-e-islam the, jo ahl-e-science the, un ko ghalba mil gaya.</w:t>
      </w:r>
    </w:p>
    <w:p>
      <w:pPr>
        <w:jc w:val="right"/>
      </w:pPr>
      <w:r>
        <w:t>ہاتھ کا ذریعے ہوتا تھا۔ تو یہ ایک فطری بات تھی کہ جو اہل اسلام تھے، جو اہل سائنس تھے، ان کو غلبہ مل گیا۔</w:t>
      </w:r>
    </w:p>
    <w:p>
      <w:r>
        <w:rPr>
          <w:b/>
        </w:rPr>
        <w:t xml:space="preserve">[26:49] </w:t>
      </w:r>
      <w:r>
        <w:t>to aap accept kijiye un ke ghalbe ko.</w:t>
      </w:r>
    </w:p>
    <w:p>
      <w:pPr>
        <w:jc w:val="right"/>
      </w:pPr>
      <w:r>
        <w:t>تو آپ ایکسیپٹ کیجئے ان کے غلبے کو۔</w:t>
      </w:r>
    </w:p>
    <w:p>
      <w:r>
        <w:rPr>
          <w:b/>
        </w:rPr>
        <w:t xml:space="preserve">[26:56] </w:t>
      </w:r>
      <w:r>
        <w:t>to mein Allah taala se dua karta hoon ke aap ko aur sare musalmanon ko aqal de</w:t>
      </w:r>
    </w:p>
    <w:p>
      <w:pPr>
        <w:jc w:val="right"/>
      </w:pPr>
      <w:r>
        <w:t>تو میں اللہ تعالی سے دعا کرتا ہوں کہ آپ کو اور سارے مسلمانوں کو عقل دے</w:t>
      </w:r>
    </w:p>
    <w:p>
      <w:r>
        <w:rPr>
          <w:b/>
        </w:rPr>
        <w:t xml:space="preserve">[27:07] </w:t>
      </w:r>
      <w:r>
        <w:t>aur</w:t>
      </w:r>
    </w:p>
    <w:p>
      <w:pPr>
        <w:jc w:val="right"/>
      </w:pPr>
      <w:r>
        <w:t>اور</w:t>
      </w:r>
    </w:p>
    <w:p>
      <w:r>
        <w:rPr>
          <w:b/>
        </w:rPr>
        <w:t xml:space="preserve">[27:10] </w:t>
      </w:r>
      <w:r>
        <w:t>zamane ko samjhein, kyunke aaj aaj zamana aaya hai ke hum Allah ke aur barh barh kar Allah ka shukr karne wale banen,</w:t>
      </w:r>
    </w:p>
    <w:p>
      <w:pPr>
        <w:jc w:val="right"/>
      </w:pPr>
      <w:r>
        <w:t>زمانے کو سمجھیں، کیونکہ آج آج زمانہ آیا ہے کہ ہم اللہ کے اور بڑھ بڑھ کر اللہ کا شکر کرنے والے بنیں،</w:t>
      </w:r>
    </w:p>
    <w:p>
      <w:r>
        <w:rPr>
          <w:b/>
        </w:rPr>
        <w:t xml:space="preserve">[27:23] </w:t>
      </w:r>
      <w:r>
        <w:t>na ke shikayat aur nafrat ki baaten karen. Allah taala hum sab ko tofeeq de.</w:t>
      </w:r>
    </w:p>
    <w:p>
      <w:pPr>
        <w:jc w:val="right"/>
      </w:pPr>
      <w:r>
        <w:t>نہ کہ شکایت اور نفرت کی باتیں کریں۔ اللہ تعالی ہم سب کو توفیق دے۔</w:t>
      </w:r>
    </w:p>
    <w:p>
      <w:r>
        <w:rPr>
          <w:b/>
        </w:rPr>
        <w:t xml:space="preserve">[27:33] </w:t>
      </w:r>
      <w:r>
        <w:t>Assalam o alaikum wa rehmatullah.</w:t>
      </w:r>
    </w:p>
    <w:p>
      <w:pPr>
        <w:jc w:val="right"/>
      </w:pPr>
      <w:r>
        <w:t>السلام علیکم ورحمۃ اللہ۔</w:t>
      </w:r>
    </w:p>
    <w:p>
      <w:r>
        <w:rPr>
          <w:b/>
        </w:rPr>
        <w:t xml:space="preserve">[27:49] </w:t>
      </w:r>
      <w:r>
        <w:t>Okay, before we get into the question answer session, one very good news that we want to share with all of you: three books of Maulana are being launched today, one in Urdu and two books in Hindi language.</w:t>
      </w:r>
    </w:p>
    <w:p>
      <w:pPr>
        <w:jc w:val="right"/>
      </w:pPr>
      <w:r>
        <w:t>اوکے، بیفور وی گیٹ انٹو دی کوئسچن انسر سیشن، ون ویری گڈ نیوز دیٹ وی وانٹ ٹو شیئر ود ال اف یو: تھری بکس اف مولانا ار بینگ لانچ ٹوڈے، ون ان اردو اینڈ ٹو بکس ان ہندی لینگویج۔</w:t>
      </w:r>
    </w:p>
    <w:p>
      <w:r>
        <w:rPr>
          <w:b/>
        </w:rPr>
        <w:t xml:space="preserve">[28:05] </w:t>
      </w:r>
      <w:r>
        <w:t>The Urdu book is being launched, the title is "Dawa-e-Da'wat Asr-e-Hazir Mein Musalmanon Ki Da'wati Zimedari".</w:t>
      </w:r>
    </w:p>
    <w:p>
      <w:pPr>
        <w:jc w:val="right"/>
      </w:pPr>
      <w:r>
        <w:t>دا اردو بک از بینگ لانچ، دا ٹائٹل از "دور دعوت عصر حاضر میں مسلمانوں کی دعوتی ذمہ داری"۔</w:t>
      </w:r>
    </w:p>
    <w:p>
      <w:r>
        <w:rPr>
          <w:b/>
        </w:rPr>
        <w:t xml:space="preserve">[28:17] </w:t>
      </w:r>
      <w:r>
        <w:t>This book will be shortly available from the CPS website, and you can also buy this book from Good Word Book Store or from the link www.goodwordbooks.com.</w:t>
      </w:r>
    </w:p>
    <w:p>
      <w:pPr>
        <w:jc w:val="right"/>
      </w:pPr>
      <w:r>
        <w:t>دس بک ول بی شارٹلی اویلیبل فرام دا سی پی ایس ویب سائٹ، اینڈ یو کین السو بائے دس بک فرام گڈ ورڈ بک سٹور اور فرام دا لنک ڈبلیو ڈبلیو ڈبلیو ڈاٹ گڈ ورڈ بکس ڈاٹ کام۔</w:t>
      </w:r>
    </w:p>
    <w:p>
      <w:r>
        <w:rPr>
          <w:b/>
        </w:rPr>
        <w:t xml:space="preserve">[28:31] </w:t>
      </w:r>
      <w:r>
        <w:t>I will request Maulana Wahiduddin Khan sahib to launch</w:t>
      </w:r>
    </w:p>
    <w:p>
      <w:pPr>
        <w:jc w:val="right"/>
      </w:pPr>
      <w:r>
        <w:t>ائی ول ریکویسٹ مولانا وحید الدین خان صاحب ٹو لانچ</w:t>
      </w:r>
    </w:p>
    <w:p>
      <w:r>
        <w:rPr>
          <w:b/>
        </w:rPr>
        <w:t xml:space="preserve">[28:35] </w:t>
      </w:r>
      <w:r>
        <w:t>his Urdu book "Dawa-e-Da'wat".</w:t>
      </w:r>
    </w:p>
    <w:p>
      <w:pPr>
        <w:jc w:val="right"/>
      </w:pPr>
      <w:r>
        <w:t>ہز اردو بک "دور دعوت"۔</w:t>
      </w:r>
    </w:p>
    <w:p>
      <w:r>
        <w:rPr>
          <w:b/>
        </w:rPr>
        <w:t xml:space="preserve">[28:42] </w:t>
      </w:r>
      <w:r>
        <w:t>Masha Allah, yeh to bohat bara shukr ka item hai ke Allah taala ne CPS walon ko tofeeq di ke woh aisi kitaab chhapen aur janab phailayen is ko.</w:t>
      </w:r>
    </w:p>
    <w:p>
      <w:pPr>
        <w:jc w:val="right"/>
      </w:pPr>
      <w:r>
        <w:t>ماشاءاللہ، یہ تو بہت بڑا شکر کا آئٹم ہے کہ اللہ تعالی نے سی پی ایس والوں کو توفیق دی کہ وہ ایسی کتاب چھاپیں اور جناب پھیلائیں اس کو۔</w:t>
      </w:r>
    </w:p>
    <w:p>
      <w:r>
        <w:rPr>
          <w:b/>
        </w:rPr>
        <w:t xml:space="preserve">[29:00] </w:t>
      </w:r>
      <w:r>
        <w:t>To main dua karta hoon ke Allah taala CPS walon ko khoob da'wat, khoob madad kare aur is kitaab, is kitaab ko logon ke liye</w:t>
      </w:r>
    </w:p>
    <w:p>
      <w:pPr>
        <w:jc w:val="right"/>
      </w:pPr>
      <w:r>
        <w:t>تو میں دعا کرتا ہوں کہ اللہ تعالی سی پی ایس والوں کو خوب دعوت، خوب مدد کرے اور اس کتاب، اس کتاب کو لوگوں کے لیے</w:t>
      </w:r>
    </w:p>
    <w:p>
      <w:r>
        <w:rPr>
          <w:b/>
        </w:rPr>
        <w:t xml:space="preserve">[29:18] </w:t>
      </w:r>
      <w:r>
        <w:t>hidayat ka zariya banaye.</w:t>
      </w:r>
    </w:p>
    <w:p>
      <w:pPr>
        <w:jc w:val="right"/>
      </w:pPr>
      <w:r>
        <w:t>ہدایت کا ذریعہ بنائے۔</w:t>
      </w:r>
    </w:p>
    <w:p>
      <w:r>
        <w:rPr>
          <w:b/>
        </w:rPr>
        <w:t xml:space="preserve">[29:26] </w:t>
      </w:r>
      <w:r>
        <w:t>Okay, all of you are very well familiar with a very uh popular book and widely read book of Maulana Wahiduddin Khan sahib, "Islam Dawr-e-Jadid Ka Khaliq" and the English translation "Islam The Creator of Modern Age".</w:t>
      </w:r>
    </w:p>
    <w:p>
      <w:pPr>
        <w:jc w:val="right"/>
      </w:pPr>
      <w:r>
        <w:t>اوکے، ال اف یو ار ویری ویل فیملیئر ود ا ویری اہ پاپولر بک اینڈ وائڈلی ریڈ بک اف مولانا وحید الدین خان صاحب، "اسلام دور جدید کا خالق" اینڈ دی انگلش ٹرانسلیشن "اسلام دی کریٹر اف ماڈرن ایج"۔</w:t>
      </w:r>
    </w:p>
    <w:p>
      <w:r>
        <w:rPr>
          <w:b/>
        </w:rPr>
        <w:t xml:space="preserve">[29:42] </w:t>
      </w:r>
      <w:r>
        <w:t>The same work has now been translated in Hindi language with the title "Islam Adhunik Yug Ka Nirmata".</w:t>
      </w:r>
    </w:p>
    <w:p>
      <w:pPr>
        <w:jc w:val="right"/>
      </w:pPr>
      <w:r>
        <w:t>دا سیم ورک ہیز ناو بین ٹرانسلیٹڈ ان ہندی لینگویج ود دا ٹائٹل "اسلام ادھنک یگ کا نرماتا"۔</w:t>
      </w:r>
    </w:p>
    <w:p>
      <w:r>
        <w:rPr>
          <w:b/>
        </w:rPr>
        <w:t xml:space="preserve">[29:51] </w:t>
      </w:r>
      <w:r>
        <w:t>This book has been translated by Tanveer Ahmed sahib. He is being</w:t>
      </w:r>
    </w:p>
    <w:p>
      <w:pPr>
        <w:jc w:val="right"/>
      </w:pPr>
      <w:r>
        <w:t>دس بک ہیز بین ٹرانسلیٹڈ بائے تنویر احمد صاحب۔ ہی از بین</w:t>
      </w:r>
    </w:p>
    <w:p>
      <w:r>
        <w:rPr>
          <w:b/>
        </w:rPr>
        <w:t xml:space="preserve">[29:57] </w:t>
      </w:r>
      <w:r>
        <w:t>translating other books also, and the editorial team for this book comprised of Muhammad Arif sahib, Khurram Islam Qureshi sahib, Maulana Farhad Ahmed sahib, and Imran Ahmed Islahi sahib.</w:t>
      </w:r>
    </w:p>
    <w:p>
      <w:pPr>
        <w:jc w:val="right"/>
      </w:pPr>
      <w:r>
        <w:t>ٹرانسلیٹنگ ادر بکس السو، اینڈ دی ایڈیٹوریل ٹیم فار دس بک کمپرائزڈ اف محمد عارف صاحب، خرم اسلام قریشی صاحب، مولانا فرہاد احمد صاحب، اینڈ عمران احمد اصلاحی صاحب۔</w:t>
      </w:r>
    </w:p>
    <w:p>
      <w:r>
        <w:rPr>
          <w:b/>
        </w:rPr>
        <w:t xml:space="preserve">[30:12] </w:t>
      </w:r>
      <w:r>
        <w:t>The book will also be available from CPS website, and I will request Maulana Wahiduddin Khan sahib to launch "Islam Adhunik Yug Ka Nirmata".</w:t>
      </w:r>
    </w:p>
    <w:p>
      <w:pPr>
        <w:jc w:val="right"/>
      </w:pPr>
      <w:r>
        <w:t>دا بک ول السو بی اویلیبل فرام سی پی ایس ویب سائٹ، اینڈ ائی ول ریکویسٹ مولانا وحید الدین خان صاحب ٹو لانچ "اسلام ادھنک یگ کا نرماتا"۔</w:t>
      </w:r>
    </w:p>
    <w:p>
      <w:r>
        <w:rPr>
          <w:b/>
        </w:rPr>
        <w:t xml:space="preserve">[30:26] </w:t>
      </w:r>
      <w:r>
        <w:t>Masha Allah, bohat ziyada shukr ki baat hai. Allah taala ka shukr hai. Aap sab logon ko chahiye ke</w:t>
      </w:r>
    </w:p>
    <w:p>
      <w:pPr>
        <w:jc w:val="right"/>
      </w:pPr>
      <w:r>
        <w:t>ماشاءاللہ، بہت زیادہ شکر کی بات ہے۔ اللہ تعالی کا شکر ہے۔ آپ سب لوگوں کو چاہیے کہ</w:t>
      </w:r>
    </w:p>
    <w:p>
      <w:r>
        <w:rPr>
          <w:b/>
        </w:rPr>
        <w:t xml:space="preserve">[30:40] </w:t>
      </w:r>
      <w:r>
        <w:t>is kitaab ko ziyada se ziyada logon tak phailayen.</w:t>
      </w:r>
    </w:p>
    <w:p>
      <w:pPr>
        <w:jc w:val="right"/>
      </w:pPr>
      <w:r>
        <w:t>اس کتاب کو زیادہ سے زیادہ لوگوں تک پھیلائیں۔</w:t>
      </w:r>
    </w:p>
    <w:p>
      <w:r>
        <w:rPr>
          <w:b/>
        </w:rPr>
        <w:t xml:space="preserve">[30:47] </w:t>
      </w:r>
      <w:r>
        <w:t>The third book is a translation of Maulana's Urdu book "Azmat-e-Quran".</w:t>
      </w:r>
    </w:p>
    <w:p>
      <w:pPr>
        <w:jc w:val="right"/>
      </w:pPr>
      <w:r>
        <w:t>دا تھرڈ بک از ا ٹرانسلیشن اف مولانا اردو بک "عظمت قرآن"۔</w:t>
      </w:r>
    </w:p>
    <w:p>
      <w:r>
        <w:rPr>
          <w:b/>
        </w:rPr>
        <w:t xml:space="preserve">[30:54] </w:t>
      </w:r>
      <w:r>
        <w:t>This book has been translated in Hindi with the title "Quran ki Mahima", and the book has been</w:t>
      </w:r>
    </w:p>
    <w:p>
      <w:pPr>
        <w:jc w:val="right"/>
      </w:pPr>
      <w:r>
        <w:t>دس بک ہیز بین ٹرانسلیٹڈ ان ہندی ود دی ٹائٹل "قرآن کی مہیمہ"، اینڈ دا بک ہیز بین</w:t>
      </w:r>
    </w:p>
    <w:p>
      <w:r>
        <w:rPr>
          <w:b/>
        </w:rPr>
        <w:t xml:space="preserve">[31:02] </w:t>
      </w:r>
      <w:r>
        <w:t>translated by Muhammad Khadim Sahib from Meerut, and the editorial team who supported this work comprised of Muhammad</w:t>
      </w:r>
    </w:p>
    <w:p>
      <w:pPr>
        <w:jc w:val="right"/>
      </w:pPr>
      <w:r>
        <w:t>ٹرانسلیٹڈ بائے محمد خادم صاحب فرام میرٹ، اینڈ دی ایڈیٹوریل ٹیم ہو سپورٹڈ دس ورک کمپرائزڈ اف محمد</w:t>
      </w:r>
    </w:p>
    <w:p>
      <w:r>
        <w:rPr>
          <w:b/>
        </w:rPr>
        <w:t xml:space="preserve">[31:12] </w:t>
      </w:r>
      <w:r>
        <w:t>arif sahib, khurram ishaq qureshi sahib, maulana farhad ahmad sahib, and imran</w:t>
      </w:r>
    </w:p>
    <w:p>
      <w:pPr>
        <w:jc w:val="right"/>
      </w:pPr>
      <w:r>
        <w:t>عارف صاحب، خرم اسلام قریشی صاحب، مولانا فرہاد احمد صاحب، اینڈ عمران</w:t>
      </w:r>
    </w:p>
    <w:p>
      <w:r>
        <w:rPr>
          <w:b/>
        </w:rPr>
        <w:t xml:space="preserve">[31:18] </w:t>
      </w:r>
      <w:r>
        <w:t>Ahmed Islahi sahib. The book is available in all the Good Word Book Stores and and on the CPS website. I will request Maulana Wahiduddin Khan sahib to launch this Hindi translation "Quran Ki Mahima".</w:t>
      </w:r>
    </w:p>
    <w:p>
      <w:pPr>
        <w:jc w:val="right"/>
      </w:pPr>
      <w:r>
        <w:t>احمد اصلاحی صاحب۔ دا بک از اویلیبل ان ال دی گڈ ورڈ بک سٹورز اینڈ اینڈ ان دا سی پی ایس ویب سائٹ۔ ائی ول ریکویسٹ مولانا وحید الدین خان صاحب ٹو لانچ دس ہندی ٹرانسلیشن "قرآن کی مہیمہ"۔</w:t>
      </w:r>
    </w:p>
    <w:p>
      <w:r>
        <w:rPr>
          <w:b/>
        </w:rPr>
        <w:t xml:space="preserve">[31:36] </w:t>
      </w:r>
      <w:r>
        <w:t>Masha Allah, Masha Allah, Masha Allah! Main dua karta hoon ke jo log is kaam ko anjam diya hai, un sab ko Allah jannat mein dakhil kare,</w:t>
      </w:r>
    </w:p>
    <w:p>
      <w:pPr>
        <w:jc w:val="right"/>
      </w:pPr>
      <w:r>
        <w:t>ماشاءاللہ، ماشاءاللہ، ماشاءاللہ! میں دعا کرتا ہوں کہ جو لوگ اس کام کو انجام دیا ہے، ان سب کو اللہ جنت میں داخل کرے،</w:t>
      </w:r>
    </w:p>
    <w:p>
      <w:r>
        <w:rPr>
          <w:b/>
        </w:rPr>
        <w:t xml:space="preserve">[31:50] </w:t>
      </w:r>
      <w:r>
        <w:t>un ko apne inaamaat se nawaze.</w:t>
      </w:r>
    </w:p>
    <w:p>
      <w:pPr>
        <w:jc w:val="right"/>
      </w:pPr>
      <w:r>
        <w:t>ان کو اپنے انعامات سے نوازے۔</w:t>
      </w:r>
    </w:p>
    <w:p>
      <w:r>
        <w:rPr>
          <w:b/>
        </w:rPr>
        <w:t xml:space="preserve">[31:57] </w:t>
      </w:r>
      <w:r>
        <w:t>Okay, so we will now start with the question answer and comment session. Uh, once again, all the people who pose their questions, uh, I request all of them to also mention their location.</w:t>
      </w:r>
    </w:p>
    <w:p>
      <w:pPr>
        <w:jc w:val="right"/>
      </w:pPr>
      <w:r>
        <w:t>اوکے، سو ویل ناو سٹارٹ ود دی کوئسچن انسر اینڈ کمنٹ سیشن۔ اہ، ونس اگین، ال دا پیپل ہو پوز دیر کوئسچنز، اہ، ائی ریکویسٹ ال اف دیم ٹو السو مینشن دیر لوکیشن۔</w:t>
      </w:r>
    </w:p>
    <w:p>
      <w:r>
        <w:rPr>
          <w:b/>
        </w:rPr>
        <w:t xml:space="preserve">[32:10] </w:t>
      </w:r>
      <w:r>
        <w:t>Maulana pehle comment lena chahenge. Yeh comment uh bheja hai Maulana Iqbal Umri sahib ne Chennai se.</w:t>
      </w:r>
    </w:p>
    <w:p>
      <w:pPr>
        <w:jc w:val="right"/>
      </w:pPr>
      <w:r>
        <w:t>مولانا پہلے کمنٹ لینا چاہیں گے۔ یہ کمنٹ اہ بھیجا ہے مولانا اقبال عمری صاحب نے چنئی سے۔</w:t>
      </w:r>
    </w:p>
    <w:p>
      <w:r>
        <w:rPr>
          <w:b/>
        </w:rPr>
        <w:t xml:space="preserve">[32:19] </w:t>
      </w:r>
      <w:r>
        <w:t>Unhon ne likha hai:</w:t>
      </w:r>
    </w:p>
    <w:p>
      <w:pPr>
        <w:jc w:val="right"/>
      </w:pPr>
      <w:r>
        <w:t>انہوں نے لکھا ہے:</w:t>
      </w:r>
    </w:p>
    <w:p>
      <w:r>
        <w:rPr>
          <w:b/>
        </w:rPr>
        <w:t xml:space="preserve">[32:21] </w:t>
      </w:r>
      <w:r>
        <w:t>taeed fajar wali hadith mein aik baat ka izafa hua, woh yeh hai ke musalman fajar samajh lenge haqeeqat mein, aur mueed log honge, woh bohat hi sahi baat hai.</w:t>
      </w:r>
    </w:p>
    <w:p>
      <w:pPr>
        <w:jc w:val="right"/>
      </w:pPr>
      <w:r>
        <w:t>"تائید فاجر والی حدیث میں ایک بات کا اضافہ ہوا، وہ یہ ہے کہ مسلمان فاجر سمجھ لیں گے حقیقت میں، اور معید لوگ ہوں گے، وہ بہت ہی صحیح بات ہے۔"</w:t>
      </w:r>
    </w:p>
    <w:p>
      <w:r>
        <w:rPr>
          <w:b/>
        </w:rPr>
        <w:t xml:space="preserve">[32:41] </w:t>
      </w:r>
      <w:r>
        <w:t>shafiq ahmed dar sahib ne kashmir se likha hai: aik tareekhi shakhs jis ne apni poori zindagi mein islam ka muqadma akeley lada, aur deen ko jiziyat se alag kar ke aam mutalashi haq ke liye</w:t>
      </w:r>
    </w:p>
    <w:p>
      <w:pPr>
        <w:jc w:val="right"/>
      </w:pPr>
      <w:r>
        <w:t>شفیع احمد ڈار صاحب نے کشمیر سے لکھا ہے: "ایک تاریخی شخص جس نے اپنی پوری زندگی میں اسلام کا مقدمہ اکیلے لڑا، اور دین کو جزیات سے الگ کر کے عام متلاشی حق کے لیے</w:t>
      </w:r>
    </w:p>
    <w:p>
      <w:r>
        <w:rPr>
          <w:b/>
        </w:rPr>
        <w:t xml:space="preserve">[33:01] </w:t>
      </w:r>
      <w:r>
        <w:t>qabil feham banaya, mein maulana ke liye dua gu hon. muhammad abrar sahib ne allahabad se likha hai: musalmanon ka sab se bara masla tareekh aur riwayat hai, jis ko musalman quran ke barabar ya quran ki tarah samajhte hain.</w:t>
      </w:r>
    </w:p>
    <w:p>
      <w:pPr>
        <w:jc w:val="right"/>
      </w:pPr>
      <w:r>
        <w:t>قابل فہم بنایا، میں مولانا کے لیے دعا گو ہوں۔" محمد ابرار صاحب نے الہ آباد سے لکھا ہے: "مسلمانوں کا سب سے بڑا مسئلہ تاریخ اور روایت ہے، جس کو مسلمان قرآن کے برابر یا قرآن کی طرح سمجھتے ہیں۔"</w:t>
      </w:r>
    </w:p>
    <w:p>
      <w:r>
        <w:rPr>
          <w:b/>
        </w:rPr>
        <w:t xml:space="preserve">[33:25] </w:t>
      </w:r>
      <w:r>
        <w:t>agla comment aur sawal bheja hai lahore pakistan se sardar haseeb areef sahib ne. unhon ne likha hai: maulana ko mera salam de dein aur un se kahein ke mein un se mohabbat karta hon,</w:t>
      </w:r>
    </w:p>
    <w:p>
      <w:pPr>
        <w:jc w:val="right"/>
      </w:pPr>
      <w:r>
        <w:t>اگلا کمنٹ اور سوال بھیجا ہے لاہور پاکستان سے سردار حسیب عارف صاحب نے۔ انہوں نے لکھا ہے: "مولانا کو میرا سلام دے دیں اور ان سے کہیں کہ میں ان سے محبت کرتا ہوں،</w:t>
      </w:r>
    </w:p>
    <w:p>
      <w:r>
        <w:rPr>
          <w:b/>
        </w:rPr>
        <w:t xml:space="preserve">[33:43] </w:t>
      </w:r>
      <w:r>
        <w:t>aur mera sawal yeh hai ke hum kon sa kaam karein jis se allah pak hamein in logon ke sath shamil karein jo jannat mein pehle jayenge?</w:t>
      </w:r>
    </w:p>
    <w:p>
      <w:pPr>
        <w:jc w:val="right"/>
      </w:pPr>
      <w:r>
        <w:t>اور میرا سوال یہ ہے کہ ہم کون سا کام کریں جس سے اللہ پاک ہمیں ان لوگوں کے ساتھ شامل کریں جو جنت میں پہلے جائیں گے؟"</w:t>
      </w:r>
    </w:p>
    <w:p>
      <w:r>
        <w:rPr>
          <w:b/>
        </w:rPr>
        <w:t xml:space="preserve">[33:58] </w:t>
      </w:r>
      <w:r>
        <w:t>bhai, mere pas to ji mere yahi hai ke mein dua karoon aap hazrat ke liye aur sab ke liye, na sirf aap ke liye balke sab ke liye ke allah taala aap ko apni rehmat se nawaze,</w:t>
      </w:r>
    </w:p>
    <w:p>
      <w:pPr>
        <w:jc w:val="right"/>
      </w:pPr>
      <w:r>
        <w:t>بھئی، میرے پاس تو جی میرے یہی ہے کہ میں دعا کروں آپ حضرات کے لیے اور سب کے لیے، نہ صرف آپ کے لیے بلکہ سب کے لیے کہ اللہ تعالی آپ کو اپنی رحمت سے نوازے،</w:t>
      </w:r>
    </w:p>
    <w:p>
      <w:r>
        <w:rPr>
          <w:b/>
        </w:rPr>
        <w:t xml:space="preserve">[34:17] </w:t>
      </w:r>
      <w:r>
        <w:t>aap ko, aap ke sathiyon ko jannat mein dakhil kare.</w:t>
      </w:r>
    </w:p>
    <w:p>
      <w:pPr>
        <w:jc w:val="right"/>
      </w:pPr>
      <w:r>
        <w:t>آپ کو، آپ کے ساتھیوں کو جنت میں داخل کرے۔</w:t>
      </w:r>
    </w:p>
    <w:p>
      <w:r>
        <w:rPr>
          <w:b/>
        </w:rPr>
        <w:t xml:space="preserve">[34:33] </w:t>
      </w:r>
      <w:r>
        <w:t>maulana aik aur comment parhna chahenge jo dilli se aya hai. m a sameer sahib ne bheja hai, unhon ne likha hai: mujhe bari khushi ho rahi hai ke aaj maulana sahib ne in kitabon ko launch kiya.</w:t>
      </w:r>
    </w:p>
    <w:p>
      <w:pPr>
        <w:jc w:val="right"/>
      </w:pPr>
      <w:r>
        <w:t>مولانا ایک اور کمنٹ پڑھنا چاہیں گے جو دلی سے آیا ہے۔ ایم اے سمیر صاحب نے بھیجا ہے، انہوں نے لکھا ہے: "مجھے بڑی خوشی ہو رہی ہے کہ آج مولانا صاحب نے ان کتابوں کو لانچ کیا۔</w:t>
      </w:r>
    </w:p>
    <w:p>
      <w:r>
        <w:rPr>
          <w:b/>
        </w:rPr>
        <w:t xml:space="preserve">[34:46] </w:t>
      </w:r>
      <w:r>
        <w:t>allah maulana ko achi sehat bakshein aur maulana yun hi hamein guide karte rahein.</w:t>
      </w:r>
    </w:p>
    <w:p>
      <w:pPr>
        <w:jc w:val="right"/>
      </w:pPr>
      <w:r>
        <w:t>اللہ مولانا کو اچھی صحت بخشیں اور مولانا یوں ہی ہمیں گائیڈ کرتے رہیں۔"</w:t>
      </w:r>
    </w:p>
    <w:p>
      <w:r>
        <w:rPr>
          <w:b/>
        </w:rPr>
        <w:t xml:space="preserve">[34:54] </w:t>
      </w:r>
      <w:r>
        <w:t>maulana, agla sawal miss maryam saim ne bheja hai, unhon ne location nahi likhi hai. un ka sawal hai: maulana, der are many people who are bekhabar and dont want to listen to you.</w:t>
      </w:r>
    </w:p>
    <w:p>
      <w:pPr>
        <w:jc w:val="right"/>
      </w:pPr>
      <w:r>
        <w:t>مولانا، اگلا سوال مس مریم صائم نے بھیجا ہے، انہوں نے لوکیشن نہیں لکھی ہے۔ ان کا سوال ہے: "مولانا، دیر آر مینی پیپل ہو آر بے خبر اینڈ ڈونٹ وانٹ ٹو لسن ٹو یو۔</w:t>
      </w:r>
    </w:p>
    <w:p>
      <w:r>
        <w:rPr>
          <w:b/>
        </w:rPr>
        <w:t xml:space="preserve">[35:11] </w:t>
      </w:r>
      <w:r>
        <w:t>they think that we are just showing off our knowledge, and they start adopting the wrong path just to tease us.</w:t>
      </w:r>
    </w:p>
    <w:p>
      <w:pPr>
        <w:jc w:val="right"/>
      </w:pPr>
      <w:r>
        <w:t>دے تھنک دیٹ وی آر جسٹ شوئنگ آف اور نالج، اینڈ دے سٹارٹ اڈاپٹنگ دا رونگ پاتھ جسٹ ٹو ٹیز اس۔</w:t>
      </w:r>
    </w:p>
    <w:p>
      <w:r>
        <w:rPr>
          <w:b/>
        </w:rPr>
        <w:t xml:space="preserve">[35:21] </w:t>
      </w:r>
      <w:r>
        <w:t>aur allah knows why. what should be our approach towards such people and how can we make them understand?</w:t>
      </w:r>
    </w:p>
    <w:p>
      <w:pPr>
        <w:jc w:val="right"/>
      </w:pPr>
      <w:r>
        <w:t>اور اللہ نوز وائی۔ واٹ شوڈ بی اور اپروچ ٹورڈز سچ پیپل اینڈ ہاؤ کین وی میک دیم انڈرسٹینڈ؟"</w:t>
      </w:r>
    </w:p>
    <w:p>
      <w:r>
        <w:rPr>
          <w:b/>
        </w:rPr>
        <w:t xml:space="preserve">[35:32] </w:t>
      </w:r>
      <w:r>
        <w:t>dua kijiye un ke liye. mein bhi dua karta hoon ke allah taala un ki bekhabari ko tod de aur sach aur sachay maene mein aarif bane.</w:t>
      </w:r>
    </w:p>
    <w:p>
      <w:pPr>
        <w:jc w:val="right"/>
      </w:pPr>
      <w:r>
        <w:t>دعا کیجئے ان کے لیے۔ میں بھی دعا کرتا ہوں کہ اللہ تعالی ان کی بے خبری کو توڑ دے اور سچ اور سچے معنی میں عارف بنے۔</w:t>
      </w:r>
    </w:p>
    <w:p>
      <w:r>
        <w:rPr>
          <w:b/>
        </w:rPr>
        <w:t xml:space="preserve">[35:44] </w:t>
      </w:r>
      <w:r>
        <w:t>aarif!</w:t>
      </w:r>
    </w:p>
    <w:p>
      <w:pPr>
        <w:jc w:val="right"/>
      </w:pPr>
      <w:r>
        <w:t>عارف!</w:t>
      </w:r>
    </w:p>
    <w:p>
      <w:r>
        <w:rPr>
          <w:b/>
        </w:rPr>
        <w:t xml:space="preserve">[35:52] </w:t>
      </w:r>
      <w:r>
        <w:t>maulana, agla sawal kanpur se bheja hai shakeel ahmed sahib ne. unhon ne likha hai: maulana, many non muslims point out that quran needs to be revised to make it suitable to contemporary understanding.</w:t>
      </w:r>
    </w:p>
    <w:p>
      <w:pPr>
        <w:jc w:val="right"/>
      </w:pPr>
      <w:r>
        <w:t>مولانا، اگلا سوال کانپور سے بھیجا ہے شکیل احمد صاحب نے۔ انہوں نے لکھا ہے: "مولانا، مینی نان مسلمز پوائنٹ آؤٹ دیٹ قرآن نیڈز ٹو بی ریوائزڈ ٹو میک اٹ سوٹیبل ٹو کنٹیمپریری انڈرسٹینڈنگ۔</w:t>
      </w:r>
    </w:p>
    <w:p>
      <w:r>
        <w:rPr>
          <w:b/>
        </w:rPr>
        <w:t xml:space="preserve">[36:10] </w:t>
      </w:r>
      <w:r>
        <w:t>my question is: how can we make non muslims understand that quran does not need any revision?</w:t>
      </w:r>
    </w:p>
    <w:p>
      <w:pPr>
        <w:jc w:val="right"/>
      </w:pPr>
      <w:r>
        <w:t>مائی کوئسچن از: ہاؤ کین وی میک نان مسلمز انڈرسٹینڈ دیٹ قرآن ڈز ناٹ نیڈ اینی ریویژن؟</w:t>
      </w:r>
    </w:p>
    <w:p>
      <w:r>
        <w:rPr>
          <w:b/>
        </w:rPr>
        <w:t xml:space="preserve">[36:18] </w:t>
      </w:r>
      <w:r>
        <w:t>how should we achieve this? bhai, yeh quran ko revise karne ka koi sawal hi nahi hai.</w:t>
      </w:r>
    </w:p>
    <w:p>
      <w:pPr>
        <w:jc w:val="right"/>
      </w:pPr>
      <w:r>
        <w:t>ہاؤ شوڈ وی اچیو دس؟" بھئی، یہ قرآن کو ریوائز کرنے کا کوئی سوال ہی نہیں ہے۔</w:t>
      </w:r>
    </w:p>
    <w:p>
      <w:r>
        <w:rPr>
          <w:b/>
        </w:rPr>
        <w:t xml:space="preserve">[36:27] </w:t>
      </w:r>
      <w:r>
        <w:t>pehle bataiye aap ki quran mein kya kami hai, kya ghalati hai? kya yani baghair is ke aap kaise kahenge ke is ko revise hona chahiye?</w:t>
      </w:r>
    </w:p>
    <w:p>
      <w:pPr>
        <w:jc w:val="right"/>
      </w:pPr>
      <w:r>
        <w:t>پہلے بتائیے آپ کی قرآن میں کیا کمی ہے، کیا غلطی ہے؟ کیا یعنی بغیر اس کے آپ کیسے کہیں گے کہ اس کو ریوائز ہونا چاہیے؟</w:t>
      </w:r>
    </w:p>
    <w:p>
      <w:r>
        <w:rPr>
          <w:b/>
        </w:rPr>
        <w:t xml:space="preserve">[36:42] </w:t>
      </w:r>
      <w:r>
        <w:t>yeh to sab kehne walon ki be</w:t>
      </w:r>
    </w:p>
    <w:p>
      <w:pPr>
        <w:jc w:val="right"/>
      </w:pPr>
      <w:r>
        <w:t>یہ تو سب کہنے والوں کی بے</w:t>
      </w:r>
    </w:p>
    <w:p>
      <w:r>
        <w:rPr>
          <w:b/>
        </w:rPr>
        <w:t xml:space="preserve">[36:46] </w:t>
      </w:r>
      <w:r>
        <w:t>khabari hai ke woh aik abadi kitab ko woh yeh yeh hazrat de rahe hain. allah taala unhein hidayat ata farmaye.</w:t>
      </w:r>
    </w:p>
    <w:p>
      <w:pPr>
        <w:jc w:val="right"/>
      </w:pPr>
      <w:r>
        <w:t>خبری ہے کہ وہ ایک ابدی کتاب کو وہ یہ یہ حضرت دے رہے ہیں۔ اللہ تعالی انہیں ہدایت عطا فرمائے۔</w:t>
      </w:r>
    </w:p>
    <w:p>
      <w:r>
        <w:rPr>
          <w:b/>
        </w:rPr>
        <w:t xml:space="preserve">[37:05] </w:t>
      </w:r>
      <w:r>
        <w:t>maulana yaqoob umri ne dilli se likha hai: maulana, you are only the islamic scholar who gives a ray of hope in the modern age, while all others are only discouraging with wrong interpretation of the same.</w:t>
      </w:r>
    </w:p>
    <w:p>
      <w:pPr>
        <w:jc w:val="right"/>
      </w:pPr>
      <w:r>
        <w:t>مولانا یعقوب عمری نے دلی سے لکھا ہے: "مولانا، یو آر اونلی دا اسلامک سکالر ہو گیوز ا رے آف ہوپ ان دا ماڈرن ایج، وائل ال ادرز آر اونلی ڈسکریجنگ ود رونگ انٹرپریٹیشن آف دا سیم۔"</w:t>
      </w:r>
    </w:p>
    <w:p>
      <w:r>
        <w:rPr>
          <w:b/>
        </w:rPr>
        <w:t xml:space="preserve">[37:25] </w:t>
      </w:r>
      <w:r>
        <w:t>miss falak qareeba ne likha hai dilli se: congratulations to maulana on continuing his work at the age of 95.</w:t>
      </w:r>
    </w:p>
    <w:p>
      <w:pPr>
        <w:jc w:val="right"/>
      </w:pPr>
      <w:r>
        <w:t>مس فلک قریبہ نے لکھا ہے دلی سے: "کنگریچولیشنز ٹو مولانا ان کنٹینیوئنگ ہز ورک ایٹ دی ایج آف 95۔</w:t>
      </w:r>
    </w:p>
    <w:p>
      <w:r>
        <w:rPr>
          <w:b/>
        </w:rPr>
        <w:t xml:space="preserve">[37:37] </w:t>
      </w:r>
      <w:r>
        <w:t>may allah bless you!</w:t>
      </w:r>
    </w:p>
    <w:p>
      <w:pPr>
        <w:jc w:val="right"/>
      </w:pPr>
      <w:r>
        <w:t>می اللہ بلیس یو!</w:t>
      </w:r>
    </w:p>
    <w:p>
      <w:r>
        <w:rPr>
          <w:b/>
        </w:rPr>
        <w:t xml:space="preserve">[37:39] </w:t>
      </w:r>
      <w:r>
        <w:t>many many congratulations to the cps team for their hard work and dedication. may allah bless you all for spreading the word.</w:t>
      </w:r>
    </w:p>
    <w:p>
      <w:pPr>
        <w:jc w:val="right"/>
      </w:pPr>
      <w:r>
        <w:t>مینی مینی کنگریچولیشنز ٹو دا سی پی ایس ٹیم فار دیر ہارڈ ورک اینڈ ڈیڈیکیشن۔ می اللہ بلیس یو آل فار سپریڈنگ دا ورڈ۔"</w:t>
      </w:r>
    </w:p>
    <w:p>
      <w:r>
        <w:rPr>
          <w:b/>
        </w:rPr>
        <w:t xml:space="preserve">[37:53] </w:t>
      </w:r>
      <w:r>
        <w:t>maulana, agla sawal yeh lete hain. yeh sawal bilaspur se riyazuddin khan sahib ne bheja hai. unhon ne likha hai: maulana, one of my non muslim colleagues in office asked me that how islam</w:t>
      </w:r>
    </w:p>
    <w:p>
      <w:pPr>
        <w:jc w:val="right"/>
      </w:pPr>
      <w:r>
        <w:t>مولانا، اگلا سوال اہ لیتے ہیں۔ یہ سوال بلاسپور سے ریاض الدین خان صاحب نے بھیجا ہے۔ انہوں نے لکھا ہے: "مولانا، ون آف مائی نان مسلم کولیگز ان آفس اسکڈ می دیٹ ہاؤ اسلام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