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09 Nov 2008 - Maulana Wahiduddin Khan</w:t>
      </w:r>
    </w:p>
    <w:p>
      <w:r>
        <w:t>https://www.youtube.com/watch?v=iA8ELjlgPLU</w:t>
      </w:r>
    </w:p>
    <w:p>
      <w:r>
        <w:rPr>
          <w:b/>
        </w:rPr>
        <w:t xml:space="preserve">[00:11] </w:t>
      </w:r>
      <w:r>
        <w:t>This question is from, uh, Miss Nagma. Maulana, in the, uh, one of the panel discussions which was happening in Tel Aviv, uh, one of the CPS members asked the Palestinian leader, Mr.</w:t>
      </w:r>
    </w:p>
    <w:p>
      <w:pPr>
        <w:jc w:val="right"/>
      </w:pPr>
      <w:r>
        <w:t>This question is from, uh, Miss Nagma. مولانا، in the, uh, one of the panel discussions which was happening in Tel Aviv, uh, one of the CPS members asked the Palestinian leader, Mr.</w:t>
      </w:r>
    </w:p>
    <w:p>
      <w:r>
        <w:rPr>
          <w:b/>
        </w:rPr>
        <w:t xml:space="preserve">[00:25] </w:t>
      </w:r>
      <w:r>
        <w:t>Mohammad Shataya, who was present there, that in Islam suicide bombing is unlawful. Then why is it that they are resorting to suicide bomb</w:t>
      </w:r>
    </w:p>
    <w:p>
      <w:pPr>
        <w:jc w:val="right"/>
      </w:pPr>
      <w:r>
        <w:t>Mohammad Shataya, who was present there, that in Islam suicide bombing is unlawful. Then why is it that they are resorting to suicide bomb</w:t>
      </w:r>
    </w:p>
    <w:p>
      <w:r>
        <w:rPr>
          <w:b/>
        </w:rPr>
        <w:t xml:space="preserve">[00:36] </w:t>
      </w:r>
      <w:r>
        <w:t>ing? To that, he responded that it is not a religious battle, it is a fight of land.</w:t>
      </w:r>
    </w:p>
    <w:p>
      <w:pPr>
        <w:jc w:val="right"/>
      </w:pPr>
      <w:r>
        <w:t>ing? To that, he responded that it is not a religious battle, it is a fight of land.</w:t>
      </w:r>
    </w:p>
    <w:p>
      <w:r>
        <w:rPr>
          <w:b/>
        </w:rPr>
        <w:t xml:space="preserve">[00:46] </w:t>
      </w:r>
      <w:r>
        <w:t>W-what are your comments on that?</w:t>
      </w:r>
    </w:p>
    <w:p>
      <w:pPr>
        <w:jc w:val="right"/>
      </w:pPr>
      <w:r>
        <w:t>W-what are your comments on that?</w:t>
      </w:r>
    </w:p>
    <w:p>
      <w:r>
        <w:rPr>
          <w:b/>
        </w:rPr>
        <w:t xml:space="preserve">[00:51] </w:t>
      </w:r>
      <w:r>
        <w:t>Dekhiye, main ne abhi suna tha yeh un ka jawab. Quran mein hai ke "Innama hi kalimatu hu qailuha".</w:t>
      </w:r>
    </w:p>
    <w:p>
      <w:pPr>
        <w:jc w:val="right"/>
      </w:pPr>
      <w:r>
        <w:t>دیکھیے، میں نے ابھی سنا تھا یہ ان کا جواب۔ قرآن میں ہے کہ "إنما هي كلمة هو قائلها"۔</w:t>
      </w:r>
    </w:p>
    <w:p>
      <w:r>
        <w:rPr>
          <w:b/>
        </w:rPr>
        <w:t xml:space="preserve">[01:00] </w:t>
      </w:r>
      <w:r>
        <w:t>Yeh aadmi keh de baghair soyay samjhe yun hi ek baat. Koi is ka meaning nahi, koi matlab nahi hai.</w:t>
      </w:r>
    </w:p>
    <w:p>
      <w:pPr>
        <w:jc w:val="right"/>
      </w:pPr>
      <w:r>
        <w:t>یہ آدمی کہہ دے بغیر سوئے سمجھے یوں ہی ایک بات۔ کوئی اس کا میننگ نہیں، کوئی مطلب نہیں ہے۔</w:t>
      </w:r>
    </w:p>
    <w:p>
      <w:r>
        <w:rPr>
          <w:b/>
        </w:rPr>
        <w:t xml:space="preserve">[01:10] </w:t>
      </w:r>
      <w:r>
        <w:t>Is liye ke land ke liye aap ladh rahe hain to land milna chahiye na? Har ladhai kisi end ke liye, kisi result ke liye hoti hai.</w:t>
      </w:r>
    </w:p>
    <w:p>
      <w:pPr>
        <w:jc w:val="right"/>
      </w:pPr>
      <w:r>
        <w:t>اس لیے کہ لینڈ کے لیے آپ لڑ رہے ہیں تو لینڈ ملنا چاہیے نا؟ ہر لڑائی کسی اینڈ کے لیے، کسی رزلٹ کے لیے ہوتی ہے۔</w:t>
      </w:r>
    </w:p>
    <w:p>
      <w:r>
        <w:rPr>
          <w:b/>
        </w:rPr>
        <w:t xml:space="preserve">[01:20] </w:t>
      </w:r>
      <w:r>
        <w:t>Jab shuru kiya tha ladhai unhon ne 1948 mein to Palestine ka more than 50 percent ke paas tha.</w:t>
      </w:r>
    </w:p>
    <w:p>
      <w:pPr>
        <w:jc w:val="right"/>
      </w:pPr>
      <w:r>
        <w:t>جب شروع کیا تھا لڑائی انہوں نے 1948 میں تو فلسطین کا مور دین 50 پرسنٹ کے پاس تھا۔</w:t>
      </w:r>
    </w:p>
    <w:p>
      <w:r>
        <w:rPr>
          <w:b/>
        </w:rPr>
        <w:t xml:space="preserve">[01:29] </w:t>
      </w:r>
      <w:r>
        <w:t>Aaj kuch bhi nahi, sab chhin gaya. To land ki ladhai ladh rahe hain aur land chhinwa rahe hain? Yeh ladhai hai yeh?</w:t>
      </w:r>
    </w:p>
    <w:p>
      <w:pPr>
        <w:jc w:val="right"/>
      </w:pPr>
      <w:r>
        <w:t>آج کچھ بھی نہیں، سب چھن گیا۔ تو لینڈ کی لڑائی لڑ رہے ہیں اور لینڈ چھنوا رہے ہیں؟ یہ لڑائی ہے یہ؟</w:t>
      </w:r>
    </w:p>
    <w:p>
      <w:r>
        <w:rPr>
          <w:b/>
        </w:rPr>
        <w:t xml:space="preserve">[01:38] </w:t>
      </w:r>
      <w:r>
        <w:t>To yeh to sar ta pa ek ek stepped kaam hai. To kuch bhi nahi hai, nothing hai, nothing hai.</w:t>
      </w:r>
    </w:p>
    <w:p>
      <w:pPr>
        <w:jc w:val="right"/>
      </w:pPr>
      <w:r>
        <w:t>تو یہ تو سر تپا ایک ایک سٹیپڈ کام ہے۔ تو کچھ بھی نہیں ہے، نتھنگ ہے، نتھنگ ہے۔</w:t>
      </w:r>
    </w:p>
    <w:p>
      <w:r>
        <w:rPr>
          <w:b/>
        </w:rPr>
        <w:t xml:space="preserve">[01:46] </w:t>
      </w:r>
      <w:r>
        <w:t>Na political hai na religious hai. Yeh stepped war hai yeh. Aap sochiye, koi bhi kaam, bas business aap karein to kis liye?</w:t>
      </w:r>
    </w:p>
    <w:p>
      <w:pPr>
        <w:jc w:val="right"/>
      </w:pPr>
      <w:r>
        <w:t>نہ پولیٹیکل ہے نہ ریلیجیس ہے۔ یہ سٹیپڈ وار ہے یہ۔ آپ سوچیے، کوئی بھی کام، بس بزنس آپ کریں تو کس لیے؟</w:t>
      </w:r>
    </w:p>
    <w:p>
      <w:r>
        <w:rPr>
          <w:b/>
        </w:rPr>
        <w:t xml:space="preserve">[01:56] </w:t>
      </w:r>
      <w:r>
        <w:t>Aap ko income hogi, job aap karein to is liye ke aap ko salary milegi.</w:t>
      </w:r>
    </w:p>
    <w:p>
      <w:pPr>
        <w:jc w:val="right"/>
      </w:pPr>
      <w:r>
        <w:t>آپ کو انکم ہوگی، جاب آپ کریں تو اس لیے کہ آپ کو سیلری ملے گی۔</w:t>
      </w:r>
    </w:p>
    <w:p>
      <w:r>
        <w:rPr>
          <w:b/>
        </w:rPr>
        <w:t xml:space="preserve">[02:03] </w:t>
      </w:r>
      <w:r>
        <w:t>Koi bhi aap kaam karte hain to kisi is ka koi purpose hota hai. To land ki ladhai is liye ke ho hona chahiye ke land mile aap ko.</w:t>
      </w:r>
    </w:p>
    <w:p>
      <w:pPr>
        <w:jc w:val="right"/>
      </w:pPr>
      <w:r>
        <w:t>کوئی بھی آپ کام کرتے ہیں تو کسی اس کا کوئی پرپس ہوتا ہے۔ تو لینڈ کی لڑائی اس لیے کہ ہو ہونا چاہیے کہ لینڈ ملے آپ کو۔</w:t>
      </w:r>
    </w:p>
    <w:p>
      <w:r>
        <w:rPr>
          <w:b/>
        </w:rPr>
        <w:t xml:space="preserve">[02:12] </w:t>
      </w:r>
      <w:r>
        <w:t>Nahi to land aap kho rahe hain. To now the time is to revise, to reassess</w:t>
      </w:r>
    </w:p>
    <w:p>
      <w:pPr>
        <w:jc w:val="right"/>
      </w:pPr>
      <w:r>
        <w:t>نہیں تو لینڈ آپ کھو رہے ہیں۔ تو ناؤ دا ٹائم از ٹو ریوائز، ٹو ری اسس</w:t>
      </w:r>
    </w:p>
    <w:p>
      <w:r>
        <w:rPr>
          <w:b/>
        </w:rPr>
        <w:t xml:space="preserve">[02:21] </w:t>
      </w:r>
      <w:r>
        <w:t>the whole thing. 60 saal beet gaye to ab unhein kehna chahiye ke humein sharm aati hai ke hum ne aisi ladhai ladi jo tha apne paas, woh bhi kho diya hum ne.</w:t>
      </w:r>
    </w:p>
    <w:p>
      <w:pPr>
        <w:jc w:val="right"/>
      </w:pPr>
      <w:r>
        <w:t>دا ہول تھنگ۔ 60 سال بیت گئے تو اب انہیں کہنا چاہیے کہ ہمیں شرم آتی ہے کہ ہم نے ایسی لڑائی لڑی جو تھا اپنے پاس، وہ بھی کھو دیا ہم نے۔</w:t>
      </w:r>
    </w:p>
    <w:p>
      <w:r>
        <w:rPr>
          <w:b/>
        </w:rPr>
        <w:t xml:space="preserve">[02:30] </w:t>
      </w:r>
      <w:r>
        <w:t>Ab to reassess karna hai, humein batao ke kya karein? Batao ke hum kya karein?</w:t>
      </w:r>
    </w:p>
    <w:p>
      <w:pPr>
        <w:jc w:val="right"/>
      </w:pPr>
      <w:r>
        <w:t>اب تو ری اسس کرنا ہے، ہمیں بتاؤ کہ کیا کریں؟ بتاؤ کہ ہم کیا کریں؟</w:t>
      </w:r>
    </w:p>
    <w:p>
      <w:r>
        <w:rPr>
          <w:b/>
        </w:rPr>
        <w:t xml:space="preserve">[02:38] </w:t>
      </w:r>
      <w:r>
        <w:t>Reassess karna chahiye, revise karna chahiye. Yeh elaan karna chahiye ke "we were wrong".</w:t>
      </w:r>
    </w:p>
    <w:p>
      <w:pPr>
        <w:jc w:val="right"/>
      </w:pPr>
      <w:r>
        <w:t>ری اسس کرنا چاہیے، ریوائز کرنا چاہیے۔ یہ اعلان کرنا چاہیے کہ "وی ویر رونگ"۔</w:t>
      </w:r>
    </w:p>
    <w:p>
      <w:r>
        <w:rPr>
          <w:b/>
        </w:rPr>
        <w:t xml:space="preserve">[02:44] </w:t>
      </w:r>
      <w:r>
        <w:t>Yeh jo kaha unhon ne, unhon ne kehna chahiye tha ke "we were wrong" kyun ke land mili, land chhin gayi. 1948 mein unhon ne ladhai chhodi thi, ab 60 baras beet gaye hain.</w:t>
      </w:r>
    </w:p>
    <w:p>
      <w:pPr>
        <w:jc w:val="right"/>
      </w:pPr>
      <w:r>
        <w:t>یہ جو کہا انہوں نے، انہوں نے کہنا چاہیے تھا کہ "وی ویر رونگ" کیونکہ لینڈ ملی، لینڈ چھن گئی۔ 1948 میں انہوں نے لڑائی چھوڑی تھی، اب 60 برس بیت گئے ہیں۔</w:t>
      </w:r>
    </w:p>
    <w:p>
      <w:r>
        <w:rPr>
          <w:b/>
        </w:rPr>
        <w:t xml:space="preserve">[02:58] </w:t>
      </w:r>
      <w:r>
        <w:t>Aap kitabon mein padh lijiye, history padh lijiye, 1948 mein ball four plan ke tehat jo banaya tha unhon ne land, woh Palestine ka more than 50 percent tha.</w:t>
      </w:r>
    </w:p>
    <w:p>
      <w:pPr>
        <w:jc w:val="right"/>
      </w:pPr>
      <w:r>
        <w:t>آپ کتابوں میں پڑھ لیجئے، ہسٹری پڑھ لیجئے، 1948 میں بال فور پلان کے تحت جو بنایا تھا انہوں نے لینڈ، وہ فلسطین کا مور دین 50 پرسنٹ تھا۔</w:t>
      </w:r>
    </w:p>
    <w:p>
      <w:r>
        <w:rPr>
          <w:b/>
        </w:rPr>
        <w:t xml:space="preserve">[03:12] </w:t>
      </w:r>
      <w:r>
        <w:t>Aaj un ke paas kuch bhi nahi hai, sab chhin gaya, sab qabza kar liya doosron ne. To yeh land ki ladhai thi, yeh land ko chhinne ki ladhai thi, land ko khone ki ladhai thi.</w:t>
      </w:r>
    </w:p>
    <w:p>
      <w:pPr>
        <w:jc w:val="right"/>
      </w:pPr>
      <w:r>
        <w:t>آج ان کے پاس کچھ بھی نہیں ہے، سب چھن گیا، سب قبضہ کر لیا دوسروں نے۔ تو یہ لینڈ کی لڑائی تھی، یہ لینڈ کو چھیننے کی لڑائی تھی، لینڈ کو کھونے کی لڑائی تھی۔</w:t>
      </w:r>
    </w:p>
    <w:p>
      <w:r>
        <w:rPr>
          <w:b/>
        </w:rPr>
        <w:t xml:space="preserve">[03:26] </w:t>
      </w:r>
      <w:r>
        <w:t>Yeh koi ladhai hai yeh? Stepped war.</w:t>
      </w:r>
    </w:p>
    <w:p>
      <w:pPr>
        <w:jc w:val="right"/>
      </w:pPr>
      <w:r>
        <w:t>یہ کوئی لڑائی ہے یہ؟ اسٹیپڈ وار۔</w:t>
      </w:r>
    </w:p>
    <w:p>
      <w:r>
        <w:rPr>
          <w:b/>
        </w:rPr>
        <w:t xml:space="preserve">[03:30] </w:t>
      </w:r>
      <w:r>
        <w:t>Unhon ne kehna chahiye tha ke "we were wrong". "we were blind". "we were blind". Humein batao ke hum kya karein?</w:t>
      </w:r>
    </w:p>
    <w:p>
      <w:pPr>
        <w:jc w:val="right"/>
      </w:pPr>
      <w:r>
        <w:t>انہیں کہنا چاہیے تھا کہ "وی ویر رونگ"۔ "وی ویر بلائنڈ"۔ "وی ویر بلائنڈ"۔ ہمیں بتاؤ کہ ہم کیا کریں؟</w:t>
      </w:r>
    </w:p>
    <w:p>
      <w:r>
        <w:rPr>
          <w:b/>
        </w:rPr>
        <w:t xml:space="preserve">[03:41] </w:t>
      </w:r>
      <w:r>
        <w:t>Har action, dekhiye, koi bhi action aap lein to us ko result oriented hona chahiye. Koi result nikle? Yahan to ulta ho raha hai, ulta.</w:t>
      </w:r>
    </w:p>
    <w:p>
      <w:pPr>
        <w:jc w:val="right"/>
      </w:pPr>
      <w:r>
        <w:t>ہر ایکشن، دیکھیں، کوئی بھی ایکشن آپ لیں تو اس کو رزلٹ اورینٹڈ ہونا چاہیے۔ کوئی رزلٹ نکلے؟ یہاں تو الٹا ہو رہا ہے، الٹا۔</w:t>
      </w:r>
    </w:p>
    <w:p>
      <w:r>
        <w:rPr>
          <w:b/>
        </w:rPr>
        <w:t xml:space="preserve">[03:53] </w:t>
      </w:r>
      <w:r>
        <w:t>Yaani kharbon rupay aap barbaad kiya isi mein. Beshumar jaanein is mein zaaya huin. Palestinian wahan se bhaag kar doosre mulkon mein chale gaye.</w:t>
      </w:r>
    </w:p>
    <w:p>
      <w:pPr>
        <w:jc w:val="right"/>
      </w:pPr>
      <w:r>
        <w:t>یعنی کھربوں روپے آپ برباد کیا اسی میں۔ بے شمار جانیں اس میں ضائع ہوئیں۔ فلسطینی وہاں سے بھاگ کر دوسرے ملکوں میں چلے گئے۔</w:t>
      </w:r>
    </w:p>
    <w:p>
      <w:r>
        <w:rPr>
          <w:b/>
        </w:rPr>
        <w:t xml:space="preserve">[04:06] </w:t>
      </w:r>
      <w:r>
        <w:t>Jis jis angle se dekhiye, yeh khone ki war thi. Land ki war thori hai yeh? Land ki war nahi, yeh khone ki war hai. Tabahi ki war hai.</w:t>
      </w:r>
    </w:p>
    <w:p>
      <w:pPr>
        <w:jc w:val="right"/>
      </w:pPr>
      <w:r>
        <w:t>جس جس اینگل سے دیکھیے، یہ کھونے کی وار تھی۔ لینڈ کی وار تھوڑی ہے یہ؟ لینڈ کی وار نہیں، یہ کھونے کی وار ہے۔ تباہی کی وار ہے۔</w:t>
      </w:r>
    </w:p>
    <w:p>
      <w:r>
        <w:rPr>
          <w:b/>
        </w:rPr>
        <w:t xml:space="preserve">[04:18] </w:t>
      </w:r>
      <w:r>
        <w:t>ab kehna chahiye logon ko ke "we are, we were blind".</w:t>
      </w:r>
    </w:p>
    <w:p>
      <w:pPr>
        <w:jc w:val="right"/>
      </w:pPr>
      <w:r>
        <w:t>اب کہنا چاہیے لوگوں کو کہ "وی آر، وی ویر بلائنڈ"۔</w:t>
      </w:r>
    </w:p>
    <w:p>
      <w:r>
        <w:rPr>
          <w:b/>
        </w:rPr>
        <w:t xml:space="preserve">[04:24] </w:t>
      </w:r>
      <w:r>
        <w:t>"we, we committed a grave mistake". ab hamein batao ke hum ab se kya karein? now the time is to reassess, to revise the whole better.</w:t>
      </w:r>
    </w:p>
    <w:p>
      <w:pPr>
        <w:jc w:val="right"/>
      </w:pPr>
      <w:r>
        <w:t>"وی، وی کمیٹڈ ا گریو مسٹیک"۔ اب ہمیں بتاؤ کہ ہم اب سے کیا کریں؟ ناؤ دا ٹائم از ٹو ری اسس، ٹو ریوائز دا ہول بیٹر۔</w:t>
      </w:r>
    </w:p>
    <w:p>
      <w:r>
        <w:rPr>
          <w:b/>
        </w:rPr>
        <w:t xml:space="preserve">[04:37] </w:t>
      </w:r>
      <w:r>
        <w:t>to yeh koi jawab nahi, yeh "إنما هي كلمة هو قائلها" ka misdaq hai.</w:t>
      </w:r>
    </w:p>
    <w:p>
      <w:pPr>
        <w:jc w:val="right"/>
      </w:pPr>
      <w:r>
        <w:t>تو یہ کوئی جواب نہیں، یہ "إنما هي كلمة هو قائلها" کا مصداق ہے۔</w:t>
      </w:r>
    </w:p>
    <w:p>
      <w:r>
        <w:rPr>
          <w:b/>
        </w:rPr>
        <w:t xml:space="preserve">[04:44] </w:t>
      </w:r>
      <w:r>
        <w:t>this question is from mr devender mohan. how does one know whether the inspiration received is correct or not?</w:t>
      </w:r>
    </w:p>
    <w:p>
      <w:pPr>
        <w:jc w:val="right"/>
      </w:pPr>
      <w:r>
        <w:t>دس کوئسچن از فرام مسٹر دیویندر موہن۔ ہاؤ ڈز ون نو ویدر دی انسپیریشن ریسیوڈ از کریکٹ اور ناٹ؟</w:t>
      </w:r>
    </w:p>
    <w:p>
      <w:r>
        <w:rPr>
          <w:b/>
        </w:rPr>
        <w:t xml:space="preserve">[04:55] </w:t>
      </w:r>
      <w:r>
        <w:t>dekhiye,</w:t>
      </w:r>
    </w:p>
    <w:p>
      <w:pPr>
        <w:jc w:val="right"/>
      </w:pPr>
      <w:r>
        <w:t>دیکھیے،</w:t>
      </w:r>
    </w:p>
    <w:p>
      <w:r>
        <w:rPr>
          <w:b/>
        </w:rPr>
        <w:t xml:space="preserve">[04:59] </w:t>
      </w:r>
      <w:r>
        <w:t>hum criterion mante hain quran ko. kyunke quran hi ek aisi book hai, yani divine book,</w:t>
      </w:r>
    </w:p>
    <w:p>
      <w:pPr>
        <w:jc w:val="right"/>
      </w:pPr>
      <w:r>
        <w:t>ہم کرائٹیرین مانتے ہیں قرآن کو۔ کیونکہ قرآن ہی ایک ایسی بک ہے، یعنی ڈیوائن بک،</w:t>
      </w:r>
    </w:p>
    <w:p>
      <w:r>
        <w:rPr>
          <w:b/>
        </w:rPr>
        <w:t xml:space="preserve">[05:12] </w:t>
      </w:r>
      <w:r>
        <w:t>jo unaltered hai,</w:t>
      </w:r>
    </w:p>
    <w:p>
      <w:pPr>
        <w:jc w:val="right"/>
      </w:pPr>
      <w:r>
        <w:t>جو ان الٹرڈ ہے،</w:t>
      </w:r>
    </w:p>
    <w:p>
      <w:r>
        <w:rPr>
          <w:b/>
        </w:rPr>
        <w:t xml:space="preserve">[05:16] </w:t>
      </w:r>
      <w:r>
        <w:t>jo preserved hai. to wahi hai criterion. hum khud criterion nahi hain.</w:t>
      </w:r>
    </w:p>
    <w:p>
      <w:pPr>
        <w:jc w:val="right"/>
      </w:pPr>
      <w:r>
        <w:t>جو پریزروڈ ہے۔ تو وہی ہے کرائٹیرین۔ ہم خود کرائٹیرین نہیں ہیں۔</w:t>
      </w:r>
    </w:p>
    <w:p>
      <w:r>
        <w:rPr>
          <w:b/>
        </w:rPr>
        <w:t xml:space="preserve">[05:27] </w:t>
      </w:r>
      <w:r>
        <w:t>main is ko nahi manta, is ek theory jo hai, aadmi ke andar hi sab kuch hai.</w:t>
      </w:r>
    </w:p>
    <w:p>
      <w:pPr>
        <w:jc w:val="right"/>
      </w:pPr>
      <w:r>
        <w:t>میں اس کو نہیں مانتا، اس ایک تھیوری جو ہے، آدمی کے اندر ہی سب کچھ ہے۔</w:t>
      </w:r>
    </w:p>
    <w:p>
      <w:r>
        <w:rPr>
          <w:b/>
        </w:rPr>
        <w:t xml:space="preserve">[05:34] </w:t>
      </w:r>
      <w:r>
        <w:t>ek kitab chhapi hai, is ka naam tha "i am that". ek kitab, "i am that". yani main hi woh hoon, yani main hi khuda hoon. yeh to ek bilkul baseless baat hai, ek false aqeedah hai ke main hi khuda hoon.</w:t>
      </w:r>
    </w:p>
    <w:p>
      <w:pPr>
        <w:jc w:val="right"/>
      </w:pPr>
      <w:r>
        <w:t>ایک کتاب چھپی ہے، اس کا نام تھا "آئی ایم دیٹ"۔ ایک کتاب، "آئی ایم دیٹ"۔ یعنی میں ہی وہ ہوں، یعنی میں ہی خدا ہوں۔ یہ تو ایک بالکل بیس لیس بات ہے، ایک فالس عقیدہ ہے کہ میں ہی خدا ہوں۔</w:t>
      </w:r>
    </w:p>
    <w:p>
      <w:r>
        <w:rPr>
          <w:b/>
        </w:rPr>
        <w:t xml:space="preserve">[05:48] </w:t>
      </w:r>
      <w:r>
        <w:t>main duality wad ko manta hoon, advait ko nahi manta.</w:t>
      </w:r>
    </w:p>
    <w:p>
      <w:pPr>
        <w:jc w:val="right"/>
      </w:pPr>
      <w:r>
        <w:t>میں دوئیت واد کو مانتا ہوں، ادویت کو نہیں مانتا۔</w:t>
      </w:r>
    </w:p>
    <w:p>
      <w:r>
        <w:rPr>
          <w:b/>
        </w:rPr>
        <w:t xml:space="preserve">[05:53] </w:t>
      </w:r>
      <w:r>
        <w:t>main duality wad ko manta hoon, advait wad ko nahi manta. yani main alag hoon, khuda alag hai. to khuda ne apni kitab bheji hazaron saal tak bar bar, woh kitabein preserve nahi rahin.</w:t>
      </w:r>
    </w:p>
    <w:p>
      <w:pPr>
        <w:jc w:val="right"/>
      </w:pPr>
      <w:r>
        <w:t>میں دوئیت واد کو مانتا ہوں، ادویت واد کو نہیں مانتا۔ یعنی میں الگ ہوں، خدا الگ ہے۔ تو خدا نے اپنی کتاب بھیجی ہزاروں سال تک بار بار، وہ کتابیں پریزرو نہیں رہیں۔</w:t>
      </w:r>
    </w:p>
    <w:p>
      <w:r>
        <w:rPr>
          <w:b/>
        </w:rPr>
        <w:t xml:space="preserve">[06:07] </w:t>
      </w:r>
      <w:r>
        <w:t>sab kitabon mein kya hua? alteration ho gaya.</w:t>
      </w:r>
    </w:p>
    <w:p>
      <w:pPr>
        <w:jc w:val="right"/>
      </w:pPr>
      <w:r>
        <w:t>سب کتابوں میں کیا ہوا؟ الٹریشن ہو گیا۔</w:t>
      </w:r>
    </w:p>
    <w:p>
      <w:r>
        <w:rPr>
          <w:b/>
        </w:rPr>
        <w:t xml:space="preserve">[06:10] </w:t>
      </w:r>
      <w:r>
        <w:t>quran woh kitab hai jo aaj bhi preserve hai, is ki language bhi wahi hai, text bhi wahi hai, sab kuch. to woh hai criterion.</w:t>
      </w:r>
    </w:p>
    <w:p>
      <w:pPr>
        <w:jc w:val="right"/>
      </w:pPr>
      <w:r>
        <w:t>قرآن وہ کتاب ہے جو آج بھی پریزرو ہے، اس کی لینگویج بھی وہی ہے، ٹیکسٹ بھی وہی ہے، سب کچھ۔ تو وہ ہے کرائٹیرین۔</w:t>
      </w:r>
    </w:p>
    <w:p>
      <w:r>
        <w:rPr>
          <w:b/>
        </w:rPr>
        <w:t xml:space="preserve">[06:19] </w:t>
      </w:r>
      <w:r>
        <w:t>to main jahan tak ta'alluq tha, mujhe khuda ke fazl se rozana inspiration hota hai, rozana. aaj bhi hua.</w:t>
      </w:r>
    </w:p>
    <w:p>
      <w:pPr>
        <w:jc w:val="right"/>
      </w:pPr>
      <w:r>
        <w:t>تو میں جہاں تک تعلق تھا، مجھے خدا کے فضل سے روزانہ انسپیریشن ہوتا ہے، روزانہ۔ آج بھی ہوا۔</w:t>
      </w:r>
    </w:p>
    <w:p>
      <w:r>
        <w:rPr>
          <w:b/>
        </w:rPr>
        <w:t xml:space="preserve">[06:27] </w:t>
      </w:r>
      <w:r>
        <w:t>main is ko kya karta hoon? is ko main jis ko kehte hain tele karna, compare karna quran se. agar woh quran ke mutabiq hai to main is mein sahi tha, is ke khilaf hai to woh galat tha.</w:t>
      </w:r>
    </w:p>
    <w:p>
      <w:pPr>
        <w:jc w:val="right"/>
      </w:pPr>
      <w:r>
        <w:t>میں اس کو کیا کرتا ہوں؟ اس کو میں جس کو کہتے ہیں ٹیلی کرنا، کمپیئر کرنا قرآن سے۔ اگر وہ قرآن کے مطابق ہے تو میں اس میں صحیح تھا، اس کے خلاف ہے تو وہ غلط تھا۔</w:t>
      </w:r>
    </w:p>
    <w:p>
      <w:r>
        <w:rPr>
          <w:b/>
        </w:rPr>
        <w:t xml:space="preserve">[06:43] </w:t>
      </w:r>
      <w:r>
        <w:t>to main jis sachai ko main ne discover kiya hai, us ke mutabiq mera yeh manna hai.</w:t>
      </w:r>
    </w:p>
    <w:p>
      <w:pPr>
        <w:jc w:val="right"/>
      </w:pPr>
      <w:r>
        <w:t>تو میں جس سچائی کو میں نے ڈسکور کیا ہے، اس کے مطابق میرا یہ ماننا ہے۔</w:t>
      </w:r>
    </w:p>
    <w:p>
      <w:r>
        <w:rPr>
          <w:b/>
        </w:rPr>
        <w:t xml:space="preserve">[06:50] </w:t>
      </w:r>
      <w:r>
        <w:t>this question is from mr muhammad zubair. maulana, i was explaining creation plan of god to a friend.</w:t>
      </w:r>
    </w:p>
    <w:p>
      <w:pPr>
        <w:jc w:val="right"/>
      </w:pPr>
      <w:r>
        <w:t>دس کوئسچن از فرام مسٹر محمد زبیر۔ مولانا، آئی واز ایکسپلیننگ کریشن پلان اف گاڈ ٹو ا فرینڈ۔</w:t>
      </w:r>
    </w:p>
    <w:p>
      <w:r>
        <w:rPr>
          <w:b/>
        </w:rPr>
        <w:t xml:space="preserve">[07:00] </w:t>
      </w:r>
      <w:r>
        <w:t>after listening everything, he said, "why doesn't god leave me alone? i don't want heaven, neither hell.</w:t>
      </w:r>
    </w:p>
    <w:p>
      <w:pPr>
        <w:jc w:val="right"/>
      </w:pPr>
      <w:r>
        <w:t>افٹر لسننگ ایوری تھنگ، ہی سیڈ، "وائی ڈزنٹ گاڈ لیو می الون؟ آئی ڈونٹ وانٹ ہیون، نیدر ہیل۔</w:t>
      </w:r>
    </w:p>
    <w:p>
      <w:r>
        <w:rPr>
          <w:b/>
        </w:rPr>
        <w:t xml:space="preserve">[07:11] </w:t>
      </w:r>
      <w:r>
        <w:t>i don't want to give exam in this world. why doesn't god just leave me out</w:t>
      </w:r>
    </w:p>
    <w:p>
      <w:pPr>
        <w:jc w:val="right"/>
      </w:pPr>
      <w:r>
        <w:t>آئی ڈونٹ وانٹ ٹو گیو ایگزام ان دس ورلڈ۔ وائی ڈزنٹ گاڈ جسٹ لیو می آؤٹ</w:t>
      </w:r>
    </w:p>
    <w:p>
      <w:r>
        <w:rPr>
          <w:b/>
        </w:rPr>
        <w:t xml:space="preserve">[07:17] </w:t>
      </w:r>
      <w:r>
        <w:t>of all this?" dekhiye, yeh bhi kehne ki baat hai. aap alone ho jaiye. kaun aap ko rok raha hai?</w:t>
      </w:r>
    </w:p>
    <w:p>
      <w:pPr>
        <w:jc w:val="right"/>
      </w:pPr>
      <w:r>
        <w:t>اف ال دس؟" دیکھیے، یہ بھی کہنے کی بات ہے۔ آپ الون ہو جائیے۔ کون آپ کو روک رہا ہے؟</w:t>
      </w:r>
    </w:p>
    <w:p>
      <w:r>
        <w:rPr>
          <w:b/>
        </w:rPr>
        <w:t xml:space="preserve">[07:25] </w:t>
      </w:r>
      <w:r>
        <w:t>alone hone? matlab khuda ki hawa mein saans mat lijiye, khuda ke suraj se roshni mat lijiye, khuda ki zameen mein bas rahiye,</w:t>
      </w:r>
    </w:p>
    <w:p>
      <w:pPr>
        <w:jc w:val="right"/>
      </w:pPr>
      <w:r>
        <w:t>الون ہونے؟ مطلب خدا کی ہوا میں سانس مت لیجئے، خدا کے سورج سے روشنی مت لیجئے، خدا کی زمین میں بت رہیے،</w:t>
      </w:r>
    </w:p>
    <w:p>
      <w:r>
        <w:rPr>
          <w:b/>
        </w:rPr>
        <w:t xml:space="preserve">[07:34] </w:t>
      </w:r>
      <w:r>
        <w:t>khuda ke jo food paida ho raha hai zameen se, us ko na khaiye. aisa kijiye, aap alone ho jaiye. yani khuda ke sare cheezon se enjoy kar rahe hain aap aur kehte hain ke main alone hona chahta hoon.</w:t>
      </w:r>
    </w:p>
    <w:p>
      <w:pPr>
        <w:jc w:val="right"/>
      </w:pPr>
      <w:r>
        <w:t>خدا کے جو فوڈ پیدا ہو رہا ہے زمین سے، اس کو نہ کھائیے۔ ایسا کیجئے، آپ الون ہو جائیے۔ یعنی خدا کے سارے چیزوں سے انجوائے کر رہے ہیں آپ اور کہتے ہیں کہ میں الون ہونا چاہتا ہوں۔</w:t>
      </w:r>
    </w:p>
    <w:p>
      <w:r>
        <w:rPr>
          <w:b/>
        </w:rPr>
        <w:t xml:space="preserve">[07:48] </w:t>
      </w:r>
      <w:r>
        <w:t>yeh to insincere log hain jo aisi baatein bola karte hain</w:t>
      </w:r>
    </w:p>
    <w:p>
      <w:pPr>
        <w:jc w:val="right"/>
      </w:pPr>
      <w:r>
        <w:t>یہ تو ان سنسیئر لوگ ہیں جو ایسی باتیں بولا کرتے ہیں</w:t>
      </w:r>
    </w:p>
    <w:p>
      <w:r>
        <w:rPr>
          <w:b/>
        </w:rPr>
        <w:t xml:space="preserve">[07:51] </w:t>
      </w:r>
      <w:r>
        <w:t>ke aap ne paida kiya hai zameen ko, ke aap ne banaya hai solar system ko, ke aap zameen ko woh fertilize, us ko woh kya hai, woh fertile banaya hai jo ke food nikalta nikalta hai.</w:t>
      </w:r>
    </w:p>
    <w:p>
      <w:pPr>
        <w:jc w:val="right"/>
      </w:pPr>
      <w:r>
        <w:t>کہ آپ نے پیدا کیا ہے زمین کو، کہ آپ نے بنایا ہے سولر سسٹم کو، کہ آپ زمین کو وہ فرٹیلائز، اس کو وہ کیا ہے، وہ فرٹائل بنایا ہے جو کہ فوڈ نکلتا نکلتا ہے۔</w:t>
      </w:r>
    </w:p>
    <w:p>
      <w:r>
        <w:rPr>
          <w:b/>
        </w:rPr>
        <w:t xml:space="preserve">[08:07] </w:t>
      </w:r>
      <w:r>
        <w:t>is se aap ne system banaya hai ke ke woh oxygen supply ho raha hai har taraf se. banaya hai aap ne? nahi banaya hai to aap aap ka nahi hai, woh aap chhod dijiye, is ko</w:t>
      </w:r>
    </w:p>
    <w:p>
      <w:pPr>
        <w:jc w:val="right"/>
      </w:pPr>
      <w:r>
        <w:t>اس سے آپ نے سسٹم بنایا ہے کہ کہ وہ اکسیجن سپلائی ہو رہا ہے ہر طرف سے۔ بنایا ہے آپ نے؟ نہیں بنایا ہے تو آپ آپ کا نہیں ہے، وہ آپ چھوڑ دیجئے، اس کو</w:t>
      </w:r>
    </w:p>
    <w:p>
      <w:r>
        <w:rPr>
          <w:b/>
        </w:rPr>
        <w:t xml:space="preserve">[08:18] </w:t>
      </w:r>
      <w:r>
        <w:t>alon ho jaiye. ek skat bhi alon ho ke nahi reh sakte aap. yeh kehne ki baatein hain. aap ek skat bhi alon nahi ho sakte.</w:t>
      </w:r>
    </w:p>
    <w:p>
      <w:pPr>
        <w:jc w:val="right"/>
      </w:pPr>
      <w:r>
        <w:t>الون ہو جائیے۔ ایک سکٹ بھی الون ہو کے نہیں رہ سکتے آپ۔ یہ کہنے کی باتیں ہیں۔ آپ ایک سکٹ بھی الون نہیں ہو سکتے۔</w:t>
      </w:r>
    </w:p>
    <w:p>
      <w:r>
        <w:rPr>
          <w:b/>
        </w:rPr>
        <w:t xml:space="preserve">[08:32] </w:t>
      </w:r>
      <w:r>
        <w:t>aaj subah mein utha bistar se to uthne mein thoda sa mein aise trse ho gaya to mein girne laga. kyun girne laga?</w:t>
      </w:r>
    </w:p>
    <w:p>
      <w:pPr>
        <w:jc w:val="right"/>
      </w:pPr>
      <w:r>
        <w:t>آج صبح میں اٹھا بستر سے تو اٹھنے میں تھوڑا سا میں ایسے ترسے ہو گیا تو میں گرنے لگا۔ کیوں گرنے لگا؟</w:t>
      </w:r>
    </w:p>
    <w:p>
      <w:r>
        <w:rPr>
          <w:b/>
        </w:rPr>
        <w:t xml:space="preserve">[08:41] </w:t>
      </w:r>
      <w:r>
        <w:t>zameen ki gravity jo hai, is woh is is ke is mein aa gaya. mein agar mein seedha rahoon to</w:t>
      </w:r>
    </w:p>
    <w:p>
      <w:pPr>
        <w:jc w:val="right"/>
      </w:pPr>
      <w:r>
        <w:t>زمین کی گریوٹی جو ہے، اس وہ اس اس کے اس میں آ گیا۔ میں اگر میں سیدھا رہوں تو</w:t>
      </w:r>
    </w:p>
    <w:p>
      <w:r>
        <w:rPr>
          <w:b/>
        </w:rPr>
        <w:t xml:space="preserve">[08:50] </w:t>
      </w:r>
      <w:r>
        <w:t>gravity se mein nahi jhukunga. zara jhuk jaunga to gravity mujhe kheench legi. to mein socha ke insaan seedha khade hone par hi abhi, yani bas mein nahi, is ke seedha khada ho sake.</w:t>
      </w:r>
    </w:p>
    <w:p>
      <w:pPr>
        <w:jc w:val="right"/>
      </w:pPr>
      <w:r>
        <w:t>گریوٹی سے میں نہیں جھکوں گا۔ ذرا جھک جاؤں گا تو گریوٹی مجھے کھینچ لے گی۔ تو میں سوچا کہ انسان سیدھا کھڑے ہونے پر ہی ابھی، یعنی بس میں نہیں، اس کے سیدھا کھڑا ہو سکے۔</w:t>
      </w:r>
    </w:p>
    <w:p>
      <w:r>
        <w:rPr>
          <w:b/>
        </w:rPr>
        <w:t xml:space="preserve">[09:06] </w:t>
      </w:r>
      <w:r>
        <w:t>aap bas yeh bhi nahi ke aap seedhe khade ho saken. zara sa idhar jhukein to zameen ki gravity kheench legi aap ko. idhar dum se gir padenge aap.</w:t>
      </w:r>
    </w:p>
    <w:p>
      <w:pPr>
        <w:jc w:val="right"/>
      </w:pPr>
      <w:r>
        <w:t>آپ بس یہ بھی نہیں کہ آپ سیدھے کھڑے ہو سکیں۔ ذرا سا ادھر جھکیں تو زمین کی گریوٹی کھینچ لے گی آپ کو۔ ادھر دم سے گر پڑیں گے آپ۔</w:t>
      </w:r>
    </w:p>
    <w:p>
      <w:r>
        <w:rPr>
          <w:b/>
        </w:rPr>
        <w:t xml:space="preserve">[09:18] </w:t>
      </w:r>
      <w:r>
        <w:t>abhi hamara jo satellite gaya hai upar, jo chand ke ek aqsam mein aa gaya hai, yani woh is ke sphere mein aa gaya hai, woh ghoom raha hai chand ki taraf.</w:t>
      </w:r>
    </w:p>
    <w:p>
      <w:pPr>
        <w:jc w:val="right"/>
      </w:pPr>
      <w:r>
        <w:t>ابھی ہمارا جو سیٹلائٹ گیا ہے اوپر، جو چاند کے ایک اقسام میں آ گیا ہے، یعنی وہ اس کے اسفیئر میں آ گیا ہے، وہ گھوم رہا ہے چاند کی طرف۔</w:t>
      </w:r>
    </w:p>
    <w:p>
      <w:r>
        <w:rPr>
          <w:b/>
        </w:rPr>
        <w:t xml:space="preserve">[09:27] </w:t>
      </w:r>
      <w:r>
        <w:t>to kya hamari science ne aisa kiya hai? zameen ke andar ke jo gravity hai aur chand ke jo gravity hai, is ka yeh sab karname hai.</w:t>
      </w:r>
    </w:p>
    <w:p>
      <w:pPr>
        <w:jc w:val="right"/>
      </w:pPr>
      <w:r>
        <w:t>تو کیا ہماری سائنس نے ایسا کیا ہے؟ زمین کے اندر کے جو گریوٹی ہے اور چاند کے جو گریوٹی ہے، اس کا یہ سب کارنامہ ہے۔</w:t>
      </w:r>
    </w:p>
    <w:p>
      <w:r>
        <w:rPr>
          <w:b/>
        </w:rPr>
        <w:t xml:space="preserve">[09:38] </w:t>
      </w:r>
      <w:r>
        <w:t>aap jante hain, kaha jata hai rocket zameen se chand ko seedha le jata hai. aise jaise ab ek car jati hai, yahan se nikle to seedhe hum chalenge faridabad.</w:t>
      </w:r>
    </w:p>
    <w:p>
      <w:pPr>
        <w:jc w:val="right"/>
      </w:pPr>
      <w:r>
        <w:t>آپ جانتے ہیں، کہا جاتا ہے راکٹ زمین سے چاند کو سیدھا لے جاتا ہے۔ ایسے جیسے اب ایک کار جاتی ہے، یہاں سے نکلے تو سیدھے ہم چلیں گے فرید آباد۔</w:t>
      </w:r>
    </w:p>
    <w:p>
      <w:r>
        <w:rPr>
          <w:b/>
        </w:rPr>
        <w:t xml:space="preserve">[09:50] </w:t>
      </w:r>
      <w:r>
        <w:t>woh jo gravity hai, is ko is se woh is ka control hota hai. woh aise chalega pehle, phir wahan ja kar aise hone lagega. woh yeh sab kaun karta hai?</w:t>
      </w:r>
    </w:p>
    <w:p>
      <w:pPr>
        <w:jc w:val="right"/>
      </w:pPr>
      <w:r>
        <w:t>وہ جو گریوٹی ہے، اس کو اس سے وہ اس کا کنٹرول ہوتا ہے۔ وہ ایسے چلے گا پہلے، پھر وہاں جا کر ایسے ہونے لگے گا۔ وہ یہ سب کون کرتا ہے؟</w:t>
      </w:r>
    </w:p>
    <w:p>
      <w:r>
        <w:rPr>
          <w:b/>
        </w:rPr>
        <w:t xml:space="preserve">[10:00] </w:t>
      </w:r>
      <w:r>
        <w:t>law of nature ho raha hai, divine law se ho raha hai. to jo yeh kehta hai ke mein alon rehna chahta hoon, to alon reh ke dikhao. woh tum alon reh nahi sakte.</w:t>
      </w:r>
    </w:p>
    <w:p>
      <w:pPr>
        <w:jc w:val="right"/>
      </w:pPr>
      <w:r>
        <w:t>لاء آف نیچر ہو رہا ہے، ڈیوائن لاء سے ہو رہا ہے۔ تو جو یہ کہتا ہے کہ میں الون رہنا چاہتا ہوں، تو الون رہ کے دکھاوے۔ وہ تم الون رہ نہیں سکتے۔</w:t>
      </w:r>
    </w:p>
    <w:p>
      <w:r>
        <w:rPr>
          <w:b/>
        </w:rPr>
        <w:t xml:space="preserve">[10:09] </w:t>
      </w:r>
      <w:r>
        <w:t>woh Khuda ka jo life support system hai, us ko is ke is se is se alag ho jao. tum apne ko detach kar lo is se.</w:t>
      </w:r>
    </w:p>
    <w:p>
      <w:pPr>
        <w:jc w:val="right"/>
      </w:pPr>
      <w:r>
        <w:t>وہ خدا کا جو لائف سپورٹ سسٹم ہے، اس کو اس کے اس سے اس سے الگ ہو جاؤ۔ تم اپنے کو ڈیٹیچ کر لو اس سے۔</w:t>
      </w:r>
    </w:p>
    <w:p>
      <w:r>
        <w:rPr>
          <w:b/>
        </w:rPr>
        <w:t xml:space="preserve">[10:21] </w:t>
      </w:r>
      <w:r>
        <w:t>Khuda ka jo life support system hai, us ko apne ko detach kar lo is se.</w:t>
      </w:r>
    </w:p>
    <w:p>
      <w:pPr>
        <w:jc w:val="right"/>
      </w:pPr>
      <w:r>
        <w:t>خدا کا جو لائف سپورٹ سسٹم ہے، اس کو اپنے کو ڈیٹیچ کر لو اس سے۔</w:t>
      </w:r>
    </w:p>
    <w:p>
      <w:r>
        <w:rPr>
          <w:b/>
        </w:rPr>
        <w:t xml:space="preserve">[10:29] </w:t>
      </w:r>
      <w:r>
        <w:t>achha, achha.</w:t>
      </w:r>
    </w:p>
    <w:p>
      <w:pPr>
        <w:jc w:val="right"/>
      </w:pPr>
      <w:r>
        <w:t>اچھا، اچھا۔</w:t>
      </w:r>
    </w:p>
    <w:p>
      <w:r>
        <w:rPr>
          <w:b/>
        </w:rPr>
        <w:t xml:space="preserve">[10:31] </w:t>
      </w:r>
      <w:r>
        <w:t>to yeh yeh insincere log aisi baatein bola karte hain. insincere log agar sincere ho aadmi to aisi baatein kabhi bhi nahi bolega.</w:t>
      </w:r>
    </w:p>
    <w:p>
      <w:pPr>
        <w:jc w:val="right"/>
      </w:pPr>
      <w:r>
        <w:t>تو یہ یہ ان سنسیئر لوگ ایسی باتیں بولا کرتے ہیں۔ ان سنسیئر لوگ اگر سنسیئر ہو آدمی تو ایسی باتیں کبھی بھی نہیں بولے گا۔</w:t>
      </w:r>
    </w:p>
    <w:p>
      <w:r>
        <w:rPr>
          <w:b/>
        </w:rPr>
        <w:t xml:space="preserve">[10:41] </w:t>
      </w:r>
      <w:r>
        <w:t>woh.</w:t>
      </w:r>
    </w:p>
    <w:p>
      <w:pPr>
        <w:jc w:val="right"/>
      </w:pPr>
      <w:r>
        <w:t>وہ۔</w:t>
      </w:r>
    </w:p>
    <w:p>
      <w:r>
        <w:rPr>
          <w:b/>
        </w:rPr>
        <w:t xml:space="preserve">[10:44] </w:t>
      </w:r>
      <w:r>
        <w:t>das question is from doctor muslema siddiqui. is there any way for those who are not able to go to masjid aqsa to share the blessings available there?</w:t>
      </w:r>
    </w:p>
    <w:p>
      <w:pPr>
        <w:jc w:val="right"/>
      </w:pPr>
      <w:r>
        <w:t>دس کوئسچن از فرام ڈاکٹر مسلمہ صدیقی۔ از دیر اینی وے فار دوز ہو آر ناٹ ایبل ٹو گو ٹو مسجد اقصی ٹو شیئر دا بلیسنگز اویلیبل دیر؟</w:t>
      </w:r>
    </w:p>
    <w:p>
      <w:r>
        <w:rPr>
          <w:b/>
        </w:rPr>
        <w:t xml:space="preserve">[10:59] </w:t>
      </w:r>
      <w:r>
        <w:t>mein chahta hoon ke is ka jo alternative hai, woh dua hai. dua hai. jaise wahan bhi mein ne jo dua ki thi ke peghambaron ke ki jo jamaat yahan thi ya un ki jo gathering thi, us mein shamil ho jao.</w:t>
      </w:r>
    </w:p>
    <w:p>
      <w:pPr>
        <w:jc w:val="right"/>
      </w:pPr>
      <w:r>
        <w:t>میں چاہتا ہوں کہ اس کا جو الٹرنیٹو ہے، وہ دعا ہے۔ دعا ہے۔ جیسے وہاں بھی میں نے جو دعا کی تھی کہ پیغمبروں کے کی جو جماعت یہاں تھی یا ان کی جو گیدرنگ تھی، اس میں شامل ہو جاؤ۔</w:t>
      </w:r>
    </w:p>
    <w:p>
      <w:r>
        <w:rPr>
          <w:b/>
        </w:rPr>
        <w:t xml:space="preserve">[11:16] </w:t>
      </w:r>
      <w:r>
        <w:t>to dua hi to thi woh, kyunke peghambar to maujood nahi thay. woh</w:t>
      </w:r>
    </w:p>
    <w:p>
      <w:pPr>
        <w:jc w:val="right"/>
      </w:pPr>
      <w:r>
        <w:t>تو دعا ہی تو تھی وہ، کیونکہ پیغمبر تو موجود نہیں تھے۔ وہ</w:t>
      </w:r>
    </w:p>
    <w:p>
      <w:r>
        <w:rPr>
          <w:b/>
        </w:rPr>
        <w:t xml:space="preserve">[11:22] </w:t>
      </w:r>
      <w:r>
        <w:t>to mein ne jo hadith sunai, woh hadith bohat bari is mein woh har hope hai aur har aadmi ke liye. ana abdi bi nabi ma sha'a ke mein bande guman ke sath hoon.</w:t>
      </w:r>
    </w:p>
    <w:p>
      <w:pPr>
        <w:jc w:val="right"/>
      </w:pPr>
      <w:r>
        <w:t>تو میں نے جو حدیث سنائی، وہ حدیث بہت بڑی اس میں وہ ہر ہوپ ہے اور ہر آدمی کے لیے۔ انا عبدی فی النبی ماشاء کہ میں بندے گمان کے ساتھ ہوں۔</w:t>
      </w:r>
    </w:p>
    <w:p>
      <w:r>
        <w:rPr>
          <w:b/>
        </w:rPr>
        <w:t xml:space="preserve">[11:39] </w:t>
      </w:r>
      <w:r>
        <w:t>to jo chahe, woh guman kar le mere bare mein. matlab woh jo guman karega, us ko poora karunga. woh</w:t>
      </w:r>
    </w:p>
    <w:p>
      <w:pPr>
        <w:jc w:val="right"/>
      </w:pPr>
      <w:r>
        <w:t>تو جو چاہے، وہ گمان کر لے میرے بارے میں۔ مطلب وہ جو گمان کرے گا، اس کو پورا کروں گا۔ وہ</w:t>
      </w:r>
    </w:p>
    <w:p>
      <w:r>
        <w:rPr>
          <w:b/>
        </w:rPr>
        <w:t xml:space="preserve">[11:47] </w:t>
      </w:r>
      <w:r>
        <w:t>to agar koi shakhs yahi guman kare ke khudaya mein dua ke zariye is blessing ko mujhe de de, woh blessing mujhe mil jaye dua ke zariye, kyunke mein wahan safar kar ke nahi ja saka, to mein chahta hoon ke dua ke zariye us ko woh blessing mil jayegi.</w:t>
      </w:r>
    </w:p>
    <w:p>
      <w:pPr>
        <w:jc w:val="right"/>
      </w:pPr>
      <w:r>
        <w:t>تو اگر کوئی شخص یہی گمان کرے کہ خدایا میں دعا کے ذریعے اس بلیسنگ کو مجھے دے دے، وہ بلیسنگ مجھے مل جائے دعا کے ذریعے، کیونکہ میں وہاں سفر کر کے نہیں جا سکا، تو میں چاہتا ہوں کہ دعا کے ذریعے اس کو وہ بلیسنگ مل جائے گی۔</w:t>
      </w:r>
    </w:p>
    <w:p>
      <w:r>
        <w:rPr>
          <w:b/>
        </w:rPr>
        <w:t xml:space="preserve">[12:05] </w:t>
      </w:r>
      <w:r>
        <w:t>ana abdi bi nabi ma sha'a.</w:t>
      </w:r>
    </w:p>
    <w:p>
      <w:pPr>
        <w:jc w:val="right"/>
      </w:pPr>
      <w:r>
        <w:t>انا عبدی فی النبی ماشاء۔</w:t>
      </w:r>
    </w:p>
    <w:p>
      <w:r>
        <w:rPr>
          <w:b/>
        </w:rPr>
        <w:t xml:space="preserve">[12:10] </w:t>
      </w:r>
      <w:r>
        <w:t>mein bande guman ke sath hoon. to jo guman chahe, woh mere bare mein kar le. mein us ko poora karunga. is ka matlab yeh nahi ke aap ulta seedha guman kar len.</w:t>
      </w:r>
    </w:p>
    <w:p>
      <w:pPr>
        <w:jc w:val="right"/>
      </w:pPr>
      <w:r>
        <w:t>میں بندے گمان کے ساتھ ہوں۔ تو جو گمان چاہے، وہ میرے بارے میں کر لے۔ میں اس کو پورا کروں گا۔ اس کا مطلب یہ نہیں کہ آپ الٹا سیدھا گمان کر لیں۔</w:t>
      </w:r>
    </w:p>
    <w:p>
      <w:r>
        <w:rPr>
          <w:b/>
        </w:rPr>
        <w:t xml:space="preserve">[12:21] </w:t>
      </w:r>
      <w:r>
        <w:t>yani jo durust guman agar karenge, aap jo sahi guman jo Khuda ke</w:t>
      </w:r>
    </w:p>
    <w:p>
      <w:pPr>
        <w:jc w:val="right"/>
      </w:pPr>
      <w:r>
        <w:t>یعنی جو درست گمان اگر کریں گے، آپ جو صحیح گمان جو خدا کے</w:t>
      </w:r>
    </w:p>
    <w:p>
      <w:r>
        <w:rPr>
          <w:b/>
        </w:rPr>
        <w:t xml:space="preserve">[12:28] </w:t>
      </w:r>
      <w:r>
        <w:t>is ke mutabiq hoga, scheme ke mutabiq hoga, to Khuda is ko poora karega. To agar koi yahi dua kare ke Khudaaya main Aqsa mein nahi aa saka, to yahi mujhe to Aqsa wali blessing de de.</w:t>
      </w:r>
    </w:p>
    <w:p>
      <w:pPr>
        <w:jc w:val="right"/>
      </w:pPr>
      <w:r>
        <w:t>اس کے مطابق ہوگا، اسکیم کے مطابق ہوگا، تو خدا اس کو پورا کرے گا۔ تو اگر کوئی یہی دعا کرے کہ خدایا میں اقصی میں نہیں آ سکا، تو یہی مجھے تو اقصی والی بلیسنگ دے دے۔</w:t>
      </w:r>
    </w:p>
    <w:p>
      <w:r>
        <w:rPr>
          <w:b/>
        </w:rPr>
        <w:t xml:space="preserve">[12:39] </w:t>
      </w:r>
      <w:r>
        <w:t>mujhe yaqeen hai ke is ko mil jayegi blessing yahin par dua ke zariye se.</w:t>
      </w:r>
    </w:p>
    <w:p>
      <w:pPr>
        <w:jc w:val="right"/>
      </w:pPr>
      <w:r>
        <w:t>مجھے یقین ہے کہ اس کو مل جائے گی بلیسنگ یہیں پر دعا کے ذریعے سے۔</w:t>
      </w:r>
    </w:p>
    <w:p>
      <w:r>
        <w:rPr>
          <w:b/>
        </w:rPr>
        <w:t xml:space="preserve">[12:47] </w:t>
      </w:r>
      <w:r>
        <w:t>das question is from Dr. Farida. Why have all the people being great language experts failed to translate the Quran possessing clarity?</w:t>
      </w:r>
    </w:p>
    <w:p>
      <w:pPr>
        <w:jc w:val="right"/>
      </w:pPr>
      <w:r>
        <w:t>دس کوئسچن از فرام ڈاکٹر فریدہ۔ وائی ہیو ال دا پیپل بینگ گریٹ لینگویج ایکسپرٹس فیلڈ ٹو ٹرانسلیٹ دا قرآن پوزیسنگ کلیرٹی؟</w:t>
      </w:r>
    </w:p>
    <w:p>
      <w:r>
        <w:rPr>
          <w:b/>
        </w:rPr>
        <w:t xml:space="preserve">[13:04] </w:t>
      </w:r>
      <w:r>
        <w:t>haan, yeh bohat bara sawal hai.</w:t>
      </w:r>
    </w:p>
    <w:p>
      <w:pPr>
        <w:jc w:val="right"/>
      </w:pPr>
      <w:r>
        <w:t>ہاں، یہ بہت بڑا سوال ہے۔</w:t>
      </w:r>
    </w:p>
    <w:p>
      <w:r>
        <w:rPr>
          <w:b/>
        </w:rPr>
        <w:t xml:space="preserve">[13:09] </w:t>
      </w:r>
      <w:r>
        <w:t>main ne khud Quran ke angrezi tarjume padhe hain aur jo angrezi ka expert hai, jo un ki mother tongue English hai, un se baatein ki hain.</w:t>
      </w:r>
    </w:p>
    <w:p>
      <w:pPr>
        <w:jc w:val="right"/>
      </w:pPr>
      <w:r>
        <w:t>میں نے خود قرآن کے انگریزی ترجمے پڑھے ہیں اور جو انگریزی کا ایکسپرٹ ہے، جو ان کی مدر ٹنگ انگلش ہے، ان سے باتیں کی ہیں۔</w:t>
      </w:r>
    </w:p>
    <w:p>
      <w:r>
        <w:rPr>
          <w:b/>
        </w:rPr>
        <w:t xml:space="preserve">[13:19] </w:t>
      </w:r>
      <w:r>
        <w:t>ek sahab jinhone ke English translation ka research kiya hai, isi par jo Arabi ka aur English dono jante hain, jo Delhi mein rehte hain, un se meri baatein hui hain.</w:t>
      </w:r>
    </w:p>
    <w:p>
      <w:pPr>
        <w:jc w:val="right"/>
      </w:pPr>
      <w:r>
        <w:t>ایک صاحب جنہوں نے کہ انگلش ٹرانسلیشن کا ریسرچ کیا ہے، اسی پر جو عربی کا اور انگلش دونوں جانتے ہیں، جو دلی میں رہتے ہیں، ان سے میری باتیں ہوئی ہیں۔</w:t>
      </w:r>
    </w:p>
    <w:p>
      <w:r>
        <w:rPr>
          <w:b/>
        </w:rPr>
        <w:t xml:space="preserve">[13:30] </w:t>
      </w:r>
      <w:r>
        <w:t>unhone university sab ka yeh kehna hai ke Quran ka jo jo translations hain English wale, un mein clarity nahi hai. Cla</w:t>
      </w:r>
    </w:p>
    <w:p>
      <w:pPr>
        <w:jc w:val="right"/>
      </w:pPr>
      <w:r>
        <w:t>انہوں نے یونیورسٹی سب کا یہ کہنا ہے کہ قرآن کا جو جو ٹرانسلیشنز ہیں انگلش والے، ان میں کلیرٹی نہیں ہے۔ کل</w:t>
      </w:r>
    </w:p>
    <w:p>
      <w:r>
        <w:rPr>
          <w:b/>
        </w:rPr>
        <w:t xml:space="preserve">[13:40] </w:t>
      </w:r>
      <w:r>
        <w:t>rity nahi hai. Woh</w:t>
      </w:r>
    </w:p>
    <w:p>
      <w:pPr>
        <w:jc w:val="right"/>
      </w:pPr>
      <w:r>
        <w:t>یرٹی نہیں ہے۔ وہ</w:t>
      </w:r>
    </w:p>
    <w:p>
      <w:r>
        <w:rPr>
          <w:b/>
        </w:rPr>
        <w:t xml:space="preserve">[13:45] </w:t>
      </w:r>
      <w:r>
        <w:t>to yeh bohat bara question hai. Kaisa kyu hai?</w:t>
      </w:r>
    </w:p>
    <w:p>
      <w:pPr>
        <w:jc w:val="right"/>
      </w:pPr>
      <w:r>
        <w:t>تو یہ بہت بڑا کوئسچن ہے۔ کیسا کیوں ہے؟</w:t>
      </w:r>
    </w:p>
    <w:p>
      <w:r>
        <w:rPr>
          <w:b/>
        </w:rPr>
        <w:t xml:space="preserve">[13:57] </w:t>
      </w:r>
      <w:r>
        <w:t>is ka jawab main jo dunga, woh aap ko subjective lagega. Main mere paas subjective jawab hai, objective jawab nahi hai. Is ka</w:t>
      </w:r>
    </w:p>
    <w:p>
      <w:pPr>
        <w:jc w:val="right"/>
      </w:pPr>
      <w:r>
        <w:t>اس کا جواب میں جو دوں گا، وہ آپ کو سبجیکٹو لگے گا۔ میں میرے پاس سبجیکٹو جواب ہے، ابجیکٹو جواب نہیں ہے۔ اس کا</w:t>
      </w:r>
    </w:p>
    <w:p>
      <w:r>
        <w:rPr>
          <w:b/>
        </w:rPr>
        <w:t xml:space="preserve">[14:07] </w:t>
      </w:r>
      <w:r>
        <w:t>is ka jawab mere paas hai, lekin woh jawab subjective hai, woh objective nahi hai. Yaad rakhiye, subjective jawab kya hai?</w:t>
      </w:r>
    </w:p>
    <w:p>
      <w:pPr>
        <w:jc w:val="right"/>
      </w:pPr>
      <w:r>
        <w:t>اس کا جواب میرے پاس ہے، لیکن وہ جواب سبجیکٹو ہے، وہ ابجیکٹو نہیں ہے۔ یاد رکھیے، سبجیکٹو جواب کیا ہے؟</w:t>
      </w:r>
    </w:p>
    <w:p>
      <w:r>
        <w:rPr>
          <w:b/>
        </w:rPr>
        <w:t xml:space="preserve">[14:21] </w:t>
      </w:r>
      <w:r>
        <w:t>Allama Iqbal ne kaha tha ke Quran padho to yeh samjho ke Quran tumhare par utra hai. Ek shakhs ne kaha tha is ke bare mein ke Quran hai to be revealed today, lekin na to Quran Iqbal ke upar utra, un ka kalam batata hai ke woh Quran ko samajh nahi sake.</w:t>
      </w:r>
    </w:p>
    <w:p>
      <w:pPr>
        <w:jc w:val="right"/>
      </w:pPr>
      <w:r>
        <w:t>علامہ اقبال نے کہا تھا کہ قرآن پڑھو تو یہ سمجھو کہ قرآن تمہارے پر اترا ہے۔ ایک شخص نے کہا تھا اس کے بارے میں کہ قرآن ہے ٹو بری ریویل ٹوڈے، لیکن نہ تو قرآن اقبال کے اوپر اترا، ان کا کلام بتاتا ہے کہ وہ قرآن کو سمجھ نہیں سکے۔</w:t>
      </w:r>
    </w:p>
    <w:p>
      <w:r>
        <w:rPr>
          <w:b/>
        </w:rPr>
        <w:t xml:space="preserve">[14:38] </w:t>
      </w:r>
      <w:r>
        <w:t>woh</w:t>
      </w:r>
    </w:p>
    <w:p>
      <w:pPr>
        <w:jc w:val="right"/>
      </w:pPr>
      <w:r>
        <w:t>وہ</w:t>
      </w:r>
    </w:p>
    <w:p>
      <w:r>
        <w:rPr>
          <w:b/>
        </w:rPr>
        <w:t xml:space="preserve">[14:39] </w:t>
      </w:r>
      <w:r>
        <w:t>na is aadmi ke upar reveal hua jis ne yeh jumla kaha tha. Kyu logon ne woh apne aap ko dedicate nahi kiya?</w:t>
      </w:r>
    </w:p>
    <w:p>
      <w:pPr>
        <w:jc w:val="right"/>
      </w:pPr>
      <w:r>
        <w:t>نہ اس آدمی کے اوپر ریویل ہوا جس نے یہ جملہ کہا تھا۔ کیوں لوگوں نے وہ اپنے آپ کو ڈیڈیکیٹ نہیں کیا؟</w:t>
      </w:r>
    </w:p>
    <w:p>
      <w:r>
        <w:rPr>
          <w:b/>
        </w:rPr>
        <w:t xml:space="preserve">[14:49] </w:t>
      </w:r>
      <w:r>
        <w:t>Iqbal kehte hain shayari karte rahe. Khudaai shayari se aap Quran utrega aap ke upar,</w:t>
      </w:r>
    </w:p>
    <w:p>
      <w:pPr>
        <w:jc w:val="right"/>
      </w:pPr>
      <w:r>
        <w:t>اقبال کہتے ہیں شاعری کرتے رہے۔ خدائی شاعری سے آپ قرآن اترے گا آپ کے اوپر،</w:t>
      </w:r>
    </w:p>
    <w:p>
      <w:r>
        <w:rPr>
          <w:b/>
        </w:rPr>
        <w:t xml:space="preserve">[14:58] </w:t>
      </w:r>
      <w:r>
        <w:t>jabke Quran mein saaf saaf hai ke yeh Quran shayari nahi hai. Quran mein hai ke Quran shayari nahi hai, paighambar shayar nahi hota, aur aap shayari kar rahe hain to aap ko Quran kaise utrega aap ke upar?</w:t>
      </w:r>
    </w:p>
    <w:p>
      <w:pPr>
        <w:jc w:val="right"/>
      </w:pPr>
      <w:r>
        <w:t>جبکہ قرآن میں صاف صاف ہے کہ یہ قرآن شاعری نہیں ہے۔ قرآن میں ہے کہ قرآن شاعری نہیں ہے، پیغمبر شاعر نہیں ہوتا، اور آپ شاعری کر رہے ہیں تو آپ کو قرآن کیسے اترے گا آپ کے اوپر؟</w:t>
      </w:r>
    </w:p>
    <w:p>
      <w:r>
        <w:rPr>
          <w:b/>
        </w:rPr>
        <w:t xml:space="preserve">[15:16] </w:t>
      </w:r>
      <w:r>
        <w:t>aap ko karna padega Quran ke culture ko apnayein, paighambar ke culture ko apnayein, divine culture ko apnayein, apne aap ko blame kar dein isi mein.</w:t>
      </w:r>
    </w:p>
    <w:p>
      <w:pPr>
        <w:jc w:val="right"/>
      </w:pPr>
      <w:r>
        <w:t>آپ کو کرنا پڑے گا قرآن کے کلچر کو اپنائیں، پیغمبر کے کلچر کو اپنائیں، ڈیوائن کلچر کو اپنائیں، اپنے آپ کو بلیمیٹ کر دیں اسی میں۔</w:t>
      </w:r>
    </w:p>
    <w:p>
      <w:r>
        <w:rPr>
          <w:b/>
        </w:rPr>
        <w:t xml:space="preserve">[15:31] </w:t>
      </w:r>
      <w:r>
        <w:t>aakhri had tak apne aap ko isi mein, isi mein, isi mein jis ko kehte hain, millien kar dein.</w:t>
      </w:r>
    </w:p>
    <w:p>
      <w:pPr>
        <w:jc w:val="right"/>
      </w:pPr>
      <w:r>
        <w:t>آخری حد تک اپنے آپ کو اسی میں، اسی میں، اسی میں جس کو کہتے ہیں ملین کر دیں۔</w:t>
      </w:r>
    </w:p>
    <w:p>
      <w:r>
        <w:rPr>
          <w:b/>
        </w:rPr>
        <w:t xml:space="preserve">[15:41] </w:t>
      </w:r>
      <w:r>
        <w:t>tab kya hoga? Tab aap ko marifat milegi, tab aap ko realization hoga, to Quran utrega aap ke upar. Yani utrayega kis maane mein?</w:t>
      </w:r>
    </w:p>
    <w:p>
      <w:pPr>
        <w:jc w:val="right"/>
      </w:pPr>
      <w:r>
        <w:t>تب کیا ہوگا؟ تب آپ کو معرفت ملے گی، تب آپ کو ریئلائزیشن ہوگا، تو قرآن اترے گا آپ کے اوپر۔ یعنی اترائے گا کس معنی میں؟</w:t>
      </w:r>
    </w:p>
    <w:p>
      <w:r>
        <w:rPr>
          <w:b/>
        </w:rPr>
        <w:t xml:space="preserve">[15:52] </w:t>
      </w:r>
      <w:r>
        <w:t>yani marifat ke maane mein utrega. To phir aap ko</w:t>
      </w:r>
    </w:p>
    <w:p>
      <w:pPr>
        <w:jc w:val="right"/>
      </w:pPr>
      <w:r>
        <w:t>یعنی معرفت کے معنی میں اترے گا۔ تو پھر آپ کو</w:t>
      </w:r>
    </w:p>
    <w:p>
      <w:r>
        <w:rPr>
          <w:b/>
        </w:rPr>
        <w:t xml:space="preserve">[15:59] </w:t>
      </w:r>
      <w:r>
        <w:t>Quran samajhne lagenge. Aap to main apne bare mein keh sakta hoon ke maine apne aap ko isi mein fana kar diya, halak kar diya apne ko. Aur aur main keh sakta hoon Quran mere upar utra,</w:t>
      </w:r>
    </w:p>
    <w:p>
      <w:pPr>
        <w:jc w:val="right"/>
      </w:pPr>
      <w:r>
        <w:t>قرآن سمجھنے لگیں گے۔ آپ تو میں اپنے بارے میں کہہ سکتا ہوں کہ میں نے اپنے آپ کو اسی میں فنا کر دیا، ہلاک کر دیا اپنے کو۔ اور اور میں کہہ سکتا ہوں قرآن میرے اوپر اترا،</w:t>
      </w:r>
    </w:p>
    <w:p>
      <w:r>
        <w:rPr>
          <w:b/>
        </w:rPr>
        <w:t xml:space="preserve">[16:14] </w:t>
      </w:r>
      <w:r>
        <w:t>apne</w:t>
      </w:r>
    </w:p>
    <w:p>
      <w:pPr>
        <w:jc w:val="right"/>
      </w:pPr>
      <w:r>
        <w:t>یعنی اپنے</w:t>
      </w:r>
    </w:p>
    <w:p>
      <w:r>
        <w:rPr>
          <w:b/>
        </w:rPr>
        <w:t xml:space="preserve">[16:16] </w:t>
      </w:r>
      <w:r>
        <w:t>maane ke aitbaar se, apni meaning ke aitbaar se, alfaaz ke aitbaar se nahi.</w:t>
      </w:r>
    </w:p>
    <w:p>
      <w:pPr>
        <w:jc w:val="right"/>
      </w:pPr>
      <w:r>
        <w:t>معنی کے اعتبار سے، اپنی میننگ کے اعتبار سے، الفاظ کے اعتبار سے نہیں۔</w:t>
      </w:r>
    </w:p>
    <w:p>
      <w:r>
        <w:rPr>
          <w:b/>
        </w:rPr>
        <w:t xml:space="preserve">[16:23] </w:t>
      </w:r>
      <w:r>
        <w:t>jis ko kehte hain, yani muhaddiseen ke haan ek lafz hota hai marifat-e-hadith. Agar aap mein se jo log hadith ko padha hoga to muhaddiseen ek lafz bolte hain, ek term marifat-e-hadith, yani hadith ki pehchan.</w:t>
      </w:r>
    </w:p>
    <w:p>
      <w:pPr>
        <w:jc w:val="right"/>
      </w:pPr>
      <w:r>
        <w:t>جس کو کہتے ہیں، یعنی محدثین کے ہاں ایک لفظ ہوتا ہے معرفت حدیث۔ اگر آپ میں سے جو لوگ حدیث کو پڑھا ہوگا تو محدثین ایک لفظ بولتے ہیں، ایک ٹرم معرفت حدیث، یعنی حدیث کی پہچان۔</w:t>
      </w:r>
    </w:p>
    <w:p>
      <w:r>
        <w:rPr>
          <w:b/>
        </w:rPr>
        <w:t xml:space="preserve">[16:43] </w:t>
      </w:r>
      <w:r>
        <w:t>hadith ki pehchan to isi tarah se marifat-e-Quran bhi hai. Quran ki pehchan jo aadmi apne aap ko Quran mein itna zyada dedicate kare ke us ko Quran ki pehchan ho jaye,</w:t>
      </w:r>
    </w:p>
    <w:p>
      <w:pPr>
        <w:jc w:val="right"/>
      </w:pPr>
      <w:r>
        <w:t>حدیث کی پہچان تو اسی طرح سے معرفت قرآن بھی ہے۔ قرآن کی پہچان جو آدمی اپنے آپ کو قرآن میں اتنا زیادہ ڈیڈیکیٹ کرے کہ اس کو قرآن کی پہچان ہو جائے،</w:t>
      </w:r>
    </w:p>
    <w:p>
      <w:r>
        <w:rPr>
          <w:b/>
        </w:rPr>
        <w:t xml:space="preserve">[16:58] </w:t>
      </w:r>
      <w:r>
        <w:t>to woh sahih translation kar sakta hai. is ki translation mein clarity hogi, nahi to nahi hogi. quran ki pehchan to hui nahi aap ko.</w:t>
      </w:r>
    </w:p>
    <w:p>
      <w:pPr>
        <w:jc w:val="right"/>
      </w:pPr>
      <w:r>
        <w:t>تو وہ صحیح ٹرانسلیشن کر سکتا ہے۔ اس کی ٹرانسلیشن میں کلیرٹی ہوگی، نہیں تو نہیں ہوگی۔ قرآن کی پہچان تو ہوئی نہیں آپ کو۔</w:t>
      </w:r>
    </w:p>
    <w:p>
      <w:r>
        <w:rPr>
          <w:b/>
        </w:rPr>
        <w:t xml:space="preserve">[17:12] </w:t>
      </w:r>
      <w:r>
        <w:t>to kya karenge aap? main ek dilchasp example deta hoon aap ko. ek angrez the,</w:t>
      </w:r>
    </w:p>
    <w:p>
      <w:pPr>
        <w:jc w:val="right"/>
      </w:pPr>
      <w:r>
        <w:t>تو کیا کریں گے آپ؟ میں ایک دلچسپ ایگزامپل دیتا ہوں آپ کو۔ ایک انگریز تھے،</w:t>
      </w:r>
    </w:p>
    <w:p>
      <w:r>
        <w:rPr>
          <w:b/>
        </w:rPr>
        <w:t xml:space="preserve">[17:22] </w:t>
      </w:r>
      <w:r>
        <w:t>jan butt, unhon ne islam qabool kiya to hamare paas aate the. pehle ab woh wapas chale gaye london to hamari ek cheez ka tarjuma kiya tha unhon ne.</w:t>
      </w:r>
    </w:p>
    <w:p>
      <w:pPr>
        <w:jc w:val="right"/>
      </w:pPr>
      <w:r>
        <w:t>جان بٹ، انہوں نے اسلام قبول کیا تو ہمارے پاس آتے تھے۔ پہلے اب وہ واپس چلے گئے لندن تو ہماری ایک چیز کا ترجمہ کیا تھا انہوں نے۔</w:t>
      </w:r>
    </w:p>
    <w:p>
      <w:r>
        <w:rPr>
          <w:b/>
        </w:rPr>
        <w:t xml:space="preserve">[17:35] </w:t>
      </w:r>
      <w:r>
        <w:t>to is mein tha ke hazrat abu ka jab</w:t>
      </w:r>
    </w:p>
    <w:p>
      <w:pPr>
        <w:jc w:val="right"/>
      </w:pPr>
      <w:r>
        <w:t>تو اس میں تھا کہ حضرت ابو کا جب</w:t>
      </w:r>
    </w:p>
    <w:p>
      <w:r>
        <w:rPr>
          <w:b/>
        </w:rPr>
        <w:t xml:space="preserve">[17:40] </w:t>
      </w:r>
      <w:r>
        <w:t>woh hazrat abu ka jab khaleefa hue to usama ka lashkar jo tha, woh unhon ne rawana kiya moti ki taraf.</w:t>
      </w:r>
    </w:p>
    <w:p>
      <w:pPr>
        <w:jc w:val="right"/>
      </w:pPr>
      <w:r>
        <w:t>وہ حضرت ابو کا جب خلیفہ ہوئے تو اسامہ کا لشکر جو تھا، وہ انہوں نے روانہ کیا موتی کی طرف۔</w:t>
      </w:r>
    </w:p>
    <w:p>
      <w:r>
        <w:rPr>
          <w:b/>
        </w:rPr>
        <w:t xml:space="preserve">[17:52] </w:t>
      </w:r>
      <w:r>
        <w:t>to jab usama ghore pe charh ke ja rahe the to hazrat umar, woh hazrat abubakar un ke sath sath chal rahe the baatein karte hue.</w:t>
      </w:r>
    </w:p>
    <w:p>
      <w:pPr>
        <w:jc w:val="right"/>
      </w:pPr>
      <w:r>
        <w:t>تو جب اسامہ گھوڑے پہ چڑھ کے جا رہے تھے تو حضرت عمر، وہ حضرت ابوبکر ان کے ساتھ ساتھ چل رہے تھے باتیں کرتے ہوئے۔</w:t>
      </w:r>
    </w:p>
    <w:p>
      <w:r>
        <w:rPr>
          <w:b/>
        </w:rPr>
        <w:t xml:space="preserve">[18:00] </w:t>
      </w:r>
      <w:r>
        <w:t>to is tarjuma unhon ne kaha ke cheating, cheating karte hue, yani un ke sath chal rahe the, woh cheating karte hue. ab zahir hai ke khaleefa ke liye cheating karna to nahi bola jayega, lekin un ko pehchan nahi thi is ki.</w:t>
      </w:r>
    </w:p>
    <w:p>
      <w:pPr>
        <w:jc w:val="right"/>
      </w:pPr>
      <w:r>
        <w:t>تو اس ترجمہ انہوں نے کہا کہ چیٹنگ، چیٹنگ کرتے ہوئے، یعنی ان کے ساتھ چل رہے تھے، وہ چیٹنگ کرتے ہوئے۔ اب ظاہر ہے کہ خلیفہ کے لیے چیٹنگ کرنا تو نہیں بولا جائے گا، لیکن ان کو پہچان نہیں تھی اس کی۔</w:t>
      </w:r>
    </w:p>
    <w:p>
      <w:r>
        <w:rPr>
          <w:b/>
        </w:rPr>
        <w:t xml:space="preserve">[18:16] </w:t>
      </w:r>
      <w:r>
        <w:t>is ki pehchan nahi thi kisi bhi cheez ki. yaad rakhiye, science ho, philosophy ho ya quran ho,</w:t>
      </w:r>
    </w:p>
    <w:p>
      <w:pPr>
        <w:jc w:val="right"/>
      </w:pPr>
      <w:r>
        <w:t>اس کی پہچان نہیں تھی کسی بھی چیز کی۔ یاد رکھیے، سائنس ہو، فلاسفی ہو یا قرآن ہو،</w:t>
      </w:r>
    </w:p>
    <w:p>
      <w:r>
        <w:rPr>
          <w:b/>
        </w:rPr>
        <w:t xml:space="preserve">[18:23] </w:t>
      </w:r>
      <w:r>
        <w:t>kisi bhi cheez ko ek cheez hoti hai pehchan. jaise johari hote hain, jo diamond merchant hote hain, un ko diamond ki pehchan ho jati hai.</w:t>
      </w:r>
    </w:p>
    <w:p>
      <w:pPr>
        <w:jc w:val="right"/>
      </w:pPr>
      <w:r>
        <w:t>کسی بھی چیز کو ایک چیز ہوتی ہے پہچان۔ جیسے جوہری ہوتے ہیں، جو ڈائمنڈ مرچنٹ ہوتے ہیں، ان کو ڈائمنڈ کی پہچان ہو جاتی ہے۔</w:t>
      </w:r>
    </w:p>
    <w:p>
      <w:r>
        <w:rPr>
          <w:b/>
        </w:rPr>
        <w:t xml:space="preserve">[18:33] </w:t>
      </w:r>
      <w:r>
        <w:t>aap aaj kal ke zamane mein aise diamond bane hain, bilkul ho bahu usi ki tarah ke hote hain, natural diamond ki tarah, lekin woh pehchan lete hain us ko.</w:t>
      </w:r>
    </w:p>
    <w:p>
      <w:pPr>
        <w:jc w:val="right"/>
      </w:pPr>
      <w:r>
        <w:t>آپ آج کل کے زمانے میں ایسے ڈائمنڈ بنے ہیں، بالکل ہو بہو اسی کی طرح کے ہوتے ہیں، نیچرل ڈائمنڈ کی طرح، لیکن وہ پہچان لیتے ہیں اس کو۔</w:t>
      </w:r>
    </w:p>
    <w:p>
      <w:r>
        <w:rPr>
          <w:b/>
        </w:rPr>
        <w:t xml:space="preserve">[18:41] </w:t>
      </w:r>
      <w:r>
        <w:t>hum apni pehchan payenge. to quran ki pehchan, marifat quran</w:t>
      </w:r>
    </w:p>
    <w:p>
      <w:pPr>
        <w:jc w:val="right"/>
      </w:pPr>
      <w:r>
        <w:t>ہم اپنی پہچان پائیں گے۔ تو قرآن کی پہچان، معرفت قرآن</w:t>
      </w:r>
    </w:p>
    <w:p>
      <w:r>
        <w:rPr>
          <w:b/>
        </w:rPr>
        <w:t xml:space="preserve">[18:50] </w:t>
      </w:r>
      <w:r>
        <w:t>ke liye zaroori hai ke aadmi apne aap ko sirf halak kar dale, yani soul concern bana le woh quran ko.</w:t>
      </w:r>
    </w:p>
    <w:p>
      <w:pPr>
        <w:jc w:val="right"/>
      </w:pPr>
      <w:r>
        <w:t>کے لیے ضروری ہے کہ آدمی اپنے آپ کو صرف ہلاک کر ڈالے، یعنی سول کنسرن بنا لے وہ قرآن کو۔</w:t>
      </w:r>
    </w:p>
    <w:p>
      <w:r>
        <w:rPr>
          <w:b/>
        </w:rPr>
        <w:t xml:space="preserve">[18:59] </w:t>
      </w:r>
      <w:r>
        <w:t>soul concern bana le woh quran ko. main ne is tarah se quran ko parha hai ke shibli manzil jo hamare adham garh mein hai, darul musannifeen, wahan bohat acha collection hai arabic books ka.</w:t>
      </w:r>
    </w:p>
    <w:p>
      <w:pPr>
        <w:jc w:val="right"/>
      </w:pPr>
      <w:r>
        <w:t>سول کنسرن بنا لے وہ قرآن کو۔ میں نے اس طرح سے قرآن کو پڑھا ہے کہ شبلی منزل جو ہمارے آدم گڑھ میں ہے، دارالمصنفین، وہاں بہت اچھا کلیکشن ہے عربک بکس کا۔</w:t>
      </w:r>
    </w:p>
    <w:p>
      <w:r>
        <w:rPr>
          <w:b/>
        </w:rPr>
        <w:t xml:space="preserve">[19:13] </w:t>
      </w:r>
      <w:r>
        <w:t>sari sab se pehle main ne wahan par tafseeron ko parha, quran ki tafseerein.</w:t>
      </w:r>
    </w:p>
    <w:p>
      <w:pPr>
        <w:jc w:val="right"/>
      </w:pPr>
      <w:r>
        <w:t>ساری سب سے پہلے میں نے وہاں پر تفسیروں کو پڑھا، قرآن کی تفسیریں۔</w:t>
      </w:r>
    </w:p>
    <w:p>
      <w:r>
        <w:rPr>
          <w:b/>
        </w:rPr>
        <w:t xml:space="preserve">[19:18] </w:t>
      </w:r>
      <w:r>
        <w:t>is waqt maula abdul baqi sahib is ke library hua karte the, ab un ka intaqal ho gaya, woh wahan hote the. to main jata tha wahan subah ko, jab jab is ka door khulta tha,</w:t>
      </w:r>
    </w:p>
    <w:p>
      <w:pPr>
        <w:jc w:val="right"/>
      </w:pPr>
      <w:r>
        <w:t>اس وقت مولا عبدالباقی صاحب اس کے لائبریری ہوا کرتے تھے، اب ان کا انتقال ہو گیا، وہ وہاں ہوتے تھے۔ تو میں جاتا تھا وہاں صبح کو، جب جب اس کا ڈور کھلتا تھا،</w:t>
      </w:r>
    </w:p>
    <w:p>
      <w:r>
        <w:rPr>
          <w:b/>
        </w:rPr>
        <w:t xml:space="preserve">[19:33] </w:t>
      </w:r>
      <w:r>
        <w:t>jab tala laga kar ke, to main pehla hota tha, acha jo enter hota tha is ke andar se. aur sham ko jab band hota tha to main pehla shakhs hota tha jo nikalta tha is se.</w:t>
      </w:r>
    </w:p>
    <w:p>
      <w:pPr>
        <w:jc w:val="right"/>
      </w:pPr>
      <w:r>
        <w:t>جب تالا لگا کر کے، تو میں پہلا ہوتا تھا، اچھا جو انٹر ہوتا تھا اس کے اندر سے۔ اور شام کو جب بند ہوتا تھا تو میں پہلا شخص ہوتا تھا جو نکلتا تھا اس سے۔</w:t>
      </w:r>
    </w:p>
    <w:p>
      <w:r>
        <w:rPr>
          <w:b/>
        </w:rPr>
        <w:t xml:space="preserve">[19:45] </w:t>
      </w:r>
      <w:r>
        <w:t>beech mein woh log jate the, woh is ke liye lunch ke liye band kar ke, to main andar hi parha rehta tha is ko. aur kya karta tha? main quran ki tafaseer, quran ki tafaseer, sari arabic tafaseer wahan par theen.</w:t>
      </w:r>
    </w:p>
    <w:p>
      <w:pPr>
        <w:jc w:val="right"/>
      </w:pPr>
      <w:r>
        <w:t>بیچ میں وہ لوگ جاتے تھے، وہ اس کے لیے لنچ کے لیے بند کر کے، تو میں اندر ہی پڑھا رہتا تھا اس کو۔ اور کیا کرتا تھا؟ میں قرآن کی تفسیریں، قرآن کی تفسیریں، ساری عربک تفسیریں وہاں پر تھیں۔</w:t>
      </w:r>
    </w:p>
    <w:p>
      <w:r>
        <w:rPr>
          <w:b/>
        </w:rPr>
        <w:t xml:space="preserve">[19:58] </w:t>
      </w:r>
      <w:r>
        <w:t>arabic tafaseer jo hain, us ko parhta rehta tha woh. aur jante hain kya hota tha?</w:t>
      </w:r>
    </w:p>
    <w:p>
      <w:pPr>
        <w:jc w:val="right"/>
      </w:pPr>
      <w:r>
        <w:t>عربک تفسیریں جو ہیں، اس کو پڑھتا رہتا تھا وہ۔ اور جانتے ہیں کیا ہوتا تھا؟</w:t>
      </w:r>
    </w:p>
    <w:p>
      <w:r>
        <w:rPr>
          <w:b/>
        </w:rPr>
        <w:t xml:space="preserve">[20:04] </w:t>
      </w:r>
      <w:r>
        <w:t>aisa hua ke main din ka khana nahi khata tha, subah woh khana kha ke chala gaya, jo kuch bhi, phir sham ko lot ta tha, bilkul sham ko maghrib ke waqt.</w:t>
      </w:r>
    </w:p>
    <w:p>
      <w:pPr>
        <w:jc w:val="right"/>
      </w:pPr>
      <w:r>
        <w:t>ایسا ہوا کہ میں دن کا کھانا نہیں کھاتا تھا، صبح وہ کھانا کھا کے چلا گیا، جو کچھ بھی، پھر شام کو لوٹتا تھا، بالکل شام کو مغرب کے وقت۔</w:t>
      </w:r>
    </w:p>
    <w:p>
      <w:r>
        <w:rPr>
          <w:b/>
        </w:rPr>
        <w:t xml:space="preserve">[20:15] </w:t>
      </w:r>
      <w:r>
        <w:t>to wahan par mujhe woh is ka ek tajurba hua jis ko kehte hain andhera chha gaya ke main ne is ek shelf hai, is se main ne ek tafseer nikali.</w:t>
      </w:r>
    </w:p>
    <w:p>
      <w:pPr>
        <w:jc w:val="right"/>
      </w:pPr>
      <w:r>
        <w:t>تو وہاں پر مجھے وہ اس کا ایک تجربہ ہوا جس کو کہتے ہیں اندھیرا چھا گیا کہ میں نے اس ایک شیلف ہے، اس سے میں نے ایک تفسیر نکالی۔</w:t>
      </w:r>
    </w:p>
    <w:p>
      <w:r>
        <w:rPr>
          <w:b/>
        </w:rPr>
        <w:t xml:space="preserve">[20:24] </w:t>
      </w:r>
      <w:r>
        <w:t>yahan baith ke parh raha hoon</w:t>
      </w:r>
    </w:p>
    <w:p>
      <w:pPr>
        <w:jc w:val="right"/>
      </w:pPr>
      <w:r>
        <w:t>یہاں بیٹھ کے پڑھ رہا ہوں</w:t>
      </w:r>
    </w:p>
    <w:p>
      <w:r>
        <w:rPr>
          <w:b/>
        </w:rPr>
        <w:t xml:space="preserve">[20:26] </w:t>
      </w:r>
      <w:r>
        <w:t>to jab uthta hoon us ko rakhne ke liye, andhera chha jata hai, mujhe nazar nahi ata ke shelf kidhar hai, idhar hai ke idhar hai, kyun bhook ki wajah se. to beharhal main keh sakta hoon apne aap ko ke main ne apne aap ko isi waqt fana kar diya,</w:t>
      </w:r>
    </w:p>
    <w:p>
      <w:pPr>
        <w:jc w:val="right"/>
      </w:pPr>
      <w:r>
        <w:t>تو جب اٹھتا ہوں اس کو رکھنے کے لیے، اندھیرا چھا جاتا ہے، مجھے نظر نہیں آتا کہ شیلف کدھر ہے، ادھر ہے کہ ادھر ہے، کیوں بھوک کی وجہ سے۔ تو بہرحال میں کہہ سکتا ہوں اپنے آپ کو کہ میں نے اپنے آپ کو اسی وقت فنا کر دیا،</w:t>
      </w:r>
    </w:p>
    <w:p>
      <w:r>
        <w:rPr>
          <w:b/>
        </w:rPr>
        <w:t xml:space="preserve">[20:43] </w:t>
      </w:r>
      <w:r>
        <w:t>tab ja kar mujhe marifat quran hasil hui, quran ki pehchan. ab aap ko yeh baat subjective lagegi to ab lag sakti hai, lekin apna jo experience hai woh main ne bayan kar diya.</w:t>
      </w:r>
    </w:p>
    <w:p>
      <w:pPr>
        <w:jc w:val="right"/>
      </w:pPr>
      <w:r>
        <w:t>تب جا کر مجھے معرفت قرآن حاصل ہوئی، قرآن کی پہچان۔ اب آپ کو یہ بات سبجیکٹو لگے گی تو اب لگ سکتی ہے، لیکن اپنا جو ایکسپیرینس ہے وہ میں نے بیان کر دیا۔</w:t>
      </w:r>
    </w:p>
    <w:p>
      <w:r>
        <w:rPr>
          <w:b/>
        </w:rPr>
        <w:t xml:space="preserve">[20:55] </w:t>
      </w:r>
      <w:r>
        <w:t>das question is from miss raziya. why is there a fatwa against traveling to masjid al aqsa?</w:t>
      </w:r>
    </w:p>
    <w:p>
      <w:pPr>
        <w:jc w:val="right"/>
      </w:pPr>
      <w:r>
        <w:t>دس کوئسچن از فرام مس راضیہ۔ وائی از دیر ا فتوی اگینسٹ ٹریولنگ ٹو مسجد الاقصی؟</w:t>
      </w:r>
    </w:p>
    <w:p>
      <w:r>
        <w:rPr>
          <w:b/>
        </w:rPr>
        <w:t xml:space="preserve">[21:07] </w:t>
      </w:r>
      <w:r>
        <w:t>yeh to ek banawati fatwa tha, unhon ne samajh rakha hai ke wahan par musalmanon ka rule hona chahiye, koi basis is ki nahi hai, khud hi bana rakha hai.</w:t>
      </w:r>
    </w:p>
    <w:p>
      <w:pPr>
        <w:jc w:val="right"/>
      </w:pPr>
      <w:r>
        <w:t>یہ تو ایک بناوٹی فتوی تھا، انہوں نے سمجھ رکھا ہے کہ وہاں پر مسلمانوں کا رول ہونا چاہیے، کوئی بیس اس کی نہیں ہے، خود ہی بنا رکھا ہے۔</w:t>
      </w:r>
    </w:p>
    <w:p>
      <w:r>
        <w:rPr>
          <w:b/>
        </w:rPr>
        <w:t xml:space="preserve">[21:19] </w:t>
      </w:r>
      <w:r>
        <w:t>ab agar wahan musalman ke siwa koi aur role karne lage to woh un ke nazdeek</w:t>
      </w:r>
    </w:p>
    <w:p>
      <w:pPr>
        <w:jc w:val="right"/>
      </w:pPr>
      <w:r>
        <w:t>اب اگر وہاں مسلمان کے سوا کوئی اور رول کرنے لگے تو وہ ان کے نزدیک</w:t>
      </w:r>
    </w:p>
    <w:p>
      <w:r>
        <w:rPr>
          <w:b/>
        </w:rPr>
        <w:t xml:space="preserve">[21:24] </w:t>
      </w:r>
      <w:r>
        <w:t>jayaz nahin hai, yani legal role wahan par musalmanon ka hona chahiye. doosra koi hai to illegal role kar raha hai woh. to chounke illegal role hai, is liye wahan jana hamare liye jayaz nahin.</w:t>
      </w:r>
    </w:p>
    <w:p>
      <w:pPr>
        <w:jc w:val="right"/>
      </w:pPr>
      <w:r>
        <w:t>جائز نہیں ہے، یعنی لیگل رول وہاں پر مسلمانوں کا ہونا چاہیے۔ دوسرا کوئی ہے تو اللیگل رول کر رہا ہے وہ۔ تو چونکہ اللیگل رول ہے، اس لیے وہاں جانا ہمارے لیے جائز نہیں۔</w:t>
      </w:r>
    </w:p>
    <w:p>
      <w:r>
        <w:rPr>
          <w:b/>
        </w:rPr>
        <w:t xml:space="preserve">[21:35] </w:t>
      </w:r>
      <w:r>
        <w:t>yeh sab banawati baatein hain, na quran mein, na hadith mein, kuch bhi nahin.</w:t>
      </w:r>
    </w:p>
    <w:p>
      <w:pPr>
        <w:jc w:val="right"/>
      </w:pPr>
      <w:r>
        <w:t>یہ سب بناوٹی باتیں ہیں، نہ قرآن میں، نہ حدیث میں، کچھ بھی نہیں۔</w:t>
      </w:r>
    </w:p>
    <w:p>
      <w:r>
        <w:rPr>
          <w:b/>
        </w:rPr>
        <w:t xml:space="preserve">[21:41] </w:t>
      </w:r>
      <w:r>
        <w:t>yeh sab bilkul banawati baatein hain. to is ko kehte hain banaye fasid ala al-fasid. ek banawati baat banayi, is ke baad ek banawati fatwa bhi de diya.</w:t>
      </w:r>
    </w:p>
    <w:p>
      <w:pPr>
        <w:jc w:val="right"/>
      </w:pPr>
      <w:r>
        <w:t>یہ سب بالکل بناوٹی باتیں ہیں۔ تو اس کو کہتے ہیں بنائے فاسد علی الفاسد۔ ایک بناوٹی بات بنائی، اس کے بعد ایک بناوٹی فتوی بھی دے دیا۔</w:t>
      </w:r>
    </w:p>
    <w:p>
      <w:r>
        <w:rPr>
          <w:b/>
        </w:rPr>
        <w:t xml:space="preserve">[21:51] </w:t>
      </w:r>
      <w:r>
        <w:t>sab bilkul baseless baatein hain, yeh koi is ki logic nahin hai, koi is ki reason nahin hai.</w:t>
      </w:r>
    </w:p>
    <w:p>
      <w:pPr>
        <w:jc w:val="right"/>
      </w:pPr>
      <w:r>
        <w:t>سب بالکل بیس لیس باتیں ہیں، یہ کوئی اس کی لاجک نہیں ہے، کوئی اس کی ریزن نہیں ہے۔</w:t>
      </w:r>
    </w:p>
    <w:p>
      <w:r>
        <w:rPr>
          <w:b/>
        </w:rPr>
        <w:t xml:space="preserve">[21:57] </w:t>
      </w:r>
      <w:r>
        <w:t>quran o hadith mein is ke support mein koi reference nahin hai. to yeh ek baat thori hai. ab suicide bomb se unhon ne kaha sare arab ke ulma suicide bomb ko jayaz batate hain.</w:t>
      </w:r>
    </w:p>
    <w:p>
      <w:pPr>
        <w:jc w:val="right"/>
      </w:pPr>
      <w:r>
        <w:t>قرآن و حدیث میں اس کے سپورٹ میں کوئی ریفرنس نہیں ہے۔ تو یہ ایک بات تھوڑی ہے۔ اب سوسائیڈ بامبی سے انہوں نے کہا سارے عرب کے علماء سوسائیڈ بامبی کو جائز بتاتے ہیں۔</w:t>
      </w:r>
    </w:p>
    <w:p>
      <w:r>
        <w:rPr>
          <w:b/>
        </w:rPr>
        <w:t xml:space="preserve">[22:11] </w:t>
      </w:r>
      <w:r>
        <w:t>yeh yeh fatwa hai koi jis ka naam fatwa hai?</w:t>
      </w:r>
    </w:p>
    <w:p>
      <w:pPr>
        <w:jc w:val="right"/>
      </w:pPr>
      <w:r>
        <w:t>یہ یہ فتوی ہے کوئی جس کا نام فتوی ہے؟</w:t>
      </w:r>
    </w:p>
    <w:p>
      <w:r>
        <w:rPr>
          <w:b/>
        </w:rPr>
        <w:t xml:space="preserve">[22:16] </w:t>
      </w:r>
      <w:r>
        <w:t>aur kya kehte hain? yeh is ko kehte hain istishhad, talab shahadat. yeh sab, yeh sab bilkul baseless fatwe hain, bilkul baseless fatwe, lekin sankron hazaron log mante hain is ko.</w:t>
      </w:r>
    </w:p>
    <w:p>
      <w:pPr>
        <w:jc w:val="right"/>
      </w:pPr>
      <w:r>
        <w:t>اور کیا کہتے ہیں؟ یہ اس کو کہتے ہیں استصحاد، طلب شہادت۔ یہ سب، یہ سب بالکل بیس لیس فتوے ہیں، بالکل بیس لیس فتوے، لیکن سینکڑوں ہزاروں لوگ مانتے ہیں اس کو۔</w:t>
      </w:r>
    </w:p>
    <w:p>
      <w:r>
        <w:rPr>
          <w:b/>
        </w:rPr>
        <w:t xml:space="preserve">[22:30] </w:t>
      </w:r>
      <w:r>
        <w:t>to ek hi baat thori hai, ek hi baat nahin hai. aisi</w:t>
      </w:r>
    </w:p>
    <w:p>
      <w:pPr>
        <w:jc w:val="right"/>
      </w:pPr>
      <w:r>
        <w:t>تو ایک ہی بات تھوڑی ہے، ایک ہی بات نہیں ہے۔ ایسی</w:t>
      </w:r>
    </w:p>
    <w:p>
      <w:r>
        <w:rPr>
          <w:b/>
        </w:rPr>
        <w:t xml:space="preserve">[22:35] </w:t>
      </w:r>
      <w:r>
        <w:t>ghalat baatein ek do nahin hain, bana rakha hai logon ne. aise hi yeh banawati fatwa hai ke wahan par jana jayaz nahin hai. bilkul jayaz hai, bilkul jayaz hai, bilkul jayaz hai.</w:t>
      </w:r>
    </w:p>
    <w:p>
      <w:pPr>
        <w:jc w:val="right"/>
      </w:pPr>
      <w:r>
        <w:t>غلط باتیں ایک دو نہیں ہیں، بنا رکھا ہے لوگوں نے۔ ایسے ہی یہ بناوٹی فتوی ہے کہ وہاں پر جانا جائز نہیں ہے۔ بالکل جائز ہے، بالکل جائز ہے، بالکل جائز ہے۔</w:t>
      </w:r>
    </w:p>
    <w:p>
      <w:r>
        <w:rPr>
          <w:b/>
        </w:rPr>
        <w:t xml:space="preserve">[22:46] </w:t>
      </w:r>
      <w:r>
        <w:t>is mein kisi qism ka koi islam ke khilaf koi baat nahin.</w:t>
      </w:r>
    </w:p>
    <w:p>
      <w:pPr>
        <w:jc w:val="right"/>
      </w:pPr>
      <w:r>
        <w:t>اس میں کسی قسم کا کوئی اسلام کے خلاف کوئی بات نہیں۔</w:t>
      </w:r>
    </w:p>
    <w:p>
      <w:r>
        <w:rPr>
          <w:b/>
        </w:rPr>
        <w:t xml:space="preserve">[22:53] </w:t>
      </w:r>
      <w:r>
        <w:t>das question is from doctor farida khanoom. as per quran, the sole point of her love and emotions should be god.</w:t>
      </w:r>
    </w:p>
    <w:p>
      <w:pPr>
        <w:jc w:val="right"/>
      </w:pPr>
      <w:r>
        <w:t>دس کوئسچن از فرام ڈاکٹر فریدہ خانم۔ ایز پر قرآن، دا سول پوائنٹ اف ہر لو اینڈ ایموشنز شوڈ بی گاڈ۔</w:t>
      </w:r>
    </w:p>
    <w:p>
      <w:r>
        <w:rPr>
          <w:b/>
        </w:rPr>
        <w:t xml:space="preserve">[23:04] </w:t>
      </w:r>
      <w:r>
        <w:t>then why do we see this love being showered upon family and children? and what is our responsibility towards them?</w:t>
      </w:r>
    </w:p>
    <w:p>
      <w:pPr>
        <w:jc w:val="right"/>
      </w:pPr>
      <w:r>
        <w:t>دین وائی ڈو وی سی دس لو بینگ شاورڈ اپون فیملی اینڈ چلڈرن؟ اینڈ واٹ از ار رسپانسبیلٹی ٹورڈز دیم؟</w:t>
      </w:r>
    </w:p>
    <w:p>
      <w:r>
        <w:rPr>
          <w:b/>
        </w:rPr>
        <w:t xml:space="preserve">[23:14] </w:t>
      </w:r>
      <w:r>
        <w:t>haan, dekhiye yeh bohat important question hai, bohat zyada important question hai.</w:t>
      </w:r>
    </w:p>
    <w:p>
      <w:pPr>
        <w:jc w:val="right"/>
      </w:pPr>
      <w:r>
        <w:t>ہاں، دیکھیں یہ بہت امپورٹنٹ کوئسچن ہے، بہت زیادہ امپورٹنٹ کوئسچن ہے۔</w:t>
      </w:r>
    </w:p>
    <w:p>
      <w:r>
        <w:rPr>
          <w:b/>
        </w:rPr>
        <w:t xml:space="preserve">[23:23] </w:t>
      </w:r>
      <w:r>
        <w:t>kal habib bhai ka telephone aaya tha hyderabad se, to yeh baat maine un se kahi. maine kaha ke dekhiye, ek hai khuda, ek hai aap ki aulad, aap ke bachhe.</w:t>
      </w:r>
    </w:p>
    <w:p>
      <w:pPr>
        <w:jc w:val="right"/>
      </w:pPr>
      <w:r>
        <w:t>کل حبیب بھائی کا ٹیلی فون آیا تھا حیدرآباد سے، تو یہ بات میں نے ان سے کہی۔ میں نے کہا کہ دیکھیے، ایک ہے خدا، ایک ہے آپ کی اولاد، آپ کے بچے۔</w:t>
      </w:r>
    </w:p>
    <w:p>
      <w:r>
        <w:rPr>
          <w:b/>
        </w:rPr>
        <w:t xml:space="preserve">[23:37] </w:t>
      </w:r>
      <w:r>
        <w:t>aap ke dil mein allah taala ne mohabbat ke jazbat rakhe hain, mohabbat, pyar, love.</w:t>
      </w:r>
    </w:p>
    <w:p>
      <w:pPr>
        <w:jc w:val="right"/>
      </w:pPr>
      <w:r>
        <w:t>آپ کے دل میں اللہ تعالی نے محبت کے جذبات رکھے ہیں، محبت، پیار، لو۔</w:t>
      </w:r>
    </w:p>
    <w:p>
      <w:r>
        <w:rPr>
          <w:b/>
        </w:rPr>
        <w:t xml:space="preserve">[23:43] </w:t>
      </w:r>
      <w:r>
        <w:t>woh sirf khuda ke liye yaad rakhiye, wallazina amanu ashaddu hubban lillah.</w:t>
      </w:r>
    </w:p>
    <w:p>
      <w:pPr>
        <w:jc w:val="right"/>
      </w:pPr>
      <w:r>
        <w:t>وہ صرف خدا کے لیے یاد رکھیے، والذین آمنوا أشد حبا لله۔</w:t>
      </w:r>
    </w:p>
    <w:p>
      <w:r>
        <w:rPr>
          <w:b/>
        </w:rPr>
        <w:t xml:space="preserve">[23:52] </w:t>
      </w:r>
      <w:r>
        <w:t>bachhe aap ki mohabbat ka markaz nahin ban sakte. bachhon ke liye khuda ne mohabbat nahin rakhi hai. aulad aap ke liye responsibility hai.</w:t>
      </w:r>
    </w:p>
    <w:p>
      <w:pPr>
        <w:jc w:val="right"/>
      </w:pPr>
      <w:r>
        <w:t>بچے آپ کی محبت کا مرکز نہیں بن سکتے۔ بچوں کے لیے خدا نے محبت نہیں رکھی ہے۔ اولاد آپ کے لیے رسپانسبیلٹی ہے۔</w:t>
      </w:r>
    </w:p>
    <w:p>
      <w:r>
        <w:rPr>
          <w:b/>
        </w:rPr>
        <w:t xml:space="preserve">[24:01] </w:t>
      </w:r>
      <w:r>
        <w:t>yaad rakhiye, is ko achhi tarah samajh lijiye. aulad aap ki responsibility hai. aulad se agar mohabbat karte hain to aap khuda ke sath, khuda ki cheez aulad ko de rahe hain.</w:t>
      </w:r>
    </w:p>
    <w:p>
      <w:pPr>
        <w:jc w:val="right"/>
      </w:pPr>
      <w:r>
        <w:t>یاد رکھیے، اس کو اچھی طرح سمجھ لیجئے۔ اولاد آپ کی رسپانسبیلٹی ہے۔ اولاد سے اگر محبت کرتے ہیں تو آپ خدا کے ساتھ، خدا کی چیز اولاد کو دے رہے ہیں۔</w:t>
      </w:r>
    </w:p>
    <w:p>
      <w:r>
        <w:rPr>
          <w:b/>
        </w:rPr>
        <w:t xml:space="preserve">[24:14] </w:t>
      </w:r>
      <w:r>
        <w:t>mohabbat ka jo jazbat aap ke andar rakha gaya, is ka sole haq sirf khuda ko hai, wallazina amanu ashadd hubban lillah. aulad se mohabbat karte hain to aap ek shirk karte hain, aap shirk, yani khuda ka haq aulad ko de rahe hain.</w:t>
      </w:r>
    </w:p>
    <w:p>
      <w:pPr>
        <w:jc w:val="right"/>
      </w:pPr>
      <w:r>
        <w:t>محبت کا جو جذبات آپ کے اندر رکھا گیا، اس کا سول حق صرف خدا کو ہے، والذین آمنوا أشد حبا لله۔ اولاد سے محبت کرتے ہیں تو آپ ایک شرک کرتے ہیں، آپ شرک، یعنی خدا کا حق اولاد کو دے رہے ہیں۔</w:t>
      </w:r>
    </w:p>
    <w:p>
      <w:r>
        <w:rPr>
          <w:b/>
        </w:rPr>
        <w:t xml:space="preserve">[24:31] </w:t>
      </w:r>
      <w:r>
        <w:t>is mein zara bhi shakk mat kijiye.</w:t>
      </w:r>
    </w:p>
    <w:p>
      <w:pPr>
        <w:jc w:val="right"/>
      </w:pPr>
      <w:r>
        <w:t>اس میں ذرا بھی شک مت کیجئے۔</w:t>
      </w:r>
    </w:p>
    <w:p>
      <w:r>
        <w:rPr>
          <w:b/>
        </w:rPr>
        <w:t xml:space="preserve">[24:34] </w:t>
      </w:r>
      <w:r>
        <w:t>kisi ko shakk ho to mere paas aaye, main kitabein dikhaunga is ko. to khulasa is ka yeh hai ke</w:t>
      </w:r>
    </w:p>
    <w:p>
      <w:pPr>
        <w:jc w:val="right"/>
      </w:pPr>
      <w:r>
        <w:t>کسی کو شک ہو تو میرے پاس آئے، میں کتابیں دکھاؤں گا اس کو۔ تو خلاصہ اس کا یہ ہے کہ</w:t>
      </w:r>
    </w:p>
    <w:p>
      <w:r>
        <w:rPr>
          <w:b/>
        </w:rPr>
        <w:t xml:space="preserve">[24:43] </w:t>
      </w:r>
      <w:r>
        <w:t>mohabbat ka haq sirf allah taala ko hai, aur jahan tak aulad ka ta'alluq hai, family ka ta'alluq hai, woh hai hamare liye responsibility, zimmedari.</w:t>
      </w:r>
    </w:p>
    <w:p>
      <w:pPr>
        <w:jc w:val="right"/>
      </w:pPr>
      <w:r>
        <w:t>محبت کا حق صرف اللہ تعالی کو ہے، اور جہاں تک اولاد کا تعلق ہے، فیملی کا تعلق ہے، وہ ہے ہمارے لیے رسپانسبیلٹی، ذمہ داری۔</w:t>
      </w:r>
    </w:p>
    <w:p>
      <w:r>
        <w:rPr>
          <w:b/>
        </w:rPr>
        <w:t xml:space="preserve">[24:56] </w:t>
      </w:r>
      <w:r>
        <w:t>bas is mein phir zara bhi shakk nahin hai. yeh ke family ya aulad hamare liye responsibility hai, markaz mohabbat nahin hai.</w:t>
      </w:r>
    </w:p>
    <w:p>
      <w:pPr>
        <w:jc w:val="right"/>
      </w:pPr>
      <w:r>
        <w:t>بس اس میں پھر ذرا بھی شک نہیں ہے۔ یہ کہ فیملی یا اولاد ہمارے لیے رسپانسبیلٹی ہے، مرکز محبت نہیں ہے۔</w:t>
      </w:r>
    </w:p>
    <w:p>
      <w:r>
        <w:rPr>
          <w:b/>
        </w:rPr>
        <w:t xml:space="preserve">[25:06] </w:t>
      </w:r>
      <w:r>
        <w:t>agar aap in se mohabbat karte hain to khuda ke haan pakde jayenge aap ke meri cheez tum ne doosron ko kaise de di?</w:t>
      </w:r>
    </w:p>
    <w:p>
      <w:pPr>
        <w:jc w:val="right"/>
      </w:pPr>
      <w:r>
        <w:t>اگر آپ ان سے محبت کرتے ہیں تو خدا کے ہاں پکڑے جائیں گے آپ کہ میری چیز تم نے دوسروں کو کیسے دے دی؟</w:t>
      </w:r>
    </w:p>
    <w:p>
      <w:r>
        <w:rPr>
          <w:b/>
        </w:rPr>
        <w:t xml:space="preserve">[25:14] </w:t>
      </w:r>
      <w:r>
        <w:t>meri cheez doosron ko kaise de di tum ne? isi liye hadith mein aata hai ke antald al-ummat rabbatah ke</w:t>
      </w:r>
    </w:p>
    <w:p>
      <w:pPr>
        <w:jc w:val="right"/>
      </w:pPr>
      <w:r>
        <w:t>میری چیز دوسروں کو کیسے دے دی تم نے؟ اسی لیے حدیث میں آتا ہے کہ انتلد الامت ربتہ کہ</w:t>
      </w:r>
    </w:p>
    <w:p>
      <w:r>
        <w:rPr>
          <w:b/>
        </w:rPr>
        <w:t xml:space="preserve">[25:25] </w:t>
      </w:r>
      <w:r>
        <w:t>ek zamana aaye ga jab ke maa apna aaqa jaane gi, yaani apna markaz muhabbat jaane gi. yaani ek zamana aaye ga ke log aulad se muhabbat karne lagen ge, khuda se muhabbat chhod kar ke, yaani shareek kar len ge aulad ko.</w:t>
      </w:r>
    </w:p>
    <w:p>
      <w:pPr>
        <w:jc w:val="right"/>
      </w:pPr>
      <w:r>
        <w:t>ایک زمانہ آئے گا جب کہ ماں اپنا آقا جانے گی، یعنی اپنا مرکز محبت جانے گی۔ یعنی ایک زمانہ آئے گا کہ لوگ اولاد سے محبت کرنے لگیں گے، خدا سے محبت چھوڑ کر کے، یعنی شریک کر لیں گے اولاد کو۔</w:t>
      </w:r>
    </w:p>
    <w:p>
      <w:r>
        <w:rPr>
          <w:b/>
        </w:rPr>
        <w:t xml:space="preserve">[25:42] </w:t>
      </w:r>
      <w:r>
        <w:t>to baharhal is mein mujhe zara bhi shakk nahin hai ke aap ki family, aap ki aulad,</w:t>
      </w:r>
    </w:p>
    <w:p>
      <w:pPr>
        <w:jc w:val="right"/>
      </w:pPr>
      <w:r>
        <w:t>تو بہرحال اس میں مجھے ذرا بھی شک نہیں ہے کہ آپ کی فیملی، آپ کی اولاد،</w:t>
      </w:r>
    </w:p>
    <w:p>
      <w:r>
        <w:rPr>
          <w:b/>
        </w:rPr>
        <w:t xml:space="preserve">[25:47] </w:t>
      </w:r>
      <w:r>
        <w:t>yeh jo hai, aap ki responsibility hai, aap ki zimmedari hai, woh markaz muhabbat nahin hai aap ke liye. agar aap apni muhabbat ke jazbaat ko khuda ke siwa kisi aur ko dete hain to bilashubha aap khuda ke haan pakde jayen ge.</w:t>
      </w:r>
    </w:p>
    <w:p>
      <w:pPr>
        <w:jc w:val="right"/>
      </w:pPr>
      <w:r>
        <w:t>یہ جو ہے، آپ کی رسپانسبیلٹی ہے، آپ کی ذمہ داری ہے، وہ مرکز محبت نہیں ہے آپ کے لیے۔ اگر آپ اپنی محبت کے جذبات کو خدا کے سوا کسی اور کو دیتے ہیں تو بلاشبہ آپ خدا کے ہاں پکڑے جائیں گے۔</w:t>
      </w:r>
    </w:p>
    <w:p>
      <w:r>
        <w:rPr>
          <w:b/>
        </w:rPr>
        <w:t xml:space="preserve">[26:03] </w:t>
      </w:r>
      <w:r>
        <w:t>is mein koi shakk nahin hai. wallazeena aamanoo ashadd hubba lillah</w:t>
      </w:r>
    </w:p>
    <w:p>
      <w:pPr>
        <w:jc w:val="right"/>
      </w:pPr>
      <w:r>
        <w:t>اس میں کوئی شک نہیں ہے۔ والذین آمنوا أشد حبا لله</w:t>
      </w:r>
    </w:p>
    <w:p>
      <w:r>
        <w:rPr>
          <w:b/>
        </w:rPr>
        <w:t xml:space="preserve">[26:08] </w:t>
      </w:r>
      <w:r>
        <w:t>mein quran mein yeh cheez bata di gayi hai.</w:t>
      </w:r>
    </w:p>
    <w:p>
      <w:pPr>
        <w:jc w:val="right"/>
      </w:pPr>
      <w:r>
        <w:t>میں قرآن میں یہ چیز بتا دی گئی ہے۔</w:t>
      </w:r>
    </w:p>
    <w:p>
      <w:r>
        <w:rPr>
          <w:b/>
        </w:rPr>
        <w:t xml:space="preserve">[26:13] </w:t>
      </w:r>
      <w:r>
        <w:t>das question is from Maulana Zikwan. what is the meaning of this saying of the companion?</w:t>
      </w:r>
    </w:p>
    <w:p>
      <w:pPr>
        <w:jc w:val="right"/>
      </w:pPr>
      <w:r>
        <w:t>دس کوئسچن از فرام مولانا زکوان۔ واٹ از دا میننگ اف دس سینگ اف دی کمپینین؟</w:t>
      </w:r>
    </w:p>
    <w:p>
      <w:r>
        <w:rPr>
          <w:b/>
        </w:rPr>
        <w:t xml:space="preserve">[26:22] </w:t>
      </w:r>
      <w:r>
        <w:t>we learned iman before the quran. haan, dekhiye, yeh bohat important question hai. hadith sahaba kehte hain, sahaba ke ta'allam al-iman thumma ta'allam al-quran.</w:t>
      </w:r>
    </w:p>
    <w:p>
      <w:pPr>
        <w:jc w:val="right"/>
      </w:pPr>
      <w:r>
        <w:t>وی لرنڈ ایمان بیفور دا قرآن۔ ہاں، دیکھیے، یہ بہت امپورٹنٹ کوئسچن ہے۔ حدیث صحابہ کہتے ہیں، صحابہ کہ تعلم الایمان ثم تعلم القرآن۔</w:t>
      </w:r>
    </w:p>
    <w:p>
      <w:r>
        <w:rPr>
          <w:b/>
        </w:rPr>
        <w:t xml:space="preserve">[26:39] </w:t>
      </w:r>
      <w:r>
        <w:t>hum ne pehle iman seekha, phir quran seekha. aaj kal kya hai? dunya bhar mein, yahan se le kar amreeka tak, log arabi padhate hain taake quran ko</w:t>
      </w:r>
    </w:p>
    <w:p>
      <w:pPr>
        <w:jc w:val="right"/>
      </w:pPr>
      <w:r>
        <w:t>ہم نے پہلے ایمان سیکھا، پھر قرآن سیکھا۔ آج کل کیا ہے؟ دنیا بھر میں، یہاں سے لے کر امریکہ تک، لوگ عربی پڑھاتے ہیں تاکہ قرآن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