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Divine Nature November 29, 2015</w:t>
      </w:r>
    </w:p>
    <w:p>
      <w:r>
        <w:t>https://youtu.be/iRBCWfId-0U</w:t>
      </w:r>
    </w:p>
    <w:p>
      <w:r>
        <w:rPr>
          <w:b/>
        </w:rPr>
        <w:t xml:space="preserve">[00:13] </w:t>
      </w:r>
      <w:r>
        <w:t>bismillah hir rahman nir rahim, wa salla Allahu ala nabiyyil karim. rab ishrah li sadri, wa yassir li amri,</w:t>
      </w:r>
    </w:p>
    <w:p>
      <w:pPr>
        <w:jc w:val="right"/>
      </w:pPr>
      <w:r>
        <w:t>بسم اللہ الرحمن الرحیم، وصلی اللہ علی نبی الکریم۔ رب اشرح لی صدری، ویسر لی امری،</w:t>
      </w:r>
    </w:p>
    <w:p>
      <w:r>
        <w:rPr>
          <w:b/>
        </w:rPr>
        <w:t xml:space="preserve">[00:28] </w:t>
      </w:r>
      <w:r>
        <w:t>wahlul uqdatan min lisani, yafqahu qawli. 29 november 2015.</w:t>
      </w:r>
    </w:p>
    <w:p>
      <w:pPr>
        <w:jc w:val="right"/>
      </w:pPr>
      <w:r>
        <w:t>واحل العقدۃ من لسانی، یفقہ قولی۔ 29 نومبر 2015۔</w:t>
      </w:r>
    </w:p>
    <w:p>
      <w:r>
        <w:rPr>
          <w:b/>
        </w:rPr>
        <w:t xml:space="preserve">[00:37] </w:t>
      </w:r>
      <w:r>
        <w:t>a</w:t>
      </w:r>
    </w:p>
    <w:p>
      <w:pPr>
        <w:jc w:val="right"/>
      </w:pPr>
      <w:r>
        <w:t>آ</w:t>
      </w:r>
    </w:p>
    <w:p>
      <w:r>
        <w:rPr>
          <w:b/>
        </w:rPr>
        <w:t xml:space="preserve">[00:38] </w:t>
      </w:r>
      <w:r>
        <w:t>aj ka topic hai:</w:t>
      </w:r>
    </w:p>
    <w:p>
      <w:pPr>
        <w:jc w:val="right"/>
      </w:pPr>
      <w:r>
        <w:t>ج کا ٹاپک ہے:</w:t>
      </w:r>
    </w:p>
    <w:p>
      <w:r>
        <w:rPr>
          <w:b/>
        </w:rPr>
        <w:t xml:space="preserve">[00:42] </w:t>
      </w:r>
      <w:r>
        <w:t>fitrat e khuda wandi, ya divine nature. quran mein jo baatein batai gayi hain, un mein se ek woh hai jo surah al isra mein aap dekh sakte hain:</w:t>
      </w:r>
    </w:p>
    <w:p>
      <w:pPr>
        <w:jc w:val="right"/>
      </w:pPr>
      <w:r>
        <w:t>فطرتِ خداوندی، یا Divine Nature۔ قرآن میں جو باتیں بتائی گئی ہیں، ان میں سے ایک وہ ہے جو سورہ آل اسراء میں آپ دیکھ سکتے ہیں:</w:t>
      </w:r>
    </w:p>
    <w:p>
      <w:r>
        <w:rPr>
          <w:b/>
        </w:rPr>
        <w:t xml:space="preserve">[01:00] </w:t>
      </w:r>
      <w:r>
        <w:t>"fitrat Allah allati fatara al nas alaiha la tabdeela li khalq Allah" . is ayat se maloom hota hai ke insaan ki fitrat, ya insaan ki saakht,</w:t>
      </w:r>
    </w:p>
    <w:p>
      <w:pPr>
        <w:jc w:val="right"/>
      </w:pPr>
      <w:r>
        <w:t>"فطرة الله التي فطر الناس عليها لا تبديل لخلق الله" ۔ اس آیت سے معلوم ہوتا ہے کہ انسان کی فطرت، یا انسان کی ساخت،</w:t>
      </w:r>
    </w:p>
    <w:p>
      <w:r>
        <w:rPr>
          <w:b/>
        </w:rPr>
        <w:t xml:space="preserve">[01:17] </w:t>
      </w:r>
      <w:r>
        <w:t>isi fitrat mein banayi gayi hai jo</w:t>
      </w:r>
    </w:p>
    <w:p>
      <w:pPr>
        <w:jc w:val="right"/>
      </w:pPr>
      <w:r>
        <w:t>اسی فطرت میں بنائی گئی ہے جو</w:t>
      </w:r>
    </w:p>
    <w:p>
      <w:r>
        <w:rPr>
          <w:b/>
        </w:rPr>
        <w:t xml:space="preserve">[01:21] </w:t>
      </w:r>
      <w:r>
        <w:t>creator ki saakht hai, jo creator ki fitrat hai. yaani creator ka jo mizaj hai,</w:t>
      </w:r>
    </w:p>
    <w:p>
      <w:pPr>
        <w:jc w:val="right"/>
      </w:pPr>
      <w:r>
        <w:t>Creator کی ساخت ہے، جو Creator کی فطرت ہے۔ یعنی Creator کا جو مزاج ہے،</w:t>
      </w:r>
    </w:p>
    <w:p>
      <w:r>
        <w:rPr>
          <w:b/>
        </w:rPr>
        <w:t xml:space="preserve">[01:31] </w:t>
      </w:r>
      <w:r>
        <w:t>jo creator ka</w:t>
      </w:r>
    </w:p>
    <w:p>
      <w:pPr>
        <w:jc w:val="right"/>
      </w:pPr>
      <w:r>
        <w:t>جو Creator کا</w:t>
      </w:r>
    </w:p>
    <w:p>
      <w:r>
        <w:rPr>
          <w:b/>
        </w:rPr>
        <w:t xml:space="preserve">[01:37] </w:t>
      </w:r>
      <w:r>
        <w:t>jo fitrat hai, usi ka ek shama insaan ke andar maujood hai, potentially.</w:t>
      </w:r>
    </w:p>
    <w:p>
      <w:pPr>
        <w:jc w:val="right"/>
      </w:pPr>
      <w:r>
        <w:t>جو فطرت ہے، اسی کا ایک شمع انسان کے اندر موجود ہے، potentially۔</w:t>
      </w:r>
    </w:p>
    <w:p>
      <w:r>
        <w:rPr>
          <w:b/>
        </w:rPr>
        <w:t xml:space="preserve">[01:49] </w:t>
      </w:r>
      <w:r>
        <w:t>chunaanche ek aur ayat hai:</w:t>
      </w:r>
    </w:p>
    <w:p>
      <w:pPr>
        <w:jc w:val="right"/>
      </w:pPr>
      <w:r>
        <w:t>چنانچہ ایک اور آیت ہے:</w:t>
      </w:r>
    </w:p>
    <w:p>
      <w:r>
        <w:rPr>
          <w:b/>
        </w:rPr>
        <w:t xml:space="preserve">[01:55] </w:t>
      </w:r>
      <w:r>
        <w:t>qul kulli ya mawla wala shakarti warabbukum aalamun biman huwa ahda sabeela.</w:t>
      </w:r>
    </w:p>
    <w:p>
      <w:pPr>
        <w:jc w:val="right"/>
      </w:pPr>
      <w:r>
        <w:t>"قل كلي یا مول ولا شاکرتی وربکم عالم بمن هو أهدا سبیلا" ۔</w:t>
      </w:r>
    </w:p>
    <w:p>
      <w:r>
        <w:rPr>
          <w:b/>
        </w:rPr>
        <w:t xml:space="preserve">[02:03] </w:t>
      </w:r>
      <w:r>
        <w:t>is aayat se maloom hota hai ke insaan ki fitrat paidaishi taur par to wahi hai jo khaliq ki fitrat hai, lekin insaan</w:t>
      </w:r>
    </w:p>
    <w:p>
      <w:pPr>
        <w:jc w:val="right"/>
      </w:pPr>
      <w:r>
        <w:t>اس آیت سے معلوم ہوتا ہے کہ انسان کی فطرت پیدائشی طور پر تو وہی ہے جو خالق کی فطرت ہے، لیکن انسان</w:t>
      </w:r>
    </w:p>
    <w:p>
      <w:r>
        <w:rPr>
          <w:b/>
        </w:rPr>
        <w:t xml:space="preserve">[02:20] </w:t>
      </w:r>
      <w:r>
        <w:t>is mein bigaad paida kar leta hai. jo us ki paidaishi fitrat hai, woh baat ko baqi nahi rehti.</w:t>
      </w:r>
    </w:p>
    <w:p>
      <w:pPr>
        <w:jc w:val="right"/>
      </w:pPr>
      <w:r>
        <w:t>اس میں بگاڑ پیدا کر لیتا ہے۔ جو اس کی پیدائشی فطرت ہے، وہ بات کو باقی نہیں رہتی۔</w:t>
      </w:r>
    </w:p>
    <w:p>
      <w:r>
        <w:rPr>
          <w:b/>
        </w:rPr>
        <w:t xml:space="preserve">[02:32] </w:t>
      </w:r>
      <w:r>
        <w:t>yeh baat aur zyada wazeh andaaz mein hadees mein aayi hai. ek hadees hai jo albukhari aur muslim dono mein aayi hai:</w:t>
      </w:r>
    </w:p>
    <w:p>
      <w:pPr>
        <w:jc w:val="right"/>
      </w:pPr>
      <w:r>
        <w:t>یہ بات اور زیادہ واضح انداز میں حدیث میں آئی ہے۔ ایک حدیث ہے جو البخاری اور مسلم دونوں میں آئی ہے:</w:t>
      </w:r>
    </w:p>
    <w:p>
      <w:r>
        <w:rPr>
          <w:b/>
        </w:rPr>
        <w:t xml:space="preserve">[02:49] </w:t>
      </w:r>
      <w:r>
        <w:t>kullu mawludin yuladu alal fitrati wa abawaahu yuhawwidanihi aw yunasirraanihi aw yumajisanihi.</w:t>
      </w:r>
    </w:p>
    <w:p>
      <w:pPr>
        <w:jc w:val="right"/>
      </w:pPr>
      <w:r>
        <w:t>"كل مولدین یولد علی الفطرة وبواہ یا بدانہ و مجسانی و نصرانی" ۔</w:t>
      </w:r>
    </w:p>
    <w:p>
      <w:r>
        <w:rPr>
          <w:b/>
        </w:rPr>
        <w:t xml:space="preserve">[02:59] </w:t>
      </w:r>
      <w:r>
        <w:t>yaani har insaan paida hota hai alfitra par. alfitra yeh wahi hai jo quran mein hai: fitratallah.</w:t>
      </w:r>
    </w:p>
    <w:p>
      <w:pPr>
        <w:jc w:val="right"/>
      </w:pPr>
      <w:r>
        <w:t>یعنی ہر انسان پیدا ہوتا ہے الفطرہ پر۔ الفطرہ یہ وہی ہے جو قرآن میں ہے: فطرت اللہ۔</w:t>
      </w:r>
    </w:p>
    <w:p>
      <w:r>
        <w:rPr>
          <w:b/>
        </w:rPr>
        <w:t xml:space="preserve">[03:12] </w:t>
      </w:r>
      <w:r>
        <w:t>alfitra par paida hota hai, lekin us ke maa baap us ko yahudi, nasrani, majusi bana dete hain.</w:t>
      </w:r>
    </w:p>
    <w:p>
      <w:pPr>
        <w:jc w:val="right"/>
      </w:pPr>
      <w:r>
        <w:t>الفطرہ پر پیدا ہوتا ہے، لیکن اس کے ماں باپ اس کو یہودی، نصرانی، مجوسی بنا دیتے ہیں۔</w:t>
      </w:r>
    </w:p>
    <w:p>
      <w:r>
        <w:rPr>
          <w:b/>
        </w:rPr>
        <w:t xml:space="preserve">[03:23] </w:t>
      </w:r>
      <w:r>
        <w:t>dekhein, yahan par yahudi, nasrani, majusi alamati alfaaz hain.</w:t>
      </w:r>
    </w:p>
    <w:p>
      <w:pPr>
        <w:jc w:val="right"/>
      </w:pPr>
      <w:r>
        <w:t>دیکھیں، یہاں پر یہودی، نصرانی، مجوسی علامتی الفاظ ہیں۔</w:t>
      </w:r>
    </w:p>
    <w:p>
      <w:r>
        <w:rPr>
          <w:b/>
        </w:rPr>
        <w:t xml:space="preserve">[03:30] </w:t>
      </w:r>
      <w:r>
        <w:t>alamati alfaaz hain. is ka matlab yeh hai ke insaan paida hota hai to woh ek ek mahaul mein hota hai, ek environment mein hota hai.</w:t>
      </w:r>
    </w:p>
    <w:p>
      <w:pPr>
        <w:jc w:val="right"/>
      </w:pPr>
      <w:r>
        <w:t>علامتی الفاظ ہیں۔ اس کا مطلب یہ ہے کہ انسان پیدا ہوتا ہے تو وہ ایک ایک ماحول میں ہوتا ہے، ایک environment میں ہوتا ہے۔</w:t>
      </w:r>
    </w:p>
    <w:p>
      <w:r>
        <w:rPr>
          <w:b/>
        </w:rPr>
        <w:t xml:space="preserve">[03:41] </w:t>
      </w:r>
      <w:r>
        <w:t>ghar ka mahaul, phir samaaj ka mahaul, phir duniya ka mahaul. to paida hote hi insaan ke andar ek ek conditioning shuru ho jati hai.</w:t>
      </w:r>
    </w:p>
    <w:p>
      <w:pPr>
        <w:jc w:val="right"/>
      </w:pPr>
      <w:r>
        <w:t>گھر کا ماحول، پھر سماج کا ماحول، پھر دنیا کا ماحول۔ تو پیدا ہوتے ہی انسان کے اندر ایک ایک conditioning شروع ہو جاتی ہے۔</w:t>
      </w:r>
    </w:p>
    <w:p>
      <w:r>
        <w:rPr>
          <w:b/>
        </w:rPr>
        <w:t xml:space="preserve">[03:55] </w:t>
      </w:r>
      <w:r>
        <w:t>conditioning.</w:t>
      </w:r>
    </w:p>
    <w:p>
      <w:pPr>
        <w:jc w:val="right"/>
      </w:pPr>
      <w:r>
        <w:t>Conditioning۔</w:t>
      </w:r>
    </w:p>
    <w:p>
      <w:r>
        <w:rPr>
          <w:b/>
        </w:rPr>
        <w:t xml:space="preserve">[03:58] </w:t>
      </w:r>
      <w:r>
        <w:t>paida hote hi. to aakhir mein kya hota hai ke insaan apne environment ka product ban jata hai.</w:t>
      </w:r>
    </w:p>
    <w:p>
      <w:pPr>
        <w:jc w:val="right"/>
      </w:pPr>
      <w:r>
        <w:t>پیدا ہوتے ہی۔ تو آخر میں کیا ہوتا ہے کہ انسان اپنے environment کا product بن جاتا ہے۔</w:t>
      </w:r>
    </w:p>
    <w:p>
      <w:r>
        <w:rPr>
          <w:b/>
        </w:rPr>
        <w:t xml:space="preserve">[04:12] </w:t>
      </w:r>
      <w:r>
        <w:t>apne mahaul ka product ban jata hai.</w:t>
      </w:r>
    </w:p>
    <w:p>
      <w:pPr>
        <w:jc w:val="right"/>
      </w:pPr>
      <w:r>
        <w:t>اپنے ماحول کا product بن جاتا ہے۔</w:t>
      </w:r>
    </w:p>
    <w:p>
      <w:r>
        <w:rPr>
          <w:b/>
        </w:rPr>
        <w:t xml:space="preserve">[04:21] </w:t>
      </w:r>
      <w:r>
        <w:t>to is ka matlab kya hua?</w:t>
      </w:r>
    </w:p>
    <w:p>
      <w:pPr>
        <w:jc w:val="right"/>
      </w:pPr>
      <w:r>
        <w:t>تو اس کا مطلب کیا ہوا؟</w:t>
      </w:r>
    </w:p>
    <w:p>
      <w:r>
        <w:rPr>
          <w:b/>
        </w:rPr>
        <w:t xml:space="preserve">[04:24] </w:t>
      </w:r>
      <w:r>
        <w:t>is ko hum yoon bhi keh sakte hain ke insaan ka jo khaliq ka jo wavelength hai, wahi insaan ka wavelength hai, potentially.</w:t>
      </w:r>
    </w:p>
    <w:p>
      <w:pPr>
        <w:jc w:val="right"/>
      </w:pPr>
      <w:r>
        <w:t>اس کو ہم یوں بھی کہہ سکتے ہیں کہ انسان کا جو خالق کا جو wavelength ہے، وہی انسان کا wavelength ہے، potentially۔</w:t>
      </w:r>
    </w:p>
    <w:p>
      <w:r>
        <w:rPr>
          <w:b/>
        </w:rPr>
        <w:t xml:space="preserve">[04:37] </w:t>
      </w:r>
      <w:r>
        <w:t>yaani agar woh mahaul ka asar na le, apne ko conditioning se bachaye, to uska wavelength wahi ho jayega jo khaliq ka wavelength hai.</w:t>
      </w:r>
    </w:p>
    <w:p>
      <w:pPr>
        <w:jc w:val="right"/>
      </w:pPr>
      <w:r>
        <w:t>یعنی اگر وہ ماحول کا اثر نہ لے، اپنے کو conditioning سے بچائے، تو اس کا wavelength وہی ہو جائے گا جو خالق کا wavelength ہے۔</w:t>
      </w:r>
    </w:p>
    <w:p>
      <w:r>
        <w:rPr>
          <w:b/>
        </w:rPr>
        <w:t xml:space="preserve">[04:50] </w:t>
      </w:r>
      <w:r>
        <w:t>uska shaklah wahi ho jayega jo khaliq ka shaklah hai. insaan ka mindset wahi ho jayega jo khaliq ka mindset hai.</w:t>
      </w:r>
    </w:p>
    <w:p>
      <w:pPr>
        <w:jc w:val="right"/>
      </w:pPr>
      <w:r>
        <w:t>اس کا شاکلہ وہی ہو جائے گا جو خالق کا شاکلہ ہے۔ انسان کا mindset وہی ہو جائے گا جو خالق کا mindset ہے۔</w:t>
      </w:r>
    </w:p>
    <w:p>
      <w:r>
        <w:rPr>
          <w:b/>
        </w:rPr>
        <w:t xml:space="preserve">[05:03] </w:t>
      </w:r>
      <w:r>
        <w:t>yeh bahut hi important baat hai.</w:t>
      </w:r>
    </w:p>
    <w:p>
      <w:pPr>
        <w:jc w:val="right"/>
      </w:pPr>
      <w:r>
        <w:t>یہ بہت ہی important بات ہے۔</w:t>
      </w:r>
    </w:p>
    <w:p>
      <w:r>
        <w:rPr>
          <w:b/>
        </w:rPr>
        <w:t xml:space="preserve">[05:07] </w:t>
      </w:r>
      <w:r>
        <w:t>is mani ke is duniya mein aaj insaan ko pehla kaam yeh karna hai ke apne alfitra ko bachaye.</w:t>
      </w:r>
    </w:p>
    <w:p>
      <w:pPr>
        <w:jc w:val="right"/>
      </w:pPr>
      <w:r>
        <w:t>اس معنی کہ اس دنیا میں آج انسان کو پہلا کام یہ کرنا ہے کہ اپنے الفطرہ کو بچائے۔</w:t>
      </w:r>
    </w:p>
    <w:p>
      <w:r>
        <w:rPr>
          <w:b/>
        </w:rPr>
        <w:t xml:space="preserve">[05:18] </w:t>
      </w:r>
      <w:r>
        <w:t>agar us ki conditioning ki wajah se alfitra mein change aa gaya hai to de-conditioning kare.</w:t>
      </w:r>
    </w:p>
    <w:p>
      <w:pPr>
        <w:jc w:val="right"/>
      </w:pPr>
      <w:r>
        <w:t>اگر اس کی conditioning کی وجہ سے الفطرہ میں change آ گیا ہے تو de-conditioning کرے۔</w:t>
      </w:r>
    </w:p>
    <w:p>
      <w:r>
        <w:rPr>
          <w:b/>
        </w:rPr>
        <w:t xml:space="preserve">[05:28] </w:t>
      </w:r>
      <w:r>
        <w:t>woh de-conditioning kar ke apne aap ko dobara alfitra par qaim kare.</w:t>
      </w:r>
    </w:p>
    <w:p>
      <w:pPr>
        <w:jc w:val="right"/>
      </w:pPr>
      <w:r>
        <w:t>وہ de-conditioning کر کے اپنے آپ کو دوبارہ الفطرہ پر قائم کرے۔</w:t>
      </w:r>
    </w:p>
    <w:p>
      <w:r>
        <w:rPr>
          <w:b/>
        </w:rPr>
        <w:t xml:space="preserve">[05:36] </w:t>
      </w:r>
      <w:r>
        <w:t>agar aisa nahi karega insaan to us ki saari activities galat ho jayengi.</w:t>
      </w:r>
    </w:p>
    <w:p>
      <w:pPr>
        <w:jc w:val="right"/>
      </w:pPr>
      <w:r>
        <w:t>اگر ایسا نہیں کرے گا انسان تو اس کی ساری activities غلط ہو جائیں گی۔</w:t>
      </w:r>
    </w:p>
    <w:p>
      <w:r>
        <w:rPr>
          <w:b/>
        </w:rPr>
        <w:t xml:space="preserve">[05:50] </w:t>
      </w:r>
      <w:r>
        <w:t>ab mein aap ko ek misaal ke zariye is ko wazeh karta hoon.</w:t>
      </w:r>
    </w:p>
    <w:p>
      <w:pPr>
        <w:jc w:val="right"/>
      </w:pPr>
      <w:r>
        <w:t>اب میں آپ کو ایک مثال کے ذریعے اس کو واضح کرتا ہوں۔</w:t>
      </w:r>
    </w:p>
    <w:p>
      <w:r>
        <w:rPr>
          <w:b/>
        </w:rPr>
        <w:t xml:space="preserve">[05:58] </w:t>
      </w:r>
      <w:r>
        <w:t>yaani alfitra ka matlab yahan yeh hai ke khuda ke ek scheme of things hain. is ke mutalliq woh duniya, us ke mutabiq woh duniya ko manage kar raha hai.</w:t>
      </w:r>
    </w:p>
    <w:p>
      <w:pPr>
        <w:jc w:val="right"/>
      </w:pPr>
      <w:r>
        <w:t>یعنی الفطرہ کا مطلب یہاں یہ ہے کہ خدا کے ایک scheme of things ہیں۔ اس کے متعلق وہ دنیا، اس کے مطابق وہ دنیا کو manage کر رہا ہے۔</w:t>
      </w:r>
    </w:p>
    <w:p>
      <w:r>
        <w:rPr>
          <w:b/>
        </w:rPr>
        <w:t xml:space="preserve">[06:09] </w:t>
      </w:r>
      <w:r>
        <w:t>to hamein chahiye ke hum khuda ke jo scheme of things hain, us ko samjhein. taake hamari planning, hamari activities us ke mutabiq hon.</w:t>
      </w:r>
    </w:p>
    <w:p>
      <w:pPr>
        <w:jc w:val="right"/>
      </w:pPr>
      <w:r>
        <w:t>تو ہمیں چاہیے کہ ہم خدا کے جو scheme of things ہیں، اس کو سمجھیں۔ تاکہ ہماری planning، ہماری activities اس کے مطابق ہوں۔</w:t>
      </w:r>
    </w:p>
    <w:p>
      <w:r>
        <w:rPr>
          <w:b/>
        </w:rPr>
        <w:t xml:space="preserve">[06:24] </w:t>
      </w:r>
      <w:r>
        <w:t>hamari planning ko khalq ki planning se collaborate karna chahiye. tab hum kamyab honge. iski ek ek misaal seerat-e-rasool mein milti hai.</w:t>
      </w:r>
    </w:p>
    <w:p>
      <w:pPr>
        <w:jc w:val="right"/>
      </w:pPr>
      <w:r>
        <w:t>ہماری planning کو خالق کی planning سے collaborate کرنا چاہیے۔ تب ہم کامیاب ہوں گے۔ اس کی ایک ایک مثال سیرت رسول میں ملتی ہے۔</w:t>
      </w:r>
    </w:p>
    <w:p>
      <w:r>
        <w:rPr>
          <w:b/>
        </w:rPr>
        <w:t xml:space="preserve">[06:40] </w:t>
      </w:r>
      <w:r>
        <w:t>bohat si misalein hain. ek mein arz karta hoon. rasool Allah sal Allah alaihi wasallam paida hue makka mein. saatvi sadi isvi ke first quarter mein aap ne mission shuru kiya.</w:t>
      </w:r>
    </w:p>
    <w:p>
      <w:pPr>
        <w:jc w:val="right"/>
      </w:pPr>
      <w:r>
        <w:t>بہت سی مثالیں ہیں۔ ایک میں عرض کرتا ہوں۔ رسول اللہ صلی اللہ علیہ وسلم پیدا ہوئے مکہ میں۔ ساتویں صدی عیسوی کے first quarter میں آپ نے mission شروع کیا۔</w:t>
      </w:r>
    </w:p>
    <w:p>
      <w:r>
        <w:rPr>
          <w:b/>
        </w:rPr>
        <w:t xml:space="preserve">[06:56] </w:t>
      </w:r>
      <w:r>
        <w:t>us waqt makka shirk ka garh bana hua tha. yahan tak ke mushrik logon ne kaaba ke andar but rakh diye the.</w:t>
      </w:r>
    </w:p>
    <w:p>
      <w:pPr>
        <w:jc w:val="right"/>
      </w:pPr>
      <w:r>
        <w:t>اس وقت مکہ شرک کا گڑھ بنا ہوا تھا۔ یہاں تک کہ مشرک لوگوں نے کعبہ کے اندر بت رکھ دیے تھے۔</w:t>
      </w:r>
    </w:p>
    <w:p>
      <w:r>
        <w:rPr>
          <w:b/>
        </w:rPr>
        <w:t xml:space="preserve">[07:09] </w:t>
      </w:r>
      <w:r>
        <w:t>teen sau saath but. yeh teen sau saath but kya the? yeh teen sau saath tribes ya ya sub-tribes ke but the.</w:t>
      </w:r>
    </w:p>
    <w:p>
      <w:pPr>
        <w:jc w:val="right"/>
      </w:pPr>
      <w:r>
        <w:t>تین سو ساٹھ بت۔ یہ تین سو ساٹھ بت کیا تھے؟ یہ تین سو ساٹھ tribes یا یا sub-tribes کے بت تھے۔</w:t>
      </w:r>
    </w:p>
    <w:p>
      <w:r>
        <w:rPr>
          <w:b/>
        </w:rPr>
        <w:t xml:space="preserve">[07:23] </w:t>
      </w:r>
      <w:r>
        <w:t>wahan har har tribe ka ek alag but hota tha.</w:t>
      </w:r>
    </w:p>
    <w:p>
      <w:pPr>
        <w:jc w:val="right"/>
      </w:pPr>
      <w:r>
        <w:t>وہاں ہر ہر tribe کا ایک الگ بت ہوتا تھا۔</w:t>
      </w:r>
    </w:p>
    <w:p>
      <w:r>
        <w:rPr>
          <w:b/>
        </w:rPr>
        <w:t xml:space="preserve">[07:29] </w:t>
      </w:r>
      <w:r>
        <w:t>jisko haal hi mein kaha hai ke qabeelay qabeelay ka but juda tha.</w:t>
      </w:r>
    </w:p>
    <w:p>
      <w:pPr>
        <w:jc w:val="right"/>
      </w:pPr>
      <w:r>
        <w:t>جس کو حال ہی میں کہا ہے کہ قبیلے قبیلے کا بت جدا تھا۔</w:t>
      </w:r>
    </w:p>
    <w:p>
      <w:r>
        <w:rPr>
          <w:b/>
        </w:rPr>
        <w:t xml:space="preserve">[07:35] </w:t>
      </w:r>
      <w:r>
        <w:t>to tribe the, phir sub sub-tribe the, unki branches thi. to har ek ne apna ek alag but bana rakha tha.</w:t>
      </w:r>
    </w:p>
    <w:p>
      <w:pPr>
        <w:jc w:val="right"/>
      </w:pPr>
      <w:r>
        <w:t>تو tribe تھے، پھر سب sub-tribe تھے، ان کی branches تھیں۔ تو ہر ایک نے اپنا ایک الگ بت بنا رکھا تھا۔</w:t>
      </w:r>
    </w:p>
    <w:p>
      <w:r>
        <w:rPr>
          <w:b/>
        </w:rPr>
        <w:t xml:space="preserve">[07:46] </w:t>
      </w:r>
      <w:r>
        <w:t>to yeh teen sau saath but jo the, yeh bohat sare tribes ke but the yeh. aur woh gaya is tareeqay se kaaba in logon ke liye ek center ban gaya tha.</w:t>
      </w:r>
    </w:p>
    <w:p>
      <w:pPr>
        <w:jc w:val="right"/>
      </w:pPr>
      <w:r>
        <w:t>تو یہ تین سو ساٹھ بت جو تھے، یہ بہت سارے tribes کے بت تھے یہ۔ اور وہ گیا اس طریقے سے کعبہ ان لوگوں کے لیے ایک center بن گیا تھا۔</w:t>
      </w:r>
    </w:p>
    <w:p>
      <w:r>
        <w:rPr>
          <w:b/>
        </w:rPr>
        <w:t xml:space="preserve">[08:02] </w:t>
      </w:r>
      <w:r>
        <w:t>poore arab ke tamam qabail ka center. aur saal bhar wahan log aate the apne bonton ki ziyarat ki, ziyarat ke liye, iski pooja paat ke liye.</w:t>
      </w:r>
    </w:p>
    <w:p>
      <w:pPr>
        <w:jc w:val="right"/>
      </w:pPr>
      <w:r>
        <w:t>پورے عرب کے تمام قبائل کا center۔ اور سال بھر وہاں لوگ آتے تھے اپنے بتوں کی زیارت کی، زیارت کے لیے، اس کی پوجا پاٹ کے لیے۔</w:t>
      </w:r>
    </w:p>
    <w:p>
      <w:r>
        <w:rPr>
          <w:b/>
        </w:rPr>
        <w:t xml:space="preserve">[08:15] </w:t>
      </w:r>
      <w:r>
        <w:t>is se aashirwad lene ke liye. to saal bhar yeh silsila chalta rehta tha. to kaaba jo tha, woh center of gathering tha arbon ke liye.</w:t>
      </w:r>
    </w:p>
    <w:p>
      <w:pPr>
        <w:jc w:val="right"/>
      </w:pPr>
      <w:r>
        <w:t>اس سے آشیرواد لینے کے لیے۔ تو سال بھر یہ سلسلہ چلتا رہتا تھا۔ تو کعبہ جو تھا، وہ center of gathering تھا عربوں کے لیے۔</w:t>
      </w:r>
    </w:p>
    <w:p>
      <w:r>
        <w:rPr>
          <w:b/>
        </w:rPr>
        <w:t xml:space="preserve">[08:27] </w:t>
      </w:r>
      <w:r>
        <w:t>center of gathering.</w:t>
      </w:r>
    </w:p>
    <w:p>
      <w:pPr>
        <w:jc w:val="right"/>
      </w:pPr>
      <w:r>
        <w:t>Center of gathering۔</w:t>
      </w:r>
    </w:p>
    <w:p>
      <w:r>
        <w:rPr>
          <w:b/>
        </w:rPr>
        <w:t xml:space="preserve">[08:31] </w:t>
      </w:r>
      <w:r>
        <w:t>to aap rasool Allah sal Allah alaihi wasallam ne jab apna kaam shuru kiya to aap ka mission to toheed ka mission tha.</w:t>
      </w:r>
    </w:p>
    <w:p>
      <w:pPr>
        <w:jc w:val="right"/>
      </w:pPr>
      <w:r>
        <w:t>تو آپ رسول اللہ صلی اللہ علیہ وسلم نے جب اپنا کام شروع کیا تو آپ کا mission تو توحید کا mission تھا۔</w:t>
      </w:r>
    </w:p>
    <w:p>
      <w:r>
        <w:rPr>
          <w:b/>
        </w:rPr>
        <w:t xml:space="preserve">[08:40] </w:t>
      </w:r>
      <w:r>
        <w:t>yani shirk ko chodo aur ek Allah ke ibadat guzar bano.</w:t>
      </w:r>
    </w:p>
    <w:p>
      <w:pPr>
        <w:jc w:val="right"/>
      </w:pPr>
      <w:r>
        <w:t>یعنی شرک کو چھوڑو اور ایک اللہ کے عبادت گزار بنو۔</w:t>
      </w:r>
    </w:p>
    <w:p>
      <w:r>
        <w:rPr>
          <w:b/>
        </w:rPr>
        <w:t xml:space="preserve">[08:51] </w:t>
      </w:r>
      <w:r>
        <w:t>aur yeh jo kaaba jo tha, aap jante hain ke rasool Allah se pehle hazrat Ibrahim ne banaya tha isko</w:t>
      </w:r>
    </w:p>
    <w:p>
      <w:pPr>
        <w:jc w:val="right"/>
      </w:pPr>
      <w:r>
        <w:t>اور یہ جو کعبہ جو تھا، آپ جانتے ہیں کہ رسول اللہ سے پہلے حضرت ابراہیم نے بنایا تھا اس کو</w:t>
      </w:r>
    </w:p>
    <w:p>
      <w:r>
        <w:rPr>
          <w:b/>
        </w:rPr>
        <w:t xml:space="preserve">[08:59] </w:t>
      </w:r>
      <w:r>
        <w:t>toheed ke ibadat gaah ke taur par. sirf toheed ke liye. to toheed ke ibadat gaah ko unhon ne shirk ka center bana diya tha.</w:t>
      </w:r>
    </w:p>
    <w:p>
      <w:pPr>
        <w:jc w:val="right"/>
      </w:pPr>
      <w:r>
        <w:t>توحید کے عبادت گاہ کے طور پر۔ صرف توحید کے لیے۔ تو توحید کے عبادت گاہ کو انہوں نے شرک کا center بنا دیا تھا۔</w:t>
      </w:r>
    </w:p>
    <w:p>
      <w:r>
        <w:rPr>
          <w:b/>
        </w:rPr>
        <w:t xml:space="preserve">[09:16] </w:t>
      </w:r>
      <w:r>
        <w:t>to bazahir yeh hona chahiye tha ke rasool Allah sab se pehle kaaba ko bonton se pak karne ke campaign chalayein.</w:t>
      </w:r>
    </w:p>
    <w:p>
      <w:pPr>
        <w:jc w:val="right"/>
      </w:pPr>
      <w:r>
        <w:t>تو بظاہر یہ ہونا چاہیے تھا کہ رسول اللہ سب سے پہلے کعبہ کو بتوں سے پاک کرنے کے campaign چلائیں۔</w:t>
      </w:r>
    </w:p>
    <w:p>
      <w:r>
        <w:rPr>
          <w:b/>
        </w:rPr>
        <w:t xml:space="preserve">[09:25] </w:t>
      </w:r>
      <w:r>
        <w:t>bonton ke khilaf bolein, bonton par criticize karein, bonton ko condemn karein. aur jo tareeqay hote hain, usko istemal karte hue kaaba ko bonton se pak karne ki koshish karein.</w:t>
      </w:r>
    </w:p>
    <w:p>
      <w:pPr>
        <w:jc w:val="right"/>
      </w:pPr>
      <w:r>
        <w:t>بتوں کے خلاف بولیں، بتوں پر criticize کریں، بتوں کو condemn کریں۔ اور جو طریقے ہوتے ہیں، اس کو استعمال کرتے ہوئے کعبہ کو بتوں سے پاک کرنے کی کوشش کریں۔</w:t>
      </w:r>
    </w:p>
    <w:p>
      <w:r>
        <w:rPr>
          <w:b/>
        </w:rPr>
        <w:t xml:space="preserve">[09:41] </w:t>
      </w:r>
      <w:r>
        <w:t>lekin aap ne yahan se apni koshish ka aaghaz nahi kiya. balkeh aap ne ignore kiya.</w:t>
      </w:r>
    </w:p>
    <w:p>
      <w:pPr>
        <w:jc w:val="right"/>
      </w:pPr>
      <w:r>
        <w:t>لیکن آپ نے یہاں سے اپنی کوشش کا آغاز نہیں کیا۔ بلکہ آپ نے ignore کیا۔</w:t>
      </w:r>
    </w:p>
    <w:p>
      <w:r>
        <w:rPr>
          <w:b/>
        </w:rPr>
        <w:t xml:space="preserve">[09:53] </w:t>
      </w:r>
      <w:r>
        <w:t>kyun?</w:t>
      </w:r>
    </w:p>
    <w:p>
      <w:pPr>
        <w:jc w:val="right"/>
      </w:pPr>
      <w:r>
        <w:t>کیوں؟</w:t>
      </w:r>
    </w:p>
    <w:p>
      <w:r>
        <w:rPr>
          <w:b/>
        </w:rPr>
        <w:t xml:space="preserve">[09:55] </w:t>
      </w:r>
      <w:r>
        <w:t>is liye ke us waqt kaaba ke do aspects the. ek yeh tha ke kaaba bonton ka center bana hua hai.</w:t>
      </w:r>
    </w:p>
    <w:p>
      <w:pPr>
        <w:jc w:val="right"/>
      </w:pPr>
      <w:r>
        <w:t>اس لیے کہ اس وقت کعبہ کے دو aspects تھے۔ ایک یہ تھا کہ کعبہ بتوں کا center بنا ہوا ہے۔</w:t>
      </w:r>
    </w:p>
    <w:p>
      <w:r>
        <w:rPr>
          <w:b/>
        </w:rPr>
        <w:t xml:space="preserve">[10:07] </w:t>
      </w:r>
      <w:r>
        <w:t>doosra yeh ke inhi bonton ki wajah se wahan par gathering hoti thi. mukhtalif qabail ke log wahan barabar aa ke jama hote the.</w:t>
      </w:r>
    </w:p>
    <w:p>
      <w:pPr>
        <w:jc w:val="right"/>
      </w:pPr>
      <w:r>
        <w:t>دوسرا یہ کہ انہی بتوں کی وجہ سے وہاں پر gathering ہوتی تھی۔ مختلف قبائل کے لوگ وہاں برابر آ کے جمع ہوتے تھے۔</w:t>
      </w:r>
    </w:p>
    <w:p>
      <w:r>
        <w:rPr>
          <w:b/>
        </w:rPr>
        <w:t xml:space="preserve">[10:18] </w:t>
      </w:r>
      <w:r>
        <w:t>to ek tha arbon ka place of gathering.</w:t>
      </w:r>
    </w:p>
    <w:p>
      <w:pPr>
        <w:jc w:val="right"/>
      </w:pPr>
      <w:r>
        <w:t>تو ایک تھا عربوں کا place of gathering۔</w:t>
      </w:r>
    </w:p>
    <w:p>
      <w:r>
        <w:rPr>
          <w:b/>
        </w:rPr>
        <w:t xml:space="preserve">[10:23] </w:t>
      </w:r>
      <w:r>
        <w:t>ek tha arbon ke bonton ka presence. to rasool Allah ne dono ko dealing kiya.</w:t>
      </w:r>
    </w:p>
    <w:p>
      <w:pPr>
        <w:jc w:val="right"/>
      </w:pPr>
      <w:r>
        <w:t>ایک تھا عربوں کے بتوں کا presence۔ تو رسول اللہ نے دونوں کو dealing کیا۔</w:t>
      </w:r>
    </w:p>
    <w:p>
      <w:r>
        <w:rPr>
          <w:b/>
        </w:rPr>
        <w:t xml:space="preserve">[10:33] </w:t>
      </w:r>
      <w:r>
        <w:t>dealing kiya.</w:t>
      </w:r>
    </w:p>
    <w:p>
      <w:pPr>
        <w:jc w:val="right"/>
      </w:pPr>
      <w:r>
        <w:t>Dealing کیا۔</w:t>
      </w:r>
    </w:p>
    <w:p>
      <w:r>
        <w:rPr>
          <w:b/>
        </w:rPr>
        <w:t xml:space="preserve">[10:36] </w:t>
      </w:r>
      <w:r>
        <w:t>yani bonton ke presence ko for the time being choda nahi, chhod diya usko. aur jo gathering hoti thi, usko istemal kiya aap ne dawat ke liye.</w:t>
      </w:r>
    </w:p>
    <w:p>
      <w:pPr>
        <w:jc w:val="right"/>
      </w:pPr>
      <w:r>
        <w:t>یعنی بتوں کے presence کو for the time being چھڑا نہیں، چھوڑ دیا اس کو۔ اور جو gathering ہوتی تھی، اس کو استعمال کیا آپ نے دعوت کے لیے۔</w:t>
      </w:r>
    </w:p>
    <w:p>
      <w:r>
        <w:rPr>
          <w:b/>
        </w:rPr>
        <w:t xml:space="preserve">[10:52] </w:t>
      </w:r>
      <w:r>
        <w:t>yani ek formula tha jis ko main doosre lafzon mein kahunga ke ignore the problem avail the opportunities</w:t>
      </w:r>
    </w:p>
    <w:p>
      <w:pPr>
        <w:jc w:val="right"/>
      </w:pPr>
      <w:r>
        <w:t>یعنی ایک فارمولا تھا جس کو میں دوسرے لفظوں میں کہوں گا کہ ignore the problem avail the opportunities</w:t>
      </w:r>
    </w:p>
    <w:p>
      <w:r>
        <w:rPr>
          <w:b/>
        </w:rPr>
        <w:t xml:space="preserve">[11:03] </w:t>
      </w:r>
      <w:r>
        <w:t>yani buton ke presence ko ignore karo.</w:t>
      </w:r>
    </w:p>
    <w:p>
      <w:pPr>
        <w:jc w:val="right"/>
      </w:pPr>
      <w:r>
        <w:t>یعنی بتوں کے presence کو ignore کرو۔</w:t>
      </w:r>
    </w:p>
    <w:p>
      <w:r>
        <w:rPr>
          <w:b/>
        </w:rPr>
        <w:t xml:space="preserve">[11:10] </w:t>
      </w:r>
      <w:r>
        <w:t>aur wahan jo opportunity create hui hai, us ko avail karo. to us ko it's a deal linking policy</w:t>
      </w:r>
    </w:p>
    <w:p>
      <w:pPr>
        <w:jc w:val="right"/>
      </w:pPr>
      <w:r>
        <w:t>اور وہاں جو opportunity create ہوئی ہے، اس کو avail کرو۔ تو اس کو it's a deal linking policy</w:t>
      </w:r>
    </w:p>
    <w:p>
      <w:r>
        <w:rPr>
          <w:b/>
        </w:rPr>
        <w:t xml:space="preserve">[11:23] </w:t>
      </w:r>
      <w:r>
        <w:t>deal linking policy.</w:t>
      </w:r>
    </w:p>
    <w:p>
      <w:pPr>
        <w:jc w:val="right"/>
      </w:pPr>
      <w:r>
        <w:t>deal linking policy۔</w:t>
      </w:r>
    </w:p>
    <w:p>
      <w:r>
        <w:rPr>
          <w:b/>
        </w:rPr>
        <w:t xml:space="preserve">[11:26] </w:t>
      </w:r>
      <w:r>
        <w:t>is ka itna bara result nikla ke bohat thore muddat mein kaaba buton se pak ho gaya.</w:t>
      </w:r>
    </w:p>
    <w:p>
      <w:pPr>
        <w:jc w:val="right"/>
      </w:pPr>
      <w:r>
        <w:t>اس کا اتنا بڑا result نکلا کہ بہت تھوڑے مدت میں کعبہ بتوں سے پاک ہو گیا۔</w:t>
      </w:r>
    </w:p>
    <w:p>
      <w:r>
        <w:rPr>
          <w:b/>
        </w:rPr>
        <w:t xml:space="preserve">[11:41] </w:t>
      </w:r>
      <w:r>
        <w:t>aur Allah ki, ek ek Allah ki ibadat ka markaz ban gaya dobara.</w:t>
      </w:r>
    </w:p>
    <w:p>
      <w:pPr>
        <w:jc w:val="right"/>
      </w:pPr>
      <w:r>
        <w:t>اور اللہ کی، ایک ایک اللہ کی عبادت کا مرکز بن گیا دوبارہ۔</w:t>
      </w:r>
    </w:p>
    <w:p>
      <w:r>
        <w:rPr>
          <w:b/>
        </w:rPr>
        <w:t xml:space="preserve">[11:49] </w:t>
      </w:r>
      <w:r>
        <w:t>to yeh hai deal linking policy. lekin maujooda zamane mein hamare muslim leader log jo hain, is raat ko kisi ne samjha hi nahin.</w:t>
      </w:r>
    </w:p>
    <w:p>
      <w:pPr>
        <w:jc w:val="right"/>
      </w:pPr>
      <w:r>
        <w:t>تو یہ ہے deal linking policy۔ لیکن موجودہ زمانے میں ہمارے مسلم leader لوگ جو ہیں، اس رات کو کسی نے سمجھا ہی نہیں۔</w:t>
      </w:r>
    </w:p>
    <w:p>
      <w:r>
        <w:rPr>
          <w:b/>
        </w:rPr>
        <w:t xml:space="preserve">[12:02] </w:t>
      </w:r>
      <w:r>
        <w:t>deal linking policy ke jo sunnat hai, us ko sunnat hum kahenge, us ko kisi ek bhi shakhs, mujhe naye walon, mere ilm mein nahin hai ke is deal linking policy ko samjha ho, us ko avail karne ki koshish ki ho.</w:t>
      </w:r>
    </w:p>
    <w:p>
      <w:pPr>
        <w:jc w:val="right"/>
      </w:pPr>
      <w:r>
        <w:t>deal linking policy کے جو سنت ہے، اس کو سنت ہم کہیں گے، اس کو کسی ایک بھی شخص، مجھے نئے والوں، میرے علم میں نہیں ہے کہ اس deal linking policy کو سمجھا ہو، اس کو avail کرنے کی کوشش کی ہو۔</w:t>
      </w:r>
    </w:p>
    <w:p>
      <w:r>
        <w:rPr>
          <w:b/>
        </w:rPr>
        <w:t xml:space="preserve">[12:19] </w:t>
      </w:r>
      <w:r>
        <w:t>main ek misaal deta hoon. ek waqea maine haal mein akhbaron mein parha ke ek university mein jahan bohat se musalman parhte hain,</w:t>
      </w:r>
    </w:p>
    <w:p>
      <w:pPr>
        <w:jc w:val="right"/>
      </w:pPr>
      <w:r>
        <w:t>میں ایک مثال دیتا ہوں۔ ایک واقعہ میں نے حال میں اخباروں میں پڑھا کہ ایک یونیورسٹی میں جہاں بہت سے مسلمان پڑھتے ہیں،</w:t>
      </w:r>
    </w:p>
    <w:p>
      <w:r>
        <w:rPr>
          <w:b/>
        </w:rPr>
        <w:t xml:space="preserve">[12:34] </w:t>
      </w:r>
      <w:r>
        <w:t>waise woh university hai, to wahan par university walon ne ek</w:t>
      </w:r>
    </w:p>
    <w:p>
      <w:pPr>
        <w:jc w:val="right"/>
      </w:pPr>
      <w:r>
        <w:t>ویسے وہ یونیورسٹی ہے، تو وہاں پر یونیورسٹی والوں نے ایک</w:t>
      </w:r>
    </w:p>
    <w:p>
      <w:r>
        <w:rPr>
          <w:b/>
        </w:rPr>
        <w:t xml:space="preserve">[12:43] </w:t>
      </w:r>
      <w:r>
        <w:t>ek bari personality ko invite kiya. ek bari personality.</w:t>
      </w:r>
    </w:p>
    <w:p>
      <w:pPr>
        <w:jc w:val="right"/>
      </w:pPr>
      <w:r>
        <w:t>ایک بڑی personality کو invite کیا۔ ایک بڑی personality۔</w:t>
      </w:r>
    </w:p>
    <w:p>
      <w:r>
        <w:rPr>
          <w:b/>
        </w:rPr>
        <w:t xml:space="preserve">[12:50] </w:t>
      </w:r>
      <w:r>
        <w:t>musalman is ke baray mein negative hain.</w:t>
      </w:r>
    </w:p>
    <w:p>
      <w:pPr>
        <w:jc w:val="right"/>
      </w:pPr>
      <w:r>
        <w:t>مسلمان اس کے بارے میں negative ہیں۔</w:t>
      </w:r>
    </w:p>
    <w:p>
      <w:r>
        <w:rPr>
          <w:b/>
        </w:rPr>
        <w:t xml:space="preserve">[12:56] </w:t>
      </w:r>
      <w:r>
        <w:t>negative hain. musalmanon ke liye woh unwanted personality bani hui hai.</w:t>
      </w:r>
    </w:p>
    <w:p>
      <w:pPr>
        <w:jc w:val="right"/>
      </w:pPr>
      <w:r>
        <w:t>Negative ہیں۔ مسلمانوں کے لیے وہ unwanted personality بنی ہوئی ہے۔</w:t>
      </w:r>
    </w:p>
    <w:p>
      <w:r>
        <w:rPr>
          <w:b/>
        </w:rPr>
        <w:t xml:space="preserve">[13:05] </w:t>
      </w:r>
      <w:r>
        <w:t>to musalmanon ne zabardast protest kiya aur vice chancellor se mil kar kaha ke in ko cancel kijiye in ki visit waghera.</w:t>
      </w:r>
    </w:p>
    <w:p>
      <w:pPr>
        <w:jc w:val="right"/>
      </w:pPr>
      <w:r>
        <w:t>تو مسلمانوں نے زبردست protest کیا اور وائس چانسلر سے مل کر کہا کہ ان کو cancel کیجیے ان کی visit وغیرہ۔</w:t>
      </w:r>
    </w:p>
    <w:p>
      <w:r>
        <w:rPr>
          <w:b/>
        </w:rPr>
        <w:t xml:space="preserve">[13:19] </w:t>
      </w:r>
      <w:r>
        <w:t>ek dhoom machai.</w:t>
      </w:r>
    </w:p>
    <w:p>
      <w:pPr>
        <w:jc w:val="right"/>
      </w:pPr>
      <w:r>
        <w:t>ایک دھوم مچائی۔</w:t>
      </w:r>
    </w:p>
    <w:p>
      <w:r>
        <w:rPr>
          <w:b/>
        </w:rPr>
        <w:t xml:space="preserve">[13:22] </w:t>
      </w:r>
      <w:r>
        <w:t>dekhen, yahan par main kahunga ke yeh musalman jo is is is university mein parhte parhate hain, woh deal linking ki rasool Allah ki sunnat to nahin nahin jante.</w:t>
      </w:r>
    </w:p>
    <w:p>
      <w:pPr>
        <w:jc w:val="right"/>
      </w:pPr>
      <w:r>
        <w:t>دیکھیں، یہاں پر میں کہوں گا کہ یہ مسلمان جو اس اس اس یونیورسٹی میں پڑھتے پڑھاتے ہیں، وہ deal linking کی رسول اللہ کی سنت تو نہیں نہیں جانتے۔</w:t>
      </w:r>
    </w:p>
    <w:p>
      <w:r>
        <w:rPr>
          <w:b/>
        </w:rPr>
        <w:t xml:space="preserve">[13:37] </w:t>
      </w:r>
      <w:r>
        <w:t>woh nahin jante ke deal linking bhi rasool Allah ki ek sunnat hai. kyun? dekhen, woh bari shakhsiyat, vvip, agar is university mein aaye to kya hoga?</w:t>
      </w:r>
    </w:p>
    <w:p>
      <w:pPr>
        <w:jc w:val="right"/>
      </w:pPr>
      <w:r>
        <w:t>وہ نہیں جانتے کہ deal linking بھی رسول اللہ کی ایک سنت ہے۔ کیوں؟ دیکھیں، وہ بڑی شخصیت، وی وی آئی پی، اگر اس یونیورسٹی میں آئے تو کیا ہوگا؟</w:t>
      </w:r>
    </w:p>
    <w:p>
      <w:r>
        <w:rPr>
          <w:b/>
        </w:rPr>
        <w:t xml:space="preserve">[13:52] </w:t>
      </w:r>
      <w:r>
        <w:t>akela nahin aayega baad mein. bari bari shakhsiyaten akele nahin aati kabhi. un ki wajah se wahan bohat bara, bohat bari gathering hogi.</w:t>
      </w:r>
    </w:p>
    <w:p>
      <w:pPr>
        <w:jc w:val="right"/>
      </w:pPr>
      <w:r>
        <w:t>اکیلا نہیں آئے گا بعد میں۔ بڑی بڑی شخصیتیں اکیلے نہیں آتی کبھی۔ ان کی وجہ سے وہاں بہت بڑا، بہت بڑی gathering ہوگی۔</w:t>
      </w:r>
    </w:p>
    <w:p>
      <w:r>
        <w:rPr>
          <w:b/>
        </w:rPr>
        <w:t xml:space="preserve">[14:05] </w:t>
      </w:r>
      <w:r>
        <w:t>yani bahar ke logon ka bhi aur khud university ke logon ka. ek bohat bara ijtima hoga. kyunke vvip jab bhi kahin aata hai to aise hi hota hai.</w:t>
      </w:r>
    </w:p>
    <w:p>
      <w:pPr>
        <w:jc w:val="right"/>
      </w:pPr>
      <w:r>
        <w:t>یعنی باہر کے لوگوں کا بھی اور خود یونیورسٹی کے لوگوں کا۔ ایک بہت بڑا اجتماع ہوگا۔ کیونکہ وی وی آئی پی جب بھی کہیں آتا ہے تو ایسے ہی ہوتا ہے۔</w:t>
      </w:r>
    </w:p>
    <w:p>
      <w:r>
        <w:rPr>
          <w:b/>
        </w:rPr>
        <w:t xml:space="preserve">[14:21] </w:t>
      </w:r>
      <w:r>
        <w:t>to musalman agar deal linking policy ko samajhte ke yeh sunnat Allah hai, yeh sunnat rasool hai, to woh kabhi protest na karte, kabhi bhi is ke aane ko na rokte.</w:t>
      </w:r>
    </w:p>
    <w:p>
      <w:pPr>
        <w:jc w:val="right"/>
      </w:pPr>
      <w:r>
        <w:t>تو مسلمان اگر deal linking policy کو سمجھتے کہ یہ سنت اللہ ہے، یہ سنت رسول ہے، تو وہ کبھی protest نہ کرتے، کبھی بھی اس کے آنے کو نہ روکتے۔</w:t>
      </w:r>
    </w:p>
    <w:p>
      <w:r>
        <w:rPr>
          <w:b/>
        </w:rPr>
        <w:t xml:space="preserve">[14:38] </w:t>
      </w:r>
      <w:r>
        <w:t>balkeh foran yeh sochte ke bhai yeh to bohat bara ek ek mauqa hamare liye paida ho raha hai. bohat bara mauqa paida ho raha hai.</w:t>
      </w:r>
    </w:p>
    <w:p>
      <w:pPr>
        <w:jc w:val="right"/>
      </w:pPr>
      <w:r>
        <w:t>بلکہ فوراً یہ سوچتے کہ بھئی یہ تو بہت بڑا ایک ایک موقع ہمارے لیے پیدا ہو رہا ہے۔ بہت بڑا موقع پیدا ہو رہا ہے۔</w:t>
      </w:r>
    </w:p>
    <w:p>
      <w:r>
        <w:rPr>
          <w:b/>
        </w:rPr>
        <w:t xml:space="preserve">[14:50] </w:t>
      </w:r>
      <w:r>
        <w:t>yani un ke aane ki wajah se bohat gathering hogi. aise log ikhatta honge jin ko hum kabhi pa nahin sakte. alag se hum chahein ke woh mil jayein hum ko to nahin milenge.</w:t>
      </w:r>
    </w:p>
    <w:p>
      <w:pPr>
        <w:jc w:val="right"/>
      </w:pPr>
      <w:r>
        <w:t>یعنی ان کے آنے کی وجہ سے بہت gathering ہوگی۔ ایسے لوگ اکٹھا ہوں گے جن کو ہم کبھی پا نہیں سکتے۔ الگ سے ہم چاہیں کہ وہ مل جائیں ہم کو تو نہیں ملیں گے۔</w:t>
      </w:r>
    </w:p>
    <w:p>
      <w:r>
        <w:rPr>
          <w:b/>
        </w:rPr>
        <w:t xml:space="preserve">[15:02] </w:t>
      </w:r>
      <w:r>
        <w:t>to in logon ko hum quran ka translation dein. islam par literature dein. in se interaction karein. in se mil kar ke islam ke baray mein jo misunderstanding hai, us ko door karein.</w:t>
      </w:r>
    </w:p>
    <w:p>
      <w:pPr>
        <w:jc w:val="right"/>
      </w:pPr>
      <w:r>
        <w:t>تو ان لوگوں کو ہم قرآن کا translation دیں۔ اسلام پر literature دیں۔ ان سے interaction کریں۔ ان سے مل کر کے اسلام کے بارے میں جو misunderstanding ہے، اس کو دور کریں۔</w:t>
      </w:r>
    </w:p>
    <w:p>
      <w:r>
        <w:rPr>
          <w:b/>
        </w:rPr>
        <w:t xml:space="preserve">[15:17] </w:t>
      </w:r>
      <w:r>
        <w:t>to ek daawa campaign shuru kar dete hain. peaceful daawa campaign. peaceful. to dealing karte agar woh is is personality ke aana aur dawat ke opportunities ko avail karna to kitna bara faida hota.</w:t>
      </w:r>
    </w:p>
    <w:p>
      <w:pPr>
        <w:jc w:val="right"/>
      </w:pPr>
      <w:r>
        <w:t>تو ایک دعویٰ campaign شروع کر دیتے ہیں۔ Peaceful دعویٰ campaign۔ Peaceful۔ تو dealing کرتے اگر وہ اس اس personality کے آنا اور دعوت کے opportunities کو avail کرنا تو کتنا بڑا فائدہ ہوتا۔</w:t>
      </w:r>
    </w:p>
    <w:p>
      <w:r>
        <w:rPr>
          <w:b/>
        </w:rPr>
        <w:t xml:space="preserve">[15:38] </w:t>
      </w:r>
      <w:r>
        <w:t>yani aisa chance kabhi bhi un ko university ke bahar nahin mil sakta. ya is is shakhsiyat ke baghair nahin mil sakta.</w:t>
      </w:r>
    </w:p>
    <w:p>
      <w:pPr>
        <w:jc w:val="right"/>
      </w:pPr>
      <w:r>
        <w:t>یعنی ایسا chance کبھی بھی ان کو یونیورسٹی کے باہر نہیں مل سکتا۔ یا اس اس شخصیت کے بغیر نہیں مل سکتا۔</w:t>
      </w:r>
    </w:p>
    <w:p>
      <w:r>
        <w:rPr>
          <w:b/>
        </w:rPr>
        <w:t xml:space="preserve">[15:51] </w:t>
      </w:r>
      <w:r>
        <w:t>to rasool Allah salallaho alaihe wasallam ne deal link kiya jab. deal linking policy ikhtiyar ki. to aap ko moqa mil gaya ke aik aik aik soorat-haal jo bazahir unwanted thi, us ko aap apne dawat ke liye avail kar lein.</w:t>
      </w:r>
    </w:p>
    <w:p>
      <w:pPr>
        <w:jc w:val="right"/>
      </w:pPr>
      <w:r>
        <w:t>تو رسول اللہ صلی اللہ علیہ وسلم نے deal link کیا جب۔ deal linking policy اختیار کی۔ تو آپ کو موقع مل گیا کہ ایک ایک ایک صورتحال جو بظاہر unwanted تھی، اس کو آپ اپنے دعوت کے لیے avail کر لیں۔</w:t>
      </w:r>
    </w:p>
    <w:p>
      <w:r>
        <w:rPr>
          <w:b/>
        </w:rPr>
        <w:t xml:space="preserve">[16:13] </w:t>
      </w:r>
      <w:r>
        <w:t>wohi yahan bhi hai ke agar musalman yeh samajhte hain ke woh shakhsiyat un ke liye unwanted hai</w:t>
      </w:r>
    </w:p>
    <w:p>
      <w:pPr>
        <w:jc w:val="right"/>
      </w:pPr>
      <w:r>
        <w:t>وہی یہاں بھی ہے کہ اگر مسلمان یہ سمجھتے ہیں کہ وہ شخصیت ان کے لیے unwanted ہے</w:t>
      </w:r>
    </w:p>
    <w:p>
      <w:r>
        <w:rPr>
          <w:b/>
        </w:rPr>
        <w:t xml:space="preserve">[16:20] </w:t>
      </w:r>
      <w:r>
        <w:t>to is ka aik pehlu yeh hai. doosra pehlu yeh hai ke isi ki wajah se itni bari gathering wahan ho gayi. woh na aaye to gathering hone wali nahi hai.</w:t>
      </w:r>
    </w:p>
    <w:p>
      <w:pPr>
        <w:jc w:val="right"/>
      </w:pPr>
      <w:r>
        <w:t>تو اس کا ایک پہلو یہ ہے۔ دوسرا پہلو یہ ہے کہ اسی کی وجہ سے اتنی بڑی gathering وہاں ہو گئی۔ وہ نہ آئے تو gathering ہونے والی نہیں ہے۔</w:t>
      </w:r>
    </w:p>
    <w:p>
      <w:r>
        <w:rPr>
          <w:b/>
        </w:rPr>
        <w:t xml:space="preserve">[16:32] </w:t>
      </w:r>
      <w:r>
        <w:t>to is gathering ko aik opportunity ke taur par avail karo.</w:t>
      </w:r>
    </w:p>
    <w:p>
      <w:pPr>
        <w:jc w:val="right"/>
      </w:pPr>
      <w:r>
        <w:t>تو اس gathering کو ایک opportunity کے طور پر avail کرو۔</w:t>
      </w:r>
    </w:p>
    <w:p>
      <w:r>
        <w:rPr>
          <w:b/>
        </w:rPr>
        <w:t xml:space="preserve">[16:39] </w:t>
      </w:r>
      <w:r>
        <w:t>is gathering ko aik opportunity ke taur par avail karo.</w:t>
      </w:r>
    </w:p>
    <w:p>
      <w:pPr>
        <w:jc w:val="right"/>
      </w:pPr>
      <w:r>
        <w:t>اس gathering کو ایک opportunity کے طور پر avail کرو۔</w:t>
      </w:r>
    </w:p>
    <w:p>
      <w:r>
        <w:rPr>
          <w:b/>
        </w:rPr>
        <w:t xml:space="preserve">[16:46] </w:t>
      </w:r>
      <w:r>
        <w:t>yeh hai deal linking policy. yeh hai</w:t>
      </w:r>
    </w:p>
    <w:p>
      <w:pPr>
        <w:jc w:val="right"/>
      </w:pPr>
      <w:r>
        <w:t>یہ ہے deal linking policy۔ یہ ہے</w:t>
      </w:r>
    </w:p>
    <w:p>
      <w:r>
        <w:rPr>
          <w:b/>
        </w:rPr>
        <w:t xml:space="preserve">[16:52] </w:t>
      </w:r>
      <w:r>
        <w:t>ignore the problem avail the opportunity to yeh hai Khuda ka wave length. yahan par kya tha? arab mein.</w:t>
      </w:r>
    </w:p>
    <w:p>
      <w:pPr>
        <w:jc w:val="right"/>
      </w:pPr>
      <w:r>
        <w:t>ignore the problem avail the opportunity تو یہ ہے خدا کا wave length۔ یہاں پر کیا تھا؟ عرب میں۔</w:t>
      </w:r>
    </w:p>
    <w:p>
      <w:r>
        <w:rPr>
          <w:b/>
        </w:rPr>
        <w:t xml:space="preserve">[17:01] </w:t>
      </w:r>
      <w:r>
        <w:t>aur rasool Allah ke wave length bhi wohi ho gaya jo Allah ka tha. woh yeh ke dekhiye, makkah jo tha ya arab ke jo log the,</w:t>
      </w:r>
    </w:p>
    <w:p>
      <w:pPr>
        <w:jc w:val="right"/>
      </w:pPr>
      <w:r>
        <w:t>اور رسول اللہ کے wave length بھی وہی ہو گیا جو اللہ کا تھا۔ وہ یہ کہ دیکھیے، مکہ جو تھا یا عرب کے جو لوگ تھے،</w:t>
      </w:r>
    </w:p>
    <w:p>
      <w:r>
        <w:rPr>
          <w:b/>
        </w:rPr>
        <w:t xml:space="preserve">[17:14] </w:t>
      </w:r>
      <w:r>
        <w:t>arab mein is waqt bohat ziyada abadi nahi thi. lekin woh log bohat jandar log the. woh jo the, woh bohat jandar log the.</w:t>
      </w:r>
    </w:p>
    <w:p>
      <w:pPr>
        <w:jc w:val="right"/>
      </w:pPr>
      <w:r>
        <w:t>عرب میں اس وقت بہت زیادہ آبادی نہیں تھی۔ لیکن وہ لوگ بہت جاندار لوگ تھے۔ وہ جو تھے، وہ بہت جاندار لوگ تھے۔</w:t>
      </w:r>
    </w:p>
    <w:p>
      <w:r>
        <w:rPr>
          <w:b/>
        </w:rPr>
        <w:t xml:space="preserve">[17:25] </w:t>
      </w:r>
      <w:r>
        <w:t>agarche shirk mein phans gaye the woh, lekin the bohat jandar. aur woh seekh kar bhi the woh.</w:t>
      </w:r>
    </w:p>
    <w:p>
      <w:pPr>
        <w:jc w:val="right"/>
      </w:pPr>
      <w:r>
        <w:t>اگرچہ شرک میں پھنس گئے تھے وہ، لیکن تھے بہت جاندار۔ اور وہ سیکھ کر بھی تھے وہ۔</w:t>
      </w:r>
    </w:p>
    <w:p>
      <w:r>
        <w:rPr>
          <w:b/>
        </w:rPr>
        <w:t xml:space="preserve">[17:36] </w:t>
      </w:r>
      <w:r>
        <w:t>un ka shirk woh aisa nahi tha.</w:t>
      </w:r>
    </w:p>
    <w:p>
      <w:pPr>
        <w:jc w:val="right"/>
      </w:pPr>
      <w:r>
        <w:t>ان کا شرک وہ ایسا نہیں تھا۔</w:t>
      </w:r>
    </w:p>
    <w:p>
      <w:r>
        <w:rPr>
          <w:b/>
        </w:rPr>
        <w:t xml:space="preserve">[17:41] </w:t>
      </w:r>
      <w:r>
        <w:t>hamare aik ustad the, woh kaha karte the ke arbon ka shirk ghaleez shirk nahi tha. yani matlab bohat deep shirk nahi tha.</w:t>
      </w:r>
    </w:p>
    <w:p>
      <w:pPr>
        <w:jc w:val="right"/>
      </w:pPr>
      <w:r>
        <w:t>ہمارے ایک استاد تھے، وہ کہا کرتے تھے کہ عربوں کا شرک غلیظ شرک نہیں تھا۔ یعنی مطلب بہت deep شرک نہیں تھا۔</w:t>
      </w:r>
    </w:p>
    <w:p>
      <w:r>
        <w:rPr>
          <w:b/>
        </w:rPr>
        <w:t xml:space="preserve">[17:53] </w:t>
      </w:r>
      <w:r>
        <w:t>to Allah ko kya manzoor tha? aik ayat se maloom hota hai. laytakhtat raf'an minallazina kafaroo qat'a taraf ka lafz is mein hai.</w:t>
      </w:r>
    </w:p>
    <w:p>
      <w:pPr>
        <w:jc w:val="right"/>
      </w:pPr>
      <w:r>
        <w:t>تو اللہ کو کیا منظور تھا؟ ایک آیت سے معلوم ہوتا ہے۔ لَيَخْتَاطَ رَفَعًا مِنَ الَّذِينَ كَفَرُوا قطع طرف کا لفظ اس میں ہے۔</w:t>
      </w:r>
    </w:p>
    <w:p>
      <w:r>
        <w:rPr>
          <w:b/>
        </w:rPr>
        <w:t xml:space="preserve">[18:05] </w:t>
      </w:r>
      <w:r>
        <w:t>ke Allah qat'a taraf chahta hai karna.</w:t>
      </w:r>
    </w:p>
    <w:p>
      <w:pPr>
        <w:jc w:val="right"/>
      </w:pPr>
      <w:r>
        <w:t>کہ اللہ قطع طرف چاہتا ہے کرنا۔</w:t>
      </w:r>
    </w:p>
    <w:p>
      <w:r>
        <w:rPr>
          <w:b/>
        </w:rPr>
        <w:t xml:space="preserve">[18:09] </w:t>
      </w:r>
      <w:r>
        <w:t>taraf kehte hain best part. kis cheez ka best part? to arab jo tribes the, jo arab nation thi, us ke behtareen logon ko chhanat lein.</w:t>
      </w:r>
    </w:p>
    <w:p>
      <w:pPr>
        <w:jc w:val="right"/>
      </w:pPr>
      <w:r>
        <w:t>طرف کہتے ہیں best part۔ کس چیز کا best part؟ تو عرب جو tribes تھے، جو عرب nation تھی، اس کے بہترین لوگوں کو چھانٹ لیں۔</w:t>
      </w:r>
    </w:p>
    <w:p>
      <w:r>
        <w:rPr>
          <w:b/>
        </w:rPr>
        <w:t xml:space="preserve">[18:25] </w:t>
      </w:r>
      <w:r>
        <w:t>dawat ke zariye se.</w:t>
      </w:r>
    </w:p>
    <w:p>
      <w:pPr>
        <w:jc w:val="right"/>
      </w:pPr>
      <w:r>
        <w:t>دعوت کے ذریعے سے۔</w:t>
      </w:r>
    </w:p>
    <w:p>
      <w:r>
        <w:rPr>
          <w:b/>
        </w:rPr>
        <w:t xml:space="preserve">[18:30] </w:t>
      </w:r>
      <w:r>
        <w:t>un ke best logon ko chhanat lein dawat ke zariye se. aur phir un ki team banayi jaye aur is team ko istemal kiya jaye us ke liye jis ko ke izhar-e-deen kaha gaya</w:t>
      </w:r>
    </w:p>
    <w:p>
      <w:pPr>
        <w:jc w:val="right"/>
      </w:pPr>
      <w:r>
        <w:t>ان کے best لوگوں کو چھانٹ لیں دعوت کے ذریعے سے۔ اور پھر ان کی ٹیم بنائی جائے۔ اور اس ٹیم کو استعمال کیا جائے اس کے لیے جس کو کہ اظہار دین کہا گیا</w:t>
      </w:r>
    </w:p>
    <w:p>
      <w:r>
        <w:rPr>
          <w:b/>
        </w:rPr>
        <w:t xml:space="preserve">[18:43] </w:t>
      </w:r>
      <w:r>
        <w:t>quran mein. yani izhar-e-deen aik revolution ka bataya gaya hai. aik revolution lana tha aalami satah par.</w:t>
      </w:r>
    </w:p>
    <w:p>
      <w:pPr>
        <w:jc w:val="right"/>
      </w:pPr>
      <w:r>
        <w:t>قرآن میں۔ یعنی اظہار دین ایک revolution کا بتایا گیا ہے۔ ایک revolution لانا تھا عالمی سطح پر۔</w:t>
      </w:r>
    </w:p>
    <w:p>
      <w:r>
        <w:rPr>
          <w:b/>
        </w:rPr>
        <w:t xml:space="preserve">[18:54] </w:t>
      </w:r>
      <w:r>
        <w:t>jis ki beginning honi thi arab mein aur phir aik process ke zariye. aik process ke zariye us ko sare alam ka aik inqilab banna tha us ko.</w:t>
      </w:r>
    </w:p>
    <w:p>
      <w:pPr>
        <w:jc w:val="right"/>
      </w:pPr>
      <w:r>
        <w:t>جس کی beginning ہونی تھی عرب میں اور پھر ایک process کے ذریعے۔ ایک process کے ذریعے اس کو سارے عالم کا ایک انقلاب بننا تھا اس کو۔</w:t>
      </w:r>
    </w:p>
    <w:p>
      <w:r>
        <w:rPr>
          <w:b/>
        </w:rPr>
        <w:t xml:space="preserve">[19:05] </w:t>
      </w:r>
      <w:r>
        <w:t>yeh thi Allah taala ki ka ki planning.</w:t>
      </w:r>
    </w:p>
    <w:p>
      <w:pPr>
        <w:jc w:val="right"/>
      </w:pPr>
      <w:r>
        <w:t>یہ تھی اللہ تعالیٰ کی کا کی planning۔</w:t>
      </w:r>
    </w:p>
    <w:p>
      <w:r>
        <w:rPr>
          <w:b/>
        </w:rPr>
        <w:t xml:space="preserve">[19:10] </w:t>
      </w:r>
      <w:r>
        <w:t>to Allah taala ki jo wave length thi is muamle mein woh yeh thi ke</w:t>
      </w:r>
    </w:p>
    <w:p>
      <w:pPr>
        <w:jc w:val="right"/>
      </w:pPr>
      <w:r>
        <w:t>تو اللہ تعالیٰ کی جو wave length تھی اس معاملے میں وہ یہ تھی کہ</w:t>
      </w:r>
    </w:p>
    <w:p>
      <w:r>
        <w:rPr>
          <w:b/>
        </w:rPr>
        <w:t xml:space="preserve">[19:19] </w:t>
      </w:r>
      <w:r>
        <w:t>problem ko avail kar ke khoob dawat ka kaam karo. aur un logon ko chhanat chhanat kar nikalo. behtareen afraad ko.</w:t>
      </w:r>
    </w:p>
    <w:p>
      <w:pPr>
        <w:jc w:val="right"/>
      </w:pPr>
      <w:r>
        <w:t>problem کو avail کر کے خوب دعوت کا کام کرو۔ اور ان لوگوں کو چھانٹ چھانٹ کر نکالو۔ بہترین افراد کو۔</w:t>
      </w:r>
    </w:p>
    <w:p>
      <w:r>
        <w:rPr>
          <w:b/>
        </w:rPr>
        <w:t xml:space="preserve">[19:31] </w:t>
      </w:r>
      <w:r>
        <w:t>qat'a taraf karo.</w:t>
      </w:r>
    </w:p>
    <w:p>
      <w:pPr>
        <w:jc w:val="right"/>
      </w:pPr>
      <w:r>
        <w:t>قطع طرف کرو۔</w:t>
      </w:r>
    </w:p>
    <w:p>
      <w:r>
        <w:rPr>
          <w:b/>
        </w:rPr>
        <w:t xml:space="preserve">[19:36] </w:t>
      </w:r>
      <w:r>
        <w:t>best member of the society ko dawat ke zariye chhanat chhanat kar nikalo. phir un se team banegi. aur woh team aik bohat bara kaam karegi.</w:t>
      </w:r>
    </w:p>
    <w:p>
      <w:pPr>
        <w:jc w:val="right"/>
      </w:pPr>
      <w:r>
        <w:t>Best member of the society کو دعوت کے ذریعے چھانٹ چھانٹ کر نکالو۔ پھر ان سے ٹیم بنے گی۔ اور وہ ٹیم ایک بہت بڑا کام کرے گی۔</w:t>
      </w:r>
    </w:p>
    <w:p>
      <w:r>
        <w:rPr>
          <w:b/>
        </w:rPr>
        <w:t xml:space="preserve">[19:46] </w:t>
      </w:r>
      <w:r>
        <w:t>yani aik aise revolution ka aghaz karegi arab se jis ke asraat sari duniya mein pohnchen ge. aur aik naya daur aayega duniya mein.</w:t>
      </w:r>
    </w:p>
    <w:p>
      <w:pPr>
        <w:jc w:val="right"/>
      </w:pPr>
      <w:r>
        <w:t>یعنی ایک ایسے revolution کا آغاز کرے گی عرب سے جس کے اثرات ساری دنیا میں پہنچیں گے۔ اور ایک نیا دور آئے گا دنیا میں۔</w:t>
      </w:r>
    </w:p>
    <w:p>
      <w:r>
        <w:rPr>
          <w:b/>
        </w:rPr>
        <w:t xml:space="preserve">[19:57] </w:t>
      </w:r>
      <w:r>
        <w:t>yani dore shirk ki jagah to dour toheed aaya tha.</w:t>
      </w:r>
    </w:p>
    <w:p>
      <w:pPr>
        <w:jc w:val="right"/>
      </w:pPr>
      <w:r>
        <w:t>یعنی دور شرک کی جگہ تو دور توحید آیا تھا۔</w:t>
      </w:r>
    </w:p>
    <w:p>
      <w:r>
        <w:rPr>
          <w:b/>
        </w:rPr>
        <w:t xml:space="preserve">[20:02] </w:t>
      </w:r>
      <w:r>
        <w:t>yani mukhalif islam dour ki jagah muwafiq islam lana tha Allah taala ko. Lekin is ke liye ek team chahiye thi. Woh team banane ke liye deal linking policy chahiye thi.</w:t>
      </w:r>
    </w:p>
    <w:p>
      <w:pPr>
        <w:jc w:val="right"/>
      </w:pPr>
      <w:r>
        <w:t>یعنی مخالف اسلام دور کی جگہ موافق اسلام لانا تھا اللہ تعالیٰ کو۔ لیکن اس کے لیے ایک ٹیم چاہیے تھی۔ وہ ٹیم بنانے کے لیے deal linking policy چاہیے تھی۔</w:t>
      </w:r>
    </w:p>
    <w:p>
      <w:r>
        <w:rPr>
          <w:b/>
        </w:rPr>
        <w:t xml:space="preserve">[20:16] </w:t>
      </w:r>
      <w:r>
        <w:t>Pehle deal linking policy hogi. Phir afraad milenge. Phir team banegi.</w:t>
      </w:r>
    </w:p>
    <w:p>
      <w:pPr>
        <w:jc w:val="right"/>
      </w:pPr>
      <w:r>
        <w:t>پہلے deal linking policy ہوگی۔ پھر افراد ملیں گے۔ پھر ٹیم بنے گی۔</w:t>
      </w:r>
    </w:p>
    <w:p>
      <w:r>
        <w:rPr>
          <w:b/>
        </w:rPr>
        <w:t xml:space="preserve">[20:22] </w:t>
      </w:r>
      <w:r>
        <w:t>Phir is team ko train kiya jayega. Phir is team ko yani mutahid kiya jayega. Is ke andar shaoor paida kiya jayega.</w:t>
      </w:r>
    </w:p>
    <w:p>
      <w:pPr>
        <w:jc w:val="right"/>
      </w:pPr>
      <w:r>
        <w:t>پھر اس ٹیم کو train کیا جائے گا۔ پھر اس ٹیم کو یعنی متحد کیا جائے گا۔ اس کے اندر شعور پیدا کیا جائے گا۔</w:t>
      </w:r>
    </w:p>
    <w:p>
      <w:r>
        <w:rPr>
          <w:b/>
        </w:rPr>
        <w:t xml:space="preserve">[20:33] </w:t>
      </w:r>
      <w:r>
        <w:t>Aur woh ek zabardast jahad karegi. Jis ke asraat sari tareekh mein pahunchenge.</w:t>
      </w:r>
    </w:p>
    <w:p>
      <w:pPr>
        <w:jc w:val="right"/>
      </w:pPr>
      <w:r>
        <w:t>اور وہ ایک زبردست جدوجہد کرے گی۔ جس کے اثرات ساری تاریخ میں پہنچیں گے۔</w:t>
      </w:r>
    </w:p>
    <w:p>
      <w:r>
        <w:rPr>
          <w:b/>
        </w:rPr>
        <w:t xml:space="preserve">[20:42] </w:t>
      </w:r>
      <w:r>
        <w:t>Yeh thi Allah, yeh thi khaliq ki wave length. To Rasool Allah ki wave length wahi ho gayi jo khaliq ki wave length thi.</w:t>
      </w:r>
    </w:p>
    <w:p>
      <w:pPr>
        <w:jc w:val="right"/>
      </w:pPr>
      <w:r>
        <w:t>یہ تھی اللہ، یہ تھی خالق کی wave length۔ تو رسول اللہ کی wave length وہی ہو گئی جو خالق کی wave length تھی۔</w:t>
      </w:r>
    </w:p>
    <w:p>
      <w:r>
        <w:rPr>
          <w:b/>
        </w:rPr>
        <w:t xml:space="preserve">[20:54] </w:t>
      </w:r>
      <w:r>
        <w:t>Rasool Allah ki wave length wahi ho gayi jo khaliq ki wave length thi. Tab yeh mumkin hua. Maujooda zamane mein kya hai?</w:t>
      </w:r>
    </w:p>
    <w:p>
      <w:pPr>
        <w:jc w:val="right"/>
      </w:pPr>
      <w:r>
        <w:t>رسول اللہ کی wave length وہی ہو گئی جو خالق کی wave length تھی۔ تب یہ ممکن ہوا۔ موجودہ زمانے میں کیا ہے؟</w:t>
      </w:r>
    </w:p>
    <w:p>
      <w:r>
        <w:rPr>
          <w:b/>
        </w:rPr>
        <w:t xml:space="preserve">[21:02] </w:t>
      </w:r>
      <w:r>
        <w:t>Musalman jante hain nahi ke khaliq ki wave length kya hai. Bas shor o ghul, protest, hangama, ihtijaj, yahan tak ke suicide bombing, yeh sab cheezein kya hain?</w:t>
      </w:r>
    </w:p>
    <w:p>
      <w:pPr>
        <w:jc w:val="right"/>
      </w:pPr>
      <w:r>
        <w:t>مسلمان جانتے ہیں نہیں کہ خالق کی wave length کیا ہے۔ بس شور و غل، protest، ہنگامہ، احتجاج، یہاں تک کہ suicide bombing، یہ سب چیزیں کیا ہیں؟</w:t>
      </w:r>
    </w:p>
    <w:p>
      <w:r>
        <w:rPr>
          <w:b/>
        </w:rPr>
        <w:t xml:space="preserve">[21:17] </w:t>
      </w:r>
      <w:r>
        <w:t>Khudaai wave length se bekhabri ka result hain.</w:t>
      </w:r>
    </w:p>
    <w:p>
      <w:pPr>
        <w:jc w:val="right"/>
      </w:pPr>
      <w:r>
        <w:t>خدائی wave length سے بے خبری کا result ہیں۔</w:t>
      </w:r>
    </w:p>
    <w:p>
      <w:r>
        <w:rPr>
          <w:b/>
        </w:rPr>
        <w:t xml:space="preserve">[21:24] </w:t>
      </w:r>
      <w:r>
        <w:t>Aaj bhi yahi tareekh dohrai jati hai. Aaj bhi bar bar aise occasion aate hain. Aise mawaqe paida hote hain. Jahan do qism ki cheezein hoti hain.</w:t>
      </w:r>
    </w:p>
    <w:p>
      <w:pPr>
        <w:jc w:val="right"/>
      </w:pPr>
      <w:r>
        <w:t>آج بھی یہی تاریخ دہرائی جاتی ہے۔ آج بھی بار بار ایسے occasion آتے ہیں۔ ایسے مواقع پیدا ہوتے ہیں۔ جہاں دو قسم کی چیزیں ہوتی ہیں۔</w:t>
      </w:r>
    </w:p>
    <w:p>
      <w:r>
        <w:rPr>
          <w:b/>
        </w:rPr>
        <w:t xml:space="preserve">[21:37] </w:t>
      </w:r>
      <w:r>
        <w:t>yani</w:t>
      </w:r>
    </w:p>
    <w:p>
      <w:pPr>
        <w:jc w:val="right"/>
      </w:pPr>
      <w:r>
        <w:t>یعنی</w:t>
      </w:r>
    </w:p>
    <w:p>
      <w:r>
        <w:rPr>
          <w:b/>
        </w:rPr>
        <w:t xml:space="preserve">[21:41] </w:t>
      </w:r>
      <w:r>
        <w:t>problem bhi rehta hai lekin sath sath opportunity bhi hoti hai. To wahan deal linking policy ikhtiyar karni padegi.</w:t>
      </w:r>
    </w:p>
    <w:p>
      <w:pPr>
        <w:jc w:val="right"/>
      </w:pPr>
      <w:r>
        <w:t>problem بھی رہتا ہے لیکن ساتھ ساتھ opportunity بھی ہوتی ہے۔ تو وہاں deal linking policy اختیار کرنی پڑے گی۔</w:t>
      </w:r>
    </w:p>
    <w:p>
      <w:r>
        <w:rPr>
          <w:b/>
        </w:rPr>
        <w:t xml:space="preserve">[21:49] </w:t>
      </w:r>
      <w:r>
        <w:t>Is ki wajah hai ke insan ne Allah taala ne insan ko aazad banaya hai. Azadi di hai. Total freedom. To total freedom ki wajah se woh freedom ko misuse bhi karta hai.</w:t>
      </w:r>
    </w:p>
    <w:p>
      <w:pPr>
        <w:jc w:val="right"/>
      </w:pPr>
      <w:r>
        <w:t>اس کی وجہ ہے کہ انسان نے اللہ تعالیٰ نے انسان کو آزاد بنایا ہے۔ آزادی دی ہے۔ Total freedom۔ تو total freedom کی وجہ سے وہ freedom کو misuse بھی کرتا ہے۔</w:t>
      </w:r>
    </w:p>
    <w:p>
      <w:r>
        <w:rPr>
          <w:b/>
        </w:rPr>
        <w:t xml:space="preserve">[22:02] </w:t>
      </w:r>
      <w:r>
        <w:t>Jab misuse karega to problem paida honge. To Allah ki wave length ke mutabiq insan ki wave length ho.</w:t>
      </w:r>
    </w:p>
    <w:p>
      <w:pPr>
        <w:jc w:val="right"/>
      </w:pPr>
      <w:r>
        <w:t>جب misuse کرے گا تو problem پیدا ہوں گے۔ تو اللہ کی wave length کے مطابق انسان کی wave length ہو۔</w:t>
      </w:r>
    </w:p>
    <w:p>
      <w:r>
        <w:rPr>
          <w:b/>
        </w:rPr>
        <w:t xml:space="preserve">[22:13] </w:t>
      </w:r>
      <w:r>
        <w:t>Tab is ki planning kya hogi?</w:t>
      </w:r>
    </w:p>
    <w:p>
      <w:pPr>
        <w:jc w:val="right"/>
      </w:pPr>
      <w:r>
        <w:t>تب اس کی planning کیا ہوگی؟</w:t>
      </w:r>
    </w:p>
    <w:p>
      <w:r>
        <w:rPr>
          <w:b/>
        </w:rPr>
        <w:t xml:space="preserve">[22:16] </w:t>
      </w:r>
      <w:r>
        <w:t>Is ki planning yeh hogi ke insani azadi ko maintain karte hue problem ko ignore karte hue mawaqe ko avail karo.</w:t>
      </w:r>
    </w:p>
    <w:p>
      <w:pPr>
        <w:jc w:val="right"/>
      </w:pPr>
      <w:r>
        <w:t>اس کی planning یہ ہوگی کہ انسانی آزادی کو maintain کرتے ہوئے problem کو ignore کرتے ہوئے مواقع کو avail کرو۔</w:t>
      </w:r>
    </w:p>
    <w:p>
      <w:r>
        <w:rPr>
          <w:b/>
        </w:rPr>
        <w:t xml:space="preserve">[22:30] </w:t>
      </w:r>
      <w:r>
        <w:t>Yani insan ki azadi ke barabar problem bhi rahenge.</w:t>
      </w:r>
    </w:p>
    <w:p>
      <w:pPr>
        <w:jc w:val="right"/>
      </w:pPr>
      <w:r>
        <w:t>یعنی انسان کی آزادی کے برابر problem بھی رہیں گے۔</w:t>
      </w:r>
    </w:p>
    <w:p>
      <w:r>
        <w:rPr>
          <w:b/>
        </w:rPr>
        <w:t xml:space="preserve">[22:35] </w:t>
      </w:r>
      <w:r>
        <w:t>Lekin sath sath duniya mein mawaqe bhi rahenge. Kyun ke mawaqe Allah taala ki taraf se paida hote hain.</w:t>
      </w:r>
    </w:p>
    <w:p>
      <w:pPr>
        <w:jc w:val="right"/>
      </w:pPr>
      <w:r>
        <w:t>لیکن ساتھ ساتھ دنیا میں مواقع بھی رہیں گے۔ کیونکہ مواقع اللہ تعالیٰ کی طرف سے پیدا ہوتے ہیں۔</w:t>
      </w:r>
    </w:p>
    <w:p>
      <w:r>
        <w:rPr>
          <w:b/>
        </w:rPr>
        <w:t xml:space="preserve">[22:47] </w:t>
      </w:r>
      <w:r>
        <w:t>To insan kitna hi misuse kare apni azadi ko lekin woh Allah ke naqshe ko khatam nahi kar sakta.</w:t>
      </w:r>
    </w:p>
    <w:p>
      <w:pPr>
        <w:jc w:val="right"/>
      </w:pPr>
      <w:r>
        <w:t>تو انسان کتنا ہی misuse کرے اپنی آزادی کو لیکن وہ اللہ کے نقشے کو ختم نہیں کر سکتا۔</w:t>
      </w:r>
    </w:p>
    <w:p>
      <w:r>
        <w:rPr>
          <w:b/>
        </w:rPr>
        <w:t xml:space="preserve">[22:56] </w:t>
      </w:r>
      <w:r>
        <w:t>Woh phir bhi baqi rehta hai. Woh</w:t>
      </w:r>
    </w:p>
    <w:p>
      <w:pPr>
        <w:jc w:val="right"/>
      </w:pPr>
      <w:r>
        <w:t>وہ پھر بھی باقی رہتا ہے۔ وہ</w:t>
      </w:r>
    </w:p>
    <w:p>
      <w:r>
        <w:rPr>
          <w:b/>
        </w:rPr>
        <w:t xml:space="preserve">[22:59] </w:t>
      </w:r>
      <w:r>
        <w:t>Phir bhi baqi rehta hai. Isi liye ke insan pollute kar ke fiza mein aaloodgi karta hai lekin suraj to phir bhi chamakta hai. Insan ka koi pollution suraj ki roshni ko khatam nahi kar sakta.</w:t>
      </w:r>
    </w:p>
    <w:p>
      <w:pPr>
        <w:jc w:val="right"/>
      </w:pPr>
      <w:r>
        <w:t>پھر بھی باقی رہتا ہے۔ اسی لیے کہ انسان pollute کر کے فضا میں آلودگی کرتا ہے لیکن سورج تو پھر بھی چمکتا ہے۔ انسان کا کوئی pollution سورج کی روشنی کو ختم نہیں کر سکتا۔</w:t>
      </w:r>
    </w:p>
    <w:p>
      <w:r>
        <w:rPr>
          <w:b/>
        </w:rPr>
        <w:t xml:space="preserve">[23:14] </w:t>
      </w:r>
      <w:r>
        <w:t>Woh phir bhi rehta hai. To hamein chahiye ke hum is ko daryaft, is ko discover karein ke insan ka pollution chahe kitni bhi badh jaye phir bhi opportunity baqi rahegi.</w:t>
      </w:r>
    </w:p>
    <w:p>
      <w:pPr>
        <w:jc w:val="right"/>
      </w:pPr>
      <w:r>
        <w:t>وہ پھر بھی رہتا ہے۔ تو ہمیں چاہیے کہ ہم اس کو دریافت، اس کو discover کریں کہ انسان کا pollution چاہے کتنی بھی بڑھ جائے پھر بھی opportunity باقی رہے گی۔</w:t>
      </w:r>
    </w:p>
    <w:p>
      <w:r>
        <w:rPr>
          <w:b/>
        </w:rPr>
        <w:t xml:space="preserve">[23:30] </w:t>
      </w:r>
      <w:r>
        <w:t>To insan ki azadi ko avail kar, insan ki azadi ko ignore karte hue, insan ki azadi ko maintain karte hue hum opportunity ko daryaft karein aur is ko avail karein.</w:t>
      </w:r>
    </w:p>
    <w:p>
      <w:pPr>
        <w:jc w:val="right"/>
      </w:pPr>
      <w:r>
        <w:t>تو انسان کی آزادی کو avail کر، انسان کی آزادی کو ignore کرتے ہوئے، انسان کی آزادی کو maintain کرتے ہوئے ہم opportunity کو دریافت کریں اور اس کو avail کریں۔</w:t>
      </w:r>
    </w:p>
    <w:p>
      <w:r>
        <w:rPr>
          <w:b/>
        </w:rPr>
        <w:t xml:space="preserve">[23:47] </w:t>
      </w:r>
      <w:r>
        <w:t>Yeh hai Allah taala ki wave length. To Rasool Allah sal Allahu alaihi wasallam ne aur sahaba ne is wave length par kaam kiya. Khud bhi isi tarah sochne lage woh.</w:t>
      </w:r>
    </w:p>
    <w:p>
      <w:pPr>
        <w:jc w:val="right"/>
      </w:pPr>
      <w:r>
        <w:t>یہ ہے اللہ تعالیٰ کی wave length۔ تو رسول اللہ صلی اللہ علیہ وسلم نے اور صحابہ نے اس wave length پر کام کیا۔ خود بھی اسی طرح سوچنے لگے وہ۔</w:t>
      </w:r>
    </w:p>
    <w:p>
      <w:r>
        <w:rPr>
          <w:b/>
        </w:rPr>
        <w:t xml:space="preserve">[24:00] </w:t>
      </w:r>
      <w:r>
        <w:t>Tab itna bada inqalab aaya duniya mein. Jis ko ke ek France ke ek historian ne is ke bare mein likha hai ke "Islam changed the face of the globe.</w:t>
      </w:r>
    </w:p>
    <w:p>
      <w:pPr>
        <w:jc w:val="right"/>
      </w:pPr>
      <w:r>
        <w:t>تب اتنا بڑا انقلاب آیا دنیا میں۔ جس کو کہ ایک فرانس کے ایک historian نے اس کے بارے میں لکھا ہے کہ "Islam changed the face of the globe.</w:t>
      </w:r>
    </w:p>
    <w:p>
      <w:r>
        <w:rPr>
          <w:b/>
        </w:rPr>
        <w:t xml:space="preserve">[24:19] </w:t>
      </w:r>
      <w:r>
        <w:t>The traditional order of history was overthrown." ek naya daur aaya.</w:t>
      </w:r>
    </w:p>
    <w:p>
      <w:pPr>
        <w:jc w:val="right"/>
      </w:pPr>
      <w:r>
        <w:t>The traditional order of history was overthrown." ایک نیا دور آیا۔</w:t>
      </w:r>
    </w:p>
    <w:p>
      <w:r>
        <w:rPr>
          <w:b/>
        </w:rPr>
        <w:t xml:space="preserve">[24:30] </w:t>
      </w:r>
      <w:r>
        <w:t>isi daur ka culmination hai modern civilization. Modern civilization koi yaani anti-Islam civilization nahi hai.</w:t>
      </w:r>
    </w:p>
    <w:p>
      <w:pPr>
        <w:jc w:val="right"/>
      </w:pPr>
      <w:r>
        <w:t>اسی دور کا culmination ہے modern civilization۔ Modern civilization کوئی یعنی anti-Islam civilization نہیں ہے۔</w:t>
      </w:r>
    </w:p>
    <w:p>
      <w:r>
        <w:rPr>
          <w:b/>
        </w:rPr>
        <w:t xml:space="preserve">[24:43] </w:t>
      </w:r>
      <w:r>
        <w:t>woh pro-Islam civilization hai. is ki wajah se hum ko azaadi mili. is ki wajah se hum ko openness mila. is ki wajah se hum ko printing press mila.</w:t>
      </w:r>
    </w:p>
    <w:p>
      <w:pPr>
        <w:jc w:val="right"/>
      </w:pPr>
      <w:r>
        <w:t>وہ pro-Islam civilization ہے۔ اس کی وجہ سے ہم کو آزادی ملی۔ اس کی وجہ سے ہم کو openness ملا۔ اس کی وجہ سے ہم کو printing press ملا۔</w:t>
      </w:r>
    </w:p>
    <w:p>
      <w:r>
        <w:rPr>
          <w:b/>
        </w:rPr>
        <w:t xml:space="preserve">[24:54] </w:t>
      </w:r>
      <w:r>
        <w:t>communication mila.</w:t>
      </w:r>
    </w:p>
    <w:p>
      <w:pPr>
        <w:jc w:val="right"/>
      </w:pPr>
      <w:r>
        <w:t>Communication ملا۔</w:t>
      </w:r>
    </w:p>
    <w:p>
      <w:r>
        <w:rPr>
          <w:b/>
        </w:rPr>
        <w:t xml:space="preserve">[24:58] </w:t>
      </w:r>
      <w:r>
        <w:t>yaani modern civilization ki wajah se hamein yaani opportunity exposure hua. har baar opportunity ke us ko avail karo.</w:t>
      </w:r>
    </w:p>
    <w:p>
      <w:pPr>
        <w:jc w:val="right"/>
      </w:pPr>
      <w:r>
        <w:t>یعنی modern civilization کی وجہ سے ہمیں یعنی opportunity exposure ہوا۔ ہر بار opportunity کہ اس کو avail کرو۔</w:t>
      </w:r>
    </w:p>
    <w:p>
      <w:r>
        <w:rPr>
          <w:b/>
        </w:rPr>
        <w:t xml:space="preserve">[25:09] </w:t>
      </w:r>
      <w:r>
        <w:t>sirf tashaddud mat karo. violence mat karo. toh yeh daur opportunity exposure ka daur hai. yeh sab modern civilization se aaya hai.</w:t>
      </w:r>
    </w:p>
    <w:p>
      <w:pPr>
        <w:jc w:val="right"/>
      </w:pPr>
      <w:r>
        <w:t>صرف تشدد مت کرو۔ violence مت کرو۔ تو یہ دور opportunity exposure کا دور ہے۔ یہ سب modern civilization سے آیا ہے۔</w:t>
      </w:r>
    </w:p>
    <w:p>
      <w:r>
        <w:rPr>
          <w:b/>
        </w:rPr>
        <w:t xml:space="preserve">[25:21] </w:t>
      </w:r>
      <w:r>
        <w:t>jaise main yahan bol raha hoon aur duniya mein kahin bhi sun sakta hai koi aadmi. toh yeh kahan se aaya?</w:t>
      </w:r>
    </w:p>
    <w:p>
      <w:pPr>
        <w:jc w:val="right"/>
      </w:pPr>
      <w:r>
        <w:t>جیسے میں یہاں بول رہا ہوں اور دنیا میں کہیں بھی سن سکتا ہے کوئی آدمی۔ تو یہ کہاں سے آیا؟</w:t>
      </w:r>
    </w:p>
    <w:p>
      <w:r>
        <w:rPr>
          <w:b/>
        </w:rPr>
        <w:t xml:space="preserve">[25:27] </w:t>
      </w:r>
      <w:r>
        <w:t>Modern civilization se aaya. ke aadmi ek jagah bole aur saari duniya ko suna jaaye. yeh modern civilization</w:t>
      </w:r>
    </w:p>
    <w:p>
      <w:pPr>
        <w:jc w:val="right"/>
      </w:pPr>
      <w:r>
        <w:t>Modern civilization سے آیا۔ کہ آدمی ایک جگہ بولے اور ساری دنیا کو سنا جائے۔ یہ modern civilization</w:t>
      </w:r>
    </w:p>
    <w:p>
      <w:r>
        <w:rPr>
          <w:b/>
        </w:rPr>
        <w:t xml:space="preserve">[25:38] </w:t>
      </w:r>
      <w:r>
        <w:t>ki din hai.</w:t>
      </w:r>
    </w:p>
    <w:p>
      <w:pPr>
        <w:jc w:val="right"/>
      </w:pPr>
      <w:r>
        <w:t>کی دین ہے۔</w:t>
      </w:r>
    </w:p>
    <w:p>
      <w:r>
        <w:rPr>
          <w:b/>
        </w:rPr>
        <w:t xml:space="preserve">[25:42] </w:t>
      </w:r>
      <w:r>
        <w:t>toh yeh daur jo aaya hai yeh daur shuru karna tha Allah taala ko. is ke liye team banana tha. aur team work karna tha.</w:t>
      </w:r>
    </w:p>
    <w:p>
      <w:pPr>
        <w:jc w:val="right"/>
      </w:pPr>
      <w:r>
        <w:t>تو یہ دور جو آیا ہے یہ دور شروع کرنا تھا اللہ تعالیٰ کو۔ اس کے لیے ٹیم بنانا تھا۔ اور ٹیم work کرنا تھا۔</w:t>
      </w:r>
    </w:p>
    <w:p>
      <w:r>
        <w:rPr>
          <w:b/>
        </w:rPr>
        <w:t xml:space="preserve">[25:52] </w:t>
      </w:r>
      <w:r>
        <w:t>is ke liye bohat hi planning ke saath struggle karna tha.</w:t>
      </w:r>
    </w:p>
    <w:p>
      <w:pPr>
        <w:jc w:val="right"/>
      </w:pPr>
      <w:r>
        <w:t>اس کے لیے بہت ہی planning کے ساتھ struggle کرنا تھا۔</w:t>
      </w:r>
    </w:p>
    <w:p>
      <w:r>
        <w:rPr>
          <w:b/>
        </w:rPr>
        <w:t xml:space="preserve">[25:57] </w:t>
      </w:r>
      <w:r>
        <w:t>woh sab is ke liye kuch cheezon ko hamein ignore karna tha. kuch logon ko hamein nazar andaaz karna tha.</w:t>
      </w:r>
    </w:p>
    <w:p>
      <w:pPr>
        <w:jc w:val="right"/>
      </w:pPr>
      <w:r>
        <w:t>وہ سب اس کے لیے کچھ چیزوں کو ہمیں ignore کرنا تھا۔ کچھ لوگوں کو ہمیں نظر انداز کرنا تھا۔</w:t>
      </w:r>
    </w:p>
    <w:p>
      <w:r>
        <w:rPr>
          <w:b/>
        </w:rPr>
        <w:t xml:space="preserve">[26:06] </w:t>
      </w:r>
      <w:r>
        <w:t>yeh thi Allah taala ki wave length. isi wave length par jab insaan jiye ga tab woh bara kaam kar paaye ga.</w:t>
      </w:r>
    </w:p>
    <w:p>
      <w:pPr>
        <w:jc w:val="right"/>
      </w:pPr>
      <w:r>
        <w:t>یہ تھی اللہ تعالیٰ کی wave length۔ اسی wave length پر جب انسان جیئے گا تب وہ بڑا کام کر پائے گا۔</w:t>
      </w:r>
    </w:p>
    <w:p>
      <w:r>
        <w:rPr>
          <w:b/>
        </w:rPr>
        <w:t xml:space="preserve">[26:18] </w:t>
      </w:r>
      <w:r>
        <w:t>warna bara kaam nahi kar sakta.</w:t>
      </w:r>
    </w:p>
    <w:p>
      <w:pPr>
        <w:jc w:val="right"/>
      </w:pPr>
      <w:r>
        <w:t>ورنہ بڑا کام نہیں کر سکتا۔</w:t>
      </w:r>
    </w:p>
    <w:p>
      <w:r>
        <w:rPr>
          <w:b/>
        </w:rPr>
        <w:t xml:space="preserve">[26:24] </w:t>
      </w:r>
      <w:r>
        <w:t>maujooda zamane mein musalman har jagah shikayat ki boli bolte hain. har jagah shikayat ki boli.</w:t>
      </w:r>
    </w:p>
    <w:p>
      <w:pPr>
        <w:jc w:val="right"/>
      </w:pPr>
      <w:r>
        <w:t>موجودہ زمانے میں مسلمان ہر جگہ شکایت کی بولی بولتے ہیں۔ ہر جگہ شکایت کی بولی۔</w:t>
      </w:r>
    </w:p>
    <w:p>
      <w:r>
        <w:rPr>
          <w:b/>
        </w:rPr>
        <w:t xml:space="preserve">[26:35] </w:t>
      </w:r>
      <w:r>
        <w:t>ke hum ko hamari khilaaf saazi ki ja rahi hai. hum ko boycott bana diya gaya hai. hum ko secret class season bana diya gaya hai duniya mein.</w:t>
      </w:r>
    </w:p>
    <w:p>
      <w:pPr>
        <w:jc w:val="right"/>
      </w:pPr>
      <w:r>
        <w:t>کہ ہم کو ہماری خلاف سازی کی جا رہی ہے۔ ہم کو بائیکاٹ بنا دیا گیا ہے۔ ہم کو سیکرٹ کلاس سیزن بنا دیا گیا ہے دنیا میں۔</w:t>
      </w:r>
    </w:p>
    <w:p>
      <w:r>
        <w:rPr>
          <w:b/>
        </w:rPr>
        <w:t xml:space="preserve">[26:50] </w:t>
      </w:r>
      <w:r>
        <w:t>hamare khilaaf yeh ho raha hai, hamare khilaaf woh ho raha hai. yeh sab kyun hai</w:t>
      </w:r>
    </w:p>
    <w:p>
      <w:pPr>
        <w:jc w:val="right"/>
      </w:pPr>
      <w:r>
        <w:t>ہمارے خلاف یہ ہو رہا ہے، ہمارے خلاف وہ ہو رہا ہے۔ یہ سب کیوں ہے</w:t>
      </w:r>
    </w:p>
    <w:p>
      <w:r>
        <w:rPr>
          <w:b/>
        </w:rPr>
        <w:t xml:space="preserve">[26:53] </w:t>
      </w:r>
      <w:r>
        <w:t>? yeh isi liye hua hai ke muslim leaderon ne creator ki wave length kya hai us ke mutabiq apni wave length ko banaya nahi.</w:t>
      </w:r>
    </w:p>
    <w:p>
      <w:pPr>
        <w:jc w:val="right"/>
      </w:pPr>
      <w:r>
        <w:t>؟ یہ اسی لیے ہوا ہے کہ مسلم لیڈروں نے creator کی wave length کیا ہے اس کے مطابق اپنی wave length کو بنایا نہیں۔</w:t>
      </w:r>
    </w:p>
    <w:p>
      <w:r>
        <w:rPr>
          <w:b/>
        </w:rPr>
        <w:t xml:space="preserve">[27:05] </w:t>
      </w:r>
      <w:r>
        <w:t>creator ka shakla kya hai us ke mutabiq apne shakla ko banaya nahi. shakla ke maani hote hain mindset. shakla ka matlab hota hai mindset.</w:t>
      </w:r>
    </w:p>
    <w:p>
      <w:pPr>
        <w:jc w:val="right"/>
      </w:pPr>
      <w:r>
        <w:t>creator کا شاکلہ کیا ہے اس کے مطابق اپنے شاکلہ کو بنایا نہیں۔ شاکلہ کے معنی ہوتے ہیں mindset۔ شاکلہ کا مطلب ہوتا ہے mindset۔</w:t>
      </w:r>
    </w:p>
    <w:p>
      <w:r>
        <w:rPr>
          <w:b/>
        </w:rPr>
        <w:t xml:space="preserve">[27:16] </w:t>
      </w:r>
      <w:r>
        <w:t>Qul kullun yawa lau alaa shakilatihi wa rabbukum aalam biman huwa aadi</w:t>
      </w:r>
    </w:p>
    <w:p>
      <w:pPr>
        <w:jc w:val="right"/>
      </w:pPr>
      <w:r>
        <w:t>قُلْ كُلُّنِّ يَا وَلَوْءَ عَلَى شَاكِلَتِهِ وَرَبَّكُمْ عَلَمُوا بِمَنَ هُوَ أَعْد</w:t>
      </w:r>
    </w:p>
    <w:p>
      <w:r>
        <w:rPr>
          <w:b/>
        </w:rPr>
        <w:t xml:space="preserve">[27:20] </w:t>
      </w:r>
      <w:r>
        <w:t>sa sabeela toh jo creator ka shakla hai wohi shakla hamein banana hai. tab dono ka wave length ek ho jayega.</w:t>
      </w:r>
    </w:p>
    <w:p>
      <w:pPr>
        <w:jc w:val="right"/>
      </w:pPr>
      <w:r>
        <w:t>َى سُبِيلًا تو جو creator کا شاکلہ ہے وہی شاکلہ ہمیں بنانا ہے۔ تب دونوں کا wave length ایک ہو جائے گا۔</w:t>
      </w:r>
    </w:p>
    <w:p>
      <w:r>
        <w:rPr>
          <w:b/>
        </w:rPr>
        <w:t xml:space="preserve">[27:29] </w:t>
      </w:r>
      <w:r>
        <w:t>tab hamari planning sahi planning hogi. warna planning galat ho jayegi. jab planning galat hogi toh result kahan se niklega?</w:t>
      </w:r>
    </w:p>
    <w:p>
      <w:pPr>
        <w:jc w:val="right"/>
      </w:pPr>
      <w:r>
        <w:t>تب ہماری planning صحیح planning ہوگی۔ ورنہ planning غلط ہو جائے گی۔ جب planning غلط ہو گی تو result کہاں سے نکلے گا؟</w:t>
      </w:r>
    </w:p>
    <w:p>
      <w:r>
        <w:rPr>
          <w:b/>
        </w:rPr>
        <w:t xml:space="preserve">[27:43] </w:t>
      </w:r>
      <w:r>
        <w:t>toh Quran mein aur hadith mein yeh yeh wisdom batai gayi hai. maujood hai wisdom.</w:t>
      </w:r>
    </w:p>
    <w:p>
      <w:pPr>
        <w:jc w:val="right"/>
      </w:pPr>
      <w:r>
        <w:t>تو قرآن میں اور حدیث میں یہ یہ wisdom بتائی گئی ہے۔ موجود ہے wisdom۔</w:t>
      </w:r>
    </w:p>
    <w:p>
      <w:r>
        <w:rPr>
          <w:b/>
        </w:rPr>
        <w:t xml:space="preserve">[27:53] </w:t>
      </w:r>
      <w:r>
        <w:t>yeh jo maine arz kiya yahi zindagi ki wisdom hai. zindagi hikmat hai.</w:t>
      </w:r>
    </w:p>
    <w:p>
      <w:pPr>
        <w:jc w:val="right"/>
      </w:pPr>
      <w:r>
        <w:t>یہ جو میں نے عرض کیا یہی زندگی کی wisdom ہے۔ زندگی حکمت ہے۔</w:t>
      </w:r>
    </w:p>
    <w:p>
      <w:r>
        <w:rPr>
          <w:b/>
        </w:rPr>
        <w:t xml:space="preserve">[28:02] </w:t>
      </w:r>
      <w:r>
        <w:t>lekin is zamane ke musalman</w:t>
      </w:r>
    </w:p>
    <w:p>
      <w:pPr>
        <w:jc w:val="right"/>
      </w:pPr>
      <w:r>
        <w:t>لیکن اس زمانے کے مسلمان</w:t>
      </w:r>
    </w:p>
    <w:p>
      <w:r>
        <w:rPr>
          <w:b/>
        </w:rPr>
        <w:t xml:space="preserve">[28:07] </w:t>
      </w:r>
      <w:r>
        <w:t>is wisdom se be khabar hain. Hadees mein aata hai ke ek daur aayega jab ke musalmanon ki aqlein chhin jayengi un se.</w:t>
      </w:r>
    </w:p>
    <w:p>
      <w:pPr>
        <w:jc w:val="right"/>
      </w:pPr>
      <w:r>
        <w:t>اس wisdom سے بے خبر ہیں۔ حدیث میں آتا ہے کہ ایک دور آئے گا جب کہ مسلمانوں کی عقلیں چھن جائیں گی ان سے۔</w:t>
      </w:r>
    </w:p>
    <w:p>
      <w:r>
        <w:rPr>
          <w:b/>
        </w:rPr>
        <w:t xml:space="preserve">[28:15] </w:t>
      </w:r>
      <w:r>
        <w:t>tunza' annhum wa qooluhum tunza' annhum wa qooluhum</w:t>
      </w:r>
    </w:p>
    <w:p>
      <w:pPr>
        <w:jc w:val="right"/>
      </w:pPr>
      <w:r>
        <w:t>تُنْظَعُ عَنْهُمْ وَقُولُهُمْ تُنْظَعُ عَنْهُمْ وَقُولُهُمْ</w:t>
      </w:r>
    </w:p>
    <w:p>
      <w:r>
        <w:rPr>
          <w:b/>
        </w:rPr>
        <w:t xml:space="preserve">[28:23] </w:t>
      </w:r>
      <w:r>
        <w:t>ek zamana aayega jab ke musalmanon se un ki aqlein chhin jayengi. Agar chhanne ka matlab kya hai? Yeh matlab hai ke sar mein brain nahi rahega.</w:t>
      </w:r>
    </w:p>
    <w:p>
      <w:pPr>
        <w:jc w:val="right"/>
      </w:pPr>
      <w:r>
        <w:t>ایک زمانہ آئے گا جب کہ مسلمانوں سے ان کی عقلیں چھن جائیں گی۔ اگر چھننے کا مطلب کیا ہے؟ یہ مطلب ہے کہ سر میں brain نہیں رہے گا۔</w:t>
      </w:r>
    </w:p>
    <w:p>
      <w:r>
        <w:rPr>
          <w:b/>
        </w:rPr>
        <w:t xml:space="preserve">[28:34] </w:t>
      </w:r>
      <w:r>
        <w:t>un ke sar par mind nahi hoga. Yeh matlab nahi hai.</w:t>
      </w:r>
    </w:p>
    <w:p>
      <w:pPr>
        <w:jc w:val="right"/>
      </w:pPr>
      <w:r>
        <w:t>ان کے سر پر mind نہیں ہو گا۔ یہ مطلب نہیں ہے۔</w:t>
      </w:r>
    </w:p>
    <w:p>
      <w:r>
        <w:rPr>
          <w:b/>
        </w:rPr>
        <w:t xml:space="preserve">[28:40] </w:t>
      </w:r>
      <w:r>
        <w:t>woh aisa un ke andar un ka mindset badal jayega. Un ka wave length woh na rahega jo wave length khaliq ka wave leng</w:t>
      </w:r>
    </w:p>
    <w:p>
      <w:pPr>
        <w:jc w:val="right"/>
      </w:pPr>
      <w:r>
        <w:t>وہ ایسا ان کے اندر ان کا mindset بدل جائے گا۔ ان کا wave length وہ نہ رہے گا جو wave length خالق کا wave leng</w:t>
      </w:r>
    </w:p>
    <w:p>
      <w:r>
        <w:rPr>
          <w:b/>
        </w:rPr>
        <w:t xml:space="preserve">[28:51] </w:t>
      </w:r>
      <w:r>
        <w:t>th hai. Yeh matlab hai. Toh un ki sarkardmiyan galat ho jayengi. Un ki planning galat ho jayegi. Un ke target galat ho jayenge.</w:t>
      </w:r>
    </w:p>
    <w:p>
      <w:pPr>
        <w:jc w:val="right"/>
      </w:pPr>
      <w:r>
        <w:t>th ہے۔ یہ مطلب ہے۔ تو ان کی سرکردمیاں غلط ہو جائیں گی۔ ان کی planning غلط ہو جائے گی۔ ان کے target غلط ہو جائیں گے۔</w:t>
      </w:r>
    </w:p>
    <w:p>
      <w:r>
        <w:rPr>
          <w:b/>
        </w:rPr>
        <w:t xml:space="preserve">[29:01] </w:t>
      </w:r>
      <w:r>
        <w:t>tunza' annhum wa qooluhum ke ma'ni hain ke un ke sar se brain nikal liya jayega aur sirf khopdi baqi rahegi. Yeh matlab nahi hai.</w:t>
      </w:r>
    </w:p>
    <w:p>
      <w:pPr>
        <w:jc w:val="right"/>
      </w:pPr>
      <w:r>
        <w:t>تُنْظَعُ عَنْهُمْ وَقُولُهُمْ کے معنی ہیں کہ ان کے سر سے brain نکال لیا جائے گا اور صرف کھوپڑی باقی رہے گی۔ یہ مطلب نہیں ہے۔</w:t>
      </w:r>
    </w:p>
    <w:p>
      <w:r>
        <w:rPr>
          <w:b/>
        </w:rPr>
        <w:t xml:space="preserve">[29:11] </w:t>
      </w:r>
      <w:r>
        <w:t>brain rahega lekin un ka mindset badal jayega. Woh mindset nahi rahega jo mindset khaliq ka mindset hai.</w:t>
      </w:r>
    </w:p>
    <w:p>
      <w:pPr>
        <w:jc w:val="right"/>
      </w:pPr>
      <w:r>
        <w:t>brain رہے گا لیکن ان کا mindset بدل جائے گا۔ وہ mindset نہیں رہے گا جو mindset خالق کا mindset ہے۔</w:t>
      </w:r>
    </w:p>
    <w:p>
      <w:r>
        <w:rPr>
          <w:b/>
        </w:rPr>
        <w:t xml:space="preserve">[29:23] </w:t>
      </w:r>
      <w:r>
        <w:t>toh woh yahi hai ke khaliq ka jo mindset jo wave length hai us wave length par sochna nahi soch sakenge Muslim leader.</w:t>
      </w:r>
    </w:p>
    <w:p>
      <w:pPr>
        <w:jc w:val="right"/>
      </w:pPr>
      <w:r>
        <w:t>تو وہ یہی ہے کہ خالق کا جو mindset جو wave length ہے اس wave length پر سوچنا نہیں سوچ سکیں گے مسلم لیڈر۔</w:t>
      </w:r>
    </w:p>
    <w:p>
      <w:r>
        <w:rPr>
          <w:b/>
        </w:rPr>
        <w:t xml:space="preserve">[29:35] </w:t>
      </w:r>
      <w:r>
        <w:t>zyada tar kaam banta hai, bigadta hai leaderon ke zariye se. Awam ke zariye se nahi. Hamesha yaad rakhiye jo aam public hoti hai, jo masses hote hain woh kaam ko woh nahi bigadte.</w:t>
      </w:r>
    </w:p>
    <w:p>
      <w:pPr>
        <w:jc w:val="right"/>
      </w:pPr>
      <w:r>
        <w:t>زیادہ تر کام بنتا ہے، بگڑتا ہے لیڈروں کے ذریعے سے۔ عوام کے ذریعے سے نہیں۔ ہمیشہ یاد رکھیے جو عام public ہوتی ہے، جو masses ہوتے ہیں وہ کام کو وہ نہیں بگاڑتے۔</w:t>
      </w:r>
    </w:p>
    <w:p>
      <w:r>
        <w:rPr>
          <w:b/>
        </w:rPr>
        <w:t xml:space="preserve">[29:49] </w:t>
      </w:r>
      <w:r>
        <w:t>balkeh leader hi bigadta hai. Jo logon ko thinking deta hai, logon ko mobilize karta hai. Logon ko</w:t>
      </w:r>
    </w:p>
    <w:p>
      <w:pPr>
        <w:jc w:val="right"/>
      </w:pPr>
      <w:r>
        <w:t>بلکہ لیڈر ہی بگاڑتا ہے۔ جو لوگوں کو thinking دیتا ہے، لوگوں کو mobilize کرتا ہے۔ لوگوں کو</w:t>
      </w:r>
    </w:p>
    <w:p>
      <w:r>
        <w:rPr>
          <w:b/>
        </w:rPr>
        <w:t xml:space="preserve">[30:01] </w:t>
      </w:r>
      <w:r>
        <w:t>target deta hai. Aur hamesha yaad rakhiye banna ya bigadna, kisi qaum ko banna ya bigadna dono hi leaderon ke zariye se hota hai.</w:t>
      </w:r>
    </w:p>
    <w:p>
      <w:pPr>
        <w:jc w:val="right"/>
      </w:pPr>
      <w:r>
        <w:t>target دیتا ہے۔ اور ہمیشہ یاد رکھیے بننا یا بگڑنا، کسی قوم کو بننا یا بگڑنا دونوں ہی لیڈروں کے ذریعے سے ہوتا ہے۔</w:t>
      </w:r>
    </w:p>
    <w:p>
      <w:r>
        <w:rPr>
          <w:b/>
        </w:rPr>
        <w:t xml:space="preserve">[30:15] </w:t>
      </w:r>
      <w:r>
        <w:t>toh is ki jar jo hai woh hai, jar yahi ke leaderon ki wave length woh nahi hoti jo khaliq ki wave length hai. Khaliq ki soch alag hai, un ki soch alag hai.</w:t>
      </w:r>
    </w:p>
    <w:p>
      <w:pPr>
        <w:jc w:val="right"/>
      </w:pPr>
      <w:r>
        <w:t>تو اس کی جڑ جو ہے وہ ہے، جڑ یہی کہ لیڈروں کی wave length وہ نہیں ہوتی جو خالق کی wave length ہے۔ خالق کی سوچ الگ ہے، ان کی سوچ الگ ہے۔</w:t>
      </w:r>
    </w:p>
    <w:p>
      <w:r>
        <w:rPr>
          <w:b/>
        </w:rPr>
        <w:t xml:space="preserve">[30:28] </w:t>
      </w:r>
      <w:r>
        <w:t>aur is ki wajah hoti hai kya? Conditioning. Al fitra jo hai conditioning ki wajah se</w:t>
      </w:r>
    </w:p>
    <w:p>
      <w:pPr>
        <w:jc w:val="right"/>
      </w:pPr>
      <w:r>
        <w:t>اور اس کی وجہ ہوتی ہے کیا؟ Conditioning۔ الفطرہ جو ہے conditioning کی وجہ سے</w:t>
      </w:r>
    </w:p>
    <w:p>
      <w:r>
        <w:rPr>
          <w:b/>
        </w:rPr>
        <w:t xml:space="preserve">[30:39] </w:t>
      </w:r>
      <w:r>
        <w:t>conditioned ban jati hai.</w:t>
      </w:r>
    </w:p>
    <w:p>
      <w:pPr>
        <w:jc w:val="right"/>
      </w:pPr>
      <w:r>
        <w:t>conditioned بن جاتی ہے۔</w:t>
      </w:r>
    </w:p>
    <w:p>
      <w:r>
        <w:rPr>
          <w:b/>
        </w:rPr>
        <w:t xml:space="preserve">[30:45] </w:t>
      </w:r>
      <w:r>
        <w:t>isi ko Quran mein ek ayat hai</w:t>
      </w:r>
    </w:p>
    <w:p>
      <w:pPr>
        <w:jc w:val="right"/>
      </w:pPr>
      <w:r>
        <w:t>اسی کو قرآن میں ایک آیت ہے</w:t>
      </w:r>
    </w:p>
    <w:p>
      <w:r>
        <w:rPr>
          <w:b/>
        </w:rPr>
        <w:t xml:space="preserve">[30:53] </w:t>
      </w:r>
      <w:r>
        <w:t>ke kaun log hain jo Allah ke</w:t>
      </w:r>
    </w:p>
    <w:p>
      <w:pPr>
        <w:jc w:val="right"/>
      </w:pPr>
      <w:r>
        <w:t>کہ کون لوگ ہیں جو اللہ کے</w:t>
      </w:r>
    </w:p>
    <w:p>
      <w:r>
        <w:rPr>
          <w:b/>
        </w:rPr>
        <w:t xml:space="preserve">[30:58] </w:t>
      </w:r>
      <w:r>
        <w:t>pasandeeda bande hain aur jannat mein dakhil kiye jayenge.</w:t>
      </w:r>
    </w:p>
    <w:p>
      <w:pPr>
        <w:jc w:val="right"/>
      </w:pPr>
      <w:r>
        <w:t>پسندیدہ بندے ہیں اور جنت میں داخل کیے جائیں گے۔</w:t>
      </w:r>
    </w:p>
    <w:p>
      <w:r>
        <w:rPr>
          <w:b/>
        </w:rPr>
        <w:t xml:space="preserve">[31:05] </w:t>
      </w:r>
      <w:r>
        <w:t>toh farmaya ke ya ayyatuha an-nafsul mutma'innah irji'i ila rabbiki radiyatan mardiyyatan fadkhuli fi 'ibadi wadkhuli jannati. Yeh nafs mutma'inn kya hai?</w:t>
      </w:r>
    </w:p>
    <w:p>
      <w:pPr>
        <w:jc w:val="right"/>
      </w:pPr>
      <w:r>
        <w:t>تو فرمایا کہ يَا أَيَّتُهَا النَّفْسُ الْمُطْمَئِنَّةُ إِرْجِعِيْهِ لَرَبِّكَ رَاضِيَةً وَمَرْضِيًّا فَادْخُلِي فِي عَبَادِهِ وَادْخُلِي جَنَّتِهِ یہ نفس مطمئن کیا ہے؟</w:t>
      </w:r>
    </w:p>
    <w:p>
      <w:r>
        <w:rPr>
          <w:b/>
        </w:rPr>
        <w:t xml:space="preserve">[31:19] </w:t>
      </w:r>
      <w:r>
        <w:t>nafs mutma'inn wahi hai jo khaliq ki wave length, jiska wave length khaliq ka wave length ho gaya ho. Us sochne ka shaklah wahi ho jaye jo khaliq ka sochne ka shaklah hai.</w:t>
      </w:r>
    </w:p>
    <w:p>
      <w:pPr>
        <w:jc w:val="right"/>
      </w:pPr>
      <w:r>
        <w:t>نفس مطمئن وہی ہے جو خالق کی wave length، جس کا wave length خالق کا wave length ہو گیا ہو۔ اس سوچنے کا شاکلہ وہی ہو جائے جو خالق کا سوچنے کا شاکلہ ہے۔</w:t>
      </w:r>
    </w:p>
    <w:p>
      <w:r>
        <w:rPr>
          <w:b/>
        </w:rPr>
        <w:t xml:space="preserve">[31:33] </w:t>
      </w:r>
      <w:r>
        <w:t>Mindset ek ho jaye.</w:t>
      </w:r>
    </w:p>
    <w:p>
      <w:pPr>
        <w:jc w:val="right"/>
      </w:pPr>
      <w:r>
        <w:t>Mindset ایک ہو جائے۔</w:t>
      </w:r>
    </w:p>
    <w:p>
      <w:r>
        <w:rPr>
          <w:b/>
        </w:rPr>
        <w:t xml:space="preserve">[31:39] </w:t>
      </w:r>
      <w:r>
        <w:t>yani khaliq khaliq rahega, banda banda rahega. Woh toh apni jagah par qaim rahega. Lekin apni zindagi ke maamle mein insaan ki jo soch hai, uska mindset hai, uski wave length hai, woh ho jayegi jo khaliq ki hai.</w:t>
      </w:r>
    </w:p>
    <w:p>
      <w:pPr>
        <w:jc w:val="right"/>
      </w:pPr>
      <w:r>
        <w:t>یعنی خالق خالق رہے گا، بندہ بندہ رہے گا۔ وہ تو اپنی جگہ پر قائم رہے گا۔ لیکن اپنی زندگی کے معاملے میں انسان کی جو سوچ ہے، اس کا mindset ہے، اس کی wave length ہے، وہ ہو جائے گی جو خالق کی ہے۔</w:t>
      </w:r>
    </w:p>
    <w:p>
      <w:r>
        <w:rPr>
          <w:b/>
        </w:rPr>
        <w:t xml:space="preserve">[32:03] </w:t>
      </w:r>
      <w:r>
        <w:t>aise log nafoos mutma'innah honge.</w:t>
      </w:r>
    </w:p>
    <w:p>
      <w:pPr>
        <w:jc w:val="right"/>
      </w:pPr>
      <w:r>
        <w:t>ایسے لوگ نفوس مطمئنہ ہوں گے۔</w:t>
      </w:r>
    </w:p>
    <w:p>
      <w:r>
        <w:rPr>
          <w:b/>
        </w:rPr>
        <w:t xml:space="preserve">[32:08] </w:t>
      </w:r>
      <w:r>
        <w:t>nafs mutma'inn ka matlab hota hai complex free soul. Yani complex se khali mind.</w:t>
      </w:r>
    </w:p>
    <w:p>
      <w:pPr>
        <w:jc w:val="right"/>
      </w:pPr>
      <w:r>
        <w:t>نفس مطمئن کا مطلب ہوتا ہے complex free soul۔ یعنی complex سے خالی mind۔</w:t>
      </w:r>
    </w:p>
    <w:p>
      <w:r>
        <w:rPr>
          <w:b/>
        </w:rPr>
        <w:t xml:space="preserve">[32:18] </w:t>
      </w:r>
      <w:r>
        <w:t>Complex kya hai? Aap society mein rehte hain toh kahin aap offend ho jate hain. Kahin ghussa aa jata hai aap ko.</w:t>
      </w:r>
    </w:p>
    <w:p>
      <w:pPr>
        <w:jc w:val="right"/>
      </w:pPr>
      <w:r>
        <w:t>Complex کیا ہے؟ آپ society میں رہتے ہیں تو کہیں آپ offend ہو جاتے ہیں۔ کہیں غصہ آ جاتا ہے آپ کو۔</w:t>
      </w:r>
    </w:p>
    <w:p>
      <w:r>
        <w:rPr>
          <w:b/>
        </w:rPr>
        <w:t xml:space="preserve">[32:28] </w:t>
      </w:r>
      <w:r>
        <w:t>kahin aap ke andar bias ban jata hai. tarah tarah ke negative thinking aa jati hai. is se aap ne koi bachana.</w:t>
      </w:r>
    </w:p>
    <w:p>
      <w:pPr>
        <w:jc w:val="right"/>
      </w:pPr>
      <w:r>
        <w:t>کہیں آپ کے اندر bias بن جاتا ہے۔ طرح طرح کے negative thinking آ جاتی ہے۔ اس سے آپ نے کوئی بچانا۔</w:t>
      </w:r>
    </w:p>
    <w:p>
      <w:r>
        <w:rPr>
          <w:b/>
        </w:rPr>
        <w:t xml:space="preserve">[32:39] </w:t>
      </w:r>
      <w:r>
        <w:t>is se jo bacha paye ga wohi nafs mutma'in hai. jo is se aap ko bachaye ga usi ke andar woh woh cheez develop kare gi jis ko wave length kehte hain.</w:t>
      </w:r>
    </w:p>
    <w:p>
      <w:pPr>
        <w:jc w:val="right"/>
      </w:pPr>
      <w:r>
        <w:t>اس سے جو بچا پائے گا وہی نفس مطمئن ہے۔ جو اس سے آپ کو بچائے گا اسی کے اندر وہ وہ چیز develop کرے گی جس کو wave length کہتے ہیں۔</w:t>
      </w:r>
    </w:p>
    <w:p>
      <w:r>
        <w:rPr>
          <w:b/>
        </w:rPr>
        <w:t xml:space="preserve">[32:53] </w:t>
      </w:r>
      <w:r>
        <w:t>wave length aik intellectual development ka aik darja hai. lekin woh intellectual development isi waqt ho ga jab ke aap negative thoughts ka shikar na hon.</w:t>
      </w:r>
    </w:p>
    <w:p>
      <w:pPr>
        <w:jc w:val="right"/>
      </w:pPr>
      <w:r>
        <w:t>wave length ایک intellectual development کا ایک درجہ ہے۔ لیکن وہ intellectual development اسی وقت ہو گا جب کہ آپ negative thoughts کا شکار نہ ہوں۔</w:t>
      </w:r>
    </w:p>
    <w:p>
      <w:r>
        <w:rPr>
          <w:b/>
        </w:rPr>
        <w:t xml:space="preserve">[33:13] </w:t>
      </w:r>
      <w:r>
        <w:t>aap offend na hon. aap ghussa na aaye aap ko. yani ghussa kabhi aa jata hai. yeh bhi nahi hai ke ghussa na aaye.</w:t>
      </w:r>
    </w:p>
    <w:p>
      <w:pPr>
        <w:jc w:val="right"/>
      </w:pPr>
      <w:r>
        <w:t>آپ offend نہ ہوں۔ آپ غصہ نہ آئے آپ کو۔ یعنی غصہ کبھی آ جاتا ہے۔ یہ بھی نہیں ہے کہ غصہ نہ آئے۔</w:t>
      </w:r>
    </w:p>
    <w:p>
      <w:r>
        <w:rPr>
          <w:b/>
        </w:rPr>
        <w:t xml:space="preserve">[33:22] </w:t>
      </w:r>
      <w:r>
        <w:t>matlab ghusse mein aap ki shakhsiyat par chha na jaye ghussa. waqti ho. waqti tor par ghussa aye ga phir khatam ho jaye ga.</w:t>
      </w:r>
    </w:p>
    <w:p>
      <w:pPr>
        <w:jc w:val="right"/>
      </w:pPr>
      <w:r>
        <w:t>مطلب غصے میں آپ کی شخصیت پر چھا نہ جائے غصہ۔ وقتی ہو۔ وقتی طور پر غصہ آئے گا پھر ختم ہو جائے گا۔</w:t>
      </w:r>
    </w:p>
    <w:p>
      <w:r>
        <w:rPr>
          <w:b/>
        </w:rPr>
        <w:t xml:space="preserve">[33:34] </w:t>
      </w:r>
      <w:r>
        <w:t>to islam mein yeh aik mustaqil halat aap ki woh nahi honi chahiye. agar offend ho jayen to mustaqil to hundi bane hue hain.</w:t>
      </w:r>
    </w:p>
    <w:p>
      <w:pPr>
        <w:jc w:val="right"/>
      </w:pPr>
      <w:r>
        <w:t>تو اسلام میں یہ ایک مستقل حالت آپ کی وہ نہیں ہونی چاہیے۔ اگر offend ہو جائیں تو مستقل تو ہنڈی بنے ہوئے ہیں۔</w:t>
      </w:r>
    </w:p>
    <w:p>
      <w:r>
        <w:rPr>
          <w:b/>
        </w:rPr>
        <w:t xml:space="preserve">[33:43] </w:t>
      </w:r>
      <w:r>
        <w:t>ghusse aa jayen to hamesha ghusse hi laga hua hai aap ko. shikayat paida ho gi to shikayati liye baithe hain.</w:t>
      </w:r>
    </w:p>
    <w:p>
      <w:pPr>
        <w:jc w:val="right"/>
      </w:pPr>
      <w:r>
        <w:t>غصے آ جائیں تو ہمیشہ غصے ہی لگا ہوا ہے آپ کو۔ شکایت پیدا ہو گی تو شکایتی لیے بیٹھے ہیں۔</w:t>
      </w:r>
    </w:p>
    <w:p>
      <w:r>
        <w:rPr>
          <w:b/>
        </w:rPr>
        <w:t xml:space="preserve">[33:51] </w:t>
      </w:r>
      <w:r>
        <w:t>nahi, waqti tor par. jo quran mein lamm kaha gaya hai. lamm. lamm ka matlab hai touch kar dena. to shaitan touch karta hai.</w:t>
      </w:r>
    </w:p>
    <w:p>
      <w:pPr>
        <w:jc w:val="right"/>
      </w:pPr>
      <w:r>
        <w:t>نہیں، وقتی طور پر۔ جو قرآن میں لمم کہا گیا ہے۔ لمم۔ لمم کا مطلب ہے touch کر دینا۔ تو شیطان touch کرتا ہے۔</w:t>
      </w:r>
    </w:p>
    <w:p>
      <w:r>
        <w:rPr>
          <w:b/>
        </w:rPr>
        <w:t xml:space="preserve">[34:01] </w:t>
      </w:r>
      <w:r>
        <w:t>is ko lamm kaha gaya hai. to shaitan touch kare ga. shaitan touch kare ga. kabhi aap offend ho jayen ge.</w:t>
      </w:r>
    </w:p>
    <w:p>
      <w:pPr>
        <w:jc w:val="right"/>
      </w:pPr>
      <w:r>
        <w:t>اس کو لمم کہا گیا ہے۔ تو شیطان touch کرے گا۔ شیطان touch کرے گا۔ کبھی آپ offend ہو جائیں گے۔</w:t>
      </w:r>
    </w:p>
    <w:p>
      <w:r>
        <w:rPr>
          <w:b/>
        </w:rPr>
        <w:t xml:space="preserve">[34:10] </w:t>
      </w:r>
      <w:r>
        <w:t>kabhi aap ko shikayat ho jaye gi. kabhi aap ko ghussa aa jaye ga. kabhi aap negative thought aa jaye gi aap ke andar. to is tarah lamm to ho ga. shaitan touch kare ga aap ko.</w:t>
      </w:r>
    </w:p>
    <w:p>
      <w:pPr>
        <w:jc w:val="right"/>
      </w:pPr>
      <w:r>
        <w:t>کبھی آپ کو شکایت ہو جائے گی۔ کبھی آپ کو غصہ آ جائے گا۔ کبھی آپ negative thought آ جائے گی آپ کے اندر۔ تو اس طرح لمم تو ہو گا۔ شیطان touch کرے گا آپ کو۔</w:t>
      </w:r>
    </w:p>
    <w:p>
      <w:r>
        <w:rPr>
          <w:b/>
        </w:rPr>
        <w:t xml:space="preserve">[34:20] </w:t>
      </w:r>
      <w:r>
        <w:t>lekin bohat jald aap is se bahir aa jayen ge. فَيْضَعُوا مُبْصِرُونَ</w:t>
      </w:r>
    </w:p>
    <w:p>
      <w:pPr>
        <w:jc w:val="right"/>
      </w:pPr>
      <w:r>
        <w:t>لیکن بہت جلد آپ اس سے باہر آ جائیں گے۔ فَيْضَعُوا مُبْصِرُونَ</w:t>
      </w:r>
    </w:p>
    <w:p>
      <w:r>
        <w:rPr>
          <w:b/>
        </w:rPr>
        <w:t xml:space="preserve">[34:29] </w:t>
      </w:r>
      <w:r>
        <w:t>bohat jald samajh len ke yeh ke mein shaitan ke ne mujhe touch kar diya tha aur shaitan ke asar mein aa gaya tha mein.</w:t>
      </w:r>
    </w:p>
    <w:p>
      <w:pPr>
        <w:jc w:val="right"/>
      </w:pPr>
      <w:r>
        <w:t>بہت جلد سمجھ لیں کہ یہ کہ میں شیطان کے نے مجھے touch کر دیا تھا اور شیطان کے اثر میں آ گیا تھا میں۔</w:t>
      </w:r>
    </w:p>
    <w:p>
      <w:r>
        <w:rPr>
          <w:b/>
        </w:rPr>
        <w:t xml:space="preserve">[34:40] </w:t>
      </w:r>
      <w:r>
        <w:t>to jo aadmi apne ko is tareeqe se train kare, train wohi sab nafs mutma'in hai. aur nafs mutma'in jab ho gi tabhi aap ka wave length woh ho jaye ga jo khaliq ka wave length hai.</w:t>
      </w:r>
    </w:p>
    <w:p>
      <w:pPr>
        <w:jc w:val="right"/>
      </w:pPr>
      <w:r>
        <w:t>تو جو آدمی اپنے کو اس طریقے سے train کرے، train وہی سب نفس مطمئن ہے۔ اور نفس مطمئن جب ہو گی تبھی آپ کا wave length وہ ہو جائے گا جو خالق کا wave length ہے۔</w:t>
      </w:r>
    </w:p>
    <w:p>
      <w:r>
        <w:rPr>
          <w:b/>
        </w:rPr>
        <w:t xml:space="preserve">[34:58] </w:t>
      </w:r>
      <w:r>
        <w:t>aur tabhi aap right thinking aye gi, right planning aye gi, right activities ayen gi.</w:t>
      </w:r>
    </w:p>
    <w:p>
      <w:pPr>
        <w:jc w:val="right"/>
      </w:pPr>
      <w:r>
        <w:t>اور تبھی آپright thinking آئے گی،right planning آئے گی،right activities آئیں گی۔</w:t>
      </w:r>
    </w:p>
    <w:p>
      <w:r>
        <w:rPr>
          <w:b/>
        </w:rPr>
        <w:t xml:space="preserve">[35:08] </w:t>
      </w:r>
      <w:r>
        <w:t>aur jab yeh sab ho ga tab aap ke andar woh personality banegi jis ko nafs mutma'in kaha gaya hai.</w:t>
      </w:r>
    </w:p>
    <w:p>
      <w:pPr>
        <w:jc w:val="right"/>
      </w:pPr>
      <w:r>
        <w:t>اور جب یہ سب ہو گا تب آپ کے اندر وہ personality بنے گی جس کو نفس مطمئن کہا گیا ہے۔</w:t>
      </w:r>
    </w:p>
    <w:p>
      <w:r>
        <w:rPr>
          <w:b/>
        </w:rPr>
        <w:t xml:space="preserve">[35:17] </w:t>
      </w:r>
      <w:r>
        <w:t>aur isi is tarah ki personalities ke liye jannat</w:t>
      </w:r>
    </w:p>
    <w:p>
      <w:pPr>
        <w:jc w:val="right"/>
      </w:pPr>
      <w:r>
        <w:t>اور اسی اس طرح کی personalities کے لیے جنت</w:t>
      </w:r>
    </w:p>
    <w:p>
      <w:r>
        <w:rPr>
          <w:b/>
        </w:rPr>
        <w:t xml:space="preserve">[35:20] </w:t>
      </w:r>
      <w:r>
        <w:t>hai. فَادْخُلِي فِي عَبَادِهِ وَادْخُلِي جَنَّتِهِ jannat isi liye tarah ke logon ka yeh society hai. to jo aadmi apne ko is tarah banaye ga woh is mein entry paye ga.</w:t>
      </w:r>
    </w:p>
    <w:p>
      <w:pPr>
        <w:jc w:val="right"/>
      </w:pPr>
      <w:r>
        <w:t>ہے۔ فَادْخُلِي فِي عَبَادِهِ وَادْخُلِي جَنَّتِهِ جنت اسی لیے طرح کے لوگوں کا یہ society ہے۔ تو جو آدمی اپنے کو اس طرح بنائے گا وہ اس میں entry پائے گا۔</w:t>
      </w:r>
    </w:p>
    <w:p>
      <w:r>
        <w:rPr>
          <w:b/>
        </w:rPr>
        <w:t xml:space="preserve">[35:39] </w:t>
      </w:r>
      <w:r>
        <w:t>to yeh sari baat quran mein hadith mein maujood hai lekin deep tareeqe se jab aap sochte hain tab is ko aap daryaft kar paate hain.</w:t>
      </w:r>
    </w:p>
    <w:p>
      <w:pPr>
        <w:jc w:val="right"/>
      </w:pPr>
      <w:r>
        <w:t>تو یہ ساری بات قرآن میں حدیث میں موجود ہے لیکن deep طریقے سے جب آپ سوچتے ہیں تب اس کو آپ دریافت کر پاتے ہیں۔</w:t>
      </w:r>
    </w:p>
    <w:p>
      <w:r>
        <w:rPr>
          <w:b/>
        </w:rPr>
        <w:t xml:space="preserve">[35:52] </w:t>
      </w:r>
      <w:r>
        <w:t>to sab se zyada important baat yeh hai ke aadmi apni al-fitra ko mehfooz rakhe. al-fitra. divine nature jis mein woh paida kiya gaya hai.</w:t>
      </w:r>
    </w:p>
    <w:p>
      <w:pPr>
        <w:jc w:val="right"/>
      </w:pPr>
      <w:r>
        <w:t>تو سب سے زیادہ important بات یہ ہے کہ آدمی اپنی الفطرہ کو محفوظ رکھے۔ الفطرہ۔ Divine nature جس میں وہ پیدا کیا گیا ہے۔</w:t>
      </w:r>
    </w:p>
    <w:p>
      <w:r>
        <w:rPr>
          <w:b/>
        </w:rPr>
        <w:t xml:space="preserve">[36:06] </w:t>
      </w:r>
      <w:r>
        <w:t>jab aap yeh har aik ka sab se bara concern hona chahiye ke is ko apne andar al-fitra ko mehfooz rakhna hai.</w:t>
      </w:r>
    </w:p>
    <w:p>
      <w:pPr>
        <w:jc w:val="right"/>
      </w:pPr>
      <w:r>
        <w:t>جب آپ یہ ہر ایک کا سب سے بڑا concern ہونا چاہیے کہ اس کو اپنے اندر الفطرہ کو محفوظ رکھنا ہے۔</w:t>
      </w:r>
    </w:p>
    <w:p>
      <w:r>
        <w:rPr>
          <w:b/>
        </w:rPr>
        <w:t xml:space="preserve">[36:21] </w:t>
      </w:r>
      <w:r>
        <w:t>al-fitra ko badalne se bachana hai. al-fitra ko conditioning se bachana hai.</w:t>
      </w:r>
    </w:p>
    <w:p>
      <w:pPr>
        <w:jc w:val="right"/>
      </w:pPr>
      <w:r>
        <w:t>الفطرہ کو بدلنے سے بچانا ہے۔ الفطرہ کو conditioning سے بچانا ہے۔</w:t>
      </w:r>
    </w:p>
    <w:p>
      <w:r>
        <w:rPr>
          <w:b/>
        </w:rPr>
        <w:t xml:space="preserve">[36:35] </w:t>
      </w:r>
      <w:r>
        <w:t>jab aisa ho ga tab is ke baad woh dunya mein right person banega aur akhirat mein woh</w:t>
      </w:r>
    </w:p>
    <w:p>
      <w:pPr>
        <w:jc w:val="right"/>
      </w:pPr>
      <w:r>
        <w:t>جب ایسا ہو گا تب اس کے بعد وہ دنیا میںright person بنے گا اور آخرت میں وہ</w:t>
      </w:r>
    </w:p>
    <w:p>
      <w:r>
        <w:rPr>
          <w:b/>
        </w:rPr>
        <w:t xml:space="preserve">[36:48] </w:t>
      </w:r>
      <w:r>
        <w:t>jannat ke liye deserving candidate qarar paye ga.</w:t>
      </w:r>
    </w:p>
    <w:p>
      <w:pPr>
        <w:jc w:val="right"/>
      </w:pPr>
      <w:r>
        <w:t>جنت کے لیے deserving candidate قرار پائے گا۔</w:t>
      </w:r>
    </w:p>
    <w:p>
      <w:r>
        <w:rPr>
          <w:b/>
        </w:rPr>
        <w:t xml:space="preserve">[37:01] </w:t>
      </w:r>
      <w:r>
        <w:t>to sara cracks jo hai cracks woh hai al-fitra mein chupa hua hai. al-fitra. divine nature.</w:t>
      </w:r>
    </w:p>
    <w:p>
      <w:pPr>
        <w:jc w:val="right"/>
      </w:pPr>
      <w:r>
        <w:t>تو سارا cracks جو ہے cracks وہ ہے الفطرہ میں چھپا ہوا ہے۔ الفطرہ۔ Divine nature۔</w:t>
      </w:r>
    </w:p>
    <w:p>
      <w:r>
        <w:rPr>
          <w:b/>
        </w:rPr>
        <w:t xml:space="preserve">[37:13] </w:t>
      </w:r>
      <w:r>
        <w:t>to divine nature aadmi ka hamesha sahi hota hai. is ko mein kahun ga misaal ke tor par aap piyaz ko lijiye.</w:t>
      </w:r>
    </w:p>
    <w:p>
      <w:pPr>
        <w:jc w:val="right"/>
      </w:pPr>
      <w:r>
        <w:t>تو Divine nature آدمی کا ہمیشہ صحیح ہوتا ہے۔ اس کو میں کہوں گا مثال کے طور پر آپ پیاز کو لیجیے۔</w:t>
      </w:r>
    </w:p>
    <w:p>
      <w:r>
        <w:rPr>
          <w:b/>
        </w:rPr>
        <w:t xml:space="preserve">[37:24] </w:t>
      </w:r>
      <w:r>
        <w:t>Onion. Pyaaz</w:t>
      </w:r>
    </w:p>
    <w:p>
      <w:pPr>
        <w:jc w:val="right"/>
      </w:pPr>
      <w:r>
        <w:t>Onion۔ پیاز</w:t>
      </w:r>
    </w:p>
    <w:p>
      <w:r>
        <w:rPr>
          <w:b/>
        </w:rPr>
        <w:t xml:space="preserve">[37:27] </w:t>
      </w:r>
      <w:r>
        <w:t>To pyaaz bari si hoti hai bazahir. Is ke baad aik parat hai. Parat, parat, parat, parat. Core.</w:t>
      </w:r>
    </w:p>
    <w:p>
      <w:pPr>
        <w:jc w:val="right"/>
      </w:pPr>
      <w:r>
        <w:t>۔ تو پیاز بڑی سی ہوتی ہے بظاہر۔ اس کے بعد ایک پرت ہے۔ پرت، پرت، پرت، پرت۔ کور۔</w:t>
      </w:r>
    </w:p>
    <w:p>
      <w:r>
        <w:rPr>
          <w:b/>
        </w:rPr>
        <w:t xml:space="preserve">[37:36] </w:t>
      </w:r>
      <w:r>
        <w:t>Bohat se core hain. Jab core sab is ko nikalen aap to aakhir core mile ga core. Woh chota sa ho ga.</w:t>
      </w:r>
    </w:p>
    <w:p>
      <w:pPr>
        <w:jc w:val="right"/>
      </w:pPr>
      <w:r>
        <w:t>بہت سے کور ہیں۔ جب کور سب اس کو نکالیں آپ تو آخر core ملے گا core۔ وہ چھوٹا سا ہو گا۔</w:t>
      </w:r>
    </w:p>
    <w:p>
      <w:r>
        <w:rPr>
          <w:b/>
        </w:rPr>
        <w:t xml:space="preserve">[37:46] </w:t>
      </w:r>
      <w:r>
        <w:t>Wohi personality hai.</w:t>
      </w:r>
    </w:p>
    <w:p>
      <w:pPr>
        <w:jc w:val="right"/>
      </w:pPr>
      <w:r>
        <w:t>وہی personality ہے۔</w:t>
      </w:r>
    </w:p>
    <w:p>
      <w:r>
        <w:rPr>
          <w:b/>
        </w:rPr>
        <w:t xml:space="preserve">[37:48] </w:t>
      </w:r>
      <w:r>
        <w:t>To pyaaz jo hai</w:t>
      </w:r>
    </w:p>
    <w:p>
      <w:pPr>
        <w:jc w:val="right"/>
      </w:pPr>
      <w:r>
        <w:t>تو پیاز جو ہے</w:t>
      </w:r>
    </w:p>
    <w:p>
      <w:r>
        <w:rPr>
          <w:b/>
        </w:rPr>
        <w:t xml:space="preserve">[37:52] </w:t>
      </w:r>
      <w:r>
        <w:t>Aik illustration hai ke insaan ko Allah taala ne paida kiya hai is core ke sath.</w:t>
      </w:r>
    </w:p>
    <w:p>
      <w:pPr>
        <w:jc w:val="right"/>
      </w:pPr>
      <w:r>
        <w:t>ایک illustration ہے کہ انسان کو اللہ تعالیٰ نے پیدا کیا ہے اس core کے ساتھ۔</w:t>
      </w:r>
    </w:p>
    <w:p>
      <w:r>
        <w:rPr>
          <w:b/>
        </w:rPr>
        <w:t xml:space="preserve">[38:00] </w:t>
      </w:r>
      <w:r>
        <w:t>Pyaaz ke beech mein jo aik chota sa core hota hai. Maghz. Lekin phir paida hote hi conditioning shuru ho jati hai.</w:t>
      </w:r>
    </w:p>
    <w:p>
      <w:pPr>
        <w:jc w:val="right"/>
      </w:pPr>
      <w:r>
        <w:t>پیاز کے بیچ میں جو ایک چھوٹا سا core ہوتا ہے۔ مغز۔ لیکن پھر پیدا ہوتے ہی conditioning شروع ہو جاتی ہے۔</w:t>
      </w:r>
    </w:p>
    <w:p>
      <w:r>
        <w:rPr>
          <w:b/>
        </w:rPr>
        <w:t xml:space="preserve">[38:11] </w:t>
      </w:r>
      <w:r>
        <w:t>Yahi conditioning core hai. Core. Chhilka.</w:t>
      </w:r>
    </w:p>
    <w:p>
      <w:pPr>
        <w:jc w:val="right"/>
      </w:pPr>
      <w:r>
        <w:t>یہی conditioning کور ہے۔ کور۔ چھلکا۔</w:t>
      </w:r>
    </w:p>
    <w:p>
      <w:r>
        <w:rPr>
          <w:b/>
        </w:rPr>
        <w:t xml:space="preserve">[38:18] </w:t>
      </w:r>
      <w:r>
        <w:t>To jab aap society mein rehte hain to aap ki is personality par core charhna shuru ho jata hai. Aik baat, do, doosra, doosra aur teesra core, core, core, core yahan tak ke bari si pyaaz ban jati hai.</w:t>
      </w:r>
    </w:p>
    <w:p>
      <w:pPr>
        <w:jc w:val="right"/>
      </w:pPr>
      <w:r>
        <w:t>تو جب آپ society میں رہتے ہیں تو آپ کی اس personality پر کور چڑھنا شروع ہو جاتا ہے۔ ایک بات، دو، دوسرا، دوسرا اور تیسرا کور، کور، کور، کور یہاں تک کہ بڑی سی پیاز بن جاتی ہے۔</w:t>
      </w:r>
    </w:p>
    <w:p>
      <w:r>
        <w:rPr>
          <w:b/>
        </w:rPr>
        <w:t xml:space="preserve">[38:35] </w:t>
      </w:r>
      <w:r>
        <w:t>Aur asal jo maghz hai chhip chhip jata hai is ke andar. To pyaaz ke darmiyan mein jo chota sa maghz hota hai wohi goya al fitra hai insaan ke andar.</w:t>
      </w:r>
    </w:p>
    <w:p>
      <w:pPr>
        <w:jc w:val="right"/>
      </w:pPr>
      <w:r>
        <w:t>اور اصل جو مغز ہے چھپ چھپ جاتا ہے اس کے اندر۔ تو پیاز کے درمیان میں جو چھوٹا سا مغز ہوتا ہے وہی گویا الفطرہ ہے انسان کے اندر۔</w:t>
      </w:r>
    </w:p>
    <w:p>
      <w:r>
        <w:rPr>
          <w:b/>
        </w:rPr>
        <w:t xml:space="preserve">[38:50] </w:t>
      </w:r>
      <w:r>
        <w:t>Al fitra.</w:t>
      </w:r>
    </w:p>
    <w:p>
      <w:pPr>
        <w:jc w:val="right"/>
      </w:pPr>
      <w:r>
        <w:t>الفطرہ۔</w:t>
      </w:r>
    </w:p>
    <w:p>
      <w:r>
        <w:rPr>
          <w:b/>
        </w:rPr>
        <w:t xml:space="preserve">[38:57] </w:t>
      </w:r>
      <w:r>
        <w:t>To insaan ka sab se bara concern yeh hona chahiye ke woh al fitra ko</w:t>
      </w:r>
    </w:p>
    <w:p>
      <w:pPr>
        <w:jc w:val="right"/>
      </w:pPr>
      <w:r>
        <w:t>تو انسان کا سب سے بڑا concern یہ ہونا چاہیے کہ وہ الفطرہ کو</w:t>
      </w:r>
    </w:p>
    <w:p>
      <w:r>
        <w:rPr>
          <w:b/>
        </w:rPr>
        <w:t xml:space="preserve">[39:06] </w:t>
      </w:r>
      <w:r>
        <w:t>Bachaye.</w:t>
      </w:r>
    </w:p>
    <w:p>
      <w:pPr>
        <w:jc w:val="right"/>
      </w:pPr>
      <w:r>
        <w:t>بچائے۔</w:t>
      </w:r>
    </w:p>
    <w:p>
      <w:r>
        <w:rPr>
          <w:b/>
        </w:rPr>
        <w:t xml:space="preserve">[39:13] </w:t>
      </w:r>
      <w:r>
        <w:t>Quran mein hai ke يُوَصَصُ فِي صُدُورِ النَّاسِ مَا جِنْتَ وَالنَّاسِ yani insaan jo hai do waswason ke darmiyan hota hai.</w:t>
      </w:r>
    </w:p>
    <w:p>
      <w:pPr>
        <w:jc w:val="right"/>
      </w:pPr>
      <w:r>
        <w:t>قرآن میں ہے کہ يُوَصَصُ فِي صُدُورِ النَّاسِ مَا جِنْتَ وَالنَّاسِ یعنی انسان جو ہے دو وسوسوں کے درمیان ہوتا ہے۔</w:t>
      </w:r>
    </w:p>
    <w:p>
      <w:r>
        <w:rPr>
          <w:b/>
        </w:rPr>
        <w:t xml:space="preserve">[39:24] </w:t>
      </w:r>
      <w:r>
        <w:t>Shaitan ka waswasa, insaan ka waswasa. Waswasa ka matlab hota hai</w:t>
      </w:r>
    </w:p>
    <w:p>
      <w:pPr>
        <w:jc w:val="right"/>
      </w:pPr>
      <w:r>
        <w:t>شیطان کا وسوسہ، انسان کا وسوسہ۔ وسوسہ کا مطلب ہوتا ہے</w:t>
      </w:r>
    </w:p>
    <w:p>
      <w:r>
        <w:rPr>
          <w:b/>
        </w:rPr>
        <w:t xml:space="preserve">[39:31] </w:t>
      </w:r>
      <w:r>
        <w:t>Baaten ko badal ke kehna. Right angle se cheezon ko na lena balkeh right angle se lena cheezon ko. To yeh kaam shaitan bhi karta hai aur insaan bhi karta hai.</w:t>
      </w:r>
    </w:p>
    <w:p>
      <w:pPr>
        <w:jc w:val="right"/>
      </w:pPr>
      <w:r>
        <w:t>باتیں کو بدل کے کہنا۔ Right angle سے چیزوں کو نہ لینا بلکہright angle سے لینا چیزوں کو۔ تو یہ کام شیطان بھی کرتا ہے اور انسان بھی کرتا ہے۔</w:t>
      </w:r>
    </w:p>
    <w:p>
      <w:r>
        <w:rPr>
          <w:b/>
        </w:rPr>
        <w:t xml:space="preserve">[39:45] </w:t>
      </w:r>
      <w:r>
        <w:t>To in dono qism ke waswase se jo apne ko bachaye ga</w:t>
      </w:r>
    </w:p>
    <w:p>
      <w:pPr>
        <w:jc w:val="right"/>
      </w:pPr>
      <w:r>
        <w:t>تو ان دونوں قسم کے وسوسے سے جو اپنے کو بچائے گا</w:t>
      </w:r>
    </w:p>
    <w:p>
      <w:r>
        <w:rPr>
          <w:b/>
        </w:rPr>
        <w:t xml:space="preserve">[39:50] </w:t>
      </w:r>
      <w:r>
        <w:t>Wohi apne al fitrat ko bachane mein kamyab ho ga.</w:t>
      </w:r>
    </w:p>
    <w:p>
      <w:pPr>
        <w:jc w:val="right"/>
      </w:pPr>
      <w:r>
        <w:t>وہی اپنے الفطرت کو بچانے میں کامیاب ہو گا۔</w:t>
      </w:r>
    </w:p>
    <w:p>
      <w:r>
        <w:rPr>
          <w:b/>
        </w:rPr>
        <w:t xml:space="preserve">[40:04] </w:t>
      </w:r>
      <w:r>
        <w:t>Is tarah se jab aap sochen ge to poori taleemat jo Islam ki hain aur Islam ki jo tareekh hai sab explain ho jaye gi. Yahi yani aik key principle hai Islam ko samajhne ke liye, Islam ki history ko samajhne ke liye,</w:t>
      </w:r>
    </w:p>
    <w:p>
      <w:pPr>
        <w:jc w:val="right"/>
      </w:pPr>
      <w:r>
        <w:t>اس طرح سے جب آپ سوچیں گے تو پوری تعلیمات جو اسلام کی ہیں اور اسلام کی جو تاریخ ہے سب explain ہو جائے گی۔ یہی یعنی ایک key principle ہے اسلام کو سمجھنے کے لیے، اسلام کی history کو سمجھنے کے لیے،</w:t>
      </w:r>
    </w:p>
    <w:p>
      <w:r>
        <w:rPr>
          <w:b/>
        </w:rPr>
        <w:t xml:space="preserve">[40:25] </w:t>
      </w:r>
      <w:r>
        <w:t>Insaan ko samajhne ke liye. Aik key principle hai. Al fitra ka jo main ne arz kiya.</w:t>
      </w:r>
    </w:p>
    <w:p>
      <w:pPr>
        <w:jc w:val="right"/>
      </w:pPr>
      <w:r>
        <w:t>انسان کو سمجھنے کے لیے۔ ایک key principle ہے۔ الفطرہ کا جو میں نے عرض کیا۔</w:t>
      </w:r>
    </w:p>
    <w:p>
      <w:r>
        <w:rPr>
          <w:b/>
        </w:rPr>
        <w:t xml:space="preserve">[40:36] </w:t>
      </w:r>
      <w:r>
        <w:t>Al fitra ko samajhne se aap ko jo creation plan guard hai woh bhi samajh mein aye ga.</w:t>
      </w:r>
    </w:p>
    <w:p>
      <w:pPr>
        <w:jc w:val="right"/>
      </w:pPr>
      <w:r>
        <w:t>الفطرہ کو سمجھنے سے آپ کو جو creation plan guard ہے وہ بھی سمجھ میں آئے گا۔</w:t>
      </w:r>
    </w:p>
    <w:p>
      <w:r>
        <w:rPr>
          <w:b/>
        </w:rPr>
        <w:t xml:space="preserve">[40:46] </w:t>
      </w:r>
      <w:r>
        <w:t>Aap ki soch kya ho woh bhi samajh mein aye ga. Aap kya karen, kya na karen is ko bhi aap samajh paen ge. To jarr mein yahi hai concept.</w:t>
      </w:r>
    </w:p>
    <w:p>
      <w:pPr>
        <w:jc w:val="right"/>
      </w:pPr>
      <w:r>
        <w:t>آپ کی سوچ کیا ہو وہ بھی سمجھ میں آئے گا۔ آپ کیا کریں، کیا نہ کریں اس کو بھی آپ سمجھ پائیں گے۔ تو جڑ میں یہی ہے concept۔</w:t>
      </w:r>
    </w:p>
    <w:p>
      <w:r>
        <w:rPr>
          <w:b/>
        </w:rPr>
        <w:t xml:space="preserve">[40:57] </w:t>
      </w:r>
      <w:r>
        <w:t>Al fitra ka concept. فِي تَطْعِمْ اللَّهِ لَتِي فَطْرَنَّا صَالِحًا لا تبدیل خلق اللہ. To yeh bhi hai is mein.</w:t>
      </w:r>
    </w:p>
    <w:p>
      <w:pPr>
        <w:jc w:val="right"/>
      </w:pPr>
      <w:r>
        <w:t>الفطرہ کا concept۔ فِي تَطْعِمْ اللَّهِ لَتِي فَطْرَنَّا صَالِحًا لا تبدیل خلق اللہ۔ تو یہ بھی ہے اس میں۔</w:t>
      </w:r>
    </w:p>
    <w:p>
      <w:r>
        <w:rPr>
          <w:b/>
        </w:rPr>
        <w:t xml:space="preserve">[41:06] </w:t>
      </w:r>
      <w:r>
        <w:t>Yeh al fitra jo hai yeh badalta nahin. Badalta nahin ke maani hain ke insaan to badalta hai lekin jo nature mein hai woh nahin badalta.</w:t>
      </w:r>
    </w:p>
    <w:p>
      <w:pPr>
        <w:jc w:val="right"/>
      </w:pPr>
      <w:r>
        <w:t>یہ الفطرہ جو ہے یہ بدلتا نہیں۔ بدلتا نہیں کے معنی ہیں کہ انسان تو بدلتا ہے لیکن جو nature میں ہے وہ نہیں بدلتا۔</w:t>
      </w:r>
    </w:p>
    <w:p>
      <w:r>
        <w:rPr>
          <w:b/>
        </w:rPr>
        <w:t xml:space="preserve">[41:20] </w:t>
      </w:r>
      <w:r>
        <w:t>Jaisay pyaaz ka jo core hai woh nahin badle ga. Chhilka badalta hai.</w:t>
      </w:r>
    </w:p>
    <w:p>
      <w:pPr>
        <w:jc w:val="right"/>
      </w:pPr>
      <w:r>
        <w:t>جیسے پیاز کا جو core ہے وہ نہیں بدلے گا۔ چھلکا بدلتا ہے۔</w:t>
      </w:r>
    </w:p>
    <w:p>
      <w:r>
        <w:rPr>
          <w:b/>
        </w:rPr>
        <w:t xml:space="preserve">[41:27] </w:t>
      </w:r>
      <w:r>
        <w:t>to la tabdeel li khalqillah ke ma'ni hain ke jo paidaishi taur par insan jo al-fitrah le kar aaya hai woh andar maujood rahega hamesha.</w:t>
      </w:r>
    </w:p>
    <w:p>
      <w:pPr>
        <w:jc w:val="right"/>
      </w:pPr>
      <w:r>
        <w:t>تو لا تبديل لخلق الله کے معنی ہیں کہ جو پیدائشی طور پر انسان جو الفطرہ لے کر آیا ہے وہ اندر موجود رہے گا ہمیشہ۔</w:t>
      </w:r>
    </w:p>
    <w:p>
      <w:r>
        <w:rPr>
          <w:b/>
        </w:rPr>
        <w:t xml:space="preserve">[41:38] </w:t>
      </w:r>
      <w:r>
        <w:t>andar se kabhi woh disappear nahin ho ga.</w:t>
      </w:r>
    </w:p>
    <w:p>
      <w:pPr>
        <w:jc w:val="right"/>
      </w:pPr>
      <w:r>
        <w:t>اندر سے کبھی وہ disappear نہیں ہو گا۔</w:t>
      </w:r>
    </w:p>
    <w:p>
      <w:r>
        <w:rPr>
          <w:b/>
        </w:rPr>
        <w:t xml:space="preserve">[41:43] </w:t>
      </w:r>
      <w:r>
        <w:t>upar us ki conditioning se us ke andar upar upar change aaye ga. Conditioning. Lekin conditioning ke andar phir bhi woh unchanged ek reality baqi rahegi jis ko al-fitrah kaha gaya hai.</w:t>
      </w:r>
    </w:p>
    <w:p>
      <w:pPr>
        <w:jc w:val="right"/>
      </w:pPr>
      <w:r>
        <w:t>اوپر اس کی conditioning سے اس کے اندر اوپر اوپر change آئے گا۔ Conditioning۔ لیکن conditioning کے اندر پھر بھی وہ unchanged ایک reality باقی رہے گی جس کو الفطرہ کہا گیا ہے۔</w:t>
      </w:r>
    </w:p>
    <w:p>
      <w:r>
        <w:rPr>
          <w:b/>
        </w:rPr>
        <w:t xml:space="preserve">[42:01] </w:t>
      </w:r>
      <w:r>
        <w:t>is ka matlab hai ke jab bhi aap ko hosh aa jaye, jab bhi aap jaag uthein, jab bhi umar ke kisi bhi hisse mein aap ko yeh spirit paida ho jaye ke aap ne koi badalna hai, apne ko al-fitrah par lana hai</w:t>
      </w:r>
    </w:p>
    <w:p>
      <w:pPr>
        <w:jc w:val="right"/>
      </w:pPr>
      <w:r>
        <w:t>اس کا مطلب ہے کہ جب بھی آپ کو ہوش آ جائے، جب بھی آپ جاگ اٹھیں، جب بھی عمر کے کسی بھی حصے میں آپ کو یہ spirit پیدا ہو جائے کہ آپ نے کوئی بدلنا ہے، اپنے کو الفطرہ پر لانا ہے</w:t>
      </w:r>
    </w:p>
    <w:p>
      <w:r>
        <w:rPr>
          <w:b/>
        </w:rPr>
        <w:t xml:space="preserve">[42:21] </w:t>
      </w:r>
      <w:r>
        <w:t>to har har umar ke har hisse mein, zindagi ke har marhale mein aap aisa kar sakte hain kyunke woh al-fitrah woh maujood hai, woh woh woh</w:t>
      </w:r>
    </w:p>
    <w:p>
      <w:pPr>
        <w:jc w:val="right"/>
      </w:pPr>
      <w:r>
        <w:t>تو ہر ہر عمر کے ہر حصے میں، زندگی کے ہر مرحلے میں آپ ایسا کر سکتے ہیں کیونکہ وہ الفطرہ وہ موجود ہے، وہ وہ وہ</w:t>
      </w:r>
    </w:p>
    <w:p>
      <w:r>
        <w:rPr>
          <w:b/>
        </w:rPr>
        <w:t xml:space="preserve">[42:30] </w:t>
      </w:r>
      <w:r>
        <w:t>badla nahin hai. La tabdeel li khalqillah woh baghair badle hue woh andar aap ke maujood hai.</w:t>
      </w:r>
    </w:p>
    <w:p>
      <w:pPr>
        <w:jc w:val="right"/>
      </w:pPr>
      <w:r>
        <w:t>بدلہ نہیں ہے۔ لا تبديل لخلق الله وہ بغیر بدلے ہوئے وہ اندر آپ کے موجود ہے۔</w:t>
      </w:r>
    </w:p>
    <w:p>
      <w:r>
        <w:rPr>
          <w:b/>
        </w:rPr>
        <w:t xml:space="preserve">[42:41] </w:t>
      </w:r>
      <w:r>
        <w:t>to jab bhi aap ko hosh aa jaye, jab bhi aap chaukna ho jayein, jab ke jab bhi aap ne ek faisla kar liya ke mujhe apne ko badalna hai, apni deconditioning karni hai to kisi bhi waqt aap shuru kar sakte hain yeh process.</w:t>
      </w:r>
    </w:p>
    <w:p>
      <w:pPr>
        <w:jc w:val="right"/>
      </w:pPr>
      <w:r>
        <w:t>تو جب بھی آپ کو ہوش آ جائے، جب بھی آپ چوکنا ہو جائیں، جب کہ جب بھی آپ نے ایک فیصلہ کر لیا کہ مجھے اپنے کو بدلنا ہے، اپنی deconditioning کرنی ہے تو کسی بھی وقت آپ شروع کر سکتے ہیں یہ process۔</w:t>
      </w:r>
    </w:p>
    <w:p>
      <w:r>
        <w:rPr>
          <w:b/>
        </w:rPr>
        <w:t xml:space="preserve">[42:59] </w:t>
      </w:r>
      <w:r>
        <w:t>aur woh process kamyab hona bhi yaqeeni hai. Kyunke woh badla nahin, woh woh al-fitrah to badla nahin. Woh maujood hai waise hi.</w:t>
      </w:r>
    </w:p>
    <w:p>
      <w:pPr>
        <w:jc w:val="right"/>
      </w:pPr>
      <w:r>
        <w:t>اور وہ process کامیاب ہونا بھی یقینی ہے۔ کیونکہ وہ بدلا نہیں، وہ وہ الفطرہ تو بدلا نہیں۔ وہ موجود ہے ویسے ہی۔</w:t>
      </w:r>
    </w:p>
    <w:p>
      <w:r>
        <w:rPr>
          <w:b/>
        </w:rPr>
        <w:t xml:space="preserve">[43:09] </w:t>
      </w:r>
      <w:r>
        <w:t>to jaise kaha jata hai ke ek hoti hai habit, ek hota hai addiction. Lekin addiction ho jaye tab bhi aap us ko badal sakte hain.</w:t>
      </w:r>
    </w:p>
    <w:p>
      <w:pPr>
        <w:jc w:val="right"/>
      </w:pPr>
      <w:r>
        <w:t>تو جیسے کہا جاتا ہے کہ ایک ہوتی ہے habit، ایک ہوتا ہے addiction۔ لیکن addiction ہو جائے تب بھی آپ اس کو بدل سکتے ہیں۔</w:t>
      </w:r>
    </w:p>
    <w:p>
      <w:r>
        <w:rPr>
          <w:b/>
        </w:rPr>
        <w:t xml:space="preserve">[43:23] </w:t>
      </w:r>
      <w:r>
        <w:t>to meri dua hai ke mujh ko aur aap ko Allah taala tofeeq de ke hum apni al-fitrah ko mehfooz rakhein.</w:t>
      </w:r>
    </w:p>
    <w:p>
      <w:pPr>
        <w:jc w:val="right"/>
      </w:pPr>
      <w:r>
        <w:t>تو میری دعا ہے کہ مجھ کو اور آپ کو اللہ تعالیٰ توفیق دے کہ ہم اپنی الفطرہ کو محفوظ رکھیں۔</w:t>
      </w:r>
    </w:p>
    <w:p>
      <w:r>
        <w:rPr>
          <w:b/>
        </w:rPr>
        <w:t xml:space="preserve">[43:34] </w:t>
      </w:r>
      <w:r>
        <w:t>us ko conditioning se bachayein. Aur agar conditioning ho gayi ho to us ko hum decondition karein, deconditioning.</w:t>
      </w:r>
    </w:p>
    <w:p>
      <w:pPr>
        <w:jc w:val="right"/>
      </w:pPr>
      <w:r>
        <w:t>اس کو conditioning سے بچائیں۔ اور اگر conditioning ہو گئی ہو تو اس کو ہم decondition کریں، deconditioning۔</w:t>
      </w:r>
    </w:p>
    <w:p>
      <w:r>
        <w:rPr>
          <w:b/>
        </w:rPr>
        <w:t xml:space="preserve">[43:45] </w:t>
      </w:r>
      <w:r>
        <w:t>aur phir wahan pahunchein jahan khaliq ne hamein paida kiya hai. Al-fitrah ki satah par.</w:t>
      </w:r>
    </w:p>
    <w:p>
      <w:pPr>
        <w:jc w:val="right"/>
      </w:pPr>
      <w:r>
        <w:t>اور پھر وہاں پہنچیں جہاں خالق نے ہمیں پیدا کیا ہے۔ الفطرہ کی سطح پر۔</w:t>
      </w:r>
    </w:p>
    <w:p>
      <w:r>
        <w:rPr>
          <w:b/>
        </w:rPr>
        <w:t xml:space="preserve">[43:52] </w:t>
      </w:r>
      <w:r>
        <w:t>Allah taala mujh ko aur aap ko tofeeq de ke hum aisa kar sakein. Yahi message hum dunya ko bata sakein.</w:t>
      </w:r>
    </w:p>
    <w:p>
      <w:pPr>
        <w:jc w:val="right"/>
      </w:pPr>
      <w:r>
        <w:t>اللہ تعالیٰ مجھ کو اور آپ کو توفیق دے کہ ہم ایسا کر سکیں۔ یہی message ہم دنیا کو بتا سکیں۔</w:t>
      </w:r>
    </w:p>
    <w:p>
      <w:r>
        <w:rPr>
          <w:b/>
        </w:rPr>
        <w:t xml:space="preserve">[44:02] </w:t>
      </w:r>
      <w:r>
        <w:t>khud isi par jiyein aur doosron ko isi par jeene wala banayein. Assalam o alaikum wa rahmatullah</w:t>
      </w:r>
    </w:p>
    <w:p>
      <w:pPr>
        <w:jc w:val="right"/>
      </w:pPr>
      <w:r>
        <w:t>خود اسی پر جئیں اور دوسروں کو اسی پر جینے والا بنائیں۔ السلام علیکم ورحمة الله</w:t>
      </w:r>
    </w:p>
    <w:p>
      <w:r>
        <w:rPr>
          <w:b/>
        </w:rPr>
        <w:t xml:space="preserve">[44:21] </w:t>
      </w:r>
      <w:r>
        <w:t>aaj ke talk ke upar Maulana Iqbal Umri ne Chennai se aur unhone likha hai ke Maulana aaj baat wazeh hui insan ke freedom ko political power se nahin balkeh Khuda ke mission ke mutabiq control karna hai.</w:t>
      </w:r>
    </w:p>
    <w:p>
      <w:pPr>
        <w:jc w:val="right"/>
      </w:pPr>
      <w:r>
        <w:t>آج کے ٹاک کے اوپر مولانا اقبال عمری نے چنئی سے اور انہوں نے لکھا ہے کہ مولانا آج بات واضح ہوئی انسان کے Freedom کو Political Power سے نہیں بلکہ خدا کے Mission کے مطابق کنٹرول کرنا ہے۔</w:t>
      </w:r>
    </w:p>
    <w:p>
      <w:r>
        <w:rPr>
          <w:b/>
        </w:rPr>
        <w:t xml:space="preserve">[44:39] </w:t>
      </w:r>
      <w:r>
        <w:t>freedom ko powerless karna Khuda ka concern nahin hai. Problem ko ignore karna aur opportunities ko avail karna hi Khuda ka concern hai.</w:t>
      </w:r>
    </w:p>
    <w:p>
      <w:pPr>
        <w:jc w:val="right"/>
      </w:pPr>
      <w:r>
        <w:t>Freedom کو Powerless کرنا خدا کا Concern نہیں ہے۔ Problem کو Ignore کرنا اور Opportunities کو Avail کرنا ہی خدا کا Concern ہے۔</w:t>
      </w:r>
    </w:p>
    <w:p>
      <w:r>
        <w:rPr>
          <w:b/>
        </w:rPr>
        <w:t xml:space="preserve">[44:50] </w:t>
      </w:r>
      <w:r>
        <w:t>sahi.</w:t>
      </w:r>
    </w:p>
    <w:p>
      <w:pPr>
        <w:jc w:val="right"/>
      </w:pPr>
      <w:r>
        <w:t>صحیح۔</w:t>
      </w:r>
    </w:p>
    <w:p>
      <w:r>
        <w:rPr>
          <w:b/>
        </w:rPr>
        <w:t xml:space="preserve">[45:01] </w:t>
      </w:r>
      <w:r>
        <w:t>Maulana aap ne jo aaj ek baat kahi ke hamein apne aap ko Khuda ke wavelength pe lana hai aur aksar insan apne aap ko Khuda ke wavelength pe isi liye nahin la pata kyunke woh zyada tar complaint culture mein rehta hai.</w:t>
      </w:r>
    </w:p>
    <w:p>
      <w:pPr>
        <w:jc w:val="right"/>
      </w:pPr>
      <w:r>
        <w:t>مولانا آپ نے جو آج ایک بات کہی کہ ہمیں اپنے آپ کو خدا کے Wavelength پہ لانا ہے اور اکثر انسان اپنے آپ کو خدا کے Wavelength پہ اسی لیے نہیں لا پاتا کیونکہ وہ زیادہ تر Complaint Culture میں رہتا ہے۔</w:t>
      </w:r>
    </w:p>
    <w:p>
      <w:r>
        <w:rPr>
          <w:b/>
        </w:rPr>
        <w:t xml:space="preserve">[45:19] </w:t>
      </w:r>
      <w:r>
        <w:t>to Maulana is complaint culture ko woh kis tareeqe se khatam karein taake woh Khuda ke wavelength pe aa sake? Is ke bare mein kuch batayein Maulana.</w:t>
      </w:r>
    </w:p>
    <w:p>
      <w:pPr>
        <w:jc w:val="right"/>
      </w:pPr>
      <w:r>
        <w:t>تو مولانا اس Complaint Culture کو وہ کس طریقے سے ختم کریں تاکہ وہ خدا کے Wavelength پہ آ سکے؟ اس کے بارے میں کچھ بتائیں مولانا۔</w:t>
      </w:r>
    </w:p>
    <w:p>
      <w:r>
        <w:rPr>
          <w:b/>
        </w:rPr>
        <w:t xml:space="preserve">[45:32] </w:t>
      </w:r>
      <w:r>
        <w:t>main samajhta hoon ke jar ki baat yeh hai</w:t>
      </w:r>
    </w:p>
    <w:p>
      <w:pPr>
        <w:jc w:val="right"/>
      </w:pPr>
      <w:r>
        <w:t>میں سمجھتا ہوں کہ جڑ کی بات یہ ہے</w:t>
      </w:r>
    </w:p>
    <w:p>
      <w:r>
        <w:rPr>
          <w:b/>
        </w:rPr>
        <w:t xml:space="preserve">[45:38] </w:t>
      </w:r>
      <w:r>
        <w:t>ke hamare andar realistic approach paida ho.</w:t>
      </w:r>
    </w:p>
    <w:p>
      <w:pPr>
        <w:jc w:val="right"/>
      </w:pPr>
      <w:r>
        <w:t>کہ ہمارے اندر Realistic Approach پیدا ہو۔</w:t>
      </w:r>
    </w:p>
    <w:p>
      <w:r>
        <w:rPr>
          <w:b/>
        </w:rPr>
        <w:t xml:space="preserve">[45:46] </w:t>
      </w:r>
      <w:r>
        <w:t>koi bhi doosra jo tareeqa hum ikhtiyar karte hain woh reality se takrata hai.</w:t>
      </w:r>
    </w:p>
    <w:p>
      <w:pPr>
        <w:jc w:val="right"/>
      </w:pPr>
      <w:r>
        <w:t>کوئی بھی دوسرا جو طریقہ ہم اختیار کرتے ہیں وہ Reality سے ٹکراتا ہے۔</w:t>
      </w:r>
    </w:p>
    <w:p>
      <w:r>
        <w:rPr>
          <w:b/>
        </w:rPr>
        <w:t xml:space="preserve">[45:57] </w:t>
      </w:r>
      <w:r>
        <w:t>is liye woh kamyab hone wala nahin. Realistic approach hi ka doosra naam hai sahi shaklah.</w:t>
      </w:r>
    </w:p>
    <w:p>
      <w:pPr>
        <w:jc w:val="right"/>
      </w:pPr>
      <w:r>
        <w:t>اس لیے وہ کامیاب ہونے والا نہیں۔ Realistic Approach ہی کا دوسرا نام ہے صحیح شاکلہ۔</w:t>
      </w:r>
    </w:p>
    <w:p>
      <w:r>
        <w:rPr>
          <w:b/>
        </w:rPr>
        <w:t xml:space="preserve">[46:09] </w:t>
      </w:r>
      <w:r>
        <w:t>har doosra soch, doosra tareeqa yeh dunya mein yeh don't failure</w:t>
      </w:r>
    </w:p>
    <w:p>
      <w:pPr>
        <w:jc w:val="right"/>
      </w:pPr>
      <w:r>
        <w:t>ہر دوسرا سوچ، دوسرا طریقہ یہ دنیا میں یہ Don't Failure</w:t>
      </w:r>
    </w:p>
    <w:p>
      <w:r>
        <w:rPr>
          <w:b/>
        </w:rPr>
        <w:t xml:space="preserve">[46:19] </w:t>
      </w:r>
      <w:r>
        <w:t>main samajhta hoon ke mujhe ek martaba ek professor ne poocha ke Islam ka matlab kya hai? Main ne kaha ke Islam means realism</w:t>
      </w:r>
    </w:p>
    <w:p>
      <w:pPr>
        <w:jc w:val="right"/>
      </w:pPr>
      <w:r>
        <w:t>میں سمجھتا ہوں کہ مجھے ایک مرتبہ ایک Professor نے پوچھا کہ اسلام کا مطلب کیا ہے؟ میں نے کہا کہ اسلام Means Realism</w:t>
      </w:r>
    </w:p>
    <w:p>
      <w:r>
        <w:rPr>
          <w:b/>
        </w:rPr>
        <w:t xml:space="preserve">[46:29] </w:t>
      </w:r>
      <w:r>
        <w:t>to Reality pe khara hona. kyunke jo Non-Real hai us pe aap to khare ho nahi sakte. us par to Fail ho jayenge.</w:t>
      </w:r>
    </w:p>
    <w:p>
      <w:pPr>
        <w:jc w:val="right"/>
      </w:pPr>
      <w:r>
        <w:t>تو Reality پہ کھڑا ہونا۔ کیونکہ جو Non-Real ہے اس پہ آپ تو کھڑے ہو نہیں سکتے۔ اس پر تو Fail ہو جائیں گے۔</w:t>
      </w:r>
    </w:p>
    <w:p>
      <w:r>
        <w:rPr>
          <w:b/>
        </w:rPr>
        <w:t xml:space="preserve">[46:41] </w:t>
      </w:r>
      <w:r>
        <w:t>to Failure naam hai Non-Real pe khara hona. aur Success naam hai Reality pe khara hona. is haqeeqat ko aadmi agar daryaft kar le to is rastay ko ikhtiyar karna aasan ho jayega.</w:t>
      </w:r>
    </w:p>
    <w:p>
      <w:pPr>
        <w:jc w:val="right"/>
      </w:pPr>
      <w:r>
        <w:t>تو Failure نام ہے Non-Real پہ کھڑا ہونا۔ اور Success نام ہے Reality پہ کھڑا ہونا۔ اس حقیقت کو آدمی اگر دریافت کر لے تو اس راستے کو اختیار کرنا آسان ہو جائے گا۔</w:t>
      </w:r>
    </w:p>
    <w:p>
      <w:r>
        <w:rPr>
          <w:b/>
        </w:rPr>
        <w:t xml:space="preserve">[47:00] </w:t>
      </w:r>
      <w:r>
        <w:t>Maulana aap ne aaj yeh bhi baat ki ke shaitan ka tareeqa hota hai ke woh Touch karta</w:t>
      </w:r>
    </w:p>
    <w:p>
      <w:pPr>
        <w:jc w:val="right"/>
      </w:pPr>
      <w:r>
        <w:t>مولانا آپ نے آج یہ بھی بات کی کہ شیطان کا طریقہ ہوتا ہے کہ وہ Touch کرتا</w:t>
      </w:r>
    </w:p>
    <w:p>
      <w:r>
        <w:rPr>
          <w:b/>
        </w:rPr>
        <w:t xml:space="preserve">[47:06] </w:t>
      </w:r>
      <w:r>
        <w:t>hai. to ek momin apne aap ko kis tareeqay se Alert kar ke rakhe ke jab shaitan is ko Touch kare to woh ek dam apni Consciousness ko jaga le aur apne aap ko bacha sake?</w:t>
      </w:r>
    </w:p>
    <w:p>
      <w:pPr>
        <w:jc w:val="right"/>
      </w:pPr>
      <w:r>
        <w:t>ہے۔ تو ایک مومن اپنے آپ کو کس طریقے سے Alert کر کے رکھے کہ جب شیطان اس کو Touch کرے تو وہ ایک دم اپنی Consciousness کو جگا لے اور اپنے آپ کو بچا سکے؟</w:t>
      </w:r>
    </w:p>
    <w:p>
      <w:r>
        <w:rPr>
          <w:b/>
        </w:rPr>
        <w:t xml:space="preserve">[47:18] </w:t>
      </w:r>
      <w:r>
        <w:t>is ka kya tareeqa hai Maulana? tadkuro jo hai yeh Al-Araf mein yeh Surah hai. is ka matlab hai ke shaitan jab Touch karta hai un ko to tadkuro yani woh ba-khabar ho jate hain.</w:t>
      </w:r>
    </w:p>
    <w:p>
      <w:pPr>
        <w:jc w:val="right"/>
      </w:pPr>
      <w:r>
        <w:t>اس کا کیا طریقہ ہے مولانا؟ تدكرو جو ہے یہ الاعراف میں یہ سورہ ہے۔ اس کا مطلب ہے کہ شیطان جب Touch کرتا ہے ان کو تو تدکرو یعنی وہ باخبر ہو جاتے ہیں۔</w:t>
      </w:r>
    </w:p>
    <w:p>
      <w:r>
        <w:rPr>
          <w:b/>
        </w:rPr>
        <w:t xml:space="preserve">[47:31] </w:t>
      </w:r>
      <w:r>
        <w:t>chaunk uthte hain. aur phir woh apni islaah kar lete hain.</w:t>
      </w:r>
    </w:p>
    <w:p>
      <w:pPr>
        <w:jc w:val="right"/>
      </w:pPr>
      <w:r>
        <w:t>چونک اٹھتے ہیں۔ اور پھر وہ اپنی اصلاح کر لیتے ہیں۔</w:t>
      </w:r>
    </w:p>
    <w:p>
      <w:r>
        <w:rPr>
          <w:b/>
        </w:rPr>
        <w:t xml:space="preserve">[47:36] </w:t>
      </w:r>
      <w:r>
        <w:t>yeh tadkuro jo hai bohat hi Crucial Word hai. is ka matlab hai ke aap apne Mind ko itna Pepper karen.</w:t>
      </w:r>
    </w:p>
    <w:p>
      <w:pPr>
        <w:jc w:val="right"/>
      </w:pPr>
      <w:r>
        <w:t>یہ تدکرو جو ہے بہت ہی Crucial Word ہے۔ اس کا مطلب ہے کہ آپ اپنے Mind کو اتنا Pepper کریں۔</w:t>
      </w:r>
    </w:p>
    <w:p>
      <w:r>
        <w:rPr>
          <w:b/>
        </w:rPr>
        <w:t xml:space="preserve">[47:44] </w:t>
      </w:r>
      <w:r>
        <w:t>Prepare ke jab aap shaitan Touch kare to aap ba-khabar ho jayen. tadkuro ka aap ko tajurba ho.</w:t>
      </w:r>
    </w:p>
    <w:p>
      <w:pPr>
        <w:jc w:val="right"/>
      </w:pPr>
      <w:r>
        <w:t>Prepare کہ جب آپ شیطان Touch کرے تو آپ باخبر ہو جائیں۔ تدکرو کا کا آپ کو تجربہ ہو۔</w:t>
      </w:r>
    </w:p>
    <w:p>
      <w:r>
        <w:rPr>
          <w:b/>
        </w:rPr>
        <w:t xml:space="preserve">[47:56] </w:t>
      </w:r>
      <w:r>
        <w:t>to sara mamla yeh hai ke aap apne ko Prepared Mind banayen. hassas Mind banayen. to jab shaitan Touch karega to foran aap aap ka jo Peppered Mind hai us ko bata dega ke yahan dekho yeh shaitan ne Touch kiya hai.</w:t>
      </w:r>
    </w:p>
    <w:p>
      <w:pPr>
        <w:jc w:val="right"/>
      </w:pPr>
      <w:r>
        <w:t>تو سارا معاملہ یہ ہے کہ آپ اپنے کو Prepared Mind بنائیں۔ حساس Mind بنائیں۔ تو جب شیطان Touch کرے گا تو فوراً آپ آپ کا جو Peppered Mind ہے اس کو بتا دے گا کہ یہاں دیکھو یہ شیطان نے Touch کیا ہے۔</w:t>
      </w:r>
    </w:p>
    <w:p>
      <w:r>
        <w:rPr>
          <w:b/>
        </w:rPr>
        <w:t xml:space="preserve">[48:19] </w:t>
      </w:r>
      <w:r>
        <w:t>misalan kisi se aap ko ghussa aa gaya.</w:t>
      </w:r>
    </w:p>
    <w:p>
      <w:pPr>
        <w:jc w:val="right"/>
      </w:pPr>
      <w:r>
        <w:t>مثلاً کسی سے آپ کو غصہ آ گیا۔</w:t>
      </w:r>
    </w:p>
    <w:p>
      <w:r>
        <w:rPr>
          <w:b/>
        </w:rPr>
        <w:t xml:space="preserve">[48:23] </w:t>
      </w:r>
      <w:r>
        <w:t>to agar aap ke andar ghussa Revenge ban jaye to woh shaitan ki Touch se hota hai. yani ghussa to thori dair hi hoga, khatam ho jayega.</w:t>
      </w:r>
    </w:p>
    <w:p>
      <w:pPr>
        <w:jc w:val="right"/>
      </w:pPr>
      <w:r>
        <w:t>تو اگر آپ کے اندر غصہ Revenge بن جائے تو وہ شیطان کی Touch سے ہوتا ہے۔ یعنی غصہ تو تھوڑی دیر ہی ہو گا، ختم ہو جائے گا۔</w:t>
      </w:r>
    </w:p>
    <w:p>
      <w:r>
        <w:rPr>
          <w:b/>
        </w:rPr>
        <w:t xml:space="preserve">[48:36] </w:t>
      </w:r>
      <w:r>
        <w:t>lekin jab Revenge ban jayega to nahi khatam hoga. phir chalta rahega. to jab aap ka ghussa Revenge ban jaye to jaldi se aap daryaft kar lenge.</w:t>
      </w:r>
    </w:p>
    <w:p>
      <w:pPr>
        <w:jc w:val="right"/>
      </w:pPr>
      <w:r>
        <w:t>لیکن جب Revenge بن جائے گا تو نہیں ختم ہو گا۔ پھر چلتا رہے گا۔ تو جب آپ کا غصہ Revenge بن جائے تو جلدی سے آپ دریافت کر لیں گے۔</w:t>
      </w:r>
    </w:p>
    <w:p>
      <w:r>
        <w:rPr>
          <w:b/>
        </w:rPr>
        <w:t xml:space="preserve">[48:45] </w:t>
      </w:r>
      <w:r>
        <w:t>agar Peppered Mind hai to. arey yeh to shaitan mujh par haavi ho gaya.</w:t>
      </w:r>
    </w:p>
    <w:p>
      <w:pPr>
        <w:jc w:val="right"/>
      </w:pPr>
      <w:r>
        <w:t>اگر Peppered Mind ہے تو۔ ارے یہ تو شیطان مجھ پر حاوی ہو گیا۔</w:t>
      </w:r>
    </w:p>
    <w:p>
      <w:r>
        <w:rPr>
          <w:b/>
        </w:rPr>
        <w:t xml:space="preserve">[48:53] </w:t>
      </w:r>
      <w:r>
        <w:t>yani shikayat jab inteqaam ban jaye. ghussa jab inteqaam ban jaye to woh shaitan ka ke Touch karne se hota hai.</w:t>
      </w:r>
    </w:p>
    <w:p>
      <w:pPr>
        <w:jc w:val="right"/>
      </w:pPr>
      <w:r>
        <w:t>یعنی شکایت جب انتقام بن جائے۔ غصہ جب انتقام بن جائے تو وہ شیطان کا کہ Touch کرنے سے ہوتا ہے۔</w:t>
      </w:r>
    </w:p>
    <w:p>
      <w:r>
        <w:rPr>
          <w:b/>
        </w:rPr>
        <w:t xml:space="preserve">[49:03] </w:t>
      </w:r>
      <w:r>
        <w:t>to agar aap Peppered Mind hain to jaldi se aap ba-khabar ho jayenge. to apni islaah kar lenge. to to asal cheez hai ke aap apne ko Peppered Mind banayen.</w:t>
      </w:r>
    </w:p>
    <w:p>
      <w:pPr>
        <w:jc w:val="right"/>
      </w:pPr>
      <w:r>
        <w:t>تو اگر آپ Peppered Mind ہیں تو جلدی سے آپ باخبر ہو جائیں گے۔ تو اپنی اصلاح کر لیں گے۔ تو تو اصل چیز ہے کہ آپ اپنے کو Peppered Mind بنائیں۔</w:t>
      </w:r>
    </w:p>
    <w:p>
      <w:r>
        <w:rPr>
          <w:b/>
        </w:rPr>
        <w:t xml:space="preserve">[49:15] </w:t>
      </w:r>
      <w:r>
        <w:t>Peppered Mind banayenge tab hi aap is se bach sakenge.</w:t>
      </w:r>
    </w:p>
    <w:p>
      <w:pPr>
        <w:jc w:val="right"/>
      </w:pPr>
      <w:r>
        <w:t>Peppered Mind بنائیں گے تب ہی آپ اس سے بچ سکیں گے۔</w:t>
      </w:r>
    </w:p>
    <w:p>
      <w:r>
        <w:rPr>
          <w:b/>
        </w:rPr>
        <w:t xml:space="preserve">[49:21] </w:t>
      </w:r>
      <w:r>
        <w:t>Maulana aaj kuch naye log bhi hain to aap yeh bhi batayen ke Prepared Mind ka aaghaz kahan se shuru hota hai?</w:t>
      </w:r>
    </w:p>
    <w:p>
      <w:pPr>
        <w:jc w:val="right"/>
      </w:pPr>
      <w:r>
        <w:t>مولانا آج کچھ نئے لوگ بھی ہیں تو آپ یہ بھی بتائیں کہ Prepared Mind کا آغاز کہاں سے شروع ہوتا ہے؟</w:t>
      </w:r>
    </w:p>
    <w:p>
      <w:r>
        <w:rPr>
          <w:b/>
        </w:rPr>
        <w:t xml:space="preserve">[49:36] </w:t>
      </w:r>
      <w:r>
        <w:t>main samajhta hoon ke Self-History. Self-History.</w:t>
      </w:r>
    </w:p>
    <w:p>
      <w:pPr>
        <w:jc w:val="right"/>
      </w:pPr>
      <w:r>
        <w:t>میں سمجھتا ہوں کہ Self-History۔ Self-History۔</w:t>
      </w:r>
    </w:p>
    <w:p>
      <w:r>
        <w:rPr>
          <w:b/>
        </w:rPr>
        <w:t xml:space="preserve">[49:45] </w:t>
      </w:r>
      <w:r>
        <w:t>Self-History ka matlab yeh hai ke jo kitaben aap parhen, jo aap ka Observation hai us ko apne upar Apply karen. apne upar Apply karen.</w:t>
      </w:r>
    </w:p>
    <w:p>
      <w:pPr>
        <w:jc w:val="right"/>
      </w:pPr>
      <w:r>
        <w:t>Self-History کا مطلب یہ ہے کہ جو کتابیں آپ پڑھیں، جو آپ کا Observation ہے اس کو اپنے اوپر Apply کریں۔ اپنے اوپر Apply کریں۔</w:t>
      </w:r>
    </w:p>
    <w:p>
      <w:r>
        <w:rPr>
          <w:b/>
        </w:rPr>
        <w:t xml:space="preserve">[49:57] </w:t>
      </w:r>
      <w:r>
        <w:t>jaise aap Road par chal rahe hain. do scooter aamne samne aaye, woh takra gaye.</w:t>
      </w:r>
    </w:p>
    <w:p>
      <w:pPr>
        <w:jc w:val="right"/>
      </w:pPr>
      <w:r>
        <w:t>جیسے آپ Road پر چل رہے ہیں۔ دو سکوٹر آمنے سامنے آئے، وہ ٹکرا گئے۔</w:t>
      </w:r>
    </w:p>
    <w:p>
      <w:r>
        <w:rPr>
          <w:b/>
        </w:rPr>
        <w:t xml:space="preserve">[50:07] </w:t>
      </w:r>
      <w:r>
        <w:t>phir gir pade. ab dono ladne lage. is ko le kar aap sochein ke dekho yeh chahte hain to is ko aap sari kar ke khatam kar dete hain baaton ko.</w:t>
      </w:r>
    </w:p>
    <w:p>
      <w:pPr>
        <w:jc w:val="right"/>
      </w:pPr>
      <w:r>
        <w:t>پھر گر پڑے۔ اب دونوں لڑنے لگے۔ اس کو لے کر آپ سوچیں کہ دیکھو یہ چاہتے ہیں تو اس کو آپ ساری کر کے ختم کر دیتے ہیں باتوں کو۔</w:t>
      </w:r>
    </w:p>
    <w:p>
      <w:r>
        <w:rPr>
          <w:b/>
        </w:rPr>
        <w:t xml:space="preserve">[50:20] </w:t>
      </w:r>
      <w:r>
        <w:t>lekin sari nahi kiya unhone. bas lad rahe hain. tum galat ho. woh kehta hai tum galat ho.</w:t>
      </w:r>
    </w:p>
    <w:p>
      <w:pPr>
        <w:jc w:val="right"/>
      </w:pPr>
      <w:r>
        <w:t>لیکن ساری نہیں کیا انہوں نے۔ بس لڑ رہے ہیں۔ تم غلط ہو۔ وہ کہتا ہے تم غلط ہو۔</w:t>
      </w:r>
    </w:p>
    <w:p>
      <w:r>
        <w:rPr>
          <w:b/>
        </w:rPr>
        <w:t xml:space="preserve">[50:27] </w:t>
      </w:r>
      <w:r>
        <w:t>to woh hai Observation jis se aap apne ko Prepare karen. to aap kitab parhen tab bhi. Observation mein kuch baat samne aaye tab bhi.</w:t>
      </w:r>
    </w:p>
    <w:p>
      <w:pPr>
        <w:jc w:val="right"/>
      </w:pPr>
      <w:r>
        <w:t>تو وہ ہے Observation جس سے آپ اپنے کو Prepare کریں۔ تو آپ کتاب پڑھیں تب بھی۔ Observation میں کچھ بات سامنے آئے تب بھی۔</w:t>
      </w:r>
    </w:p>
    <w:p>
      <w:r>
        <w:rPr>
          <w:b/>
        </w:rPr>
        <w:t xml:space="preserve">[50:37] </w:t>
      </w:r>
      <w:r>
        <w:t>koi tajurba ho tab bhi. us ko le kar ke aap apne upar Apply karen. us ko main kahunga yeh hai Self-History. yahi hai Self-History.</w:t>
      </w:r>
    </w:p>
    <w:p>
      <w:pPr>
        <w:jc w:val="right"/>
      </w:pPr>
      <w:r>
        <w:t>کوئی تجربہ ہو تب بھی۔ اس کو لے کر کے آپ اپنے اوپر Apply کریں۔ اس کو میں کہوں گا یہ ہے Self-History۔ یہی ہے Self-History۔</w:t>
      </w:r>
    </w:p>
    <w:p>
      <w:r>
        <w:rPr>
          <w:b/>
        </w:rPr>
        <w:t xml:space="preserve">[50:49] </w:t>
      </w:r>
      <w:r>
        <w:t>to Self-History jab aap karenge to ek Process chalega aap ke andar. woh Process aap ko Peppered Mind bana dega. yeh hai mera tajurba.</w:t>
      </w:r>
    </w:p>
    <w:p>
      <w:pPr>
        <w:jc w:val="right"/>
      </w:pPr>
      <w:r>
        <w:t>تو Self-History جب آپ کریں گے تو ایک Process چلے گا آپ کے اندر۔ وہ Process آپ کو Peppered Mind بنا دے گا۔ یہ ہے میرا تجربہ۔</w:t>
      </w:r>
    </w:p>
    <w:p>
      <w:r>
        <w:rPr>
          <w:b/>
        </w:rPr>
        <w:t xml:space="preserve">[51:03] </w:t>
      </w:r>
      <w:r>
        <w:t>maulana aaj ke talk mein aap ne aa is baat ka bhi zikr kiya ke insaan ka waswasa aur shaitan ka waswasa</w:t>
      </w:r>
    </w:p>
    <w:p>
      <w:pPr>
        <w:jc w:val="right"/>
      </w:pPr>
      <w:r>
        <w:t>مولانا آج کے ٹاک میں آپ نے آ اس بات کا بھی ذکر کیا کہ انسان کا وسوسہ اور شیطان کا وسوسہ</w:t>
      </w:r>
    </w:p>
    <w:p>
      <w:r>
        <w:rPr>
          <w:b/>
        </w:rPr>
        <w:t xml:space="preserve">[51:12] </w:t>
      </w:r>
      <w:r>
        <w:t>per maulana ab tak to hum ne yahi samjha hai ke shaitan ka hi waswasa hota hai jo trigger karta hai insaan ke andar negativity ya complaint culture.</w:t>
      </w:r>
    </w:p>
    <w:p>
      <w:pPr>
        <w:jc w:val="right"/>
      </w:pPr>
      <w:r>
        <w:t>۔ پر مولانا اب تک تو ہم نے یہی سمجھا ہے کہ شیطان کا ہی وسوسہ ہوتا ہے جو Trigger کرتا ہے انسان کے اندر Negativity یا Complaint Culture۔</w:t>
      </w:r>
    </w:p>
    <w:p>
      <w:r>
        <w:rPr>
          <w:b/>
        </w:rPr>
        <w:t xml:space="preserve">[51:22] </w:t>
      </w:r>
      <w:r>
        <w:t>to yeh dono mein difference kya hai maulana? dekhiye yeh to quran ki aakhri surah jo hai. aakhri surah mein dono ka zikr hai.</w:t>
      </w:r>
    </w:p>
    <w:p>
      <w:pPr>
        <w:jc w:val="right"/>
      </w:pPr>
      <w:r>
        <w:t>تو یہ دونوں میں Difference کیا ہے مولانا؟ دیکھیں یہ تو قرآن کی آخری سورہ جو ہے۔ آخری سورہ میں دونوں کا ذکر ہے۔</w:t>
      </w:r>
    </w:p>
    <w:p>
      <w:r>
        <w:rPr>
          <w:b/>
        </w:rPr>
        <w:t xml:space="preserve">[51:37] </w:t>
      </w:r>
      <w:r>
        <w:t>is mein. allazi yuwaswisu fi sudoor an-naas min al-jinnati wa an-naas isi par quran khatam hua hai.</w:t>
      </w:r>
    </w:p>
    <w:p>
      <w:pPr>
        <w:jc w:val="right"/>
      </w:pPr>
      <w:r>
        <w:t>اس میں۔ الذی یوسوس فی صدور الناس من الجن والناس اسی پر قرآن ختم ہوا ہے۔</w:t>
      </w:r>
    </w:p>
    <w:p>
      <w:r>
        <w:rPr>
          <w:b/>
        </w:rPr>
        <w:t xml:space="preserve">[51:47] </w:t>
      </w:r>
      <w:r>
        <w:t>ke jo dilon mein waswasa dalta hai. waswasa ke maani hote hain doubt. negative thought.</w:t>
      </w:r>
    </w:p>
    <w:p>
      <w:pPr>
        <w:jc w:val="right"/>
      </w:pPr>
      <w:r>
        <w:t>کہ جو دلوں میں وسوسہ ڈالتا ہے۔ وسوسہ کے معنی ہوتے ہیں Doubt۔ Negative Thought۔</w:t>
      </w:r>
    </w:p>
    <w:p>
      <w:r>
        <w:rPr>
          <w:b/>
        </w:rPr>
        <w:t xml:space="preserve">[51:55] </w:t>
      </w:r>
      <w:r>
        <w:t>yani wrong angle se cheezon ko dikhana. yeh to waswasa hai. jo logon ke dilon mein waswasa dalta hai. yeh hai aur yeh hote hain insaan aur jinn dono.</w:t>
      </w:r>
    </w:p>
    <w:p>
      <w:pPr>
        <w:jc w:val="right"/>
      </w:pPr>
      <w:r>
        <w:t>یعنی Wrong Angle سے چیزوں کو دکھانا۔ یہ تو وسوسہ ہے۔ جو لوگوں کے دلوں میں وسوسہ ڈالتا ہے۔ یہ ہے اور یہ ہوتے ہیں انسان اور جن دونوں۔</w:t>
      </w:r>
    </w:p>
    <w:p>
      <w:r>
        <w:rPr>
          <w:b/>
        </w:rPr>
        <w:t xml:space="preserve">[52:07] </w:t>
      </w:r>
      <w:r>
        <w:t>min al-jinnati wa an-naas insaan bhi jinn bhi.</w:t>
      </w:r>
    </w:p>
    <w:p>
      <w:pPr>
        <w:jc w:val="right"/>
      </w:pPr>
      <w:r>
        <w:t>من الجنة والناس انسان بھی جن بھی۔</w:t>
      </w:r>
    </w:p>
    <w:p>
      <w:r>
        <w:rPr>
          <w:b/>
        </w:rPr>
        <w:t xml:space="preserve">[52:13] </w:t>
      </w:r>
      <w:r>
        <w:t>to jinn jo hai yani shaitan aap ke andar samaye hua hota hai. kyunke woh physical body is ki nahi hai.</w:t>
      </w:r>
    </w:p>
    <w:p>
      <w:pPr>
        <w:jc w:val="right"/>
      </w:pPr>
      <w:r>
        <w:t>تو جن جو ہے یعنی شیطان آپ کے اندر سمائے ہوا ہوتا ہے۔ کیونکہ وہ Physical Body اس کی نہیں ہے۔</w:t>
      </w:r>
    </w:p>
    <w:p>
      <w:r>
        <w:rPr>
          <w:b/>
        </w:rPr>
        <w:t xml:space="preserve">[52:23] </w:t>
      </w:r>
      <w:r>
        <w:t>woh sama sakta hai aap ke andar. hadith mein aata hai ke shaitan khoon mein teirta hai. to aap ke andar samaya hua hai shaitan.</w:t>
      </w:r>
    </w:p>
    <w:p>
      <w:pPr>
        <w:jc w:val="right"/>
      </w:pPr>
      <w:r>
        <w:t>وہ سما سکتا ہے آپ کے اندر۔ حدیث میں آتا ہے کہ شیطان خون میں تیرتا ہے۔ تو آپ کے اندر سمایا ہوا ہے شیطان۔</w:t>
      </w:r>
    </w:p>
    <w:p>
      <w:r>
        <w:rPr>
          <w:b/>
        </w:rPr>
        <w:t xml:space="preserve">[52:33] </w:t>
      </w:r>
      <w:r>
        <w:t>andar se sama kar ke woh waswasa dalta hai. aur insaan to aas paas hain chal phir rahe hain.</w:t>
      </w:r>
    </w:p>
    <w:p>
      <w:pPr>
        <w:jc w:val="right"/>
      </w:pPr>
      <w:r>
        <w:t>اندر سے سما کر کے وہ وسوسہ ڈالتا ہے۔ اور انسان تو آس پاس ہیں چل پھر رہے ہیں۔</w:t>
      </w:r>
    </w:p>
    <w:p>
      <w:r>
        <w:rPr>
          <w:b/>
        </w:rPr>
        <w:t xml:space="preserve">[52:42] </w:t>
      </w:r>
      <w:r>
        <w:t>woh aap ko galat mashwara dete hain.</w:t>
      </w:r>
    </w:p>
    <w:p>
      <w:pPr>
        <w:jc w:val="right"/>
      </w:pPr>
      <w:r>
        <w:t>وہ آپ کو غلط مشورہ دیتے ہیں۔</w:t>
      </w:r>
    </w:p>
    <w:p>
      <w:r>
        <w:rPr>
          <w:b/>
        </w:rPr>
        <w:t xml:space="preserve">[52:45] </w:t>
      </w:r>
      <w:r>
        <w:t>misalan main ne kai logon ko kaha tha yeh suna ke is ka to yani jaise ko teisa karna pare ga.</w:t>
      </w:r>
    </w:p>
    <w:p>
      <w:pPr>
        <w:jc w:val="right"/>
      </w:pPr>
      <w:r>
        <w:t>مثلاً میں نے کئی لوگوں کو کہا تھا یہ سنا کہ اس کا تو یعنی جیسے کو تیسا کرنا پڑے گا۔</w:t>
      </w:r>
    </w:p>
    <w:p>
      <w:r>
        <w:rPr>
          <w:b/>
        </w:rPr>
        <w:t xml:space="preserve">[52:54] </w:t>
      </w:r>
      <w:r>
        <w:t>is ko to we have to teach him lesson nahi to yeh aur barh jayenge. aur zyada yeh harkaten karenge.</w:t>
      </w:r>
    </w:p>
    <w:p>
      <w:pPr>
        <w:jc w:val="right"/>
      </w:pPr>
      <w:r>
        <w:t>اس کو تو We have to teach him lesson نہیں تو یہ اور بڑھ جائیں گے۔ اور زیادہ یہ حرکتیں کریں گے۔</w:t>
      </w:r>
    </w:p>
    <w:p>
      <w:r>
        <w:rPr>
          <w:b/>
        </w:rPr>
        <w:t xml:space="preserve">[53:03] </w:t>
      </w:r>
      <w:r>
        <w:t>yeh kya hai yeh shaitan? insaan ka waswasa hai. yeh insaan ka waswasa hai.</w:t>
      </w:r>
    </w:p>
    <w:p>
      <w:pPr>
        <w:jc w:val="right"/>
      </w:pPr>
      <w:r>
        <w:t>یہ کیا ہے یہ شیطان؟ انسان کا وسوسہ ہے۔ یہ انسان کا وسوسہ ہے۔</w:t>
      </w:r>
    </w:p>
    <w:p>
      <w:r>
        <w:rPr>
          <w:b/>
        </w:rPr>
        <w:t xml:space="preserve">[53:14] </w:t>
      </w:r>
      <w:r>
        <w:t>maulana yeh fitratullah allati fatara an-naasa alaiha la tabdeela li khalqillah yeh fitrat ka maani jo hai bohat hi mubham tha maulana.</w:t>
      </w:r>
    </w:p>
    <w:p>
      <w:pPr>
        <w:jc w:val="right"/>
      </w:pPr>
      <w:r>
        <w:t>مولانا یہ فطرة الله التي فطر الناس عليها لا تبدل لخلق الله یہ فطرت کا معنی جو ہے بہت ہی مبہم تھا مولانا۔</w:t>
      </w:r>
    </w:p>
    <w:p>
      <w:r>
        <w:rPr>
          <w:b/>
        </w:rPr>
        <w:t xml:space="preserve">[53:25] </w:t>
      </w:r>
      <w:r>
        <w:t>aaj pehli martaba samajh mein aaya ke jab aap ne is ko wavelength ka lafz istemal kiya, khuda ka wavelength. to tab samajh mein aaya ke yeh khuda ki personality ka part hai jo fitrat.</w:t>
      </w:r>
    </w:p>
    <w:p>
      <w:pPr>
        <w:jc w:val="right"/>
      </w:pPr>
      <w:r>
        <w:t>آج پہلی مرتبہ سمجھ میں آیا کہ جب آپ نے اس کو Wavelength کا لفظ استعمال کیا، خدا کا Wavelength۔ تو تب سمجھ میں آیا کہ یہ خدا کی Personality کا Part ہے جو فطرت۔</w:t>
      </w:r>
    </w:p>
    <w:p>
      <w:r>
        <w:rPr>
          <w:b/>
        </w:rPr>
        <w:t xml:space="preserve">[53:39] </w:t>
      </w:r>
      <w:r>
        <w:t>wohi part insaan ko bhi Allah ne diya hai.</w:t>
      </w:r>
    </w:p>
    <w:p>
      <w:pPr>
        <w:jc w:val="right"/>
      </w:pPr>
      <w:r>
        <w:t>وہی Part انسان کو بھی اللہ نے دیا ہے۔</w:t>
      </w:r>
    </w:p>
    <w:p>
      <w:r>
        <w:rPr>
          <w:b/>
        </w:rPr>
        <w:t xml:space="preserve">[53:42] </w:t>
      </w:r>
      <w:r>
        <w:t>to yahi baat woh hadith mein jo batai gayi thi ke inna Allaha khalaqa adama ala suratil</w:t>
      </w:r>
    </w:p>
    <w:p>
      <w:pPr>
        <w:jc w:val="right"/>
      </w:pPr>
      <w:r>
        <w:t>تو یہی بات وہ حدیث میں جو بتائی گئی تھی کہ إن الله خلق آدم على صورته</w:t>
      </w:r>
    </w:p>
    <w:p>
      <w:r>
        <w:rPr>
          <w:b/>
        </w:rPr>
        <w:t xml:space="preserve">[53:51] </w:t>
      </w:r>
      <w:r>
        <w:t>to samajh mein aaya aaj ke jo hai na yeh fitrat se murad woh hai jo khuda ki fitrat hai. warna ab tak jo hai na woh fitrat se murad sirf khuda ki milkiyat samajhte the maulana.</w:t>
      </w:r>
    </w:p>
    <w:p>
      <w:pPr>
        <w:jc w:val="right"/>
      </w:pPr>
      <w:r>
        <w:t>تو سمجھ میں آیا آج کہ جو ہے نا یہ فطرت سے مراد وہ ہے جو خدا کی فطرت ہے۔ ورنہ اب تک جو ہے نا وہ فطرت سے مراد صرف خدا کی ملکیت سمجھتے تھے مولانا۔</w:t>
      </w:r>
    </w:p>
    <w:p>
      <w:r>
        <w:rPr>
          <w:b/>
        </w:rPr>
        <w:t xml:space="preserve">[54:04] </w:t>
      </w:r>
      <w:r>
        <w:t>jo khuda ki milkiyat mein rehne wali fitrat hai woh fitrat Allah ne</w:t>
      </w:r>
    </w:p>
    <w:p>
      <w:pPr>
        <w:jc w:val="right"/>
      </w:pPr>
      <w:r>
        <w:t>جو خدا کی ملکیت میں رہنے والی فطرت ہے وہ فطرت اللہ نے</w:t>
      </w:r>
    </w:p>
    <w:p>
      <w:r>
        <w:rPr>
          <w:b/>
        </w:rPr>
        <w:t xml:space="preserve">[54:08] </w:t>
      </w:r>
      <w:r>
        <w:t>insaan ko di hai. lekin aaj wavelength of khuda, khuda ke wavelength ka lafz ab jab aap ne istemal kiya tab woh clear hua. theek hai jazakum Allah sahi kaha aap ne.</w:t>
      </w:r>
    </w:p>
    <w:p>
      <w:pPr>
        <w:jc w:val="right"/>
      </w:pPr>
      <w:r>
        <w:t>انسان کو دی ہے۔ لیکن آج Wavelength of خدا، خدا کے Wavelength کا لفظ اب جب آپ نے استعمال کیا تب وہ Clear ہوا۔ ٹھیک ہے جزاکم اللہ صحیح کہا آپ نے۔</w:t>
      </w:r>
    </w:p>
    <w:p>
      <w:r>
        <w:rPr>
          <w:b/>
        </w:rPr>
        <w:t xml:space="preserve">[54:19] </w:t>
      </w:r>
      <w:r>
        <w:t>aur hadith mein jo hai khalaqa Allah adama ala suratil to surat ke maani yeh nahi ke shakal, figure.</w:t>
      </w:r>
    </w:p>
    <w:p>
      <w:pPr>
        <w:jc w:val="right"/>
      </w:pPr>
      <w:r>
        <w:t>اور حدیث میں جو ہے خلق الله آدم على صورته تو صورت کے معنی یہ نہیں کہ شکل، Figure۔</w:t>
      </w:r>
    </w:p>
    <w:p>
      <w:r>
        <w:rPr>
          <w:b/>
        </w:rPr>
        <w:t xml:space="preserve">[54:28] </w:t>
      </w:r>
      <w:r>
        <w:t>yeh matlab nahi hai. hum Allah ki shakal nahi hain. yahi matlab hai ke fitrat par hain.</w:t>
      </w:r>
    </w:p>
    <w:p>
      <w:pPr>
        <w:jc w:val="right"/>
      </w:pPr>
      <w:r>
        <w:t>یہ مطلب نہیں ہے۔ ہم اللہ کی شکل نہیں ہیں۔ یہی مطلب ہے کہ فطرت پر ہیں۔</w:t>
      </w:r>
    </w:p>
    <w:p>
      <w:r>
        <w:rPr>
          <w:b/>
        </w:rPr>
        <w:t xml:space="preserve">[54:37] </w:t>
      </w:r>
      <w:r>
        <w:t>wahan lafz surat maani fitrat aaya. khalaqa Allah adama ala suratil Allah ne paida kiya insaan ko apni surat par.</w:t>
      </w:r>
    </w:p>
    <w:p>
      <w:pPr>
        <w:jc w:val="right"/>
      </w:pPr>
      <w:r>
        <w:t>وہاں لفظ صورت بمعنی فطرت آیا۔ خلق الله آدم على صورته اللہ نے پیدا کیا انسان کو اپنی صورت پر۔</w:t>
      </w:r>
    </w:p>
    <w:p>
      <w:r>
        <w:rPr>
          <w:b/>
        </w:rPr>
        <w:t xml:space="preserve">[54:46] </w:t>
      </w:r>
      <w:r>
        <w:t>yani apni fitrat par. wohi baat jo</w:t>
      </w:r>
    </w:p>
    <w:p>
      <w:pPr>
        <w:jc w:val="right"/>
      </w:pPr>
      <w:r>
        <w:t>یعنی اپنی فطرت پر۔ وہی بات جو</w:t>
      </w:r>
    </w:p>
    <w:p>
      <w:r>
        <w:rPr>
          <w:b/>
        </w:rPr>
        <w:t xml:space="preserve">[54:52] </w:t>
      </w:r>
      <w:r>
        <w:t>jo quran mein hai ke al fitra. phir paida kiya insaan ko</w:t>
      </w:r>
    </w:p>
    <w:p>
      <w:pPr>
        <w:jc w:val="right"/>
      </w:pPr>
      <w:r>
        <w:t>جو قرآن میں ہے کہ الفطرہ۔ پھر پیدا کیا انسان کو</w:t>
      </w:r>
    </w:p>
    <w:p>
      <w:r>
        <w:rPr>
          <w:b/>
        </w:rPr>
        <w:t xml:space="preserve">[54:57] </w:t>
      </w:r>
      <w:r>
        <w:t>Maulana Dr Fareeda Khanam ne Dilli se sawal poocha hai. unhon ne likha hai ke Why has man been put in such a difficult test?</w:t>
      </w:r>
    </w:p>
    <w:p>
      <w:pPr>
        <w:jc w:val="right"/>
      </w:pPr>
      <w:r>
        <w:t>۔ مولانا ڈاکٹر فریدہ خانم نے دلی سے سوال پوچھا ہے۔ انہوں نے لکھا ہے کہ Why has man been put in such a difficult test?</w:t>
      </w:r>
    </w:p>
    <w:p>
      <w:r>
        <w:rPr>
          <w:b/>
        </w:rPr>
        <w:t xml:space="preserve">[55:09] </w:t>
      </w:r>
      <w:r>
        <w:t>This is why the majority has failed in this test. What is the reason behind it?</w:t>
      </w:r>
    </w:p>
    <w:p>
      <w:pPr>
        <w:jc w:val="right"/>
      </w:pPr>
      <w:r>
        <w:t>This is why the majority has failed in this test. What is the reason behind it?</w:t>
      </w:r>
    </w:p>
    <w:p>
      <w:r>
        <w:rPr>
          <w:b/>
        </w:rPr>
        <w:t xml:space="preserve">[55:18] </w:t>
      </w:r>
      <w:r>
        <w:t>dekhiye, Difficult test nahi hota, nahi hai. yeh Difficult banta hai Due to conditioning.</w:t>
      </w:r>
    </w:p>
    <w:p>
      <w:pPr>
        <w:jc w:val="right"/>
      </w:pPr>
      <w:r>
        <w:t>دیکھیے، Difficult test نہیں ہوتا، نہیں ہے۔ یہ Difficult بنتا ہے Due to conditioning۔</w:t>
      </w:r>
    </w:p>
    <w:p>
      <w:r>
        <w:rPr>
          <w:b/>
        </w:rPr>
        <w:t xml:space="preserve">[55:27] </w:t>
      </w:r>
      <w:r>
        <w:t>hamare andar woh nafs mutma'in baqi nahi rehta. Conditioning ki wajah se hamare yani Artificial test banta hai hamara.</w:t>
      </w:r>
    </w:p>
    <w:p>
      <w:pPr>
        <w:jc w:val="right"/>
      </w:pPr>
      <w:r>
        <w:t>ہمارے اندر وہ نفس مطمئن باقی نہیں رہتا۔ Conditioning کی وجہ سے ہمارے یعنی Artificial ٹیسٹ بنتا ہے ہمارا۔</w:t>
      </w:r>
    </w:p>
    <w:p>
      <w:r>
        <w:rPr>
          <w:b/>
        </w:rPr>
        <w:t xml:space="preserve">[55:39] </w:t>
      </w:r>
      <w:r>
        <w:t>to agar hum Condition se bacha payein apne ko, ya apne ko hum Decondition kar sakein. to lagega ke woh to Normal Natural hai.</w:t>
      </w:r>
    </w:p>
    <w:p>
      <w:pPr>
        <w:jc w:val="right"/>
      </w:pPr>
      <w:r>
        <w:t>تو اگر ہم Condition سے بچا پائیں اپنے کو، یا اپنے کو ہم Decondition کر سکیں۔ تو لگے گا کہ وہ تو Normal Natural ہے۔</w:t>
      </w:r>
    </w:p>
    <w:p>
      <w:r>
        <w:rPr>
          <w:b/>
        </w:rPr>
        <w:t xml:space="preserve">[55:48] </w:t>
      </w:r>
      <w:r>
        <w:t>woh Difficult nahi hai balkeh hamare liye ek Challenge hai.</w:t>
      </w:r>
    </w:p>
    <w:p>
      <w:pPr>
        <w:jc w:val="right"/>
      </w:pPr>
      <w:r>
        <w:t>وہ Difficult نہیں ہے بلکہ ہمارے لیے ایک Challenge ہے۔</w:t>
      </w:r>
    </w:p>
    <w:p>
      <w:r>
        <w:rPr>
          <w:b/>
        </w:rPr>
        <w:t xml:space="preserve">[55:52] </w:t>
      </w:r>
      <w:r>
        <w:t>hamare, hamare yani hamari islaah ke liye ek course hai. to Normal lagega woh.</w:t>
      </w:r>
    </w:p>
    <w:p>
      <w:pPr>
        <w:jc w:val="right"/>
      </w:pPr>
      <w:r>
        <w:t>ہمارے، ہمارے یعنی ہماری اصلاح کے لیے ایک کورس ہے۔ تو Normal لگے گا وہ۔</w:t>
      </w:r>
    </w:p>
    <w:p>
      <w:r>
        <w:rPr>
          <w:b/>
        </w:rPr>
        <w:t xml:space="preserve">[56:00] </w:t>
      </w:r>
      <w:r>
        <w:t>Normal. mein samajhta hoon ke yeh Conditioning ki wajah se woh Difficult lagta hai.</w:t>
      </w:r>
    </w:p>
    <w:p>
      <w:pPr>
        <w:jc w:val="right"/>
      </w:pPr>
      <w:r>
        <w:t>Normal۔ میں سمجھتا ہوں کہ یہ Conditioning کی وجہ سے وہ Difficult لگتا ہے۔</w:t>
      </w:r>
    </w:p>
    <w:p>
      <w:r>
        <w:rPr>
          <w:b/>
        </w:rPr>
        <w:t xml:space="preserve">[56:10] </w:t>
      </w:r>
      <w:r>
        <w:t>Conditioning se hum bahar aa jayein to hum ko Norm</w:t>
      </w:r>
    </w:p>
    <w:p>
      <w:pPr>
        <w:jc w:val="right"/>
      </w:pPr>
      <w:r>
        <w:t>Conditioning سے ہم باہر آ جائیں تو ہم کو Norm</w:t>
      </w:r>
    </w:p>
    <w:p>
      <w:r>
        <w:rPr>
          <w:b/>
        </w:rPr>
        <w:t xml:space="preserve">[56:13] </w:t>
      </w:r>
      <w:r>
        <w:t>al lagega. Maulana aksar jab hum log Interactions karte hain aur logon ko yeh batate hain Deconditioning ki baat. to kai baar yeh samne se jawab aata hai ke Deconditioning to kar rahe hain lekin tab bhi nahi ho pa raha hai.</w:t>
      </w:r>
    </w:p>
    <w:p>
      <w:pPr>
        <w:jc w:val="right"/>
      </w:pPr>
      <w:r>
        <w:t>al لگے گا۔ مولانا اکثر جب ہم لوگ Interactions کرتے ہیں اور لوگوں کو یہ بتاتے ہیں Deconditioning کی بات۔ تو کئی بار یہ سامنے سے جواب آتا ہے کہ Deconditioning تو کر رہے ہیں لیکن تب بھی نہیں ہو پا رہا ہے۔</w:t>
      </w:r>
    </w:p>
    <w:p>
      <w:r>
        <w:rPr>
          <w:b/>
        </w:rPr>
        <w:t xml:space="preserve">[56:27] </w:t>
      </w:r>
      <w:r>
        <w:t>to aisa ehsaas kyun hota hai samne wale ko ke woh Deconditioning kar to raha hai lekin woh Deconditioning ho nahi pa rahi hai?</w:t>
      </w:r>
    </w:p>
    <w:p>
      <w:pPr>
        <w:jc w:val="right"/>
      </w:pPr>
      <w:r>
        <w:t>تو ایسا احساس کیوں ہوتا ہے سامنے والے کو کہ وہ Deconditioning کر تو رہا ہے لیکن وہ Deconditioning ہو نہیں پا رہی ہے؟</w:t>
      </w:r>
    </w:p>
    <w:p>
      <w:r>
        <w:rPr>
          <w:b/>
        </w:rPr>
        <w:t xml:space="preserve">[56:36] </w:t>
      </w:r>
      <w:r>
        <w:t>is ka kya karan hai? is ka karan sirf ek hai. Excuse dete rehte hain log.</w:t>
      </w:r>
    </w:p>
    <w:p>
      <w:pPr>
        <w:jc w:val="right"/>
      </w:pPr>
      <w:r>
        <w:t>اس کا کیا कारण ہے؟ اس کا कारण صرف ایک ہے۔ Excuse دیتے رہتے ہیں لوگ۔</w:t>
      </w:r>
    </w:p>
    <w:p>
      <w:r>
        <w:rPr>
          <w:b/>
        </w:rPr>
        <w:t xml:space="preserve">[56:45] </w:t>
      </w:r>
      <w:r>
        <w:t>log Excuse dete rehte hain. haan bhai yeh to theek hai magar. to jab Excuse dete rahenge to to Deconditioning hui nahi.</w:t>
      </w:r>
    </w:p>
    <w:p>
      <w:pPr>
        <w:jc w:val="right"/>
      </w:pPr>
      <w:r>
        <w:t>لوگ Excuse دیتے رہتے ہیں۔ ہاں بھئی یہ تو ٹھیک ہے مگر۔ تو جب Excuse دیتے رہیں گے تو تو Deconditioning ہوئی نہیں۔</w:t>
      </w:r>
    </w:p>
    <w:p>
      <w:r>
        <w:rPr>
          <w:b/>
        </w:rPr>
        <w:t xml:space="preserve">[56:54] </w:t>
      </w:r>
      <w:r>
        <w:t>kahan tak is ko sabr kiya jaye? is mein ne kaha aap ne Excuse le liya. sari wajah yahi hoti hai ke log Excuse le lete hain.</w:t>
      </w:r>
    </w:p>
    <w:p>
      <w:pPr>
        <w:jc w:val="right"/>
      </w:pPr>
      <w:r>
        <w:t>کہاں تک اس کو صبر کیا جائے؟ اس میں نے کہا آپ نے Excuse لے لیا۔ ساری وجہ یہی ہوتی ہے کہ لوگ Excuse لے لیتے ہیں۔</w:t>
      </w:r>
    </w:p>
    <w:p>
      <w:r>
        <w:rPr>
          <w:b/>
        </w:rPr>
        <w:t xml:space="preserve">[57:04] </w:t>
      </w:r>
      <w:r>
        <w:t>is liye un ki Deconditioning ho nahi pati. to Excuse se bachana hai apne aap ko.</w:t>
      </w:r>
    </w:p>
    <w:p>
      <w:pPr>
        <w:jc w:val="right"/>
      </w:pPr>
      <w:r>
        <w:t>اس لیے ان کی Deconditioning ہو نہیں پاتی۔ تو Excuse سے بچانا ہے اپنے آپ کو۔</w:t>
      </w:r>
    </w:p>
    <w:p>
      <w:r>
        <w:rPr>
          <w:b/>
        </w:rPr>
        <w:t xml:space="preserve">[57:12] </w:t>
      </w:r>
      <w:r>
        <w:t>hamara formula yeh hai ke If you have a good excuse, don't use it.</w:t>
      </w:r>
    </w:p>
    <w:p>
      <w:pPr>
        <w:jc w:val="right"/>
      </w:pPr>
      <w:r>
        <w:t>ہمارا فارمولا یہ ہے کہ If you have a good excuse, don't use it.</w:t>
      </w:r>
    </w:p>
    <w:p>
      <w:r>
        <w:rPr>
          <w:b/>
        </w:rPr>
        <w:t xml:space="preserve">[57:19] </w:t>
      </w:r>
      <w:r>
        <w:t>If you have a good excuse, don't use it. tab ja kar aisa hoga ke aap ki Deconditioning ho sakegi. Maulana kai log Inferiority Complex ka bhi shikar hote hain aur woh is se bahar nahi nikal paate.</w:t>
      </w:r>
    </w:p>
    <w:p>
      <w:pPr>
        <w:jc w:val="right"/>
      </w:pPr>
      <w:r>
        <w:t>If you have a good excuse, don't use it. تب جا کر ایسا ہوگا کہ آپ کی Deconditioning ہو سکے گی۔ مولانا کئی لوگ Inferiority Complex کا بھی شکار ہوتے ہیں اور وہ اس سے باہر نہیں نکل پاتے۔</w:t>
      </w:r>
    </w:p>
    <w:p>
      <w:r>
        <w:rPr>
          <w:b/>
        </w:rPr>
        <w:t xml:space="preserve">[57:32] </w:t>
      </w:r>
      <w:r>
        <w:t>to un ke liye aap ka kya Advice hai</w:t>
      </w:r>
    </w:p>
    <w:p>
      <w:pPr>
        <w:jc w:val="right"/>
      </w:pPr>
      <w:r>
        <w:t>تو ان کے لیے آپ کا کیا Advice ہے</w:t>
      </w:r>
    </w:p>
    <w:p>
      <w:r>
        <w:rPr>
          <w:b/>
        </w:rPr>
        <w:t xml:space="preserve">[57:35] </w:t>
      </w:r>
      <w:r>
        <w:t>? haan mein to yahi samajhta hoon ke Inferiority Complex jo hai woh Artificial hote hain. na samajhne ki wajah se hota hai.</w:t>
      </w:r>
    </w:p>
    <w:p>
      <w:pPr>
        <w:jc w:val="right"/>
      </w:pPr>
      <w:r>
        <w:t>؟ ہاں میں تو یہی سمجھتا ہوں کہ Inferiority Complex جو ہے وہ Artificial ہوتے ہیں۔ نا سمجھنے کی وجہ سے ہوتا ہے۔</w:t>
      </w:r>
    </w:p>
    <w:p>
      <w:r>
        <w:rPr>
          <w:b/>
        </w:rPr>
        <w:t xml:space="preserve">[57:47] </w:t>
      </w:r>
      <w:r>
        <w:t>khwah makhwah apne ko kam samajh lete hain. koi apne ko zyada bhi samajh leta hai. to zyada samajhna bhi Artificial Thinking ki wajah se hota hai.</w:t>
      </w:r>
    </w:p>
    <w:p>
      <w:pPr>
        <w:jc w:val="right"/>
      </w:pPr>
      <w:r>
        <w:t>خواہ مخواہ اپنے کو کم سمجھ لیتے ہیں۔ کوئی اپنے کو زیادہ بھی سمجھ لیتا ہے۔ تو زیادہ سمجھنا بھی Artificial Thinking کی وجہ سے ہوتا ہے۔</w:t>
      </w:r>
    </w:p>
    <w:p>
      <w:r>
        <w:rPr>
          <w:b/>
        </w:rPr>
        <w:t xml:space="preserve">[57:57] </w:t>
      </w:r>
      <w:r>
        <w:t>kam samajhna bhi Artificial Thinking ki wajah se hota hai. to Thinking ko develop karna chahiye ke aadmi dono se bache.</w:t>
      </w:r>
    </w:p>
    <w:p>
      <w:pPr>
        <w:jc w:val="right"/>
      </w:pPr>
      <w:r>
        <w:t>کم سمجھنا بھی Artificial Thinking کی وجہ سے ہوتا ہے۔ تو Thinking کو Develop کرنا چاہیے کہ آدمی دونوں سے بچے۔</w:t>
      </w:r>
    </w:p>
    <w:p>
      <w:r>
        <w:rPr>
          <w:b/>
        </w:rPr>
        <w:t xml:space="preserve">[58:07] </w:t>
      </w:r>
      <w:r>
        <w:t>Thinking ko is had tak develop kijiye ke dono qism ki soch se aap apne ko bacha payein.</w:t>
      </w:r>
    </w:p>
    <w:p>
      <w:pPr>
        <w:jc w:val="right"/>
      </w:pPr>
      <w:r>
        <w:t>Thinking کو اس حد تک Develop کیجیے کہ دونوں قسم کی سوچ سے آپ اپنے کو بچا پائیں۔</w:t>
      </w:r>
    </w:p>
    <w:p>
      <w:r>
        <w:rPr>
          <w:b/>
        </w:rPr>
        <w:t xml:space="preserve">[58:17] </w:t>
      </w:r>
      <w:r>
        <w:t>tab aap Right Person ban sakte hain. warna mein ne dekha yani Superiority Complex bhi Baseless hai aur Inferiority Complex Baseless hai.</w:t>
      </w:r>
    </w:p>
    <w:p>
      <w:pPr>
        <w:jc w:val="right"/>
      </w:pPr>
      <w:r>
        <w:t>تب آپ Right Person بن سکتے ہیں۔ ورنہ میں نے دیکھا یعنی Superiority Complex بھی Baseless ہے اور Inferiority Complex Baseless ہے۔</w:t>
      </w:r>
    </w:p>
    <w:p>
      <w:r>
        <w:rPr>
          <w:b/>
        </w:rPr>
        <w:t xml:space="preserve">[58:33] </w:t>
      </w:r>
      <w:r>
        <w:t>dono Baseless hain.</w:t>
      </w:r>
    </w:p>
    <w:p>
      <w:pPr>
        <w:jc w:val="right"/>
      </w:pPr>
      <w:r>
        <w:t>دونوں Baseless ہیں۔</w:t>
      </w:r>
    </w:p>
    <w:p>
      <w:r>
        <w:rPr>
          <w:b/>
        </w:rPr>
        <w:t xml:space="preserve">[58:37] </w:t>
      </w:r>
      <w:r>
        <w:t>to soch ko aadmi develop kare to dono ka khatma ho jayega.</w:t>
      </w:r>
    </w:p>
    <w:p>
      <w:pPr>
        <w:jc w:val="right"/>
      </w:pPr>
      <w:r>
        <w:t>تو سوچ کو آدمی Develop کرے تو دونوں کا خاتمہ ہو جائے گا۔</w:t>
      </w:r>
    </w:p>
    <w:p>
      <w:r>
        <w:rPr>
          <w:b/>
        </w:rPr>
        <w:t xml:space="preserve">[58:49] </w:t>
      </w:r>
      <w:r>
        <w:t>maulana ek comment bheja hai doctor safina ne ajmer se aur unhone likha hai ke al fitra is divine way length jazak allah</w:t>
      </w:r>
    </w:p>
    <w:p>
      <w:pPr>
        <w:jc w:val="right"/>
      </w:pPr>
      <w:r>
        <w:t>مولانا ایک Comment بھیجا ہے ڈاکٹر صفینہ نے اجمیر سے اور انہوں نے لکھا ہے کہ مولانا صاحب آج ہی جان پائی ہوں کہ الفطرہ از ڈیوائن وے لینتھ جزاک اللہ</w:t>
      </w:r>
    </w:p>
    <w:p>
      <w:r>
        <w:rPr>
          <w:b/>
        </w:rPr>
        <w:t xml:space="preserve">[59:05] </w:t>
      </w:r>
      <w:r>
        <w:t>masah allah. maulana ek sawal bheja hai chennai se maulana iqbal umri ne aur unhone likha hai ke al fitra is divine nature but is ka tarjuma ulma karte hain ke har insan fitrat e islam paida hota hai.</w:t>
      </w:r>
    </w:p>
    <w:p>
      <w:pPr>
        <w:jc w:val="right"/>
      </w:pPr>
      <w:r>
        <w:t>ماشاءاللہ۔ مولانا ایک سوال بھیجا ہے چنئی سے مولانا اقبال عمری نے اور انہوں نے لکھا ہے کہ الفطرہ از ڈیوائن نیچر بٹ اس کا ترجمہ علماء کرتے ہیں کہ ہر انسان فطرت اسلام پیدا ہوتا ہے۔</w:t>
      </w:r>
    </w:p>
    <w:p>
      <w:r>
        <w:rPr>
          <w:b/>
        </w:rPr>
        <w:t xml:space="preserve">[59:22] </w:t>
      </w:r>
      <w:r>
        <w:t>maulana yeh kahan tak sahi hai? bhai aap tarjuma badalte hain, badalne ka kya right hai aap ko? jab fitrat ka sath lafz allah hai to aap islam ko bana dete ho is ko.</w:t>
      </w:r>
    </w:p>
    <w:p>
      <w:pPr>
        <w:jc w:val="right"/>
      </w:pPr>
      <w:r>
        <w:t>مولانا یہ کہاں تک صحیح ہے؟ بھئی آپ ترجمہ بدلتے ہیں، بدلنے کا کیا Right ہے آپ کو؟ جب فطرت کا ساتھ لفظ اللہ ہے تو آپ اسلام کو بنا دیتے ہو اس کو۔</w:t>
      </w:r>
    </w:p>
    <w:p>
      <w:r>
        <w:rPr>
          <w:b/>
        </w:rPr>
        <w:t xml:space="preserve">[59:38] </w:t>
      </w:r>
      <w:r>
        <w:t>fitrat la al fitra nas wahan to lafz allah hai, ab aap tarjuma bhi islam kar diya aap ne.</w:t>
      </w:r>
    </w:p>
    <w:p>
      <w:pPr>
        <w:jc w:val="right"/>
      </w:pPr>
      <w:r>
        <w:t>فطرت لا الفتر الناس وہاں تو لفظ اللہ ہے، اب آپ ترجمہ بھی اسلام کر دیا آپ نے۔</w:t>
      </w:r>
    </w:p>
    <w:p>
      <w:r>
        <w:rPr>
          <w:b/>
        </w:rPr>
        <w:t xml:space="preserve">[59:48] </w:t>
      </w:r>
      <w:r>
        <w:t>to main samajhta hoon ke wahi tarjuma kijiye jo lafz hai maujood text mein. jo text mein woh lafz maujood hai, wahi woh kijiye.</w:t>
      </w:r>
    </w:p>
    <w:p>
      <w:pPr>
        <w:jc w:val="right"/>
      </w:pPr>
      <w:r>
        <w:t>تو میں سمجھتا ہوں کہ وہی ترجمہ کیجیے جو لفظ ہے موجود ٹیکسٹ میں۔ جو ٹیکسٹ میں وہ لفظ موجود ہے، وہی وہ کیجیے۔</w:t>
      </w:r>
    </w:p>
    <w:p>
      <w:r>
        <w:rPr>
          <w:b/>
        </w:rPr>
        <w:t xml:space="preserve">[1:00:00] </w:t>
      </w:r>
      <w:r>
        <w:t>mere nazdeek kisi koi yani kisi ko right nahi hai ke lafz badal de.</w:t>
      </w:r>
    </w:p>
    <w:p>
      <w:pPr>
        <w:jc w:val="right"/>
      </w:pPr>
      <w:r>
        <w:t>میرے نزدیک کسی کوئی یعنی کسی کو Right نہیں ہے کہ لفظ بدل دے۔</w:t>
      </w:r>
    </w:p>
    <w:p>
      <w:r>
        <w:rPr>
          <w:b/>
        </w:rPr>
        <w:t xml:space="preserve">[1:00:08] </w:t>
      </w:r>
      <w:r>
        <w:t>jo lafz hai, wahi lafz lijiyye. lafz to hai ke fitrat la al fitra nas allah ki fitrat jis mein paida kiya insan. aur yeh wahi hai jo hadith mein hai ke khalaq allah adam ala surat hi wahan lafz surat hai.</w:t>
      </w:r>
    </w:p>
    <w:p>
      <w:pPr>
        <w:jc w:val="right"/>
      </w:pPr>
      <w:r>
        <w:t>جو لفظ ہے، وہی لفظ لیجیے۔ لفظ تو ہے کہ فطرت لا الفتر الناس اللہ کی فطرت جس میں پیدا کیا انسان۔ اور یہ وہی ہے جو حدیث میں ہے کہ خلق الله آدم على صورته وہاں لفظ صورت ہے۔</w:t>
      </w:r>
    </w:p>
    <w:p>
      <w:r>
        <w:rPr>
          <w:b/>
        </w:rPr>
        <w:t xml:space="preserve">[1:00:26] </w:t>
      </w:r>
      <w:r>
        <w:t>surat ke mani shakal. to yeh nahi ke hum allah ki shakal ke hain. to wahan lafz surat hai, yahan lafz fitrat hai.</w:t>
      </w:r>
    </w:p>
    <w:p>
      <w:pPr>
        <w:jc w:val="right"/>
      </w:pPr>
      <w:r>
        <w:t>صورت کے معنی شکل۔ تو یہ نہیں کہ ہم اللہ کی شکل کے ہیں۔ تو وہاں لفظ صورت ہے، یہاں لفظ فطرت ہے۔</w:t>
      </w:r>
    </w:p>
    <w:p>
      <w:r>
        <w:rPr>
          <w:b/>
        </w:rPr>
        <w:t xml:space="preserve">[1:00:36] </w:t>
      </w:r>
      <w:r>
        <w:t>dono ke matlab ek hi hain.</w:t>
      </w:r>
    </w:p>
    <w:p>
      <w:pPr>
        <w:jc w:val="right"/>
      </w:pPr>
      <w:r>
        <w:t>دونوں کے مطلب ایک ہی ہیں۔</w:t>
      </w:r>
    </w:p>
    <w:p>
      <w:r>
        <w:rPr>
          <w:b/>
        </w:rPr>
        <w:t xml:space="preserve">[1:00:38] </w:t>
      </w:r>
      <w:r>
        <w:t>maulana you said about realistic approach and at one time you said that realism is as it is thinking.</w:t>
      </w:r>
    </w:p>
    <w:p>
      <w:pPr>
        <w:jc w:val="right"/>
      </w:pPr>
      <w:r>
        <w:t>مولانا You said about realistic approach and at one time you said that realism is as it is thinking.</w:t>
      </w:r>
    </w:p>
    <w:p>
      <w:r>
        <w:rPr>
          <w:b/>
        </w:rPr>
        <w:t xml:space="preserve">[1:00:48] </w:t>
      </w:r>
      <w:r>
        <w:t>can you expand on that? haan dono ek hain.</w:t>
      </w:r>
    </w:p>
    <w:p>
      <w:pPr>
        <w:jc w:val="right"/>
      </w:pPr>
      <w:r>
        <w:t>Can you expand on that? ہاں دونوں ایک ہیں۔</w:t>
      </w:r>
    </w:p>
    <w:p>
      <w:r>
        <w:rPr>
          <w:b/>
        </w:rPr>
        <w:t xml:space="preserve">[1:00:55] </w:t>
      </w:r>
      <w:r>
        <w:t>realistic approach jo hai, wahi hai jo as it is approach.</w:t>
      </w:r>
    </w:p>
    <w:p>
      <w:pPr>
        <w:jc w:val="right"/>
      </w:pPr>
      <w:r>
        <w:t>Realistic approach جو ہے، وہی ہے جو as it is approach۔</w:t>
      </w:r>
    </w:p>
    <w:p>
      <w:r>
        <w:rPr>
          <w:b/>
        </w:rPr>
        <w:t xml:space="preserve">[1:01:06] </w:t>
      </w:r>
      <w:r>
        <w:t>kyunki yani allah ke ka jo naqsha hai, jo is ka jo scheme of thinking hai, allah ki jo creation plan jo allah ka hai,</w:t>
      </w:r>
    </w:p>
    <w:p>
      <w:pPr>
        <w:jc w:val="right"/>
      </w:pPr>
      <w:r>
        <w:t>کیونکہ یعنی اللہ کے کا جو نقشہ ہے، جو اس کا جو سکیم آف تھنکنگ ہے، اللہ کی جو کرشن پلان جو اللہ کا ہے،</w:t>
      </w:r>
    </w:p>
    <w:p>
      <w:r>
        <w:rPr>
          <w:b/>
        </w:rPr>
        <w:t xml:space="preserve">[1:01:22] </w:t>
      </w:r>
      <w:r>
        <w:t>is ke theek theek mutabiq agar rahe to woh as it is thinking hui. wahi as it is thinking jo hai, woh realistic thinking bhi hai.</w:t>
      </w:r>
    </w:p>
    <w:p>
      <w:pPr>
        <w:jc w:val="right"/>
      </w:pPr>
      <w:r>
        <w:t>اس کے ٹھیک ٹھیک مطابق اگر رہے تو وہ as it is thinking ہوئی۔ وہی as it is thinking جو ہے، وہ realistic thinking بھی ہے۔</w:t>
      </w:r>
    </w:p>
    <w:p>
      <w:r>
        <w:rPr>
          <w:b/>
        </w:rPr>
        <w:t xml:space="preserve">[1:01:33] </w:t>
      </w:r>
      <w:r>
        <w:t>ek hi baat hai.</w:t>
      </w:r>
    </w:p>
    <w:p>
      <w:pPr>
        <w:jc w:val="right"/>
      </w:pPr>
      <w:r>
        <w:t>ایک ہی بات ہے۔</w:t>
      </w:r>
    </w:p>
    <w:p>
      <w:r>
        <w:rPr>
          <w:b/>
        </w:rPr>
        <w:t xml:space="preserve">[1:01:38] </w:t>
      </w:r>
      <w:r>
        <w:t>to log aam taur par soch kar zindagi ka rasta nahi banate hain.</w:t>
      </w:r>
    </w:p>
    <w:p>
      <w:pPr>
        <w:jc w:val="right"/>
      </w:pPr>
      <w:r>
        <w:t>تو لوگ عام طور پر سوچ کر زندگی کا راستہ نہیں بناتے۔</w:t>
      </w:r>
    </w:p>
    <w:p>
      <w:r>
        <w:rPr>
          <w:b/>
        </w:rPr>
        <w:t xml:space="preserve">[1:01:42] </w:t>
      </w:r>
      <w:r>
        <w:t>bas ek dhara hai family mein, society mein, woh isi pe chal padte hain. soch kar ke apne ko ek raste, soch samjhe raste pe chalana hai.</w:t>
      </w:r>
    </w:p>
    <w:p>
      <w:pPr>
        <w:jc w:val="right"/>
      </w:pPr>
      <w:r>
        <w:t>بس ایک ڈھرا ہے فیملی میں، سوسائٹی میں، وہ اسی پہ چل پڑتے ہیں۔ سوچ کر کے اپنے کو ایک راستے، سوچ سمجھے راستے پہ چلانا ہے۔</w:t>
      </w:r>
    </w:p>
    <w:p>
      <w:r>
        <w:rPr>
          <w:b/>
        </w:rPr>
        <w:t xml:space="preserve">[1:01:56] </w:t>
      </w:r>
      <w:r>
        <w:t>tab yeh baatein clear hongi. nahi sochenge to clear bhi nahi hongi.</w:t>
      </w:r>
    </w:p>
    <w:p>
      <w:pPr>
        <w:jc w:val="right"/>
      </w:pPr>
      <w:r>
        <w:t>تب یہ باتیں کلیئر ہوں گی۔ نہیں سوچیں گے تو کلیئر بھی نہیں ہوں گی۔</w:t>
      </w:r>
    </w:p>
    <w:p>
      <w:r>
        <w:rPr>
          <w:b/>
        </w:rPr>
        <w:t xml:space="preserve">[1:02:03] </w:t>
      </w:r>
      <w:r>
        <w:t>maulana as it is thinking ke kya mani hain? jab aap yeh keh rahe hain ke as it is thinking to is ke kya mani hain?</w:t>
      </w:r>
    </w:p>
    <w:p>
      <w:pPr>
        <w:jc w:val="right"/>
      </w:pPr>
      <w:r>
        <w:t>مولانا as it is thinking کے کیا معنی ہیں؟ جب آپ یہ کہہ رہے ہیں کہ as it is thinking تو اس کے کیا معنی ہیں؟</w:t>
      </w:r>
    </w:p>
    <w:p>
      <w:r>
        <w:rPr>
          <w:b/>
        </w:rPr>
        <w:t xml:space="preserve">[1:02:13] </w:t>
      </w:r>
      <w:r>
        <w:t>as it is thinking ka matlab yeh hai ke</w:t>
      </w:r>
    </w:p>
    <w:p>
      <w:pPr>
        <w:jc w:val="right"/>
      </w:pPr>
      <w:r>
        <w:t>as it is thinking کا مطلب یہ ہے کہ</w:t>
      </w:r>
    </w:p>
    <w:p>
      <w:r>
        <w:rPr>
          <w:b/>
        </w:rPr>
        <w:t xml:space="preserve">[1:02:18] </w:t>
      </w:r>
      <w:r>
        <w:t>puri history ka tajurba batata hai ke revenge work nahi karta. revenge mein work karne ki salahiyat nahi hai.</w:t>
      </w:r>
    </w:p>
    <w:p>
      <w:pPr>
        <w:jc w:val="right"/>
      </w:pPr>
      <w:r>
        <w:t>پوری ہسٹری کا تجربہ بتاتا ہے کہ ریونج ورک نہیں کرتا۔ ریونج میں ورک کرنے کی صلاحیت نہیں ہے۔</w:t>
      </w:r>
    </w:p>
    <w:p>
      <w:r>
        <w:rPr>
          <w:b/>
        </w:rPr>
        <w:t xml:space="preserve">[1:02:28] </w:t>
      </w:r>
      <w:r>
        <w:t>agar aap maaf kar dein, yani forgiveness to work karta hai, forgiveness. revenge work nahi karta. kyun? agar aap maaf kar dein to baat wahin ke wahin khatam ho jayegi.</w:t>
      </w:r>
    </w:p>
    <w:p>
      <w:pPr>
        <w:jc w:val="right"/>
      </w:pPr>
      <w:r>
        <w:t>اگر آپ معاف کر دیں، یعنی فارگیوننس تو ورک کرتا ہے، فارگیوننس۔ ریونج ورک نہیں کرتا۔ کیوں؟ اگر آپ معاف کر دیں تو بات وہیں کے وہیں ختم ہو جائے گی۔</w:t>
      </w:r>
    </w:p>
    <w:p>
      <w:r>
        <w:rPr>
          <w:b/>
        </w:rPr>
        <w:t xml:space="preserve">[1:02:42] </w:t>
      </w:r>
      <w:r>
        <w:t>revenge nahi to khatam nahi hogi. chain, chain, chain padta hai. revenge ke baad phir revenge, phir baad phir revenge.</w:t>
      </w:r>
    </w:p>
    <w:p>
      <w:pPr>
        <w:jc w:val="right"/>
      </w:pPr>
      <w:r>
        <w:t>ریونج نہیں تو ختم نہیں ہوگی۔ چین، چین، چین پڑتا ہے۔ ریونج کے بعد پھر ریونج، پھر بعد پھر ریونج۔</w:t>
      </w:r>
    </w:p>
    <w:p>
      <w:r>
        <w:rPr>
          <w:b/>
        </w:rPr>
        <w:t xml:space="preserve">[1:02:51] </w:t>
      </w:r>
      <w:r>
        <w:t>revenge after revenge, revenge after revenge. to work nahi karta woh. to forgiveness work karta hai kyunke baat khatam nahi hoti hai.</w:t>
      </w:r>
    </w:p>
    <w:p>
      <w:pPr>
        <w:jc w:val="right"/>
      </w:pPr>
      <w:r>
        <w:t>ریونج آفٹر ریونج، ریونج آفٹر ریونج۔ تو ورک نہیں کرتا وہ۔ تو فارگیوننس ورک کرتا ہے کیونکہ بات ختم نہیں ہوتی ہے۔</w:t>
      </w:r>
    </w:p>
    <w:p>
      <w:r>
        <w:rPr>
          <w:b/>
        </w:rPr>
        <w:t xml:space="preserve">[1:03:01] </w:t>
      </w:r>
      <w:r>
        <w:t>revenge work nahi karta.</w:t>
      </w:r>
    </w:p>
    <w:p>
      <w:pPr>
        <w:jc w:val="right"/>
      </w:pPr>
      <w:r>
        <w:t>ریونج ورک نہیں کرتا۔</w:t>
      </w:r>
    </w:p>
    <w:p>
      <w:r>
        <w:rPr>
          <w:b/>
        </w:rPr>
        <w:t xml:space="preserve">[1:03:05] </w:t>
      </w:r>
      <w:r>
        <w:t>to jo work nahi kare, wo zahir hai ke wo is qabil nahi ke is ka aap ikhtiyar karein.</w:t>
      </w:r>
    </w:p>
    <w:p>
      <w:pPr>
        <w:jc w:val="right"/>
      </w:pPr>
      <w:r>
        <w:t>تو جو ورک نہیں کرے، وہ ظاہر ہے کہ وہ اس قابل نہیں کہ اس کا آپ اختیار کریں۔</w:t>
      </w:r>
    </w:p>
    <w:p>
      <w:r>
        <w:rPr>
          <w:b/>
        </w:rPr>
        <w:t xml:space="preserve">[1:03:14] </w:t>
      </w:r>
      <w:r>
        <w:t>jitni bhi cheezein hain jo as it is nahi hain, to work nahi karti hain. wo misal ke taur par war jo hai, war dekhein, tareekh mein kabhi bhi war se kisi ne koi positive result nahi paya.</w:t>
      </w:r>
    </w:p>
    <w:p>
      <w:pPr>
        <w:jc w:val="right"/>
      </w:pPr>
      <w:r>
        <w:t>جتنی بھی چیزیں ہیں جو as it is نہیں ہیں، تو ورک نہیں کرتی ہیں۔ وہ مثلاً وار جو ہے، وار دیکھیں، تاریخ میں کبھی بھی وار سے کسی نے کوئی پازیٹیو رزلٹ نہیں پایا۔</w:t>
      </w:r>
    </w:p>
    <w:p>
      <w:r>
        <w:rPr>
          <w:b/>
        </w:rPr>
        <w:t xml:space="preserve">[1:03:29] </w:t>
      </w:r>
      <w:r>
        <w:t>kabhi bhi nahi.</w:t>
      </w:r>
    </w:p>
    <w:p>
      <w:pPr>
        <w:jc w:val="right"/>
      </w:pPr>
      <w:r>
        <w:t>کبھی بھی نہیں۔</w:t>
      </w:r>
    </w:p>
    <w:p>
      <w:r>
        <w:rPr>
          <w:b/>
        </w:rPr>
        <w:t xml:space="preserve">[1:03:31] </w:t>
      </w:r>
      <w:r>
        <w:t>hata ke first world war, second world war mein bhi koi positive gain nahi hua. aur peace se gain hota hai.</w:t>
      </w:r>
    </w:p>
    <w:p>
      <w:pPr>
        <w:jc w:val="right"/>
      </w:pPr>
      <w:r>
        <w:t>حتیٰ کہ فرسٹ ورلڈ وار، سیکنڈ ورلڈ وار میں بھی کوئی پازیٹیو گین نہیں ہوا۔ اور پیس سے گین ہوتا ہے۔</w:t>
      </w:r>
    </w:p>
    <w:p>
      <w:r>
        <w:rPr>
          <w:b/>
        </w:rPr>
        <w:t xml:space="preserve">[1:03:40] </w:t>
      </w:r>
      <w:r>
        <w:t>jaise Japan ne war kiya to gain nahi hua. peace pe aa gaya to gain is ko hua. Germany ne war kiya to kuch nahi mila.</w:t>
      </w:r>
    </w:p>
    <w:p>
      <w:pPr>
        <w:jc w:val="right"/>
      </w:pPr>
      <w:r>
        <w:t>جیسے جاپان نے وار کیا تو گین نہیں ہوا۔ پیس پہ آ گیا تو گین اس کو ہوا۔ جرمنی نے وار کیا تو کچھ نہیں ملا۔</w:t>
      </w:r>
    </w:p>
    <w:p>
      <w:r>
        <w:rPr>
          <w:b/>
        </w:rPr>
        <w:t xml:space="preserve">[1:03:50] </w:t>
      </w:r>
      <w:r>
        <w:t>peace pe aa gaya to is ko mil gaya. gain kiya is ne.</w:t>
      </w:r>
    </w:p>
    <w:p>
      <w:pPr>
        <w:jc w:val="right"/>
      </w:pPr>
      <w:r>
        <w:t>پیس پہ آ گیا تو اس کو مل گیا۔ گین کیا اس نے۔</w:t>
      </w:r>
    </w:p>
    <w:p>
      <w:r>
        <w:rPr>
          <w:b/>
        </w:rPr>
        <w:t xml:space="preserve">[1:03:58] </w:t>
      </w:r>
      <w:r>
        <w:t>to ye as it is thinking jo hai, wahi work karti hai.</w:t>
      </w:r>
    </w:p>
    <w:p>
      <w:pPr>
        <w:jc w:val="right"/>
      </w:pPr>
      <w:r>
        <w:t>تو یہ as it is thinking جو ہے، وہی ورک کرتی ہے۔</w:t>
      </w:r>
    </w:p>
    <w:p>
      <w:r>
        <w:rPr>
          <w:b/>
        </w:rPr>
        <w:t xml:space="preserve">[1:04:02] </w:t>
      </w:r>
      <w:r>
        <w:t>as it is thinking jo nahi hai, wo work nahi karegi. Maulana ek comment bheja hai Abrar Sahab ne Allahabad se aur unhone likha hai ke Jazak Allah Maulana aaj aap se hamein bohat important baat samajh mein aayi yani wisdom of de-linking jis ko na janne ki wajah se ab tak opportunity ko avail nahi kar pa raha tha.</w:t>
      </w:r>
    </w:p>
    <w:p>
      <w:pPr>
        <w:jc w:val="right"/>
      </w:pPr>
      <w:r>
        <w:t>as it is thinking جو نہیں ہے، وہ ورک نہیں کرے گی۔ مولانا ایک Comment بھیجا ہے ابرار صاحب نے الہ آباد سے اور انہوں نے لکھا ہے کہ جزاک اللہ مولانا آج آپ سے ہمیں بہت Important بات سمجھ میں آئی یعنی wisdom of de-linking جس کو نہ جاننے کی وجہ سے اب تک Opportunity کو avail نہیں کر پا رہا تھا۔</w:t>
      </w:r>
    </w:p>
    <w:p>
      <w:r>
        <w:rPr>
          <w:b/>
        </w:rPr>
        <w:t xml:space="preserve">[1:04:27] </w:t>
      </w:r>
      <w:r>
        <w:t>inshallah ab mein de-linking policy ko adopt karunga.</w:t>
      </w:r>
    </w:p>
    <w:p>
      <w:pPr>
        <w:jc w:val="right"/>
      </w:pPr>
      <w:r>
        <w:t>انشاءاللہ اب میں de-linking policy کو adopt کروں گا۔</w:t>
      </w:r>
    </w:p>
    <w:p>
      <w:r>
        <w:rPr>
          <w:b/>
        </w:rPr>
        <w:t xml:space="preserve">[1:04:33] </w:t>
      </w:r>
      <w:r>
        <w:t>Mashallah, Jazak Allah. Maulana Dr. Farida Khanam ne sawal bheja hai agla aur unhone likha hai ke Three Arab professors visited my university.</w:t>
      </w:r>
    </w:p>
    <w:p>
      <w:pPr>
        <w:jc w:val="right"/>
      </w:pPr>
      <w:r>
        <w:t>ماشاءاللہ، جزاک اللہ۔ مولانا ڈاکٹر فریدہ خانم نے سوال بھیجا ہے اگلا اور انہوں نے لکھا ہے کہ Three Arab professors visited my university.</w:t>
      </w:r>
    </w:p>
    <w:p>
      <w:r>
        <w:rPr>
          <w:b/>
        </w:rPr>
        <w:t xml:space="preserve">[1:04:46] </w:t>
      </w:r>
      <w:r>
        <w:t>One Muslim teacher said to them that we are living in Makkah conditions while you are living in Madinan conditions.</w:t>
      </w:r>
    </w:p>
    <w:p>
      <w:pPr>
        <w:jc w:val="right"/>
      </w:pPr>
      <w:r>
        <w:t>One Muslim teacher said to them that we are living in Makkah conditions while you are living in Madinan conditions.</w:t>
      </w:r>
    </w:p>
    <w:p>
      <w:r>
        <w:rPr>
          <w:b/>
        </w:rPr>
        <w:t xml:space="preserve">[1:04:57] </w:t>
      </w:r>
      <w:r>
        <w:t>When I tried to explain to them that this is notright, then he said that you can see how Amir Khan is being criticized.</w:t>
      </w:r>
    </w:p>
    <w:p>
      <w:pPr>
        <w:jc w:val="right"/>
      </w:pPr>
      <w:r>
        <w:t>When I tried to explain to them that this is notright, then he said that you can see how Amir Khan is being criticized.</w:t>
      </w:r>
    </w:p>
    <w:p>
      <w:r>
        <w:rPr>
          <w:b/>
        </w:rPr>
        <w:t xml:space="preserve">[1:05:07] </w:t>
      </w:r>
      <w:r>
        <w:t>What is your comment? haan, Amir Khan ka jo qissa hai, wo kuch hai hi nahi, wo kuch be-haqeeqat hai. khwah makhwah is ko barhate aur charhate hain. baqi ye hai ke koi Madine ki halat mein, koi Makkah ki halat mein, ye bhi galat hai.</w:t>
      </w:r>
    </w:p>
    <w:p>
      <w:pPr>
        <w:jc w:val="right"/>
      </w:pPr>
      <w:r>
        <w:t>What is your comment? ہاں، عامر خان کا جو قصہ ہے، وہ کچھ ہے ہی نہیں، وہ کچھ بے حقیقت ہے۔ خواہ مخواہ اس کو بڑھاتے اور چڑھاتے ہیں۔ باقی یہ ہے کہ کوئی مدینے کی حالت میں، کوئی مکہ کی حالت میں، یہ بھی غلط ہے۔</w:t>
      </w:r>
    </w:p>
    <w:p>
      <w:r>
        <w:rPr>
          <w:b/>
        </w:rPr>
        <w:t xml:space="preserve">[1:05:22] </w:t>
      </w:r>
      <w:r>
        <w:t>wo daur khatam ho chuka.</w:t>
      </w:r>
    </w:p>
    <w:p>
      <w:pPr>
        <w:jc w:val="right"/>
      </w:pPr>
      <w:r>
        <w:t>وہ دور ختم ہو چکا۔</w:t>
      </w:r>
    </w:p>
    <w:p>
      <w:r>
        <w:rPr>
          <w:b/>
        </w:rPr>
        <w:t xml:space="preserve">[1:05:25] </w:t>
      </w:r>
      <w:r>
        <w:t>ab poori, ab poora Civilization</w:t>
      </w:r>
    </w:p>
    <w:p>
      <w:pPr>
        <w:jc w:val="right"/>
      </w:pPr>
      <w:r>
        <w:t>اب پوری، اب پورا Civilization</w:t>
      </w:r>
    </w:p>
    <w:p>
      <w:r>
        <w:rPr>
          <w:b/>
        </w:rPr>
        <w:t xml:space="preserve">[1:05:31] </w:t>
      </w:r>
      <w:r>
        <w:t>Pro-Islamic Civilization hai. koi rukawat hi nahi hai. koi batave ke Real rukawat kahan hai.</w:t>
      </w:r>
    </w:p>
    <w:p>
      <w:pPr>
        <w:jc w:val="right"/>
      </w:pPr>
      <w:r>
        <w:t>Pro-Islamic Civilization ہے۔ کوئی رکاوٹ ہی نہیں ہے۔ کوئی بتاوے کہ Real رکاوٹ کہاں ہے۔</w:t>
      </w:r>
    </w:p>
    <w:p>
      <w:r>
        <w:rPr>
          <w:b/>
        </w:rPr>
        <w:t xml:space="preserve">[1:05:41] </w:t>
      </w:r>
      <w:r>
        <w:t>har opportunity ko aap avail kar sakte hain Right Planning ke zariye se. aap ki Planning Right nahi hai to aap fail ho jayenge. to Right Planning zaroori hai.</w:t>
      </w:r>
    </w:p>
    <w:p>
      <w:pPr>
        <w:jc w:val="right"/>
      </w:pPr>
      <w:r>
        <w:t>ہر Opportunity کو آپ avail کر سکتے ہیں Right Planning کے ذریعے سے۔ آپ کی Planning Right نہیں ہے تو آپ Fail ہو جائیں گے۔ تو Right Planning ضروری ہے۔</w:t>
      </w:r>
    </w:p>
    <w:p>
      <w:r>
        <w:rPr>
          <w:b/>
        </w:rPr>
        <w:t xml:space="preserve">[1:05:53] </w:t>
      </w:r>
      <w:r>
        <w:t>koi bhi opportunity jo hai, wo koi bhi shakhs ho, aap ya koi doosra, agar is ki Right Planning hai to aap avail karega. ye Makkah Madina ki jo taqseem chali aa rahi hai bohat dinon se, ye to khatam ho chuki hai.</w:t>
      </w:r>
    </w:p>
    <w:p>
      <w:pPr>
        <w:jc w:val="right"/>
      </w:pPr>
      <w:r>
        <w:t>کوئی بھی Opportunity جو ہے، وہ کوئی بھی شخص ہو، آپ یا کوئی دوسرا، اگر اس کی Right Planning ہے تو آپ avail کرے گا۔ یہ مکہ مدینہ کی جو تقسیم چلی آ رہی ہے بہت دنوں سے، یہ تو ختم ہو چکی ہے۔</w:t>
      </w:r>
    </w:p>
    <w:p>
      <w:r>
        <w:rPr>
          <w:b/>
        </w:rPr>
        <w:t xml:space="preserve">[1:06:06] </w:t>
      </w:r>
      <w:r>
        <w:t>ab to sab, sab kuch yani Pro-Islam ho chuka hai. baqi ye Amir Khan ka qissa jo hai, wo to kuch bhi nahi, wo to nateeja hai.</w:t>
      </w:r>
    </w:p>
    <w:p>
      <w:pPr>
        <w:jc w:val="right"/>
      </w:pPr>
      <w:r>
        <w:t>اب تو سب، سب کچھ یعنی Pro-Islam ہو چکا ہے۔ باقی یہ عامر خان کا قصہ جو ہے، وہ تو کچھ بھی نہیں، وہ تو نتیجہ ہے۔</w:t>
      </w:r>
    </w:p>
    <w:p>
      <w:r>
        <w:rPr>
          <w:b/>
        </w:rPr>
        <w:t xml:space="preserve">[1:06:17] </w:t>
      </w:r>
      <w:r>
        <w:t>khwah makhwah is ko barhate charhate hain.</w:t>
      </w:r>
    </w:p>
    <w:p>
      <w:pPr>
        <w:jc w:val="right"/>
      </w:pPr>
      <w:r>
        <w:t>خواہ مخواہ اس کو بڑھاتے چڑھاتے ہیں۔</w:t>
      </w:r>
    </w:p>
    <w:p>
      <w:r>
        <w:rPr>
          <w:b/>
        </w:rPr>
        <w:t xml:space="preserve">[1:06:24] </w:t>
      </w:r>
      <w:r>
        <w:t>Maulana ye Maulana Asrar ul Hassan Umri Chennai se sawal kar rahe hain ke Quran mein jo Sibghatullah ka lafz aaya hai, Sibghatullah ahsan min Allah sighbah to is se murad Divine Wavelength hai kya?</w:t>
      </w:r>
    </w:p>
    <w:p>
      <w:pPr>
        <w:jc w:val="right"/>
      </w:pPr>
      <w:r>
        <w:t>مولانا یہ مولانا اسرار الحسن عمری چنئی سے سوال کر رہے ہیں کہ قرآن میں جو صبغت اللہ کا لفظ آیا ہے، صبغت اللہ احسن من اللہ صبغہ تو اس سے مراد Divine Wavelength ہے کیا؟</w:t>
      </w:r>
    </w:p>
    <w:p>
      <w:r>
        <w:rPr>
          <w:b/>
        </w:rPr>
        <w:t xml:space="preserve">[1:06:39] </w:t>
      </w:r>
      <w:r>
        <w:t>haan sahi hai, is se murad Divine Wisdom hai. sighbah ma'ni rang hote hain. rang to yahan alamati taur par hai, alamati taur par.</w:t>
      </w:r>
    </w:p>
    <w:p>
      <w:pPr>
        <w:jc w:val="right"/>
      </w:pPr>
      <w:r>
        <w:t>ہاں صحیح ہے، اس سے مراد Divine Wisdom ہے۔ صبغہ معنی رنگ ہوتے ہیں۔ رنگ تو یہاں علامتی طور پر ہے، علامتی طور پر۔</w:t>
      </w:r>
    </w:p>
    <w:p>
      <w:r>
        <w:rPr>
          <w:b/>
        </w:rPr>
        <w:t xml:space="preserve">[1:06:50] </w:t>
      </w:r>
      <w:r>
        <w:t>wo maqsad wahi hai, Wisdom.</w:t>
      </w:r>
    </w:p>
    <w:p>
      <w:pPr>
        <w:jc w:val="right"/>
      </w:pPr>
      <w:r>
        <w:t>وہ مقصد وہی ہے، Wisdom۔</w:t>
      </w:r>
    </w:p>
    <w:p>
      <w:r>
        <w:rPr>
          <w:b/>
        </w:rPr>
        <w:t xml:space="preserve">[1:06:56] </w:t>
      </w:r>
      <w:r>
        <w:t>sab se behtar Wisdom Allah ki Wisdom hai. is ko samjho, is ko, is ko Follow karo.</w:t>
      </w:r>
    </w:p>
    <w:p>
      <w:pPr>
        <w:jc w:val="right"/>
      </w:pPr>
      <w:r>
        <w:t>سب سے بہتر Wisdom اللہ کی Wisdom ہے۔ اس کو سمجھو، اس کو، اس کو Follow کرو۔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