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Q&amp;A 07 Dec 2008 - Maulana Wahiduddin Khan</w:t>
      </w:r>
    </w:p>
    <w:p>
      <w:r>
        <w:t>https://www.youtube.com/watch?v=f-x8_l-Jdxk</w:t>
      </w:r>
    </w:p>
    <w:p>
      <w:r>
        <w:rPr>
          <w:b/>
        </w:rPr>
        <w:t xml:space="preserve">[00:10] </w:t>
      </w:r>
      <w:r>
        <w:t>Ms. Aisha, the ulemas gave a statement in media about wearing black bands and lowering down the celebrations of Eid.</w:t>
      </w:r>
    </w:p>
    <w:p>
      <w:pPr>
        <w:jc w:val="right"/>
      </w:pPr>
      <w:r>
        <w:t>Ms. Aisha, the ulemas gave a statement in media about wearing black bands and lowering down the celebrations of Eid.</w:t>
      </w:r>
    </w:p>
    <w:p>
      <w:r>
        <w:rPr>
          <w:b/>
        </w:rPr>
        <w:t xml:space="preserve">[00:23] </w:t>
      </w:r>
      <w:r>
        <w:t>they also gave the statement in honor of the victims of the Mumbai terror attack. Maulana, what is your view on these statements?</w:t>
      </w:r>
    </w:p>
    <w:p>
      <w:pPr>
        <w:jc w:val="right"/>
      </w:pPr>
      <w:r>
        <w:t>They also gave the statement in honor of the victims of the Mumbai terror attack. مولانا، what is your view on these statements?</w:t>
      </w:r>
    </w:p>
    <w:p>
      <w:r>
        <w:rPr>
          <w:b/>
        </w:rPr>
        <w:t xml:space="preserve">[00:36] </w:t>
      </w:r>
      <w:r>
        <w:t>mein is statement ko sahi nahin samajhta. yeh hai reaction, islam mein reaction nahin hai. asal baat jo karna hai woh yeh hai ke in logon ne sochna chahiye ke itni der tak to chup kyun thi?</w:t>
      </w:r>
    </w:p>
    <w:p>
      <w:pPr>
        <w:jc w:val="right"/>
      </w:pPr>
      <w:r>
        <w:t>میں اس اسٹیٹمنٹ کو صحیح نہیں سمجھتا۔ یہ ہے ری ایکشن، اسلام میں ری ایکشن نہیں ہے۔ اصل بات جو کرنا ہے وہ یہ ہے کہ ان لوگوں نے سوچنا چاہیے کہ اتنی دیر تک تو چپ کیوں تھی؟</w:t>
      </w:r>
    </w:p>
    <w:p>
      <w:r>
        <w:rPr>
          <w:b/>
        </w:rPr>
        <w:t xml:space="preserve">[00:53] </w:t>
      </w:r>
      <w:r>
        <w:t>yeh jo barson barson se dunya mein challenge chal raha tha, itna waqt sab par available tha, aur kya kya hua to chup chap thi.</w:t>
      </w:r>
    </w:p>
    <w:p>
      <w:pPr>
        <w:jc w:val="right"/>
      </w:pPr>
      <w:r>
        <w:t>یہ جو برسوں برسوں سے دنیا میں چیلنج چل رہا تھا، اتنا وقت سب پر ایویبل تھا، اور کیا کیا ہوا تو چپ چاپ تھی۔</w:t>
      </w:r>
    </w:p>
    <w:p>
      <w:r>
        <w:rPr>
          <w:b/>
        </w:rPr>
        <w:t xml:space="preserve">[01:07] </w:t>
      </w:r>
      <w:r>
        <w:t>ab jo bol rahe hain, yeh koi bolna nahin maanta mein is ko.</w:t>
      </w:r>
    </w:p>
    <w:p>
      <w:pPr>
        <w:jc w:val="right"/>
      </w:pPr>
      <w:r>
        <w:t>اب جو بول رہے ہیں، یہ کوئی بولنا نہیں مانتا میں اس کو۔</w:t>
      </w:r>
    </w:p>
    <w:p>
      <w:r>
        <w:rPr>
          <w:b/>
        </w:rPr>
        <w:t xml:space="preserve">[01:14] </w:t>
      </w:r>
      <w:r>
        <w:t>apne mind ko badlie, apni soch ko badlie, balkeh yeh kahiye ke is se pehle hum ghalat fehmi par thay, beware wrong.</w:t>
      </w:r>
    </w:p>
    <w:p>
      <w:pPr>
        <w:jc w:val="right"/>
      </w:pPr>
      <w:r>
        <w:t>اپنے مائنڈ کو بدلیے، اپنی سوچ کو بدلیے، بلکہ یہ کہیے کہ اس سے پہلے ہم غلطی پر تھے، بی ویئر رونگ۔</w:t>
      </w:r>
    </w:p>
    <w:p>
      <w:r>
        <w:rPr>
          <w:b/>
        </w:rPr>
        <w:t xml:space="preserve">[01:27] </w:t>
      </w:r>
      <w:r>
        <w:t>woh sab jo papers par chhapta raha, magazine chhapta raha, jo speeches hoti rahin</w:t>
      </w:r>
    </w:p>
    <w:p>
      <w:pPr>
        <w:jc w:val="right"/>
      </w:pPr>
      <w:r>
        <w:t>وہ سب جو پیپروں پر چھپتا رہا، میگزین چھپتا رہا، جو اسپیچز ہوتی رہیں</w:t>
      </w:r>
    </w:p>
    <w:p>
      <w:r>
        <w:rPr>
          <w:b/>
        </w:rPr>
        <w:t xml:space="preserve">[01:33] </w:t>
      </w:r>
      <w:r>
        <w:t>ke sab dunya hamare dushman hai, sab sab sab dunya hamare khilaf conspiracy karti hai, woh sab woh sab isi cheez pe zehan bana hai yeh jis se log bomb blast kar rahe hain.</w:t>
      </w:r>
    </w:p>
    <w:p>
      <w:pPr>
        <w:jc w:val="right"/>
      </w:pPr>
      <w:r>
        <w:t>کہ سب دنیا ہمارے دشمن ہے، سب سب سب دنیا ہمارے خلاف کانسپریسی کرتی ہے، وہ سب وہ سب اسی چیز پہ ذہن بنا ہے یہ جس سے لوگ بم بلاسٹ کر رہے ہیں۔</w:t>
      </w:r>
    </w:p>
    <w:p>
      <w:r>
        <w:rPr>
          <w:b/>
        </w:rPr>
        <w:t xml:space="preserve">[01:45] </w:t>
      </w:r>
      <w:r>
        <w:t>yeh nahin, ulama ne yeh zehan banaya hai, sari dunya ko dushman declare kar rakha hai.</w:t>
      </w:r>
    </w:p>
    <w:p>
      <w:pPr>
        <w:jc w:val="right"/>
      </w:pPr>
      <w:r>
        <w:t>یہ نہیں، علماء نے یہ ذہن بنایا ہے، ساری دنیا کو دشمن ڈیکلیئر کر رکھا ہے۔</w:t>
      </w:r>
    </w:p>
    <w:p>
      <w:r>
        <w:rPr>
          <w:b/>
        </w:rPr>
        <w:t xml:space="preserve">[01:52] </w:t>
      </w:r>
      <w:r>
        <w:t>to mein samajhta hoon ke un ki beginning yeh nahin hai jo aap kar rahe hain, woh un ki beginning yeh hai ke woh kahein ke hum is se pehle ghalat fehmi par thay, hum ghalat baat bolte rahe, hum jihad ko highlight karte rahe, haalankeh peace ko highlight karna chahiye.</w:t>
      </w:r>
    </w:p>
    <w:p>
      <w:pPr>
        <w:jc w:val="right"/>
      </w:pPr>
      <w:r>
        <w:t>تو میں سمجھتا ہوں کہ ان کی بگننگ یہ نہیں ہے جو آپ کر رہے ہیں، وہ ان کی بگننگ یہ ہے کہ وہ کہیں کہ ہم اس سے پہلے غلطی پر تھے، ہم غلط بات بولتے رہے، ہم جہاد کو ہائی لائٹ کرتے رہے، حالانکہ پیس کو ہائی لائٹ کرنا چاہیے۔</w:t>
      </w:r>
    </w:p>
    <w:p>
      <w:r>
        <w:rPr>
          <w:b/>
        </w:rPr>
        <w:t xml:space="preserve">[02:08] </w:t>
      </w:r>
      <w:r>
        <w:t>baayein se kuch mutaasir nahin hota aisi baaton se</w:t>
      </w:r>
    </w:p>
    <w:p>
      <w:pPr>
        <w:jc w:val="right"/>
      </w:pPr>
      <w:r>
        <w:t>بائیں سے کچھ متاثر نہیں ہوتا ایسی باتوں سے</w:t>
      </w:r>
    </w:p>
    <w:p>
      <w:r>
        <w:rPr>
          <w:b/>
        </w:rPr>
        <w:t xml:space="preserve">[02:11] </w:t>
      </w:r>
      <w:r>
        <w:t>jo media mein chhapne ki baatein hain. woh jante hain ke media mein hi idhar chhapenge woh. ab ek fatwa diya hai ke in logon ka burial na ho muslim Pakistan mein.</w:t>
      </w:r>
    </w:p>
    <w:p>
      <w:pPr>
        <w:jc w:val="right"/>
      </w:pPr>
      <w:r>
        <w:t>جو میڈیا میں چھپنے کی باتیں ہیں۔ وہ جانتے ہیں کہ میڈیا میں ہی ادھر چھپیں گے وہ۔ اب ایک فتویٰ دیا ہے کہ ان لوگوں کا بریئل نہ ہو مسلم پاکستان میں۔</w:t>
      </w:r>
    </w:p>
    <w:p>
      <w:r>
        <w:rPr>
          <w:b/>
        </w:rPr>
        <w:t xml:space="preserve">[02:22] </w:t>
      </w:r>
      <w:r>
        <w:t>yeh koi fatwa hai yeh?</w:t>
      </w:r>
    </w:p>
    <w:p>
      <w:pPr>
        <w:jc w:val="right"/>
      </w:pPr>
      <w:r>
        <w:t>یہ کوئی فتویٰ ہے یہ؟</w:t>
      </w:r>
    </w:p>
    <w:p>
      <w:r>
        <w:rPr>
          <w:b/>
        </w:rPr>
        <w:t xml:space="preserve">[02:26] </w:t>
      </w:r>
      <w:r>
        <w:t>dekhiye, islam mein differentiate kiya gaya hai ek dead body ko aur us ke ideas ko. jab us ke jo ideas hain, us ko condemn kijiye aap.</w:t>
      </w:r>
    </w:p>
    <w:p>
      <w:pPr>
        <w:jc w:val="right"/>
      </w:pPr>
      <w:r>
        <w:t>دیکھیے، اسلام میں ڈیفرنشیٹ کیا گیا ہے ایک ڈیڈ باڈی کو اور اس کے آئیڈیاز کو۔ جب اس کے جو آئیڈیاز ہیں، اس کو کنڈم کیجیے آپ۔</w:t>
      </w:r>
    </w:p>
    <w:p>
      <w:r>
        <w:rPr>
          <w:b/>
        </w:rPr>
        <w:t xml:space="preserve">[02:37] </w:t>
      </w:r>
      <w:r>
        <w:t>dekhein, jo mar gaya to us ka us us us ka us ke upar aap</w:t>
      </w:r>
    </w:p>
    <w:p>
      <w:pPr>
        <w:jc w:val="right"/>
      </w:pPr>
      <w:r>
        <w:t>دیکھیں، جو مر گیا تو اس کا اس اس اس کا اس کے اوپر آپ</w:t>
      </w:r>
    </w:p>
    <w:p>
      <w:r>
        <w:rPr>
          <w:b/>
        </w:rPr>
        <w:t xml:space="preserve">[02:43] </w:t>
      </w:r>
      <w:r>
        <w:t>punishment denge us us dead body ko? dead body ke liye punishment nahin hota hai? dekhiye, islam ka jo fiqh ka jo fiqh hai islam ke, us ke mutabiq jo masla hai woh yeh hai ke ek aadmi jo khud apne ko musalman kehta tha,</w:t>
      </w:r>
    </w:p>
    <w:p>
      <w:pPr>
        <w:jc w:val="right"/>
      </w:pPr>
      <w:r>
        <w:t>پنشمنٹ دیں گے اس اس ڈیڈ باڈی کو؟ ڈیڈ باڈی کے لیے پنشمنٹ نہیں ہوتا ہے؟ دیکھیے، اسلام کا جو فقہ کا جو فقہ ہے اسلام کے، اس کے مطابق جو مسئلہ ہے وہ یہ ہے کہ ایک آدمی جو خود اپنے کو مسلمان کہتا تھا،</w:t>
      </w:r>
    </w:p>
    <w:p>
      <w:r>
        <w:rPr>
          <w:b/>
        </w:rPr>
        <w:t xml:space="preserve">[03:02] </w:t>
      </w:r>
      <w:r>
        <w:t>is ka muslim naam tha, woh muslim samaj ka aik hissa tha, muslim samaj mein is ki rishtedariyan theen, as a muslim woh mana jata tha samaj mein, to is ko bari kiya jaye ga muslim qabristan mein.</w:t>
      </w:r>
    </w:p>
    <w:p>
      <w:pPr>
        <w:jc w:val="right"/>
      </w:pPr>
      <w:r>
        <w:t>اس کا مسلم نام تھا، وہ مسلم سماج کا ایک حصہ تھا، مسلم سماج میں اس کی رشتہ داریاں تھیں، ایز اے مسلم وہ مانا جاتا تھا سماج میں، تو اس کو بری کیا جائے گا مسلم قبرستان میں۔</w:t>
      </w:r>
    </w:p>
    <w:p>
      <w:r>
        <w:rPr>
          <w:b/>
        </w:rPr>
        <w:t xml:space="preserve">[03:16] </w:t>
      </w:r>
      <w:r>
        <w:t>baqi is ke jo</w:t>
      </w:r>
    </w:p>
    <w:p>
      <w:pPr>
        <w:jc w:val="right"/>
      </w:pPr>
      <w:r>
        <w:t>باقی اس کے جو</w:t>
      </w:r>
    </w:p>
    <w:p>
      <w:r>
        <w:rPr>
          <w:b/>
        </w:rPr>
        <w:t xml:space="preserve">[03:18] </w:t>
      </w:r>
      <w:r>
        <w:t>aqeeda ya is ke jo soch hai, is ka mamla Allah ke hawale hai. yeh fatwa kiya hai yeh?</w:t>
      </w:r>
    </w:p>
    <w:p>
      <w:pPr>
        <w:jc w:val="right"/>
      </w:pPr>
      <w:r>
        <w:t>عقیدہ یا اس کے جو سوچ ہے، اس کا معاملہ اللہ کے حوالے ہے۔ یہ فتویٰ کیا ہے یہ؟</w:t>
      </w:r>
    </w:p>
    <w:p>
      <w:r>
        <w:rPr>
          <w:b/>
        </w:rPr>
        <w:t xml:space="preserve">[03:27] </w:t>
      </w:r>
      <w:r>
        <w:t>kyun ke fatwa hai yeh. yeh to susti, yeh cheap popularity hai yeh sab jo aap jo dekhte hain paperon mein, yeh cheap popularity hai.</w:t>
      </w:r>
    </w:p>
    <w:p>
      <w:pPr>
        <w:jc w:val="right"/>
      </w:pPr>
      <w:r>
        <w:t>کیونکہ فتویٰ ہے یہ۔ یہ تو سستی، یہ چیپ پاپولیرٹی ہے یہ سب جو آپ جو دیکھتے ہیں پیپروں میں، یہ چیپ پاپولیرٹی ہے۔</w:t>
      </w:r>
    </w:p>
    <w:p>
      <w:r>
        <w:rPr>
          <w:b/>
        </w:rPr>
        <w:t xml:space="preserve">[03:36] </w:t>
      </w:r>
      <w:r>
        <w:t>is se kuch badalne wala bhi nahi hai. koi dil to badal nahi rahe hain. inhi logon se aage akele miliye. inhein kaha gaya tha ke woh keh rahe the ke risalat wale hi sachai par the, hum jhoot par khare hue the.</w:t>
      </w:r>
    </w:p>
    <w:p>
      <w:pPr>
        <w:jc w:val="right"/>
      </w:pPr>
      <w:r>
        <w:t>اس سے کچھ بدلنے والا بھی نہیں ہے۔ کوئی دل تو بدل نہیں رہے ہیں۔ انہی لوگوں سے آگے اکیلے ملیے۔ انہیں کہا گیا تھا کہ وہ کہہ رہے تھے کہ رسالت والے ہی سچائی پر تھے، ہم جھوٹ پر کھڑے ہوئے تھے۔</w:t>
      </w:r>
    </w:p>
    <w:p>
      <w:r>
        <w:rPr>
          <w:b/>
        </w:rPr>
        <w:t xml:space="preserve">[03:50] </w:t>
      </w:r>
      <w:r>
        <w:t>yeh kahin woh sab se pehle. jab hum kehte the ke peaceful tareeqe se raho to kehte the ke yeh to muslim dushmano ke agent hain.</w:t>
      </w:r>
    </w:p>
    <w:p>
      <w:pPr>
        <w:jc w:val="right"/>
      </w:pPr>
      <w:r>
        <w:t>یہ کہیں وہ سب سے پہلے۔ جب ہم کہتے تھے کہ پیس فل طریقے سے رہو تو کہتے تھے کہ یہ تو مسلم دشمنوں کے ایجنٹ ہیں۔</w:t>
      </w:r>
    </w:p>
    <w:p>
      <w:r>
        <w:rPr>
          <w:b/>
        </w:rPr>
        <w:t xml:space="preserve">[04:00] </w:t>
      </w:r>
      <w:r>
        <w:t>is se pehle jab hum kehte the ke peaceful tareeqe se raho to kehte the ke yeh muslim dushmano ke agent hain. ab hamari boli bol rahe hain.</w:t>
      </w:r>
    </w:p>
    <w:p>
      <w:pPr>
        <w:jc w:val="right"/>
      </w:pPr>
      <w:r>
        <w:t>اس سے پہلے جب ہم کہتے تھے کہ پیس فل طریقے سے رہو تو کہتے تھے کہ یہ مسلم دشمنوں کے ایجنٹ ہیں۔ اب ہماری بولی بول رہے ہیں۔</w:t>
      </w:r>
    </w:p>
    <w:p>
      <w:r>
        <w:rPr>
          <w:b/>
        </w:rPr>
        <w:t xml:space="preserve">[04:10] </w:t>
      </w:r>
      <w:r>
        <w:t>yeh baghair manay hue ke hum is se pehle ghalati par the aur risalat wale sahi the. in se kuch interest nahi hota aisi baaton se.</w:t>
      </w:r>
    </w:p>
    <w:p>
      <w:pPr>
        <w:jc w:val="right"/>
      </w:pPr>
      <w:r>
        <w:t>یہ بغیر مانے ہوئے کہ ہم اس سے پہلے غلطی پر تھے اور رسالت والے صحیح تھے۔ ان سے کچھ انٹرسٹ نہیں ہوتا ایسی باتوں سے۔</w:t>
      </w:r>
    </w:p>
    <w:p>
      <w:r>
        <w:rPr>
          <w:b/>
        </w:rPr>
        <w:t xml:space="preserve">[04:20] </w:t>
      </w:r>
      <w:r>
        <w:t>This question is from Mr. Mohammad Taj Raza: Can all things in Islam be explained by rationality?</w:t>
      </w:r>
    </w:p>
    <w:p>
      <w:pPr>
        <w:jc w:val="right"/>
      </w:pPr>
      <w:r>
        <w:t>This question is from Mr. Mohammad Taj Raza: Can all things in Islam be explained by rationality?</w:t>
      </w:r>
    </w:p>
    <w:p>
      <w:r>
        <w:rPr>
          <w:b/>
        </w:rPr>
        <w:t xml:space="preserve">[04:30] </w:t>
      </w:r>
      <w:r>
        <w:t>If yes, then I have a lot of questions. If not, then how should I satisfy my intellect?</w:t>
      </w:r>
    </w:p>
    <w:p>
      <w:pPr>
        <w:jc w:val="right"/>
      </w:pPr>
      <w:r>
        <w:t>If yes, then I have a lot of questions. If not, then how should I satisfy my intellect?</w:t>
      </w:r>
    </w:p>
    <w:p>
      <w:r>
        <w:rPr>
          <w:b/>
        </w:rPr>
        <w:t xml:space="preserve">[04:41] </w:t>
      </w:r>
      <w:r>
        <w:t>dekhiye, Islam ki baat nahi hai. kisi bhi cheez ko purely rational ground par aap explain nahi kar sakte.</w:t>
      </w:r>
    </w:p>
    <w:p>
      <w:pPr>
        <w:jc w:val="right"/>
      </w:pPr>
      <w:r>
        <w:t>دیکھیے، اسلام کی بات نہیں ہے۔ کسی بھی چیز کو پیورلی ریشنل گراؤنڈ پر آپ ایکسپلین نہیں کر سکتے۔</w:t>
      </w:r>
    </w:p>
    <w:p>
      <w:r>
        <w:rPr>
          <w:b/>
        </w:rPr>
        <w:t xml:space="preserve">[04:52] </w:t>
      </w:r>
      <w:r>
        <w:t>apne aap ko explain nahi kar sakte aap.</w:t>
      </w:r>
    </w:p>
    <w:p>
      <w:pPr>
        <w:jc w:val="right"/>
      </w:pPr>
      <w:r>
        <w:t>اپنے آپ کو ایکسپلین نہیں کر سکتے آپ۔</w:t>
      </w:r>
    </w:p>
    <w:p>
      <w:r>
        <w:rPr>
          <w:b/>
        </w:rPr>
        <w:t xml:space="preserve">[04:57] </w:t>
      </w:r>
      <w:r>
        <w:t>yeh impossible hai. yaad rakhiye, aik kitaab hai, is ka naam hai to is ka naam hi hai "Limitations of Science".</w:t>
      </w:r>
    </w:p>
    <w:p>
      <w:pPr>
        <w:jc w:val="right"/>
      </w:pPr>
      <w:r>
        <w:t>یہ امپاسیبل ہے۔ یاد رکھیے، ایک کتاب ہے، اس کا نام ہے تو اس کا نام ہی ہے "لمیٹیشنز آف سائنس"۔</w:t>
      </w:r>
    </w:p>
    <w:p>
      <w:r>
        <w:rPr>
          <w:b/>
        </w:rPr>
        <w:t xml:space="preserve">[05:10] </w:t>
      </w:r>
      <w:r>
        <w:t>is ko aap parhiye, is mein author likhta hai ke</w:t>
      </w:r>
    </w:p>
    <w:p>
      <w:pPr>
        <w:jc w:val="right"/>
      </w:pPr>
      <w:r>
        <w:t>اس کو آپ پڑھیے، اس میں اتھر لکھتا ہے کہ</w:t>
      </w:r>
    </w:p>
    <w:p>
      <w:r>
        <w:rPr>
          <w:b/>
        </w:rPr>
        <w:t xml:space="preserve">[05:15] </w:t>
      </w:r>
      <w:r>
        <w:t>Science gives us but a partial knowledge of reality. to science to aakhri qism discipline hai, woh aap ko aik partial knowledge deti hai.</w:t>
      </w:r>
    </w:p>
    <w:p>
      <w:pPr>
        <w:jc w:val="right"/>
      </w:pPr>
      <w:r>
        <w:t>سائنس گیوز اس بٹ اے پارشل نالج آف ریلیٹی۔ تو سائنس تو آخری قسم ڈسپلن ہے، وہ آپ کو ایک پارشل نالج دیتی ہے۔</w:t>
      </w:r>
    </w:p>
    <w:p>
      <w:r>
        <w:rPr>
          <w:b/>
        </w:rPr>
        <w:t xml:space="preserve">[05:26] </w:t>
      </w:r>
      <w:r>
        <w:t>misal ke taur par aik phool hai, use chemistry bataye gi science, lekin is ke jo khushboo us ke andar hai, us ke bare mein kuch nahi bata sakti science.</w:t>
      </w:r>
    </w:p>
    <w:p>
      <w:pPr>
        <w:jc w:val="right"/>
      </w:pPr>
      <w:r>
        <w:t>مثلاً ایک پھول ہے، اسے کیمسٹری بتائے گی سائنس، لیکن اس کے جو خوشبو اس کے اندر ہے، اس کے بارے میں کچھ نہیں بتا سکتی سائنس۔</w:t>
      </w:r>
    </w:p>
    <w:p>
      <w:r>
        <w:rPr>
          <w:b/>
        </w:rPr>
        <w:t xml:space="preserve">[05:36] </w:t>
      </w:r>
      <w:r>
        <w:t>aap jo baat, aap ko jo personality hai, aap ke body ke bare mein bio science bataye gi, aap ki jo spirit hai, jo rooh hai, us ke bare mein kuch nahi bata sakti science.</w:t>
      </w:r>
    </w:p>
    <w:p>
      <w:pPr>
        <w:jc w:val="right"/>
      </w:pPr>
      <w:r>
        <w:t>آپ جو بات، آپ کو جو پرسنیلٹی ہے، آپ کے باڈی کے بارے میں بائیو سائنس بتائے گی، آپ کی جو اسپرٹ ہے، جو روح ہے، اس کے بارے میں کچھ نہیں بتا سکتی سائنس۔</w:t>
      </w:r>
    </w:p>
    <w:p>
      <w:r>
        <w:rPr>
          <w:b/>
        </w:rPr>
        <w:t xml:space="preserve">[05:46] </w:t>
      </w:r>
      <w:r>
        <w:t>aise pure world ke bare mein, puri ke bare mein, yahan tak ke aap yeh aap jante hain ke prove hua hai</w:t>
      </w:r>
    </w:p>
    <w:p>
      <w:pPr>
        <w:jc w:val="right"/>
      </w:pPr>
      <w:r>
        <w:t>ایسے پورے ورلڈ کے بارے میں، پوری کے بارے میں، یہاں تک کہ آپ یہ آپ جانتے ہیں کہ پروف ہوا ہے</w:t>
      </w:r>
    </w:p>
    <w:p>
      <w:r>
        <w:rPr>
          <w:b/>
        </w:rPr>
        <w:t xml:space="preserve">[05:53] </w:t>
      </w:r>
      <w:r>
        <w:t>dark matter ka jo nazariya hai ke 95 percent jo jo woh hai mass hai universe ka, woh wahi hai.</w:t>
      </w:r>
    </w:p>
    <w:p>
      <w:pPr>
        <w:jc w:val="right"/>
      </w:pPr>
      <w:r>
        <w:t>ڈارک واٹر کا جو نظریہ ہے کہ 95 پرسنٹ جو جو وہ ہے ماس ہے یونیورس کا، وہ وہی ہے۔</w:t>
      </w:r>
    </w:p>
    <w:p>
      <w:r>
        <w:rPr>
          <w:b/>
        </w:rPr>
        <w:t xml:space="preserve">[06:04] </w:t>
      </w:r>
      <w:r>
        <w:t>is liye se yeh manna ke Islam ki sari baatein purely rational ground par explain ho jayen,</w:t>
      </w:r>
    </w:p>
    <w:p>
      <w:pPr>
        <w:jc w:val="right"/>
      </w:pPr>
      <w:r>
        <w:t>اس لیے سے یہ ماننا کہ اسلام کی ساری باتیں پیورلی ریشنل گراؤنڈ پر ایکسپلین ہو جائیں،</w:t>
      </w:r>
    </w:p>
    <w:p>
      <w:r>
        <w:rPr>
          <w:b/>
        </w:rPr>
        <w:t xml:space="preserve">[06:12] </w:t>
      </w:r>
      <w:r>
        <w:t>yeh bilkul hi unscientific hai. yeh baat dekhiye, mein batata hoon science ka formula. yeh formula sahib nahi, sahib formula science ka hai jo aap ne likha hai.</w:t>
      </w:r>
    </w:p>
    <w:p>
      <w:pPr>
        <w:jc w:val="right"/>
      </w:pPr>
      <w:r>
        <w:t>یہ بالکل ہی ان سائنسفک ہے۔ یہ بات دیکھیے، میں بتاتا ہوں سائنس کا فارمولا۔ یہ فارمولا صاحب نہیں، صاحب فارمولا سائنس کا ہے جو آپ نے لکھا ہے۔</w:t>
      </w:r>
    </w:p>
    <w:p>
      <w:r>
        <w:rPr>
          <w:b/>
        </w:rPr>
        <w:t xml:space="preserve">[06:23] </w:t>
      </w:r>
      <w:r>
        <w:t>Science formula is based on probability. aap deep tareeqe se parhiye science ko.</w:t>
      </w:r>
    </w:p>
    <w:p>
      <w:pPr>
        <w:jc w:val="right"/>
      </w:pPr>
      <w:r>
        <w:t>سائنس فارمولا از بیسڈ ان پروبیبلیٹی۔ آپ ڈیپ طریقے سے پڑھیے سائنس کو۔</w:t>
      </w:r>
    </w:p>
    <w:p>
      <w:r>
        <w:rPr>
          <w:b/>
        </w:rPr>
        <w:t xml:space="preserve">[06:33] </w:t>
      </w:r>
      <w:r>
        <w:t>science ka formula yeh nahi hai jo aap ne likha hai, is ka probability yani kisi cheez ki probability agar prove ho jaye to maan liya jaye ke woh fact hai.</w:t>
      </w:r>
    </w:p>
    <w:p>
      <w:pPr>
        <w:jc w:val="right"/>
      </w:pPr>
      <w:r>
        <w:t>سائنس کا فارمولا یہ نہیں ہے جو آپ نے لکھا ہے، اس کا پروبیبلیٹی یعنی کسی چیز کی پروبیبلیٹی اگر پروف ہو جائے تو مان لیا جائے کہ وہ فیکٹ ہے۔</w:t>
      </w:r>
    </w:p>
    <w:p>
      <w:r>
        <w:rPr>
          <w:b/>
        </w:rPr>
        <w:t xml:space="preserve">[06:45] </w:t>
      </w:r>
      <w:r>
        <w:t>is par bas bohat kitabein likhein ge, sankron ki tadad mein aap parhiye is ko ke science ka jo stand hai, jo aakhri knowledge samjhata hai, aakhri ilm samjhaya jata hai ke is duniya mein insan ki limitations hain.</w:t>
      </w:r>
    </w:p>
    <w:p>
      <w:pPr>
        <w:jc w:val="right"/>
      </w:pPr>
      <w:r>
        <w:t>اس پر بس بہت کتابیں لکھیں گے، سینکڑوں کی تعداد میں آپ پڑھیے اس کو کہ سائنس کا جو اسٹینڈ ہے، جو آخری نالج سمجھاتی ہے، آخری علم سمجھایا جاتا ہے کہ اس دنیا میں انسان کی لیمیٹیشنز ہیں۔</w:t>
      </w:r>
    </w:p>
    <w:p>
      <w:r>
        <w:rPr>
          <w:b/>
        </w:rPr>
        <w:t xml:space="preserve">[07:03] </w:t>
      </w:r>
      <w:r>
        <w:t>is bana par is duniya mein sirf popularity ko hum establish kar sakte hain, probability ko ke probably is it true.</w:t>
      </w:r>
    </w:p>
    <w:p>
      <w:pPr>
        <w:jc w:val="right"/>
      </w:pPr>
      <w:r>
        <w:t>اس بنا پر اس دنیا میں صرف پاپولیرٹی کو ہم اسٹیبلش کر سکتے ہیں، پروبیبلیٹی کو کہ پروبیبلیٹی پروبیبلی از اٹ ٹرو۔</w:t>
      </w:r>
    </w:p>
    <w:p>
      <w:r>
        <w:rPr>
          <w:b/>
        </w:rPr>
        <w:t xml:space="preserve">[07:13] </w:t>
      </w:r>
      <w:r>
        <w:t>bas jaise evolution theory hai ke aap samajhte hain ke woh scientific fact hai, woh woh is liye manta hai ke ke probability apne radd se haq mein chali gayi hai.</w:t>
      </w:r>
    </w:p>
    <w:p>
      <w:pPr>
        <w:jc w:val="right"/>
      </w:pPr>
      <w:r>
        <w:t>بس جیسے ایولوشن تھیوری ہے کہ آپ سمجھتے ہیں کہ وہ سائنٹیفک فیکٹ ہے، وہ وہ اس لیے مانتا ہے کہ کہ پروبیبلیٹی اپنے رد سے حق میں چلی گئی ہے۔</w:t>
      </w:r>
    </w:p>
    <w:p>
      <w:r>
        <w:rPr>
          <w:b/>
        </w:rPr>
        <w:t xml:space="preserve">[07:26] </w:t>
      </w:r>
      <w:r>
        <w:t>koi kahe kahe ke evolution theory jab is sense mein proof ho gayi hai to jaanta hi nahi, koi agrecity bhi nahi jaanta woh na science ke na evolution theory.</w:t>
      </w:r>
    </w:p>
    <w:p>
      <w:pPr>
        <w:jc w:val="right"/>
      </w:pPr>
      <w:r>
        <w:t>کوئی کہے کہے کہ ایولوشن تھیوری جب اس سینس میں پروف ہو گئی ہے تو جانتا ہی نہیں، کوئی ایگریسٹی بھی نہیں جانتا وہ نہ سائنس کے نہ ایولوشن تھیوری۔</w:t>
      </w:r>
    </w:p>
    <w:p>
      <w:r>
        <w:rPr>
          <w:b/>
        </w:rPr>
        <w:t xml:space="preserve">[07:37] </w:t>
      </w:r>
      <w:r>
        <w:t>to jitne bhi theory hain, jitne bhi ilm hain, woh sab</w:t>
      </w:r>
    </w:p>
    <w:p>
      <w:pPr>
        <w:jc w:val="right"/>
      </w:pPr>
      <w:r>
        <w:t>تو جتنے بھی تھیوری ہیں، جتنے بھی علم ہیں، وہ سب</w:t>
      </w:r>
    </w:p>
    <w:p>
      <w:r>
        <w:rPr>
          <w:b/>
        </w:rPr>
        <w:t xml:space="preserve">[07:44] </w:t>
      </w:r>
      <w:r>
        <w:t>isi liye maane jaate hain ke ke probability un ke favor mein jaati hai. zameen gol hai, aap jaante hain ke zameen gol hai.</w:t>
      </w:r>
    </w:p>
    <w:p>
      <w:pPr>
        <w:jc w:val="right"/>
      </w:pPr>
      <w:r>
        <w:t>اسی لیے مانے جاتے ہیں کہ کہ پروبیبلیٹی ان کے فیور میں جاتی ہے۔ زمین گول ہے، آپ جانتے ہیں کہ زمین گول ہے۔</w:t>
      </w:r>
    </w:p>
    <w:p>
      <w:r>
        <w:rPr>
          <w:b/>
        </w:rPr>
        <w:t xml:space="preserve">[07:53] </w:t>
      </w:r>
      <w:r>
        <w:t>aap samajhte hain ke aap ne dekha hai zameen gol kisi ne? koi nahi jaanta. yahan pe theory of</w:t>
      </w:r>
    </w:p>
    <w:p>
      <w:pPr>
        <w:jc w:val="right"/>
      </w:pPr>
      <w:r>
        <w:t>آپ سمجھتے ہیں کہ آپ نے دیکھا ہے زمین گول کسی نے؟ کوئی نہیں جانتا۔ یہاں پہ تھیوری آف</w:t>
      </w:r>
    </w:p>
    <w:p>
      <w:r>
        <w:rPr>
          <w:b/>
        </w:rPr>
        <w:t xml:space="preserve">[08:01] </w:t>
      </w:r>
      <w:r>
        <w:t>in principle of probability kaam kar raha hai.</w:t>
      </w:r>
    </w:p>
    <w:p>
      <w:pPr>
        <w:jc w:val="right"/>
      </w:pPr>
      <w:r>
        <w:t>ان پرنسپل آف پروبیبلیٹی کام کر رہا ہے۔</w:t>
      </w:r>
    </w:p>
    <w:p>
      <w:r>
        <w:rPr>
          <w:b/>
        </w:rPr>
        <w:t xml:space="preserve">[08:06] </w:t>
      </w:r>
      <w:r>
        <w:t>to yahi usool aap Islam par apply kijiye. jab yeh proof ho jaye ke probability is true to maan lijiye, is ko fact maan lijiye.</w:t>
      </w:r>
    </w:p>
    <w:p>
      <w:pPr>
        <w:jc w:val="right"/>
      </w:pPr>
      <w:r>
        <w:t>تو یہی اصول آپ اسلام پر اپلائی کیجیے۔ جب یہ پروف ہو جائے کہ پروبیبلیٹی از ٹرو تو مان لیجیے، اس کو فیکٹ مان لیجیے۔</w:t>
      </w:r>
    </w:p>
    <w:p>
      <w:r>
        <w:rPr>
          <w:b/>
        </w:rPr>
        <w:t xml:space="preserve">[08:16] </w:t>
      </w:r>
      <w:r>
        <w:t>bas wahi science pe jo usool apply kiya jata hai, wahi islam par apply kijiye.</w:t>
      </w:r>
    </w:p>
    <w:p>
      <w:pPr>
        <w:jc w:val="right"/>
      </w:pPr>
      <w:r>
        <w:t>بس وہی سائنس پہ جو اصول اپلائی کیا جاتا ہے، وہی اسلام پر اپلائی کیجیے۔</w:t>
      </w:r>
    </w:p>
    <w:p>
      <w:r>
        <w:rPr>
          <w:b/>
        </w:rPr>
        <w:t xml:space="preserve">[08:25] </w:t>
      </w:r>
      <w:r>
        <w:t>to main ne isi ko apply kiya hai. jitne bhi Islam ki teaching hain, sab mein main ne reason out kiya hai, reason out kar ke main ne yeh paya hai ke har cheez mein probability is ke Islam ke favor mein hai.</w:t>
      </w:r>
    </w:p>
    <w:p>
      <w:pPr>
        <w:jc w:val="right"/>
      </w:pPr>
      <w:r>
        <w:t>تو میں نے اسی کو اپلائی کیا ہے۔ جتنے بھی اسلام کی ٹیچنگ ہیں، سب میں میں نے ریزن آؤٹ کیا ہے، ریزن آؤٹ کر کے میں نے یہ پایا ہے کہ ہر چیز میں پروبیبلیٹی اس کے اسلام کے فیور میں ہے۔</w:t>
      </w:r>
    </w:p>
    <w:p>
      <w:r>
        <w:rPr>
          <w:b/>
        </w:rPr>
        <w:t xml:space="preserve">[08:38] </w:t>
      </w:r>
      <w:r>
        <w:t>to bas main ne is ko fact maan liya. This question is from Mr. Mohammad Adil.</w:t>
      </w:r>
    </w:p>
    <w:p>
      <w:pPr>
        <w:jc w:val="right"/>
      </w:pPr>
      <w:r>
        <w:t>تو بس میں نے اس کو فیکٹ مان لیا۔ This question is from Mr. Mohammad Adil.</w:t>
      </w:r>
    </w:p>
    <w:p>
      <w:r>
        <w:rPr>
          <w:b/>
        </w:rPr>
        <w:t xml:space="preserve">[08:46] </w:t>
      </w:r>
      <w:r>
        <w:t>meri kitab hai "God Horizon", is ko aap parh sakte hain. This question is from Mr. Mohammad Adil. You always say that angels are there to assist and help dies.</w:t>
      </w:r>
    </w:p>
    <w:p>
      <w:pPr>
        <w:jc w:val="right"/>
      </w:pPr>
      <w:r>
        <w:t>میری کتاب ہے "گاڈ ہورائزن"، اس کو آپ پڑھ سکتے ہیں۔ This question is from Mr. Mohammad Adil. You always say that angels are there to assist and help dies.</w:t>
      </w:r>
    </w:p>
    <w:p>
      <w:r>
        <w:rPr>
          <w:b/>
        </w:rPr>
        <w:t xml:space="preserve">[09:01] </w:t>
      </w:r>
      <w:r>
        <w:t>Have you ever seen the help of angels clearly</w:t>
      </w:r>
    </w:p>
    <w:p>
      <w:pPr>
        <w:jc w:val="right"/>
      </w:pPr>
      <w:r>
        <w:t>Have you ever seen the help of angels clearly</w:t>
      </w:r>
    </w:p>
    <w:p>
      <w:r>
        <w:rPr>
          <w:b/>
        </w:rPr>
        <w:t xml:space="preserve">[09:05] </w:t>
      </w:r>
      <w:r>
        <w:t>? If yes, then please share your experience. aankhon se aap kisi aap ne apne aap ko bhi nahi dekha, aankhon se aap ne.</w:t>
      </w:r>
    </w:p>
    <w:p>
      <w:pPr>
        <w:jc w:val="right"/>
      </w:pPr>
      <w:r>
        <w:t>? If yes, then please share your experience. آنکھوں سے آپ کسی آپ نے اپنے آپ کو بھی نہیں دیکھا، آنکھوں سے آپ نے۔</w:t>
      </w:r>
    </w:p>
    <w:p>
      <w:r>
        <w:rPr>
          <w:b/>
        </w:rPr>
        <w:t xml:space="preserve">[09:19] </w:t>
      </w:r>
      <w:r>
        <w:t>aap aankhon se apni is appearance ko dekhte hain, body ko. aap ki jo personality hai, woh woh yahi thori hai jo hath paon ki ungli.</w:t>
      </w:r>
    </w:p>
    <w:p>
      <w:pPr>
        <w:jc w:val="right"/>
      </w:pPr>
      <w:r>
        <w:t>آپ آنکھوں سے اپنی اس اپیئرنس کو دیکھتے ہیں، باڈی کو۔ آپ کی جو پرسنیلٹی ہے، وہ وہ یہی تھوڑی ہے جو ہاتھ پاؤں کی انگلی۔</w:t>
      </w:r>
    </w:p>
    <w:p>
      <w:r>
        <w:rPr>
          <w:b/>
        </w:rPr>
        <w:t xml:space="preserve">[09:28] </w:t>
      </w:r>
      <w:r>
        <w:t>kis ne dekha hai apne aap ko? mujhe bataiye.</w:t>
      </w:r>
    </w:p>
    <w:p>
      <w:pPr>
        <w:jc w:val="right"/>
      </w:pPr>
      <w:r>
        <w:t>کس نے دیکھا ہے اپنے آپ کو؟ مجھے بتائیے۔</w:t>
      </w:r>
    </w:p>
    <w:p>
      <w:r>
        <w:rPr>
          <w:b/>
        </w:rPr>
        <w:t xml:space="preserve">[09:34] </w:t>
      </w:r>
      <w:r>
        <w:t>to kisi bhi cheez ko yaad rakhiye, aankh se dekhna possible nahi hai. Addington ne likhi hai ek kitab, woh likhta hai ke main jis table par kaam kar raha hoon, woh table</w:t>
      </w:r>
    </w:p>
    <w:p>
      <w:pPr>
        <w:jc w:val="right"/>
      </w:pPr>
      <w:r>
        <w:t>تو کسی بھی چیز کو یاد رکھیے، آنکھ سے دیکھنا پاسیبل نہیں ہے۔ ایڈنگٹن نے لکھی ہے ایک کتاب، وہ لکھتا ہے کہ میں جس ٹیبل پر کام کر رہا ہوں، وہ ٹیبل</w:t>
      </w:r>
    </w:p>
    <w:p>
      <w:r>
        <w:rPr>
          <w:b/>
        </w:rPr>
        <w:t xml:space="preserve">[09:53] </w:t>
      </w:r>
      <w:r>
        <w:t>dull table hai. is ki do hesiyat hain: ek ek woh lakri ki bani hui hai, us ke bahar ek woh atom ka majmooa hai, electron ka majmooa hai.</w:t>
      </w:r>
    </w:p>
    <w:p>
      <w:pPr>
        <w:jc w:val="right"/>
      </w:pPr>
      <w:r>
        <w:t>ڈول ٹیبل ہے۔ اس کی دو حیثیت ہیں: ایک ایک وہ لکڑی کی بنی ہوئی ہے، اس کے باہر ایک وہ ایٹم کا مجموعہ ہے، الیکٹران کا مجموعہ ہے۔</w:t>
      </w:r>
    </w:p>
    <w:p>
      <w:r>
        <w:rPr>
          <w:b/>
        </w:rPr>
        <w:t xml:space="preserve">[10:06] </w:t>
      </w:r>
      <w:r>
        <w:t>to electron jo hain, us ke us ko main nahi dekhta,</w:t>
      </w:r>
    </w:p>
    <w:p>
      <w:pPr>
        <w:jc w:val="right"/>
      </w:pPr>
      <w:r>
        <w:t>تو الیکٹران جو ہیں، اس کے اس کو میں نہیں دیکھتا،</w:t>
      </w:r>
    </w:p>
    <w:p>
      <w:r>
        <w:rPr>
          <w:b/>
        </w:rPr>
        <w:t xml:space="preserve">[10:12] </w:t>
      </w:r>
      <w:r>
        <w:t>main dekhta hoon us ki lakri ko. to to is mani hai ke main table ko bhi nahi dekh sakta. main bas manta hoon ke yeh table hai.</w:t>
      </w:r>
    </w:p>
    <w:p>
      <w:pPr>
        <w:jc w:val="right"/>
      </w:pPr>
      <w:r>
        <w:t>میں دیکھتا ہوں اس کی لکڑی کو۔ تو تو اس معنی ہے کہ میں ٹیبل کو بھی نہیں دیکھ سکتا۔ میں بس مانتا ہوں کہ یہ ٹیبل ہے۔</w:t>
      </w:r>
    </w:p>
    <w:p>
      <w:r>
        <w:rPr>
          <w:b/>
        </w:rPr>
        <w:t xml:space="preserve">[10:24] </w:t>
      </w:r>
      <w:r>
        <w:t>to angel ko aap kahein ke</w:t>
      </w:r>
    </w:p>
    <w:p>
      <w:pPr>
        <w:jc w:val="right"/>
      </w:pPr>
      <w:r>
        <w:t>تو اینجل کو آپ کہیں کہ</w:t>
      </w:r>
    </w:p>
    <w:p>
      <w:r>
        <w:rPr>
          <w:b/>
        </w:rPr>
        <w:t xml:space="preserve">[10:29] </w:t>
      </w:r>
      <w:r>
        <w:t>ke is ko dikhao, is ko angel kahan hai? angel ki working ko aap dekh sakte hain. itna bara jo factory, universal factory chal rahi hai, misaal ke tor par oxygen hai, jis oxygen ko aap saans lete hain, ek bohat bara mechanism hai, ek bohat bari factory hai,</w:t>
      </w:r>
    </w:p>
    <w:p>
      <w:pPr>
        <w:jc w:val="right"/>
      </w:pPr>
      <w:r>
        <w:t>کہ اس کو دکھاؤ، اس کو اینجل کہاں ہے؟ اینجل کی ورکنگ کو آپ دیکھ سکتے ہیں۔ اتنا بڑا جو فیکٹری، یونیورسل فیکٹری چل رہی ہے، مثال کے طور پر اکسیجن ہے، جس اکسیجن کو آپ سانس لیتے ہیں، ایک بہت بڑا میکنزم ہے، ایک بہت بڑی فیکٹری ہے،</w:t>
      </w:r>
    </w:p>
    <w:p>
      <w:r>
        <w:rPr>
          <w:b/>
        </w:rPr>
        <w:t xml:space="preserve">[10:50] </w:t>
      </w:r>
      <w:r>
        <w:t>bohat hi bari factory. itni bari factory ke insan itni bari factory ko establish nahi kar sakta hai. to universal level par aap ko har jagah oxygen supply ho raha hai.</w:t>
      </w:r>
    </w:p>
    <w:p>
      <w:pPr>
        <w:jc w:val="right"/>
      </w:pPr>
      <w:r>
        <w:t>بہت ہی بڑی فیکٹری۔ اتنی بڑی فیکٹری کہ انسان اتنی بڑی فیکٹری کو اسٹیبلش نہیں کر سکتا ہے۔ تو یونیورسل لیول پر آپ کو ہر جگہ اکسیجن سپلائی ہو رہا ہے۔</w:t>
      </w:r>
    </w:p>
    <w:p>
      <w:r>
        <w:rPr>
          <w:b/>
        </w:rPr>
        <w:t xml:space="preserve">[11:05] </w:t>
      </w:r>
      <w:r>
        <w:t>gaaye ke andar jo non milk milk mein convert hota hai, ek bohat bari factory us ke andar hai. yeh kaise ho raha hai?</w:t>
      </w:r>
    </w:p>
    <w:p>
      <w:pPr>
        <w:jc w:val="right"/>
      </w:pPr>
      <w:r>
        <w:t>گائے کے اندر جو نان ملک ملک میں کنورٹ ہوتا ہے، ایک بہت بڑی فیکٹری اس کے اندر ہے۔ یہ کیسے ہو رہا ہے؟</w:t>
      </w:r>
    </w:p>
    <w:p>
      <w:r>
        <w:rPr>
          <w:b/>
        </w:rPr>
        <w:t xml:space="preserve">[11:14] </w:t>
      </w:r>
      <w:r>
        <w:t>yeh sab aam factory jo hoti hai, us mein aap jate hain, hazaron hazar worker kaam kar rahe hain, har company mein, har factory mein,</w:t>
      </w:r>
    </w:p>
    <w:p>
      <w:pPr>
        <w:jc w:val="right"/>
      </w:pPr>
      <w:r>
        <w:t>یہ سب عام فیکٹری جو ہوتی ہے، اس میں آپ جاتے ہیں، ہزاروں ہزار ورکر کام کر رہے ہیں، ہر کمپنی میں، ہر فیکٹری میں،</w:t>
      </w:r>
    </w:p>
    <w:p>
      <w:r>
        <w:rPr>
          <w:b/>
        </w:rPr>
        <w:t xml:space="preserve">[11:22] </w:t>
      </w:r>
      <w:r>
        <w:t>thousand and thousand worker hain. to jab factory chalti hai to yeh jo factory hai, yeh kahin chal rahi hai, is ko angel chala rahe hain.</w:t>
      </w:r>
    </w:p>
    <w:p>
      <w:pPr>
        <w:jc w:val="right"/>
      </w:pPr>
      <w:r>
        <w:t>تھاؤزنڈ اینڈ تھاؤزنڈ ورکر ہیں۔ تو جب فیکٹری چلتی ہے تو یہ جو فیکٹری ہے، یہ کہیں چل رہی ہے، اس کو اینجل چلا رہے ہیں۔</w:t>
      </w:r>
    </w:p>
    <w:p>
      <w:r>
        <w:rPr>
          <w:b/>
        </w:rPr>
        <w:t xml:space="preserve">[11:35] </w:t>
      </w:r>
      <w:r>
        <w:t>yani sun light aik factory hai, oxygen aik factory hai,</w:t>
      </w:r>
    </w:p>
    <w:p>
      <w:pPr>
        <w:jc w:val="right"/>
      </w:pPr>
      <w:r>
        <w:t>یعنی سن لائٹ ایک فیکٹری ہے، اکسیجن ایک فیکٹری ہے،</w:t>
      </w:r>
    </w:p>
    <w:p>
      <w:r>
        <w:rPr>
          <w:b/>
        </w:rPr>
        <w:t xml:space="preserve">[11:39] </w:t>
      </w:r>
      <w:r>
        <w:t>rain jo oper se aati hai, woh aik factory hai, zameen mein se jo nikalta hai, phal aur aur ghalla, woh aik factory hai.</w:t>
      </w:r>
    </w:p>
    <w:p>
      <w:pPr>
        <w:jc w:val="right"/>
      </w:pPr>
      <w:r>
        <w:t>رین جو اوپر سے آتی ہے، وہ ایک فیکٹری ہے، زمین میں سے جو نکلتا ہے، پھل اور اور غلہ، وہ ایک فیکٹری ہے۔</w:t>
      </w:r>
    </w:p>
    <w:p>
      <w:r>
        <w:rPr>
          <w:b/>
        </w:rPr>
        <w:t xml:space="preserve">[11:50] </w:t>
      </w:r>
      <w:r>
        <w:t>har cheez aik factory hai, aik industry hai. is universal industry kon chala raha hai?</w:t>
      </w:r>
    </w:p>
    <w:p>
      <w:pPr>
        <w:jc w:val="right"/>
      </w:pPr>
      <w:r>
        <w:t>ہر چیز ایک فیکٹری ہے، ایک انڈسٹری ہے۔ اس یونیورسل انڈسٹری کون چلا رہا ہے؟</w:t>
      </w:r>
    </w:p>
    <w:p>
      <w:r>
        <w:rPr>
          <w:b/>
        </w:rPr>
        <w:t xml:space="preserve">[12:00] </w:t>
      </w:r>
      <w:r>
        <w:t>is universal industry ko wahi chala rahe hain, angel.</w:t>
      </w:r>
    </w:p>
    <w:p>
      <w:pPr>
        <w:jc w:val="right"/>
      </w:pPr>
      <w:r>
        <w:t>اس یونیورسل انڈسٹری کو وہی چلا رہے ہیں، اینجل۔</w:t>
      </w:r>
    </w:p>
    <w:p>
      <w:r>
        <w:rPr>
          <w:b/>
        </w:rPr>
        <w:t xml:space="preserve">[12:07] </w:t>
      </w:r>
      <w:r>
        <w:t>to main yahi kahunga ke angel ki working ko dekh kar hum ne mana hai ke angel yahan par hai. acha, agar aap is se aage jana chahte hain to phir woh thora mushkil kaam hai.</w:t>
      </w:r>
    </w:p>
    <w:p>
      <w:pPr>
        <w:jc w:val="right"/>
      </w:pPr>
      <w:r>
        <w:t>تو میں یہی کہوں گا کہ اینجل کی ورکنگ کو دیکھ کر ہم نے مانا ہے کہ اینجل یہاں پر ہے۔ اچھا، اگر آپ اس سے آگے جانا چاہتے ہیں تو پھر وہ تھوڑا مشکل کام ہے۔</w:t>
      </w:r>
    </w:p>
    <w:p>
      <w:r>
        <w:rPr>
          <w:b/>
        </w:rPr>
        <w:t xml:space="preserve">[12:22] </w:t>
      </w:r>
      <w:r>
        <w:t>main ne is se aage bhi dekha hai,</w:t>
      </w:r>
    </w:p>
    <w:p>
      <w:pPr>
        <w:jc w:val="right"/>
      </w:pPr>
      <w:r>
        <w:t>میں نے اس سے آگے بھی دیکھا ہے،</w:t>
      </w:r>
    </w:p>
    <w:p>
      <w:r>
        <w:rPr>
          <w:b/>
        </w:rPr>
        <w:t xml:space="preserve">[12:26] </w:t>
      </w:r>
      <w:r>
        <w:t>woh yeh hai ke main jab aik aik aik aik thought mere mind mein aaya hai, aik negative thought, is negative thought ko mujhe manage karna hai</w:t>
      </w:r>
    </w:p>
    <w:p>
      <w:pPr>
        <w:jc w:val="right"/>
      </w:pPr>
      <w:r>
        <w:t>وہ یہ ہے کہ میں جب ایک ایک ایک ایک تھاٹ میرے مائنڈ میں آیا ہے، ایک نیگیٹیو تھاٹ، اس نیگیٹیو تھاٹ کو مجھے مینج کرنا ہے</w:t>
      </w:r>
    </w:p>
    <w:p>
      <w:r>
        <w:rPr>
          <w:b/>
        </w:rPr>
        <w:t xml:space="preserve">[12:39] </w:t>
      </w:r>
      <w:r>
        <w:t>to is ko manage karne ki main mehsoos karta hoon ke main helpless hoon. wahan mujhe aik help milti hai, usay manage kar pata hoon. main jaise main abhi recently aik misaal bataoon aap ko, mera daily aisa experience hota rehta hai.</w:t>
      </w:r>
    </w:p>
    <w:p>
      <w:pPr>
        <w:jc w:val="right"/>
      </w:pPr>
      <w:r>
        <w:t>تو اس کو مینج کرنے کی میں محسوس کرتا ہوں کہ میں ہیلپ لیس ہوں۔ وہاں مجھے ایک ہیلپ ملتی ہے، اسے مینج کر پاتا ہوں۔ میں جیسے میں ابھی ریسنٹلی ایک مثال بتاؤں آپ کو، میرا ڈیلی ایسا ایکسپیرینس ہوتا رہتا ہے۔</w:t>
      </w:r>
    </w:p>
    <w:p>
      <w:r>
        <w:rPr>
          <w:b/>
        </w:rPr>
        <w:t xml:space="preserve">[12:54] </w:t>
      </w:r>
      <w:r>
        <w:t>main pichle pachas saal se yeh kehta tha</w:t>
      </w:r>
    </w:p>
    <w:p>
      <w:pPr>
        <w:jc w:val="right"/>
      </w:pPr>
      <w:r>
        <w:t>میں پچھلے پچاس سال سے یہ کہتا تھا</w:t>
      </w:r>
    </w:p>
    <w:p>
      <w:r>
        <w:rPr>
          <w:b/>
        </w:rPr>
        <w:t xml:space="preserve">[12:57] </w:t>
      </w:r>
      <w:r>
        <w:t>ke shadiyon mein nahi jana chahiye. wahan west of money hai, west of time hai. mere saare rishtedar ghussa ho gaye mujh se ke main shadiyon mein nahi jata.</w:t>
      </w:r>
    </w:p>
    <w:p>
      <w:pPr>
        <w:jc w:val="right"/>
      </w:pPr>
      <w:r>
        <w:t>کہ شادیوں میں نہیں جانا چاہیے۔ وہاں ویسٹ آف منی ہے، ویسٹ آف ٹائم ہے۔ میرے سارے رشتے دار غصہ ہو گئے مجھ سے کہ میں شادیوں میں نہیں جاتا۔</w:t>
      </w:r>
    </w:p>
    <w:p>
      <w:r>
        <w:rPr>
          <w:b/>
        </w:rPr>
        <w:t xml:space="preserve">[13:09] </w:t>
      </w:r>
      <w:r>
        <w:t>abhi kal shadi thi mere sagay bhatijay ki, wahan bhi main nahi gaya.</w:t>
      </w:r>
    </w:p>
    <w:p>
      <w:pPr>
        <w:jc w:val="right"/>
      </w:pPr>
      <w:r>
        <w:t>ابھی کل شادی تھی میرے سگے بھتیجے کی، وہاں بھی میں نہیں گیا۔</w:t>
      </w:r>
    </w:p>
    <w:p>
      <w:r>
        <w:rPr>
          <w:b/>
        </w:rPr>
        <w:t xml:space="preserve">[13:18] </w:t>
      </w:r>
      <w:r>
        <w:t>phir kya hua ke angel ne meri madad ki aur main us ko sort out kar saka. aur aik nai cheez discovery mujhe ho gayi. woh discovery kya hui ke shadi ke do part hain: shadi aur gathering.</w:t>
      </w:r>
    </w:p>
    <w:p>
      <w:pPr>
        <w:jc w:val="right"/>
      </w:pPr>
      <w:r>
        <w:t>پھر کیا ہوا کہ اینجل نے میری مدد کی اور میں اس کو سورٹ آؤٹ کر سکا۔ اور ایک نئی چیز ڈسکوری مجھے ہو گئی۔ وہ ڈسکوری کیا ہوئی کہ شادی کے دو پارٹ ہیں: شادی اور گیدرنگ۔</w:t>
      </w:r>
    </w:p>
    <w:p>
      <w:r>
        <w:rPr>
          <w:b/>
        </w:rPr>
        <w:t xml:space="preserve">[13:33] </w:t>
      </w:r>
      <w:r>
        <w:t>jahan shadi hai, wahan gathering hai.</w:t>
      </w:r>
    </w:p>
    <w:p>
      <w:pPr>
        <w:jc w:val="right"/>
      </w:pPr>
      <w:r>
        <w:t>جہاں شادی ہے، وہاں گیدرنگ ہے۔</w:t>
      </w:r>
    </w:p>
    <w:p>
      <w:r>
        <w:rPr>
          <w:b/>
        </w:rPr>
        <w:t xml:space="preserve">[13:36] </w:t>
      </w:r>
      <w:r>
        <w:t>jahan function hai, wahan gathering hai. jahan koi ceremony hai, wahan gathering hai. to koi bhi function ho, koi bhi function, chahe shadi ho ya koi doosra function, to aik hai function, aik hai gathering.</w:t>
      </w:r>
    </w:p>
    <w:p>
      <w:pPr>
        <w:jc w:val="right"/>
      </w:pPr>
      <w:r>
        <w:t>جہاں فنکشن ہے، وہاں گیدرنگ ہے۔ جہاں کوئی سیریمنی ہے، وہاں گیدرنگ ہے۔ تو کوئی بھی فنکشن ہو، کوئی بھی فنکشن، چاہے شادی ہو یا کوئی دوسرا فنکشن، تو ایک ہے فنکشن، ایک ہے گیدرنگ۔</w:t>
      </w:r>
    </w:p>
    <w:p>
      <w:r>
        <w:rPr>
          <w:b/>
        </w:rPr>
        <w:t xml:space="preserve">[13:49] </w:t>
      </w:r>
      <w:r>
        <w:t>to main ne sirf function ko dekha,</w:t>
      </w:r>
    </w:p>
    <w:p>
      <w:pPr>
        <w:jc w:val="right"/>
      </w:pPr>
      <w:r>
        <w:t>تو میں نے صرف فنکشن کو دیکھا،</w:t>
      </w:r>
    </w:p>
    <w:p>
      <w:r>
        <w:rPr>
          <w:b/>
        </w:rPr>
        <w:t xml:space="preserve">[13:53] </w:t>
      </w:r>
      <w:r>
        <w:t>gathering ko main nahi dekh saka pichle pachas saal se. gathering jahan hai, wahan daoo work hai. har dai ko gathering chahiye.</w:t>
      </w:r>
    </w:p>
    <w:p>
      <w:pPr>
        <w:jc w:val="right"/>
      </w:pPr>
      <w:r>
        <w:t>گیدرنگ کو میں نہیں دیکھ سکا پچھلے پچاس سال سے۔ گیدرنگ جہاں ہے، وہاں داؤ ورک ہے۔ ہر دائی کو گیدرنگ چاہیے۔</w:t>
      </w:r>
    </w:p>
    <w:p>
      <w:r>
        <w:rPr>
          <w:b/>
        </w:rPr>
        <w:t xml:space="preserve">[14:04] </w:t>
      </w:r>
      <w:r>
        <w:t>to jo log ikhatta hue, kal mujhe jana tha etawa, to main ne socha ke woh etawa jo log ikhatta hue the, bohat sare log, agar main chahun ke yahan woh log aa jayen to nahi ayenge, kabhi nahi ayenge.</w:t>
      </w:r>
    </w:p>
    <w:p>
      <w:pPr>
        <w:jc w:val="right"/>
      </w:pPr>
      <w:r>
        <w:t>تو جو لوگ اکٹھا ہوئے، کل مجھے جانا تھا ایٹاوا، تو میں نے سوچا کہ وہ ایٹاوا جو لوگ اکٹھا ہوئے تھے، بہت سارے لوگ، اگر میں چاہوں کہ یہاں وہ لوگ آ جائیں تو نہیں آئیں گے، کبھی نہیں آئیں گے۔</w:t>
      </w:r>
    </w:p>
    <w:p>
      <w:r>
        <w:rPr>
          <w:b/>
        </w:rPr>
        <w:t xml:space="preserve">[14:17] </w:t>
      </w:r>
      <w:r>
        <w:t>impossible hai ke woh sari gathering ko main yahan le aaon. to main ne socha ke in logon ko main ne dawat nahi pohanchai, unhon ne bulaya tha, unhon ne mera reservation bhi karwa diya tha.</w:t>
      </w:r>
    </w:p>
    <w:p>
      <w:pPr>
        <w:jc w:val="right"/>
      </w:pPr>
      <w:r>
        <w:t>امپاسیبل ہے کہ وہ ساری گیدرنگ کو میں یہاں لے آؤں۔ تو میں نے سوچا کہ ان لوگوں کو میں نے دعوت نہیں پہنچائی، انہوں نے بلایا تھا، انہوں نے میرا ریزرویشن بھی کروا دیا تھا۔</w:t>
      </w:r>
    </w:p>
    <w:p>
      <w:r>
        <w:rPr>
          <w:b/>
        </w:rPr>
        <w:t xml:space="preserve">[14:29] </w:t>
      </w:r>
      <w:r>
        <w:t>mujh ko char aadmiyon ke sath bulane thay, saare kharchay par.</w:t>
      </w:r>
    </w:p>
    <w:p>
      <w:pPr>
        <w:jc w:val="right"/>
      </w:pPr>
      <w:r>
        <w:t>مجھ کو چار آدمیوں کے ساتھ بلانے تھے، سارے خرچے پر۔</w:t>
      </w:r>
    </w:p>
    <w:p>
      <w:r>
        <w:rPr>
          <w:b/>
        </w:rPr>
        <w:t xml:space="preserve">[14:33] </w:t>
      </w:r>
      <w:r>
        <w:t>mujhe aik paisa kharch nahi karna. to main ne socha ke kitni bari bhool mujh se hui ke wahan jo gathering hui thi, wahan main jata, wahan dawat deta, literature taqseem karta, brochure deta, kitabein deta.</w:t>
      </w:r>
    </w:p>
    <w:p>
      <w:pPr>
        <w:jc w:val="right"/>
      </w:pPr>
      <w:r>
        <w:t>مجھے ایک پیسہ خرچ نہیں کرنا۔ تو میں نے سوچا کہ کتنی بڑی بھول مجھ سے ہوئی کہ وہاں جو گیدرنگ ہوئی تھی، وہاں میں جاتا، وہاں دعوت دیتا، لٹریچر تقسیم کرتا، بروشر دیتا، کتابیں دیتا۔</w:t>
      </w:r>
    </w:p>
    <w:p>
      <w:r>
        <w:rPr>
          <w:b/>
        </w:rPr>
        <w:t xml:space="preserve">[14:46] </w:t>
      </w:r>
      <w:r>
        <w:t>to main ne kaha, yeh kya ho gaya? It was bullet-struck.</w:t>
      </w:r>
    </w:p>
    <w:p>
      <w:pPr>
        <w:jc w:val="right"/>
      </w:pPr>
      <w:r>
        <w:t>تو میں نے کہا، یہ کیا ہو گیا؟ اٹ واز بلڈر سٹیک۔</w:t>
      </w:r>
    </w:p>
    <w:p>
      <w:r>
        <w:rPr>
          <w:b/>
        </w:rPr>
        <w:t xml:space="preserve">[14:52] </w:t>
      </w:r>
      <w:r>
        <w:t>itna hua, main detach kar ke nahi soch pata tha. koi shadi hai, biryani hai, qurban hai, pulao hai, phirni hai, hooha hai, yeh janta tha.</w:t>
      </w:r>
    </w:p>
    <w:p>
      <w:pPr>
        <w:jc w:val="right"/>
      </w:pPr>
      <w:r>
        <w:t>اتنا ہوا، میں ڈیٹیچ کر کے نہیں سوچ پاتا تھا۔ کوئی شادی ہے، بریانی ہے، قربان ہے، پلاؤ ہے، پھرنی ہے، ہوہا ہے، یہ جانتا تھا۔</w:t>
      </w:r>
    </w:p>
    <w:p>
      <w:r>
        <w:rPr>
          <w:b/>
        </w:rPr>
        <w:t xml:space="preserve">[15:02] </w:t>
      </w:r>
      <w:r>
        <w:t>main bas bataya tha, other side of science, main itni samajh paya tha ke bhai shadi to hai, lekin gathering to wahan to ho rahi hai.</w:t>
      </w:r>
    </w:p>
    <w:p>
      <w:pPr>
        <w:jc w:val="right"/>
      </w:pPr>
      <w:r>
        <w:t>میں بس بتایا تھا، ادر سائیڈ آف سائنس، میں اتنی سمجھ پایا تھا کہ بھئی شادی تو ہے، لیکن گیدرنگ تو وہاں تو ہو رہی ہے۔</w:t>
      </w:r>
    </w:p>
    <w:p>
      <w:r>
        <w:rPr>
          <w:b/>
        </w:rPr>
        <w:t xml:space="preserve">[15:11] </w:t>
      </w:r>
      <w:r>
        <w:t>to phir mujhe yaad aaya aik missionary, aik christian missionary tha, us ne apna aik aadmi bheja peru ke jungle mein, peru mein jo south america mein ke jao, dekho, wahan kuch log hain, kuch tribes, to unhon ne humein</w:t>
      </w:r>
    </w:p>
    <w:p>
      <w:pPr>
        <w:jc w:val="right"/>
      </w:pPr>
      <w:r>
        <w:t>تو پھر مجھے یاد آیا ایک مشنری، ایک کرسچن مشنری تھا، اس نے اپنا ایک آدمی بھیجا پیرو کے جنگل ہیں، پیرو میں جو ساؤتھ امریکہ میں کہ جاؤ، دیکھو، وہاں کچھ لوگ ہیں، کچھ ٹرائبس، تو انہوں نے ہمیں</w:t>
      </w:r>
    </w:p>
    <w:p>
      <w:r>
        <w:rPr>
          <w:b/>
        </w:rPr>
        <w:t xml:space="preserve">[15:30] </w:t>
      </w:r>
      <w:r>
        <w:t>christian mission pohanchana hai. woh aadmi gaya wahan par, to woh jungle tha, wahan par daldal thi, wahan par machhar thay, keere makore thay, sabhi sab.</w:t>
      </w:r>
    </w:p>
    <w:p>
      <w:pPr>
        <w:jc w:val="right"/>
      </w:pPr>
      <w:r>
        <w:t>کرسچن مشن پہنچانا ہے۔ وہ آدمی گیا وہاں پر، تو وہ جنگل تھا، وہاں پر دلدل تھی، وہاں پر مچھر تھے، کیڑے مکوڑے تھے، سبھی سب۔</w:t>
      </w:r>
    </w:p>
    <w:p>
      <w:r>
        <w:rPr>
          <w:b/>
        </w:rPr>
        <w:t xml:space="preserve">[15:40] </w:t>
      </w:r>
      <w:r>
        <w:t>aagay batane laga ke wahan koi rasta hai, na koi road hai, wahan machhar hai, wahan daldal hai, yeh hai. to us ne chala kar kaha, "yeh batao ke wahan insan bhi hai kya?</w:t>
      </w:r>
    </w:p>
    <w:p>
      <w:pPr>
        <w:jc w:val="right"/>
      </w:pPr>
      <w:r>
        <w:t>آگے بتانے لگا کہ وہاں کوئی راستہ ہے، نہ کوئی روڈ ہے، وہاں مچھر ہے، وہاں دلدل ہے، یہ ہے۔ تو اس نے چلا کر کہا، "یہ بتاؤ کہ وہاں انسان بھی ہے کیا؟</w:t>
      </w:r>
    </w:p>
    <w:p>
      <w:r>
        <w:rPr>
          <w:b/>
        </w:rPr>
        <w:t xml:space="preserve">[15:51] </w:t>
      </w:r>
      <w:r>
        <w:t>yeh sab to hai america par, insan bhi hai kya?" to us ne kaha, "haan, bhai insan bhi hai." to kaha, "bas chhoro kahani ko, insan hai to wahan mein kaam kar raha hoon." yeh baat mein abhi sirf kal samajh saka, kal ya parson, pachas saal ke baad</w:t>
      </w:r>
    </w:p>
    <w:p>
      <w:pPr>
        <w:jc w:val="right"/>
      </w:pPr>
      <w:r>
        <w:t>یہ سب تو ہے امریکہ پر، انسان بھی ہے کیا؟" تو اس نے کہا، "ہاں، بھئی انسان بھی ہے۔" تو کہا، "بس چھوڑو کہانی کو، انسان ہے تو وہاں میں کام کر رہا ہوں۔" یہ بات میں ابھی صرف کل سمجھ سکا، کل یا پرسوں، پچاس سال کے بعد</w:t>
      </w:r>
    </w:p>
    <w:p>
      <w:r>
        <w:rPr>
          <w:b/>
        </w:rPr>
        <w:t xml:space="preserve">[16:08] </w:t>
      </w:r>
      <w:r>
        <w:t>ke shadi se alag, detach kar ke apne gathering ko dekho. yeh kis ne kiya? mein angel ne kiya. har waqt mein dua karta rehta hoon.</w:t>
      </w:r>
    </w:p>
    <w:p>
      <w:pPr>
        <w:jc w:val="right"/>
      </w:pPr>
      <w:r>
        <w:t>کہ شادی سے الگ، ڈیٹیچ کر کے اپنے گیدرنگ کو دیکھو۔ یہ کس نے کیا؟ میں اینجل نے کیا۔ ہر وقت میں دعا کرتا رہتا ہوں۔</w:t>
      </w:r>
    </w:p>
    <w:p>
      <w:r>
        <w:rPr>
          <w:b/>
        </w:rPr>
        <w:t xml:space="preserve">[16:21] </w:t>
      </w:r>
      <w:r>
        <w:t>to mein jo deconditioning mein kar paya, woh apni deconditioning, woh angel ki madad se deconditioning hui hai. dunya mein koi ek aadmi nahi hai jis ki 100 fisad deconditioning hui ho, siwaye mere,</w:t>
      </w:r>
    </w:p>
    <w:p>
      <w:pPr>
        <w:jc w:val="right"/>
      </w:pPr>
      <w:r>
        <w:t>تو میں جو ڈی کنڈیشننگ میں کر پایا، وہ اپنی ڈی کنڈیشننگ، وہ اینجل کی مدد سے ڈی کنڈیشننگ ہوئی ہے۔ دنیا میں کوئی ایک آدمی نہیں ہے جس کی 100 فیصد ڈی کنڈیشننگ ہوئی ہو، سوائے میرے،</w:t>
      </w:r>
    </w:p>
    <w:p>
      <w:r>
        <w:rPr>
          <w:b/>
        </w:rPr>
        <w:t xml:space="preserve">[16:32] </w:t>
      </w:r>
      <w:r>
        <w:t>woh angel ke through hui hai. har aadmi negativity mein jeeta hai, har aadmi misconditioned hai. to ek woh aspect hai ke universal industry mein aap dekho, un ki working mein ek hai psychological aspect.</w:t>
      </w:r>
    </w:p>
    <w:p>
      <w:pPr>
        <w:jc w:val="right"/>
      </w:pPr>
      <w:r>
        <w:t>وہ اینجل کے تھرو ہوئی ہے۔ ہر آدمی نیگیٹیوٹی میں جیتا ہے، ہر آدمی مسڈ کنڈیشنڈ ہے۔ تو ایک وہ ایسپیکٹ ہے کہ یونیورسل انڈسٹری میں آپ دیکھیں، ان کی ورکنگ میں ایک ہے سائیکلوجیکل ایسپیکٹ۔</w:t>
      </w:r>
    </w:p>
    <w:p>
      <w:r>
        <w:rPr>
          <w:b/>
        </w:rPr>
        <w:t xml:space="preserve">[16:49] </w:t>
      </w:r>
      <w:r>
        <w:t>to mein daily ek tajurba karta hoon ke angel ki madad se kis tarah mein bari bari baton ko discover karta hoon. abhi aaj jo mein ne batein kahi hain, poori history mein aap kisi ko nahi batayenge, itni batein keh paya ho koi.</w:t>
      </w:r>
    </w:p>
    <w:p>
      <w:pPr>
        <w:jc w:val="right"/>
      </w:pPr>
      <w:r>
        <w:t>تو میں ڈیلی ایک تجربہ کرتا ہوں کہ اینجل کی مدد سے کس طرح میں بڑی بڑی باتوں کو ڈسکور کرتا ہوں۔ ابھی آج جو میں نے باتیں کہی ہیں، پوری ہسٹری میں آپ کسی کو نہیں بتائیں گے، اتنی باتیں کہہ پایا ہو کوئی۔</w:t>
      </w:r>
    </w:p>
    <w:p>
      <w:r>
        <w:rPr>
          <w:b/>
        </w:rPr>
        <w:t xml:space="preserve">[17:01] </w:t>
      </w:r>
      <w:r>
        <w:t>poori history</w:t>
      </w:r>
    </w:p>
    <w:p>
      <w:pPr>
        <w:jc w:val="right"/>
      </w:pPr>
      <w:r>
        <w:t>پوری ہسٹری</w:t>
      </w:r>
    </w:p>
    <w:p>
      <w:r>
        <w:rPr>
          <w:b/>
        </w:rPr>
        <w:t xml:space="preserve">[17:02] </w:t>
      </w:r>
      <w:r>
        <w:t>mein nahi bata sakte aap, kaise mein keh paya? angel ki madad se keh paya mein. to do level hain angel ko janne ke, jis level par aap chahein, us ko jan lijiye.</w:t>
      </w:r>
    </w:p>
    <w:p>
      <w:pPr>
        <w:jc w:val="right"/>
      </w:pPr>
      <w:r>
        <w:t>میں نہیں بتا سکتے آپ، کیسے میں کہہ پایا؟ اینجل کی مدد سے کہہ پایا میں۔ تو دو لیول ہیں اینجل کو جاننے کے، جس لیول پر آپ چاہیں، اس کو جان لیجئے۔</w:t>
      </w:r>
    </w:p>
    <w:p>
      <w:r>
        <w:rPr>
          <w:b/>
        </w:rPr>
        <w:t xml:space="preserve">[17:16] </w:t>
      </w:r>
      <w:r>
        <w:t>to angel ka existence bilkul hi yaqeeni hai, is mein koi shakk nahi hai ke is ke do level hain. ab aap ke upar hai ke aap kis level par un ko discover karna chahte hain.</w:t>
      </w:r>
    </w:p>
    <w:p>
      <w:pPr>
        <w:jc w:val="right"/>
      </w:pPr>
      <w:r>
        <w:t>تو اینجل کا ایگزسٹنس بالکل ہی یقینی ہے، اس میں کوئی شک نہیں ہے کہ اس کے دو لیول ہیں۔ اب آپ کے اوپر ہے کہ آپ کس لیول پر ان کو ڈسکور کرنا چاہتے ہیں۔</w:t>
      </w:r>
    </w:p>
    <w:p>
      <w:r>
        <w:rPr>
          <w:b/>
        </w:rPr>
        <w:t xml:space="preserve">[17:29] </w:t>
      </w:r>
      <w:r>
        <w:t>This question is from doctor Muslima Siddiqui. Maulana, those who are killed in battle are called shaheed.</w:t>
      </w:r>
    </w:p>
    <w:p>
      <w:pPr>
        <w:jc w:val="right"/>
      </w:pPr>
      <w:r>
        <w:t>This question is from ڈاکٹر مسلمہ صدیقی۔ مولانا، those who are killed in battle are called شہید.</w:t>
      </w:r>
    </w:p>
    <w:p>
      <w:r>
        <w:rPr>
          <w:b/>
        </w:rPr>
        <w:t xml:space="preserve">[17:40] </w:t>
      </w:r>
      <w:r>
        <w:t>Are those people who do Dawa work included in the category of Shuhada or not? wahi to shuhada hain, yeh to masmoon nikal rakha hai.</w:t>
      </w:r>
    </w:p>
    <w:p>
      <w:pPr>
        <w:jc w:val="right"/>
      </w:pPr>
      <w:r>
        <w:t>Are those people who do Dawa work included in the category of Shuhada or not? وہی تو شہداء ہیں، یہ تو مسمون نکال رکھا ہے۔</w:t>
      </w:r>
    </w:p>
    <w:p>
      <w:r>
        <w:rPr>
          <w:b/>
        </w:rPr>
        <w:t xml:space="preserve">[17:52] </w:t>
      </w:r>
      <w:r>
        <w:t>aaj kal pehle nahi tha aisa, shaheed nahi koi kehte thay. aaj kal jo hai, koi mara jaye to us ko kehte hain shaheed.</w:t>
      </w:r>
    </w:p>
    <w:p>
      <w:pPr>
        <w:jc w:val="right"/>
      </w:pPr>
      <w:r>
        <w:t>آج کل پہلے نہیں تھا ایسا، شہید نہیں کوئی کہتے تھے۔ آج کل جو ہے، کوئی مارا جائے تو اس کو کہتے ہیں شہید۔</w:t>
      </w:r>
    </w:p>
    <w:p>
      <w:r>
        <w:rPr>
          <w:b/>
        </w:rPr>
        <w:t xml:space="preserve">[18:00] </w:t>
      </w:r>
      <w:r>
        <w:t>jaise Saeed Ahmed shaheed, aur Ismail shaheed, aur falan shaheed. Hazrat Umar mare gaye, Hazrat Usman mare gaye, Ali mare gaye.</w:t>
      </w:r>
    </w:p>
    <w:p>
      <w:pPr>
        <w:jc w:val="right"/>
      </w:pPr>
      <w:r>
        <w:t>جیسے سعید احمد شہید، اور اسماعیل شہید، اور فلاں شہید۔ حضرت عمر مارے گئے، حضرت عثمان مارے گئے، علی مارے گئے۔</w:t>
      </w:r>
    </w:p>
    <w:p>
      <w:r>
        <w:rPr>
          <w:b/>
        </w:rPr>
        <w:t xml:space="preserve">[18:13] </w:t>
      </w:r>
      <w:r>
        <w:t>kahin nahi kitab mein parhein ge aap ko Umar shaheed, Usman shaheed, Ali shaheed.</w:t>
      </w:r>
    </w:p>
    <w:p>
      <w:pPr>
        <w:jc w:val="right"/>
      </w:pPr>
      <w:r>
        <w:t>کہیں نہیں کتاب میں پڑھیں گے آپ کو عمر شہید، عثمان شہید، علی شہید۔</w:t>
      </w:r>
    </w:p>
    <w:p>
      <w:r>
        <w:rPr>
          <w:b/>
        </w:rPr>
        <w:t xml:space="preserve">[18:18] </w:t>
      </w:r>
      <w:r>
        <w:t>ab is zamane mein yeh sab nikala hai logon ne, shaheed kehte hain.</w:t>
      </w:r>
    </w:p>
    <w:p>
      <w:pPr>
        <w:jc w:val="right"/>
      </w:pPr>
      <w:r>
        <w:t>اب اس زمانے میں یہ سب نکالا ہے لوگوں نے، شہید کہتے ہیں۔</w:t>
      </w:r>
    </w:p>
    <w:p>
      <w:r>
        <w:rPr>
          <w:b/>
        </w:rPr>
        <w:t xml:space="preserve">[18:25] </w:t>
      </w:r>
      <w:r>
        <w:t>quran mein jo hai, shahadat ya shuhada ka jo lafz hai, woh dawat hi ke mani mein aaya hai. haqeeqi maano mein shuhada wohi log hain jo dawat ka kaam karte hain, dawat ka kaam karte hain, jo dawat karte hain.</w:t>
      </w:r>
    </w:p>
    <w:p>
      <w:pPr>
        <w:jc w:val="right"/>
      </w:pPr>
      <w:r>
        <w:t>قرآن میں جو ہے، شہادت یا شہداء کا جو لفظ ہے، وہ دعوت ہی کے معنی میں آیا ہے۔ حقیقی معنوں میں شہداء وہی لوگ ہیں جو دعوت کا کام کرتے ہیں، دعوت کا کام کرتے ہیں، جو دعوت کرتے ہیں۔</w:t>
      </w:r>
    </w:p>
    <w:p>
      <w:r>
        <w:rPr>
          <w:b/>
        </w:rPr>
        <w:t xml:space="preserve">[18:42] </w:t>
      </w:r>
      <w:r>
        <w:t>dekho, shaheed ke mani hain witness. witness,</w:t>
      </w:r>
    </w:p>
    <w:p>
      <w:pPr>
        <w:jc w:val="right"/>
      </w:pPr>
      <w:r>
        <w:t>دیکھیں، شہید کے معنی ہیں وٹنس۔ وٹنس،</w:t>
      </w:r>
    </w:p>
    <w:p>
      <w:r>
        <w:rPr>
          <w:b/>
        </w:rPr>
        <w:t xml:space="preserve">[18:47] </w:t>
      </w:r>
      <w:r>
        <w:t>witness ka matlab kya hai? ke Khuda ki taraf se khara ho kar ke bolna,</w:t>
      </w:r>
    </w:p>
    <w:p>
      <w:pPr>
        <w:jc w:val="right"/>
      </w:pPr>
      <w:r>
        <w:t>وٹنس کا مطلب کیا ہے؟ کہ خدا کی طرف سے کھڑا ہو کر کے بولنا،</w:t>
      </w:r>
    </w:p>
    <w:p>
      <w:r>
        <w:rPr>
          <w:b/>
        </w:rPr>
        <w:t xml:space="preserve">[18:55] </w:t>
      </w:r>
      <w:r>
        <w:t>un un seen world ki khabar dena. log un logon ko jo un seen world se nawaqif hain, to aadmi witness banta hai. witness ke mein dekhe hue, jaani hui baat ko tum ko bata raha hoon.</w:t>
      </w:r>
    </w:p>
    <w:p>
      <w:pPr>
        <w:jc w:val="right"/>
      </w:pPr>
      <w:r>
        <w:t>ان ان سین ورلڈ کی خبر دینا۔ لوگ ان لوگوں کو جو ان سین ورلڈ سے ناواقف ہیں، تو آدمی وٹنس بنتا ہے۔ وٹنس کہ میں دیکھے ہوئے، جانی ہوئی بات کو تم کو بتا رہا ہوں۔</w:t>
      </w:r>
    </w:p>
    <w:p>
      <w:r>
        <w:rPr>
          <w:b/>
        </w:rPr>
        <w:t xml:space="preserve">[19:09] </w:t>
      </w:r>
      <w:r>
        <w:t>to witness quran majeed mein aaya hai,</w:t>
      </w:r>
    </w:p>
    <w:p>
      <w:pPr>
        <w:jc w:val="right"/>
      </w:pPr>
      <w:r>
        <w:t>تو وٹنس قرآن مجید میں آیا ہے،</w:t>
      </w:r>
    </w:p>
    <w:p>
      <w:r>
        <w:rPr>
          <w:b/>
        </w:rPr>
        <w:t xml:space="preserve">[19:12] </w:t>
      </w:r>
      <w:r>
        <w:t>shahid o shaheed ka lafz woh dawat, dawat, daaiyon ke liye aaya hai, daaiyon ke liye. baqi yeh yeh log jo hain, yeh to Khuda ke aap pata chale kaun, kis ki maut kaisi thi, kis ki maut kaisi thi.</w:t>
      </w:r>
    </w:p>
    <w:p>
      <w:pPr>
        <w:jc w:val="right"/>
      </w:pPr>
      <w:r>
        <w:t>شاہد و شہید کا لفظ وہ دعا، دعا، داعیوں کے لیے آیا ہے، داعیوں کے لیے۔ باقی یہ یہ لوگ جو ہیں، یہ تو خدا کے آپ پتہ چلے کون، کس کی موت کیسی تھی، کس کی موت کیسی تھی۔</w:t>
      </w:r>
    </w:p>
    <w:p>
      <w:r>
        <w:rPr>
          <w:b/>
        </w:rPr>
        <w:t xml:space="preserve">[19:26] </w:t>
      </w:r>
      <w:r>
        <w:t>dunya mein hum nahi, dunya mein kisi ko pata nahi hai, jaan sakte hain aap ke is ki maut kaisi bohat thi.</w:t>
      </w:r>
    </w:p>
    <w:p>
      <w:pPr>
        <w:jc w:val="right"/>
      </w:pPr>
      <w:r>
        <w:t>دنیا میں ہم نہیں، دنیا میں کسی کو پتہ نہیں ہے، جان سکتے ہیں آپ کہ اس کی موت کیسی بہت تھی۔</w:t>
      </w:r>
    </w:p>
    <w:p>
      <w:r>
        <w:rPr>
          <w:b/>
        </w:rPr>
        <w:t xml:space="preserve">[19:33] </w:t>
      </w:r>
      <w:r>
        <w:t>to asal cheez jo hai, shahadat woh daawti ka naam shahadat hai. aur yeh chounke musalmanon mein is zamane mein jo bohat sari ghaltiyan kar rakhi hain, is mein ek ghalti yeh bhi hai ke na dawat ko jante hain, na shahadat ko jante ho.</w:t>
      </w:r>
    </w:p>
    <w:p>
      <w:pPr>
        <w:jc w:val="right"/>
      </w:pPr>
      <w:r>
        <w:t>تو اصل چیز جو ہے، شہادت وہ دعوتی کا نام شہادت ہے۔ اور یہ چونکہ مسلمانوں میں اس زمانے میں جو بہت ساری غلطیاں کر رکھی ہیں، اس میں ایک غلطی یہ بھی ہے کہ نہ دعوت کو جانتے ہیں، نہ شہادت کو جانتے ہو۔</w:t>
      </w:r>
    </w:p>
    <w:p>
      <w:r>
        <w:rPr>
          <w:b/>
        </w:rPr>
        <w:t xml:space="preserve">[19:48] </w:t>
      </w:r>
      <w:r>
        <w:t>donon se bekhabar hain.</w:t>
      </w:r>
    </w:p>
    <w:p>
      <w:pPr>
        <w:jc w:val="right"/>
      </w:pPr>
      <w:r>
        <w:t>دونوں سے بے خبر ہیں۔</w:t>
      </w:r>
    </w:p>
    <w:p>
      <w:r>
        <w:rPr>
          <w:b/>
        </w:rPr>
        <w:t xml:space="preserve">[19:53] </w:t>
      </w:r>
      <w:r>
        <w:t>This question is from doctor Farida Khanum. Please explain the two formulas that you had mentioned today for managing the Babri Mosque problem before its demolition and after it was demolished.</w:t>
      </w:r>
    </w:p>
    <w:p>
      <w:pPr>
        <w:jc w:val="right"/>
      </w:pPr>
      <w:r>
        <w:t>This question is from ڈاکٹر فریدہ خانم۔ Please explain the two formulas that you had mentioned today for managing the Babri Mosque problem before its demolition and after it was demolished.</w:t>
      </w:r>
    </w:p>
    <w:p>
      <w:r>
        <w:rPr>
          <w:b/>
        </w:rPr>
        <w:t xml:space="preserve">[20:15] </w:t>
      </w:r>
      <w:r>
        <w:t>dekhen, yahan par formula wahi hai ke politics is art of the possible. hamesha formula banta hai possibility par.</w:t>
      </w:r>
    </w:p>
    <w:p>
      <w:pPr>
        <w:jc w:val="right"/>
      </w:pPr>
      <w:r>
        <w:t>دیکھیں، یہاں پر فارمولا وہی ہے کہ politics is art of the possible. ہمیشہ فارمولا بنتا ہے پوسیبلیٹی پر۔</w:t>
      </w:r>
    </w:p>
    <w:p>
      <w:r>
        <w:rPr>
          <w:b/>
        </w:rPr>
        <w:t xml:space="preserve">[20:27] </w:t>
      </w:r>
      <w:r>
        <w:t>jis waqt aap formulate kar rahe hain ek principle,</w:t>
      </w:r>
    </w:p>
    <w:p>
      <w:pPr>
        <w:jc w:val="right"/>
      </w:pPr>
      <w:r>
        <w:t>جس وقت آپ فارمولیٹ کر رہے ہیں ایک پرنسپل،</w:t>
      </w:r>
    </w:p>
    <w:p>
      <w:r>
        <w:rPr>
          <w:b/>
        </w:rPr>
        <w:t xml:space="preserve">[20:31] </w:t>
      </w:r>
      <w:r>
        <w:t>us waqt ki situation ko dekhiye. us waqt jo cheez possible ho, us ko formulate kijiye.</w:t>
      </w:r>
    </w:p>
    <w:p>
      <w:pPr>
        <w:jc w:val="right"/>
      </w:pPr>
      <w:r>
        <w:t>اس وقت کی سچوئیشن کو دیکھیے۔ اس وقت جو چیز پوسیبل ہو، اس کو فارمولیٹ کیجئے۔</w:t>
      </w:r>
    </w:p>
    <w:p>
      <w:r>
        <w:rPr>
          <w:b/>
        </w:rPr>
        <w:t xml:space="preserve">[20:41] </w:t>
      </w:r>
      <w:r>
        <w:t>to Babri Masjid jab demand nahi ki gayi thi, tab ka formula jo tha, us waqt ki possibility par qaim kiya tha maine.</w:t>
      </w:r>
    </w:p>
    <w:p>
      <w:pPr>
        <w:jc w:val="right"/>
      </w:pPr>
      <w:r>
        <w:t>تو بابری مسجد جب ڈیمانڈ نہیں کی گئی تھی، تب کا فارمولا جو تھا، اس وقت کی پوسیبلیٹی پر قائم کیا تھا میں نے۔</w:t>
      </w:r>
    </w:p>
    <w:p>
      <w:r>
        <w:rPr>
          <w:b/>
        </w:rPr>
        <w:t xml:space="preserve">[20:51] </w:t>
      </w:r>
      <w:r>
        <w:t>jab demand kar di gayi to maine is ka doosra formula banaya kyunke situation badal chuki thi. to pehle ka formula yeh tha ke Musalman road par na aayen, jaza na karen,</w:t>
      </w:r>
    </w:p>
    <w:p>
      <w:pPr>
        <w:jc w:val="right"/>
      </w:pPr>
      <w:r>
        <w:t>جب ڈیمانڈ کر دی گئی تو میں نے اس کا دوسرا فارمولا بنایا کیونکہ سچوئیشن بدل چکی تھی۔ تو پہلے کا فارمولا یہ تھا کہ مسلمان روڈ پر نہ آئیں، جائزہ درست نہ کریں،</w:t>
      </w:r>
    </w:p>
    <w:p>
      <w:r>
        <w:rPr>
          <w:b/>
        </w:rPr>
        <w:t xml:space="preserve">[21:07] </w:t>
      </w:r>
      <w:r>
        <w:t>sirf strictly woh sirf court mein apne case ko establish karen. bas, sirf court mein.</w:t>
      </w:r>
    </w:p>
    <w:p>
      <w:pPr>
        <w:jc w:val="right"/>
      </w:pPr>
      <w:r>
        <w:t>صرف اسٹرکٹلی وہ صرف کورٹ میں اپنے کیس کو اسٹیبلش کریں۔ بس، صرف کورٹ میں۔</w:t>
      </w:r>
    </w:p>
    <w:p>
      <w:r>
        <w:rPr>
          <w:b/>
        </w:rPr>
        <w:t xml:space="preserve">[21:17] </w:t>
      </w:r>
      <w:r>
        <w:t>us waqt problem sirf ek tha, demand karne se pehle jante hain problem kya tha. sirf ek problem tha.</w:t>
      </w:r>
    </w:p>
    <w:p>
      <w:pPr>
        <w:jc w:val="right"/>
      </w:pPr>
      <w:r>
        <w:t>اس وقت پرابلم صرف ایک تھا، ڈیمانڈ کرنے سے پہلے جانتے ہیں پرابلم کیا تھا۔ صرف ایک پرابلم تھا۔</w:t>
      </w:r>
    </w:p>
    <w:p>
      <w:r>
        <w:rPr>
          <w:b/>
        </w:rPr>
        <w:t xml:space="preserve">[21:24] </w:t>
      </w:r>
      <w:r>
        <w:t>49 mein jab ke Nehru zinda the, prime minister the, us waqt yeh waqea hua tha 49 mein ke Babri Masjid ke andar kuch logon ne teen</w:t>
      </w:r>
    </w:p>
    <w:p>
      <w:pPr>
        <w:jc w:val="right"/>
      </w:pPr>
      <w:r>
        <w:t>49 میں جب کہ نہرو زندہ تھے، پرائم منسٹر تھے، اس وقت یہ واقعہ ہوا تھا 49 میں کہ بابری مسجد کے اندر کچھ لوگوں نے تین</w:t>
      </w:r>
    </w:p>
    <w:p>
      <w:r>
        <w:rPr>
          <w:b/>
        </w:rPr>
        <w:t xml:space="preserve">[21:40] </w:t>
      </w:r>
      <w:r>
        <w:t>wo rakh di thi, but nahi balkeh tasveeren, yani buton ki tasveeren, teen photo un ki.</w:t>
      </w:r>
    </w:p>
    <w:p>
      <w:pPr>
        <w:jc w:val="right"/>
      </w:pPr>
      <w:r>
        <w:t>وہ رکھ دی تھیں، بت نہیں بلکہ تصویریں، یعنی بتوں کی تصویریں، تین فوٹو ان کی۔</w:t>
      </w:r>
    </w:p>
    <w:p>
      <w:r>
        <w:rPr>
          <w:b/>
        </w:rPr>
        <w:t xml:space="preserve">[21:52] </w:t>
      </w:r>
      <w:r>
        <w:t>to wo Musalmanon ne un pe aitraz kiya ke yeh Masjid hai, is ke andar tum yeh</w:t>
      </w:r>
    </w:p>
    <w:p>
      <w:pPr>
        <w:jc w:val="right"/>
      </w:pPr>
      <w:r>
        <w:t>تو وہ مسلمانوں نے ان پہ اعتراض کیا کہ یہ مسجد ہے، اس کے اندر تم یہ</w:t>
      </w:r>
    </w:p>
    <w:p>
      <w:r>
        <w:rPr>
          <w:b/>
        </w:rPr>
        <w:t xml:space="preserve">[21:58] </w:t>
      </w:r>
      <w:r>
        <w:t>but ka saman mat lao. wo case court mein gaya.</w:t>
      </w:r>
    </w:p>
    <w:p>
      <w:pPr>
        <w:jc w:val="right"/>
      </w:pPr>
      <w:r>
        <w:t>بت کا سامان مت لاؤ۔ وہ کیس کورٹ میں گیا۔</w:t>
      </w:r>
    </w:p>
    <w:p>
      <w:r>
        <w:rPr>
          <w:b/>
        </w:rPr>
        <w:t xml:space="preserve">[22:05] </w:t>
      </w:r>
      <w:r>
        <w:t>wahi court mein jo case chal raha tha ke in in tasveeron ko, jis ki wajah se wahan log aate the, us ko poojne ke liye harwar chalate the, us ko wahan se nikala jaye.</w:t>
      </w:r>
    </w:p>
    <w:p>
      <w:pPr>
        <w:jc w:val="right"/>
      </w:pPr>
      <w:r>
        <w:t>وہی کورٹ میں جو کیس چل رہا تھا کہ ان ان تصویروں کو، جس کی وجہ سے وہاں لوگ آتے تھے، اس کو پوجنے کے لیے ہارور چلاتے تھے، اس کو وہاں سے نکالا جائے۔</w:t>
      </w:r>
    </w:p>
    <w:p>
      <w:r>
        <w:rPr>
          <w:b/>
        </w:rPr>
        <w:t xml:space="preserve">[22:19] </w:t>
      </w:r>
      <w:r>
        <w:t>bhai, itne itne us waqt tha masla. to maine us waqt kaha tha ke</w:t>
      </w:r>
    </w:p>
    <w:p>
      <w:pPr>
        <w:jc w:val="right"/>
      </w:pPr>
      <w:r>
        <w:t>بھئی، اتنے اتنے اس وقت تھا مسئلہ۔ تو میں نے اس وقت کہا تھا کہ</w:t>
      </w:r>
    </w:p>
    <w:p>
      <w:r>
        <w:rPr>
          <w:b/>
        </w:rPr>
        <w:t xml:space="preserve">[22:23] </w:t>
      </w:r>
      <w:r>
        <w:t>log jo hain, sirf court ke daira mein rehte hue is masle ko solve karen. bas, na road par jayen, na nadara lagayen, na na hungama karen, kuch bhi nahi.</w:t>
      </w:r>
    </w:p>
    <w:p>
      <w:pPr>
        <w:jc w:val="right"/>
      </w:pPr>
      <w:r>
        <w:t>لوگ جو ہیں، صرف کورٹ کے دائرے میں رہتے ہوئے اس مسئلے کو سالو کریں۔ بس، نہ روڈ پر جائیں، نہ ندارہ لگائیں، نہ نہ ہنگامہ کریں، کچھ بھی نہیں۔</w:t>
      </w:r>
    </w:p>
    <w:p>
      <w:r>
        <w:rPr>
          <w:b/>
        </w:rPr>
        <w:t xml:space="preserve">[22:36] </w:t>
      </w:r>
      <w:r>
        <w:t>lekin unhon ne aisa nahi kiya. jab aisa nahi kiya to</w:t>
      </w:r>
    </w:p>
    <w:p>
      <w:pPr>
        <w:jc w:val="right"/>
      </w:pPr>
      <w:r>
        <w:t>لیکن انہوں نے ایسا نہیں کیا۔ جب ایسا نہیں کیا تو</w:t>
      </w:r>
    </w:p>
    <w:p>
      <w:r>
        <w:rPr>
          <w:b/>
        </w:rPr>
        <w:t xml:space="preserve">[22:41] </w:t>
      </w:r>
      <w:r>
        <w:t>is ka result samne aaya ke Masjid tod di gayi, dali gayi. jab Masjid toot chuki, tab maine doosra formula diya. wo formula yeh tha ke ek ek Masjid mein Musalman chup ho jaye aur baqi Masjidon mein Hindu chup ho jaye.</w:t>
      </w:r>
    </w:p>
    <w:p>
      <w:pPr>
        <w:jc w:val="right"/>
      </w:pPr>
      <w:r>
        <w:t>اس کا رزلٹ سامنے آیا کہ مسجد توڑ دی گئی، ڈالی گئی۔ جب مسجد ٹوٹ چکی، تب میں نے دوسرا فارمولا دیا۔ وہ فارمولا یہ تھا کہ ایک ایک مسجد میں مسلمان چپ ہو جائے اور بقیہ مسجدوں میں ہندو چپ ہو جائے۔</w:t>
      </w:r>
    </w:p>
    <w:p>
      <w:r>
        <w:rPr>
          <w:b/>
        </w:rPr>
        <w:t xml:space="preserve">[23:00] </w:t>
      </w:r>
      <w:r>
        <w:t>yeh formula diya maine aur dono bohat hi rational formula tha, bohat hi logical tha aur bohat zyada possible bhi tha.</w:t>
      </w:r>
    </w:p>
    <w:p>
      <w:pPr>
        <w:jc w:val="right"/>
      </w:pPr>
      <w:r>
        <w:t>یہ فارمولا دیا میں نے اور دونوں بہت ہی ریشنل فارمولا تھا، بہت ہی لاجیکل تھا اور بہت زیادہ پوسیبل بھی تھا۔</w:t>
      </w:r>
    </w:p>
    <w:p>
      <w:r>
        <w:rPr>
          <w:b/>
        </w:rPr>
        <w:t xml:space="preserve">[23:09] </w:t>
      </w:r>
      <w:r>
        <w:t>lekin Musalmanon mein jo leader hain, un conference leader, wo sirf ek hi baat jante hain: emotional speeches dena.</w:t>
      </w:r>
    </w:p>
    <w:p>
      <w:pPr>
        <w:jc w:val="right"/>
      </w:pPr>
      <w:r>
        <w:t>لیکن مسلمانوں میں جو لیڈر ہیں، ان کانفرنس لیڈر، وہ صرف ایک ہی بات جانتے ہیں: ایموشنل اسپیچز دینا۔</w:t>
      </w:r>
    </w:p>
    <w:p>
      <w:r>
        <w:rPr>
          <w:b/>
        </w:rPr>
        <w:t xml:space="preserve">[23:18] </w:t>
      </w:r>
      <w:r>
        <w:t>ek bhi Musalmanon mein leader nahi hai jo is mein exception ho. ek bhi nahi hai, ek bhi nahi hai, ek bhi nahi. sab emotional speeches dene ko leadership samajhte hain.</w:t>
      </w:r>
    </w:p>
    <w:p>
      <w:pPr>
        <w:jc w:val="right"/>
      </w:pPr>
      <w:r>
        <w:t>ایک بھی مسلمانوں میں لیڈر نہیں ہے جو اس میں ایکسیپشن ہو۔ ایک بھی نہیں ہے، ایک بھی نہیں ہے، ایک بھی نہیں۔ سب ایموشنل اسپیچز دینے کو لیڈری سمجھتے ہیں۔</w:t>
      </w:r>
    </w:p>
    <w:p>
      <w:r>
        <w:rPr>
          <w:b/>
        </w:rPr>
        <w:t xml:space="preserve">[23:30] </w:t>
      </w:r>
      <w:r>
        <w:t>to yeh jo emotional speech dega, wo baaton ko samjhega nahi. to baaton ko na pehle samjhe, wo na aaj samajh rahe hain.</w:t>
      </w:r>
    </w:p>
    <w:p>
      <w:pPr>
        <w:jc w:val="right"/>
      </w:pPr>
      <w:r>
        <w:t>تو یہ جو ایموشنل اسپیچ دے گا، وہ باتوں کو سمجھے گا نہیں۔ تو باتوں کو نہ پہلے سمجھے، وہ نہ آج سمجھ رہے ہیں۔</w:t>
      </w:r>
    </w:p>
    <w:p>
      <w:r>
        <w:rPr>
          <w:b/>
        </w:rPr>
        <w:t xml:space="preserve">[23:42] </w:t>
      </w:r>
      <w:r>
        <w:t>aaj jo log peace ki baaten kar rahe hain, us waqt nahi peace ki baat ki unhon ne. main in sab baaton ko jo aaj ke mani chhip rahi hain, idhar udhar, us ko hypocrisy samajhta hoon.</w:t>
      </w:r>
    </w:p>
    <w:p>
      <w:pPr>
        <w:jc w:val="right"/>
      </w:pPr>
      <w:r>
        <w:t>آج جو لوگ پیس کی باتیں کر رہے ہیں، اس وقت نہیں پیس کی بات کی انہوں نے۔ میں ان سب باتوں کو جو آج کے معنی چھپ رہی ہیں، ادھر ادھر، اس کو ہپوکریزی سمجھتا ہوں۔</w:t>
      </w:r>
    </w:p>
    <w:p>
      <w:r>
        <w:rPr>
          <w:b/>
        </w:rPr>
        <w:t xml:space="preserve">[23:52] </w:t>
      </w:r>
      <w:r>
        <w:t>pehle wo aelan karen ke sab se sahi baat wo kahi ja rahi thi, risalat mein aa rahi thi.</w:t>
      </w:r>
    </w:p>
    <w:p>
      <w:pPr>
        <w:jc w:val="right"/>
      </w:pPr>
      <w:r>
        <w:t>پہلے وہ اعلان کریں کہ سب سے صحیح بات وہ کہی جا رہی تھی، رسالت میں آ رہی تھی۔</w:t>
      </w:r>
    </w:p>
    <w:p>
      <w:r>
        <w:rPr>
          <w:b/>
        </w:rPr>
        <w:t xml:space="preserve">[24:00] </w:t>
      </w:r>
      <w:r>
        <w:t>ab koi yeh baaten bol rahe hain, credit le rahe hain. baghair dekhen, jab tak apni ghalti na manen, aap aap ko koi credit nahi milega.</w:t>
      </w:r>
    </w:p>
    <w:p>
      <w:pPr>
        <w:jc w:val="right"/>
      </w:pPr>
      <w:r>
        <w:t>اب کوئی یہ باتیں بول رہے ہیں، کریڈٹ لے رہے ہیں۔ بغیر دیکھیں، جب تک اپنی غلطی نہ مانیں، آپ آپ کو کوئی کریڈٹ نہیں ملے گا۔</w:t>
      </w:r>
    </w:p>
    <w:p>
      <w:r>
        <w:rPr>
          <w:b/>
        </w:rPr>
        <w:t xml:space="preserve">[24:10] </w:t>
      </w:r>
      <w:r>
        <w:t>jo baat aap mein yeh keh raha hoon, yeh koi aaj nahi keh raha hoon. sari baaten aap parh sakte hain meri kitab mein "Qayadat Nama"</w:t>
      </w:r>
    </w:p>
    <w:p>
      <w:pPr>
        <w:jc w:val="right"/>
      </w:pPr>
      <w:r>
        <w:t>جو بات آپ میں یہ کہہ رہا ہوں، یہ کوئی آج نہیں کہہ رہا ہوں۔ ساری باتیں آپ پڑھ سکتے ہیں میری کتاب میں "قیادت نامہ"</w:t>
      </w:r>
    </w:p>
    <w:p>
      <w:r>
        <w:rPr>
          <w:b/>
        </w:rPr>
        <w:t xml:space="preserve">[24:18] </w:t>
      </w:r>
      <w:r>
        <w:t>ke maine kya kya kaha tha aur logon ne kya kya response diya. kya maine kaha, logon ne kya response diya, yeh poori detail aap mil sakti hai meri kitab mein.</w:t>
      </w:r>
    </w:p>
    <w:p>
      <w:pPr>
        <w:jc w:val="right"/>
      </w:pPr>
      <w:r>
        <w:t>کہ میں نے کیا کیا کہا تھا اور لوگوں نے کیا کیا رسپانس دیا۔ کیا میں نے کہا، لوگوں نے کیا رسپانس دیا، یہ پوری ڈیٹیل آپ مل سکتی ہے میری کتاب میں۔</w:t>
      </w:r>
    </w:p>
    <w:p>
      <w:r>
        <w:rPr>
          <w:b/>
        </w:rPr>
        <w:t xml:space="preserve">[24:27] </w:t>
      </w:r>
      <w:r>
        <w:t>moti si kitab hai "qiyadat nama"۔ koi aaj nahi kar raha hoon, main pehle ki baatein hain yeh sab۔</w:t>
      </w:r>
    </w:p>
    <w:p>
      <w:pPr>
        <w:jc w:val="right"/>
      </w:pPr>
      <w:r>
        <w:t>موٹی سی کتاب ہے "قیادت نامہ"۔ کوئی آج نہیں کر رہا ہوں، میں پہلے کی باتیں ہیں یہ سب۔</w:t>
      </w:r>
    </w:p>
    <w:p>
      <w:r>
        <w:rPr>
          <w:b/>
        </w:rPr>
        <w:t xml:space="preserve">[24:38] </w:t>
      </w:r>
      <w:r>
        <w:t>to beharhal, koi bhi formula jo banaya jayega, woh isi usool par rahega ke politics is the art of the possible.</w:t>
      </w:r>
    </w:p>
    <w:p>
      <w:pPr>
        <w:jc w:val="right"/>
      </w:pPr>
      <w:r>
        <w:t>تو بہرحال، کوئی بھی فارمولا جو بنایا جائے گا، وہ اسی اصول پر رہے گا کہ politics is the art of the possible.</w:t>
      </w:r>
    </w:p>
    <w:p>
      <w:r>
        <w:rPr>
          <w:b/>
        </w:rPr>
        <w:t xml:space="preserve">[24:50] </w:t>
      </w:r>
      <w:r>
        <w:t>This question is from mister Zubair۔ A friend of mine told me that I should ask you about the concept of wahdat al-wujood۔</w:t>
      </w:r>
    </w:p>
    <w:p>
      <w:pPr>
        <w:jc w:val="right"/>
      </w:pPr>
      <w:r>
        <w:t>This question is from مسٹر زبیر۔ A friend of mine told me that I should ask you about the concept of وحدت الوجود۔</w:t>
      </w:r>
    </w:p>
    <w:p>
      <w:r>
        <w:rPr>
          <w:b/>
        </w:rPr>
        <w:t xml:space="preserve">[25:02] </w:t>
      </w:r>
      <w:r>
        <w:t>Please comment.</w:t>
      </w:r>
    </w:p>
    <w:p>
      <w:pPr>
        <w:jc w:val="right"/>
      </w:pPr>
      <w:r>
        <w:t>Please comment.</w:t>
      </w:r>
    </w:p>
    <w:p>
      <w:r>
        <w:rPr>
          <w:b/>
        </w:rPr>
        <w:t xml:space="preserve">[25:05] </w:t>
      </w:r>
      <w:r>
        <w:t>dekhen, wahdat al-wujood ko main galat samajhta hoon۔</w:t>
      </w:r>
    </w:p>
    <w:p>
      <w:pPr>
        <w:jc w:val="right"/>
      </w:pPr>
      <w:r>
        <w:t>دیکھیں، وحدت الوجود کو میں غلط سمجھتا ہوں۔</w:t>
      </w:r>
    </w:p>
    <w:p>
      <w:r>
        <w:rPr>
          <w:b/>
        </w:rPr>
        <w:t xml:space="preserve">[25:10] </w:t>
      </w:r>
      <w:r>
        <w:t>dekhen, do concept hain: tauheed aur wahdat al-wujood۔ English mein kehte hain monotheism aur monism۔</w:t>
      </w:r>
    </w:p>
    <w:p>
      <w:pPr>
        <w:jc w:val="right"/>
      </w:pPr>
      <w:r>
        <w:t>دیکھیں، دو کانسیپٹ ہیں: توحید اور وحدت الوجود۔ انگلش میں کہتے ہیں monotheism اور مونزم۔</w:t>
      </w:r>
    </w:p>
    <w:p>
      <w:r>
        <w:rPr>
          <w:b/>
        </w:rPr>
        <w:t xml:space="preserve">[25:23] </w:t>
      </w:r>
      <w:r>
        <w:t>Hindi mein kehte hain duality aur advaita۔</w:t>
      </w:r>
    </w:p>
    <w:p>
      <w:pPr>
        <w:jc w:val="right"/>
      </w:pPr>
      <w:r>
        <w:t>ہندی میں کہتے ہیں duality اور ادویت۔</w:t>
      </w:r>
    </w:p>
    <w:p>
      <w:r>
        <w:rPr>
          <w:b/>
        </w:rPr>
        <w:t xml:space="preserve">[25:28] </w:t>
      </w:r>
      <w:r>
        <w:t>to tauheed ka matlab yeh hai ke hum alag hain, Khuda alag hai۔ Khuda creator hai, khalique hai, Khuda hum makhlooq hain۔</w:t>
      </w:r>
    </w:p>
    <w:p>
      <w:pPr>
        <w:jc w:val="right"/>
      </w:pPr>
      <w:r>
        <w:t>تو توحید کا مطلب یہ ہے کہ ہم الگ ہیں، خدا الگ ہے۔ خدا کریٹر ہے، خالق ہے، خدا ہم مخلوق ہیں۔</w:t>
      </w:r>
    </w:p>
    <w:p>
      <w:r>
        <w:rPr>
          <w:b/>
        </w:rPr>
        <w:t xml:space="preserve">[25:39] </w:t>
      </w:r>
      <w:r>
        <w:t>to tauheed ke aqeeday mein duality hai, yani main alag hoon, Khuda alag hai۔</w:t>
      </w:r>
    </w:p>
    <w:p>
      <w:pPr>
        <w:jc w:val="right"/>
      </w:pPr>
      <w:r>
        <w:t>تو توحید کے عقیدے میں ڈولٹی ہے، یعنی میں الگ ہوں، خدا الگ ہے۔</w:t>
      </w:r>
    </w:p>
    <w:p>
      <w:r>
        <w:rPr>
          <w:b/>
        </w:rPr>
        <w:t xml:space="preserve">[25:46] </w:t>
      </w:r>
      <w:r>
        <w:t>do alag alag entity hain tauheed mein: khalique alag, makhlooq alag۔ aur lekin jo wahdat al-wujood hai, us mein dono ek hain, yani ek hi haqeeqat hai jis ke benefits hain۔</w:t>
      </w:r>
    </w:p>
    <w:p>
      <w:pPr>
        <w:jc w:val="right"/>
      </w:pPr>
      <w:r>
        <w:t>دو الگ الگ اینٹیٹی ہیں توحید میں: خالق الگ، مخلوق الگ۔ اور لیکن جو وحدت وجود ہے، اس میں دونوں ایک ہیں، یعنی ایک ہی حقیقت ہے جس کے بینیفٹس ہیں۔</w:t>
      </w:r>
    </w:p>
    <w:p>
      <w:r>
        <w:rPr>
          <w:b/>
        </w:rPr>
        <w:t xml:space="preserve">[25:59] </w:t>
      </w:r>
      <w:r>
        <w:t>sab yeh sara ka sara jo hai, woh yani Khuda ka hissa hai۔</w:t>
      </w:r>
    </w:p>
    <w:p>
      <w:pPr>
        <w:jc w:val="right"/>
      </w:pPr>
      <w:r>
        <w:t>سب یہ سارا کا سارا جو ہے، وہ یعنی خدا کا حصہ ہے۔</w:t>
      </w:r>
    </w:p>
    <w:p>
      <w:r>
        <w:rPr>
          <w:b/>
        </w:rPr>
        <w:t xml:space="preserve">[26:05] </w:t>
      </w:r>
      <w:r>
        <w:t>jo Ghalib ka sher hai ke ke na tha main to Khuda tha, kuch na hota to Khuda hota۔ na hota main to kya hota؟</w:t>
      </w:r>
    </w:p>
    <w:p>
      <w:pPr>
        <w:jc w:val="right"/>
      </w:pPr>
      <w:r>
        <w:t>جو غالب کا شعر ہے کہ کہ نہ تھا میں تو خدا تھا، کچھ نہ ہوتا تو خدا ہوتا۔ نہ ہوتا میں تو کیا ہوتا؟</w:t>
      </w:r>
    </w:p>
    <w:p>
      <w:r>
        <w:rPr>
          <w:b/>
        </w:rPr>
        <w:t xml:space="preserve">[26:16] </w:t>
      </w:r>
      <w:r>
        <w:t>kya hai woh؟ duboya mujh ko hone ne۔ haan, duboya mujh ko hone ne۔ na hota main to kya hota؟ to na hota to Khuda hota۔</w:t>
      </w:r>
    </w:p>
    <w:p>
      <w:pPr>
        <w:jc w:val="right"/>
      </w:pPr>
      <w:r>
        <w:t>کیا ہے وہ؟ ڈبویا مجھ کو ہونے نے۔ ہاں، ڈبویا مجھ کو ہونے نے۔ نہ ہوتا میں تو کیا ہوتا؟ تو نہ ہوتا تو خدا ہوتا۔</w:t>
      </w:r>
    </w:p>
    <w:p>
      <w:r>
        <w:rPr>
          <w:b/>
        </w:rPr>
        <w:t xml:space="preserve">[26:26] </w:t>
      </w:r>
      <w:r>
        <w:t>na tha kuch to Khuda tha, kuch na hota to Khuda hota۔ duboya mujh ko hone ne۔ na hota main to kya hota؟ to sab kuch Khuda ka ins hai, yani samandar hai, us ke qatray hum hain۔</w:t>
      </w:r>
    </w:p>
    <w:p>
      <w:pPr>
        <w:jc w:val="right"/>
      </w:pPr>
      <w:r>
        <w:t>نہ تھا کچھ تو خدا تھا، کچھ نہ ہوتا تو خدا ہوتا۔ ڈبویا مجھ کو ہونے نے۔ نہ ہوتا میں تو کیا ہوتا؟ تو سب کچھ خدا کا انس ہے، یعنی سمندر ہے، اس کے قطرے ہم ہیں۔</w:t>
      </w:r>
    </w:p>
    <w:p>
      <w:r>
        <w:rPr>
          <w:b/>
        </w:rPr>
        <w:t xml:space="preserve">[26:39] </w:t>
      </w:r>
      <w:r>
        <w:t>phir jab mil gaye to samandar ho gaye۔</w:t>
      </w:r>
    </w:p>
    <w:p>
      <w:pPr>
        <w:jc w:val="right"/>
      </w:pPr>
      <w:r>
        <w:t>پھر جب مل گئے تو سمندر ہو گئے۔</w:t>
      </w:r>
    </w:p>
    <w:p>
      <w:r>
        <w:rPr>
          <w:b/>
        </w:rPr>
        <w:t xml:space="preserve">[26:42] </w:t>
      </w:r>
      <w:r>
        <w:t>main is ko bilkul baseless samajhta hoon, bilkul hi yani 100 feesad galat hai۔ yeh wahdat al-wujood ka falsafa, achha, bohat log is ko maante hain, baray buzurg is ko maante rahay, lekin main is ko bilkul koi bhi kadda lafz bolnay ko tayyar hoon main ke yeh bilkul galat hai۔</w:t>
      </w:r>
    </w:p>
    <w:p>
      <w:pPr>
        <w:jc w:val="right"/>
      </w:pPr>
      <w:r>
        <w:t>میں اس کو بالکل بیسلیس سمجھتا ہوں، بالکل ہی یعنی 100 فیصد غلط ہے۔ یہ وحدت وجود کا فلسفہ، اچھا، بہت لوگ اس کو مانتے ہیں، بڑے بزرگ اس کو مانتے رہے، لیکن میں اس کو بالکل کوئی بھی کڑا لفظ بولنے کو تیار ہوں میں کہ یہ بالکل غلط ہے۔</w:t>
      </w:r>
    </w:p>
    <w:p>
      <w:r>
        <w:rPr>
          <w:b/>
        </w:rPr>
        <w:t xml:space="preserve">[26:57] </w:t>
      </w:r>
      <w:r>
        <w:t>yeh</w:t>
      </w:r>
    </w:p>
    <w:p>
      <w:pPr>
        <w:jc w:val="right"/>
      </w:pPr>
      <w:r>
        <w:t>یہ</w:t>
      </w:r>
    </w:p>
    <w:p>
      <w:r>
        <w:rPr>
          <w:b/>
        </w:rPr>
        <w:t xml:space="preserve">[26:58] </w:t>
      </w:r>
      <w:r>
        <w:t>saheeh nazariya sirf ek hai, woh tauheed yani monotheism۔</w:t>
      </w:r>
    </w:p>
    <w:p>
      <w:pPr>
        <w:jc w:val="right"/>
      </w:pPr>
      <w:r>
        <w:t>صحیح نظریہ صرف ایک ہے، وہ توحید یعنی مونوتھیزم۔</w:t>
      </w:r>
    </w:p>
    <w:p>
      <w:r>
        <w:rPr>
          <w:b/>
        </w:rPr>
        <w:t xml:space="preserve">[27:05] </w:t>
      </w:r>
      <w:r>
        <w:t>This question is from mister Idrees۔ It is not wise to judge two parties by listening to only one party۔</w:t>
      </w:r>
    </w:p>
    <w:p>
      <w:pPr>
        <w:jc w:val="right"/>
      </w:pPr>
      <w:r>
        <w:t>This question is from مسٹر ادریس۔ It is not wise to judge two parties by listening to only one party.</w:t>
      </w:r>
    </w:p>
    <w:p>
      <w:r>
        <w:rPr>
          <w:b/>
        </w:rPr>
        <w:t xml:space="preserve">[27:14] </w:t>
      </w:r>
      <w:r>
        <w:t>Yet people make this mistake every day۔</w:t>
      </w:r>
    </w:p>
    <w:p>
      <w:pPr>
        <w:jc w:val="right"/>
      </w:pPr>
      <w:r>
        <w:t>Yet people make this mistake every day.</w:t>
      </w:r>
    </w:p>
    <w:p>
      <w:r>
        <w:rPr>
          <w:b/>
        </w:rPr>
        <w:t xml:space="preserve">[27:18] </w:t>
      </w:r>
      <w:r>
        <w:t>For example, parents judge son-in-law based on the feedback of their daughter. People form opinions about Israel based on the feedback of Umma and Muslim politicians.</w:t>
      </w:r>
    </w:p>
    <w:p>
      <w:pPr>
        <w:jc w:val="right"/>
      </w:pPr>
      <w:r>
        <w:t>For example, parents judge son-in-law based on the feedback of their daughter. People form opinions about Israel based on the feedback of Umma and Muslim politicians.</w:t>
      </w:r>
    </w:p>
    <w:p>
      <w:r>
        <w:rPr>
          <w:b/>
        </w:rPr>
        <w:t xml:space="preserve">[27:34] </w:t>
      </w:r>
      <w:r>
        <w:t>School and teachers are judged by listening to the children. Why is all this so؟</w:t>
      </w:r>
    </w:p>
    <w:p>
      <w:pPr>
        <w:jc w:val="right"/>
      </w:pPr>
      <w:r>
        <w:t>School and teachers are judged by listening to the children. Why is all this so?</w:t>
      </w:r>
    </w:p>
    <w:p>
      <w:r>
        <w:rPr>
          <w:b/>
        </w:rPr>
        <w:t xml:space="preserve">[27:42] </w:t>
      </w:r>
      <w:r>
        <w:t>ji, mere baray baba aisa nahi keh sakte۔ main Arabon mein bhi gaya aur main Israel bhi gaya۔ main Musalmanon mein bhi gaya aur main Hindon mein bhi gaya۔</w:t>
      </w:r>
    </w:p>
    <w:p>
      <w:pPr>
        <w:jc w:val="right"/>
      </w:pPr>
      <w:r>
        <w:t>جی، میرے بڑے بابا ایسا نہیں کہہ سکتے۔ میں عربوں میں بھی گیا اور میں اسرائیل بھی گیا۔ میں مسلمانوں میں بھی گیا اور میں ہندوؤں میں بھی گیا۔</w:t>
      </w:r>
    </w:p>
    <w:p>
      <w:r>
        <w:rPr>
          <w:b/>
        </w:rPr>
        <w:t xml:space="preserve">[27:53] </w:t>
      </w:r>
      <w:r>
        <w:t>main dono partiyon mein gaya, barabar un ka literature parha main ne, dono taraf ka۔ phir main ne rai banai۔</w:t>
      </w:r>
    </w:p>
    <w:p>
      <w:pPr>
        <w:jc w:val="right"/>
      </w:pPr>
      <w:r>
        <w:t>میں دونوں پارٹیوں میں گیا، برابر ان کا لٹریچر پڑھا میں نے، دونوں طرف کا۔ پھر میں نے رائے بنائی۔</w:t>
      </w:r>
    </w:p>
    <w:p>
      <w:r>
        <w:rPr>
          <w:b/>
        </w:rPr>
        <w:t xml:space="preserve">[28:01] </w:t>
      </w:r>
      <w:r>
        <w:t>baqi Islam mein bilkul najayaz hai aisi rai banana۔ yaad rakhiye, Islam mein aap ko dono taraf ko sunna parhega۔</w:t>
      </w:r>
    </w:p>
    <w:p>
      <w:pPr>
        <w:jc w:val="right"/>
      </w:pPr>
      <w:r>
        <w:t>باقی اسلام میں بالکل ناجائز ہے ایسی رائے بنانا۔ یاد رکھیے، اسلام میں آپ کو دونوں طرف کو سننا پڑے گا۔</w:t>
      </w:r>
    </w:p>
    <w:p>
      <w:r>
        <w:rPr>
          <w:b/>
        </w:rPr>
        <w:t xml:space="preserve">[28:11] </w:t>
      </w:r>
      <w:r>
        <w:t>islam mein dekhen, do hi option hain: ya to aap indifferent rahen, indifferent.</w:t>
      </w:r>
    </w:p>
    <w:p>
      <w:pPr>
        <w:jc w:val="right"/>
      </w:pPr>
      <w:r>
        <w:t>اسلام میں دیکھیں، دو ہی آپشن ہیں: یا تو آپ انڈیفرنٹ رہیں، انڈیفرنٹ۔</w:t>
      </w:r>
    </w:p>
    <w:p>
      <w:r>
        <w:rPr>
          <w:b/>
        </w:rPr>
        <w:t xml:space="preserve">[28:18] </w:t>
      </w:r>
      <w:r>
        <w:t>misalan, larki aa kar ke khawand ki shikayat karti hai to indifferent ban jaiye. tum jano, tumhara shohar jaane, hum ne hum se koi matlab nahi hai.</w:t>
      </w:r>
    </w:p>
    <w:p>
      <w:pPr>
        <w:jc w:val="right"/>
      </w:pPr>
      <w:r>
        <w:t>مثلاً، لڑکی آ کر کے خاوند کی شکایت کرتی ہے تو انڈیفرنٹ بن جائیے۔ تم جانو، تمہارا شوہر جانے، ہم نے ہم سے کوئی مطلب نہیں ہے۔</w:t>
      </w:r>
    </w:p>
    <w:p>
      <w:r>
        <w:rPr>
          <w:b/>
        </w:rPr>
        <w:t xml:space="preserve">[28:28] </w:t>
      </w:r>
      <w:r>
        <w:t>ek option yeh hai ke ma bap indifferent ban jayen. doosra option kya hai? scrutiny karna, pooch kar karna, pata karna, dono dono se sunna.</w:t>
      </w:r>
    </w:p>
    <w:p>
      <w:pPr>
        <w:jc w:val="right"/>
      </w:pPr>
      <w:r>
        <w:t>ایک آپشن یہ ہے کہ ماں باپ انڈیفرنٹ بن جائیں۔ دوسرا آپشن کیا ہے؟ اسکوٹنی کرنا، پوچھ کر کرنا، پتہ کرنا، دونوں دونوں سے سننا۔</w:t>
      </w:r>
    </w:p>
    <w:p>
      <w:r>
        <w:rPr>
          <w:b/>
        </w:rPr>
        <w:t xml:space="preserve">[28:40] </w:t>
      </w:r>
      <w:r>
        <w:t>in ka bhi, in ki bhi, in ki bhi sunna, in ki bhi sunna.</w:t>
      </w:r>
    </w:p>
    <w:p>
      <w:pPr>
        <w:jc w:val="right"/>
      </w:pPr>
      <w:r>
        <w:t>ان کا بھی، ان کی بھی، ان کی بھی سننا، ان کی بھی سننا۔</w:t>
      </w:r>
    </w:p>
    <w:p>
      <w:r>
        <w:rPr>
          <w:b/>
        </w:rPr>
        <w:t xml:space="preserve">[28:44] </w:t>
      </w:r>
      <w:r>
        <w:t>yeh third option jo hai ke beti ko suna, wahi maan liya. yeh to islam mein jaiz nahi hai, jaiz nahi hai, jaiz nahi hai. yaad rakhen, har mamle mein hamare liye do mein se ek option hota hai: ya to hum indifferent ho jayen,</w:t>
      </w:r>
    </w:p>
    <w:p>
      <w:pPr>
        <w:jc w:val="right"/>
      </w:pPr>
      <w:r>
        <w:t>یہ تھرڈ آپشن جو ہے کہ بیٹی کو سنا، وہی مان لیا۔ یہ تو اسلام میں جائز نہیں ہے، جائز نہیں ہے، جائز نہیں ہے۔ یاد رکھیں، ہر معاملے میں ہمارے لیے دو میں سے ایک آپشن ہوتا ہے: یا تو ہم انڈیفرنٹ ہو جائیں،</w:t>
      </w:r>
    </w:p>
    <w:p>
      <w:r>
        <w:rPr>
          <w:b/>
        </w:rPr>
        <w:t xml:space="preserve">[28:58] </w:t>
      </w:r>
      <w:r>
        <w:t>ya phir tehqeeq karen, scrutiny karen, survey karen, jaanchen,</w:t>
      </w:r>
    </w:p>
    <w:p>
      <w:pPr>
        <w:jc w:val="right"/>
      </w:pPr>
      <w:r>
        <w:t>یا پھر تحقیق کریں، اسکوٹنی کریں، سروے کریں، جانچیں،</w:t>
      </w:r>
    </w:p>
    <w:p>
      <w:r>
        <w:rPr>
          <w:b/>
        </w:rPr>
        <w:t xml:space="preserve">[29:03] </w:t>
      </w:r>
      <w:r>
        <w:t>aur poori poori jankari ke baad hum bolen.</w:t>
      </w:r>
    </w:p>
    <w:p>
      <w:pPr>
        <w:jc w:val="right"/>
      </w:pPr>
      <w:r>
        <w:t>اور پوری پوری جانکاری کے بعد ہم بولیں۔</w:t>
      </w:r>
    </w:p>
    <w:p>
      <w:r>
        <w:rPr>
          <w:b/>
        </w:rPr>
        <w:t xml:space="preserve">[29:10] </w:t>
      </w:r>
      <w:r>
        <w:t>is mein third option jo bilkul islam mein nahi hai, woh najaaiz hai, bohat bara gunah hai.</w:t>
      </w:r>
    </w:p>
    <w:p>
      <w:pPr>
        <w:jc w:val="right"/>
      </w:pPr>
      <w:r>
        <w:t>اس میں تھرڈ آپشن جو بالکل اسلام میں نہیں ہے، وہ ناجائز ہے، بہت بڑا گناہ ہے۔</w:t>
      </w:r>
    </w:p>
    <w:p>
      <w:r>
        <w:rPr>
          <w:b/>
        </w:rPr>
        <w:t xml:space="preserve">[29:20] </w:t>
      </w:r>
      <w:r>
        <w:t>This question is from Dr Fareeda Khanum. Muslims are widely quoted talking about the so-called discrimination that is done against them.</w:t>
      </w:r>
    </w:p>
    <w:p>
      <w:pPr>
        <w:jc w:val="right"/>
      </w:pPr>
      <w:r>
        <w:t>This question is from ڈاکٹر فریدہ خانم۔ Muslims are widely quoted talking about the so-called discrimination that is done against them.</w:t>
      </w:r>
    </w:p>
    <w:p>
      <w:r>
        <w:rPr>
          <w:b/>
        </w:rPr>
        <w:t xml:space="preserve">[29:31] </w:t>
      </w:r>
      <w:r>
        <w:t>However, the same Muslims are seen making progress in leaps and bounds in their worldly affairs.</w:t>
      </w:r>
    </w:p>
    <w:p>
      <w:pPr>
        <w:jc w:val="right"/>
      </w:pPr>
      <w:r>
        <w:t>However, the same Muslims are seen making progress in leaps and bounds in their worldly affairs.</w:t>
      </w:r>
    </w:p>
    <w:p>
      <w:r>
        <w:rPr>
          <w:b/>
        </w:rPr>
        <w:t xml:space="preserve">[29:40] </w:t>
      </w:r>
      <w:r>
        <w:t>What kind of discrimination is this that allows them to make such great progress and development?</w:t>
      </w:r>
    </w:p>
    <w:p>
      <w:pPr>
        <w:jc w:val="right"/>
      </w:pPr>
      <w:r>
        <w:t>What kind of discrimination is this that allows them to make such great progress and development?</w:t>
      </w:r>
    </w:p>
    <w:p>
      <w:r>
        <w:rPr>
          <w:b/>
        </w:rPr>
        <w:t xml:space="preserve">[29:49] </w:t>
      </w:r>
      <w:r>
        <w:t>yeh to bilkul sahi baat hai.</w:t>
      </w:r>
    </w:p>
    <w:p>
      <w:pPr>
        <w:jc w:val="right"/>
      </w:pPr>
      <w:r>
        <w:t>یہ تو بالکل صحیح بات ہے۔</w:t>
      </w:r>
    </w:p>
    <w:p>
      <w:r>
        <w:rPr>
          <w:b/>
        </w:rPr>
        <w:t xml:space="preserve">[29:53] </w:t>
      </w:r>
      <w:r>
        <w:t>abhi dilli mein ek bohat acha ek hall banaya gaya hai,</w:t>
      </w:r>
    </w:p>
    <w:p>
      <w:pPr>
        <w:jc w:val="right"/>
      </w:pPr>
      <w:r>
        <w:t>ابھی دلی میں ایک بہت اچھا ایک ہال بنایا گیا ہے،</w:t>
      </w:r>
    </w:p>
    <w:p>
      <w:r>
        <w:rPr>
          <w:b/>
        </w:rPr>
        <w:t xml:space="preserve">[29:59] </w:t>
      </w:r>
      <w:r>
        <w:t>is mein ek conference hui aur sab musalman musalman the. is mein ek se ek mein hi dubla tha, is mein sab mote mote the.</w:t>
      </w:r>
    </w:p>
    <w:p>
      <w:pPr>
        <w:jc w:val="right"/>
      </w:pPr>
      <w:r>
        <w:t>اس میں ایک کانفرنس ہوئی اور سب مسلمان مسلمان تھے۔ اس میں ایک سے ایک میں ہی دبلا تھا، اس میں سب موٹے موٹے تھے۔</w:t>
      </w:r>
    </w:p>
    <w:p>
      <w:r>
        <w:rPr>
          <w:b/>
        </w:rPr>
        <w:t xml:space="preserve">[30:10] </w:t>
      </w:r>
      <w:r>
        <w:t>jo mere sathi wahan gaye, to pooch lijiye ke main hi ek dubla tha aur sab mote mote the. badi badi gadiyan paye the aur sab ke sab negative boli bol rahe the India ke bare mein.</w:t>
      </w:r>
    </w:p>
    <w:p>
      <w:pPr>
        <w:jc w:val="right"/>
      </w:pPr>
      <w:r>
        <w:t>جو میرے ساتھی وہاں گئے، تو پوچھ لیجئے کہ میں ہی ایک دبلا تھا اور سب موٹے موٹے تھے۔ بڑی بڑی گاڑیاں پائے تھے اور سب کے سب نیگیٹو بولی بول رہے تھے انڈیا کے بارے میں۔</w:t>
      </w:r>
    </w:p>
    <w:p>
      <w:r>
        <w:rPr>
          <w:b/>
        </w:rPr>
        <w:t xml:space="preserve">[30:24] </w:t>
      </w:r>
      <w:r>
        <w:t>main positive boli bol raha tha.</w:t>
      </w:r>
    </w:p>
    <w:p>
      <w:pPr>
        <w:jc w:val="right"/>
      </w:pPr>
      <w:r>
        <w:t>میں پازیٹیو بولی بول رہا تھا۔</w:t>
      </w:r>
    </w:p>
    <w:p>
      <w:r>
        <w:rPr>
          <w:b/>
        </w:rPr>
        <w:t xml:space="preserve">[30:29] </w:t>
      </w:r>
      <w:r>
        <w:t>yeh kya hai? main is ko khuli hui munafiqat samajhta hoon. munafiqat</w:t>
      </w:r>
    </w:p>
    <w:p>
      <w:pPr>
        <w:jc w:val="right"/>
      </w:pPr>
      <w:r>
        <w:t>یہ کیا ہے؟ میں اس کو کھلی ہوئی منافقت سمجھتا ہوں۔ منافقت</w:t>
      </w:r>
    </w:p>
    <w:p>
      <w:r>
        <w:rPr>
          <w:b/>
        </w:rPr>
        <w:t xml:space="preserve">[30:37] </w:t>
      </w:r>
      <w:r>
        <w:t>is ka bohat bara gunah hai. yaad rakhiye, bohat bara gunah hai. is mulk mein aap rehte hain, is mulk se pyar hona chahiye aap ko.</w:t>
      </w:r>
    </w:p>
    <w:p>
      <w:pPr>
        <w:jc w:val="right"/>
      </w:pPr>
      <w:r>
        <w:t>اس کا بہت بڑا گناہ ہے۔ یاد رکھیے، بہت بڑا گناہ ہے۔ اس ملک میں آپ رہتے ہیں، اس ملک سے پیار ہونا چاہیے آپ کو۔</w:t>
      </w:r>
    </w:p>
    <w:p>
      <w:r>
        <w:rPr>
          <w:b/>
        </w:rPr>
        <w:t xml:space="preserve">[30:50] </w:t>
      </w:r>
      <w:r>
        <w:t>jis ke dil mein crey diye, us ko mulk se pyar nahi hai, qom se pyar nahi hai, insan se pyar nahi hai. jis ko bhi crey diye, koi ek ekception maine nahi paya main siwaye hamari jo team hai.</w:t>
      </w:r>
    </w:p>
    <w:p>
      <w:pPr>
        <w:jc w:val="right"/>
      </w:pPr>
      <w:r>
        <w:t>جس کے دل میں کری دیے، اس کو ملک سے پیار نہیں ہے، قوم سے پیار نہیں ہے، انسان سے پیار نہیں ہے۔ جس کو بھی کری دیے، کوئی ایک ایکسیپشن میں نے نہیں پایا میں سوائے ہماری جو ٹیم ہے۔</w:t>
      </w:r>
    </w:p>
    <w:p>
      <w:r>
        <w:rPr>
          <w:b/>
        </w:rPr>
        <w:t xml:space="preserve">[31:02] </w:t>
      </w:r>
      <w:r>
        <w:t>isi team ke agar aap payenge to aap sare insano ke liye aap hi sympathy payenge.</w:t>
      </w:r>
    </w:p>
    <w:p>
      <w:pPr>
        <w:jc w:val="right"/>
      </w:pPr>
      <w:r>
        <w:t>اسی ٹیم کے اگر آپ پائیں گے تو آپ سارے انسانوں کے لیے آپ ہی سمپتھی پائیں گے۔</w:t>
      </w:r>
    </w:p>
    <w:p>
      <w:r>
        <w:rPr>
          <w:b/>
        </w:rPr>
        <w:t xml:space="preserve">[31:09] </w:t>
      </w:r>
      <w:r>
        <w:t>is team ke bahar jo log hain, kisi bhi action ko pakad lijiye, aap us ko scrutiny kijiye, andar se negativity niklegi.</w:t>
      </w:r>
    </w:p>
    <w:p>
      <w:pPr>
        <w:jc w:val="right"/>
      </w:pPr>
      <w:r>
        <w:t>اس ٹیم کے باہر جو لوگ ہیں، کسی بھی ایکشن کو پکڑ لیجئے، آپ اس کو اسکوٹ نہیں کیجئے، اندر سے نیگیٹیوٹی نکلے گی۔</w:t>
      </w:r>
    </w:p>
    <w:p>
      <w:r>
        <w:rPr>
          <w:b/>
        </w:rPr>
        <w:t xml:space="preserve">[31:20] </w:t>
      </w:r>
      <w:r>
        <w:t>yeh yeh main is ko munafiqat samajhta hoon. main ek martaba tha Birmingham mein to hum log do char aadmi bethe hue the wahan par.</w:t>
      </w:r>
    </w:p>
    <w:p>
      <w:pPr>
        <w:jc w:val="right"/>
      </w:pPr>
      <w:r>
        <w:t>یہ یہ میں اس کو منافقت سمجھتا ہوں۔ میں ایک مرتبہ تھا برمنگھم میں تو ہم لوگ دو چار آدمی بیٹھے ہوئے تھے وہاں پر۔</w:t>
      </w:r>
    </w:p>
    <w:p>
      <w:r>
        <w:rPr>
          <w:b/>
        </w:rPr>
        <w:t xml:space="preserve">[31:30] </w:t>
      </w:r>
      <w:r>
        <w:t>Pakistan ka ek aadmi bhi tha, wahan ka editor tha. woh to kisi ne kaha ke aaj kal musalmano ka haal yeh hai ke 99 percent munafiq hain.</w:t>
      </w:r>
    </w:p>
    <w:p>
      <w:pPr>
        <w:jc w:val="right"/>
      </w:pPr>
      <w:r>
        <w:t>پاکستان کا ایک آدمی بھی تھا، وہاں کا ایڈیٹر تھا۔ وہ تو کسی نے کہا کہ آج کل مسلمانوں کا حال یہ ہے کہ 99 پرسنٹ منافق ہیں۔</w:t>
      </w:r>
    </w:p>
    <w:p>
      <w:r>
        <w:rPr>
          <w:b/>
        </w:rPr>
        <w:t xml:space="preserve">[31:42] </w:t>
      </w:r>
      <w:r>
        <w:t>99 percent. to us ne kaha ke kya baat karte ho tum? das hazar mein 1099 munafiq hain.</w:t>
      </w:r>
    </w:p>
    <w:p>
      <w:pPr>
        <w:jc w:val="right"/>
      </w:pPr>
      <w:r>
        <w:t>99 پرسنٹ۔ تو اس نے کہا کہ کیا بات کرتے ہو تم؟ دس ہزار میں 1099 منافق ہیں۔</w:t>
      </w:r>
    </w:p>
    <w:p>
      <w:r>
        <w:rPr>
          <w:b/>
        </w:rPr>
        <w:t xml:space="preserve">[31:56] </w:t>
      </w:r>
      <w:r>
        <w:t>yehi munafiqat hai. dil mein kuch, zaban par kuch. log acknowledge karne ke liye tayar nahi hain. India mein bilashuba aaj musalman duniya mein sab se behtar hain,</w:t>
      </w:r>
    </w:p>
    <w:p>
      <w:pPr>
        <w:jc w:val="right"/>
      </w:pPr>
      <w:r>
        <w:t>یہی منافقت ہے۔ دل میں کچھ، زبان پر کچھ۔ لوگ اکنالج کرنے کے لیے تیار نہیں ہیں۔ انڈیا میں بلاشبہ آج مسلمان دنیا میں سب سے بہتر ہیں،</w:t>
      </w:r>
    </w:p>
    <w:p>
      <w:r>
        <w:rPr>
          <w:b/>
        </w:rPr>
        <w:t xml:space="preserve">[32:10] </w:t>
      </w:r>
      <w:r>
        <w:t>57 muslim countries se behtar hain aur bohat behtar hain. yahan par jis mein mein aap logon ko kehta hoon ke mein abtaoon, shukr Allah taala karta hoon ke mein India mein paida hua.</w:t>
      </w:r>
    </w:p>
    <w:p>
      <w:pPr>
        <w:jc w:val="right"/>
      </w:pPr>
      <w:r>
        <w:t>57 مسلم کنٹریز سے بہتر ہیں اور بہت بہتر ہیں۔ یہاں پر جس میں میں آپ لوگوں کو کہتا ہوں کہ میں ابتاؤں، شکر اللہ تعالیٰ کرتا ہوں کہ میں انڈیا میں پیدا ہوا۔</w:t>
      </w:r>
    </w:p>
    <w:p>
      <w:r>
        <w:rPr>
          <w:b/>
        </w:rPr>
        <w:t xml:space="preserve">[32:21] </w:t>
      </w:r>
      <w:r>
        <w:t>yahan peace mujhe mila hai, peace, freedom mili hai, freedom, azaadi hai, aman hai. mein apna aik mission chala raha hoon, itnay sab saathiyon ko le kar ke.</w:t>
      </w:r>
    </w:p>
    <w:p>
      <w:pPr>
        <w:jc w:val="right"/>
      </w:pPr>
      <w:r>
        <w:t>یہاں پیس مجھے ملا ہے، پیس، فریڈم ملی ہے، فریڈم، آزادی ہے، امن ہے۔ میں اپنا ایک مشن چلا رہا ہوں، اتنے سب ساتھیوں کو لے کر کے۔</w:t>
      </w:r>
    </w:p>
    <w:p>
      <w:r>
        <w:rPr>
          <w:b/>
        </w:rPr>
        <w:t xml:space="preserve">[32:30] </w:t>
      </w:r>
      <w:r>
        <w:t>kisi bhi doosre country mein hum is tarah kaam nahi kar sakte.</w:t>
      </w:r>
    </w:p>
    <w:p>
      <w:pPr>
        <w:jc w:val="right"/>
      </w:pPr>
      <w:r>
        <w:t>کسی بھی دوسرے کنٹری میں ہم اس طرح کام نہیں کر سکتے۔</w:t>
      </w:r>
    </w:p>
    <w:p>
      <w:r>
        <w:rPr>
          <w:b/>
        </w:rPr>
        <w:t xml:space="preserve">[32:37] </w:t>
      </w:r>
      <w:r>
        <w:t>kisi bhi doosre country mein, bohat mulkon mein gaya hoon mein, is tarah se hum kaam nahi karte jis tarah hum yahan India mein kar rahe hain. to is ko acknowledge kijiye, shukr kijiye.</w:t>
      </w:r>
    </w:p>
    <w:p>
      <w:pPr>
        <w:jc w:val="right"/>
      </w:pPr>
      <w:r>
        <w:t>کسی بھی دوسرے کنٹری میں، بہت ملکوں میں گیا ہوں میں، اس طرح سے ہم کام نہیں کرتے جس طرح ہم یہاں انڈیا میں کر رہے ہیں۔ تو اس کو اکنالج کیجئے، شکر کیجئے۔</w:t>
      </w:r>
    </w:p>
    <w:p>
      <w:r>
        <w:rPr>
          <w:b/>
        </w:rPr>
        <w:t xml:space="preserve">[32:49] </w:t>
      </w:r>
      <w:r>
        <w:t>yaad rakhiye, nashukri haraam hai Islam mein. isi mulk se aap kamai kar rahe hain, that se rehte hain, achhe se ghar banate hain, gaadiyan khareedte hain, beton ko parhate hain, achhe khane khate hain aur aitraaf nahi karte, acknowledge nahi karte.</w:t>
      </w:r>
    </w:p>
    <w:p>
      <w:pPr>
        <w:jc w:val="right"/>
      </w:pPr>
      <w:r>
        <w:t>یاد رکھیے، ناشکری حرام ہے اسلام میں۔ اسی ملک سے آپ کمائی کر رہے ہیں، ٹھاٹ سے رہتے ہیں، اچھے سے گھر بناتے ہیں، گاڑیاں خریدتے ہیں، بیٹوں کو پڑھاتے ہیں، اچھے کھانے کھاتے ہیں اور اعتراف نہیں کرتے، اکنالج نہیں کرتے۔</w:t>
      </w:r>
    </w:p>
    <w:p>
      <w:r>
        <w:rPr>
          <w:b/>
        </w:rPr>
        <w:t xml:space="preserve">[33:05] </w:t>
      </w:r>
      <w:r>
        <w:t>aap</w:t>
      </w:r>
    </w:p>
    <w:p>
      <w:pPr>
        <w:jc w:val="right"/>
      </w:pPr>
      <w:r>
        <w:t>آپ</w:t>
      </w:r>
    </w:p>
    <w:p>
      <w:r>
        <w:rPr>
          <w:b/>
        </w:rPr>
        <w:t xml:space="preserve">[33:11] </w:t>
      </w:r>
      <w:r>
        <w:t>yaqeen kijiye ke nashukri aur kufr mein sirf lafz ka farq hai, lafz ka. nashukri mein aur kufr mein sirf lafz ka farq hai, haqeeqat ka farq nahi hai.</w:t>
      </w:r>
    </w:p>
    <w:p>
      <w:pPr>
        <w:jc w:val="right"/>
      </w:pPr>
      <w:r>
        <w:t>یقین کیجئے کہ ناشکری اور کفر میں صرف لفظ کا فرق ہے، لفظ کا۔ ناشکری میں اور کفر میں صرف لفظ کا فرق ہے، حقیقت کا فرق نہیں ہے۔</w:t>
      </w:r>
    </w:p>
    <w:p>
      <w:r>
        <w:rPr>
          <w:b/>
        </w:rPr>
        <w:t xml:space="preserve">[33:24] </w:t>
      </w:r>
      <w:r>
        <w:t>jis musalman ko mein baat karta hoon, andar negativity nikalti hai.</w:t>
      </w:r>
    </w:p>
    <w:p>
      <w:pPr>
        <w:jc w:val="right"/>
      </w:pPr>
      <w:r>
        <w:t>جس مسلمان کو میں بات کرتا ہوں، اندر نیگیٹیوٹی نکلتی ہے۔</w:t>
      </w:r>
    </w:p>
    <w:p>
      <w:r>
        <w:rPr>
          <w:b/>
        </w:rPr>
        <w:t xml:space="preserve">[33:30] </w:t>
      </w:r>
      <w:r>
        <w:t>halankay woh mein wahan aik parhta tha, wahan par Ahmedabad mein. wahan par meri aik speech hui. speech ke baad aik saahab mujh se milne ke liye aaye aur bari si gaadi mein aaye thay, baith kar ke.</w:t>
      </w:r>
    </w:p>
    <w:p>
      <w:pPr>
        <w:jc w:val="right"/>
      </w:pPr>
      <w:r>
        <w:t>حالانکہ وہ میں وہاں ایک پڑھتا تھا، وہاں پر احمد آباد میں۔ وہاں پر میری ایک اسپیچ ہوئی۔ اسپیچ کے بعد ایک صاحب مجھ سے ملنے کے لیے آئے اور بڑی سی گاڑی میں آئے تھے، بیٹھ کر کے۔</w:t>
      </w:r>
    </w:p>
    <w:p>
      <w:r>
        <w:rPr>
          <w:b/>
        </w:rPr>
        <w:t xml:space="preserve">[33:42] </w:t>
      </w:r>
      <w:r>
        <w:t>woh khoob portly se thay, mobile liye hue thay.</w:t>
      </w:r>
    </w:p>
    <w:p>
      <w:pPr>
        <w:jc w:val="right"/>
      </w:pPr>
      <w:r>
        <w:t>وہ خوب پورٹری سے تھے، موبائل لیے ہوئے تھے۔</w:t>
      </w:r>
    </w:p>
    <w:p>
      <w:r>
        <w:rPr>
          <w:b/>
        </w:rPr>
        <w:t xml:space="preserve">[33:46] </w:t>
      </w:r>
      <w:r>
        <w:t>aur mein wahan, mein ne wahan kaha tha ke India mein yahi baat kahi thi ke India mein musalmanon ke liye bohat opportunities hain. mujh se behas karne aaye thay, jhagadne ke liye aaye thay.</w:t>
      </w:r>
    </w:p>
    <w:p>
      <w:pPr>
        <w:jc w:val="right"/>
      </w:pPr>
      <w:r>
        <w:t>اور میں وہاں، میں نے وہاں کہا تھا کہ انڈیا میں یہی بات کہی تھی کہ انڈیا میں مسلمانوں کے لیے بہت اپرچونیٹیز ہیں۔ مجھ سے بحث کرنے آئے تھے، جھگڑنے کے لیے آئے تھے۔</w:t>
      </w:r>
    </w:p>
    <w:p>
      <w:r>
        <w:rPr>
          <w:b/>
        </w:rPr>
        <w:t xml:space="preserve">[33:55] </w:t>
      </w:r>
      <w:r>
        <w:t>kaisay aap ne keh diya India mein? India mein discrimination hota hai, India mein zulm hota hai, Islam mein ta'assub kiya aata hai. to mein ne kaha ke aap exception apne ko?</w:t>
      </w:r>
    </w:p>
    <w:p>
      <w:pPr>
        <w:jc w:val="right"/>
      </w:pPr>
      <w:r>
        <w:t>کیسے آپ نے کہہ دیا انڈیا میں؟ انڈیا میں ڈسکرپشن ہوتا ہے، انڈیا میں ظلم ہوتا ہے، اسلام میں تعصب کیا آتا ہے۔ تو میں نے کہا کہ آپ ایکسیپشن اپنے کو؟</w:t>
      </w:r>
    </w:p>
    <w:p>
      <w:r>
        <w:rPr>
          <w:b/>
        </w:rPr>
        <w:t xml:space="preserve">[34:04] </w:t>
      </w:r>
      <w:r>
        <w:t>kya aap exception hain?</w:t>
      </w:r>
    </w:p>
    <w:p>
      <w:pPr>
        <w:jc w:val="right"/>
      </w:pPr>
      <w:r>
        <w:t>کیا آپ ایکسیپشن ہیں؟</w:t>
      </w:r>
    </w:p>
    <w:p>
      <w:r>
        <w:rPr>
          <w:b/>
        </w:rPr>
        <w:t xml:space="preserve">[34:07] </w:t>
      </w:r>
      <w:r>
        <w:t>aap exception hain? yeh kaisay aap ke liye possible hua ke aap itni bari gaadi mein baithte hain, khoob motay taazay hain, mobile liye hue hain, ghari golden watch lagaye hue hain?</w:t>
      </w:r>
    </w:p>
    <w:p>
      <w:pPr>
        <w:jc w:val="right"/>
      </w:pPr>
      <w:r>
        <w:t>آپ ایکسیپشن ہیں؟ یہ کیسے آپ کے لیے پاسیبل ہوا کہ آپ اتنی بڑی گاڑی میں بیٹھتے ہیں، خوب موٹے تازے ہیں، موبائل لیے ہوئے ہیں، گھڑی گولڈن واچ لگائے ہوئے ہیں؟</w:t>
      </w:r>
    </w:p>
    <w:p>
      <w:r>
        <w:rPr>
          <w:b/>
        </w:rPr>
        <w:t xml:space="preserve">[34:18] </w:t>
      </w:r>
      <w:r>
        <w:t>to ghussa ho gaye woh ke aap personal attack karte hain.</w:t>
      </w:r>
    </w:p>
    <w:p>
      <w:pPr>
        <w:jc w:val="right"/>
      </w:pPr>
      <w:r>
        <w:t>تو غصہ ہو گئے وہ کہ آپ پرسنل اٹیک کرتے ہیں۔</w:t>
      </w:r>
    </w:p>
    <w:p>
      <w:r>
        <w:rPr>
          <w:b/>
        </w:rPr>
        <w:t xml:space="preserve">[34:26] </w:t>
      </w:r>
      <w:r>
        <w:t>aik aik aik aik aik well known aalim guest Hadeeth Arab mein woh chupa tha, un ka Arabia paper mein. woh mein ne us ko apne risalay mein chhapa tha.</w:t>
      </w:r>
    </w:p>
    <w:p>
      <w:pPr>
        <w:jc w:val="right"/>
      </w:pPr>
      <w:r>
        <w:t>ایک ایک ایک ایک ایک ویل نون عالم گیسٹ حدی عرب میں وہ چھپا تھا، ان کا عربیہ پیپر میں۔ وہ میں نے اس کو اپنے رسالے میں چھاپا تھا۔</w:t>
      </w:r>
    </w:p>
    <w:p>
      <w:r>
        <w:rPr>
          <w:b/>
        </w:rPr>
        <w:t xml:space="preserve">[34:39] </w:t>
      </w:r>
      <w:r>
        <w:t>woh wahan ja ke kehte hain, kya Arab mein kehte hain ja kar ke? India ke abhi zinda hain woh</w:t>
      </w:r>
    </w:p>
    <w:p>
      <w:pPr>
        <w:jc w:val="right"/>
      </w:pPr>
      <w:r>
        <w:t>وہ وہاں جا کے کہتے ہیں، کیا عرب میں کہتے ہیں جا کر کے؟ انڈیا کے ابھی زندہ ہیں وہ</w:t>
      </w:r>
    </w:p>
    <w:p>
      <w:r>
        <w:rPr>
          <w:b/>
        </w:rPr>
        <w:t xml:space="preserve">[34:45] </w:t>
      </w:r>
      <w:r>
        <w:t>ke Muslim al Hind bain fiqh al rahaa. India ke musalman chakki ke do partoon ke beech mein hain. to mein ne kaha, agar mein wahan poochta, mein wahan poochta ke aap bach kar kaisay aa gaye yahan par?</w:t>
      </w:r>
    </w:p>
    <w:p>
      <w:pPr>
        <w:jc w:val="right"/>
      </w:pPr>
      <w:r>
        <w:t>کہ مسلم الہند بین فقہ الرحا۔ انڈیا کے مسلمان چکی کے دو پارٹوں کے بیچ میں ہیں۔ تو میں نے کہا، اگر میں وہاں پوچھتا، میں وہاں پوچھتا کہ آپ بچ کر کیسے آ گئے یہاں پر؟</w:t>
      </w:r>
    </w:p>
    <w:p>
      <w:r>
        <w:rPr>
          <w:b/>
        </w:rPr>
        <w:t xml:space="preserve">[35:01] </w:t>
      </w:r>
      <w:r>
        <w:t>do partoon ke beech mein pis rahe hain saaray India ke musalman. to aap kaisay bach kar aa gaye?</w:t>
      </w:r>
    </w:p>
    <w:p>
      <w:pPr>
        <w:jc w:val="right"/>
      </w:pPr>
      <w:r>
        <w:t>دو پارٹوں کے بیچ میں پس رہے ہیں سارے انڈیا کے مسلمان۔ تو آپ کیسے بچ کر آ گئے؟</w:t>
      </w:r>
    </w:p>
    <w:p>
      <w:r>
        <w:rPr>
          <w:b/>
        </w:rPr>
        <w:t xml:space="preserve">[35:08] </w:t>
      </w:r>
      <w:r>
        <w:t>to mein to samajhta hoon ke itna bara gunah ho raha hai is mulk mein ke is mulk mein rehte hain, yahan se faida uthate hain aur isi burai burai karte hain.</w:t>
      </w:r>
    </w:p>
    <w:p>
      <w:pPr>
        <w:jc w:val="right"/>
      </w:pPr>
      <w:r>
        <w:t>تو میں تو سمجھتا ہوں کہ اتنا بڑا گناہ ہو رہا ہے اس ملک میں کہ اس ملک میں رہتے ہیں، یہاں سے فائدہ اٹھاتے ہیں اور اسی برائی برائی کرتے ہیں۔</w:t>
      </w:r>
    </w:p>
    <w:p>
      <w:r>
        <w:rPr>
          <w:b/>
        </w:rPr>
        <w:t xml:space="preserve">[35:21] </w:t>
      </w:r>
      <w:r>
        <w:t>yeh bilkul hi aap yaad rakhein, yeh Khuda is ko forgive nahi karega.</w:t>
      </w:r>
    </w:p>
    <w:p>
      <w:pPr>
        <w:jc w:val="right"/>
      </w:pPr>
      <w:r>
        <w:t>یہ بالکل ہی آپ یاد رکھیں، یہ خدا اس کو فارگوٹ نہیں کرے گا۔</w:t>
      </w:r>
    </w:p>
    <w:p>
      <w:r>
        <w:rPr>
          <w:b/>
        </w:rPr>
        <w:t xml:space="preserve">[35:26] </w:t>
      </w:r>
      <w:r>
        <w:t>musalmanon ko apni rawish ko badalna parhega, apne mind ko badalna parhega, apni soch ko badalna parhega. nahi to Khuda ke haan bilashuba yeh sawal pakre jayenge, is mein koi shaq nahi hai.</w:t>
      </w:r>
    </w:p>
    <w:p>
      <w:pPr>
        <w:jc w:val="right"/>
      </w:pPr>
      <w:r>
        <w:t>مسلمانوں کو اپنی روش کو بدلنا پڑے گا، اپنے مائنڈ کو بدلنا پڑے گا، اپنی سوچ کو بدلنا پڑے گا۔ نہیں تو خدا کے ہاں بلاشبہ یہ سوال پکڑے جائیں گے، اس میں کوئی شک نہیں ہے۔</w:t>
      </w:r>
    </w:p>
    <w:p>
      <w:r>
        <w:rPr>
          <w:b/>
        </w:rPr>
        <w:t xml:space="preserve">[35:39] </w:t>
      </w:r>
      <w:r>
        <w:t>itna zabardast hamein yeh mulk de raha hai faida har har aitbaar se.</w:t>
      </w:r>
    </w:p>
    <w:p>
      <w:pPr>
        <w:jc w:val="right"/>
      </w:pPr>
      <w:r>
        <w:t>اتنا زبردست ہمیں یہ ملک دے رہا ہے فائدہ ہر ہر اعتبار سے۔</w:t>
      </w:r>
    </w:p>
    <w:p>
      <w:r>
        <w:rPr>
          <w:b/>
        </w:rPr>
        <w:t xml:space="preserve">[35:47] </w:t>
      </w:r>
      <w:r>
        <w:t>yeh masjid masjidain taraqqi kar rahi hain, madaris taraqqi kar rahe hain, log naye naye achhe ghar ban rahe hain, log achhe khoob taleem kar rahe hain.</w:t>
      </w:r>
    </w:p>
    <w:p>
      <w:pPr>
        <w:jc w:val="right"/>
      </w:pPr>
      <w:r>
        <w:t>یہ مسجد مسجدیں ترقی کر رہی ہیں، مدرسے ترقی کر رہے ہیں، لوگ نئے نئے اچھے گھر بن رہے ہیں، لوگ اچھے خوب تعلیم کر رہے ہیں۔</w:t>
      </w:r>
    </w:p>
    <w:p>
      <w:r>
        <w:rPr>
          <w:b/>
        </w:rPr>
        <w:t xml:space="preserve">[35:59] </w:t>
      </w:r>
      <w:r>
        <w:t>mere apne gaon ke aik saahab, jo jinka pehle bohat hi mamooli hesiyat thi, to mere paas aaye.</w:t>
      </w:r>
    </w:p>
    <w:p>
      <w:pPr>
        <w:jc w:val="right"/>
      </w:pPr>
      <w:r>
        <w:t>میرے اپنے گاؤں کے ایک صاحب، جو جن کا پہلے بہت ہی معمولی حیثیت تھی، تو میرے پاس آئے۔</w:t>
      </w:r>
    </w:p>
    <w:p>
      <w:r>
        <w:rPr>
          <w:b/>
        </w:rPr>
        <w:t xml:space="preserve">[36:08] </w:t>
      </w:r>
      <w:r>
        <w:t>abhi jaldi ki baat hai to maine poocha, "dilli mein kaise aana hua?" kehte hain ke "mera pota england ja raha hai, mera pota england ja raha hai." lekin ek lafz shukr karne nikla ke is mulk mein hum</w:t>
      </w:r>
    </w:p>
    <w:p>
      <w:pPr>
        <w:jc w:val="right"/>
      </w:pPr>
      <w:r>
        <w:t>ابھی جلدی کی بات ہے تو میں نے پوچھا، "دلی میں کیسے آنا ہوا؟" کہتے ہیں کہ "میرا پوتا انگلینڈ جا رہا ہے، میرا پوتا انگلینڈ جا رہا ہے۔" لیکن ایک لفظ شکر کرنے نکلا کہ اس ملک میں ہم</w:t>
      </w:r>
    </w:p>
    <w:p>
      <w:r>
        <w:rPr>
          <w:b/>
        </w:rPr>
        <w:t xml:space="preserve">[36:25] </w:t>
      </w:r>
      <w:r>
        <w:t>yeh is se pehle mujh par bahas karte thay. woh kaisi baatein karte hain? aap india mein to zulm hota hai. yeh nahi kaha inhone ke "main main ghaltiyan parhta, dekho is mulk mein itna taraqqi mein kar saka." mera pota ke aaj woh england ja raha hai, woh yeh nahi nikla unki zuban se.</w:t>
      </w:r>
    </w:p>
    <w:p>
      <w:pPr>
        <w:jc w:val="right"/>
      </w:pPr>
      <w:r>
        <w:t>یہ اس سے پہلے مجھ پر بحث کرتے تھے۔ وہ کیسی باتیں کرتے ہیں؟ آپ انڈیا میں تو ظلم ہوتا ہے۔ یہ نہیں کہا انہوں نے کہ "میں میں غلطیاں پڑھتا، دیکھو اس ملک میں اتنا ترقی میں کر سکا۔" میرا پوتا کہ آج وہ انگلینڈ جا رہا ہے، وہ یہ نہیں نکلا ان کی زبان سے۔</w:t>
      </w:r>
    </w:p>
    <w:p>
      <w:r>
        <w:rPr>
          <w:b/>
        </w:rPr>
        <w:t xml:space="preserve">[36:42] </w:t>
      </w:r>
      <w:r>
        <w:t>yeh ek ki baat nahi, sab ki baat hai, sab ki baat hai.</w:t>
      </w:r>
    </w:p>
    <w:p>
      <w:pPr>
        <w:jc w:val="right"/>
      </w:pPr>
      <w:r>
        <w:t>یہ ایک کی بات نہیں، سب کی بات ہے، سب کی بات ہے۔</w:t>
      </w:r>
    </w:p>
    <w:p>
      <w:r>
        <w:rPr>
          <w:b/>
        </w:rPr>
        <w:t xml:space="preserve">[36:46] </w:t>
      </w:r>
      <w:r>
        <w:t>bar bar aisa hua ke main musalmanon ke jalsay mein sharikat kiya, maine india ke mukhtalif hissay mein. aur maine kaha ke "ek insaan khara ho, ek musalman yeh kahe ke meri family 47 se pehle, yaani azadi se pehle, bohat achi halat mein thi,</w:t>
      </w:r>
    </w:p>
    <w:p>
      <w:pPr>
        <w:jc w:val="right"/>
      </w:pPr>
      <w:r>
        <w:t>بار بار ایسا ہوا کہ میں مسلمانوں کے جلسے میں شرکت کیا، میں نے انڈیا کے مختلف حصے میں۔ اور میں نے کہا کہ "ایک انسان کھڑا ہو، ایک مسلمان یہ کہے کہ میری فیملی 47 سے پہلے، یعنی آزادی سے پہلے، بہت اچھی حالت میں تھی،</w:t>
      </w:r>
    </w:p>
    <w:p>
      <w:r>
        <w:rPr>
          <w:b/>
        </w:rPr>
        <w:t xml:space="preserve">[37:06] </w:t>
      </w:r>
      <w:r>
        <w:t>ab bohat buri halat mein mein hoon." yaad rakhein, ek bhi insaan kabhi khara nahi hua. kyunke sab log jante hain, 47 se pehle hamari halat bohat kharab thi, aaj hamari bohat achi hai.</w:t>
      </w:r>
    </w:p>
    <w:p>
      <w:pPr>
        <w:jc w:val="right"/>
      </w:pPr>
      <w:r>
        <w:t>اب بہت بری حالت میں میں ہوں۔" یاد رکھیں، ایک بھی انسان کبھی کھڑا نہیں ہوا۔ کیونکہ سب لوگ جانتے ہیں، 47 سے پہلے ہماری حالت بہت خراب تھی، آج ہماری بہت اچھی ہے۔</w:t>
      </w:r>
    </w:p>
    <w:p>
      <w:r>
        <w:rPr>
          <w:b/>
        </w:rPr>
        <w:t xml:space="preserve">[37:20] </w:t>
      </w:r>
      <w:r>
        <w:t>yeh sab nashukri hai, nashukri islam mein haram hai.</w:t>
      </w:r>
    </w:p>
    <w:p>
      <w:pPr>
        <w:jc w:val="right"/>
      </w:pPr>
      <w:r>
        <w:t>یہ سب ناشکری ہے، ناشکری اسلام میں حرام ہے۔</w:t>
      </w:r>
    </w:p>
    <w:p>
      <w:r>
        <w:rPr>
          <w:b/>
        </w:rPr>
        <w:t xml:space="preserve">[37:25] </w:t>
      </w:r>
      <w:r>
        <w:t>main yeh kehne ke liye zinda hoon, chahe aap yeh koi kuch bhi kahe ke "agar aap ne nashukri nahi chori to khuda ke aap pakre jayenge, aap aap ki flogging hogi." flogging.</w:t>
      </w:r>
    </w:p>
    <w:p>
      <w:pPr>
        <w:jc w:val="right"/>
      </w:pPr>
      <w:r>
        <w:t>میں یہ کہنے کے لیے زندہ ہوں، چاہے آپ یہ کوئی کچھ بھی کہے کہ "اگر آپ نے ناشکری نہیں چھوڑی تو خدا کے آپ پکڑے جائیں گے، آپ آپ کی فلاگنگ ہوگی۔" فلاگنگ۔</w:t>
      </w:r>
    </w:p>
    <w:p>
      <w:r>
        <w:rPr>
          <w:b/>
        </w:rPr>
        <w:t xml:space="preserve">[37:37] </w:t>
      </w:r>
      <w:r>
        <w:t>This question is from Miss Nagma: When someone takes his life, is it due to God's decision that his time of death was up, or is it the shortening of the test that is a decision of a man?</w:t>
      </w:r>
    </w:p>
    <w:p>
      <w:pPr>
        <w:jc w:val="right"/>
      </w:pPr>
      <w:r>
        <w:t>This question is from Miss Nagma: When someone takes his life, is it due to God's decision that his time of death was up, or is it the shortening of the test that is a decision of a man?</w:t>
      </w:r>
    </w:p>
    <w:p>
      <w:r>
        <w:rPr>
          <w:b/>
        </w:rPr>
        <w:t xml:space="preserve">[37:55] </w:t>
      </w:r>
      <w:r>
        <w:t>dekhein, yeh azadi ka mis use karna hai. khud apni ko maare aadmi suicide kare to khuda ki di hui azadi ko usne mis use kiya.</w:t>
      </w:r>
    </w:p>
    <w:p>
      <w:pPr>
        <w:jc w:val="right"/>
      </w:pPr>
      <w:r>
        <w:t>دیکھیں، یہ آزادی کا مس یوز کرنا ہے۔ خود اپنی کو مارے آدمی سوسائیڈ کرے تو خدا کی دی ہوئی آزادی کو اس نے مس یوز کیا۔</w:t>
      </w:r>
    </w:p>
    <w:p>
      <w:r>
        <w:rPr>
          <w:b/>
        </w:rPr>
        <w:t xml:space="preserve">[38:08] </w:t>
      </w:r>
      <w:r>
        <w:t>itna hi hum keh sakte hain,</w:t>
      </w:r>
    </w:p>
    <w:p>
      <w:pPr>
        <w:jc w:val="right"/>
      </w:pPr>
      <w:r>
        <w:t>اتنا ہی ہم کہہ سکتے ہیں،</w:t>
      </w:r>
    </w:p>
    <w:p>
      <w:r>
        <w:rPr>
          <w:b/>
        </w:rPr>
        <w:t xml:space="preserve">[38:12] </w:t>
      </w:r>
      <w:r>
        <w:t>kisi insaan ko yeh haq nahi hai ke woh apni jaan ko khud maare. yeh khuda ko haq hai, isi liye islam mein haram hai.</w:t>
      </w:r>
    </w:p>
    <w:p>
      <w:pPr>
        <w:jc w:val="right"/>
      </w:pPr>
      <w:r>
        <w:t>کسی انسان کو یہ حق نہیں ہے کہ وہ اپنی جان کو خود مارے۔ یہ خدا کو حق ہے، اسی لیے اسلام میں حرام ہے۔</w:t>
      </w:r>
    </w:p>
    <w:p>
      <w:r>
        <w:rPr>
          <w:b/>
        </w:rPr>
        <w:t xml:space="preserve">[38:22] </w:t>
      </w:r>
      <w:r>
        <w:t>acha, haram kyun hai? yeh bhi samajh lijiye,</w:t>
      </w:r>
    </w:p>
    <w:p>
      <w:pPr>
        <w:jc w:val="right"/>
      </w:pPr>
      <w:r>
        <w:t>اچھا، حرام کیوں ہے؟ یہ بھی سمجھ لیجئے،</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